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054A5" w14:textId="77777777" w:rsidR="00174BB4" w:rsidRDefault="00174BB4" w:rsidP="00174BB4">
      <w:pPr>
        <w:jc w:val="center"/>
      </w:pPr>
      <w:r>
        <w:rPr>
          <w:b/>
          <w:sz w:val="26"/>
        </w:rPr>
        <w:t>Supplementary material</w:t>
      </w:r>
      <w:r>
        <w:rPr>
          <w:b/>
          <w:sz w:val="26"/>
        </w:rPr>
        <w:br/>
        <w:t>Assessment of 21st-century planetary albedo changes in CMIP6 models</w:t>
      </w:r>
    </w:p>
    <w:p w14:paraId="34AC05B9" w14:textId="77777777" w:rsidR="00174BB4" w:rsidRDefault="00174BB4" w:rsidP="00174BB4">
      <w:r>
        <w:rPr>
          <w:i/>
        </w:rPr>
        <w:t xml:space="preserve">Table S1. Ranking of the 51 CMIP6 models by the performance score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i/>
        </w:rPr>
        <w:t xml:space="preserve"> (mean of the three median-normalized errors E1 </w:t>
      </w:r>
      <w:r w:rsidRPr="00642EFC">
        <w:rPr>
          <w:i/>
        </w:rPr>
        <w:t>-</w:t>
      </w:r>
      <w:r>
        <w:rPr>
          <w:i/>
        </w:rPr>
        <w:t xml:space="preserve"> annual-mean field, E2 </w:t>
      </w:r>
      <w:r w:rsidRPr="00642EFC">
        <w:rPr>
          <w:i/>
        </w:rPr>
        <w:t>-</w:t>
      </w:r>
      <w:r>
        <w:rPr>
          <w:i/>
        </w:rPr>
        <w:t xml:space="preserve"> seasonal cycle, E3 </w:t>
      </w:r>
      <w:r w:rsidRPr="00642EFC">
        <w:rPr>
          <w:i/>
        </w:rPr>
        <w:t>-</w:t>
      </w:r>
      <w:r>
        <w:rPr>
          <w:i/>
        </w:rPr>
        <w:t xml:space="preserve"> interannual variability; all vs CERES 2000–2014). Bias </w:t>
      </w:r>
      <w:r w:rsidRPr="00642EFC">
        <w:rPr>
          <w:i/>
        </w:rPr>
        <w:t>-</w:t>
      </w:r>
      <w:r>
        <w:rPr>
          <w:i/>
        </w:rPr>
        <w:t xml:space="preserve"> relative bias of the global mean albedo vs CERES (%). Family: documented atmospheric component. SSP availability: under r1i1p1f1 and under any single variant covering all four scenarios (ESGF query, 24 August 2026).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25"/>
        <w:gridCol w:w="524"/>
        <w:gridCol w:w="455"/>
        <w:gridCol w:w="455"/>
        <w:gridCol w:w="455"/>
        <w:gridCol w:w="524"/>
        <w:gridCol w:w="927"/>
        <w:gridCol w:w="664"/>
        <w:gridCol w:w="1014"/>
        <w:gridCol w:w="1227"/>
        <w:gridCol w:w="961"/>
        <w:gridCol w:w="825"/>
      </w:tblGrid>
      <w:tr w:rsidR="00174BB4" w14:paraId="34329959" w14:textId="77777777" w:rsidTr="00A77FA5">
        <w:tc>
          <w:tcPr>
            <w:tcW w:w="825" w:type="dxa"/>
          </w:tcPr>
          <w:p w14:paraId="4664647F" w14:textId="77777777" w:rsidR="00174BB4" w:rsidRDefault="00174BB4" w:rsidP="00A77FA5">
            <w:r>
              <w:rPr>
                <w:b/>
                <w:sz w:val="14"/>
              </w:rPr>
              <w:t>Model</w:t>
            </w:r>
          </w:p>
        </w:tc>
        <w:tc>
          <w:tcPr>
            <w:tcW w:w="524" w:type="dxa"/>
          </w:tcPr>
          <w:p w14:paraId="14703142" w14:textId="77777777" w:rsidR="00174BB4" w:rsidRDefault="00174BB4" w:rsidP="00A77FA5">
            <w:r>
              <w:rPr>
                <w:b/>
                <w:sz w:val="14"/>
              </w:rPr>
              <w:t>Di</w:t>
            </w:r>
          </w:p>
        </w:tc>
        <w:tc>
          <w:tcPr>
            <w:tcW w:w="455" w:type="dxa"/>
          </w:tcPr>
          <w:p w14:paraId="2F1E71A4" w14:textId="77777777" w:rsidR="00174BB4" w:rsidRDefault="00174BB4" w:rsidP="00A77FA5">
            <w:r>
              <w:rPr>
                <w:b/>
                <w:sz w:val="14"/>
              </w:rPr>
              <w:t>E1</w:t>
            </w:r>
          </w:p>
        </w:tc>
        <w:tc>
          <w:tcPr>
            <w:tcW w:w="455" w:type="dxa"/>
          </w:tcPr>
          <w:p w14:paraId="3DFA710D" w14:textId="77777777" w:rsidR="00174BB4" w:rsidRDefault="00174BB4" w:rsidP="00A77FA5">
            <w:r>
              <w:rPr>
                <w:b/>
                <w:sz w:val="14"/>
              </w:rPr>
              <w:t>E2</w:t>
            </w:r>
          </w:p>
        </w:tc>
        <w:tc>
          <w:tcPr>
            <w:tcW w:w="455" w:type="dxa"/>
          </w:tcPr>
          <w:p w14:paraId="4BCFDCB5" w14:textId="77777777" w:rsidR="00174BB4" w:rsidRDefault="00174BB4" w:rsidP="00A77FA5">
            <w:r>
              <w:rPr>
                <w:b/>
                <w:sz w:val="14"/>
              </w:rPr>
              <w:t>E3</w:t>
            </w:r>
          </w:p>
        </w:tc>
        <w:tc>
          <w:tcPr>
            <w:tcW w:w="524" w:type="dxa"/>
          </w:tcPr>
          <w:p w14:paraId="0052F58F" w14:textId="77777777" w:rsidR="00174BB4" w:rsidRDefault="00174BB4" w:rsidP="00A77FA5">
            <w:r>
              <w:rPr>
                <w:b/>
                <w:sz w:val="14"/>
              </w:rPr>
              <w:t>Bias, %</w:t>
            </w:r>
          </w:p>
        </w:tc>
        <w:tc>
          <w:tcPr>
            <w:tcW w:w="927" w:type="dxa"/>
          </w:tcPr>
          <w:p w14:paraId="09A30E59" w14:textId="77777777" w:rsidR="00174BB4" w:rsidRDefault="00174BB4" w:rsidP="00A77FA5">
            <w:r>
              <w:rPr>
                <w:b/>
                <w:sz w:val="14"/>
              </w:rPr>
              <w:t>Family</w:t>
            </w:r>
          </w:p>
        </w:tc>
        <w:tc>
          <w:tcPr>
            <w:tcW w:w="664" w:type="dxa"/>
          </w:tcPr>
          <w:p w14:paraId="4F6A23EE" w14:textId="77777777" w:rsidR="00174BB4" w:rsidRDefault="00174BB4" w:rsidP="00A77FA5">
            <w:r>
              <w:rPr>
                <w:b/>
                <w:sz w:val="14"/>
              </w:rPr>
              <w:t>Months</w:t>
            </w:r>
          </w:p>
        </w:tc>
        <w:tc>
          <w:tcPr>
            <w:tcW w:w="1014" w:type="dxa"/>
          </w:tcPr>
          <w:p w14:paraId="35F14123" w14:textId="77777777" w:rsidR="00174BB4" w:rsidRDefault="00174BB4" w:rsidP="00A77FA5">
            <w:r>
              <w:rPr>
                <w:b/>
                <w:sz w:val="14"/>
              </w:rPr>
              <w:t>SSP_r1i1p1f1</w:t>
            </w:r>
          </w:p>
        </w:tc>
        <w:tc>
          <w:tcPr>
            <w:tcW w:w="1353" w:type="dxa"/>
          </w:tcPr>
          <w:p w14:paraId="035CA48D" w14:textId="77777777" w:rsidR="00174BB4" w:rsidRDefault="00174BB4" w:rsidP="00A77FA5">
            <w:r>
              <w:rPr>
                <w:b/>
                <w:sz w:val="14"/>
              </w:rPr>
              <w:t>SSP_any_variant</w:t>
            </w:r>
          </w:p>
        </w:tc>
        <w:tc>
          <w:tcPr>
            <w:tcW w:w="835" w:type="dxa"/>
          </w:tcPr>
          <w:p w14:paraId="1421579E" w14:textId="77777777" w:rsidR="00174BB4" w:rsidRDefault="00174BB4" w:rsidP="00A77FA5">
            <w:r>
              <w:rPr>
                <w:b/>
                <w:sz w:val="14"/>
              </w:rPr>
              <w:t>Variants</w:t>
            </w:r>
          </w:p>
        </w:tc>
        <w:tc>
          <w:tcPr>
            <w:tcW w:w="825" w:type="dxa"/>
          </w:tcPr>
          <w:p w14:paraId="5E2B0A2F" w14:textId="77777777" w:rsidR="00174BB4" w:rsidRDefault="00174BB4" w:rsidP="00A77FA5">
            <w:r>
              <w:rPr>
                <w:b/>
                <w:sz w:val="14"/>
              </w:rPr>
              <w:t>Status</w:t>
            </w:r>
          </w:p>
        </w:tc>
      </w:tr>
      <w:tr w:rsidR="00174BB4" w14:paraId="6CEEFBA7" w14:textId="77777777" w:rsidTr="00A77FA5">
        <w:tc>
          <w:tcPr>
            <w:tcW w:w="825" w:type="dxa"/>
          </w:tcPr>
          <w:p w14:paraId="1431B0DE" w14:textId="77777777" w:rsidR="00174BB4" w:rsidRDefault="00174BB4" w:rsidP="00A77FA5">
            <w:r>
              <w:rPr>
                <w:sz w:val="14"/>
              </w:rPr>
              <w:t>GFDL-CM4</w:t>
            </w:r>
          </w:p>
        </w:tc>
        <w:tc>
          <w:tcPr>
            <w:tcW w:w="524" w:type="dxa"/>
          </w:tcPr>
          <w:p w14:paraId="515AFDB4" w14:textId="77777777" w:rsidR="00174BB4" w:rsidRDefault="00174BB4" w:rsidP="00A77FA5">
            <w:r>
              <w:rPr>
                <w:sz w:val="14"/>
              </w:rPr>
              <w:t>0.821</w:t>
            </w:r>
          </w:p>
        </w:tc>
        <w:tc>
          <w:tcPr>
            <w:tcW w:w="455" w:type="dxa"/>
          </w:tcPr>
          <w:p w14:paraId="2AC3C00D" w14:textId="77777777" w:rsidR="00174BB4" w:rsidRDefault="00174BB4" w:rsidP="00A77FA5">
            <w:r>
              <w:rPr>
                <w:sz w:val="14"/>
              </w:rPr>
              <w:t>0.7</w:t>
            </w:r>
          </w:p>
        </w:tc>
        <w:tc>
          <w:tcPr>
            <w:tcW w:w="455" w:type="dxa"/>
          </w:tcPr>
          <w:p w14:paraId="32AB8E83" w14:textId="77777777" w:rsidR="00174BB4" w:rsidRDefault="00174BB4" w:rsidP="00A77FA5">
            <w:r>
              <w:rPr>
                <w:sz w:val="14"/>
              </w:rPr>
              <w:t>0.92</w:t>
            </w:r>
          </w:p>
        </w:tc>
        <w:tc>
          <w:tcPr>
            <w:tcW w:w="455" w:type="dxa"/>
          </w:tcPr>
          <w:p w14:paraId="7A86FE9E" w14:textId="77777777" w:rsidR="00174BB4" w:rsidRDefault="00174BB4" w:rsidP="00A77FA5">
            <w:r>
              <w:rPr>
                <w:sz w:val="14"/>
              </w:rPr>
              <w:t>0.85</w:t>
            </w:r>
          </w:p>
        </w:tc>
        <w:tc>
          <w:tcPr>
            <w:tcW w:w="524" w:type="dxa"/>
          </w:tcPr>
          <w:p w14:paraId="27E2FB18" w14:textId="77777777" w:rsidR="00174BB4" w:rsidRDefault="00174BB4" w:rsidP="00A77FA5">
            <w:r>
              <w:rPr>
                <w:sz w:val="14"/>
              </w:rPr>
              <w:t>1.86</w:t>
            </w:r>
          </w:p>
        </w:tc>
        <w:tc>
          <w:tcPr>
            <w:tcW w:w="927" w:type="dxa"/>
          </w:tcPr>
          <w:p w14:paraId="49C79FC2" w14:textId="77777777" w:rsidR="00174BB4" w:rsidRDefault="00174BB4" w:rsidP="00A77FA5">
            <w:r>
              <w:rPr>
                <w:sz w:val="14"/>
              </w:rPr>
              <w:t>GFDL AM4</w:t>
            </w:r>
          </w:p>
        </w:tc>
        <w:tc>
          <w:tcPr>
            <w:tcW w:w="664" w:type="dxa"/>
          </w:tcPr>
          <w:p w14:paraId="0A48BFBA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23F00BC7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4B009687" w14:textId="77777777" w:rsidR="00174BB4" w:rsidRDefault="00174BB4" w:rsidP="00A77FA5">
            <w:r>
              <w:rPr>
                <w:sz w:val="14"/>
              </w:rPr>
              <w:t>only 245/585</w:t>
            </w:r>
          </w:p>
        </w:tc>
        <w:tc>
          <w:tcPr>
            <w:tcW w:w="835" w:type="dxa"/>
          </w:tcPr>
          <w:p w14:paraId="709B8C96" w14:textId="77777777" w:rsidR="00174BB4" w:rsidRDefault="00174BB4" w:rsidP="00A77FA5"/>
        </w:tc>
        <w:tc>
          <w:tcPr>
            <w:tcW w:w="825" w:type="dxa"/>
          </w:tcPr>
          <w:p w14:paraId="1A6D44A4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29CBC2D3" w14:textId="77777777" w:rsidTr="00A77FA5">
        <w:tc>
          <w:tcPr>
            <w:tcW w:w="825" w:type="dxa"/>
          </w:tcPr>
          <w:p w14:paraId="273918BA" w14:textId="77777777" w:rsidR="00174BB4" w:rsidRDefault="00174BB4" w:rsidP="00A77FA5">
            <w:r>
              <w:rPr>
                <w:sz w:val="14"/>
              </w:rPr>
              <w:t>SAM0-UNICON</w:t>
            </w:r>
          </w:p>
        </w:tc>
        <w:tc>
          <w:tcPr>
            <w:tcW w:w="524" w:type="dxa"/>
          </w:tcPr>
          <w:p w14:paraId="54765024" w14:textId="77777777" w:rsidR="00174BB4" w:rsidRDefault="00174BB4" w:rsidP="00A77FA5">
            <w:r>
              <w:rPr>
                <w:sz w:val="14"/>
              </w:rPr>
              <w:t>0.847</w:t>
            </w:r>
          </w:p>
        </w:tc>
        <w:tc>
          <w:tcPr>
            <w:tcW w:w="455" w:type="dxa"/>
          </w:tcPr>
          <w:p w14:paraId="59ED543C" w14:textId="77777777" w:rsidR="00174BB4" w:rsidRDefault="00174BB4" w:rsidP="00A77FA5">
            <w:r>
              <w:rPr>
                <w:sz w:val="14"/>
              </w:rPr>
              <w:t>0.7</w:t>
            </w:r>
          </w:p>
        </w:tc>
        <w:tc>
          <w:tcPr>
            <w:tcW w:w="455" w:type="dxa"/>
          </w:tcPr>
          <w:p w14:paraId="00C575DD" w14:textId="77777777" w:rsidR="00174BB4" w:rsidRDefault="00174BB4" w:rsidP="00A77FA5">
            <w:r>
              <w:rPr>
                <w:sz w:val="14"/>
              </w:rPr>
              <w:t>0.92</w:t>
            </w:r>
          </w:p>
        </w:tc>
        <w:tc>
          <w:tcPr>
            <w:tcW w:w="455" w:type="dxa"/>
          </w:tcPr>
          <w:p w14:paraId="324760A0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524" w:type="dxa"/>
          </w:tcPr>
          <w:p w14:paraId="77529C96" w14:textId="77777777" w:rsidR="00174BB4" w:rsidRDefault="00174BB4" w:rsidP="00A77FA5">
            <w:r>
              <w:rPr>
                <w:sz w:val="14"/>
              </w:rPr>
              <w:t>0.87</w:t>
            </w:r>
          </w:p>
        </w:tc>
        <w:tc>
          <w:tcPr>
            <w:tcW w:w="927" w:type="dxa"/>
          </w:tcPr>
          <w:p w14:paraId="374E1041" w14:textId="77777777" w:rsidR="00174BB4" w:rsidRDefault="00174BB4" w:rsidP="00A77FA5">
            <w:r>
              <w:rPr>
                <w:sz w:val="14"/>
              </w:rPr>
              <w:t>CAM5.3</w:t>
            </w:r>
          </w:p>
        </w:tc>
        <w:tc>
          <w:tcPr>
            <w:tcW w:w="664" w:type="dxa"/>
          </w:tcPr>
          <w:p w14:paraId="48D2631B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4A30E650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51006D4B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186DB51C" w14:textId="77777777" w:rsidR="00174BB4" w:rsidRDefault="00174BB4" w:rsidP="00A77FA5"/>
        </w:tc>
        <w:tc>
          <w:tcPr>
            <w:tcW w:w="825" w:type="dxa"/>
          </w:tcPr>
          <w:p w14:paraId="43C9A500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7BC57216" w14:textId="77777777" w:rsidTr="00A77FA5">
        <w:tc>
          <w:tcPr>
            <w:tcW w:w="825" w:type="dxa"/>
          </w:tcPr>
          <w:p w14:paraId="08FDD99E" w14:textId="77777777" w:rsidR="00174BB4" w:rsidRDefault="00174BB4" w:rsidP="00A77FA5">
            <w:r>
              <w:rPr>
                <w:sz w:val="14"/>
              </w:rPr>
              <w:t>GFDL-ESM4</w:t>
            </w:r>
          </w:p>
        </w:tc>
        <w:tc>
          <w:tcPr>
            <w:tcW w:w="524" w:type="dxa"/>
          </w:tcPr>
          <w:p w14:paraId="0D924863" w14:textId="77777777" w:rsidR="00174BB4" w:rsidRDefault="00174BB4" w:rsidP="00A77FA5">
            <w:r>
              <w:rPr>
                <w:sz w:val="14"/>
              </w:rPr>
              <w:t>0.864</w:t>
            </w:r>
          </w:p>
        </w:tc>
        <w:tc>
          <w:tcPr>
            <w:tcW w:w="455" w:type="dxa"/>
          </w:tcPr>
          <w:p w14:paraId="3FEFA41B" w14:textId="77777777" w:rsidR="00174BB4" w:rsidRDefault="00174BB4" w:rsidP="00A77FA5">
            <w:r>
              <w:rPr>
                <w:sz w:val="14"/>
              </w:rPr>
              <w:t>0.73</w:t>
            </w:r>
          </w:p>
        </w:tc>
        <w:tc>
          <w:tcPr>
            <w:tcW w:w="455" w:type="dxa"/>
          </w:tcPr>
          <w:p w14:paraId="677764BE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455" w:type="dxa"/>
          </w:tcPr>
          <w:p w14:paraId="6A60AB0E" w14:textId="77777777" w:rsidR="00174BB4" w:rsidRDefault="00174BB4" w:rsidP="00A77FA5">
            <w:r>
              <w:rPr>
                <w:sz w:val="14"/>
              </w:rPr>
              <w:t>0.9</w:t>
            </w:r>
          </w:p>
        </w:tc>
        <w:tc>
          <w:tcPr>
            <w:tcW w:w="524" w:type="dxa"/>
          </w:tcPr>
          <w:p w14:paraId="198F36B8" w14:textId="77777777" w:rsidR="00174BB4" w:rsidRDefault="00174BB4" w:rsidP="00A77FA5">
            <w:r>
              <w:rPr>
                <w:sz w:val="14"/>
              </w:rPr>
              <w:t>1.19</w:t>
            </w:r>
          </w:p>
        </w:tc>
        <w:tc>
          <w:tcPr>
            <w:tcW w:w="927" w:type="dxa"/>
          </w:tcPr>
          <w:p w14:paraId="2632E346" w14:textId="77777777" w:rsidR="00174BB4" w:rsidRDefault="00174BB4" w:rsidP="00A77FA5">
            <w:r>
              <w:rPr>
                <w:sz w:val="14"/>
              </w:rPr>
              <w:t>GFDL AM4</w:t>
            </w:r>
          </w:p>
        </w:tc>
        <w:tc>
          <w:tcPr>
            <w:tcW w:w="664" w:type="dxa"/>
          </w:tcPr>
          <w:p w14:paraId="0945B146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1AE90C9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30F55E5D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5031EC7A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2649E43B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4C8A72ED" w14:textId="77777777" w:rsidTr="00A77FA5">
        <w:tc>
          <w:tcPr>
            <w:tcW w:w="825" w:type="dxa"/>
          </w:tcPr>
          <w:p w14:paraId="60B6C135" w14:textId="77777777" w:rsidR="00174BB4" w:rsidRDefault="00174BB4" w:rsidP="00A77FA5">
            <w:r>
              <w:rPr>
                <w:sz w:val="14"/>
              </w:rPr>
              <w:t>ACCESS-CM2</w:t>
            </w:r>
          </w:p>
        </w:tc>
        <w:tc>
          <w:tcPr>
            <w:tcW w:w="524" w:type="dxa"/>
          </w:tcPr>
          <w:p w14:paraId="5E1EFAF9" w14:textId="77777777" w:rsidR="00174BB4" w:rsidRDefault="00174BB4" w:rsidP="00A77FA5">
            <w:r>
              <w:rPr>
                <w:sz w:val="14"/>
              </w:rPr>
              <w:t>0.882</w:t>
            </w:r>
          </w:p>
        </w:tc>
        <w:tc>
          <w:tcPr>
            <w:tcW w:w="455" w:type="dxa"/>
          </w:tcPr>
          <w:p w14:paraId="658F11CC" w14:textId="77777777" w:rsidR="00174BB4" w:rsidRDefault="00174BB4" w:rsidP="00A77FA5">
            <w:r>
              <w:rPr>
                <w:sz w:val="14"/>
              </w:rPr>
              <w:t>0.81</w:t>
            </w:r>
          </w:p>
        </w:tc>
        <w:tc>
          <w:tcPr>
            <w:tcW w:w="455" w:type="dxa"/>
          </w:tcPr>
          <w:p w14:paraId="3CAABC2A" w14:textId="77777777" w:rsidR="00174BB4" w:rsidRDefault="00174BB4" w:rsidP="00A77FA5">
            <w:r>
              <w:rPr>
                <w:sz w:val="14"/>
              </w:rPr>
              <w:t>0.97</w:t>
            </w:r>
          </w:p>
        </w:tc>
        <w:tc>
          <w:tcPr>
            <w:tcW w:w="455" w:type="dxa"/>
          </w:tcPr>
          <w:p w14:paraId="7D01772A" w14:textId="77777777" w:rsidR="00174BB4" w:rsidRDefault="00174BB4" w:rsidP="00A77FA5">
            <w:r>
              <w:rPr>
                <w:sz w:val="14"/>
              </w:rPr>
              <w:t>0.87</w:t>
            </w:r>
          </w:p>
        </w:tc>
        <w:tc>
          <w:tcPr>
            <w:tcW w:w="524" w:type="dxa"/>
          </w:tcPr>
          <w:p w14:paraId="3C457347" w14:textId="77777777" w:rsidR="00174BB4" w:rsidRDefault="00174BB4" w:rsidP="00A77FA5">
            <w:r>
              <w:rPr>
                <w:sz w:val="14"/>
              </w:rPr>
              <w:t>-1.15</w:t>
            </w:r>
          </w:p>
        </w:tc>
        <w:tc>
          <w:tcPr>
            <w:tcW w:w="927" w:type="dxa"/>
          </w:tcPr>
          <w:p w14:paraId="4F644FB9" w14:textId="77777777" w:rsidR="00174BB4" w:rsidRDefault="00174BB4" w:rsidP="00A77FA5">
            <w:r>
              <w:rPr>
                <w:sz w:val="14"/>
              </w:rPr>
              <w:t>MetUM GA7</w:t>
            </w:r>
          </w:p>
        </w:tc>
        <w:tc>
          <w:tcPr>
            <w:tcW w:w="664" w:type="dxa"/>
          </w:tcPr>
          <w:p w14:paraId="56533962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1CD41E3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A6580C6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330A0791" w14:textId="77777777" w:rsidR="00174BB4" w:rsidRDefault="00174BB4" w:rsidP="00A77FA5">
            <w:r>
              <w:rPr>
                <w:sz w:val="14"/>
              </w:rPr>
              <w:t>r1i1p1f1, r2i1p1f1, r3i1p1f1, r4i1p1f1, r5i1p1…</w:t>
            </w:r>
          </w:p>
        </w:tc>
        <w:tc>
          <w:tcPr>
            <w:tcW w:w="825" w:type="dxa"/>
          </w:tcPr>
          <w:p w14:paraId="22D12523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394BA77D" w14:textId="77777777" w:rsidTr="00A77FA5">
        <w:tc>
          <w:tcPr>
            <w:tcW w:w="825" w:type="dxa"/>
          </w:tcPr>
          <w:p w14:paraId="7667C550" w14:textId="77777777" w:rsidR="00174BB4" w:rsidRDefault="00174BB4" w:rsidP="00A77FA5">
            <w:r>
              <w:rPr>
                <w:sz w:val="14"/>
              </w:rPr>
              <w:t>AWI-CM-1-1-MR</w:t>
            </w:r>
          </w:p>
        </w:tc>
        <w:tc>
          <w:tcPr>
            <w:tcW w:w="524" w:type="dxa"/>
          </w:tcPr>
          <w:p w14:paraId="06097864" w14:textId="77777777" w:rsidR="00174BB4" w:rsidRDefault="00174BB4" w:rsidP="00A77FA5">
            <w:r>
              <w:rPr>
                <w:sz w:val="14"/>
              </w:rPr>
              <w:t>0.885</w:t>
            </w:r>
          </w:p>
        </w:tc>
        <w:tc>
          <w:tcPr>
            <w:tcW w:w="455" w:type="dxa"/>
          </w:tcPr>
          <w:p w14:paraId="345C3E37" w14:textId="77777777" w:rsidR="00174BB4" w:rsidRDefault="00174BB4" w:rsidP="00A77FA5">
            <w:r>
              <w:rPr>
                <w:sz w:val="14"/>
              </w:rPr>
              <w:t>0.79</w:t>
            </w:r>
          </w:p>
        </w:tc>
        <w:tc>
          <w:tcPr>
            <w:tcW w:w="455" w:type="dxa"/>
          </w:tcPr>
          <w:p w14:paraId="51CB8C10" w14:textId="77777777" w:rsidR="00174BB4" w:rsidRDefault="00174BB4" w:rsidP="00A77FA5">
            <w:r>
              <w:rPr>
                <w:sz w:val="14"/>
              </w:rPr>
              <w:t>0.92</w:t>
            </w:r>
          </w:p>
        </w:tc>
        <w:tc>
          <w:tcPr>
            <w:tcW w:w="455" w:type="dxa"/>
          </w:tcPr>
          <w:p w14:paraId="08C9119D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524" w:type="dxa"/>
          </w:tcPr>
          <w:p w14:paraId="24B578AC" w14:textId="77777777" w:rsidR="00174BB4" w:rsidRDefault="00174BB4" w:rsidP="00A77FA5">
            <w:r>
              <w:rPr>
                <w:sz w:val="14"/>
              </w:rPr>
              <w:t>-0.79</w:t>
            </w:r>
          </w:p>
        </w:tc>
        <w:tc>
          <w:tcPr>
            <w:tcW w:w="927" w:type="dxa"/>
          </w:tcPr>
          <w:p w14:paraId="60E320A5" w14:textId="77777777" w:rsidR="00174BB4" w:rsidRDefault="00174BB4" w:rsidP="00A77FA5">
            <w:r>
              <w:rPr>
                <w:sz w:val="14"/>
              </w:rPr>
              <w:t>ECHAM6.3</w:t>
            </w:r>
          </w:p>
        </w:tc>
        <w:tc>
          <w:tcPr>
            <w:tcW w:w="664" w:type="dxa"/>
          </w:tcPr>
          <w:p w14:paraId="046842B2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2ED35798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7CD42D25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2D4D6DB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6A43777B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5C1B4D8F" w14:textId="77777777" w:rsidTr="00A77FA5">
        <w:tc>
          <w:tcPr>
            <w:tcW w:w="825" w:type="dxa"/>
          </w:tcPr>
          <w:p w14:paraId="26653F47" w14:textId="77777777" w:rsidR="00174BB4" w:rsidRDefault="00174BB4" w:rsidP="00A77FA5">
            <w:r>
              <w:rPr>
                <w:sz w:val="14"/>
              </w:rPr>
              <w:t>KACE-1-0-G</w:t>
            </w:r>
          </w:p>
        </w:tc>
        <w:tc>
          <w:tcPr>
            <w:tcW w:w="524" w:type="dxa"/>
          </w:tcPr>
          <w:p w14:paraId="15394A9B" w14:textId="77777777" w:rsidR="00174BB4" w:rsidRDefault="00174BB4" w:rsidP="00A77FA5">
            <w:r>
              <w:rPr>
                <w:sz w:val="14"/>
              </w:rPr>
              <w:t>0.894</w:t>
            </w:r>
          </w:p>
        </w:tc>
        <w:tc>
          <w:tcPr>
            <w:tcW w:w="455" w:type="dxa"/>
          </w:tcPr>
          <w:p w14:paraId="51EFDE8B" w14:textId="77777777" w:rsidR="00174BB4" w:rsidRDefault="00174BB4" w:rsidP="00A77FA5">
            <w:r>
              <w:rPr>
                <w:sz w:val="14"/>
              </w:rPr>
              <w:t>0.9</w:t>
            </w:r>
          </w:p>
        </w:tc>
        <w:tc>
          <w:tcPr>
            <w:tcW w:w="455" w:type="dxa"/>
          </w:tcPr>
          <w:p w14:paraId="7A396A36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455" w:type="dxa"/>
          </w:tcPr>
          <w:p w14:paraId="07AC9328" w14:textId="77777777" w:rsidR="00174BB4" w:rsidRDefault="00174BB4" w:rsidP="00A77FA5">
            <w:r>
              <w:rPr>
                <w:sz w:val="14"/>
              </w:rPr>
              <w:t>0.83</w:t>
            </w:r>
          </w:p>
        </w:tc>
        <w:tc>
          <w:tcPr>
            <w:tcW w:w="524" w:type="dxa"/>
          </w:tcPr>
          <w:p w14:paraId="02960AA0" w14:textId="77777777" w:rsidR="00174BB4" w:rsidRDefault="00174BB4" w:rsidP="00A77FA5">
            <w:r>
              <w:rPr>
                <w:sz w:val="14"/>
              </w:rPr>
              <w:t>-1.64</w:t>
            </w:r>
          </w:p>
        </w:tc>
        <w:tc>
          <w:tcPr>
            <w:tcW w:w="927" w:type="dxa"/>
          </w:tcPr>
          <w:p w14:paraId="51224C3A" w14:textId="77777777" w:rsidR="00174BB4" w:rsidRDefault="00174BB4" w:rsidP="00A77FA5">
            <w:r>
              <w:rPr>
                <w:sz w:val="14"/>
              </w:rPr>
              <w:t>MetUM GA7</w:t>
            </w:r>
          </w:p>
        </w:tc>
        <w:tc>
          <w:tcPr>
            <w:tcW w:w="664" w:type="dxa"/>
          </w:tcPr>
          <w:p w14:paraId="2BD33E71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620F38B6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7CFF78C7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6FC96240" w14:textId="77777777" w:rsidR="00174BB4" w:rsidRDefault="00174BB4" w:rsidP="00A77FA5">
            <w:r>
              <w:rPr>
                <w:sz w:val="14"/>
              </w:rPr>
              <w:t>r1i1p1f1, r2i1p1f1, r3i1p1f1</w:t>
            </w:r>
          </w:p>
        </w:tc>
        <w:tc>
          <w:tcPr>
            <w:tcW w:w="825" w:type="dxa"/>
          </w:tcPr>
          <w:p w14:paraId="1BCB2A1D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401771B8" w14:textId="77777777" w:rsidTr="00A77FA5">
        <w:tc>
          <w:tcPr>
            <w:tcW w:w="825" w:type="dxa"/>
          </w:tcPr>
          <w:p w14:paraId="1E7B5B8A" w14:textId="77777777" w:rsidR="00174BB4" w:rsidRDefault="00174BB4" w:rsidP="00A77FA5">
            <w:r>
              <w:rPr>
                <w:sz w:val="14"/>
              </w:rPr>
              <w:t>CanESM5</w:t>
            </w:r>
          </w:p>
        </w:tc>
        <w:tc>
          <w:tcPr>
            <w:tcW w:w="524" w:type="dxa"/>
          </w:tcPr>
          <w:p w14:paraId="7D7388E2" w14:textId="77777777" w:rsidR="00174BB4" w:rsidRDefault="00174BB4" w:rsidP="00A77FA5">
            <w:r>
              <w:rPr>
                <w:sz w:val="14"/>
              </w:rPr>
              <w:t>0.914</w:t>
            </w:r>
          </w:p>
        </w:tc>
        <w:tc>
          <w:tcPr>
            <w:tcW w:w="455" w:type="dxa"/>
          </w:tcPr>
          <w:p w14:paraId="54573871" w14:textId="77777777" w:rsidR="00174BB4" w:rsidRDefault="00174BB4" w:rsidP="00A77FA5">
            <w:r>
              <w:rPr>
                <w:sz w:val="14"/>
              </w:rPr>
              <w:t>0.86</w:t>
            </w:r>
          </w:p>
        </w:tc>
        <w:tc>
          <w:tcPr>
            <w:tcW w:w="455" w:type="dxa"/>
          </w:tcPr>
          <w:p w14:paraId="311D2816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455" w:type="dxa"/>
          </w:tcPr>
          <w:p w14:paraId="46979016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524" w:type="dxa"/>
          </w:tcPr>
          <w:p w14:paraId="3F7F6965" w14:textId="77777777" w:rsidR="00174BB4" w:rsidRDefault="00174BB4" w:rsidP="00A77FA5">
            <w:r>
              <w:rPr>
                <w:sz w:val="14"/>
              </w:rPr>
              <w:t>-0.05</w:t>
            </w:r>
          </w:p>
        </w:tc>
        <w:tc>
          <w:tcPr>
            <w:tcW w:w="927" w:type="dxa"/>
          </w:tcPr>
          <w:p w14:paraId="15FB1386" w14:textId="77777777" w:rsidR="00174BB4" w:rsidRDefault="00174BB4" w:rsidP="00A77FA5">
            <w:r>
              <w:rPr>
                <w:sz w:val="14"/>
              </w:rPr>
              <w:t>CanAM5</w:t>
            </w:r>
          </w:p>
        </w:tc>
        <w:tc>
          <w:tcPr>
            <w:tcW w:w="664" w:type="dxa"/>
          </w:tcPr>
          <w:p w14:paraId="5C28A843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ECBEF1A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10A08D58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A5B14B9" w14:textId="77777777" w:rsidR="00174BB4" w:rsidRDefault="00174BB4" w:rsidP="00A77FA5">
            <w:r>
              <w:rPr>
                <w:sz w:val="14"/>
              </w:rPr>
              <w:t>r10i1p1f1, r10i1p2f1, r11i1p1f1, r11i1p2f1, r1…</w:t>
            </w:r>
          </w:p>
        </w:tc>
        <w:tc>
          <w:tcPr>
            <w:tcW w:w="825" w:type="dxa"/>
          </w:tcPr>
          <w:p w14:paraId="13370069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21CB5711" w14:textId="77777777" w:rsidTr="00A77FA5">
        <w:tc>
          <w:tcPr>
            <w:tcW w:w="825" w:type="dxa"/>
          </w:tcPr>
          <w:p w14:paraId="5E7274D0" w14:textId="77777777" w:rsidR="00174BB4" w:rsidRDefault="00174BB4" w:rsidP="00A77FA5">
            <w:r>
              <w:rPr>
                <w:sz w:val="14"/>
              </w:rPr>
              <w:t>E3SM-1-0</w:t>
            </w:r>
          </w:p>
        </w:tc>
        <w:tc>
          <w:tcPr>
            <w:tcW w:w="524" w:type="dxa"/>
          </w:tcPr>
          <w:p w14:paraId="67F828A6" w14:textId="77777777" w:rsidR="00174BB4" w:rsidRDefault="00174BB4" w:rsidP="00A77FA5">
            <w:r>
              <w:rPr>
                <w:sz w:val="14"/>
              </w:rPr>
              <w:t>0.927</w:t>
            </w:r>
          </w:p>
        </w:tc>
        <w:tc>
          <w:tcPr>
            <w:tcW w:w="455" w:type="dxa"/>
          </w:tcPr>
          <w:p w14:paraId="363C6762" w14:textId="77777777" w:rsidR="00174BB4" w:rsidRDefault="00174BB4" w:rsidP="00A77FA5">
            <w:r>
              <w:rPr>
                <w:sz w:val="14"/>
              </w:rPr>
              <w:t>0.85</w:t>
            </w:r>
          </w:p>
        </w:tc>
        <w:tc>
          <w:tcPr>
            <w:tcW w:w="455" w:type="dxa"/>
          </w:tcPr>
          <w:p w14:paraId="4656F6D7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11486096" w14:textId="77777777" w:rsidR="00174BB4" w:rsidRDefault="00174BB4" w:rsidP="00A77FA5">
            <w:r>
              <w:rPr>
                <w:sz w:val="14"/>
              </w:rPr>
              <w:t>0.91</w:t>
            </w:r>
          </w:p>
        </w:tc>
        <w:tc>
          <w:tcPr>
            <w:tcW w:w="524" w:type="dxa"/>
          </w:tcPr>
          <w:p w14:paraId="20AE231A" w14:textId="77777777" w:rsidR="00174BB4" w:rsidRDefault="00174BB4" w:rsidP="00A77FA5">
            <w:r>
              <w:rPr>
                <w:sz w:val="14"/>
              </w:rPr>
              <w:t>1.33</w:t>
            </w:r>
          </w:p>
        </w:tc>
        <w:tc>
          <w:tcPr>
            <w:tcW w:w="927" w:type="dxa"/>
          </w:tcPr>
          <w:p w14:paraId="5385504B" w14:textId="77777777" w:rsidR="00174BB4" w:rsidRDefault="00174BB4" w:rsidP="00A77FA5">
            <w:r>
              <w:rPr>
                <w:sz w:val="14"/>
              </w:rPr>
              <w:t>E3SM EAM</w:t>
            </w:r>
          </w:p>
        </w:tc>
        <w:tc>
          <w:tcPr>
            <w:tcW w:w="664" w:type="dxa"/>
          </w:tcPr>
          <w:p w14:paraId="3C6641C3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9F59AA0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1E39BC3A" w14:textId="77777777" w:rsidR="00174BB4" w:rsidRDefault="00174BB4" w:rsidP="00A77FA5">
            <w:r>
              <w:rPr>
                <w:sz w:val="14"/>
              </w:rPr>
              <w:t>only 370/585</w:t>
            </w:r>
          </w:p>
        </w:tc>
        <w:tc>
          <w:tcPr>
            <w:tcW w:w="835" w:type="dxa"/>
          </w:tcPr>
          <w:p w14:paraId="27F6B737" w14:textId="77777777" w:rsidR="00174BB4" w:rsidRDefault="00174BB4" w:rsidP="00A77FA5"/>
        </w:tc>
        <w:tc>
          <w:tcPr>
            <w:tcW w:w="825" w:type="dxa"/>
          </w:tcPr>
          <w:p w14:paraId="3EDF9106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67FA899B" w14:textId="77777777" w:rsidTr="00A77FA5">
        <w:tc>
          <w:tcPr>
            <w:tcW w:w="825" w:type="dxa"/>
          </w:tcPr>
          <w:p w14:paraId="10D7F062" w14:textId="77777777" w:rsidR="00174BB4" w:rsidRDefault="00174BB4" w:rsidP="00A77FA5">
            <w:r>
              <w:rPr>
                <w:sz w:val="14"/>
              </w:rPr>
              <w:t>MPI-ESM1-2-HR</w:t>
            </w:r>
          </w:p>
        </w:tc>
        <w:tc>
          <w:tcPr>
            <w:tcW w:w="524" w:type="dxa"/>
          </w:tcPr>
          <w:p w14:paraId="472DA4D6" w14:textId="77777777" w:rsidR="00174BB4" w:rsidRDefault="00174BB4" w:rsidP="00A77FA5">
            <w:r>
              <w:rPr>
                <w:sz w:val="14"/>
              </w:rPr>
              <w:t>0.934</w:t>
            </w:r>
          </w:p>
        </w:tc>
        <w:tc>
          <w:tcPr>
            <w:tcW w:w="455" w:type="dxa"/>
          </w:tcPr>
          <w:p w14:paraId="3D19794A" w14:textId="77777777" w:rsidR="00174BB4" w:rsidRDefault="00174BB4" w:rsidP="00A77FA5">
            <w:r>
              <w:rPr>
                <w:sz w:val="14"/>
              </w:rPr>
              <w:t>0.85</w:t>
            </w:r>
          </w:p>
        </w:tc>
        <w:tc>
          <w:tcPr>
            <w:tcW w:w="455" w:type="dxa"/>
          </w:tcPr>
          <w:p w14:paraId="154ED3AB" w14:textId="77777777" w:rsidR="00174BB4" w:rsidRDefault="00174BB4" w:rsidP="00A77FA5">
            <w:r>
              <w:rPr>
                <w:sz w:val="14"/>
              </w:rPr>
              <w:t>0.97</w:t>
            </w:r>
          </w:p>
        </w:tc>
        <w:tc>
          <w:tcPr>
            <w:tcW w:w="455" w:type="dxa"/>
          </w:tcPr>
          <w:p w14:paraId="0C1AFB0D" w14:textId="77777777" w:rsidR="00174BB4" w:rsidRDefault="00174BB4" w:rsidP="00A77FA5">
            <w:r>
              <w:rPr>
                <w:sz w:val="14"/>
              </w:rPr>
              <w:t>0.98</w:t>
            </w:r>
          </w:p>
        </w:tc>
        <w:tc>
          <w:tcPr>
            <w:tcW w:w="524" w:type="dxa"/>
          </w:tcPr>
          <w:p w14:paraId="021DD07B" w14:textId="77777777" w:rsidR="00174BB4" w:rsidRDefault="00174BB4" w:rsidP="00A77FA5">
            <w:r>
              <w:rPr>
                <w:sz w:val="14"/>
              </w:rPr>
              <w:t>-0.78</w:t>
            </w:r>
          </w:p>
        </w:tc>
        <w:tc>
          <w:tcPr>
            <w:tcW w:w="927" w:type="dxa"/>
          </w:tcPr>
          <w:p w14:paraId="4CD3BF59" w14:textId="77777777" w:rsidR="00174BB4" w:rsidRDefault="00174BB4" w:rsidP="00A77FA5">
            <w:r>
              <w:rPr>
                <w:sz w:val="14"/>
              </w:rPr>
              <w:t>ECHAM6.3</w:t>
            </w:r>
          </w:p>
        </w:tc>
        <w:tc>
          <w:tcPr>
            <w:tcW w:w="664" w:type="dxa"/>
          </w:tcPr>
          <w:p w14:paraId="726089CE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7C9397D2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5345A63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047C4EA0" w14:textId="77777777" w:rsidR="00174BB4" w:rsidRDefault="00174BB4" w:rsidP="00A77FA5">
            <w:r>
              <w:rPr>
                <w:sz w:val="14"/>
              </w:rPr>
              <w:t>r1i1p1f1, r2i1p1f1</w:t>
            </w:r>
          </w:p>
        </w:tc>
        <w:tc>
          <w:tcPr>
            <w:tcW w:w="825" w:type="dxa"/>
          </w:tcPr>
          <w:p w14:paraId="2FE10E9E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3C632CEE" w14:textId="77777777" w:rsidTr="00A77FA5">
        <w:tc>
          <w:tcPr>
            <w:tcW w:w="825" w:type="dxa"/>
          </w:tcPr>
          <w:p w14:paraId="117DE0B8" w14:textId="77777777" w:rsidR="00174BB4" w:rsidRDefault="00174BB4" w:rsidP="00A77FA5">
            <w:r>
              <w:rPr>
                <w:sz w:val="14"/>
              </w:rPr>
              <w:t>ACCESS-ESM1-5</w:t>
            </w:r>
          </w:p>
        </w:tc>
        <w:tc>
          <w:tcPr>
            <w:tcW w:w="524" w:type="dxa"/>
          </w:tcPr>
          <w:p w14:paraId="2522AB6B" w14:textId="77777777" w:rsidR="00174BB4" w:rsidRDefault="00174BB4" w:rsidP="00A77FA5">
            <w:r>
              <w:rPr>
                <w:sz w:val="14"/>
              </w:rPr>
              <w:t>0.936</w:t>
            </w:r>
          </w:p>
        </w:tc>
        <w:tc>
          <w:tcPr>
            <w:tcW w:w="455" w:type="dxa"/>
          </w:tcPr>
          <w:p w14:paraId="3E16E0AB" w14:textId="77777777" w:rsidR="00174BB4" w:rsidRDefault="00174BB4" w:rsidP="00A77FA5">
            <w:r>
              <w:rPr>
                <w:sz w:val="14"/>
              </w:rPr>
              <w:t>0.99</w:t>
            </w:r>
          </w:p>
        </w:tc>
        <w:tc>
          <w:tcPr>
            <w:tcW w:w="455" w:type="dxa"/>
          </w:tcPr>
          <w:p w14:paraId="0EB5CDD3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455" w:type="dxa"/>
          </w:tcPr>
          <w:p w14:paraId="6FA5D8FD" w14:textId="77777777" w:rsidR="00174BB4" w:rsidRDefault="00174BB4" w:rsidP="00A77FA5">
            <w:r>
              <w:rPr>
                <w:sz w:val="14"/>
              </w:rPr>
              <w:t>0.86</w:t>
            </w:r>
          </w:p>
        </w:tc>
        <w:tc>
          <w:tcPr>
            <w:tcW w:w="524" w:type="dxa"/>
          </w:tcPr>
          <w:p w14:paraId="48824ABC" w14:textId="77777777" w:rsidR="00174BB4" w:rsidRDefault="00174BB4" w:rsidP="00A77FA5">
            <w:r>
              <w:rPr>
                <w:sz w:val="14"/>
              </w:rPr>
              <w:t>-3.09</w:t>
            </w:r>
          </w:p>
        </w:tc>
        <w:tc>
          <w:tcPr>
            <w:tcW w:w="927" w:type="dxa"/>
          </w:tcPr>
          <w:p w14:paraId="4979ECA2" w14:textId="77777777" w:rsidR="00174BB4" w:rsidRDefault="00174BB4" w:rsidP="00A77FA5">
            <w:r>
              <w:rPr>
                <w:sz w:val="14"/>
              </w:rPr>
              <w:t>MetUM (HadGAM2)</w:t>
            </w:r>
          </w:p>
        </w:tc>
        <w:tc>
          <w:tcPr>
            <w:tcW w:w="664" w:type="dxa"/>
          </w:tcPr>
          <w:p w14:paraId="6577D0A0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408B78CB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1A5E873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14D3626A" w14:textId="77777777" w:rsidR="00174BB4" w:rsidRDefault="00174BB4" w:rsidP="00A77FA5">
            <w:r>
              <w:rPr>
                <w:sz w:val="14"/>
              </w:rPr>
              <w:t>r10i1p1f1, r11i1p1f1, r12i1p1f1, r13i1p1f1, r1…</w:t>
            </w:r>
          </w:p>
        </w:tc>
        <w:tc>
          <w:tcPr>
            <w:tcW w:w="825" w:type="dxa"/>
          </w:tcPr>
          <w:p w14:paraId="0C733FCC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3039DBDE" w14:textId="77777777" w:rsidTr="00A77FA5">
        <w:tc>
          <w:tcPr>
            <w:tcW w:w="825" w:type="dxa"/>
          </w:tcPr>
          <w:p w14:paraId="43BF8CAA" w14:textId="77777777" w:rsidR="00174BB4" w:rsidRDefault="00174BB4" w:rsidP="00A77FA5">
            <w:r>
              <w:rPr>
                <w:sz w:val="14"/>
              </w:rPr>
              <w:t>E3SM-1-1</w:t>
            </w:r>
          </w:p>
        </w:tc>
        <w:tc>
          <w:tcPr>
            <w:tcW w:w="524" w:type="dxa"/>
          </w:tcPr>
          <w:p w14:paraId="2684264F" w14:textId="77777777" w:rsidR="00174BB4" w:rsidRDefault="00174BB4" w:rsidP="00A77FA5">
            <w:r>
              <w:rPr>
                <w:sz w:val="14"/>
              </w:rPr>
              <w:t>0.942</w:t>
            </w:r>
          </w:p>
        </w:tc>
        <w:tc>
          <w:tcPr>
            <w:tcW w:w="455" w:type="dxa"/>
          </w:tcPr>
          <w:p w14:paraId="36BE624B" w14:textId="77777777" w:rsidR="00174BB4" w:rsidRDefault="00174BB4" w:rsidP="00A77FA5">
            <w:r>
              <w:rPr>
                <w:sz w:val="14"/>
              </w:rPr>
              <w:t>0.89</w:t>
            </w:r>
          </w:p>
        </w:tc>
        <w:tc>
          <w:tcPr>
            <w:tcW w:w="455" w:type="dxa"/>
          </w:tcPr>
          <w:p w14:paraId="40CD9690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2A15D872" w14:textId="77777777" w:rsidR="00174BB4" w:rsidRDefault="00174BB4" w:rsidP="00A77FA5">
            <w:r>
              <w:rPr>
                <w:sz w:val="14"/>
              </w:rPr>
              <w:t>0.92</w:t>
            </w:r>
          </w:p>
        </w:tc>
        <w:tc>
          <w:tcPr>
            <w:tcW w:w="524" w:type="dxa"/>
          </w:tcPr>
          <w:p w14:paraId="231D67DB" w14:textId="77777777" w:rsidR="00174BB4" w:rsidRDefault="00174BB4" w:rsidP="00A77FA5">
            <w:r>
              <w:rPr>
                <w:sz w:val="14"/>
              </w:rPr>
              <w:t>1.39</w:t>
            </w:r>
          </w:p>
        </w:tc>
        <w:tc>
          <w:tcPr>
            <w:tcW w:w="927" w:type="dxa"/>
          </w:tcPr>
          <w:p w14:paraId="3A25F940" w14:textId="77777777" w:rsidR="00174BB4" w:rsidRDefault="00174BB4" w:rsidP="00A77FA5">
            <w:r>
              <w:rPr>
                <w:sz w:val="14"/>
              </w:rPr>
              <w:t>E3SM EAM</w:t>
            </w:r>
          </w:p>
        </w:tc>
        <w:tc>
          <w:tcPr>
            <w:tcW w:w="664" w:type="dxa"/>
          </w:tcPr>
          <w:p w14:paraId="5DD7EB08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F60897E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5877CB7" w14:textId="77777777" w:rsidR="00174BB4" w:rsidRDefault="00174BB4" w:rsidP="00A77FA5">
            <w:r>
              <w:rPr>
                <w:sz w:val="14"/>
              </w:rPr>
              <w:t>only 245/585</w:t>
            </w:r>
          </w:p>
        </w:tc>
        <w:tc>
          <w:tcPr>
            <w:tcW w:w="835" w:type="dxa"/>
          </w:tcPr>
          <w:p w14:paraId="69C85F6E" w14:textId="77777777" w:rsidR="00174BB4" w:rsidRDefault="00174BB4" w:rsidP="00A77FA5"/>
        </w:tc>
        <w:tc>
          <w:tcPr>
            <w:tcW w:w="825" w:type="dxa"/>
          </w:tcPr>
          <w:p w14:paraId="4701EEFB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16120FB4" w14:textId="77777777" w:rsidTr="00A77FA5">
        <w:tc>
          <w:tcPr>
            <w:tcW w:w="825" w:type="dxa"/>
          </w:tcPr>
          <w:p w14:paraId="36B48E78" w14:textId="77777777" w:rsidR="00174BB4" w:rsidRDefault="00174BB4" w:rsidP="00A77FA5">
            <w:r>
              <w:rPr>
                <w:sz w:val="14"/>
              </w:rPr>
              <w:t>TaiESM1</w:t>
            </w:r>
          </w:p>
        </w:tc>
        <w:tc>
          <w:tcPr>
            <w:tcW w:w="524" w:type="dxa"/>
          </w:tcPr>
          <w:p w14:paraId="47CA5B9F" w14:textId="77777777" w:rsidR="00174BB4" w:rsidRDefault="00174BB4" w:rsidP="00A77FA5">
            <w:r>
              <w:rPr>
                <w:sz w:val="14"/>
              </w:rPr>
              <w:t>0.955</w:t>
            </w:r>
          </w:p>
        </w:tc>
        <w:tc>
          <w:tcPr>
            <w:tcW w:w="455" w:type="dxa"/>
          </w:tcPr>
          <w:p w14:paraId="3929CE49" w14:textId="77777777" w:rsidR="00174BB4" w:rsidRDefault="00174BB4" w:rsidP="00A77FA5">
            <w:r>
              <w:rPr>
                <w:sz w:val="14"/>
              </w:rPr>
              <w:t>0.86</w:t>
            </w:r>
          </w:p>
        </w:tc>
        <w:tc>
          <w:tcPr>
            <w:tcW w:w="455" w:type="dxa"/>
          </w:tcPr>
          <w:p w14:paraId="13DB9319" w14:textId="77777777" w:rsidR="00174BB4" w:rsidRDefault="00174BB4" w:rsidP="00A77FA5">
            <w:r>
              <w:rPr>
                <w:sz w:val="14"/>
              </w:rPr>
              <w:t>0.97</w:t>
            </w:r>
          </w:p>
        </w:tc>
        <w:tc>
          <w:tcPr>
            <w:tcW w:w="455" w:type="dxa"/>
          </w:tcPr>
          <w:p w14:paraId="69A6F1FB" w14:textId="77777777" w:rsidR="00174BB4" w:rsidRDefault="00174BB4" w:rsidP="00A77FA5">
            <w:r>
              <w:rPr>
                <w:sz w:val="14"/>
              </w:rPr>
              <w:t>1.04</w:t>
            </w:r>
          </w:p>
        </w:tc>
        <w:tc>
          <w:tcPr>
            <w:tcW w:w="524" w:type="dxa"/>
          </w:tcPr>
          <w:p w14:paraId="449E2A76" w14:textId="77777777" w:rsidR="00174BB4" w:rsidRDefault="00174BB4" w:rsidP="00A77FA5">
            <w:r>
              <w:rPr>
                <w:sz w:val="14"/>
              </w:rPr>
              <w:t>-1.37</w:t>
            </w:r>
          </w:p>
        </w:tc>
        <w:tc>
          <w:tcPr>
            <w:tcW w:w="927" w:type="dxa"/>
          </w:tcPr>
          <w:p w14:paraId="02CFC983" w14:textId="77777777" w:rsidR="00174BB4" w:rsidRDefault="00174BB4" w:rsidP="00A77FA5">
            <w:r>
              <w:rPr>
                <w:sz w:val="14"/>
              </w:rPr>
              <w:t>CAM5.3</w:t>
            </w:r>
          </w:p>
        </w:tc>
        <w:tc>
          <w:tcPr>
            <w:tcW w:w="664" w:type="dxa"/>
          </w:tcPr>
          <w:p w14:paraId="7872557E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546B7BD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1503ACE6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490CA1DC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4AA5881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0C0693B8" w14:textId="77777777" w:rsidTr="00A77FA5">
        <w:tc>
          <w:tcPr>
            <w:tcW w:w="825" w:type="dxa"/>
          </w:tcPr>
          <w:p w14:paraId="4DF120C4" w14:textId="77777777" w:rsidR="00174BB4" w:rsidRDefault="00174BB4" w:rsidP="00A77FA5">
            <w:r>
              <w:rPr>
                <w:sz w:val="14"/>
              </w:rPr>
              <w:t>CESM2-WACCM</w:t>
            </w:r>
          </w:p>
        </w:tc>
        <w:tc>
          <w:tcPr>
            <w:tcW w:w="524" w:type="dxa"/>
          </w:tcPr>
          <w:p w14:paraId="3682D7C5" w14:textId="77777777" w:rsidR="00174BB4" w:rsidRDefault="00174BB4" w:rsidP="00A77FA5">
            <w:r>
              <w:rPr>
                <w:sz w:val="14"/>
              </w:rPr>
              <w:t>0.966</w:t>
            </w:r>
          </w:p>
        </w:tc>
        <w:tc>
          <w:tcPr>
            <w:tcW w:w="455" w:type="dxa"/>
          </w:tcPr>
          <w:p w14:paraId="549C6EDE" w14:textId="77777777" w:rsidR="00174BB4" w:rsidRDefault="00174BB4" w:rsidP="00A77FA5">
            <w:r>
              <w:rPr>
                <w:sz w:val="14"/>
              </w:rPr>
              <w:t>0.78</w:t>
            </w:r>
          </w:p>
        </w:tc>
        <w:tc>
          <w:tcPr>
            <w:tcW w:w="455" w:type="dxa"/>
          </w:tcPr>
          <w:p w14:paraId="10560D5F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455" w:type="dxa"/>
          </w:tcPr>
          <w:p w14:paraId="504BBD5E" w14:textId="77777777" w:rsidR="00174BB4" w:rsidRDefault="00174BB4" w:rsidP="00A77FA5">
            <w:r>
              <w:rPr>
                <w:sz w:val="14"/>
              </w:rPr>
              <w:t>1.17</w:t>
            </w:r>
          </w:p>
        </w:tc>
        <w:tc>
          <w:tcPr>
            <w:tcW w:w="524" w:type="dxa"/>
          </w:tcPr>
          <w:p w14:paraId="04ACA069" w14:textId="77777777" w:rsidR="00174BB4" w:rsidRDefault="00174BB4" w:rsidP="00A77FA5">
            <w:r>
              <w:rPr>
                <w:sz w:val="14"/>
              </w:rPr>
              <w:t>1.28</w:t>
            </w:r>
          </w:p>
        </w:tc>
        <w:tc>
          <w:tcPr>
            <w:tcW w:w="927" w:type="dxa"/>
          </w:tcPr>
          <w:p w14:paraId="6D9286C7" w14:textId="77777777" w:rsidR="00174BB4" w:rsidRDefault="00174BB4" w:rsidP="00A77FA5">
            <w:r>
              <w:rPr>
                <w:sz w:val="14"/>
              </w:rPr>
              <w:t>CAM6</w:t>
            </w:r>
          </w:p>
        </w:tc>
        <w:tc>
          <w:tcPr>
            <w:tcW w:w="664" w:type="dxa"/>
          </w:tcPr>
          <w:p w14:paraId="294967B2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01BE49F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91E49C7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2A0142F8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D72E6A2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51DDD3B0" w14:textId="77777777" w:rsidTr="00A77FA5">
        <w:tc>
          <w:tcPr>
            <w:tcW w:w="825" w:type="dxa"/>
          </w:tcPr>
          <w:p w14:paraId="735DBC87" w14:textId="77777777" w:rsidR="00174BB4" w:rsidRDefault="00174BB4" w:rsidP="00A77FA5">
            <w:r>
              <w:rPr>
                <w:sz w:val="14"/>
              </w:rPr>
              <w:t>IPSL-CM6A-LR-INCA</w:t>
            </w:r>
          </w:p>
        </w:tc>
        <w:tc>
          <w:tcPr>
            <w:tcW w:w="524" w:type="dxa"/>
          </w:tcPr>
          <w:p w14:paraId="6E167A35" w14:textId="77777777" w:rsidR="00174BB4" w:rsidRDefault="00174BB4" w:rsidP="00A77FA5">
            <w:r>
              <w:rPr>
                <w:sz w:val="14"/>
              </w:rPr>
              <w:t>0.975</w:t>
            </w:r>
          </w:p>
        </w:tc>
        <w:tc>
          <w:tcPr>
            <w:tcW w:w="455" w:type="dxa"/>
          </w:tcPr>
          <w:p w14:paraId="6F5B2422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455" w:type="dxa"/>
          </w:tcPr>
          <w:p w14:paraId="16862750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339EDE63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524" w:type="dxa"/>
          </w:tcPr>
          <w:p w14:paraId="70C649E3" w14:textId="77777777" w:rsidR="00174BB4" w:rsidRDefault="00174BB4" w:rsidP="00A77FA5">
            <w:r>
              <w:rPr>
                <w:sz w:val="14"/>
              </w:rPr>
              <w:t>2.26</w:t>
            </w:r>
          </w:p>
        </w:tc>
        <w:tc>
          <w:tcPr>
            <w:tcW w:w="927" w:type="dxa"/>
          </w:tcPr>
          <w:p w14:paraId="020D8613" w14:textId="77777777" w:rsidR="00174BB4" w:rsidRDefault="00174BB4" w:rsidP="00A77FA5">
            <w:r>
              <w:rPr>
                <w:sz w:val="14"/>
              </w:rPr>
              <w:t>LMDZ6</w:t>
            </w:r>
          </w:p>
        </w:tc>
        <w:tc>
          <w:tcPr>
            <w:tcW w:w="664" w:type="dxa"/>
          </w:tcPr>
          <w:p w14:paraId="5BDD3D13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17CE842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3FE6FB1A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1B3BE718" w14:textId="77777777" w:rsidR="00174BB4" w:rsidRDefault="00174BB4" w:rsidP="00A77FA5"/>
        </w:tc>
        <w:tc>
          <w:tcPr>
            <w:tcW w:w="825" w:type="dxa"/>
          </w:tcPr>
          <w:p w14:paraId="641D449B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6507CAAE" w14:textId="77777777" w:rsidTr="00A77FA5">
        <w:tc>
          <w:tcPr>
            <w:tcW w:w="825" w:type="dxa"/>
          </w:tcPr>
          <w:p w14:paraId="460ED78F" w14:textId="77777777" w:rsidR="00174BB4" w:rsidRDefault="00174BB4" w:rsidP="00A77FA5">
            <w:r>
              <w:rPr>
                <w:sz w:val="14"/>
              </w:rPr>
              <w:t>MPI-ESM1-2-LR</w:t>
            </w:r>
          </w:p>
        </w:tc>
        <w:tc>
          <w:tcPr>
            <w:tcW w:w="524" w:type="dxa"/>
          </w:tcPr>
          <w:p w14:paraId="427073DF" w14:textId="77777777" w:rsidR="00174BB4" w:rsidRDefault="00174BB4" w:rsidP="00A77FA5">
            <w:r>
              <w:rPr>
                <w:sz w:val="14"/>
              </w:rPr>
              <w:t>0.978</w:t>
            </w:r>
          </w:p>
        </w:tc>
        <w:tc>
          <w:tcPr>
            <w:tcW w:w="455" w:type="dxa"/>
          </w:tcPr>
          <w:p w14:paraId="6F1A1391" w14:textId="77777777" w:rsidR="00174BB4" w:rsidRDefault="00174BB4" w:rsidP="00A77FA5">
            <w:r>
              <w:rPr>
                <w:sz w:val="14"/>
              </w:rPr>
              <w:t>1.04</w:t>
            </w:r>
          </w:p>
        </w:tc>
        <w:tc>
          <w:tcPr>
            <w:tcW w:w="455" w:type="dxa"/>
          </w:tcPr>
          <w:p w14:paraId="566D8E8C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440267DA" w14:textId="77777777" w:rsidR="00174BB4" w:rsidRDefault="00174BB4" w:rsidP="00A77FA5">
            <w:r>
              <w:rPr>
                <w:sz w:val="14"/>
              </w:rPr>
              <w:t>0.87</w:t>
            </w:r>
          </w:p>
        </w:tc>
        <w:tc>
          <w:tcPr>
            <w:tcW w:w="524" w:type="dxa"/>
          </w:tcPr>
          <w:p w14:paraId="2B56EB9D" w14:textId="77777777" w:rsidR="00174BB4" w:rsidRDefault="00174BB4" w:rsidP="00A77FA5">
            <w:r>
              <w:rPr>
                <w:sz w:val="14"/>
              </w:rPr>
              <w:t>2.03</w:t>
            </w:r>
          </w:p>
        </w:tc>
        <w:tc>
          <w:tcPr>
            <w:tcW w:w="927" w:type="dxa"/>
          </w:tcPr>
          <w:p w14:paraId="4099C292" w14:textId="77777777" w:rsidR="00174BB4" w:rsidRDefault="00174BB4" w:rsidP="00A77FA5">
            <w:r>
              <w:rPr>
                <w:sz w:val="14"/>
              </w:rPr>
              <w:t>ECHAM6.3</w:t>
            </w:r>
          </w:p>
        </w:tc>
        <w:tc>
          <w:tcPr>
            <w:tcW w:w="664" w:type="dxa"/>
          </w:tcPr>
          <w:p w14:paraId="65CA4164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B3B77D1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53704246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14AB5DDC" w14:textId="77777777" w:rsidR="00174BB4" w:rsidRDefault="00174BB4" w:rsidP="00A77FA5">
            <w:r>
              <w:rPr>
                <w:sz w:val="14"/>
              </w:rPr>
              <w:t>r10i1p1f1, r11i1p1f1, r12i1p1f1, r13i1p1f1, r1…</w:t>
            </w:r>
          </w:p>
        </w:tc>
        <w:tc>
          <w:tcPr>
            <w:tcW w:w="825" w:type="dxa"/>
          </w:tcPr>
          <w:p w14:paraId="0D3C8004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79DDFF04" w14:textId="77777777" w:rsidTr="00A77FA5">
        <w:tc>
          <w:tcPr>
            <w:tcW w:w="825" w:type="dxa"/>
          </w:tcPr>
          <w:p w14:paraId="76F75C02" w14:textId="77777777" w:rsidR="00174BB4" w:rsidRDefault="00174BB4" w:rsidP="00A77FA5">
            <w:r>
              <w:rPr>
                <w:sz w:val="14"/>
              </w:rPr>
              <w:t>AWI-ESM-1-1-LR</w:t>
            </w:r>
          </w:p>
        </w:tc>
        <w:tc>
          <w:tcPr>
            <w:tcW w:w="524" w:type="dxa"/>
          </w:tcPr>
          <w:p w14:paraId="0A91C106" w14:textId="77777777" w:rsidR="00174BB4" w:rsidRDefault="00174BB4" w:rsidP="00A77FA5">
            <w:r>
              <w:rPr>
                <w:sz w:val="14"/>
              </w:rPr>
              <w:t>0.981</w:t>
            </w:r>
          </w:p>
        </w:tc>
        <w:tc>
          <w:tcPr>
            <w:tcW w:w="455" w:type="dxa"/>
          </w:tcPr>
          <w:p w14:paraId="14A6C63E" w14:textId="77777777" w:rsidR="00174BB4" w:rsidRDefault="00174BB4" w:rsidP="00A77FA5">
            <w:r>
              <w:rPr>
                <w:sz w:val="14"/>
              </w:rPr>
              <w:t>1.01</w:t>
            </w:r>
          </w:p>
        </w:tc>
        <w:tc>
          <w:tcPr>
            <w:tcW w:w="455" w:type="dxa"/>
          </w:tcPr>
          <w:p w14:paraId="5D1001CD" w14:textId="77777777" w:rsidR="00174BB4" w:rsidRDefault="00174BB4" w:rsidP="00A77FA5">
            <w:r>
              <w:rPr>
                <w:sz w:val="14"/>
              </w:rPr>
              <w:t>0.98</w:t>
            </w:r>
          </w:p>
        </w:tc>
        <w:tc>
          <w:tcPr>
            <w:tcW w:w="455" w:type="dxa"/>
          </w:tcPr>
          <w:p w14:paraId="4A22080A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524" w:type="dxa"/>
          </w:tcPr>
          <w:p w14:paraId="169B370F" w14:textId="77777777" w:rsidR="00174BB4" w:rsidRDefault="00174BB4" w:rsidP="00A77FA5">
            <w:r>
              <w:rPr>
                <w:sz w:val="14"/>
              </w:rPr>
              <w:t>2.61</w:t>
            </w:r>
          </w:p>
        </w:tc>
        <w:tc>
          <w:tcPr>
            <w:tcW w:w="927" w:type="dxa"/>
          </w:tcPr>
          <w:p w14:paraId="5B9C029B" w14:textId="77777777" w:rsidR="00174BB4" w:rsidRDefault="00174BB4" w:rsidP="00A77FA5">
            <w:r>
              <w:rPr>
                <w:sz w:val="14"/>
              </w:rPr>
              <w:t>ECHAM6.3</w:t>
            </w:r>
          </w:p>
        </w:tc>
        <w:tc>
          <w:tcPr>
            <w:tcW w:w="664" w:type="dxa"/>
          </w:tcPr>
          <w:p w14:paraId="0B1CCB14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6AA77EC7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36B78132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38E41A08" w14:textId="77777777" w:rsidR="00174BB4" w:rsidRDefault="00174BB4" w:rsidP="00A77FA5"/>
        </w:tc>
        <w:tc>
          <w:tcPr>
            <w:tcW w:w="825" w:type="dxa"/>
          </w:tcPr>
          <w:p w14:paraId="21C76798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44D6D618" w14:textId="77777777" w:rsidTr="00A77FA5">
        <w:tc>
          <w:tcPr>
            <w:tcW w:w="825" w:type="dxa"/>
          </w:tcPr>
          <w:p w14:paraId="548D439F" w14:textId="77777777" w:rsidR="00174BB4" w:rsidRDefault="00174BB4" w:rsidP="00A77FA5">
            <w:r>
              <w:rPr>
                <w:sz w:val="14"/>
              </w:rPr>
              <w:t>CESM2</w:t>
            </w:r>
          </w:p>
        </w:tc>
        <w:tc>
          <w:tcPr>
            <w:tcW w:w="524" w:type="dxa"/>
          </w:tcPr>
          <w:p w14:paraId="4A681EAD" w14:textId="77777777" w:rsidR="00174BB4" w:rsidRDefault="00174BB4" w:rsidP="00A77FA5">
            <w:r>
              <w:rPr>
                <w:sz w:val="14"/>
              </w:rPr>
              <w:t>0.994</w:t>
            </w:r>
          </w:p>
        </w:tc>
        <w:tc>
          <w:tcPr>
            <w:tcW w:w="455" w:type="dxa"/>
          </w:tcPr>
          <w:p w14:paraId="176DAC9D" w14:textId="77777777" w:rsidR="00174BB4" w:rsidRDefault="00174BB4" w:rsidP="00A77FA5">
            <w:r>
              <w:rPr>
                <w:sz w:val="14"/>
              </w:rPr>
              <w:t>0.74</w:t>
            </w:r>
          </w:p>
        </w:tc>
        <w:tc>
          <w:tcPr>
            <w:tcW w:w="455" w:type="dxa"/>
          </w:tcPr>
          <w:p w14:paraId="6583CDBD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455" w:type="dxa"/>
          </w:tcPr>
          <w:p w14:paraId="0C78A92D" w14:textId="77777777" w:rsidR="00174BB4" w:rsidRDefault="00174BB4" w:rsidP="00A77FA5">
            <w:r>
              <w:rPr>
                <w:sz w:val="14"/>
              </w:rPr>
              <w:t>1.3</w:t>
            </w:r>
          </w:p>
        </w:tc>
        <w:tc>
          <w:tcPr>
            <w:tcW w:w="524" w:type="dxa"/>
          </w:tcPr>
          <w:p w14:paraId="0BFECAD7" w14:textId="77777777" w:rsidR="00174BB4" w:rsidRDefault="00174BB4" w:rsidP="00A77FA5">
            <w:r>
              <w:rPr>
                <w:sz w:val="14"/>
              </w:rPr>
              <w:t>-0.1</w:t>
            </w:r>
          </w:p>
        </w:tc>
        <w:tc>
          <w:tcPr>
            <w:tcW w:w="927" w:type="dxa"/>
          </w:tcPr>
          <w:p w14:paraId="48B84304" w14:textId="77777777" w:rsidR="00174BB4" w:rsidRDefault="00174BB4" w:rsidP="00A77FA5">
            <w:r>
              <w:rPr>
                <w:sz w:val="14"/>
              </w:rPr>
              <w:t>CAM6</w:t>
            </w:r>
          </w:p>
        </w:tc>
        <w:tc>
          <w:tcPr>
            <w:tcW w:w="664" w:type="dxa"/>
          </w:tcPr>
          <w:p w14:paraId="5FEFD109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E332548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5B29FAEB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48BF950" w14:textId="77777777" w:rsidR="00174BB4" w:rsidRDefault="00174BB4" w:rsidP="00A77FA5">
            <w:r>
              <w:rPr>
                <w:sz w:val="14"/>
              </w:rPr>
              <w:t>r10i1p1f1, r11i1p1f1, r4i1p1f1</w:t>
            </w:r>
          </w:p>
        </w:tc>
        <w:tc>
          <w:tcPr>
            <w:tcW w:w="825" w:type="dxa"/>
          </w:tcPr>
          <w:p w14:paraId="38E85A23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4C99E898" w14:textId="77777777" w:rsidTr="00A77FA5">
        <w:tc>
          <w:tcPr>
            <w:tcW w:w="825" w:type="dxa"/>
          </w:tcPr>
          <w:p w14:paraId="00E02759" w14:textId="77777777" w:rsidR="00174BB4" w:rsidRDefault="00174BB4" w:rsidP="00A77FA5">
            <w:r>
              <w:rPr>
                <w:sz w:val="14"/>
              </w:rPr>
              <w:t>INM-CM5-0</w:t>
            </w:r>
          </w:p>
        </w:tc>
        <w:tc>
          <w:tcPr>
            <w:tcW w:w="524" w:type="dxa"/>
          </w:tcPr>
          <w:p w14:paraId="32521F88" w14:textId="77777777" w:rsidR="00174BB4" w:rsidRDefault="00174BB4" w:rsidP="00A77FA5">
            <w:r>
              <w:rPr>
                <w:sz w:val="14"/>
              </w:rPr>
              <w:t>0.994</w:t>
            </w:r>
          </w:p>
        </w:tc>
        <w:tc>
          <w:tcPr>
            <w:tcW w:w="455" w:type="dxa"/>
          </w:tcPr>
          <w:p w14:paraId="13905F9B" w14:textId="77777777" w:rsidR="00174BB4" w:rsidRDefault="00174BB4" w:rsidP="00A77FA5">
            <w:r>
              <w:rPr>
                <w:sz w:val="14"/>
              </w:rPr>
              <w:t>1.04</w:t>
            </w:r>
          </w:p>
        </w:tc>
        <w:tc>
          <w:tcPr>
            <w:tcW w:w="455" w:type="dxa"/>
          </w:tcPr>
          <w:p w14:paraId="24B068F5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1EB73E35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524" w:type="dxa"/>
          </w:tcPr>
          <w:p w14:paraId="76DA461D" w14:textId="77777777" w:rsidR="00174BB4" w:rsidRDefault="00174BB4" w:rsidP="00A77FA5">
            <w:r>
              <w:rPr>
                <w:sz w:val="14"/>
              </w:rPr>
              <w:t>-0.6</w:t>
            </w:r>
          </w:p>
        </w:tc>
        <w:tc>
          <w:tcPr>
            <w:tcW w:w="927" w:type="dxa"/>
          </w:tcPr>
          <w:p w14:paraId="2EC0BA57" w14:textId="77777777" w:rsidR="00174BB4" w:rsidRDefault="00174BB4" w:rsidP="00A77FA5">
            <w:r>
              <w:rPr>
                <w:sz w:val="14"/>
              </w:rPr>
              <w:t>INM-AM</w:t>
            </w:r>
          </w:p>
        </w:tc>
        <w:tc>
          <w:tcPr>
            <w:tcW w:w="664" w:type="dxa"/>
          </w:tcPr>
          <w:p w14:paraId="32B957C6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B691B4D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5A4920AE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42778688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7E70E8A4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6C593186" w14:textId="77777777" w:rsidTr="00A77FA5">
        <w:tc>
          <w:tcPr>
            <w:tcW w:w="825" w:type="dxa"/>
          </w:tcPr>
          <w:p w14:paraId="477CE35D" w14:textId="77777777" w:rsidR="00174BB4" w:rsidRDefault="00174BB4" w:rsidP="00A77FA5">
            <w:r>
              <w:rPr>
                <w:sz w:val="14"/>
              </w:rPr>
              <w:t>BCC-CSM2-MR</w:t>
            </w:r>
          </w:p>
        </w:tc>
        <w:tc>
          <w:tcPr>
            <w:tcW w:w="524" w:type="dxa"/>
          </w:tcPr>
          <w:p w14:paraId="1D2B3FF4" w14:textId="77777777" w:rsidR="00174BB4" w:rsidRDefault="00174BB4" w:rsidP="00A77FA5">
            <w:r>
              <w:rPr>
                <w:sz w:val="14"/>
              </w:rPr>
              <w:t>0.996</w:t>
            </w:r>
          </w:p>
        </w:tc>
        <w:tc>
          <w:tcPr>
            <w:tcW w:w="455" w:type="dxa"/>
          </w:tcPr>
          <w:p w14:paraId="1F412CF7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2266B17C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58B3ACE6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524" w:type="dxa"/>
          </w:tcPr>
          <w:p w14:paraId="7FFCDF00" w14:textId="77777777" w:rsidR="00174BB4" w:rsidRDefault="00174BB4" w:rsidP="00A77FA5">
            <w:r>
              <w:rPr>
                <w:sz w:val="14"/>
              </w:rPr>
              <w:t>0.28</w:t>
            </w:r>
          </w:p>
        </w:tc>
        <w:tc>
          <w:tcPr>
            <w:tcW w:w="927" w:type="dxa"/>
          </w:tcPr>
          <w:p w14:paraId="2303EEF9" w14:textId="77777777" w:rsidR="00174BB4" w:rsidRDefault="00174BB4" w:rsidP="00A77FA5">
            <w:r>
              <w:rPr>
                <w:sz w:val="14"/>
              </w:rPr>
              <w:t>BCC-AGCM3</w:t>
            </w:r>
          </w:p>
        </w:tc>
        <w:tc>
          <w:tcPr>
            <w:tcW w:w="664" w:type="dxa"/>
          </w:tcPr>
          <w:p w14:paraId="68F3968E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63E3A617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2F67BEC3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3A0E02BA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468B62C6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322ECB2C" w14:textId="77777777" w:rsidTr="00A77FA5">
        <w:tc>
          <w:tcPr>
            <w:tcW w:w="825" w:type="dxa"/>
          </w:tcPr>
          <w:p w14:paraId="34CDDB97" w14:textId="77777777" w:rsidR="00174BB4" w:rsidRDefault="00174BB4" w:rsidP="00A77FA5">
            <w:r>
              <w:rPr>
                <w:sz w:val="14"/>
              </w:rPr>
              <w:t>CMCC-ESM2</w:t>
            </w:r>
          </w:p>
        </w:tc>
        <w:tc>
          <w:tcPr>
            <w:tcW w:w="524" w:type="dxa"/>
          </w:tcPr>
          <w:p w14:paraId="586DF7B6" w14:textId="77777777" w:rsidR="00174BB4" w:rsidRDefault="00174BB4" w:rsidP="00A77FA5">
            <w:r>
              <w:rPr>
                <w:sz w:val="14"/>
              </w:rPr>
              <w:t>0.998</w:t>
            </w:r>
          </w:p>
        </w:tc>
        <w:tc>
          <w:tcPr>
            <w:tcW w:w="455" w:type="dxa"/>
          </w:tcPr>
          <w:p w14:paraId="0DC4E261" w14:textId="77777777" w:rsidR="00174BB4" w:rsidRDefault="00174BB4" w:rsidP="00A77FA5">
            <w:r>
              <w:rPr>
                <w:sz w:val="14"/>
              </w:rPr>
              <w:t>1.07</w:t>
            </w:r>
          </w:p>
        </w:tc>
        <w:tc>
          <w:tcPr>
            <w:tcW w:w="455" w:type="dxa"/>
          </w:tcPr>
          <w:p w14:paraId="552D4DDF" w14:textId="77777777" w:rsidR="00174BB4" w:rsidRDefault="00174BB4" w:rsidP="00A77FA5">
            <w:r>
              <w:rPr>
                <w:sz w:val="14"/>
              </w:rPr>
              <w:t>0.92</w:t>
            </w:r>
          </w:p>
        </w:tc>
        <w:tc>
          <w:tcPr>
            <w:tcW w:w="455" w:type="dxa"/>
          </w:tcPr>
          <w:p w14:paraId="46114B6A" w14:textId="77777777" w:rsidR="00174BB4" w:rsidRDefault="00174BB4" w:rsidP="00A77FA5">
            <w:r>
              <w:rPr>
                <w:sz w:val="14"/>
              </w:rPr>
              <w:t>1.01</w:t>
            </w:r>
          </w:p>
        </w:tc>
        <w:tc>
          <w:tcPr>
            <w:tcW w:w="524" w:type="dxa"/>
          </w:tcPr>
          <w:p w14:paraId="2086EE76" w14:textId="77777777" w:rsidR="00174BB4" w:rsidRDefault="00174BB4" w:rsidP="00A77FA5">
            <w:r>
              <w:rPr>
                <w:sz w:val="14"/>
              </w:rPr>
              <w:t>-3.05</w:t>
            </w:r>
          </w:p>
        </w:tc>
        <w:tc>
          <w:tcPr>
            <w:tcW w:w="927" w:type="dxa"/>
          </w:tcPr>
          <w:p w14:paraId="7376ED3F" w14:textId="77777777" w:rsidR="00174BB4" w:rsidRDefault="00174BB4" w:rsidP="00A77FA5">
            <w:r>
              <w:rPr>
                <w:sz w:val="14"/>
              </w:rPr>
              <w:t>CAM5.3 (CMCC)</w:t>
            </w:r>
          </w:p>
        </w:tc>
        <w:tc>
          <w:tcPr>
            <w:tcW w:w="664" w:type="dxa"/>
          </w:tcPr>
          <w:p w14:paraId="3478758F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C42C98A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793A7DC2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53F77862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57D219A6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5B942E1A" w14:textId="77777777" w:rsidTr="00A77FA5">
        <w:tc>
          <w:tcPr>
            <w:tcW w:w="825" w:type="dxa"/>
          </w:tcPr>
          <w:p w14:paraId="483536F8" w14:textId="77777777" w:rsidR="00174BB4" w:rsidRDefault="00174BB4" w:rsidP="00A77FA5">
            <w:r>
              <w:rPr>
                <w:sz w:val="14"/>
              </w:rPr>
              <w:lastRenderedPageBreak/>
              <w:t>FGOALS-g3</w:t>
            </w:r>
          </w:p>
        </w:tc>
        <w:tc>
          <w:tcPr>
            <w:tcW w:w="524" w:type="dxa"/>
          </w:tcPr>
          <w:p w14:paraId="3C8A95B8" w14:textId="77777777" w:rsidR="00174BB4" w:rsidRDefault="00174BB4" w:rsidP="00A77FA5">
            <w:r>
              <w:rPr>
                <w:sz w:val="14"/>
              </w:rPr>
              <w:t>0.998</w:t>
            </w:r>
          </w:p>
        </w:tc>
        <w:tc>
          <w:tcPr>
            <w:tcW w:w="455" w:type="dxa"/>
          </w:tcPr>
          <w:p w14:paraId="2B9E9494" w14:textId="77777777" w:rsidR="00174BB4" w:rsidRDefault="00174BB4" w:rsidP="00A77FA5">
            <w:r>
              <w:rPr>
                <w:sz w:val="14"/>
              </w:rPr>
              <w:t>0.98</w:t>
            </w:r>
          </w:p>
        </w:tc>
        <w:tc>
          <w:tcPr>
            <w:tcW w:w="455" w:type="dxa"/>
          </w:tcPr>
          <w:p w14:paraId="7DB6B858" w14:textId="77777777" w:rsidR="00174BB4" w:rsidRDefault="00174BB4" w:rsidP="00A77FA5">
            <w:r>
              <w:rPr>
                <w:sz w:val="14"/>
              </w:rPr>
              <w:t>1.07</w:t>
            </w:r>
          </w:p>
        </w:tc>
        <w:tc>
          <w:tcPr>
            <w:tcW w:w="455" w:type="dxa"/>
          </w:tcPr>
          <w:p w14:paraId="65CB0C37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524" w:type="dxa"/>
          </w:tcPr>
          <w:p w14:paraId="39A08AC0" w14:textId="77777777" w:rsidR="00174BB4" w:rsidRDefault="00174BB4" w:rsidP="00A77FA5">
            <w:r>
              <w:rPr>
                <w:sz w:val="14"/>
              </w:rPr>
              <w:t>2.2</w:t>
            </w:r>
          </w:p>
        </w:tc>
        <w:tc>
          <w:tcPr>
            <w:tcW w:w="927" w:type="dxa"/>
          </w:tcPr>
          <w:p w14:paraId="5EF7A963" w14:textId="77777777" w:rsidR="00174BB4" w:rsidRDefault="00174BB4" w:rsidP="00A77FA5">
            <w:r>
              <w:rPr>
                <w:sz w:val="14"/>
              </w:rPr>
              <w:t>GAMIL3</w:t>
            </w:r>
          </w:p>
        </w:tc>
        <w:tc>
          <w:tcPr>
            <w:tcW w:w="664" w:type="dxa"/>
          </w:tcPr>
          <w:p w14:paraId="5E2A194C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0196CC0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3A6DCA0E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20ED5FCB" w14:textId="77777777" w:rsidR="00174BB4" w:rsidRDefault="00174BB4" w:rsidP="00A77FA5">
            <w:r>
              <w:rPr>
                <w:sz w:val="14"/>
              </w:rPr>
              <w:t>r1i1p1f1, r2i1p1f1, r3i1p1f1, r4i1p1f1</w:t>
            </w:r>
          </w:p>
        </w:tc>
        <w:tc>
          <w:tcPr>
            <w:tcW w:w="825" w:type="dxa"/>
          </w:tcPr>
          <w:p w14:paraId="4D80A704" w14:textId="77777777" w:rsidR="00174BB4" w:rsidRDefault="00174BB4" w:rsidP="00A77FA5">
            <w:r>
              <w:rPr>
                <w:sz w:val="14"/>
              </w:rPr>
              <w:t>SEL9</w:t>
            </w:r>
          </w:p>
        </w:tc>
      </w:tr>
      <w:tr w:rsidR="00174BB4" w14:paraId="7C6BEFC8" w14:textId="77777777" w:rsidTr="00A77FA5">
        <w:tc>
          <w:tcPr>
            <w:tcW w:w="825" w:type="dxa"/>
          </w:tcPr>
          <w:p w14:paraId="5EB979A1" w14:textId="77777777" w:rsidR="00174BB4" w:rsidRDefault="00174BB4" w:rsidP="00A77FA5">
            <w:r>
              <w:rPr>
                <w:sz w:val="14"/>
              </w:rPr>
              <w:t>CMCC-CM2-SR5</w:t>
            </w:r>
          </w:p>
        </w:tc>
        <w:tc>
          <w:tcPr>
            <w:tcW w:w="524" w:type="dxa"/>
          </w:tcPr>
          <w:p w14:paraId="0C7BFBB2" w14:textId="77777777" w:rsidR="00174BB4" w:rsidRDefault="00174BB4" w:rsidP="00A77FA5">
            <w:r>
              <w:rPr>
                <w:sz w:val="14"/>
              </w:rPr>
              <w:t>0.999</w:t>
            </w:r>
          </w:p>
        </w:tc>
        <w:tc>
          <w:tcPr>
            <w:tcW w:w="455" w:type="dxa"/>
          </w:tcPr>
          <w:p w14:paraId="0B7385DA" w14:textId="77777777" w:rsidR="00174BB4" w:rsidRDefault="00174BB4" w:rsidP="00A77FA5">
            <w:r>
              <w:rPr>
                <w:sz w:val="14"/>
              </w:rPr>
              <w:t>1.1</w:t>
            </w:r>
          </w:p>
        </w:tc>
        <w:tc>
          <w:tcPr>
            <w:tcW w:w="455" w:type="dxa"/>
          </w:tcPr>
          <w:p w14:paraId="69E2B9C9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455" w:type="dxa"/>
          </w:tcPr>
          <w:p w14:paraId="39FE39B3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524" w:type="dxa"/>
          </w:tcPr>
          <w:p w14:paraId="68F84E28" w14:textId="77777777" w:rsidR="00174BB4" w:rsidRDefault="00174BB4" w:rsidP="00A77FA5">
            <w:r>
              <w:rPr>
                <w:sz w:val="14"/>
              </w:rPr>
              <w:t>-3.16</w:t>
            </w:r>
          </w:p>
        </w:tc>
        <w:tc>
          <w:tcPr>
            <w:tcW w:w="927" w:type="dxa"/>
          </w:tcPr>
          <w:p w14:paraId="18DB5556" w14:textId="77777777" w:rsidR="00174BB4" w:rsidRDefault="00174BB4" w:rsidP="00A77FA5">
            <w:r>
              <w:rPr>
                <w:sz w:val="14"/>
              </w:rPr>
              <w:t>CAM5.3 (CMCC)</w:t>
            </w:r>
          </w:p>
        </w:tc>
        <w:tc>
          <w:tcPr>
            <w:tcW w:w="664" w:type="dxa"/>
          </w:tcPr>
          <w:p w14:paraId="316580EF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E102F9C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6DFF44E4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502DB22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99D8E62" w14:textId="77777777" w:rsidR="00174BB4" w:rsidRDefault="00174BB4" w:rsidP="00A77FA5">
            <w:r>
              <w:rPr>
                <w:sz w:val="14"/>
              </w:rPr>
              <w:t>eligible, superseded within family</w:t>
            </w:r>
          </w:p>
        </w:tc>
      </w:tr>
      <w:tr w:rsidR="00174BB4" w14:paraId="07EEAC1A" w14:textId="77777777" w:rsidTr="00A77FA5">
        <w:tc>
          <w:tcPr>
            <w:tcW w:w="825" w:type="dxa"/>
          </w:tcPr>
          <w:p w14:paraId="53DAD5F9" w14:textId="77777777" w:rsidR="00174BB4" w:rsidRDefault="00174BB4" w:rsidP="00A77FA5">
            <w:r>
              <w:rPr>
                <w:sz w:val="14"/>
              </w:rPr>
              <w:t>MRI-ESM2-0</w:t>
            </w:r>
          </w:p>
        </w:tc>
        <w:tc>
          <w:tcPr>
            <w:tcW w:w="524" w:type="dxa"/>
          </w:tcPr>
          <w:p w14:paraId="0D4F974A" w14:textId="77777777" w:rsidR="00174BB4" w:rsidRDefault="00174BB4" w:rsidP="00A77FA5">
            <w:r>
              <w:rPr>
                <w:sz w:val="14"/>
              </w:rPr>
              <w:t>1.005</w:t>
            </w:r>
          </w:p>
        </w:tc>
        <w:tc>
          <w:tcPr>
            <w:tcW w:w="455" w:type="dxa"/>
          </w:tcPr>
          <w:p w14:paraId="416B9F97" w14:textId="77777777" w:rsidR="00174BB4" w:rsidRDefault="00174BB4" w:rsidP="00A77FA5">
            <w:r>
              <w:rPr>
                <w:sz w:val="14"/>
              </w:rPr>
              <w:t>0.78</w:t>
            </w:r>
          </w:p>
        </w:tc>
        <w:tc>
          <w:tcPr>
            <w:tcW w:w="455" w:type="dxa"/>
          </w:tcPr>
          <w:p w14:paraId="58D6360D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455" w:type="dxa"/>
          </w:tcPr>
          <w:p w14:paraId="2CE47487" w14:textId="77777777" w:rsidR="00174BB4" w:rsidRDefault="00174BB4" w:rsidP="00A77FA5">
            <w:r>
              <w:rPr>
                <w:sz w:val="14"/>
              </w:rPr>
              <w:t>1.28</w:t>
            </w:r>
          </w:p>
        </w:tc>
        <w:tc>
          <w:tcPr>
            <w:tcW w:w="524" w:type="dxa"/>
          </w:tcPr>
          <w:p w14:paraId="535736C8" w14:textId="77777777" w:rsidR="00174BB4" w:rsidRDefault="00174BB4" w:rsidP="00A77FA5">
            <w:r>
              <w:rPr>
                <w:sz w:val="14"/>
              </w:rPr>
              <w:t>0.25</w:t>
            </w:r>
          </w:p>
        </w:tc>
        <w:tc>
          <w:tcPr>
            <w:tcW w:w="927" w:type="dxa"/>
          </w:tcPr>
          <w:p w14:paraId="53DD8B65" w14:textId="77777777" w:rsidR="00174BB4" w:rsidRDefault="00174BB4" w:rsidP="00A77FA5">
            <w:r>
              <w:rPr>
                <w:sz w:val="14"/>
              </w:rPr>
              <w:t>MRI-AGCM3.5</w:t>
            </w:r>
          </w:p>
        </w:tc>
        <w:tc>
          <w:tcPr>
            <w:tcW w:w="664" w:type="dxa"/>
          </w:tcPr>
          <w:p w14:paraId="75397B61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93F2256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6151EE0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334E44DA" w14:textId="77777777" w:rsidR="00174BB4" w:rsidRDefault="00174BB4" w:rsidP="00A77FA5">
            <w:r>
              <w:rPr>
                <w:sz w:val="14"/>
              </w:rPr>
              <w:t>r1i1p1f1, r2i1p1f1, r3i1p1f1, r4i1p1f1, r5i1p1…</w:t>
            </w:r>
          </w:p>
        </w:tc>
        <w:tc>
          <w:tcPr>
            <w:tcW w:w="825" w:type="dxa"/>
          </w:tcPr>
          <w:p w14:paraId="5CB431FD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27932DD0" w14:textId="77777777" w:rsidTr="00A77FA5">
        <w:tc>
          <w:tcPr>
            <w:tcW w:w="825" w:type="dxa"/>
          </w:tcPr>
          <w:p w14:paraId="6A4D1837" w14:textId="77777777" w:rsidR="00174BB4" w:rsidRDefault="00174BB4" w:rsidP="00A77FA5">
            <w:r>
              <w:rPr>
                <w:sz w:val="14"/>
              </w:rPr>
              <w:t>FIO-ESM-2-0</w:t>
            </w:r>
          </w:p>
        </w:tc>
        <w:tc>
          <w:tcPr>
            <w:tcW w:w="524" w:type="dxa"/>
          </w:tcPr>
          <w:p w14:paraId="2AA6EDB8" w14:textId="77777777" w:rsidR="00174BB4" w:rsidRDefault="00174BB4" w:rsidP="00A77FA5">
            <w:r>
              <w:rPr>
                <w:sz w:val="14"/>
              </w:rPr>
              <w:t>1.008</w:t>
            </w:r>
          </w:p>
        </w:tc>
        <w:tc>
          <w:tcPr>
            <w:tcW w:w="455" w:type="dxa"/>
          </w:tcPr>
          <w:p w14:paraId="60FA695C" w14:textId="77777777" w:rsidR="00174BB4" w:rsidRDefault="00174BB4" w:rsidP="00A77FA5">
            <w:r>
              <w:rPr>
                <w:sz w:val="14"/>
              </w:rPr>
              <w:t>0.89</w:t>
            </w:r>
          </w:p>
        </w:tc>
        <w:tc>
          <w:tcPr>
            <w:tcW w:w="455" w:type="dxa"/>
          </w:tcPr>
          <w:p w14:paraId="01A8CD23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455" w:type="dxa"/>
          </w:tcPr>
          <w:p w14:paraId="43D25B9B" w14:textId="77777777" w:rsidR="00174BB4" w:rsidRDefault="00174BB4" w:rsidP="00A77FA5">
            <w:r>
              <w:rPr>
                <w:sz w:val="14"/>
              </w:rPr>
              <w:t>1.2</w:t>
            </w:r>
          </w:p>
        </w:tc>
        <w:tc>
          <w:tcPr>
            <w:tcW w:w="524" w:type="dxa"/>
          </w:tcPr>
          <w:p w14:paraId="7811235F" w14:textId="77777777" w:rsidR="00174BB4" w:rsidRDefault="00174BB4" w:rsidP="00A77FA5">
            <w:r>
              <w:rPr>
                <w:sz w:val="14"/>
              </w:rPr>
              <w:t>1.2</w:t>
            </w:r>
          </w:p>
        </w:tc>
        <w:tc>
          <w:tcPr>
            <w:tcW w:w="927" w:type="dxa"/>
          </w:tcPr>
          <w:p w14:paraId="4486E58D" w14:textId="77777777" w:rsidR="00174BB4" w:rsidRDefault="00174BB4" w:rsidP="00A77FA5">
            <w:r>
              <w:rPr>
                <w:sz w:val="14"/>
              </w:rPr>
              <w:t>CAM5 (FIO)</w:t>
            </w:r>
          </w:p>
        </w:tc>
        <w:tc>
          <w:tcPr>
            <w:tcW w:w="664" w:type="dxa"/>
          </w:tcPr>
          <w:p w14:paraId="06213DC0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444A94F7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C4193A1" w14:textId="77777777" w:rsidR="00174BB4" w:rsidRDefault="00174BB4" w:rsidP="00A77FA5">
            <w:r>
              <w:rPr>
                <w:sz w:val="14"/>
              </w:rPr>
              <w:t>only 126/245/585</w:t>
            </w:r>
          </w:p>
        </w:tc>
        <w:tc>
          <w:tcPr>
            <w:tcW w:w="835" w:type="dxa"/>
          </w:tcPr>
          <w:p w14:paraId="7AC987C3" w14:textId="77777777" w:rsidR="00174BB4" w:rsidRDefault="00174BB4" w:rsidP="00A77FA5"/>
        </w:tc>
        <w:tc>
          <w:tcPr>
            <w:tcW w:w="825" w:type="dxa"/>
          </w:tcPr>
          <w:p w14:paraId="206A42D8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1490D359" w14:textId="77777777" w:rsidTr="00A77FA5">
        <w:tc>
          <w:tcPr>
            <w:tcW w:w="825" w:type="dxa"/>
          </w:tcPr>
          <w:p w14:paraId="54515A21" w14:textId="77777777" w:rsidR="00174BB4" w:rsidRDefault="00174BB4" w:rsidP="00A77FA5">
            <w:r>
              <w:rPr>
                <w:sz w:val="14"/>
              </w:rPr>
              <w:t>E3SM-1-1-ECA</w:t>
            </w:r>
          </w:p>
        </w:tc>
        <w:tc>
          <w:tcPr>
            <w:tcW w:w="524" w:type="dxa"/>
          </w:tcPr>
          <w:p w14:paraId="4FFB8E76" w14:textId="77777777" w:rsidR="00174BB4" w:rsidRDefault="00174BB4" w:rsidP="00A77FA5">
            <w:r>
              <w:rPr>
                <w:sz w:val="14"/>
              </w:rPr>
              <w:t>1.024</w:t>
            </w:r>
          </w:p>
        </w:tc>
        <w:tc>
          <w:tcPr>
            <w:tcW w:w="455" w:type="dxa"/>
          </w:tcPr>
          <w:p w14:paraId="009522FB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455" w:type="dxa"/>
          </w:tcPr>
          <w:p w14:paraId="746BB00D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624DDDC1" w14:textId="77777777" w:rsidR="00174BB4" w:rsidRDefault="00174BB4" w:rsidP="00A77FA5">
            <w:r>
              <w:rPr>
                <w:sz w:val="14"/>
              </w:rPr>
              <w:t>1.12</w:t>
            </w:r>
          </w:p>
        </w:tc>
        <w:tc>
          <w:tcPr>
            <w:tcW w:w="524" w:type="dxa"/>
          </w:tcPr>
          <w:p w14:paraId="6041243B" w14:textId="77777777" w:rsidR="00174BB4" w:rsidRDefault="00174BB4" w:rsidP="00A77FA5">
            <w:r>
              <w:rPr>
                <w:sz w:val="14"/>
              </w:rPr>
              <w:t>1.6</w:t>
            </w:r>
          </w:p>
        </w:tc>
        <w:tc>
          <w:tcPr>
            <w:tcW w:w="927" w:type="dxa"/>
          </w:tcPr>
          <w:p w14:paraId="3E17D396" w14:textId="77777777" w:rsidR="00174BB4" w:rsidRDefault="00174BB4" w:rsidP="00A77FA5">
            <w:r>
              <w:rPr>
                <w:sz w:val="14"/>
              </w:rPr>
              <w:t>E3SM EAM</w:t>
            </w:r>
          </w:p>
        </w:tc>
        <w:tc>
          <w:tcPr>
            <w:tcW w:w="664" w:type="dxa"/>
          </w:tcPr>
          <w:p w14:paraId="331CE767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76E61FF3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5649CB1" w14:textId="77777777" w:rsidR="00174BB4" w:rsidRDefault="00174BB4" w:rsidP="00A77FA5">
            <w:r>
              <w:rPr>
                <w:sz w:val="14"/>
              </w:rPr>
              <w:t>only 585</w:t>
            </w:r>
          </w:p>
        </w:tc>
        <w:tc>
          <w:tcPr>
            <w:tcW w:w="835" w:type="dxa"/>
          </w:tcPr>
          <w:p w14:paraId="2FDC3667" w14:textId="77777777" w:rsidR="00174BB4" w:rsidRDefault="00174BB4" w:rsidP="00A77FA5"/>
        </w:tc>
        <w:tc>
          <w:tcPr>
            <w:tcW w:w="825" w:type="dxa"/>
          </w:tcPr>
          <w:p w14:paraId="2E1FC9E3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0D9EE976" w14:textId="77777777" w:rsidTr="00A77FA5">
        <w:tc>
          <w:tcPr>
            <w:tcW w:w="825" w:type="dxa"/>
          </w:tcPr>
          <w:p w14:paraId="1308B48F" w14:textId="77777777" w:rsidR="00174BB4" w:rsidRDefault="00174BB4" w:rsidP="00A77FA5">
            <w:r>
              <w:rPr>
                <w:sz w:val="14"/>
              </w:rPr>
              <w:t>CESM2-WACCM-FV2</w:t>
            </w:r>
          </w:p>
        </w:tc>
        <w:tc>
          <w:tcPr>
            <w:tcW w:w="524" w:type="dxa"/>
          </w:tcPr>
          <w:p w14:paraId="50038067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3161E0EF" w14:textId="77777777" w:rsidR="00174BB4" w:rsidRDefault="00174BB4" w:rsidP="00A77FA5">
            <w:r>
              <w:rPr>
                <w:sz w:val="14"/>
              </w:rPr>
              <w:t>0.86</w:t>
            </w:r>
          </w:p>
        </w:tc>
        <w:tc>
          <w:tcPr>
            <w:tcW w:w="455" w:type="dxa"/>
          </w:tcPr>
          <w:p w14:paraId="12FF11C9" w14:textId="77777777" w:rsidR="00174BB4" w:rsidRDefault="00174BB4" w:rsidP="00A77FA5">
            <w:r>
              <w:rPr>
                <w:sz w:val="14"/>
              </w:rPr>
              <w:t>1.08</w:t>
            </w:r>
          </w:p>
        </w:tc>
        <w:tc>
          <w:tcPr>
            <w:tcW w:w="455" w:type="dxa"/>
          </w:tcPr>
          <w:p w14:paraId="5E5A0124" w14:textId="77777777" w:rsidR="00174BB4" w:rsidRDefault="00174BB4" w:rsidP="00A77FA5">
            <w:r>
              <w:rPr>
                <w:sz w:val="14"/>
              </w:rPr>
              <w:t>1.15</w:t>
            </w:r>
          </w:p>
        </w:tc>
        <w:tc>
          <w:tcPr>
            <w:tcW w:w="524" w:type="dxa"/>
          </w:tcPr>
          <w:p w14:paraId="3DEAB9F7" w14:textId="77777777" w:rsidR="00174BB4" w:rsidRDefault="00174BB4" w:rsidP="00A77FA5">
            <w:r>
              <w:rPr>
                <w:sz w:val="14"/>
              </w:rPr>
              <w:t>0.56</w:t>
            </w:r>
          </w:p>
        </w:tc>
        <w:tc>
          <w:tcPr>
            <w:tcW w:w="927" w:type="dxa"/>
          </w:tcPr>
          <w:p w14:paraId="70ED042E" w14:textId="77777777" w:rsidR="00174BB4" w:rsidRDefault="00174BB4" w:rsidP="00A77FA5">
            <w:r>
              <w:rPr>
                <w:sz w:val="14"/>
              </w:rPr>
              <w:t>CAM6</w:t>
            </w:r>
          </w:p>
        </w:tc>
        <w:tc>
          <w:tcPr>
            <w:tcW w:w="664" w:type="dxa"/>
          </w:tcPr>
          <w:p w14:paraId="4FC6558A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6CC80A7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6E704142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638482D3" w14:textId="77777777" w:rsidR="00174BB4" w:rsidRDefault="00174BB4" w:rsidP="00A77FA5"/>
        </w:tc>
        <w:tc>
          <w:tcPr>
            <w:tcW w:w="825" w:type="dxa"/>
          </w:tcPr>
          <w:p w14:paraId="6D9BD09C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3932296B" w14:textId="77777777" w:rsidTr="00A77FA5">
        <w:tc>
          <w:tcPr>
            <w:tcW w:w="825" w:type="dxa"/>
          </w:tcPr>
          <w:p w14:paraId="246EFFDA" w14:textId="77777777" w:rsidR="00174BB4" w:rsidRDefault="00174BB4" w:rsidP="00A77FA5">
            <w:r>
              <w:rPr>
                <w:sz w:val="14"/>
              </w:rPr>
              <w:t>CMCC-CM2-HR4</w:t>
            </w:r>
          </w:p>
        </w:tc>
        <w:tc>
          <w:tcPr>
            <w:tcW w:w="524" w:type="dxa"/>
          </w:tcPr>
          <w:p w14:paraId="515A1993" w14:textId="77777777" w:rsidR="00174BB4" w:rsidRDefault="00174BB4" w:rsidP="00A77FA5">
            <w:r>
              <w:rPr>
                <w:sz w:val="14"/>
              </w:rPr>
              <w:t>1.042</w:t>
            </w:r>
          </w:p>
        </w:tc>
        <w:tc>
          <w:tcPr>
            <w:tcW w:w="455" w:type="dxa"/>
          </w:tcPr>
          <w:p w14:paraId="0893EBE8" w14:textId="77777777" w:rsidR="00174BB4" w:rsidRDefault="00174BB4" w:rsidP="00A77FA5">
            <w:r>
              <w:rPr>
                <w:sz w:val="14"/>
              </w:rPr>
              <w:t>1.09</w:t>
            </w:r>
          </w:p>
        </w:tc>
        <w:tc>
          <w:tcPr>
            <w:tcW w:w="455" w:type="dxa"/>
          </w:tcPr>
          <w:p w14:paraId="2DCDCC0B" w14:textId="77777777" w:rsidR="00174BB4" w:rsidRDefault="00174BB4" w:rsidP="00A77FA5">
            <w:r>
              <w:rPr>
                <w:sz w:val="14"/>
              </w:rPr>
              <w:t>1.04</w:t>
            </w:r>
          </w:p>
        </w:tc>
        <w:tc>
          <w:tcPr>
            <w:tcW w:w="455" w:type="dxa"/>
          </w:tcPr>
          <w:p w14:paraId="4B1994A4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524" w:type="dxa"/>
          </w:tcPr>
          <w:p w14:paraId="2F683ED5" w14:textId="77777777" w:rsidR="00174BB4" w:rsidRDefault="00174BB4" w:rsidP="00A77FA5">
            <w:r>
              <w:rPr>
                <w:sz w:val="14"/>
              </w:rPr>
              <w:t>-2.67</w:t>
            </w:r>
          </w:p>
        </w:tc>
        <w:tc>
          <w:tcPr>
            <w:tcW w:w="927" w:type="dxa"/>
          </w:tcPr>
          <w:p w14:paraId="4D3F3065" w14:textId="77777777" w:rsidR="00174BB4" w:rsidRDefault="00174BB4" w:rsidP="00A77FA5">
            <w:r>
              <w:rPr>
                <w:sz w:val="14"/>
              </w:rPr>
              <w:t>CAM5.3 (CMCC)</w:t>
            </w:r>
          </w:p>
        </w:tc>
        <w:tc>
          <w:tcPr>
            <w:tcW w:w="664" w:type="dxa"/>
          </w:tcPr>
          <w:p w14:paraId="0C306351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75EDEFC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4D9D4B1A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26571151" w14:textId="77777777" w:rsidR="00174BB4" w:rsidRDefault="00174BB4" w:rsidP="00A77FA5"/>
        </w:tc>
        <w:tc>
          <w:tcPr>
            <w:tcW w:w="825" w:type="dxa"/>
          </w:tcPr>
          <w:p w14:paraId="75402757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156B5FB0" w14:textId="77777777" w:rsidTr="00A77FA5">
        <w:tc>
          <w:tcPr>
            <w:tcW w:w="825" w:type="dxa"/>
          </w:tcPr>
          <w:p w14:paraId="546BCE9A" w14:textId="77777777" w:rsidR="00174BB4" w:rsidRDefault="00174BB4" w:rsidP="00A77FA5">
            <w:r>
              <w:rPr>
                <w:sz w:val="14"/>
              </w:rPr>
              <w:t>CIESM</w:t>
            </w:r>
          </w:p>
        </w:tc>
        <w:tc>
          <w:tcPr>
            <w:tcW w:w="524" w:type="dxa"/>
          </w:tcPr>
          <w:p w14:paraId="46E1D6E4" w14:textId="77777777" w:rsidR="00174BB4" w:rsidRDefault="00174BB4" w:rsidP="00A77FA5">
            <w:r>
              <w:rPr>
                <w:sz w:val="14"/>
              </w:rPr>
              <w:t>1.043</w:t>
            </w:r>
          </w:p>
        </w:tc>
        <w:tc>
          <w:tcPr>
            <w:tcW w:w="455" w:type="dxa"/>
          </w:tcPr>
          <w:p w14:paraId="60FDC6B6" w14:textId="77777777" w:rsidR="00174BB4" w:rsidRDefault="00174BB4" w:rsidP="00A77FA5">
            <w:r>
              <w:rPr>
                <w:sz w:val="14"/>
              </w:rPr>
              <w:t>1.2</w:t>
            </w:r>
          </w:p>
        </w:tc>
        <w:tc>
          <w:tcPr>
            <w:tcW w:w="455" w:type="dxa"/>
          </w:tcPr>
          <w:p w14:paraId="02BD24D0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2D39FA3C" w14:textId="77777777" w:rsidR="00174BB4" w:rsidRDefault="00174BB4" w:rsidP="00A77FA5">
            <w:r>
              <w:rPr>
                <w:sz w:val="14"/>
              </w:rPr>
              <w:t>0.89</w:t>
            </w:r>
          </w:p>
        </w:tc>
        <w:tc>
          <w:tcPr>
            <w:tcW w:w="524" w:type="dxa"/>
          </w:tcPr>
          <w:p w14:paraId="24418BE5" w14:textId="77777777" w:rsidR="00174BB4" w:rsidRDefault="00174BB4" w:rsidP="00A77FA5">
            <w:r>
              <w:rPr>
                <w:sz w:val="14"/>
              </w:rPr>
              <w:t>-2.65</w:t>
            </w:r>
          </w:p>
        </w:tc>
        <w:tc>
          <w:tcPr>
            <w:tcW w:w="927" w:type="dxa"/>
          </w:tcPr>
          <w:p w14:paraId="01A08E3C" w14:textId="77777777" w:rsidR="00174BB4" w:rsidRDefault="00174BB4" w:rsidP="00A77FA5">
            <w:r>
              <w:rPr>
                <w:sz w:val="14"/>
              </w:rPr>
              <w:t>CAM5 (mod.)</w:t>
            </w:r>
          </w:p>
        </w:tc>
        <w:tc>
          <w:tcPr>
            <w:tcW w:w="664" w:type="dxa"/>
          </w:tcPr>
          <w:p w14:paraId="077D5690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6E6E7FB8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20269E09" w14:textId="77777777" w:rsidR="00174BB4" w:rsidRDefault="00174BB4" w:rsidP="00A77FA5">
            <w:r>
              <w:rPr>
                <w:sz w:val="14"/>
              </w:rPr>
              <w:t>only 126/245/585</w:t>
            </w:r>
          </w:p>
        </w:tc>
        <w:tc>
          <w:tcPr>
            <w:tcW w:w="835" w:type="dxa"/>
          </w:tcPr>
          <w:p w14:paraId="04897599" w14:textId="77777777" w:rsidR="00174BB4" w:rsidRDefault="00174BB4" w:rsidP="00A77FA5"/>
        </w:tc>
        <w:tc>
          <w:tcPr>
            <w:tcW w:w="825" w:type="dxa"/>
          </w:tcPr>
          <w:p w14:paraId="28711625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42237EC4" w14:textId="77777777" w:rsidTr="00A77FA5">
        <w:tc>
          <w:tcPr>
            <w:tcW w:w="825" w:type="dxa"/>
          </w:tcPr>
          <w:p w14:paraId="53429909" w14:textId="77777777" w:rsidR="00174BB4" w:rsidRDefault="00174BB4" w:rsidP="00A77FA5">
            <w:r>
              <w:rPr>
                <w:sz w:val="14"/>
              </w:rPr>
              <w:t>FGOALS-f3-L</w:t>
            </w:r>
          </w:p>
        </w:tc>
        <w:tc>
          <w:tcPr>
            <w:tcW w:w="524" w:type="dxa"/>
          </w:tcPr>
          <w:p w14:paraId="3CF5CDA7" w14:textId="77777777" w:rsidR="00174BB4" w:rsidRDefault="00174BB4" w:rsidP="00A77FA5">
            <w:r>
              <w:rPr>
                <w:sz w:val="14"/>
              </w:rPr>
              <w:t>1.057</w:t>
            </w:r>
          </w:p>
        </w:tc>
        <w:tc>
          <w:tcPr>
            <w:tcW w:w="455" w:type="dxa"/>
          </w:tcPr>
          <w:p w14:paraId="3CDF6246" w14:textId="77777777" w:rsidR="00174BB4" w:rsidRDefault="00174BB4" w:rsidP="00A77FA5">
            <w:r>
              <w:rPr>
                <w:sz w:val="14"/>
              </w:rPr>
              <w:t>1.21</w:t>
            </w:r>
          </w:p>
        </w:tc>
        <w:tc>
          <w:tcPr>
            <w:tcW w:w="455" w:type="dxa"/>
          </w:tcPr>
          <w:p w14:paraId="60C9F2C4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455" w:type="dxa"/>
          </w:tcPr>
          <w:p w14:paraId="3E733327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524" w:type="dxa"/>
          </w:tcPr>
          <w:p w14:paraId="647E32DC" w14:textId="77777777" w:rsidR="00174BB4" w:rsidRDefault="00174BB4" w:rsidP="00A77FA5">
            <w:r>
              <w:rPr>
                <w:sz w:val="14"/>
              </w:rPr>
              <w:t>-0.02</w:t>
            </w:r>
          </w:p>
        </w:tc>
        <w:tc>
          <w:tcPr>
            <w:tcW w:w="927" w:type="dxa"/>
          </w:tcPr>
          <w:p w14:paraId="58721E01" w14:textId="77777777" w:rsidR="00174BB4" w:rsidRDefault="00174BB4" w:rsidP="00A77FA5">
            <w:r>
              <w:rPr>
                <w:sz w:val="14"/>
              </w:rPr>
              <w:t>FAMIL2</w:t>
            </w:r>
          </w:p>
        </w:tc>
        <w:tc>
          <w:tcPr>
            <w:tcW w:w="664" w:type="dxa"/>
          </w:tcPr>
          <w:p w14:paraId="2CF5DE69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6F623803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260BAB13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28AEC59B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53DF8CA5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2EB43B86" w14:textId="77777777" w:rsidTr="00A77FA5">
        <w:tc>
          <w:tcPr>
            <w:tcW w:w="825" w:type="dxa"/>
          </w:tcPr>
          <w:p w14:paraId="66C30376" w14:textId="77777777" w:rsidR="00174BB4" w:rsidRDefault="00174BB4" w:rsidP="00A77FA5">
            <w:r>
              <w:rPr>
                <w:sz w:val="14"/>
              </w:rPr>
              <w:t>MPI-ESM-1-2-HAM</w:t>
            </w:r>
          </w:p>
        </w:tc>
        <w:tc>
          <w:tcPr>
            <w:tcW w:w="524" w:type="dxa"/>
          </w:tcPr>
          <w:p w14:paraId="6268B309" w14:textId="77777777" w:rsidR="00174BB4" w:rsidRDefault="00174BB4" w:rsidP="00A77FA5">
            <w:r>
              <w:rPr>
                <w:sz w:val="14"/>
              </w:rPr>
              <w:t>1.059</w:t>
            </w:r>
          </w:p>
        </w:tc>
        <w:tc>
          <w:tcPr>
            <w:tcW w:w="455" w:type="dxa"/>
          </w:tcPr>
          <w:p w14:paraId="65A9530F" w14:textId="77777777" w:rsidR="00174BB4" w:rsidRDefault="00174BB4" w:rsidP="00A77FA5">
            <w:r>
              <w:rPr>
                <w:sz w:val="14"/>
              </w:rPr>
              <w:t>1.23</w:t>
            </w:r>
          </w:p>
        </w:tc>
        <w:tc>
          <w:tcPr>
            <w:tcW w:w="455" w:type="dxa"/>
          </w:tcPr>
          <w:p w14:paraId="2BE44AC8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70159672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524" w:type="dxa"/>
          </w:tcPr>
          <w:p w14:paraId="073991AC" w14:textId="77777777" w:rsidR="00174BB4" w:rsidRDefault="00174BB4" w:rsidP="00A77FA5">
            <w:r>
              <w:rPr>
                <w:sz w:val="14"/>
              </w:rPr>
              <w:t>2.29</w:t>
            </w:r>
          </w:p>
        </w:tc>
        <w:tc>
          <w:tcPr>
            <w:tcW w:w="927" w:type="dxa"/>
          </w:tcPr>
          <w:p w14:paraId="46962982" w14:textId="77777777" w:rsidR="00174BB4" w:rsidRDefault="00174BB4" w:rsidP="00A77FA5">
            <w:r>
              <w:rPr>
                <w:sz w:val="14"/>
              </w:rPr>
              <w:t>ECHAM6.3-HAM</w:t>
            </w:r>
          </w:p>
        </w:tc>
        <w:tc>
          <w:tcPr>
            <w:tcW w:w="664" w:type="dxa"/>
          </w:tcPr>
          <w:p w14:paraId="09C338A5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2160D24F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1A70D54D" w14:textId="77777777" w:rsidR="00174BB4" w:rsidRDefault="00174BB4" w:rsidP="00A77FA5">
            <w:r>
              <w:rPr>
                <w:sz w:val="14"/>
              </w:rPr>
              <w:t>only 370</w:t>
            </w:r>
          </w:p>
        </w:tc>
        <w:tc>
          <w:tcPr>
            <w:tcW w:w="835" w:type="dxa"/>
          </w:tcPr>
          <w:p w14:paraId="75B3B214" w14:textId="77777777" w:rsidR="00174BB4" w:rsidRDefault="00174BB4" w:rsidP="00A77FA5"/>
        </w:tc>
        <w:tc>
          <w:tcPr>
            <w:tcW w:w="825" w:type="dxa"/>
          </w:tcPr>
          <w:p w14:paraId="09C39192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40129A84" w14:textId="77777777" w:rsidTr="00A77FA5">
        <w:tc>
          <w:tcPr>
            <w:tcW w:w="825" w:type="dxa"/>
          </w:tcPr>
          <w:p w14:paraId="535C40F8" w14:textId="77777777" w:rsidR="00174BB4" w:rsidRDefault="00174BB4" w:rsidP="00A77FA5">
            <w:r>
              <w:rPr>
                <w:sz w:val="14"/>
              </w:rPr>
              <w:t>EC-Earth3-AerChem</w:t>
            </w:r>
          </w:p>
        </w:tc>
        <w:tc>
          <w:tcPr>
            <w:tcW w:w="524" w:type="dxa"/>
          </w:tcPr>
          <w:p w14:paraId="15355A44" w14:textId="77777777" w:rsidR="00174BB4" w:rsidRDefault="00174BB4" w:rsidP="00A77FA5">
            <w:r>
              <w:rPr>
                <w:sz w:val="14"/>
              </w:rPr>
              <w:t>1.061</w:t>
            </w:r>
          </w:p>
        </w:tc>
        <w:tc>
          <w:tcPr>
            <w:tcW w:w="455" w:type="dxa"/>
          </w:tcPr>
          <w:p w14:paraId="3AD492F5" w14:textId="77777777" w:rsidR="00174BB4" w:rsidRDefault="00174BB4" w:rsidP="00A77FA5">
            <w:r>
              <w:rPr>
                <w:sz w:val="14"/>
              </w:rPr>
              <w:t>1.17</w:t>
            </w:r>
          </w:p>
        </w:tc>
        <w:tc>
          <w:tcPr>
            <w:tcW w:w="455" w:type="dxa"/>
          </w:tcPr>
          <w:p w14:paraId="081699F3" w14:textId="77777777" w:rsidR="00174BB4" w:rsidRDefault="00174BB4" w:rsidP="00A77FA5">
            <w:r>
              <w:rPr>
                <w:sz w:val="14"/>
              </w:rPr>
              <w:t>0.9</w:t>
            </w:r>
          </w:p>
        </w:tc>
        <w:tc>
          <w:tcPr>
            <w:tcW w:w="455" w:type="dxa"/>
          </w:tcPr>
          <w:p w14:paraId="661CA3B1" w14:textId="77777777" w:rsidR="00174BB4" w:rsidRDefault="00174BB4" w:rsidP="00A77FA5">
            <w:r>
              <w:rPr>
                <w:sz w:val="14"/>
              </w:rPr>
              <w:t>1.11</w:t>
            </w:r>
          </w:p>
        </w:tc>
        <w:tc>
          <w:tcPr>
            <w:tcW w:w="524" w:type="dxa"/>
          </w:tcPr>
          <w:p w14:paraId="73C0A1C7" w14:textId="77777777" w:rsidR="00174BB4" w:rsidRDefault="00174BB4" w:rsidP="00A77FA5">
            <w:r>
              <w:rPr>
                <w:sz w:val="14"/>
              </w:rPr>
              <w:t>-1.55</w:t>
            </w:r>
          </w:p>
        </w:tc>
        <w:tc>
          <w:tcPr>
            <w:tcW w:w="927" w:type="dxa"/>
          </w:tcPr>
          <w:p w14:paraId="400B3F63" w14:textId="77777777" w:rsidR="00174BB4" w:rsidRDefault="00174BB4" w:rsidP="00A77FA5">
            <w:r>
              <w:rPr>
                <w:sz w:val="14"/>
              </w:rPr>
              <w:t>IFS (EC-Earth3)</w:t>
            </w:r>
          </w:p>
        </w:tc>
        <w:tc>
          <w:tcPr>
            <w:tcW w:w="664" w:type="dxa"/>
          </w:tcPr>
          <w:p w14:paraId="0A8B889E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2604CC19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2116A57D" w14:textId="77777777" w:rsidR="00174BB4" w:rsidRDefault="00174BB4" w:rsidP="00A77FA5">
            <w:r>
              <w:rPr>
                <w:sz w:val="14"/>
              </w:rPr>
              <w:t>only 370</w:t>
            </w:r>
          </w:p>
        </w:tc>
        <w:tc>
          <w:tcPr>
            <w:tcW w:w="835" w:type="dxa"/>
          </w:tcPr>
          <w:p w14:paraId="7CD76E0B" w14:textId="77777777" w:rsidR="00174BB4" w:rsidRDefault="00174BB4" w:rsidP="00A77FA5"/>
        </w:tc>
        <w:tc>
          <w:tcPr>
            <w:tcW w:w="825" w:type="dxa"/>
          </w:tcPr>
          <w:p w14:paraId="6FA5A0B1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1252214A" w14:textId="77777777" w:rsidTr="00A77FA5">
        <w:tc>
          <w:tcPr>
            <w:tcW w:w="825" w:type="dxa"/>
          </w:tcPr>
          <w:p w14:paraId="24BE894E" w14:textId="77777777" w:rsidR="00174BB4" w:rsidRDefault="00174BB4" w:rsidP="00A77FA5">
            <w:r>
              <w:rPr>
                <w:sz w:val="14"/>
              </w:rPr>
              <w:t>BCC-ESM1</w:t>
            </w:r>
          </w:p>
        </w:tc>
        <w:tc>
          <w:tcPr>
            <w:tcW w:w="524" w:type="dxa"/>
          </w:tcPr>
          <w:p w14:paraId="3CA63686" w14:textId="77777777" w:rsidR="00174BB4" w:rsidRDefault="00174BB4" w:rsidP="00A77FA5">
            <w:r>
              <w:rPr>
                <w:sz w:val="14"/>
              </w:rPr>
              <w:t>1.065</w:t>
            </w:r>
          </w:p>
        </w:tc>
        <w:tc>
          <w:tcPr>
            <w:tcW w:w="455" w:type="dxa"/>
          </w:tcPr>
          <w:p w14:paraId="4F868D91" w14:textId="77777777" w:rsidR="00174BB4" w:rsidRDefault="00174BB4" w:rsidP="00A77FA5">
            <w:r>
              <w:rPr>
                <w:sz w:val="14"/>
              </w:rPr>
              <w:t>1.18</w:t>
            </w:r>
          </w:p>
        </w:tc>
        <w:tc>
          <w:tcPr>
            <w:tcW w:w="455" w:type="dxa"/>
          </w:tcPr>
          <w:p w14:paraId="77F1DA2D" w14:textId="77777777" w:rsidR="00174BB4" w:rsidRDefault="00174BB4" w:rsidP="00A77FA5">
            <w:r>
              <w:rPr>
                <w:sz w:val="14"/>
              </w:rPr>
              <w:t>1.12</w:t>
            </w:r>
          </w:p>
        </w:tc>
        <w:tc>
          <w:tcPr>
            <w:tcW w:w="455" w:type="dxa"/>
          </w:tcPr>
          <w:p w14:paraId="144BDCC6" w14:textId="77777777" w:rsidR="00174BB4" w:rsidRDefault="00174BB4" w:rsidP="00A77FA5">
            <w:r>
              <w:rPr>
                <w:sz w:val="14"/>
              </w:rPr>
              <w:t>0.9</w:t>
            </w:r>
          </w:p>
        </w:tc>
        <w:tc>
          <w:tcPr>
            <w:tcW w:w="524" w:type="dxa"/>
          </w:tcPr>
          <w:p w14:paraId="3D61451D" w14:textId="77777777" w:rsidR="00174BB4" w:rsidRDefault="00174BB4" w:rsidP="00A77FA5">
            <w:r>
              <w:rPr>
                <w:sz w:val="14"/>
              </w:rPr>
              <w:t>6.46</w:t>
            </w:r>
          </w:p>
        </w:tc>
        <w:tc>
          <w:tcPr>
            <w:tcW w:w="927" w:type="dxa"/>
          </w:tcPr>
          <w:p w14:paraId="57A53151" w14:textId="77777777" w:rsidR="00174BB4" w:rsidRDefault="00174BB4" w:rsidP="00A77FA5">
            <w:r>
              <w:rPr>
                <w:sz w:val="14"/>
              </w:rPr>
              <w:t>BCC-AGCM3</w:t>
            </w:r>
          </w:p>
        </w:tc>
        <w:tc>
          <w:tcPr>
            <w:tcW w:w="664" w:type="dxa"/>
          </w:tcPr>
          <w:p w14:paraId="7761CAB6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7DAAA398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16530B9C" w14:textId="77777777" w:rsidR="00174BB4" w:rsidRDefault="00174BB4" w:rsidP="00A77FA5">
            <w:r>
              <w:rPr>
                <w:sz w:val="14"/>
              </w:rPr>
              <w:t>only 370</w:t>
            </w:r>
          </w:p>
        </w:tc>
        <w:tc>
          <w:tcPr>
            <w:tcW w:w="835" w:type="dxa"/>
          </w:tcPr>
          <w:p w14:paraId="0AF13039" w14:textId="77777777" w:rsidR="00174BB4" w:rsidRDefault="00174BB4" w:rsidP="00A77FA5"/>
        </w:tc>
        <w:tc>
          <w:tcPr>
            <w:tcW w:w="825" w:type="dxa"/>
          </w:tcPr>
          <w:p w14:paraId="61D3B84C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7B6AE40D" w14:textId="77777777" w:rsidTr="00A77FA5">
        <w:tc>
          <w:tcPr>
            <w:tcW w:w="825" w:type="dxa"/>
          </w:tcPr>
          <w:p w14:paraId="73D3DA03" w14:textId="77777777" w:rsidR="00174BB4" w:rsidRDefault="00174BB4" w:rsidP="00A77FA5">
            <w:r>
              <w:rPr>
                <w:sz w:val="14"/>
              </w:rPr>
              <w:t>INM-CM4-8</w:t>
            </w:r>
          </w:p>
        </w:tc>
        <w:tc>
          <w:tcPr>
            <w:tcW w:w="524" w:type="dxa"/>
          </w:tcPr>
          <w:p w14:paraId="215FA5E5" w14:textId="77777777" w:rsidR="00174BB4" w:rsidRDefault="00174BB4" w:rsidP="00A77FA5">
            <w:r>
              <w:rPr>
                <w:sz w:val="14"/>
              </w:rPr>
              <w:t>1.068</w:t>
            </w:r>
          </w:p>
        </w:tc>
        <w:tc>
          <w:tcPr>
            <w:tcW w:w="455" w:type="dxa"/>
          </w:tcPr>
          <w:p w14:paraId="6D6BFEF5" w14:textId="77777777" w:rsidR="00174BB4" w:rsidRDefault="00174BB4" w:rsidP="00A77FA5">
            <w:r>
              <w:rPr>
                <w:sz w:val="14"/>
              </w:rPr>
              <w:t>1.17</w:t>
            </w:r>
          </w:p>
        </w:tc>
        <w:tc>
          <w:tcPr>
            <w:tcW w:w="455" w:type="dxa"/>
          </w:tcPr>
          <w:p w14:paraId="6320E2C1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7FA7F9B9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524" w:type="dxa"/>
          </w:tcPr>
          <w:p w14:paraId="6A2438D2" w14:textId="77777777" w:rsidR="00174BB4" w:rsidRDefault="00174BB4" w:rsidP="00A77FA5">
            <w:r>
              <w:rPr>
                <w:sz w:val="14"/>
              </w:rPr>
              <w:t>-2.08</w:t>
            </w:r>
          </w:p>
        </w:tc>
        <w:tc>
          <w:tcPr>
            <w:tcW w:w="927" w:type="dxa"/>
          </w:tcPr>
          <w:p w14:paraId="0AA4D1FE" w14:textId="77777777" w:rsidR="00174BB4" w:rsidRDefault="00174BB4" w:rsidP="00A77FA5">
            <w:r>
              <w:rPr>
                <w:sz w:val="14"/>
              </w:rPr>
              <w:t>INM-AM</w:t>
            </w:r>
          </w:p>
        </w:tc>
        <w:tc>
          <w:tcPr>
            <w:tcW w:w="664" w:type="dxa"/>
          </w:tcPr>
          <w:p w14:paraId="7018C0DB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00AB8B9F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50180231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4418EAD1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AF53124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74B5546C" w14:textId="77777777" w:rsidTr="00A77FA5">
        <w:tc>
          <w:tcPr>
            <w:tcW w:w="825" w:type="dxa"/>
          </w:tcPr>
          <w:p w14:paraId="4EBBCCD8" w14:textId="77777777" w:rsidR="00174BB4" w:rsidRDefault="00174BB4" w:rsidP="00A77FA5">
            <w:r>
              <w:rPr>
                <w:sz w:val="14"/>
              </w:rPr>
              <w:t>GISS-E2-1-H</w:t>
            </w:r>
          </w:p>
        </w:tc>
        <w:tc>
          <w:tcPr>
            <w:tcW w:w="524" w:type="dxa"/>
          </w:tcPr>
          <w:p w14:paraId="15AE59B5" w14:textId="77777777" w:rsidR="00174BB4" w:rsidRDefault="00174BB4" w:rsidP="00A77FA5">
            <w:r>
              <w:rPr>
                <w:sz w:val="14"/>
              </w:rPr>
              <w:t>1.073</w:t>
            </w:r>
          </w:p>
        </w:tc>
        <w:tc>
          <w:tcPr>
            <w:tcW w:w="455" w:type="dxa"/>
          </w:tcPr>
          <w:p w14:paraId="5CB4230F" w14:textId="77777777" w:rsidR="00174BB4" w:rsidRDefault="00174BB4" w:rsidP="00A77FA5">
            <w:r>
              <w:rPr>
                <w:sz w:val="14"/>
              </w:rPr>
              <w:t>0.98</w:t>
            </w:r>
          </w:p>
        </w:tc>
        <w:tc>
          <w:tcPr>
            <w:tcW w:w="455" w:type="dxa"/>
          </w:tcPr>
          <w:p w14:paraId="05B1DA08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130627BF" w14:textId="77777777" w:rsidR="00174BB4" w:rsidRDefault="00174BB4" w:rsidP="00A77FA5">
            <w:r>
              <w:rPr>
                <w:sz w:val="14"/>
              </w:rPr>
              <w:t>1.22</w:t>
            </w:r>
          </w:p>
        </w:tc>
        <w:tc>
          <w:tcPr>
            <w:tcW w:w="524" w:type="dxa"/>
          </w:tcPr>
          <w:p w14:paraId="6E2F7EC2" w14:textId="77777777" w:rsidR="00174BB4" w:rsidRDefault="00174BB4" w:rsidP="00A77FA5">
            <w:r>
              <w:rPr>
                <w:sz w:val="14"/>
              </w:rPr>
              <w:t>2.65</w:t>
            </w:r>
          </w:p>
        </w:tc>
        <w:tc>
          <w:tcPr>
            <w:tcW w:w="927" w:type="dxa"/>
          </w:tcPr>
          <w:p w14:paraId="2F1ED768" w14:textId="77777777" w:rsidR="00174BB4" w:rsidRDefault="00174BB4" w:rsidP="00A77FA5">
            <w:r>
              <w:rPr>
                <w:sz w:val="14"/>
              </w:rPr>
              <w:t>GISS ModelE2.1</w:t>
            </w:r>
          </w:p>
        </w:tc>
        <w:tc>
          <w:tcPr>
            <w:tcW w:w="664" w:type="dxa"/>
          </w:tcPr>
          <w:p w14:paraId="4D3A7F3B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82FDB17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3EF4E755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545B89E2" w14:textId="77777777" w:rsidR="00174BB4" w:rsidRDefault="00174BB4" w:rsidP="00A77FA5">
            <w:r>
              <w:rPr>
                <w:sz w:val="14"/>
              </w:rPr>
              <w:t>r1i1p1f2, r1i1p3f1, r2i1p1f2, r3i1p1f2, r4i1p1…</w:t>
            </w:r>
          </w:p>
        </w:tc>
        <w:tc>
          <w:tcPr>
            <w:tcW w:w="825" w:type="dxa"/>
          </w:tcPr>
          <w:p w14:paraId="56C5936B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736022E9" w14:textId="77777777" w:rsidTr="00A77FA5">
        <w:tc>
          <w:tcPr>
            <w:tcW w:w="825" w:type="dxa"/>
          </w:tcPr>
          <w:p w14:paraId="6B74AA4B" w14:textId="77777777" w:rsidR="00174BB4" w:rsidRDefault="00174BB4" w:rsidP="00A77FA5">
            <w:r>
              <w:rPr>
                <w:sz w:val="14"/>
              </w:rPr>
              <w:t>GISS-E2-1-G-CC</w:t>
            </w:r>
          </w:p>
        </w:tc>
        <w:tc>
          <w:tcPr>
            <w:tcW w:w="524" w:type="dxa"/>
          </w:tcPr>
          <w:p w14:paraId="75B5F136" w14:textId="77777777" w:rsidR="00174BB4" w:rsidRDefault="00174BB4" w:rsidP="00A77FA5">
            <w:r>
              <w:rPr>
                <w:sz w:val="14"/>
              </w:rPr>
              <w:t>1.073</w:t>
            </w:r>
          </w:p>
        </w:tc>
        <w:tc>
          <w:tcPr>
            <w:tcW w:w="455" w:type="dxa"/>
          </w:tcPr>
          <w:p w14:paraId="5FF38918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1CDF4DE4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3DBBD415" w14:textId="77777777" w:rsidR="00174BB4" w:rsidRDefault="00174BB4" w:rsidP="00A77FA5">
            <w:r>
              <w:rPr>
                <w:sz w:val="14"/>
              </w:rPr>
              <w:t>1.22</w:t>
            </w:r>
          </w:p>
        </w:tc>
        <w:tc>
          <w:tcPr>
            <w:tcW w:w="524" w:type="dxa"/>
          </w:tcPr>
          <w:p w14:paraId="69C40291" w14:textId="77777777" w:rsidR="00174BB4" w:rsidRDefault="00174BB4" w:rsidP="00A77FA5">
            <w:r>
              <w:rPr>
                <w:sz w:val="14"/>
              </w:rPr>
              <w:t>3.54</w:t>
            </w:r>
          </w:p>
        </w:tc>
        <w:tc>
          <w:tcPr>
            <w:tcW w:w="927" w:type="dxa"/>
          </w:tcPr>
          <w:p w14:paraId="1FA365D2" w14:textId="77777777" w:rsidR="00174BB4" w:rsidRDefault="00174BB4" w:rsidP="00A77FA5">
            <w:r>
              <w:rPr>
                <w:sz w:val="14"/>
              </w:rPr>
              <w:t>GISS ModelE2.1</w:t>
            </w:r>
          </w:p>
        </w:tc>
        <w:tc>
          <w:tcPr>
            <w:tcW w:w="664" w:type="dxa"/>
          </w:tcPr>
          <w:p w14:paraId="5A85E767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E0B4A82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236533C" w14:textId="77777777" w:rsidR="00174BB4" w:rsidRDefault="00174BB4" w:rsidP="00A77FA5">
            <w:r>
              <w:rPr>
                <w:sz w:val="14"/>
              </w:rPr>
              <w:t>only 126/245/585</w:t>
            </w:r>
          </w:p>
        </w:tc>
        <w:tc>
          <w:tcPr>
            <w:tcW w:w="835" w:type="dxa"/>
          </w:tcPr>
          <w:p w14:paraId="29242839" w14:textId="77777777" w:rsidR="00174BB4" w:rsidRDefault="00174BB4" w:rsidP="00A77FA5"/>
        </w:tc>
        <w:tc>
          <w:tcPr>
            <w:tcW w:w="825" w:type="dxa"/>
          </w:tcPr>
          <w:p w14:paraId="6B27DD42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64C80113" w14:textId="77777777" w:rsidTr="00A77FA5">
        <w:tc>
          <w:tcPr>
            <w:tcW w:w="825" w:type="dxa"/>
          </w:tcPr>
          <w:p w14:paraId="4A284140" w14:textId="77777777" w:rsidR="00174BB4" w:rsidRDefault="00174BB4" w:rsidP="00A77FA5">
            <w:r>
              <w:rPr>
                <w:sz w:val="14"/>
              </w:rPr>
              <w:t>EC-Earth3-CC</w:t>
            </w:r>
          </w:p>
        </w:tc>
        <w:tc>
          <w:tcPr>
            <w:tcW w:w="524" w:type="dxa"/>
          </w:tcPr>
          <w:p w14:paraId="055C10CA" w14:textId="77777777" w:rsidR="00174BB4" w:rsidRDefault="00174BB4" w:rsidP="00A77FA5">
            <w:r>
              <w:rPr>
                <w:sz w:val="14"/>
              </w:rPr>
              <w:t>1.082</w:t>
            </w:r>
          </w:p>
        </w:tc>
        <w:tc>
          <w:tcPr>
            <w:tcW w:w="455" w:type="dxa"/>
          </w:tcPr>
          <w:p w14:paraId="37FCD55F" w14:textId="77777777" w:rsidR="00174BB4" w:rsidRDefault="00174BB4" w:rsidP="00A77FA5">
            <w:r>
              <w:rPr>
                <w:sz w:val="14"/>
              </w:rPr>
              <w:t>1.28</w:t>
            </w:r>
          </w:p>
        </w:tc>
        <w:tc>
          <w:tcPr>
            <w:tcW w:w="455" w:type="dxa"/>
          </w:tcPr>
          <w:p w14:paraId="79927BFE" w14:textId="77777777" w:rsidR="00174BB4" w:rsidRDefault="00174BB4" w:rsidP="00A77FA5">
            <w:r>
              <w:rPr>
                <w:sz w:val="14"/>
              </w:rPr>
              <w:t>0.96</w:t>
            </w:r>
          </w:p>
        </w:tc>
        <w:tc>
          <w:tcPr>
            <w:tcW w:w="455" w:type="dxa"/>
          </w:tcPr>
          <w:p w14:paraId="03ABC15A" w14:textId="77777777" w:rsidR="00174BB4" w:rsidRDefault="00174BB4" w:rsidP="00A77FA5">
            <w:r>
              <w:rPr>
                <w:sz w:val="14"/>
              </w:rPr>
              <w:t>1.01</w:t>
            </w:r>
          </w:p>
        </w:tc>
        <w:tc>
          <w:tcPr>
            <w:tcW w:w="524" w:type="dxa"/>
          </w:tcPr>
          <w:p w14:paraId="6F2559C2" w14:textId="77777777" w:rsidR="00174BB4" w:rsidRDefault="00174BB4" w:rsidP="00A77FA5">
            <w:r>
              <w:rPr>
                <w:sz w:val="14"/>
              </w:rPr>
              <w:t>-1.78</w:t>
            </w:r>
          </w:p>
        </w:tc>
        <w:tc>
          <w:tcPr>
            <w:tcW w:w="927" w:type="dxa"/>
          </w:tcPr>
          <w:p w14:paraId="06F14CEF" w14:textId="77777777" w:rsidR="00174BB4" w:rsidRDefault="00174BB4" w:rsidP="00A77FA5">
            <w:r>
              <w:rPr>
                <w:sz w:val="14"/>
              </w:rPr>
              <w:t>IFS (EC-Earth3)</w:t>
            </w:r>
          </w:p>
        </w:tc>
        <w:tc>
          <w:tcPr>
            <w:tcW w:w="664" w:type="dxa"/>
          </w:tcPr>
          <w:p w14:paraId="72211E33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7B907F43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16F2D8A" w14:textId="77777777" w:rsidR="00174BB4" w:rsidRDefault="00174BB4" w:rsidP="00A77FA5">
            <w:r>
              <w:rPr>
                <w:sz w:val="14"/>
              </w:rPr>
              <w:t>only 245/585</w:t>
            </w:r>
          </w:p>
        </w:tc>
        <w:tc>
          <w:tcPr>
            <w:tcW w:w="835" w:type="dxa"/>
          </w:tcPr>
          <w:p w14:paraId="5132FF3E" w14:textId="77777777" w:rsidR="00174BB4" w:rsidRDefault="00174BB4" w:rsidP="00A77FA5"/>
        </w:tc>
        <w:tc>
          <w:tcPr>
            <w:tcW w:w="825" w:type="dxa"/>
          </w:tcPr>
          <w:p w14:paraId="2C76CDF5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3738484E" w14:textId="77777777" w:rsidTr="00A77FA5">
        <w:tc>
          <w:tcPr>
            <w:tcW w:w="825" w:type="dxa"/>
          </w:tcPr>
          <w:p w14:paraId="67DE2445" w14:textId="77777777" w:rsidR="00174BB4" w:rsidRDefault="00174BB4" w:rsidP="00A77FA5">
            <w:r>
              <w:rPr>
                <w:sz w:val="14"/>
              </w:rPr>
              <w:t>EC-Earth3</w:t>
            </w:r>
          </w:p>
        </w:tc>
        <w:tc>
          <w:tcPr>
            <w:tcW w:w="524" w:type="dxa"/>
          </w:tcPr>
          <w:p w14:paraId="50225A42" w14:textId="77777777" w:rsidR="00174BB4" w:rsidRDefault="00174BB4" w:rsidP="00A77FA5">
            <w:r>
              <w:rPr>
                <w:sz w:val="14"/>
              </w:rPr>
              <w:t>1.084</w:t>
            </w:r>
          </w:p>
        </w:tc>
        <w:tc>
          <w:tcPr>
            <w:tcW w:w="455" w:type="dxa"/>
          </w:tcPr>
          <w:p w14:paraId="50ED8518" w14:textId="77777777" w:rsidR="00174BB4" w:rsidRDefault="00174BB4" w:rsidP="00A77FA5">
            <w:r>
              <w:rPr>
                <w:sz w:val="14"/>
              </w:rPr>
              <w:t>1.19</w:t>
            </w:r>
          </w:p>
        </w:tc>
        <w:tc>
          <w:tcPr>
            <w:tcW w:w="455" w:type="dxa"/>
          </w:tcPr>
          <w:p w14:paraId="4317D1DF" w14:textId="77777777" w:rsidR="00174BB4" w:rsidRDefault="00174BB4" w:rsidP="00A77FA5">
            <w:r>
              <w:rPr>
                <w:sz w:val="14"/>
              </w:rPr>
              <w:t>0.95</w:t>
            </w:r>
          </w:p>
        </w:tc>
        <w:tc>
          <w:tcPr>
            <w:tcW w:w="455" w:type="dxa"/>
          </w:tcPr>
          <w:p w14:paraId="03DB1DEC" w14:textId="77777777" w:rsidR="00174BB4" w:rsidRDefault="00174BB4" w:rsidP="00A77FA5">
            <w:r>
              <w:rPr>
                <w:sz w:val="14"/>
              </w:rPr>
              <w:t>1.11</w:t>
            </w:r>
          </w:p>
        </w:tc>
        <w:tc>
          <w:tcPr>
            <w:tcW w:w="524" w:type="dxa"/>
          </w:tcPr>
          <w:p w14:paraId="0817AC46" w14:textId="77777777" w:rsidR="00174BB4" w:rsidRDefault="00174BB4" w:rsidP="00A77FA5">
            <w:r>
              <w:rPr>
                <w:sz w:val="14"/>
              </w:rPr>
              <w:t>-1.07</w:t>
            </w:r>
          </w:p>
        </w:tc>
        <w:tc>
          <w:tcPr>
            <w:tcW w:w="927" w:type="dxa"/>
          </w:tcPr>
          <w:p w14:paraId="0F389C20" w14:textId="77777777" w:rsidR="00174BB4" w:rsidRDefault="00174BB4" w:rsidP="00A77FA5">
            <w:r>
              <w:rPr>
                <w:sz w:val="14"/>
              </w:rPr>
              <w:t>IFS (EC-Earth3)</w:t>
            </w:r>
          </w:p>
        </w:tc>
        <w:tc>
          <w:tcPr>
            <w:tcW w:w="664" w:type="dxa"/>
          </w:tcPr>
          <w:p w14:paraId="09CA2EED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2C76EF86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69CFAEB6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5F6E5D73" w14:textId="77777777" w:rsidR="00174BB4" w:rsidRDefault="00174BB4" w:rsidP="00A77FA5">
            <w:r>
              <w:rPr>
                <w:sz w:val="14"/>
              </w:rPr>
              <w:t>r101i1p1f1, r102i1p1f1, r103i1p1f1, r104i1p1f1…</w:t>
            </w:r>
          </w:p>
        </w:tc>
        <w:tc>
          <w:tcPr>
            <w:tcW w:w="825" w:type="dxa"/>
          </w:tcPr>
          <w:p w14:paraId="2803DCBF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2CDEA5C0" w14:textId="77777777" w:rsidTr="00A77FA5">
        <w:tc>
          <w:tcPr>
            <w:tcW w:w="825" w:type="dxa"/>
          </w:tcPr>
          <w:p w14:paraId="053AA5AA" w14:textId="77777777" w:rsidR="00174BB4" w:rsidRDefault="00174BB4" w:rsidP="00A77FA5">
            <w:r>
              <w:rPr>
                <w:sz w:val="14"/>
              </w:rPr>
              <w:t>GISS-E2-1-G</w:t>
            </w:r>
          </w:p>
        </w:tc>
        <w:tc>
          <w:tcPr>
            <w:tcW w:w="524" w:type="dxa"/>
          </w:tcPr>
          <w:p w14:paraId="35F22F9E" w14:textId="77777777" w:rsidR="00174BB4" w:rsidRDefault="00174BB4" w:rsidP="00A77FA5">
            <w:r>
              <w:rPr>
                <w:sz w:val="14"/>
              </w:rPr>
              <w:t>1.099</w:t>
            </w:r>
          </w:p>
        </w:tc>
        <w:tc>
          <w:tcPr>
            <w:tcW w:w="455" w:type="dxa"/>
          </w:tcPr>
          <w:p w14:paraId="27199778" w14:textId="77777777" w:rsidR="00174BB4" w:rsidRDefault="00174BB4" w:rsidP="00A77FA5">
            <w:r>
              <w:rPr>
                <w:sz w:val="14"/>
              </w:rPr>
              <w:t>1.01</w:t>
            </w:r>
          </w:p>
        </w:tc>
        <w:tc>
          <w:tcPr>
            <w:tcW w:w="455" w:type="dxa"/>
          </w:tcPr>
          <w:p w14:paraId="1BD48C9F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442361D0" w14:textId="77777777" w:rsidR="00174BB4" w:rsidRDefault="00174BB4" w:rsidP="00A77FA5">
            <w:r>
              <w:rPr>
                <w:sz w:val="14"/>
              </w:rPr>
              <w:t>1.29</w:t>
            </w:r>
          </w:p>
        </w:tc>
        <w:tc>
          <w:tcPr>
            <w:tcW w:w="524" w:type="dxa"/>
          </w:tcPr>
          <w:p w14:paraId="1C6C4F4B" w14:textId="77777777" w:rsidR="00174BB4" w:rsidRDefault="00174BB4" w:rsidP="00A77FA5">
            <w:r>
              <w:rPr>
                <w:sz w:val="14"/>
              </w:rPr>
              <w:t>3.64</w:t>
            </w:r>
          </w:p>
        </w:tc>
        <w:tc>
          <w:tcPr>
            <w:tcW w:w="927" w:type="dxa"/>
          </w:tcPr>
          <w:p w14:paraId="022AA4DA" w14:textId="77777777" w:rsidR="00174BB4" w:rsidRDefault="00174BB4" w:rsidP="00A77FA5">
            <w:r>
              <w:rPr>
                <w:sz w:val="14"/>
              </w:rPr>
              <w:t>GISS ModelE2.1</w:t>
            </w:r>
          </w:p>
        </w:tc>
        <w:tc>
          <w:tcPr>
            <w:tcW w:w="664" w:type="dxa"/>
          </w:tcPr>
          <w:p w14:paraId="3902DFF1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E55E27E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7FDEC041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1F827E91" w14:textId="77777777" w:rsidR="00174BB4" w:rsidRDefault="00174BB4" w:rsidP="00A77FA5">
            <w:r>
              <w:rPr>
                <w:sz w:val="14"/>
              </w:rPr>
              <w:t>r1i1p1f2, r1i1p3f1, r1i1p5f1, r2i1p1f2, r2i1p3…</w:t>
            </w:r>
          </w:p>
        </w:tc>
        <w:tc>
          <w:tcPr>
            <w:tcW w:w="825" w:type="dxa"/>
          </w:tcPr>
          <w:p w14:paraId="6C3E4B60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6D1CC8E1" w14:textId="77777777" w:rsidTr="00A77FA5">
        <w:tc>
          <w:tcPr>
            <w:tcW w:w="825" w:type="dxa"/>
          </w:tcPr>
          <w:p w14:paraId="74898499" w14:textId="77777777" w:rsidR="00174BB4" w:rsidRDefault="00174BB4" w:rsidP="00A77FA5">
            <w:r>
              <w:rPr>
                <w:sz w:val="14"/>
              </w:rPr>
              <w:t>EC-Earth3-Veg-LR</w:t>
            </w:r>
          </w:p>
        </w:tc>
        <w:tc>
          <w:tcPr>
            <w:tcW w:w="524" w:type="dxa"/>
          </w:tcPr>
          <w:p w14:paraId="5AB0D738" w14:textId="77777777" w:rsidR="00174BB4" w:rsidRDefault="00174BB4" w:rsidP="00A77FA5">
            <w:r>
              <w:rPr>
                <w:sz w:val="14"/>
              </w:rPr>
              <w:t>1.1</w:t>
            </w:r>
          </w:p>
        </w:tc>
        <w:tc>
          <w:tcPr>
            <w:tcW w:w="455" w:type="dxa"/>
          </w:tcPr>
          <w:p w14:paraId="4D3D6013" w14:textId="77777777" w:rsidR="00174BB4" w:rsidRDefault="00174BB4" w:rsidP="00A77FA5">
            <w:r>
              <w:rPr>
                <w:sz w:val="14"/>
              </w:rPr>
              <w:t>1.22</w:t>
            </w:r>
          </w:p>
        </w:tc>
        <w:tc>
          <w:tcPr>
            <w:tcW w:w="455" w:type="dxa"/>
          </w:tcPr>
          <w:p w14:paraId="469BA5D9" w14:textId="77777777" w:rsidR="00174BB4" w:rsidRDefault="00174BB4" w:rsidP="00A77FA5">
            <w:r>
              <w:rPr>
                <w:sz w:val="14"/>
              </w:rPr>
              <w:t>0.97</w:t>
            </w:r>
          </w:p>
        </w:tc>
        <w:tc>
          <w:tcPr>
            <w:tcW w:w="455" w:type="dxa"/>
          </w:tcPr>
          <w:p w14:paraId="5C3653B7" w14:textId="77777777" w:rsidR="00174BB4" w:rsidRDefault="00174BB4" w:rsidP="00A77FA5">
            <w:r>
              <w:rPr>
                <w:sz w:val="14"/>
              </w:rPr>
              <w:t>1.1</w:t>
            </w:r>
          </w:p>
        </w:tc>
        <w:tc>
          <w:tcPr>
            <w:tcW w:w="524" w:type="dxa"/>
          </w:tcPr>
          <w:p w14:paraId="2B36842D" w14:textId="77777777" w:rsidR="00174BB4" w:rsidRDefault="00174BB4" w:rsidP="00A77FA5">
            <w:r>
              <w:rPr>
                <w:sz w:val="14"/>
              </w:rPr>
              <w:t>0.48</w:t>
            </w:r>
          </w:p>
        </w:tc>
        <w:tc>
          <w:tcPr>
            <w:tcW w:w="927" w:type="dxa"/>
          </w:tcPr>
          <w:p w14:paraId="65796D04" w14:textId="77777777" w:rsidR="00174BB4" w:rsidRDefault="00174BB4" w:rsidP="00A77FA5">
            <w:r>
              <w:rPr>
                <w:sz w:val="14"/>
              </w:rPr>
              <w:t>IFS (EC-Earth3)</w:t>
            </w:r>
          </w:p>
        </w:tc>
        <w:tc>
          <w:tcPr>
            <w:tcW w:w="664" w:type="dxa"/>
          </w:tcPr>
          <w:p w14:paraId="7E5814E8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426FC0C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36A02443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389BF841" w14:textId="77777777" w:rsidR="00174BB4" w:rsidRDefault="00174BB4" w:rsidP="00A77FA5">
            <w:r>
              <w:rPr>
                <w:sz w:val="14"/>
              </w:rPr>
              <w:t>r1i1p1f1, r2i1p1f1, r3i1p1f1</w:t>
            </w:r>
          </w:p>
        </w:tc>
        <w:tc>
          <w:tcPr>
            <w:tcW w:w="825" w:type="dxa"/>
          </w:tcPr>
          <w:p w14:paraId="528FAE41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11979E2D" w14:textId="77777777" w:rsidTr="00A77FA5">
        <w:tc>
          <w:tcPr>
            <w:tcW w:w="825" w:type="dxa"/>
          </w:tcPr>
          <w:p w14:paraId="045354B5" w14:textId="77777777" w:rsidR="00174BB4" w:rsidRDefault="00174BB4" w:rsidP="00A77FA5">
            <w:r>
              <w:rPr>
                <w:sz w:val="14"/>
              </w:rPr>
              <w:t>CAMS-CSM1-0</w:t>
            </w:r>
          </w:p>
        </w:tc>
        <w:tc>
          <w:tcPr>
            <w:tcW w:w="524" w:type="dxa"/>
          </w:tcPr>
          <w:p w14:paraId="0BE545B3" w14:textId="77777777" w:rsidR="00174BB4" w:rsidRDefault="00174BB4" w:rsidP="00A77FA5">
            <w:r>
              <w:rPr>
                <w:sz w:val="14"/>
              </w:rPr>
              <w:t>1.103</w:t>
            </w:r>
          </w:p>
        </w:tc>
        <w:tc>
          <w:tcPr>
            <w:tcW w:w="455" w:type="dxa"/>
          </w:tcPr>
          <w:p w14:paraId="75AFA25D" w14:textId="77777777" w:rsidR="00174BB4" w:rsidRDefault="00174BB4" w:rsidP="00A77FA5">
            <w:r>
              <w:rPr>
                <w:sz w:val="14"/>
              </w:rPr>
              <w:t>1.11</w:t>
            </w:r>
          </w:p>
        </w:tc>
        <w:tc>
          <w:tcPr>
            <w:tcW w:w="455" w:type="dxa"/>
          </w:tcPr>
          <w:p w14:paraId="6DF4CEC8" w14:textId="77777777" w:rsidR="00174BB4" w:rsidRDefault="00174BB4" w:rsidP="00A77FA5">
            <w:r>
              <w:rPr>
                <w:sz w:val="14"/>
              </w:rPr>
              <w:t>1.29</w:t>
            </w:r>
          </w:p>
        </w:tc>
        <w:tc>
          <w:tcPr>
            <w:tcW w:w="455" w:type="dxa"/>
          </w:tcPr>
          <w:p w14:paraId="63ADB861" w14:textId="77777777" w:rsidR="00174BB4" w:rsidRDefault="00174BB4" w:rsidP="00A77FA5">
            <w:r>
              <w:rPr>
                <w:sz w:val="14"/>
              </w:rPr>
              <w:t>0.9</w:t>
            </w:r>
          </w:p>
        </w:tc>
        <w:tc>
          <w:tcPr>
            <w:tcW w:w="524" w:type="dxa"/>
          </w:tcPr>
          <w:p w14:paraId="1A874678" w14:textId="77777777" w:rsidR="00174BB4" w:rsidRDefault="00174BB4" w:rsidP="00A77FA5">
            <w:r>
              <w:rPr>
                <w:sz w:val="14"/>
              </w:rPr>
              <w:t>2.98</w:t>
            </w:r>
          </w:p>
        </w:tc>
        <w:tc>
          <w:tcPr>
            <w:tcW w:w="927" w:type="dxa"/>
          </w:tcPr>
          <w:p w14:paraId="52A72C47" w14:textId="77777777" w:rsidR="00174BB4" w:rsidRDefault="00174BB4" w:rsidP="00A77FA5">
            <w:r>
              <w:rPr>
                <w:sz w:val="14"/>
              </w:rPr>
              <w:t>ECHAM5 (mod.)</w:t>
            </w:r>
          </w:p>
        </w:tc>
        <w:tc>
          <w:tcPr>
            <w:tcW w:w="664" w:type="dxa"/>
          </w:tcPr>
          <w:p w14:paraId="725A92F4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17C4A1D0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6D80761C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440104C" w14:textId="77777777" w:rsidR="00174BB4" w:rsidRDefault="00174BB4" w:rsidP="00A77FA5">
            <w:r>
              <w:rPr>
                <w:sz w:val="14"/>
              </w:rPr>
              <w:t>r1i1p1f1, r2i1p1f1</w:t>
            </w:r>
          </w:p>
        </w:tc>
        <w:tc>
          <w:tcPr>
            <w:tcW w:w="825" w:type="dxa"/>
          </w:tcPr>
          <w:p w14:paraId="58BE24D3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5B649350" w14:textId="77777777" w:rsidTr="00A77FA5">
        <w:tc>
          <w:tcPr>
            <w:tcW w:w="825" w:type="dxa"/>
          </w:tcPr>
          <w:p w14:paraId="009BF0EE" w14:textId="77777777" w:rsidR="00174BB4" w:rsidRDefault="00174BB4" w:rsidP="00A77FA5">
            <w:r>
              <w:rPr>
                <w:sz w:val="14"/>
              </w:rPr>
              <w:t>CESM2-FV2</w:t>
            </w:r>
          </w:p>
        </w:tc>
        <w:tc>
          <w:tcPr>
            <w:tcW w:w="524" w:type="dxa"/>
          </w:tcPr>
          <w:p w14:paraId="79767FFF" w14:textId="77777777" w:rsidR="00174BB4" w:rsidRDefault="00174BB4" w:rsidP="00A77FA5">
            <w:r>
              <w:rPr>
                <w:sz w:val="14"/>
              </w:rPr>
              <w:t>1.107</w:t>
            </w:r>
          </w:p>
        </w:tc>
        <w:tc>
          <w:tcPr>
            <w:tcW w:w="455" w:type="dxa"/>
          </w:tcPr>
          <w:p w14:paraId="521959EA" w14:textId="77777777" w:rsidR="00174BB4" w:rsidRDefault="00174BB4" w:rsidP="00A77FA5">
            <w:r>
              <w:rPr>
                <w:sz w:val="14"/>
              </w:rPr>
              <w:t>0.84</w:t>
            </w:r>
          </w:p>
        </w:tc>
        <w:tc>
          <w:tcPr>
            <w:tcW w:w="455" w:type="dxa"/>
          </w:tcPr>
          <w:p w14:paraId="319B4A30" w14:textId="77777777" w:rsidR="00174BB4" w:rsidRDefault="00174BB4" w:rsidP="00A77FA5">
            <w:r>
              <w:rPr>
                <w:sz w:val="14"/>
              </w:rPr>
              <w:t>1.08</w:t>
            </w:r>
          </w:p>
        </w:tc>
        <w:tc>
          <w:tcPr>
            <w:tcW w:w="455" w:type="dxa"/>
          </w:tcPr>
          <w:p w14:paraId="2D79E7A9" w14:textId="77777777" w:rsidR="00174BB4" w:rsidRDefault="00174BB4" w:rsidP="00A77FA5">
            <w:r>
              <w:rPr>
                <w:sz w:val="14"/>
              </w:rPr>
              <w:t>1.4</w:t>
            </w:r>
          </w:p>
        </w:tc>
        <w:tc>
          <w:tcPr>
            <w:tcW w:w="524" w:type="dxa"/>
          </w:tcPr>
          <w:p w14:paraId="38B8F82A" w14:textId="77777777" w:rsidR="00174BB4" w:rsidRDefault="00174BB4" w:rsidP="00A77FA5">
            <w:r>
              <w:rPr>
                <w:sz w:val="14"/>
              </w:rPr>
              <w:t>0.22</w:t>
            </w:r>
          </w:p>
        </w:tc>
        <w:tc>
          <w:tcPr>
            <w:tcW w:w="927" w:type="dxa"/>
          </w:tcPr>
          <w:p w14:paraId="2B153ED2" w14:textId="77777777" w:rsidR="00174BB4" w:rsidRDefault="00174BB4" w:rsidP="00A77FA5">
            <w:r>
              <w:rPr>
                <w:sz w:val="14"/>
              </w:rPr>
              <w:t>CAM6</w:t>
            </w:r>
          </w:p>
        </w:tc>
        <w:tc>
          <w:tcPr>
            <w:tcW w:w="664" w:type="dxa"/>
          </w:tcPr>
          <w:p w14:paraId="6917D6C7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2977DFD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18C929C1" w14:textId="77777777" w:rsidR="00174BB4" w:rsidRDefault="00174BB4" w:rsidP="00A77FA5">
            <w:r>
              <w:rPr>
                <w:sz w:val="14"/>
              </w:rPr>
              <w:t>only 370/585</w:t>
            </w:r>
          </w:p>
        </w:tc>
        <w:tc>
          <w:tcPr>
            <w:tcW w:w="835" w:type="dxa"/>
          </w:tcPr>
          <w:p w14:paraId="78539897" w14:textId="77777777" w:rsidR="00174BB4" w:rsidRDefault="00174BB4" w:rsidP="00A77FA5"/>
        </w:tc>
        <w:tc>
          <w:tcPr>
            <w:tcW w:w="825" w:type="dxa"/>
          </w:tcPr>
          <w:p w14:paraId="3A11E3FF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103F439B" w14:textId="77777777" w:rsidTr="00A77FA5">
        <w:tc>
          <w:tcPr>
            <w:tcW w:w="825" w:type="dxa"/>
          </w:tcPr>
          <w:p w14:paraId="3C74508F" w14:textId="77777777" w:rsidR="00174BB4" w:rsidRDefault="00174BB4" w:rsidP="00A77FA5">
            <w:r>
              <w:rPr>
                <w:sz w:val="14"/>
              </w:rPr>
              <w:t>ICON-ESM-LR</w:t>
            </w:r>
          </w:p>
        </w:tc>
        <w:tc>
          <w:tcPr>
            <w:tcW w:w="524" w:type="dxa"/>
          </w:tcPr>
          <w:p w14:paraId="55435863" w14:textId="77777777" w:rsidR="00174BB4" w:rsidRDefault="00174BB4" w:rsidP="00A77FA5">
            <w:r>
              <w:rPr>
                <w:sz w:val="14"/>
              </w:rPr>
              <w:t>1.119</w:t>
            </w:r>
          </w:p>
        </w:tc>
        <w:tc>
          <w:tcPr>
            <w:tcW w:w="455" w:type="dxa"/>
          </w:tcPr>
          <w:p w14:paraId="13A2B106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636DEB99" w14:textId="77777777" w:rsidR="00174BB4" w:rsidRDefault="00174BB4" w:rsidP="00A77FA5">
            <w:r>
              <w:rPr>
                <w:sz w:val="14"/>
              </w:rPr>
              <w:t>1.22</w:t>
            </w:r>
          </w:p>
        </w:tc>
        <w:tc>
          <w:tcPr>
            <w:tcW w:w="455" w:type="dxa"/>
          </w:tcPr>
          <w:p w14:paraId="0AF4442C" w14:textId="77777777" w:rsidR="00174BB4" w:rsidRDefault="00174BB4" w:rsidP="00A77FA5">
            <w:r>
              <w:rPr>
                <w:sz w:val="14"/>
              </w:rPr>
              <w:t>1.11</w:t>
            </w:r>
          </w:p>
        </w:tc>
        <w:tc>
          <w:tcPr>
            <w:tcW w:w="524" w:type="dxa"/>
          </w:tcPr>
          <w:p w14:paraId="57E7FB90" w14:textId="77777777" w:rsidR="00174BB4" w:rsidRDefault="00174BB4" w:rsidP="00A77FA5">
            <w:r>
              <w:rPr>
                <w:sz w:val="14"/>
              </w:rPr>
              <w:t>—</w:t>
            </w:r>
          </w:p>
        </w:tc>
        <w:tc>
          <w:tcPr>
            <w:tcW w:w="927" w:type="dxa"/>
          </w:tcPr>
          <w:p w14:paraId="79AAAA43" w14:textId="77777777" w:rsidR="00174BB4" w:rsidRDefault="00174BB4" w:rsidP="00A77FA5">
            <w:r>
              <w:rPr>
                <w:sz w:val="14"/>
              </w:rPr>
              <w:t>ICON-A</w:t>
            </w:r>
          </w:p>
        </w:tc>
        <w:tc>
          <w:tcPr>
            <w:tcW w:w="664" w:type="dxa"/>
          </w:tcPr>
          <w:p w14:paraId="2352BC36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80B1E70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1D9B78B8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7072F000" w14:textId="77777777" w:rsidR="00174BB4" w:rsidRDefault="00174BB4" w:rsidP="00A77FA5"/>
        </w:tc>
        <w:tc>
          <w:tcPr>
            <w:tcW w:w="825" w:type="dxa"/>
          </w:tcPr>
          <w:p w14:paraId="046E22F2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0C641A12" w14:textId="77777777" w:rsidTr="00A77FA5">
        <w:tc>
          <w:tcPr>
            <w:tcW w:w="825" w:type="dxa"/>
          </w:tcPr>
          <w:p w14:paraId="661152CB" w14:textId="77777777" w:rsidR="00174BB4" w:rsidRDefault="00174BB4" w:rsidP="00A77FA5">
            <w:r>
              <w:rPr>
                <w:sz w:val="14"/>
              </w:rPr>
              <w:t>NESM3</w:t>
            </w:r>
          </w:p>
        </w:tc>
        <w:tc>
          <w:tcPr>
            <w:tcW w:w="524" w:type="dxa"/>
          </w:tcPr>
          <w:p w14:paraId="41A22C82" w14:textId="77777777" w:rsidR="00174BB4" w:rsidRDefault="00174BB4" w:rsidP="00A77FA5">
            <w:r>
              <w:rPr>
                <w:sz w:val="14"/>
              </w:rPr>
              <w:t>1.129</w:t>
            </w:r>
          </w:p>
        </w:tc>
        <w:tc>
          <w:tcPr>
            <w:tcW w:w="455" w:type="dxa"/>
          </w:tcPr>
          <w:p w14:paraId="05924D40" w14:textId="77777777" w:rsidR="00174BB4" w:rsidRDefault="00174BB4" w:rsidP="00A77FA5">
            <w:r>
              <w:rPr>
                <w:sz w:val="14"/>
              </w:rPr>
              <w:t>1.03</w:t>
            </w:r>
          </w:p>
        </w:tc>
        <w:tc>
          <w:tcPr>
            <w:tcW w:w="455" w:type="dxa"/>
          </w:tcPr>
          <w:p w14:paraId="58AA3171" w14:textId="77777777" w:rsidR="00174BB4" w:rsidRDefault="00174BB4" w:rsidP="00A77FA5">
            <w:r>
              <w:rPr>
                <w:sz w:val="14"/>
              </w:rPr>
              <w:t>1.26</w:t>
            </w:r>
          </w:p>
        </w:tc>
        <w:tc>
          <w:tcPr>
            <w:tcW w:w="455" w:type="dxa"/>
          </w:tcPr>
          <w:p w14:paraId="1437A7CD" w14:textId="77777777" w:rsidR="00174BB4" w:rsidRDefault="00174BB4" w:rsidP="00A77FA5">
            <w:r>
              <w:rPr>
                <w:sz w:val="14"/>
              </w:rPr>
              <w:t>1.1</w:t>
            </w:r>
          </w:p>
        </w:tc>
        <w:tc>
          <w:tcPr>
            <w:tcW w:w="524" w:type="dxa"/>
          </w:tcPr>
          <w:p w14:paraId="362D1E98" w14:textId="77777777" w:rsidR="00174BB4" w:rsidRDefault="00174BB4" w:rsidP="00A77FA5">
            <w:r>
              <w:rPr>
                <w:sz w:val="14"/>
              </w:rPr>
              <w:t>4.58</w:t>
            </w:r>
          </w:p>
        </w:tc>
        <w:tc>
          <w:tcPr>
            <w:tcW w:w="927" w:type="dxa"/>
          </w:tcPr>
          <w:p w14:paraId="7BFB6CC1" w14:textId="77777777" w:rsidR="00174BB4" w:rsidRDefault="00174BB4" w:rsidP="00A77FA5">
            <w:r>
              <w:rPr>
                <w:sz w:val="14"/>
              </w:rPr>
              <w:t>ECHAM6.3 (mod.)</w:t>
            </w:r>
          </w:p>
        </w:tc>
        <w:tc>
          <w:tcPr>
            <w:tcW w:w="664" w:type="dxa"/>
          </w:tcPr>
          <w:p w14:paraId="77882983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DAD7B1B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43587FAB" w14:textId="77777777" w:rsidR="00174BB4" w:rsidRDefault="00174BB4" w:rsidP="00A77FA5">
            <w:r>
              <w:rPr>
                <w:sz w:val="14"/>
              </w:rPr>
              <w:t>only 126/245/585</w:t>
            </w:r>
          </w:p>
        </w:tc>
        <w:tc>
          <w:tcPr>
            <w:tcW w:w="835" w:type="dxa"/>
          </w:tcPr>
          <w:p w14:paraId="35269A30" w14:textId="77777777" w:rsidR="00174BB4" w:rsidRDefault="00174BB4" w:rsidP="00A77FA5"/>
        </w:tc>
        <w:tc>
          <w:tcPr>
            <w:tcW w:w="825" w:type="dxa"/>
          </w:tcPr>
          <w:p w14:paraId="24F5FFD3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5B794229" w14:textId="77777777" w:rsidTr="00A77FA5">
        <w:tc>
          <w:tcPr>
            <w:tcW w:w="825" w:type="dxa"/>
          </w:tcPr>
          <w:p w14:paraId="7748E4E6" w14:textId="77777777" w:rsidR="00174BB4" w:rsidRDefault="00174BB4" w:rsidP="00A77FA5">
            <w:r>
              <w:rPr>
                <w:sz w:val="14"/>
              </w:rPr>
              <w:t>NorESM2-MM</w:t>
            </w:r>
          </w:p>
        </w:tc>
        <w:tc>
          <w:tcPr>
            <w:tcW w:w="524" w:type="dxa"/>
          </w:tcPr>
          <w:p w14:paraId="42824CE2" w14:textId="77777777" w:rsidR="00174BB4" w:rsidRDefault="00174BB4" w:rsidP="00A77FA5">
            <w:r>
              <w:rPr>
                <w:sz w:val="14"/>
              </w:rPr>
              <w:t>1.143</w:t>
            </w:r>
          </w:p>
        </w:tc>
        <w:tc>
          <w:tcPr>
            <w:tcW w:w="455" w:type="dxa"/>
          </w:tcPr>
          <w:p w14:paraId="1BCC415C" w14:textId="77777777" w:rsidR="00174BB4" w:rsidRDefault="00174BB4" w:rsidP="00A77FA5">
            <w:r>
              <w:rPr>
                <w:sz w:val="14"/>
              </w:rPr>
              <w:t>0.87</w:t>
            </w:r>
          </w:p>
        </w:tc>
        <w:tc>
          <w:tcPr>
            <w:tcW w:w="455" w:type="dxa"/>
          </w:tcPr>
          <w:p w14:paraId="05F4364D" w14:textId="77777777" w:rsidR="00174BB4" w:rsidRDefault="00174BB4" w:rsidP="00A77FA5">
            <w:r>
              <w:rPr>
                <w:sz w:val="14"/>
              </w:rPr>
              <w:t>0.93</w:t>
            </w:r>
          </w:p>
        </w:tc>
        <w:tc>
          <w:tcPr>
            <w:tcW w:w="455" w:type="dxa"/>
          </w:tcPr>
          <w:p w14:paraId="04D3CD37" w14:textId="77777777" w:rsidR="00174BB4" w:rsidRDefault="00174BB4" w:rsidP="00A77FA5">
            <w:r>
              <w:rPr>
                <w:sz w:val="14"/>
              </w:rPr>
              <w:t>1.63</w:t>
            </w:r>
          </w:p>
        </w:tc>
        <w:tc>
          <w:tcPr>
            <w:tcW w:w="524" w:type="dxa"/>
          </w:tcPr>
          <w:p w14:paraId="4C747505" w14:textId="77777777" w:rsidR="00174BB4" w:rsidRDefault="00174BB4" w:rsidP="00A77FA5">
            <w:r>
              <w:rPr>
                <w:sz w:val="14"/>
              </w:rPr>
              <w:t>2.06</w:t>
            </w:r>
          </w:p>
        </w:tc>
        <w:tc>
          <w:tcPr>
            <w:tcW w:w="927" w:type="dxa"/>
          </w:tcPr>
          <w:p w14:paraId="2ABA29F1" w14:textId="77777777" w:rsidR="00174BB4" w:rsidRDefault="00174BB4" w:rsidP="00A77FA5">
            <w:r>
              <w:rPr>
                <w:sz w:val="14"/>
              </w:rPr>
              <w:t>CAM6 (NorESM2)</w:t>
            </w:r>
          </w:p>
        </w:tc>
        <w:tc>
          <w:tcPr>
            <w:tcW w:w="664" w:type="dxa"/>
          </w:tcPr>
          <w:p w14:paraId="42E7D652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315E479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09EAEA40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14294922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EE75374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0DE6AD2C" w14:textId="77777777" w:rsidTr="00A77FA5">
        <w:tc>
          <w:tcPr>
            <w:tcW w:w="825" w:type="dxa"/>
          </w:tcPr>
          <w:p w14:paraId="55EC0180" w14:textId="77777777" w:rsidR="00174BB4" w:rsidRDefault="00174BB4" w:rsidP="00A77FA5">
            <w:r>
              <w:rPr>
                <w:sz w:val="14"/>
              </w:rPr>
              <w:t>NorCPM1</w:t>
            </w:r>
          </w:p>
        </w:tc>
        <w:tc>
          <w:tcPr>
            <w:tcW w:w="524" w:type="dxa"/>
          </w:tcPr>
          <w:p w14:paraId="5A0266D6" w14:textId="77777777" w:rsidR="00174BB4" w:rsidRDefault="00174BB4" w:rsidP="00A77FA5">
            <w:r>
              <w:rPr>
                <w:sz w:val="14"/>
              </w:rPr>
              <w:t>1.19</w:t>
            </w:r>
          </w:p>
        </w:tc>
        <w:tc>
          <w:tcPr>
            <w:tcW w:w="455" w:type="dxa"/>
          </w:tcPr>
          <w:p w14:paraId="293009B1" w14:textId="77777777" w:rsidR="00174BB4" w:rsidRDefault="00174BB4" w:rsidP="00A77FA5">
            <w:r>
              <w:rPr>
                <w:sz w:val="14"/>
              </w:rPr>
              <w:t>1.16</w:t>
            </w:r>
          </w:p>
        </w:tc>
        <w:tc>
          <w:tcPr>
            <w:tcW w:w="455" w:type="dxa"/>
          </w:tcPr>
          <w:p w14:paraId="32F09EFF" w14:textId="77777777" w:rsidR="00174BB4" w:rsidRDefault="00174BB4" w:rsidP="00A77FA5">
            <w:r>
              <w:rPr>
                <w:sz w:val="14"/>
              </w:rPr>
              <w:t>1.18</w:t>
            </w:r>
          </w:p>
        </w:tc>
        <w:tc>
          <w:tcPr>
            <w:tcW w:w="455" w:type="dxa"/>
          </w:tcPr>
          <w:p w14:paraId="5410725B" w14:textId="77777777" w:rsidR="00174BB4" w:rsidRDefault="00174BB4" w:rsidP="00A77FA5">
            <w:r>
              <w:rPr>
                <w:sz w:val="14"/>
              </w:rPr>
              <w:t>1.23</w:t>
            </w:r>
          </w:p>
        </w:tc>
        <w:tc>
          <w:tcPr>
            <w:tcW w:w="524" w:type="dxa"/>
          </w:tcPr>
          <w:p w14:paraId="15FFDF1C" w14:textId="77777777" w:rsidR="00174BB4" w:rsidRDefault="00174BB4" w:rsidP="00A77FA5">
            <w:r>
              <w:rPr>
                <w:sz w:val="14"/>
              </w:rPr>
              <w:t>6.86</w:t>
            </w:r>
          </w:p>
        </w:tc>
        <w:tc>
          <w:tcPr>
            <w:tcW w:w="927" w:type="dxa"/>
          </w:tcPr>
          <w:p w14:paraId="141EE4AE" w14:textId="77777777" w:rsidR="00174BB4" w:rsidRDefault="00174BB4" w:rsidP="00A77FA5">
            <w:r>
              <w:rPr>
                <w:sz w:val="14"/>
              </w:rPr>
              <w:t>CAM4-Oslo</w:t>
            </w:r>
          </w:p>
        </w:tc>
        <w:tc>
          <w:tcPr>
            <w:tcW w:w="664" w:type="dxa"/>
          </w:tcPr>
          <w:p w14:paraId="0037A0D6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7121D900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3A8EDC19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159E8021" w14:textId="77777777" w:rsidR="00174BB4" w:rsidRDefault="00174BB4" w:rsidP="00A77FA5"/>
        </w:tc>
        <w:tc>
          <w:tcPr>
            <w:tcW w:w="825" w:type="dxa"/>
          </w:tcPr>
          <w:p w14:paraId="7CA62BAE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03F197C7" w14:textId="77777777" w:rsidTr="00A77FA5">
        <w:tc>
          <w:tcPr>
            <w:tcW w:w="825" w:type="dxa"/>
          </w:tcPr>
          <w:p w14:paraId="658E274E" w14:textId="77777777" w:rsidR="00174BB4" w:rsidRDefault="00174BB4" w:rsidP="00A77FA5">
            <w:r>
              <w:rPr>
                <w:sz w:val="14"/>
              </w:rPr>
              <w:t>NorESM2-LM</w:t>
            </w:r>
          </w:p>
        </w:tc>
        <w:tc>
          <w:tcPr>
            <w:tcW w:w="524" w:type="dxa"/>
          </w:tcPr>
          <w:p w14:paraId="1986CFA1" w14:textId="77777777" w:rsidR="00174BB4" w:rsidRDefault="00174BB4" w:rsidP="00A77FA5">
            <w:r>
              <w:rPr>
                <w:sz w:val="14"/>
              </w:rPr>
              <w:t>1.249</w:t>
            </w:r>
          </w:p>
        </w:tc>
        <w:tc>
          <w:tcPr>
            <w:tcW w:w="455" w:type="dxa"/>
          </w:tcPr>
          <w:p w14:paraId="63D8035E" w14:textId="77777777" w:rsidR="00174BB4" w:rsidRDefault="00174BB4" w:rsidP="00A77FA5">
            <w:r>
              <w:rPr>
                <w:sz w:val="14"/>
              </w:rPr>
              <w:t>0.98</w:t>
            </w:r>
          </w:p>
        </w:tc>
        <w:tc>
          <w:tcPr>
            <w:tcW w:w="455" w:type="dxa"/>
          </w:tcPr>
          <w:p w14:paraId="7106099B" w14:textId="77777777" w:rsidR="00174BB4" w:rsidRDefault="00174BB4" w:rsidP="00A77FA5">
            <w:r>
              <w:rPr>
                <w:sz w:val="14"/>
              </w:rPr>
              <w:t>1.04</w:t>
            </w:r>
          </w:p>
        </w:tc>
        <w:tc>
          <w:tcPr>
            <w:tcW w:w="455" w:type="dxa"/>
          </w:tcPr>
          <w:p w14:paraId="0FAB850F" w14:textId="77777777" w:rsidR="00174BB4" w:rsidRDefault="00174BB4" w:rsidP="00A77FA5">
            <w:r>
              <w:rPr>
                <w:sz w:val="14"/>
              </w:rPr>
              <w:t>1.73</w:t>
            </w:r>
          </w:p>
        </w:tc>
        <w:tc>
          <w:tcPr>
            <w:tcW w:w="524" w:type="dxa"/>
          </w:tcPr>
          <w:p w14:paraId="421C4CC4" w14:textId="77777777" w:rsidR="00174BB4" w:rsidRDefault="00174BB4" w:rsidP="00A77FA5">
            <w:r>
              <w:rPr>
                <w:sz w:val="14"/>
              </w:rPr>
              <w:t>3.15</w:t>
            </w:r>
          </w:p>
        </w:tc>
        <w:tc>
          <w:tcPr>
            <w:tcW w:w="927" w:type="dxa"/>
          </w:tcPr>
          <w:p w14:paraId="52B9DD82" w14:textId="77777777" w:rsidR="00174BB4" w:rsidRDefault="00174BB4" w:rsidP="00A77FA5">
            <w:r>
              <w:rPr>
                <w:sz w:val="14"/>
              </w:rPr>
              <w:t>CAM6 (NorESM2)</w:t>
            </w:r>
          </w:p>
        </w:tc>
        <w:tc>
          <w:tcPr>
            <w:tcW w:w="664" w:type="dxa"/>
          </w:tcPr>
          <w:p w14:paraId="3F73AA0E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34FAF28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32FF63BB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0AA1BA61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7977CC9D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04C0A602" w14:textId="77777777" w:rsidTr="00A77FA5">
        <w:tc>
          <w:tcPr>
            <w:tcW w:w="825" w:type="dxa"/>
          </w:tcPr>
          <w:p w14:paraId="665860C4" w14:textId="77777777" w:rsidR="00174BB4" w:rsidRDefault="00174BB4" w:rsidP="00A77FA5">
            <w:r>
              <w:rPr>
                <w:sz w:val="14"/>
              </w:rPr>
              <w:t>IITM-ESM</w:t>
            </w:r>
          </w:p>
        </w:tc>
        <w:tc>
          <w:tcPr>
            <w:tcW w:w="524" w:type="dxa"/>
          </w:tcPr>
          <w:p w14:paraId="6785373C" w14:textId="77777777" w:rsidR="00174BB4" w:rsidRDefault="00174BB4" w:rsidP="00A77FA5">
            <w:r>
              <w:rPr>
                <w:sz w:val="14"/>
              </w:rPr>
              <w:t>1.288</w:t>
            </w:r>
          </w:p>
        </w:tc>
        <w:tc>
          <w:tcPr>
            <w:tcW w:w="455" w:type="dxa"/>
          </w:tcPr>
          <w:p w14:paraId="7CA4F88C" w14:textId="77777777" w:rsidR="00174BB4" w:rsidRDefault="00174BB4" w:rsidP="00A77FA5">
            <w:r>
              <w:rPr>
                <w:sz w:val="14"/>
              </w:rPr>
              <w:t>1.74</w:t>
            </w:r>
          </w:p>
        </w:tc>
        <w:tc>
          <w:tcPr>
            <w:tcW w:w="455" w:type="dxa"/>
          </w:tcPr>
          <w:p w14:paraId="5FE00772" w14:textId="77777777" w:rsidR="00174BB4" w:rsidRDefault="00174BB4" w:rsidP="00A77FA5">
            <w:r>
              <w:rPr>
                <w:sz w:val="14"/>
              </w:rPr>
              <w:t>1.19</w:t>
            </w:r>
          </w:p>
        </w:tc>
        <w:tc>
          <w:tcPr>
            <w:tcW w:w="455" w:type="dxa"/>
          </w:tcPr>
          <w:p w14:paraId="308A9288" w14:textId="77777777" w:rsidR="00174BB4" w:rsidRDefault="00174BB4" w:rsidP="00A77FA5">
            <w:r>
              <w:rPr>
                <w:sz w:val="14"/>
              </w:rPr>
              <w:t>0.94</w:t>
            </w:r>
          </w:p>
        </w:tc>
        <w:tc>
          <w:tcPr>
            <w:tcW w:w="524" w:type="dxa"/>
          </w:tcPr>
          <w:p w14:paraId="4F243762" w14:textId="77777777" w:rsidR="00174BB4" w:rsidRDefault="00174BB4" w:rsidP="00A77FA5">
            <w:r>
              <w:rPr>
                <w:sz w:val="14"/>
              </w:rPr>
              <w:t>5.03</w:t>
            </w:r>
          </w:p>
        </w:tc>
        <w:tc>
          <w:tcPr>
            <w:tcW w:w="927" w:type="dxa"/>
          </w:tcPr>
          <w:p w14:paraId="3B6D8B7C" w14:textId="77777777" w:rsidR="00174BB4" w:rsidRDefault="00174BB4" w:rsidP="00A77FA5">
            <w:r>
              <w:rPr>
                <w:sz w:val="14"/>
              </w:rPr>
              <w:t>GFS (IITM)</w:t>
            </w:r>
          </w:p>
        </w:tc>
        <w:tc>
          <w:tcPr>
            <w:tcW w:w="664" w:type="dxa"/>
          </w:tcPr>
          <w:p w14:paraId="748CE890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CC2D851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39F18CF1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02B8DA83" w14:textId="77777777" w:rsidR="00174BB4" w:rsidRDefault="00174BB4" w:rsidP="00A77FA5">
            <w:r>
              <w:rPr>
                <w:sz w:val="14"/>
              </w:rPr>
              <w:t>r1i1p1f1</w:t>
            </w:r>
          </w:p>
        </w:tc>
        <w:tc>
          <w:tcPr>
            <w:tcW w:w="825" w:type="dxa"/>
          </w:tcPr>
          <w:p w14:paraId="08A388B8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4D01ED64" w14:textId="77777777" w:rsidTr="00A77FA5">
        <w:tc>
          <w:tcPr>
            <w:tcW w:w="825" w:type="dxa"/>
          </w:tcPr>
          <w:p w14:paraId="6DAD56CF" w14:textId="77777777" w:rsidR="00174BB4" w:rsidRDefault="00174BB4" w:rsidP="00A77FA5">
            <w:r>
              <w:rPr>
                <w:sz w:val="14"/>
              </w:rPr>
              <w:t>KIOST-ESM</w:t>
            </w:r>
          </w:p>
        </w:tc>
        <w:tc>
          <w:tcPr>
            <w:tcW w:w="524" w:type="dxa"/>
          </w:tcPr>
          <w:p w14:paraId="2DE827B5" w14:textId="77777777" w:rsidR="00174BB4" w:rsidRDefault="00174BB4" w:rsidP="00A77FA5">
            <w:r>
              <w:rPr>
                <w:sz w:val="14"/>
              </w:rPr>
              <w:t>1.292</w:t>
            </w:r>
          </w:p>
        </w:tc>
        <w:tc>
          <w:tcPr>
            <w:tcW w:w="455" w:type="dxa"/>
          </w:tcPr>
          <w:p w14:paraId="3E481BE7" w14:textId="77777777" w:rsidR="00174BB4" w:rsidRDefault="00174BB4" w:rsidP="00A77FA5">
            <w:r>
              <w:rPr>
                <w:sz w:val="14"/>
              </w:rPr>
              <w:t>1.34</w:t>
            </w:r>
          </w:p>
        </w:tc>
        <w:tc>
          <w:tcPr>
            <w:tcW w:w="455" w:type="dxa"/>
          </w:tcPr>
          <w:p w14:paraId="6F633BE4" w14:textId="77777777" w:rsidR="00174BB4" w:rsidRDefault="00174BB4" w:rsidP="00A77FA5">
            <w:r>
              <w:rPr>
                <w:sz w:val="14"/>
              </w:rPr>
              <w:t>1.21</w:t>
            </w:r>
          </w:p>
        </w:tc>
        <w:tc>
          <w:tcPr>
            <w:tcW w:w="455" w:type="dxa"/>
          </w:tcPr>
          <w:p w14:paraId="4CFD84E6" w14:textId="77777777" w:rsidR="00174BB4" w:rsidRDefault="00174BB4" w:rsidP="00A77FA5">
            <w:r>
              <w:rPr>
                <w:sz w:val="14"/>
              </w:rPr>
              <w:t>1.32</w:t>
            </w:r>
          </w:p>
        </w:tc>
        <w:tc>
          <w:tcPr>
            <w:tcW w:w="524" w:type="dxa"/>
          </w:tcPr>
          <w:p w14:paraId="34E05B20" w14:textId="77777777" w:rsidR="00174BB4" w:rsidRDefault="00174BB4" w:rsidP="00A77FA5">
            <w:r>
              <w:rPr>
                <w:sz w:val="14"/>
              </w:rPr>
              <w:t>9.53</w:t>
            </w:r>
          </w:p>
        </w:tc>
        <w:tc>
          <w:tcPr>
            <w:tcW w:w="927" w:type="dxa"/>
          </w:tcPr>
          <w:p w14:paraId="1E149FDC" w14:textId="77777777" w:rsidR="00174BB4" w:rsidRDefault="00174BB4" w:rsidP="00A77FA5">
            <w:r>
              <w:rPr>
                <w:sz w:val="14"/>
              </w:rPr>
              <w:t>GFDL AM2 (mod.)</w:t>
            </w:r>
          </w:p>
        </w:tc>
        <w:tc>
          <w:tcPr>
            <w:tcW w:w="664" w:type="dxa"/>
          </w:tcPr>
          <w:p w14:paraId="18458E78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3F775960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60AC9229" w14:textId="77777777" w:rsidR="00174BB4" w:rsidRDefault="00174BB4" w:rsidP="00A77FA5">
            <w:r>
              <w:rPr>
                <w:sz w:val="14"/>
              </w:rPr>
              <w:t>only 126/245/585</w:t>
            </w:r>
          </w:p>
        </w:tc>
        <w:tc>
          <w:tcPr>
            <w:tcW w:w="835" w:type="dxa"/>
          </w:tcPr>
          <w:p w14:paraId="57702A60" w14:textId="77777777" w:rsidR="00174BB4" w:rsidRDefault="00174BB4" w:rsidP="00A77FA5"/>
        </w:tc>
        <w:tc>
          <w:tcPr>
            <w:tcW w:w="825" w:type="dxa"/>
          </w:tcPr>
          <w:p w14:paraId="05168BE8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  <w:tr w:rsidR="00174BB4" w14:paraId="6C68FF50" w14:textId="77777777" w:rsidTr="00A77FA5">
        <w:tc>
          <w:tcPr>
            <w:tcW w:w="825" w:type="dxa"/>
          </w:tcPr>
          <w:p w14:paraId="5DFCF250" w14:textId="77777777" w:rsidR="00174BB4" w:rsidRDefault="00174BB4" w:rsidP="00A77FA5">
            <w:r>
              <w:rPr>
                <w:sz w:val="14"/>
              </w:rPr>
              <w:t>CAS-ESM2-0</w:t>
            </w:r>
          </w:p>
        </w:tc>
        <w:tc>
          <w:tcPr>
            <w:tcW w:w="524" w:type="dxa"/>
          </w:tcPr>
          <w:p w14:paraId="4BE8D0DC" w14:textId="77777777" w:rsidR="00174BB4" w:rsidRDefault="00174BB4" w:rsidP="00A77FA5">
            <w:r>
              <w:rPr>
                <w:sz w:val="14"/>
              </w:rPr>
              <w:t>1.317</w:t>
            </w:r>
          </w:p>
        </w:tc>
        <w:tc>
          <w:tcPr>
            <w:tcW w:w="455" w:type="dxa"/>
          </w:tcPr>
          <w:p w14:paraId="3DA1740B" w14:textId="77777777" w:rsidR="00174BB4" w:rsidRDefault="00174BB4" w:rsidP="00A77FA5">
            <w:r>
              <w:rPr>
                <w:sz w:val="14"/>
              </w:rPr>
              <w:t>1.5</w:t>
            </w:r>
          </w:p>
        </w:tc>
        <w:tc>
          <w:tcPr>
            <w:tcW w:w="455" w:type="dxa"/>
          </w:tcPr>
          <w:p w14:paraId="75EDA7F4" w14:textId="77777777" w:rsidR="00174BB4" w:rsidRDefault="00174BB4" w:rsidP="00A77FA5">
            <w:r>
              <w:rPr>
                <w:sz w:val="14"/>
              </w:rPr>
              <w:t>1.14</w:t>
            </w:r>
          </w:p>
        </w:tc>
        <w:tc>
          <w:tcPr>
            <w:tcW w:w="455" w:type="dxa"/>
          </w:tcPr>
          <w:p w14:paraId="3951334D" w14:textId="77777777" w:rsidR="00174BB4" w:rsidRDefault="00174BB4" w:rsidP="00A77FA5">
            <w:r>
              <w:rPr>
                <w:sz w:val="14"/>
              </w:rPr>
              <w:t>1.31</w:t>
            </w:r>
          </w:p>
        </w:tc>
        <w:tc>
          <w:tcPr>
            <w:tcW w:w="524" w:type="dxa"/>
          </w:tcPr>
          <w:p w14:paraId="7B29EDF5" w14:textId="77777777" w:rsidR="00174BB4" w:rsidRDefault="00174BB4" w:rsidP="00A77FA5">
            <w:r>
              <w:rPr>
                <w:sz w:val="14"/>
              </w:rPr>
              <w:t>6.86</w:t>
            </w:r>
          </w:p>
        </w:tc>
        <w:tc>
          <w:tcPr>
            <w:tcW w:w="927" w:type="dxa"/>
          </w:tcPr>
          <w:p w14:paraId="129AB9CE" w14:textId="77777777" w:rsidR="00174BB4" w:rsidRDefault="00174BB4" w:rsidP="00A77FA5">
            <w:r>
              <w:rPr>
                <w:sz w:val="14"/>
              </w:rPr>
              <w:t>IAP AGCM5</w:t>
            </w:r>
          </w:p>
        </w:tc>
        <w:tc>
          <w:tcPr>
            <w:tcW w:w="664" w:type="dxa"/>
          </w:tcPr>
          <w:p w14:paraId="54D6D998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51667A2E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636A0802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75C211A2" w14:textId="77777777" w:rsidR="00174BB4" w:rsidRDefault="00174BB4" w:rsidP="00A77FA5">
            <w:r>
              <w:rPr>
                <w:sz w:val="14"/>
              </w:rPr>
              <w:t>r1i1p1f1, r3i1p1f1</w:t>
            </w:r>
          </w:p>
        </w:tc>
        <w:tc>
          <w:tcPr>
            <w:tcW w:w="825" w:type="dxa"/>
          </w:tcPr>
          <w:p w14:paraId="312B7D0C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7ECF3C17" w14:textId="77777777" w:rsidTr="00A77FA5">
        <w:tc>
          <w:tcPr>
            <w:tcW w:w="825" w:type="dxa"/>
          </w:tcPr>
          <w:p w14:paraId="1317849F" w14:textId="77777777" w:rsidR="00174BB4" w:rsidRDefault="00174BB4" w:rsidP="00A77FA5">
            <w:r>
              <w:rPr>
                <w:sz w:val="14"/>
              </w:rPr>
              <w:lastRenderedPageBreak/>
              <w:t>MIROC6</w:t>
            </w:r>
          </w:p>
        </w:tc>
        <w:tc>
          <w:tcPr>
            <w:tcW w:w="524" w:type="dxa"/>
          </w:tcPr>
          <w:p w14:paraId="08477240" w14:textId="77777777" w:rsidR="00174BB4" w:rsidRDefault="00174BB4" w:rsidP="00A77FA5">
            <w:r>
              <w:rPr>
                <w:sz w:val="14"/>
              </w:rPr>
              <w:t>1.347</w:t>
            </w:r>
          </w:p>
        </w:tc>
        <w:tc>
          <w:tcPr>
            <w:tcW w:w="455" w:type="dxa"/>
          </w:tcPr>
          <w:p w14:paraId="37F6B45A" w14:textId="77777777" w:rsidR="00174BB4" w:rsidRDefault="00174BB4" w:rsidP="00A77FA5">
            <w:r>
              <w:rPr>
                <w:sz w:val="14"/>
              </w:rPr>
              <w:t>1.45</w:t>
            </w:r>
          </w:p>
        </w:tc>
        <w:tc>
          <w:tcPr>
            <w:tcW w:w="455" w:type="dxa"/>
          </w:tcPr>
          <w:p w14:paraId="0E71B5E4" w14:textId="77777777" w:rsidR="00174BB4" w:rsidRDefault="00174BB4" w:rsidP="00A77FA5">
            <w:r>
              <w:rPr>
                <w:sz w:val="14"/>
              </w:rPr>
              <w:t>1.0</w:t>
            </w:r>
          </w:p>
        </w:tc>
        <w:tc>
          <w:tcPr>
            <w:tcW w:w="455" w:type="dxa"/>
          </w:tcPr>
          <w:p w14:paraId="3B5BB376" w14:textId="77777777" w:rsidR="00174BB4" w:rsidRDefault="00174BB4" w:rsidP="00A77FA5">
            <w:r>
              <w:rPr>
                <w:sz w:val="14"/>
              </w:rPr>
              <w:t>1.59</w:t>
            </w:r>
          </w:p>
        </w:tc>
        <w:tc>
          <w:tcPr>
            <w:tcW w:w="524" w:type="dxa"/>
          </w:tcPr>
          <w:p w14:paraId="48008238" w14:textId="77777777" w:rsidR="00174BB4" w:rsidRDefault="00174BB4" w:rsidP="00A77FA5">
            <w:r>
              <w:rPr>
                <w:sz w:val="14"/>
              </w:rPr>
              <w:t>10.54</w:t>
            </w:r>
          </w:p>
        </w:tc>
        <w:tc>
          <w:tcPr>
            <w:tcW w:w="927" w:type="dxa"/>
          </w:tcPr>
          <w:p w14:paraId="56907BB4" w14:textId="77777777" w:rsidR="00174BB4" w:rsidRDefault="00174BB4" w:rsidP="00A77FA5">
            <w:r>
              <w:rPr>
                <w:sz w:val="14"/>
              </w:rPr>
              <w:t>MIROC-AGCM</w:t>
            </w:r>
          </w:p>
        </w:tc>
        <w:tc>
          <w:tcPr>
            <w:tcW w:w="664" w:type="dxa"/>
          </w:tcPr>
          <w:p w14:paraId="7FE68EAA" w14:textId="77777777" w:rsidR="00174BB4" w:rsidRDefault="00174BB4" w:rsidP="00A77FA5">
            <w:r>
              <w:rPr>
                <w:sz w:val="14"/>
              </w:rPr>
              <w:t>178</w:t>
            </w:r>
          </w:p>
        </w:tc>
        <w:tc>
          <w:tcPr>
            <w:tcW w:w="1014" w:type="dxa"/>
          </w:tcPr>
          <w:p w14:paraId="4AFC0DA3" w14:textId="77777777" w:rsidR="00174BB4" w:rsidRDefault="00174BB4" w:rsidP="00A77FA5">
            <w:r>
              <w:rPr>
                <w:sz w:val="14"/>
              </w:rPr>
              <w:t>all 4</w:t>
            </w:r>
          </w:p>
        </w:tc>
        <w:tc>
          <w:tcPr>
            <w:tcW w:w="1353" w:type="dxa"/>
          </w:tcPr>
          <w:p w14:paraId="42A4060C" w14:textId="77777777" w:rsidR="00174BB4" w:rsidRDefault="00174BB4" w:rsidP="00A77FA5">
            <w:r>
              <w:rPr>
                <w:sz w:val="14"/>
              </w:rPr>
              <w:t>all 4 SSPs</w:t>
            </w:r>
          </w:p>
        </w:tc>
        <w:tc>
          <w:tcPr>
            <w:tcW w:w="835" w:type="dxa"/>
          </w:tcPr>
          <w:p w14:paraId="2988E06A" w14:textId="77777777" w:rsidR="00174BB4" w:rsidRDefault="00174BB4" w:rsidP="00A77FA5">
            <w:r>
              <w:rPr>
                <w:sz w:val="14"/>
              </w:rPr>
              <w:t>r10i1p1f1, r11i1p1f1, r12i1p1f1, r13i1p1f1, r1…</w:t>
            </w:r>
          </w:p>
        </w:tc>
        <w:tc>
          <w:tcPr>
            <w:tcW w:w="825" w:type="dxa"/>
          </w:tcPr>
          <w:p w14:paraId="03160520" w14:textId="77777777" w:rsidR="00174BB4" w:rsidRDefault="00174BB4" w:rsidP="00A77FA5">
            <w:r>
              <w:rPr>
                <w:sz w:val="14"/>
              </w:rPr>
              <w:t>eligible, D_i ≥ 1</w:t>
            </w:r>
          </w:p>
        </w:tc>
      </w:tr>
      <w:tr w:rsidR="00174BB4" w14:paraId="7BB98AA9" w14:textId="77777777" w:rsidTr="00A77FA5">
        <w:tc>
          <w:tcPr>
            <w:tcW w:w="825" w:type="dxa"/>
          </w:tcPr>
          <w:p w14:paraId="6F4149A6" w14:textId="77777777" w:rsidR="00174BB4" w:rsidRDefault="00174BB4" w:rsidP="00A77FA5">
            <w:r>
              <w:rPr>
                <w:sz w:val="14"/>
              </w:rPr>
              <w:t>GISS-E2-2-H</w:t>
            </w:r>
          </w:p>
        </w:tc>
        <w:tc>
          <w:tcPr>
            <w:tcW w:w="524" w:type="dxa"/>
          </w:tcPr>
          <w:p w14:paraId="36B3497C" w14:textId="77777777" w:rsidR="00174BB4" w:rsidRDefault="00174BB4" w:rsidP="00A77FA5">
            <w:r>
              <w:rPr>
                <w:sz w:val="14"/>
              </w:rPr>
              <w:t>1.472</w:t>
            </w:r>
          </w:p>
        </w:tc>
        <w:tc>
          <w:tcPr>
            <w:tcW w:w="455" w:type="dxa"/>
          </w:tcPr>
          <w:p w14:paraId="1716EE58" w14:textId="77777777" w:rsidR="00174BB4" w:rsidRDefault="00174BB4" w:rsidP="00A77FA5">
            <w:r>
              <w:rPr>
                <w:sz w:val="14"/>
              </w:rPr>
              <w:t>1.26</w:t>
            </w:r>
          </w:p>
        </w:tc>
        <w:tc>
          <w:tcPr>
            <w:tcW w:w="455" w:type="dxa"/>
          </w:tcPr>
          <w:p w14:paraId="65C266B4" w14:textId="77777777" w:rsidR="00174BB4" w:rsidRDefault="00174BB4" w:rsidP="00A77FA5">
            <w:r>
              <w:rPr>
                <w:sz w:val="14"/>
              </w:rPr>
              <w:t>1.02</w:t>
            </w:r>
          </w:p>
        </w:tc>
        <w:tc>
          <w:tcPr>
            <w:tcW w:w="455" w:type="dxa"/>
          </w:tcPr>
          <w:p w14:paraId="6DEB0531" w14:textId="77777777" w:rsidR="00174BB4" w:rsidRDefault="00174BB4" w:rsidP="00A77FA5">
            <w:r>
              <w:rPr>
                <w:sz w:val="14"/>
              </w:rPr>
              <w:t>2.15</w:t>
            </w:r>
          </w:p>
        </w:tc>
        <w:tc>
          <w:tcPr>
            <w:tcW w:w="524" w:type="dxa"/>
          </w:tcPr>
          <w:p w14:paraId="6C332807" w14:textId="77777777" w:rsidR="00174BB4" w:rsidRDefault="00174BB4" w:rsidP="00A77FA5">
            <w:r>
              <w:rPr>
                <w:sz w:val="14"/>
              </w:rPr>
              <w:t>—</w:t>
            </w:r>
          </w:p>
        </w:tc>
        <w:tc>
          <w:tcPr>
            <w:tcW w:w="927" w:type="dxa"/>
          </w:tcPr>
          <w:p w14:paraId="01937EDF" w14:textId="77777777" w:rsidR="00174BB4" w:rsidRDefault="00174BB4" w:rsidP="00A77FA5">
            <w:r>
              <w:rPr>
                <w:sz w:val="14"/>
              </w:rPr>
              <w:t>GISS ModelE2.2</w:t>
            </w:r>
          </w:p>
        </w:tc>
        <w:tc>
          <w:tcPr>
            <w:tcW w:w="664" w:type="dxa"/>
          </w:tcPr>
          <w:p w14:paraId="1276DAE6" w14:textId="77777777" w:rsidR="00174BB4" w:rsidRDefault="00174BB4" w:rsidP="00A77FA5">
            <w:r>
              <w:rPr>
                <w:sz w:val="14"/>
              </w:rPr>
              <w:t>136</w:t>
            </w:r>
          </w:p>
        </w:tc>
        <w:tc>
          <w:tcPr>
            <w:tcW w:w="1014" w:type="dxa"/>
          </w:tcPr>
          <w:p w14:paraId="74B871A2" w14:textId="77777777" w:rsidR="00174BB4" w:rsidRDefault="00174BB4" w:rsidP="00A77FA5">
            <w:r>
              <w:rPr>
                <w:sz w:val="14"/>
              </w:rPr>
              <w:t>no</w:t>
            </w:r>
          </w:p>
        </w:tc>
        <w:tc>
          <w:tcPr>
            <w:tcW w:w="1353" w:type="dxa"/>
          </w:tcPr>
          <w:p w14:paraId="62EC5583" w14:textId="77777777" w:rsidR="00174BB4" w:rsidRDefault="00174BB4" w:rsidP="00A77FA5">
            <w:r>
              <w:rPr>
                <w:sz w:val="14"/>
              </w:rPr>
              <w:t>no ScenarioMIP</w:t>
            </w:r>
          </w:p>
        </w:tc>
        <w:tc>
          <w:tcPr>
            <w:tcW w:w="835" w:type="dxa"/>
          </w:tcPr>
          <w:p w14:paraId="1F997C5A" w14:textId="77777777" w:rsidR="00174BB4" w:rsidRDefault="00174BB4" w:rsidP="00A77FA5"/>
        </w:tc>
        <w:tc>
          <w:tcPr>
            <w:tcW w:w="825" w:type="dxa"/>
          </w:tcPr>
          <w:p w14:paraId="5E44428A" w14:textId="77777777" w:rsidR="00174BB4" w:rsidRDefault="00174BB4" w:rsidP="00A77FA5">
            <w:r>
              <w:rPr>
                <w:sz w:val="14"/>
              </w:rPr>
              <w:t>ineligible</w:t>
            </w:r>
          </w:p>
        </w:tc>
      </w:tr>
    </w:tbl>
    <w:p w14:paraId="18097021" w14:textId="77777777" w:rsidR="00174BB4" w:rsidRDefault="00174BB4" w:rsidP="00174BB4"/>
    <w:p w14:paraId="3D1F69D8" w14:textId="77777777" w:rsidR="00174BB4" w:rsidRDefault="00174BB4" w:rsidP="00174BB4">
      <w:r>
        <w:rPr>
          <w:sz w:val="17"/>
        </w:rPr>
        <w:t xml:space="preserve">Note. The one-seat-per-family rule was applied among eligible models with </w:t>
      </w:r>
      <m:oMath>
        <m:sSub>
          <m:sSubPr>
            <m:ctrlPr>
              <w:rPr>
                <w:rFonts w:ascii="Cambria Math" w:hAnsi="Cambria Math"/>
                <w:i/>
                <w:sz w:val="17"/>
              </w:rPr>
            </m:ctrlPr>
          </m:sSubPr>
          <m:e>
            <m:r>
              <w:rPr>
                <w:rFonts w:ascii="Cambria Math" w:hAnsi="Cambria Math"/>
                <w:sz w:val="17"/>
              </w:rPr>
              <m:t>D</m:t>
            </m:r>
          </m:e>
          <m:sub>
            <m:r>
              <w:rPr>
                <w:rFonts w:ascii="Cambria Math" w:hAnsi="Cambria Math"/>
                <w:sz w:val="17"/>
              </w:rPr>
              <m:t>i</m:t>
            </m:r>
          </m:sub>
        </m:sSub>
      </m:oMath>
      <w:r>
        <w:rPr>
          <w:sz w:val="17"/>
        </w:rPr>
        <w:t xml:space="preserve"> &lt; 1 (families: CAM5, CAM6 incl. NorESM2, ECHAM6.3, MetUM incl. HadGAM2, IFS/EC-Earth3, GISS, GFDL, INM, BCC, E3SM). Relaxing the single-variant (r1i1p1f1) requirement admits only CESM2 (full scenario sets under r4i1p1f1 and others), which would still lose the CAM6 family seat to CESM2-WACCM; GISS-E2-1-G/H have full sets only under different physics/forcing configurations (p3, f2) and do not pass </w:t>
      </w:r>
      <m:oMath>
        <m:sSub>
          <m:sSubPr>
            <m:ctrlPr>
              <w:rPr>
                <w:rFonts w:ascii="Cambria Math" w:hAnsi="Cambria Math"/>
                <w:i/>
                <w:sz w:val="17"/>
              </w:rPr>
            </m:ctrlPr>
          </m:sSubPr>
          <m:e>
            <m:r>
              <w:rPr>
                <w:rFonts w:ascii="Cambria Math" w:hAnsi="Cambria Math"/>
                <w:sz w:val="17"/>
              </w:rPr>
              <m:t>D</m:t>
            </m:r>
          </m:e>
          <m:sub>
            <m:r>
              <w:rPr>
                <w:rFonts w:ascii="Cambria Math" w:hAnsi="Cambria Math"/>
                <w:sz w:val="17"/>
              </w:rPr>
              <m:t>i</m:t>
            </m:r>
          </m:sub>
        </m:sSub>
      </m:oMath>
      <w:r>
        <w:rPr>
          <w:sz w:val="17"/>
        </w:rPr>
        <w:t xml:space="preserve"> &lt; 1; no other ineligible model has a complete scenario set under any variant.</w:t>
      </w:r>
    </w:p>
    <w:p w14:paraId="792C64B9" w14:textId="77777777" w:rsidR="00174BB4" w:rsidRDefault="00174BB4" w:rsidP="00174BB4">
      <w:r>
        <w:rPr>
          <w:i/>
        </w:rPr>
        <w:t xml:space="preserve">Table S2. The 16 closest model pairs by the inter-model distance (same metric as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i/>
        </w:rPr>
        <w:t>, model vs model). All pairs are genealogical relatives, supporting the family grouping; MRI-ESM2-0 is treated as a separate family.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174BB4" w14:paraId="1D7E8B16" w14:textId="77777777" w:rsidTr="00A77FA5">
        <w:tc>
          <w:tcPr>
            <w:tcW w:w="2160" w:type="dxa"/>
          </w:tcPr>
          <w:p w14:paraId="37210492" w14:textId="77777777" w:rsidR="00174BB4" w:rsidRDefault="00174BB4" w:rsidP="00A77FA5">
            <w:r>
              <w:rPr>
                <w:b/>
                <w:sz w:val="18"/>
              </w:rPr>
              <w:t>Distance</w:t>
            </w:r>
          </w:p>
        </w:tc>
        <w:tc>
          <w:tcPr>
            <w:tcW w:w="2160" w:type="dxa"/>
          </w:tcPr>
          <w:p w14:paraId="08B91628" w14:textId="77777777" w:rsidR="00174BB4" w:rsidRDefault="00174BB4" w:rsidP="00A77FA5">
            <w:r>
              <w:rPr>
                <w:b/>
                <w:sz w:val="18"/>
              </w:rPr>
              <w:t>Model_A</w:t>
            </w:r>
          </w:p>
        </w:tc>
        <w:tc>
          <w:tcPr>
            <w:tcW w:w="2160" w:type="dxa"/>
          </w:tcPr>
          <w:p w14:paraId="3F93AA17" w14:textId="77777777" w:rsidR="00174BB4" w:rsidRDefault="00174BB4" w:rsidP="00A77FA5">
            <w:r>
              <w:rPr>
                <w:b/>
                <w:sz w:val="18"/>
              </w:rPr>
              <w:t>Model_B</w:t>
            </w:r>
          </w:p>
        </w:tc>
        <w:tc>
          <w:tcPr>
            <w:tcW w:w="2160" w:type="dxa"/>
          </w:tcPr>
          <w:p w14:paraId="1EF0F89E" w14:textId="77777777" w:rsidR="00174BB4" w:rsidRDefault="00174BB4" w:rsidP="00A77FA5">
            <w:r>
              <w:rPr>
                <w:b/>
                <w:sz w:val="18"/>
              </w:rPr>
              <w:t>Same_family</w:t>
            </w:r>
          </w:p>
        </w:tc>
      </w:tr>
      <w:tr w:rsidR="00174BB4" w14:paraId="4D87DECB" w14:textId="77777777" w:rsidTr="00A77FA5">
        <w:tc>
          <w:tcPr>
            <w:tcW w:w="2160" w:type="dxa"/>
          </w:tcPr>
          <w:p w14:paraId="1AAA7BA0" w14:textId="77777777" w:rsidR="00174BB4" w:rsidRDefault="00174BB4" w:rsidP="00A77FA5">
            <w:r>
              <w:rPr>
                <w:sz w:val="18"/>
              </w:rPr>
              <w:t>0.234</w:t>
            </w:r>
          </w:p>
        </w:tc>
        <w:tc>
          <w:tcPr>
            <w:tcW w:w="2160" w:type="dxa"/>
          </w:tcPr>
          <w:p w14:paraId="1955582F" w14:textId="77777777" w:rsidR="00174BB4" w:rsidRDefault="00174BB4" w:rsidP="00A77FA5">
            <w:r>
              <w:rPr>
                <w:sz w:val="18"/>
              </w:rPr>
              <w:t>GISS-E2-1-G-CC</w:t>
            </w:r>
          </w:p>
        </w:tc>
        <w:tc>
          <w:tcPr>
            <w:tcW w:w="2160" w:type="dxa"/>
          </w:tcPr>
          <w:p w14:paraId="7A24B93F" w14:textId="77777777" w:rsidR="00174BB4" w:rsidRDefault="00174BB4" w:rsidP="00A77FA5">
            <w:r>
              <w:rPr>
                <w:sz w:val="18"/>
              </w:rPr>
              <w:t>GISS-E2-1-G</w:t>
            </w:r>
          </w:p>
        </w:tc>
        <w:tc>
          <w:tcPr>
            <w:tcW w:w="2160" w:type="dxa"/>
          </w:tcPr>
          <w:p w14:paraId="6DE38C3C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10F72C52" w14:textId="77777777" w:rsidTr="00A77FA5">
        <w:tc>
          <w:tcPr>
            <w:tcW w:w="2160" w:type="dxa"/>
          </w:tcPr>
          <w:p w14:paraId="707AFB78" w14:textId="77777777" w:rsidR="00174BB4" w:rsidRDefault="00174BB4" w:rsidP="00A77FA5">
            <w:r>
              <w:rPr>
                <w:sz w:val="18"/>
              </w:rPr>
              <w:t>0.263</w:t>
            </w:r>
          </w:p>
        </w:tc>
        <w:tc>
          <w:tcPr>
            <w:tcW w:w="2160" w:type="dxa"/>
          </w:tcPr>
          <w:p w14:paraId="390E0FBF" w14:textId="77777777" w:rsidR="00174BB4" w:rsidRDefault="00174BB4" w:rsidP="00A77FA5">
            <w:r>
              <w:rPr>
                <w:sz w:val="18"/>
              </w:rPr>
              <w:t>CMCC-ESM2</w:t>
            </w:r>
          </w:p>
        </w:tc>
        <w:tc>
          <w:tcPr>
            <w:tcW w:w="2160" w:type="dxa"/>
          </w:tcPr>
          <w:p w14:paraId="6B7EF49E" w14:textId="77777777" w:rsidR="00174BB4" w:rsidRDefault="00174BB4" w:rsidP="00A77FA5">
            <w:r>
              <w:rPr>
                <w:sz w:val="18"/>
              </w:rPr>
              <w:t>CMCC-CM2-SR5</w:t>
            </w:r>
          </w:p>
        </w:tc>
        <w:tc>
          <w:tcPr>
            <w:tcW w:w="2160" w:type="dxa"/>
          </w:tcPr>
          <w:p w14:paraId="007B3043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04935754" w14:textId="77777777" w:rsidTr="00A77FA5">
        <w:tc>
          <w:tcPr>
            <w:tcW w:w="2160" w:type="dxa"/>
          </w:tcPr>
          <w:p w14:paraId="756BFF2F" w14:textId="77777777" w:rsidR="00174BB4" w:rsidRDefault="00174BB4" w:rsidP="00A77FA5">
            <w:r>
              <w:rPr>
                <w:sz w:val="18"/>
              </w:rPr>
              <w:t>0.299</w:t>
            </w:r>
          </w:p>
        </w:tc>
        <w:tc>
          <w:tcPr>
            <w:tcW w:w="2160" w:type="dxa"/>
          </w:tcPr>
          <w:p w14:paraId="4B2998A9" w14:textId="77777777" w:rsidR="00174BB4" w:rsidRDefault="00174BB4" w:rsidP="00A77FA5">
            <w:r>
              <w:rPr>
                <w:sz w:val="18"/>
              </w:rPr>
              <w:t>E3SM-1-0</w:t>
            </w:r>
          </w:p>
        </w:tc>
        <w:tc>
          <w:tcPr>
            <w:tcW w:w="2160" w:type="dxa"/>
          </w:tcPr>
          <w:p w14:paraId="15D260E4" w14:textId="77777777" w:rsidR="00174BB4" w:rsidRDefault="00174BB4" w:rsidP="00A77FA5">
            <w:r>
              <w:rPr>
                <w:sz w:val="18"/>
              </w:rPr>
              <w:t>E3SM-1-1</w:t>
            </w:r>
          </w:p>
        </w:tc>
        <w:tc>
          <w:tcPr>
            <w:tcW w:w="2160" w:type="dxa"/>
          </w:tcPr>
          <w:p w14:paraId="42DBC7F8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49E2D1CA" w14:textId="77777777" w:rsidTr="00A77FA5">
        <w:tc>
          <w:tcPr>
            <w:tcW w:w="2160" w:type="dxa"/>
          </w:tcPr>
          <w:p w14:paraId="2389EA03" w14:textId="77777777" w:rsidR="00174BB4" w:rsidRDefault="00174BB4" w:rsidP="00A77FA5">
            <w:r>
              <w:rPr>
                <w:sz w:val="18"/>
              </w:rPr>
              <w:t>0.314</w:t>
            </w:r>
          </w:p>
        </w:tc>
        <w:tc>
          <w:tcPr>
            <w:tcW w:w="2160" w:type="dxa"/>
          </w:tcPr>
          <w:p w14:paraId="7CE34D47" w14:textId="77777777" w:rsidR="00174BB4" w:rsidRDefault="00174BB4" w:rsidP="00A77FA5">
            <w:r>
              <w:rPr>
                <w:sz w:val="18"/>
              </w:rPr>
              <w:t>EC-Earth3-AerChem</w:t>
            </w:r>
          </w:p>
        </w:tc>
        <w:tc>
          <w:tcPr>
            <w:tcW w:w="2160" w:type="dxa"/>
          </w:tcPr>
          <w:p w14:paraId="371894FB" w14:textId="77777777" w:rsidR="00174BB4" w:rsidRDefault="00174BB4" w:rsidP="00A77FA5">
            <w:r>
              <w:rPr>
                <w:sz w:val="18"/>
              </w:rPr>
              <w:t>EC-Earth3</w:t>
            </w:r>
          </w:p>
        </w:tc>
        <w:tc>
          <w:tcPr>
            <w:tcW w:w="2160" w:type="dxa"/>
          </w:tcPr>
          <w:p w14:paraId="45182225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6E5A788D" w14:textId="77777777" w:rsidTr="00A77FA5">
        <w:tc>
          <w:tcPr>
            <w:tcW w:w="2160" w:type="dxa"/>
          </w:tcPr>
          <w:p w14:paraId="1D96FEE3" w14:textId="77777777" w:rsidR="00174BB4" w:rsidRDefault="00174BB4" w:rsidP="00A77FA5">
            <w:r>
              <w:rPr>
                <w:sz w:val="18"/>
              </w:rPr>
              <w:t>0.316</w:t>
            </w:r>
          </w:p>
        </w:tc>
        <w:tc>
          <w:tcPr>
            <w:tcW w:w="2160" w:type="dxa"/>
          </w:tcPr>
          <w:p w14:paraId="44BD0F66" w14:textId="77777777" w:rsidR="00174BB4" w:rsidRDefault="00174BB4" w:rsidP="00A77FA5">
            <w:r>
              <w:rPr>
                <w:sz w:val="18"/>
              </w:rPr>
              <w:t>E3SM-1-1</w:t>
            </w:r>
          </w:p>
        </w:tc>
        <w:tc>
          <w:tcPr>
            <w:tcW w:w="2160" w:type="dxa"/>
          </w:tcPr>
          <w:p w14:paraId="24049A17" w14:textId="77777777" w:rsidR="00174BB4" w:rsidRDefault="00174BB4" w:rsidP="00A77FA5">
            <w:r>
              <w:rPr>
                <w:sz w:val="18"/>
              </w:rPr>
              <w:t>E3SM-1-1-ECA</w:t>
            </w:r>
          </w:p>
        </w:tc>
        <w:tc>
          <w:tcPr>
            <w:tcW w:w="2160" w:type="dxa"/>
          </w:tcPr>
          <w:p w14:paraId="5F983C9F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4385B7B3" w14:textId="77777777" w:rsidTr="00A77FA5">
        <w:tc>
          <w:tcPr>
            <w:tcW w:w="2160" w:type="dxa"/>
          </w:tcPr>
          <w:p w14:paraId="1FCF9C6E" w14:textId="77777777" w:rsidR="00174BB4" w:rsidRDefault="00174BB4" w:rsidP="00A77FA5">
            <w:r>
              <w:rPr>
                <w:sz w:val="18"/>
              </w:rPr>
              <w:t>0.328</w:t>
            </w:r>
          </w:p>
        </w:tc>
        <w:tc>
          <w:tcPr>
            <w:tcW w:w="2160" w:type="dxa"/>
          </w:tcPr>
          <w:p w14:paraId="7AB0EE51" w14:textId="77777777" w:rsidR="00174BB4" w:rsidRDefault="00174BB4" w:rsidP="00A77FA5">
            <w:r>
              <w:rPr>
                <w:sz w:val="18"/>
              </w:rPr>
              <w:t>EC-Earth3-CC</w:t>
            </w:r>
          </w:p>
        </w:tc>
        <w:tc>
          <w:tcPr>
            <w:tcW w:w="2160" w:type="dxa"/>
          </w:tcPr>
          <w:p w14:paraId="70B388C4" w14:textId="77777777" w:rsidR="00174BB4" w:rsidRDefault="00174BB4" w:rsidP="00A77FA5">
            <w:r>
              <w:rPr>
                <w:sz w:val="18"/>
              </w:rPr>
              <w:t>EC-Earth3</w:t>
            </w:r>
          </w:p>
        </w:tc>
        <w:tc>
          <w:tcPr>
            <w:tcW w:w="2160" w:type="dxa"/>
          </w:tcPr>
          <w:p w14:paraId="3292C469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2A3A805" w14:textId="77777777" w:rsidTr="00A77FA5">
        <w:tc>
          <w:tcPr>
            <w:tcW w:w="2160" w:type="dxa"/>
          </w:tcPr>
          <w:p w14:paraId="7BE539C5" w14:textId="77777777" w:rsidR="00174BB4" w:rsidRDefault="00174BB4" w:rsidP="00A77FA5">
            <w:r>
              <w:rPr>
                <w:sz w:val="18"/>
              </w:rPr>
              <w:t>0.328</w:t>
            </w:r>
          </w:p>
        </w:tc>
        <w:tc>
          <w:tcPr>
            <w:tcW w:w="2160" w:type="dxa"/>
          </w:tcPr>
          <w:p w14:paraId="23E6426A" w14:textId="77777777" w:rsidR="00174BB4" w:rsidRDefault="00174BB4" w:rsidP="00A77FA5">
            <w:r>
              <w:rPr>
                <w:sz w:val="18"/>
              </w:rPr>
              <w:t>CESM2-WACCM-FV2</w:t>
            </w:r>
          </w:p>
        </w:tc>
        <w:tc>
          <w:tcPr>
            <w:tcW w:w="2160" w:type="dxa"/>
          </w:tcPr>
          <w:p w14:paraId="538E9C1F" w14:textId="77777777" w:rsidR="00174BB4" w:rsidRDefault="00174BB4" w:rsidP="00A77FA5">
            <w:r>
              <w:rPr>
                <w:sz w:val="18"/>
              </w:rPr>
              <w:t>CESM2-FV2</w:t>
            </w:r>
          </w:p>
        </w:tc>
        <w:tc>
          <w:tcPr>
            <w:tcW w:w="2160" w:type="dxa"/>
          </w:tcPr>
          <w:p w14:paraId="21083345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7B42AF83" w14:textId="77777777" w:rsidTr="00A77FA5">
        <w:tc>
          <w:tcPr>
            <w:tcW w:w="2160" w:type="dxa"/>
          </w:tcPr>
          <w:p w14:paraId="6B71AC5E" w14:textId="77777777" w:rsidR="00174BB4" w:rsidRDefault="00174BB4" w:rsidP="00A77FA5">
            <w:r>
              <w:rPr>
                <w:sz w:val="18"/>
              </w:rPr>
              <w:t>0.337</w:t>
            </w:r>
          </w:p>
        </w:tc>
        <w:tc>
          <w:tcPr>
            <w:tcW w:w="2160" w:type="dxa"/>
          </w:tcPr>
          <w:p w14:paraId="02EE8937" w14:textId="77777777" w:rsidR="00174BB4" w:rsidRDefault="00174BB4" w:rsidP="00A77FA5">
            <w:r>
              <w:rPr>
                <w:sz w:val="18"/>
              </w:rPr>
              <w:t>CESM2-WACCM</w:t>
            </w:r>
          </w:p>
        </w:tc>
        <w:tc>
          <w:tcPr>
            <w:tcW w:w="2160" w:type="dxa"/>
          </w:tcPr>
          <w:p w14:paraId="1412A839" w14:textId="77777777" w:rsidR="00174BB4" w:rsidRDefault="00174BB4" w:rsidP="00A77FA5">
            <w:r>
              <w:rPr>
                <w:sz w:val="18"/>
              </w:rPr>
              <w:t>CESM2</w:t>
            </w:r>
          </w:p>
        </w:tc>
        <w:tc>
          <w:tcPr>
            <w:tcW w:w="2160" w:type="dxa"/>
          </w:tcPr>
          <w:p w14:paraId="2ACC50C0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D937518" w14:textId="77777777" w:rsidTr="00A77FA5">
        <w:tc>
          <w:tcPr>
            <w:tcW w:w="2160" w:type="dxa"/>
          </w:tcPr>
          <w:p w14:paraId="485425A8" w14:textId="77777777" w:rsidR="00174BB4" w:rsidRDefault="00174BB4" w:rsidP="00A77FA5">
            <w:r>
              <w:rPr>
                <w:sz w:val="18"/>
              </w:rPr>
              <w:t>0.347</w:t>
            </w:r>
          </w:p>
        </w:tc>
        <w:tc>
          <w:tcPr>
            <w:tcW w:w="2160" w:type="dxa"/>
          </w:tcPr>
          <w:p w14:paraId="5F357B9D" w14:textId="77777777" w:rsidR="00174BB4" w:rsidRDefault="00174BB4" w:rsidP="00A77FA5">
            <w:r>
              <w:rPr>
                <w:sz w:val="18"/>
              </w:rPr>
              <w:t>E3SM-1-0</w:t>
            </w:r>
          </w:p>
        </w:tc>
        <w:tc>
          <w:tcPr>
            <w:tcW w:w="2160" w:type="dxa"/>
          </w:tcPr>
          <w:p w14:paraId="21D43138" w14:textId="77777777" w:rsidR="00174BB4" w:rsidRDefault="00174BB4" w:rsidP="00A77FA5">
            <w:r>
              <w:rPr>
                <w:sz w:val="18"/>
              </w:rPr>
              <w:t>E3SM-1-1-ECA</w:t>
            </w:r>
          </w:p>
        </w:tc>
        <w:tc>
          <w:tcPr>
            <w:tcW w:w="2160" w:type="dxa"/>
          </w:tcPr>
          <w:p w14:paraId="6470FC7F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B7B48A3" w14:textId="77777777" w:rsidTr="00A77FA5">
        <w:tc>
          <w:tcPr>
            <w:tcW w:w="2160" w:type="dxa"/>
          </w:tcPr>
          <w:p w14:paraId="7CFFF534" w14:textId="77777777" w:rsidR="00174BB4" w:rsidRDefault="00174BB4" w:rsidP="00A77FA5">
            <w:r>
              <w:rPr>
                <w:sz w:val="18"/>
              </w:rPr>
              <w:t>0.39</w:t>
            </w:r>
          </w:p>
        </w:tc>
        <w:tc>
          <w:tcPr>
            <w:tcW w:w="2160" w:type="dxa"/>
          </w:tcPr>
          <w:p w14:paraId="026EC3C8" w14:textId="77777777" w:rsidR="00174BB4" w:rsidRDefault="00174BB4" w:rsidP="00A77FA5">
            <w:r>
              <w:rPr>
                <w:sz w:val="18"/>
              </w:rPr>
              <w:t>EC-Earth3-AerChem</w:t>
            </w:r>
          </w:p>
        </w:tc>
        <w:tc>
          <w:tcPr>
            <w:tcW w:w="2160" w:type="dxa"/>
          </w:tcPr>
          <w:p w14:paraId="6E5974BE" w14:textId="77777777" w:rsidR="00174BB4" w:rsidRDefault="00174BB4" w:rsidP="00A77FA5">
            <w:r>
              <w:rPr>
                <w:sz w:val="18"/>
              </w:rPr>
              <w:t>EC-Earth3-CC</w:t>
            </w:r>
          </w:p>
        </w:tc>
        <w:tc>
          <w:tcPr>
            <w:tcW w:w="2160" w:type="dxa"/>
          </w:tcPr>
          <w:p w14:paraId="78E099DA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FA71283" w14:textId="77777777" w:rsidTr="00A77FA5">
        <w:tc>
          <w:tcPr>
            <w:tcW w:w="2160" w:type="dxa"/>
          </w:tcPr>
          <w:p w14:paraId="239E8C94" w14:textId="77777777" w:rsidR="00174BB4" w:rsidRDefault="00174BB4" w:rsidP="00A77FA5">
            <w:r>
              <w:rPr>
                <w:sz w:val="18"/>
              </w:rPr>
              <w:t>0.403</w:t>
            </w:r>
          </w:p>
        </w:tc>
        <w:tc>
          <w:tcPr>
            <w:tcW w:w="2160" w:type="dxa"/>
          </w:tcPr>
          <w:p w14:paraId="1483CACE" w14:textId="77777777" w:rsidR="00174BB4" w:rsidRDefault="00174BB4" w:rsidP="00A77FA5">
            <w:r>
              <w:rPr>
                <w:sz w:val="18"/>
              </w:rPr>
              <w:t>INM-CM5-0</w:t>
            </w:r>
          </w:p>
        </w:tc>
        <w:tc>
          <w:tcPr>
            <w:tcW w:w="2160" w:type="dxa"/>
          </w:tcPr>
          <w:p w14:paraId="1F080DCA" w14:textId="77777777" w:rsidR="00174BB4" w:rsidRDefault="00174BB4" w:rsidP="00A77FA5">
            <w:r>
              <w:rPr>
                <w:sz w:val="18"/>
              </w:rPr>
              <w:t>INM-CM4-8</w:t>
            </w:r>
          </w:p>
        </w:tc>
        <w:tc>
          <w:tcPr>
            <w:tcW w:w="2160" w:type="dxa"/>
          </w:tcPr>
          <w:p w14:paraId="1305C6C4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02CD91E7" w14:textId="77777777" w:rsidTr="00A77FA5">
        <w:tc>
          <w:tcPr>
            <w:tcW w:w="2160" w:type="dxa"/>
          </w:tcPr>
          <w:p w14:paraId="277E061B" w14:textId="77777777" w:rsidR="00174BB4" w:rsidRDefault="00174BB4" w:rsidP="00A77FA5">
            <w:r>
              <w:rPr>
                <w:sz w:val="18"/>
              </w:rPr>
              <w:t>0.419</w:t>
            </w:r>
          </w:p>
        </w:tc>
        <w:tc>
          <w:tcPr>
            <w:tcW w:w="2160" w:type="dxa"/>
          </w:tcPr>
          <w:p w14:paraId="28BCFD78" w14:textId="77777777" w:rsidR="00174BB4" w:rsidRDefault="00174BB4" w:rsidP="00A77FA5">
            <w:r>
              <w:rPr>
                <w:sz w:val="18"/>
              </w:rPr>
              <w:t>EC-Earth3</w:t>
            </w:r>
          </w:p>
        </w:tc>
        <w:tc>
          <w:tcPr>
            <w:tcW w:w="2160" w:type="dxa"/>
          </w:tcPr>
          <w:p w14:paraId="7554BF41" w14:textId="77777777" w:rsidR="00174BB4" w:rsidRDefault="00174BB4" w:rsidP="00A77FA5">
            <w:r>
              <w:rPr>
                <w:sz w:val="18"/>
              </w:rPr>
              <w:t>EC-Earth3-Veg-LR</w:t>
            </w:r>
          </w:p>
        </w:tc>
        <w:tc>
          <w:tcPr>
            <w:tcW w:w="2160" w:type="dxa"/>
          </w:tcPr>
          <w:p w14:paraId="4F3A1893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FABBB01" w14:textId="77777777" w:rsidTr="00A77FA5">
        <w:tc>
          <w:tcPr>
            <w:tcW w:w="2160" w:type="dxa"/>
          </w:tcPr>
          <w:p w14:paraId="2362FDDF" w14:textId="77777777" w:rsidR="00174BB4" w:rsidRDefault="00174BB4" w:rsidP="00A77FA5">
            <w:r>
              <w:rPr>
                <w:sz w:val="18"/>
              </w:rPr>
              <w:t>0.466</w:t>
            </w:r>
          </w:p>
        </w:tc>
        <w:tc>
          <w:tcPr>
            <w:tcW w:w="2160" w:type="dxa"/>
          </w:tcPr>
          <w:p w14:paraId="27B21B46" w14:textId="77777777" w:rsidR="00174BB4" w:rsidRDefault="00174BB4" w:rsidP="00A77FA5">
            <w:r>
              <w:rPr>
                <w:sz w:val="18"/>
              </w:rPr>
              <w:t>EC-Earth3-AerChem</w:t>
            </w:r>
          </w:p>
        </w:tc>
        <w:tc>
          <w:tcPr>
            <w:tcW w:w="2160" w:type="dxa"/>
          </w:tcPr>
          <w:p w14:paraId="76CD0CF1" w14:textId="77777777" w:rsidR="00174BB4" w:rsidRDefault="00174BB4" w:rsidP="00A77FA5">
            <w:r>
              <w:rPr>
                <w:sz w:val="18"/>
              </w:rPr>
              <w:t>EC-Earth3-Veg-LR</w:t>
            </w:r>
          </w:p>
        </w:tc>
        <w:tc>
          <w:tcPr>
            <w:tcW w:w="2160" w:type="dxa"/>
          </w:tcPr>
          <w:p w14:paraId="33766274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7C614C21" w14:textId="77777777" w:rsidTr="00A77FA5">
        <w:tc>
          <w:tcPr>
            <w:tcW w:w="2160" w:type="dxa"/>
          </w:tcPr>
          <w:p w14:paraId="5A31FE69" w14:textId="77777777" w:rsidR="00174BB4" w:rsidRDefault="00174BB4" w:rsidP="00A77FA5">
            <w:r>
              <w:rPr>
                <w:sz w:val="18"/>
              </w:rPr>
              <w:t>0.483</w:t>
            </w:r>
          </w:p>
        </w:tc>
        <w:tc>
          <w:tcPr>
            <w:tcW w:w="2160" w:type="dxa"/>
          </w:tcPr>
          <w:p w14:paraId="4AF9F54F" w14:textId="77777777" w:rsidR="00174BB4" w:rsidRDefault="00174BB4" w:rsidP="00A77FA5">
            <w:r>
              <w:rPr>
                <w:sz w:val="18"/>
              </w:rPr>
              <w:t>GFDL-CM4</w:t>
            </w:r>
          </w:p>
        </w:tc>
        <w:tc>
          <w:tcPr>
            <w:tcW w:w="2160" w:type="dxa"/>
          </w:tcPr>
          <w:p w14:paraId="7244B881" w14:textId="77777777" w:rsidR="00174BB4" w:rsidRDefault="00174BB4" w:rsidP="00A77FA5">
            <w:r>
              <w:rPr>
                <w:sz w:val="18"/>
              </w:rPr>
              <w:t>GFDL-ESM4</w:t>
            </w:r>
          </w:p>
        </w:tc>
        <w:tc>
          <w:tcPr>
            <w:tcW w:w="2160" w:type="dxa"/>
          </w:tcPr>
          <w:p w14:paraId="516720C7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5F0D08E3" w14:textId="77777777" w:rsidTr="00A77FA5">
        <w:tc>
          <w:tcPr>
            <w:tcW w:w="2160" w:type="dxa"/>
          </w:tcPr>
          <w:p w14:paraId="3BB28606" w14:textId="77777777" w:rsidR="00174BB4" w:rsidRDefault="00174BB4" w:rsidP="00A77FA5">
            <w:r>
              <w:rPr>
                <w:sz w:val="18"/>
              </w:rPr>
              <w:t>0.486</w:t>
            </w:r>
          </w:p>
        </w:tc>
        <w:tc>
          <w:tcPr>
            <w:tcW w:w="2160" w:type="dxa"/>
          </w:tcPr>
          <w:p w14:paraId="4ACC6DB8" w14:textId="77777777" w:rsidR="00174BB4" w:rsidRDefault="00174BB4" w:rsidP="00A77FA5">
            <w:r>
              <w:rPr>
                <w:sz w:val="18"/>
              </w:rPr>
              <w:t>GISS-E2-1-H</w:t>
            </w:r>
          </w:p>
        </w:tc>
        <w:tc>
          <w:tcPr>
            <w:tcW w:w="2160" w:type="dxa"/>
          </w:tcPr>
          <w:p w14:paraId="1F9A0802" w14:textId="77777777" w:rsidR="00174BB4" w:rsidRDefault="00174BB4" w:rsidP="00A77FA5">
            <w:r>
              <w:rPr>
                <w:sz w:val="18"/>
              </w:rPr>
              <w:t>GISS-E2-1-G-CC</w:t>
            </w:r>
          </w:p>
        </w:tc>
        <w:tc>
          <w:tcPr>
            <w:tcW w:w="2160" w:type="dxa"/>
          </w:tcPr>
          <w:p w14:paraId="7331F83C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  <w:tr w:rsidR="00174BB4" w14:paraId="6EB99660" w14:textId="77777777" w:rsidTr="00A77FA5">
        <w:tc>
          <w:tcPr>
            <w:tcW w:w="2160" w:type="dxa"/>
          </w:tcPr>
          <w:p w14:paraId="121AC64F" w14:textId="77777777" w:rsidR="00174BB4" w:rsidRDefault="00174BB4" w:rsidP="00A77FA5">
            <w:r>
              <w:rPr>
                <w:sz w:val="18"/>
              </w:rPr>
              <w:t>0.487</w:t>
            </w:r>
          </w:p>
        </w:tc>
        <w:tc>
          <w:tcPr>
            <w:tcW w:w="2160" w:type="dxa"/>
          </w:tcPr>
          <w:p w14:paraId="28367002" w14:textId="77777777" w:rsidR="00174BB4" w:rsidRDefault="00174BB4" w:rsidP="00A77FA5">
            <w:r>
              <w:rPr>
                <w:sz w:val="18"/>
              </w:rPr>
              <w:t>EC-Earth3-CC</w:t>
            </w:r>
          </w:p>
        </w:tc>
        <w:tc>
          <w:tcPr>
            <w:tcW w:w="2160" w:type="dxa"/>
          </w:tcPr>
          <w:p w14:paraId="4B73D61E" w14:textId="77777777" w:rsidR="00174BB4" w:rsidRDefault="00174BB4" w:rsidP="00A77FA5">
            <w:r>
              <w:rPr>
                <w:sz w:val="18"/>
              </w:rPr>
              <w:t>EC-Earth3-Veg-LR</w:t>
            </w:r>
          </w:p>
        </w:tc>
        <w:tc>
          <w:tcPr>
            <w:tcW w:w="2160" w:type="dxa"/>
          </w:tcPr>
          <w:p w14:paraId="35EA0B20" w14:textId="77777777" w:rsidR="00174BB4" w:rsidRDefault="00174BB4" w:rsidP="00A77FA5">
            <w:r>
              <w:rPr>
                <w:sz w:val="18"/>
              </w:rPr>
              <w:t>yes</w:t>
            </w:r>
          </w:p>
        </w:tc>
      </w:tr>
    </w:tbl>
    <w:p w14:paraId="60CAD337" w14:textId="77777777" w:rsidR="00174BB4" w:rsidRDefault="00174BB4" w:rsidP="00174BB4"/>
    <w:p w14:paraId="6015C603" w14:textId="77777777" w:rsidR="00174BB4" w:rsidRDefault="00174BB4" w:rsidP="00174BB4">
      <w:r>
        <w:rPr>
          <w:i/>
        </w:rPr>
        <w:t>Table S3. Sensitivity of the ensemble composition to the performance threshold and to the metric weights: composition, ensemble-mean global albedo trend 2000</w:t>
      </w:r>
      <w:r w:rsidRPr="00642EFC">
        <w:rPr>
          <w:i/>
        </w:rPr>
        <w:t>-</w:t>
      </w:r>
      <w:r>
        <w:rPr>
          <w:i/>
        </w:rPr>
        <w:t>2014 (10⁻³ per decade) and mean-state bias vs CERES. The weight variants replace the equal-weight mean of E1</w:t>
      </w:r>
      <w:r w:rsidRPr="00642EFC">
        <w:rPr>
          <w:i/>
        </w:rPr>
        <w:t>-</w:t>
      </w:r>
      <w:r>
        <w:rPr>
          <w:i/>
        </w:rPr>
        <w:t>E3 by pairwise means at the same threshold 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rPr>
          <w:i/>
        </w:rPr>
        <w:t>&lt; 1) and family rule.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174BB4" w14:paraId="5BDF5994" w14:textId="77777777" w:rsidTr="00A77FA5">
        <w:tc>
          <w:tcPr>
            <w:tcW w:w="1728" w:type="dxa"/>
          </w:tcPr>
          <w:p w14:paraId="3E5A438C" w14:textId="77777777" w:rsidR="00174BB4" w:rsidRDefault="00174BB4" w:rsidP="00A77FA5">
            <w:r>
              <w:rPr>
                <w:b/>
                <w:sz w:val="16"/>
              </w:rPr>
              <w:t>Variant</w:t>
            </w:r>
          </w:p>
        </w:tc>
        <w:tc>
          <w:tcPr>
            <w:tcW w:w="1728" w:type="dxa"/>
          </w:tcPr>
          <w:p w14:paraId="27DE1F43" w14:textId="77777777" w:rsidR="00174BB4" w:rsidRDefault="00174BB4" w:rsidP="00A77FA5">
            <w:r>
              <w:rPr>
                <w:b/>
                <w:sz w:val="16"/>
              </w:rPr>
              <w:t>N</w:t>
            </w:r>
          </w:p>
        </w:tc>
        <w:tc>
          <w:tcPr>
            <w:tcW w:w="1728" w:type="dxa"/>
          </w:tcPr>
          <w:p w14:paraId="0F62192C" w14:textId="77777777" w:rsidR="00174BB4" w:rsidRDefault="00174BB4" w:rsidP="00A77FA5">
            <w:r>
              <w:rPr>
                <w:b/>
                <w:sz w:val="16"/>
              </w:rPr>
              <w:t>Composition</w:t>
            </w:r>
          </w:p>
        </w:tc>
        <w:tc>
          <w:tcPr>
            <w:tcW w:w="1728" w:type="dxa"/>
          </w:tcPr>
          <w:p w14:paraId="416C5991" w14:textId="77777777" w:rsidR="00174BB4" w:rsidRDefault="00174BB4" w:rsidP="00A77FA5">
            <w:r>
              <w:rPr>
                <w:b/>
                <w:sz w:val="16"/>
              </w:rPr>
              <w:t>Global trend</w:t>
            </w:r>
          </w:p>
        </w:tc>
        <w:tc>
          <w:tcPr>
            <w:tcW w:w="1728" w:type="dxa"/>
          </w:tcPr>
          <w:p w14:paraId="74B4EC6F" w14:textId="77777777" w:rsidR="00174BB4" w:rsidRDefault="00174BB4" w:rsidP="00A77FA5">
            <w:r>
              <w:rPr>
                <w:b/>
                <w:sz w:val="16"/>
              </w:rPr>
              <w:t>Mean bias</w:t>
            </w:r>
          </w:p>
        </w:tc>
      </w:tr>
      <w:tr w:rsidR="00174BB4" w14:paraId="5EA66BE2" w14:textId="77777777" w:rsidTr="00A77FA5">
        <w:tc>
          <w:tcPr>
            <w:tcW w:w="1728" w:type="dxa"/>
          </w:tcPr>
          <w:p w14:paraId="227C7B54" w14:textId="77777777" w:rsidR="00174BB4" w:rsidRDefault="00174BB4" w:rsidP="00A77FA5">
            <m:oMath>
              <m:sSub>
                <m:sSubPr>
                  <m:ctrlPr>
                    <w:rPr>
                      <w:rFonts w:ascii="Cambria Math" w:hAnsi="Cambria Math"/>
                      <w:i/>
                      <w:sz w:val="17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7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17"/>
                    </w:rPr>
                    <m:t>i</m:t>
                  </m:r>
                </m:sub>
              </m:sSub>
            </m:oMath>
            <w:r>
              <w:rPr>
                <w:sz w:val="16"/>
              </w:rPr>
              <w:t xml:space="preserve"> &lt; 0.9</w:t>
            </w:r>
          </w:p>
        </w:tc>
        <w:tc>
          <w:tcPr>
            <w:tcW w:w="1728" w:type="dxa"/>
          </w:tcPr>
          <w:p w14:paraId="1C9402F6" w14:textId="77777777" w:rsidR="00174BB4" w:rsidRDefault="00174BB4" w:rsidP="00A77FA5">
            <w:r>
              <w:rPr>
                <w:sz w:val="16"/>
              </w:rPr>
              <w:t>3</w:t>
            </w:r>
          </w:p>
        </w:tc>
        <w:tc>
          <w:tcPr>
            <w:tcW w:w="1728" w:type="dxa"/>
          </w:tcPr>
          <w:p w14:paraId="754248BE" w14:textId="77777777" w:rsidR="00174BB4" w:rsidRDefault="00174BB4" w:rsidP="00A77FA5">
            <w:r>
              <w:rPr>
                <w:sz w:val="16"/>
              </w:rPr>
              <w:t>GFDL-ESM4, ACCESS-CM2, AWI-CM-1-1-MR</w:t>
            </w:r>
          </w:p>
        </w:tc>
        <w:tc>
          <w:tcPr>
            <w:tcW w:w="1728" w:type="dxa"/>
          </w:tcPr>
          <w:p w14:paraId="0AED95C4" w14:textId="77777777" w:rsidR="00174BB4" w:rsidRDefault="00174BB4" w:rsidP="00A77FA5">
            <w:r>
              <w:rPr>
                <w:sz w:val="16"/>
              </w:rPr>
              <w:t>-0.41</w:t>
            </w:r>
          </w:p>
        </w:tc>
        <w:tc>
          <w:tcPr>
            <w:tcW w:w="1728" w:type="dxa"/>
          </w:tcPr>
          <w:p w14:paraId="579733AE" w14:textId="77777777" w:rsidR="00174BB4" w:rsidRDefault="00174BB4" w:rsidP="00A77FA5">
            <w:r>
              <w:rPr>
                <w:sz w:val="16"/>
              </w:rPr>
              <w:t>-0.25%</w:t>
            </w:r>
          </w:p>
        </w:tc>
      </w:tr>
      <w:tr w:rsidR="00174BB4" w14:paraId="55908692" w14:textId="77777777" w:rsidTr="00A77FA5">
        <w:tc>
          <w:tcPr>
            <w:tcW w:w="1728" w:type="dxa"/>
          </w:tcPr>
          <w:p w14:paraId="3185967E" w14:textId="77777777" w:rsidR="00174BB4" w:rsidRDefault="00174BB4" w:rsidP="00A77FA5">
            <m:oMath>
              <m:sSub>
                <m:sSubPr>
                  <m:ctrlPr>
                    <w:rPr>
                      <w:rFonts w:ascii="Cambria Math" w:hAnsi="Cambria Math"/>
                      <w:i/>
                      <w:sz w:val="17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7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17"/>
                    </w:rPr>
                    <m:t>i</m:t>
                  </m:r>
                </m:sub>
              </m:sSub>
            </m:oMath>
            <w:r>
              <w:rPr>
                <w:sz w:val="16"/>
              </w:rPr>
              <w:t xml:space="preserve"> &lt; 1.0 (SEL9)</w:t>
            </w:r>
          </w:p>
        </w:tc>
        <w:tc>
          <w:tcPr>
            <w:tcW w:w="1728" w:type="dxa"/>
          </w:tcPr>
          <w:p w14:paraId="6CEB2DFF" w14:textId="77777777" w:rsidR="00174BB4" w:rsidRDefault="00174BB4" w:rsidP="00A77FA5">
            <w:r>
              <w:rPr>
                <w:sz w:val="16"/>
              </w:rPr>
              <w:t>9</w:t>
            </w:r>
          </w:p>
        </w:tc>
        <w:tc>
          <w:tcPr>
            <w:tcW w:w="1728" w:type="dxa"/>
          </w:tcPr>
          <w:p w14:paraId="155081C1" w14:textId="77777777" w:rsidR="00174BB4" w:rsidRDefault="00174BB4" w:rsidP="00A77FA5">
            <w:r>
              <w:rPr>
                <w:sz w:val="16"/>
              </w:rPr>
              <w:t>GFDL-ESM4, ACCESS-CM2, AWI-CM-1-1-MR, CanESM5, TaiESM1, CESM2-WACCM, INM-CM5-0, BCC-CSM2-MR, FGOALS-g3</w:t>
            </w:r>
          </w:p>
        </w:tc>
        <w:tc>
          <w:tcPr>
            <w:tcW w:w="1728" w:type="dxa"/>
          </w:tcPr>
          <w:p w14:paraId="4C8E952A" w14:textId="77777777" w:rsidR="00174BB4" w:rsidRDefault="00174BB4" w:rsidP="00A77FA5">
            <w:r>
              <w:rPr>
                <w:sz w:val="16"/>
              </w:rPr>
              <w:t>-0.68</w:t>
            </w:r>
          </w:p>
        </w:tc>
        <w:tc>
          <w:tcPr>
            <w:tcW w:w="1728" w:type="dxa"/>
          </w:tcPr>
          <w:p w14:paraId="14FD541D" w14:textId="77777777" w:rsidR="00174BB4" w:rsidRDefault="00174BB4" w:rsidP="00A77FA5">
            <w:r>
              <w:rPr>
                <w:sz w:val="16"/>
              </w:rPr>
              <w:t>+0.11%</w:t>
            </w:r>
          </w:p>
        </w:tc>
      </w:tr>
      <w:tr w:rsidR="00174BB4" w14:paraId="79D8C8DB" w14:textId="77777777" w:rsidTr="00A77FA5">
        <w:tc>
          <w:tcPr>
            <w:tcW w:w="1728" w:type="dxa"/>
          </w:tcPr>
          <w:p w14:paraId="2487650F" w14:textId="77777777" w:rsidR="00174BB4" w:rsidRDefault="00174BB4" w:rsidP="00A77FA5">
            <m:oMath>
              <m:sSub>
                <m:sSubPr>
                  <m:ctrlPr>
                    <w:rPr>
                      <w:rFonts w:ascii="Cambria Math" w:hAnsi="Cambria Math"/>
                      <w:i/>
                      <w:sz w:val="17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7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17"/>
                    </w:rPr>
                    <m:t>i</m:t>
                  </m:r>
                </m:sub>
              </m:sSub>
            </m:oMath>
            <w:r>
              <w:rPr>
                <w:sz w:val="16"/>
              </w:rPr>
              <w:t xml:space="preserve"> &lt; 1.1</w:t>
            </w:r>
          </w:p>
        </w:tc>
        <w:tc>
          <w:tcPr>
            <w:tcW w:w="1728" w:type="dxa"/>
          </w:tcPr>
          <w:p w14:paraId="793CB801" w14:textId="77777777" w:rsidR="00174BB4" w:rsidRDefault="00174BB4" w:rsidP="00A77FA5">
            <w:r>
              <w:rPr>
                <w:sz w:val="16"/>
              </w:rPr>
              <w:t>12</w:t>
            </w:r>
          </w:p>
        </w:tc>
        <w:tc>
          <w:tcPr>
            <w:tcW w:w="1728" w:type="dxa"/>
          </w:tcPr>
          <w:p w14:paraId="296BEA1D" w14:textId="77777777" w:rsidR="00174BB4" w:rsidRDefault="00174BB4" w:rsidP="00A77FA5">
            <w:r>
              <w:rPr>
                <w:sz w:val="16"/>
              </w:rPr>
              <w:t>GFDL-ESM4, ACCESS-CM2, AWI-CM-1-1-MR, CanESM5, TaiESM1, CESM2-WACCM, INM-CM5-0, BCC-CSM2-MR, FGOALS-</w:t>
            </w:r>
            <w:r>
              <w:rPr>
                <w:sz w:val="16"/>
              </w:rPr>
              <w:lastRenderedPageBreak/>
              <w:t>g3, MRI-ESM2-0, FGOALS-f3-L, EC-Earth3</w:t>
            </w:r>
          </w:p>
        </w:tc>
        <w:tc>
          <w:tcPr>
            <w:tcW w:w="1728" w:type="dxa"/>
          </w:tcPr>
          <w:p w14:paraId="2C0115CE" w14:textId="77777777" w:rsidR="00174BB4" w:rsidRDefault="00174BB4" w:rsidP="00A77FA5">
            <w:r>
              <w:rPr>
                <w:sz w:val="16"/>
              </w:rPr>
              <w:lastRenderedPageBreak/>
              <w:t>-0.65</w:t>
            </w:r>
          </w:p>
        </w:tc>
        <w:tc>
          <w:tcPr>
            <w:tcW w:w="1728" w:type="dxa"/>
          </w:tcPr>
          <w:p w14:paraId="40AE4D50" w14:textId="77777777" w:rsidR="00174BB4" w:rsidRDefault="00174BB4" w:rsidP="00A77FA5">
            <w:r>
              <w:rPr>
                <w:sz w:val="16"/>
              </w:rPr>
              <w:t>+0.01%</w:t>
            </w:r>
          </w:p>
        </w:tc>
      </w:tr>
      <w:tr w:rsidR="00174BB4" w14:paraId="204F774A" w14:textId="77777777" w:rsidTr="00A77FA5">
        <w:tc>
          <w:tcPr>
            <w:tcW w:w="1728" w:type="dxa"/>
          </w:tcPr>
          <w:p w14:paraId="0C9E6EC0" w14:textId="77777777" w:rsidR="00174BB4" w:rsidRDefault="00174BB4" w:rsidP="00A77FA5">
            <w:r>
              <w:rPr>
                <w:sz w:val="16"/>
              </w:rPr>
              <w:t>weights E1+E2</w:t>
            </w:r>
          </w:p>
        </w:tc>
        <w:tc>
          <w:tcPr>
            <w:tcW w:w="1728" w:type="dxa"/>
          </w:tcPr>
          <w:p w14:paraId="350B7286" w14:textId="77777777" w:rsidR="00174BB4" w:rsidRDefault="00174BB4" w:rsidP="00A77FA5">
            <w:r>
              <w:rPr>
                <w:sz w:val="16"/>
              </w:rPr>
              <w:t>7</w:t>
            </w:r>
          </w:p>
        </w:tc>
        <w:tc>
          <w:tcPr>
            <w:tcW w:w="1728" w:type="dxa"/>
          </w:tcPr>
          <w:p w14:paraId="1335500E" w14:textId="77777777" w:rsidR="00174BB4" w:rsidRDefault="00174BB4" w:rsidP="00A77FA5">
            <w:r>
              <w:rPr>
                <w:sz w:val="16"/>
              </w:rPr>
              <w:t>GFDL-ESM4, AWI-CM-1-1-MR, CESM2-WACCM, MRI-ESM2-0, ACCESS-CM2, CanESM5, TaiESM1</w:t>
            </w:r>
          </w:p>
        </w:tc>
        <w:tc>
          <w:tcPr>
            <w:tcW w:w="1728" w:type="dxa"/>
          </w:tcPr>
          <w:p w14:paraId="7F4CE699" w14:textId="77777777" w:rsidR="00174BB4" w:rsidRDefault="00174BB4" w:rsidP="00A77FA5">
            <w:r>
              <w:rPr>
                <w:sz w:val="16"/>
              </w:rPr>
              <w:t>-0.96</w:t>
            </w:r>
          </w:p>
        </w:tc>
        <w:tc>
          <w:tcPr>
            <w:tcW w:w="1728" w:type="dxa"/>
          </w:tcPr>
          <w:p w14:paraId="443780A8" w14:textId="77777777" w:rsidR="00174BB4" w:rsidRDefault="00174BB4" w:rsidP="00A77FA5">
            <w:r>
              <w:rPr>
                <w:sz w:val="16"/>
              </w:rPr>
              <w:t>-0.09%</w:t>
            </w:r>
          </w:p>
        </w:tc>
      </w:tr>
      <w:tr w:rsidR="00174BB4" w14:paraId="362B43E6" w14:textId="77777777" w:rsidTr="00A77FA5">
        <w:tc>
          <w:tcPr>
            <w:tcW w:w="1728" w:type="dxa"/>
          </w:tcPr>
          <w:p w14:paraId="23A00596" w14:textId="77777777" w:rsidR="00174BB4" w:rsidRDefault="00174BB4" w:rsidP="00A77FA5">
            <w:r>
              <w:rPr>
                <w:sz w:val="16"/>
              </w:rPr>
              <w:t>weights E1+E3</w:t>
            </w:r>
          </w:p>
        </w:tc>
        <w:tc>
          <w:tcPr>
            <w:tcW w:w="1728" w:type="dxa"/>
          </w:tcPr>
          <w:p w14:paraId="4D030BB5" w14:textId="77777777" w:rsidR="00174BB4" w:rsidRDefault="00174BB4" w:rsidP="00A77FA5">
            <w:r>
              <w:rPr>
                <w:sz w:val="16"/>
              </w:rPr>
              <w:t>9</w:t>
            </w:r>
          </w:p>
        </w:tc>
        <w:tc>
          <w:tcPr>
            <w:tcW w:w="1728" w:type="dxa"/>
          </w:tcPr>
          <w:p w14:paraId="08E4EBC9" w14:textId="77777777" w:rsidR="00174BB4" w:rsidRDefault="00174BB4" w:rsidP="00A77FA5">
            <w:r>
              <w:rPr>
                <w:sz w:val="16"/>
              </w:rPr>
              <w:t>GFDL-ESM4, ACCESS-CM2, AWI-CM-1-1-MR, CanESM5, TaiESM1, FGOALS-g3, CESM2-WACCM, BCC-CSM2-MR, INM-CM5-0</w:t>
            </w:r>
          </w:p>
        </w:tc>
        <w:tc>
          <w:tcPr>
            <w:tcW w:w="1728" w:type="dxa"/>
          </w:tcPr>
          <w:p w14:paraId="51362701" w14:textId="77777777" w:rsidR="00174BB4" w:rsidRDefault="00174BB4" w:rsidP="00A77FA5">
            <w:r>
              <w:rPr>
                <w:sz w:val="16"/>
              </w:rPr>
              <w:t>-0.68</w:t>
            </w:r>
          </w:p>
        </w:tc>
        <w:tc>
          <w:tcPr>
            <w:tcW w:w="1728" w:type="dxa"/>
          </w:tcPr>
          <w:p w14:paraId="258338EB" w14:textId="77777777" w:rsidR="00174BB4" w:rsidRDefault="00174BB4" w:rsidP="00A77FA5">
            <w:r>
              <w:rPr>
                <w:sz w:val="16"/>
              </w:rPr>
              <w:t>+0.11%</w:t>
            </w:r>
          </w:p>
        </w:tc>
      </w:tr>
      <w:tr w:rsidR="00174BB4" w14:paraId="5AC93561" w14:textId="77777777" w:rsidTr="00A77FA5">
        <w:tc>
          <w:tcPr>
            <w:tcW w:w="1728" w:type="dxa"/>
          </w:tcPr>
          <w:p w14:paraId="34D88EB2" w14:textId="77777777" w:rsidR="00174BB4" w:rsidRDefault="00174BB4" w:rsidP="00A77FA5">
            <w:r>
              <w:rPr>
                <w:sz w:val="16"/>
              </w:rPr>
              <w:t>weights E2+E3</w:t>
            </w:r>
          </w:p>
        </w:tc>
        <w:tc>
          <w:tcPr>
            <w:tcW w:w="1728" w:type="dxa"/>
          </w:tcPr>
          <w:p w14:paraId="72E708B8" w14:textId="77777777" w:rsidR="00174BB4" w:rsidRDefault="00174BB4" w:rsidP="00A77FA5">
            <w:r>
              <w:rPr>
                <w:sz w:val="16"/>
              </w:rPr>
              <w:t>8</w:t>
            </w:r>
          </w:p>
        </w:tc>
        <w:tc>
          <w:tcPr>
            <w:tcW w:w="1728" w:type="dxa"/>
          </w:tcPr>
          <w:p w14:paraId="244674AE" w14:textId="77777777" w:rsidR="00174BB4" w:rsidRDefault="00174BB4" w:rsidP="00A77FA5">
            <w:r>
              <w:rPr>
                <w:sz w:val="16"/>
              </w:rPr>
              <w:t>KACE-1-0-G, GFDL-ESM4, AWI-CM-1-1-MR, CanESM5, CMCC-CM2-SR5, INM-CM5-0, FGOALS-f3-L, BCC-CSM2-MR</w:t>
            </w:r>
          </w:p>
        </w:tc>
        <w:tc>
          <w:tcPr>
            <w:tcW w:w="1728" w:type="dxa"/>
          </w:tcPr>
          <w:p w14:paraId="3DF6F82D" w14:textId="77777777" w:rsidR="00174BB4" w:rsidRDefault="00174BB4" w:rsidP="00A77FA5">
            <w:r>
              <w:rPr>
                <w:sz w:val="16"/>
              </w:rPr>
              <w:t>-0.40</w:t>
            </w:r>
          </w:p>
        </w:tc>
        <w:tc>
          <w:tcPr>
            <w:tcW w:w="1728" w:type="dxa"/>
          </w:tcPr>
          <w:p w14:paraId="469B9C55" w14:textId="77777777" w:rsidR="00174BB4" w:rsidRDefault="00174BB4" w:rsidP="00A77FA5">
            <w:r>
              <w:rPr>
                <w:sz w:val="16"/>
              </w:rPr>
              <w:t>-0.60%</w:t>
            </w:r>
          </w:p>
        </w:tc>
      </w:tr>
    </w:tbl>
    <w:p w14:paraId="7411B588" w14:textId="77777777" w:rsidR="00174BB4" w:rsidRDefault="00174BB4" w:rsidP="00174BB4"/>
    <w:p w14:paraId="666E26CD" w14:textId="77777777" w:rsidR="00174BB4" w:rsidRDefault="00174BB4" w:rsidP="00174BB4">
      <w:r>
        <w:rPr>
          <w:sz w:val="17"/>
        </w:rPr>
        <w:t>Note. Domain sensitivity (excluding latitudes poleward of 60°): the observed trend changes by &lt;10%, trend-field correlations by ≤0.02, and the model-reproduced fraction of the trend decreases (~44% vs ~57%); the composition partly changes (five of nine seats), as expected for criteria optimized for the global planetary albedo (see Limitations).</w:t>
      </w:r>
    </w:p>
    <w:p w14:paraId="1019DE43" w14:textId="42E621ED" w:rsidR="00170617" w:rsidRPr="00174BB4" w:rsidRDefault="00170617" w:rsidP="00174BB4"/>
    <w:sectPr w:rsidR="00170617" w:rsidRPr="00174B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7002532">
    <w:abstractNumId w:val="8"/>
  </w:num>
  <w:num w:numId="2" w16cid:durableId="2015767606">
    <w:abstractNumId w:val="6"/>
  </w:num>
  <w:num w:numId="3" w16cid:durableId="892471359">
    <w:abstractNumId w:val="5"/>
  </w:num>
  <w:num w:numId="4" w16cid:durableId="1752239675">
    <w:abstractNumId w:val="4"/>
  </w:num>
  <w:num w:numId="5" w16cid:durableId="1977098639">
    <w:abstractNumId w:val="7"/>
  </w:num>
  <w:num w:numId="6" w16cid:durableId="81068053">
    <w:abstractNumId w:val="3"/>
  </w:num>
  <w:num w:numId="7" w16cid:durableId="1853955162">
    <w:abstractNumId w:val="2"/>
  </w:num>
  <w:num w:numId="8" w16cid:durableId="883640022">
    <w:abstractNumId w:val="1"/>
  </w:num>
  <w:num w:numId="9" w16cid:durableId="1852136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0617"/>
    <w:rsid w:val="00174BB4"/>
    <w:rsid w:val="0029639D"/>
    <w:rsid w:val="00326F90"/>
    <w:rsid w:val="00AA1D8D"/>
    <w:rsid w:val="00B47730"/>
    <w:rsid w:val="00CB0664"/>
    <w:rsid w:val="00DC19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FD0CFE"/>
  <w14:defaultImageDpi w14:val="300"/>
  <w15:docId w15:val="{0AA869B7-03C1-463A-AD12-135AC05C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174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174BB4"/>
    <w:rPr>
      <w:rFonts w:ascii="Segoe UI" w:hAnsi="Segoe UI" w:cs="Segoe UI"/>
      <w:sz w:val="18"/>
      <w:szCs w:val="18"/>
    </w:rPr>
  </w:style>
  <w:style w:type="paragraph" w:styleId="affa">
    <w:name w:val="Revision"/>
    <w:hidden/>
    <w:uiPriority w:val="99"/>
    <w:semiHidden/>
    <w:rsid w:val="00174BB4"/>
    <w:pPr>
      <w:spacing w:after="0" w:line="240" w:lineRule="auto"/>
    </w:pPr>
    <w:rPr>
      <w:rFonts w:ascii="Times New Roman" w:hAnsi="Times New Roman"/>
      <w:sz w:val="24"/>
    </w:rPr>
  </w:style>
  <w:style w:type="character" w:styleId="affb">
    <w:name w:val="Hyperlink"/>
    <w:basedOn w:val="a2"/>
    <w:uiPriority w:val="99"/>
    <w:unhideWhenUsed/>
    <w:rsid w:val="00174BB4"/>
    <w:rPr>
      <w:color w:val="0000FF" w:themeColor="hyperlink"/>
      <w:u w:val="single"/>
    </w:rPr>
  </w:style>
  <w:style w:type="character" w:styleId="affc">
    <w:name w:val="Unresolved Mention"/>
    <w:basedOn w:val="a2"/>
    <w:uiPriority w:val="99"/>
    <w:semiHidden/>
    <w:unhideWhenUsed/>
    <w:rsid w:val="00174BB4"/>
    <w:rPr>
      <w:color w:val="605E5C"/>
      <w:shd w:val="clear" w:color="auto" w:fill="E1DFDD"/>
    </w:rPr>
  </w:style>
  <w:style w:type="character" w:styleId="affd">
    <w:name w:val="Placeholder Text"/>
    <w:basedOn w:val="a2"/>
    <w:uiPriority w:val="99"/>
    <w:semiHidden/>
    <w:rsid w:val="00174BB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1273</Words>
  <Characters>7262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Aleksei Poliukhov</cp:lastModifiedBy>
  <cp:revision>2</cp:revision>
  <dcterms:created xsi:type="dcterms:W3CDTF">2013-12-23T23:15:00Z</dcterms:created>
  <dcterms:modified xsi:type="dcterms:W3CDTF">2026-08-25T14:11:00Z</dcterms:modified>
  <cp:category/>
</cp:coreProperties>
</file>