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BBB316" w14:textId="3F269556" w:rsidR="00BA6E31" w:rsidRPr="00F14639" w:rsidRDefault="00000000" w:rsidP="00F14639">
      <w:r>
        <w:rPr>
          <w:b/>
          <w:sz w:val="28"/>
        </w:rPr>
        <w:t>Supplemental Materials</w:t>
      </w:r>
    </w:p>
    <w:p w14:paraId="4908F94F" w14:textId="4C2B2865" w:rsidR="00BA6E31" w:rsidRPr="00BA6E31" w:rsidRDefault="00BA6E31">
      <w:pPr>
        <w:spacing w:before="240" w:after="80"/>
        <w:rPr>
          <w:rFonts w:cs="Calibri"/>
          <w:bCs/>
        </w:rPr>
      </w:pPr>
      <w:r w:rsidRPr="00BA6E31">
        <w:rPr>
          <w:rFonts w:cs="Calibri"/>
          <w:b/>
        </w:rPr>
        <w:t>Table S1</w:t>
      </w:r>
      <w:r w:rsidRPr="00BA6E31">
        <w:rPr>
          <w:rFonts w:cs="Calibri"/>
          <w:b/>
        </w:rPr>
        <w:t xml:space="preserve">. </w:t>
      </w:r>
      <w:r w:rsidRPr="00BA6E31">
        <w:rPr>
          <w:rFonts w:cs="Calibri"/>
          <w:bCs/>
        </w:rPr>
        <w:t>Diagnostic and pharmacological codes used to identify thromboembolic events</w:t>
      </w:r>
      <w:r w:rsidR="00F14639">
        <w:rPr>
          <w:rFonts w:cs="Calibri"/>
          <w:bCs/>
        </w:rPr>
        <w:t>, covariates,</w:t>
      </w:r>
      <w:r w:rsidRPr="00BA6E31">
        <w:rPr>
          <w:rFonts w:cs="Calibri"/>
          <w:bCs/>
        </w:rPr>
        <w:t xml:space="preserve"> and anticoagulant</w:t>
      </w:r>
      <w:r w:rsidR="00F14639">
        <w:rPr>
          <w:rFonts w:cs="Calibri"/>
          <w:bCs/>
        </w:rPr>
        <w:t>s.</w:t>
      </w:r>
    </w:p>
    <w:tbl>
      <w:tblPr>
        <w:tblW w:w="9045" w:type="dxa"/>
        <w:tblCellMar>
          <w:left w:w="0" w:type="dxa"/>
          <w:right w:w="0" w:type="dxa"/>
        </w:tblCellMar>
        <w:tblLook w:val="04A0" w:firstRow="1" w:lastRow="0" w:firstColumn="1" w:lastColumn="0" w:noHBand="0" w:noVBand="1"/>
      </w:tblPr>
      <w:tblGrid>
        <w:gridCol w:w="1395"/>
        <w:gridCol w:w="1440"/>
        <w:gridCol w:w="6210"/>
      </w:tblGrid>
      <w:tr w:rsidR="00BA6E31" w:rsidRPr="00BA6E31" w14:paraId="4FBF0016"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29658BB" w14:textId="77777777" w:rsidR="00BA6E31" w:rsidRPr="00BA6E31" w:rsidRDefault="00BA6E31" w:rsidP="00BA6E31">
            <w:pPr>
              <w:spacing w:after="0" w:line="240" w:lineRule="auto"/>
              <w:rPr>
                <w:rFonts w:eastAsia="Times New Roman" w:cs="Calibri"/>
                <w:b/>
                <w:bCs/>
              </w:rPr>
            </w:pPr>
            <w:r w:rsidRPr="00BA6E31">
              <w:rPr>
                <w:rFonts w:eastAsia="Times New Roman" w:cs="Calibri"/>
                <w:b/>
                <w:bCs/>
              </w:rPr>
              <w:t>Category</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D6DB5E" w14:textId="77777777" w:rsidR="00BA6E31" w:rsidRPr="00BA6E31" w:rsidRDefault="00BA6E31" w:rsidP="00BA6E31">
            <w:pPr>
              <w:spacing w:after="0" w:line="240" w:lineRule="auto"/>
              <w:rPr>
                <w:rFonts w:eastAsia="Times New Roman" w:cs="Calibri"/>
                <w:b/>
                <w:bCs/>
              </w:rPr>
            </w:pPr>
            <w:r w:rsidRPr="00BA6E31">
              <w:rPr>
                <w:rFonts w:eastAsia="Times New Roman" w:cs="Calibri"/>
                <w:b/>
                <w:bCs/>
              </w:rPr>
              <w:t>Code</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9AA9264" w14:textId="77777777" w:rsidR="00BA6E31" w:rsidRPr="00BA6E31" w:rsidRDefault="00BA6E31" w:rsidP="00BA6E31">
            <w:pPr>
              <w:spacing w:after="0" w:line="240" w:lineRule="auto"/>
              <w:rPr>
                <w:rFonts w:eastAsia="Times New Roman" w:cs="Calibri"/>
                <w:b/>
                <w:bCs/>
              </w:rPr>
            </w:pPr>
            <w:r w:rsidRPr="00BA6E31">
              <w:rPr>
                <w:rFonts w:eastAsia="Times New Roman" w:cs="Calibri"/>
                <w:b/>
                <w:bCs/>
              </w:rPr>
              <w:t>Description / Generic Name</w:t>
            </w:r>
          </w:p>
        </w:tc>
      </w:tr>
      <w:tr w:rsidR="00BA6E31" w:rsidRPr="00BA6E31" w14:paraId="31E3E1F1"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732C33" w14:textId="4E61AAE7" w:rsidR="00BA6E31" w:rsidRPr="00BA6E31" w:rsidRDefault="00BA6E31" w:rsidP="00BA6E31">
            <w:pPr>
              <w:spacing w:after="0" w:line="240" w:lineRule="auto"/>
              <w:rPr>
                <w:rFonts w:eastAsia="Times New Roman" w:cs="Calibri"/>
                <w:b/>
                <w:bCs/>
              </w:rPr>
            </w:pPr>
            <w:r w:rsidRPr="00BA6E31">
              <w:rPr>
                <w:rFonts w:eastAsia="Times New Roman" w:cs="Calibri"/>
                <w:b/>
                <w:bCs/>
              </w:rPr>
              <w:t>ICD-10</w:t>
            </w: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73830E" w14:textId="77777777" w:rsidR="00BA6E31" w:rsidRPr="00BA6E31" w:rsidRDefault="00BA6E31" w:rsidP="00BA6E31">
            <w:pPr>
              <w:spacing w:after="0" w:line="240" w:lineRule="auto"/>
              <w:rPr>
                <w:rFonts w:eastAsia="Times New Roman" w:cs="Calibri"/>
              </w:rPr>
            </w:pPr>
            <w:r w:rsidRPr="00BA6E31">
              <w:rPr>
                <w:rFonts w:eastAsia="Times New Roman" w:cs="Calibri"/>
              </w:rPr>
              <w:t>I21</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877AAE5" w14:textId="77777777" w:rsidR="00BA6E31" w:rsidRPr="00BA6E31" w:rsidRDefault="00BA6E31" w:rsidP="00BA6E31">
            <w:pPr>
              <w:spacing w:after="0" w:line="240" w:lineRule="auto"/>
              <w:rPr>
                <w:rFonts w:eastAsia="Times New Roman" w:cs="Calibri"/>
              </w:rPr>
            </w:pPr>
            <w:r w:rsidRPr="00BA6E31">
              <w:rPr>
                <w:rFonts w:eastAsia="Times New Roman" w:cs="Calibri"/>
              </w:rPr>
              <w:t>Acute myocardial infarction</w:t>
            </w:r>
          </w:p>
        </w:tc>
      </w:tr>
      <w:tr w:rsidR="00BA6E31" w:rsidRPr="00BA6E31" w14:paraId="1FCA879F"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5FB0B9"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0B5857" w14:textId="77777777" w:rsidR="00BA6E31" w:rsidRPr="00BA6E31" w:rsidRDefault="00BA6E31" w:rsidP="00BA6E31">
            <w:pPr>
              <w:spacing w:after="0" w:line="240" w:lineRule="auto"/>
              <w:rPr>
                <w:rFonts w:eastAsia="Times New Roman" w:cs="Calibri"/>
              </w:rPr>
            </w:pPr>
            <w:r w:rsidRPr="00BA6E31">
              <w:rPr>
                <w:rFonts w:eastAsia="Times New Roman" w:cs="Calibri"/>
              </w:rPr>
              <w:t>I26</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648BEBF" w14:textId="77777777" w:rsidR="00BA6E31" w:rsidRPr="00BA6E31" w:rsidRDefault="00BA6E31" w:rsidP="00BA6E31">
            <w:pPr>
              <w:spacing w:after="0" w:line="240" w:lineRule="auto"/>
              <w:rPr>
                <w:rFonts w:eastAsia="Times New Roman" w:cs="Calibri"/>
              </w:rPr>
            </w:pPr>
            <w:r w:rsidRPr="00BA6E31">
              <w:rPr>
                <w:rFonts w:eastAsia="Times New Roman" w:cs="Calibri"/>
              </w:rPr>
              <w:t>Pulmonary embolism</w:t>
            </w:r>
          </w:p>
        </w:tc>
      </w:tr>
      <w:tr w:rsidR="00BA6E31" w:rsidRPr="00BA6E31" w14:paraId="6874BC60"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C19742"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D4972B" w14:textId="77777777" w:rsidR="00BA6E31" w:rsidRPr="00BA6E31" w:rsidRDefault="00BA6E31" w:rsidP="00BA6E31">
            <w:pPr>
              <w:spacing w:after="0" w:line="240" w:lineRule="auto"/>
              <w:rPr>
                <w:rFonts w:eastAsia="Times New Roman" w:cs="Calibri"/>
              </w:rPr>
            </w:pPr>
            <w:r w:rsidRPr="00BA6E31">
              <w:rPr>
                <w:rFonts w:eastAsia="Times New Roman" w:cs="Calibri"/>
              </w:rPr>
              <w:t>I63</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EB81E72" w14:textId="77777777" w:rsidR="00BA6E31" w:rsidRPr="00BA6E31" w:rsidRDefault="00BA6E31" w:rsidP="00BA6E31">
            <w:pPr>
              <w:spacing w:after="0" w:line="240" w:lineRule="auto"/>
              <w:rPr>
                <w:rFonts w:eastAsia="Times New Roman" w:cs="Calibri"/>
              </w:rPr>
            </w:pPr>
            <w:r w:rsidRPr="00BA6E31">
              <w:rPr>
                <w:rFonts w:eastAsia="Times New Roman" w:cs="Calibri"/>
              </w:rPr>
              <w:t>Cerebral infarction</w:t>
            </w:r>
          </w:p>
        </w:tc>
      </w:tr>
      <w:tr w:rsidR="00BA6E31" w:rsidRPr="00BA6E31" w14:paraId="318C4142"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6B9B38"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2EA635" w14:textId="77777777" w:rsidR="00BA6E31" w:rsidRPr="00BA6E31" w:rsidRDefault="00BA6E31" w:rsidP="00BA6E31">
            <w:pPr>
              <w:spacing w:after="0" w:line="240" w:lineRule="auto"/>
              <w:rPr>
                <w:rFonts w:eastAsia="Times New Roman" w:cs="Calibri"/>
              </w:rPr>
            </w:pPr>
            <w:r w:rsidRPr="00BA6E31">
              <w:rPr>
                <w:rFonts w:eastAsia="Times New Roman" w:cs="Calibri"/>
              </w:rPr>
              <w:t>I74</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0AB2A8D" w14:textId="77777777" w:rsidR="00BA6E31" w:rsidRPr="00BA6E31" w:rsidRDefault="00BA6E31" w:rsidP="00BA6E31">
            <w:pPr>
              <w:spacing w:after="0" w:line="240" w:lineRule="auto"/>
              <w:rPr>
                <w:rFonts w:eastAsia="Times New Roman" w:cs="Calibri"/>
              </w:rPr>
            </w:pPr>
            <w:r w:rsidRPr="00BA6E31">
              <w:rPr>
                <w:rFonts w:eastAsia="Times New Roman" w:cs="Calibri"/>
              </w:rPr>
              <w:t>Arterial embolism and thrombosis</w:t>
            </w:r>
          </w:p>
        </w:tc>
      </w:tr>
      <w:tr w:rsidR="00BA6E31" w:rsidRPr="00BA6E31" w14:paraId="1D95954C"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B0593D"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5C7850" w14:textId="77777777" w:rsidR="00BA6E31" w:rsidRPr="00BA6E31" w:rsidRDefault="00BA6E31" w:rsidP="00BA6E31">
            <w:pPr>
              <w:spacing w:after="0" w:line="240" w:lineRule="auto"/>
              <w:rPr>
                <w:rFonts w:eastAsia="Times New Roman" w:cs="Calibri"/>
              </w:rPr>
            </w:pPr>
            <w:r w:rsidRPr="00BA6E31">
              <w:rPr>
                <w:rFonts w:eastAsia="Times New Roman" w:cs="Calibri"/>
              </w:rPr>
              <w:t>I82</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2A807858" w14:textId="77777777" w:rsidR="00BA6E31" w:rsidRPr="00BA6E31" w:rsidRDefault="00BA6E31" w:rsidP="00BA6E31">
            <w:pPr>
              <w:spacing w:after="0" w:line="240" w:lineRule="auto"/>
              <w:rPr>
                <w:rFonts w:eastAsia="Times New Roman" w:cs="Calibri"/>
              </w:rPr>
            </w:pPr>
            <w:r w:rsidRPr="00BA6E31">
              <w:rPr>
                <w:rFonts w:eastAsia="Times New Roman" w:cs="Calibri"/>
              </w:rPr>
              <w:t>Other venous embolism and thrombosis</w:t>
            </w:r>
          </w:p>
        </w:tc>
      </w:tr>
      <w:tr w:rsidR="00304546" w:rsidRPr="00BA6E31" w14:paraId="00ED6074"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1E725EA" w14:textId="77777777" w:rsidR="00304546" w:rsidRPr="00BA6E31" w:rsidRDefault="00304546"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BA6516E" w14:textId="18CA1068" w:rsidR="00304546" w:rsidRPr="00BA6E31" w:rsidRDefault="00304546" w:rsidP="00BA6E31">
            <w:pPr>
              <w:spacing w:after="0" w:line="240" w:lineRule="auto"/>
              <w:rPr>
                <w:rFonts w:eastAsia="Times New Roman" w:cs="Calibri"/>
              </w:rPr>
            </w:pPr>
            <w:r>
              <w:rPr>
                <w:rFonts w:eastAsia="Times New Roman" w:cs="Calibri"/>
              </w:rPr>
              <w:t>F17</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14:paraId="168ED77C" w14:textId="4CDE51B6" w:rsidR="00304546" w:rsidRPr="00BA6E31" w:rsidRDefault="00304546" w:rsidP="00BA6E31">
            <w:pPr>
              <w:spacing w:after="0" w:line="240" w:lineRule="auto"/>
              <w:rPr>
                <w:rFonts w:eastAsia="Times New Roman" w:cs="Calibri"/>
              </w:rPr>
            </w:pPr>
            <w:r>
              <w:rPr>
                <w:rFonts w:eastAsia="Times New Roman" w:cs="Calibri"/>
              </w:rPr>
              <w:t>Nicotine Dependence</w:t>
            </w:r>
          </w:p>
        </w:tc>
      </w:tr>
      <w:tr w:rsidR="00304546" w:rsidRPr="00BA6E31" w14:paraId="2003E60E"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356650F" w14:textId="77777777" w:rsidR="00304546" w:rsidRPr="00BA6E31" w:rsidRDefault="00304546"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46FAE30" w14:textId="4E8DC4D2" w:rsidR="00304546" w:rsidRPr="00BA6E31" w:rsidRDefault="00304546" w:rsidP="00BA6E31">
            <w:pPr>
              <w:spacing w:after="0" w:line="240" w:lineRule="auto"/>
              <w:rPr>
                <w:rFonts w:eastAsia="Times New Roman" w:cs="Calibri"/>
              </w:rPr>
            </w:pPr>
            <w:r w:rsidRPr="00304546">
              <w:rPr>
                <w:rFonts w:eastAsia="Times New Roman" w:cs="Calibri"/>
              </w:rPr>
              <w:t>C79.31</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tcPr>
          <w:p w14:paraId="7B7A5B0C" w14:textId="5EE97B32" w:rsidR="00304546" w:rsidRPr="00BA6E31" w:rsidRDefault="00304546" w:rsidP="00BA6E31">
            <w:pPr>
              <w:spacing w:after="0" w:line="240" w:lineRule="auto"/>
              <w:rPr>
                <w:rFonts w:eastAsia="Times New Roman" w:cs="Calibri"/>
              </w:rPr>
            </w:pPr>
            <w:r>
              <w:rPr>
                <w:rFonts w:eastAsia="Times New Roman" w:cs="Calibri"/>
              </w:rPr>
              <w:t>M</w:t>
            </w:r>
            <w:r w:rsidRPr="00304546">
              <w:rPr>
                <w:rFonts w:eastAsia="Times New Roman" w:cs="Calibri"/>
              </w:rPr>
              <w:t>alignant neoplasm of brain</w:t>
            </w:r>
          </w:p>
        </w:tc>
      </w:tr>
      <w:tr w:rsidR="00BA6E31" w:rsidRPr="00BA6E31" w14:paraId="320B3313"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8D4979" w14:textId="0070C742" w:rsidR="00BA6E31" w:rsidRPr="00BA6E31" w:rsidRDefault="00BA6E31" w:rsidP="00BA6E31">
            <w:pPr>
              <w:spacing w:after="0" w:line="240" w:lineRule="auto"/>
              <w:rPr>
                <w:rFonts w:eastAsia="Times New Roman" w:cs="Calibri"/>
                <w:b/>
                <w:bCs/>
              </w:rPr>
            </w:pPr>
            <w:proofErr w:type="spellStart"/>
            <w:r w:rsidRPr="00BA6E31">
              <w:rPr>
                <w:rFonts w:eastAsia="Times New Roman" w:cs="Calibri"/>
                <w:b/>
                <w:bCs/>
              </w:rPr>
              <w:t>RxNorm</w:t>
            </w:r>
            <w:proofErr w:type="spellEnd"/>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4857A9" w14:textId="77777777" w:rsidR="00BA6E31" w:rsidRPr="00BA6E31" w:rsidRDefault="00BA6E31" w:rsidP="00BA6E31">
            <w:pPr>
              <w:spacing w:after="0" w:line="240" w:lineRule="auto"/>
              <w:rPr>
                <w:rFonts w:eastAsia="Times New Roman" w:cs="Calibri"/>
              </w:rPr>
            </w:pPr>
            <w:r w:rsidRPr="00BA6E31">
              <w:rPr>
                <w:rFonts w:eastAsia="Times New Roman" w:cs="Calibri"/>
              </w:rPr>
              <w:t>5224</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57CAC8" w14:textId="77777777" w:rsidR="00BA6E31" w:rsidRPr="00BA6E31" w:rsidRDefault="00BA6E31" w:rsidP="00BA6E31">
            <w:pPr>
              <w:spacing w:after="0" w:line="240" w:lineRule="auto"/>
              <w:rPr>
                <w:rFonts w:eastAsia="Times New Roman" w:cs="Calibri"/>
              </w:rPr>
            </w:pPr>
            <w:r w:rsidRPr="00BA6E31">
              <w:rPr>
                <w:rFonts w:eastAsia="Times New Roman" w:cs="Calibri"/>
              </w:rPr>
              <w:t>Heparin</w:t>
            </w:r>
          </w:p>
        </w:tc>
      </w:tr>
      <w:tr w:rsidR="00BA6E31" w:rsidRPr="00BA6E31" w14:paraId="3709475F"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B32043"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E9ABAA" w14:textId="77777777" w:rsidR="00BA6E31" w:rsidRPr="00BA6E31" w:rsidRDefault="00BA6E31" w:rsidP="00BA6E31">
            <w:pPr>
              <w:spacing w:after="0" w:line="240" w:lineRule="auto"/>
              <w:rPr>
                <w:rFonts w:eastAsia="Times New Roman" w:cs="Calibri"/>
              </w:rPr>
            </w:pPr>
            <w:r w:rsidRPr="00BA6E31">
              <w:rPr>
                <w:rFonts w:eastAsia="Times New Roman" w:cs="Calibri"/>
              </w:rPr>
              <w:t>11289</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6B863B" w14:textId="77777777" w:rsidR="00BA6E31" w:rsidRPr="00BA6E31" w:rsidRDefault="00BA6E31" w:rsidP="00BA6E31">
            <w:pPr>
              <w:spacing w:after="0" w:line="240" w:lineRule="auto"/>
              <w:rPr>
                <w:rFonts w:eastAsia="Times New Roman" w:cs="Calibri"/>
              </w:rPr>
            </w:pPr>
            <w:r w:rsidRPr="00BA6E31">
              <w:rPr>
                <w:rFonts w:eastAsia="Times New Roman" w:cs="Calibri"/>
              </w:rPr>
              <w:t>Warfarin</w:t>
            </w:r>
          </w:p>
        </w:tc>
      </w:tr>
      <w:tr w:rsidR="00BA6E31" w:rsidRPr="00BA6E31" w14:paraId="2DA3E224"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03DB5A"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0315B8" w14:textId="77777777" w:rsidR="00BA6E31" w:rsidRPr="00BA6E31" w:rsidRDefault="00BA6E31" w:rsidP="00BA6E31">
            <w:pPr>
              <w:spacing w:after="0" w:line="240" w:lineRule="auto"/>
              <w:rPr>
                <w:rFonts w:eastAsia="Times New Roman" w:cs="Calibri"/>
              </w:rPr>
            </w:pPr>
            <w:r w:rsidRPr="00BA6E31">
              <w:rPr>
                <w:rFonts w:eastAsia="Times New Roman" w:cs="Calibri"/>
              </w:rPr>
              <w:t>15202</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64D748" w14:textId="77777777" w:rsidR="00BA6E31" w:rsidRPr="00BA6E31" w:rsidRDefault="00BA6E31" w:rsidP="00BA6E31">
            <w:pPr>
              <w:spacing w:after="0" w:line="240" w:lineRule="auto"/>
              <w:rPr>
                <w:rFonts w:eastAsia="Times New Roman" w:cs="Calibri"/>
              </w:rPr>
            </w:pPr>
            <w:proofErr w:type="spellStart"/>
            <w:r w:rsidRPr="00BA6E31">
              <w:rPr>
                <w:rFonts w:eastAsia="Times New Roman" w:cs="Calibri"/>
              </w:rPr>
              <w:t>Argatroban</w:t>
            </w:r>
            <w:proofErr w:type="spellEnd"/>
          </w:p>
        </w:tc>
      </w:tr>
      <w:tr w:rsidR="00BA6E31" w:rsidRPr="00BA6E31" w14:paraId="2CCEBC2C"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273D33"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6370E6" w14:textId="77777777" w:rsidR="00BA6E31" w:rsidRPr="00BA6E31" w:rsidRDefault="00BA6E31" w:rsidP="00BA6E31">
            <w:pPr>
              <w:spacing w:after="0" w:line="240" w:lineRule="auto"/>
              <w:rPr>
                <w:rFonts w:eastAsia="Times New Roman" w:cs="Calibri"/>
              </w:rPr>
            </w:pPr>
            <w:r w:rsidRPr="00BA6E31">
              <w:rPr>
                <w:rFonts w:eastAsia="Times New Roman" w:cs="Calibri"/>
              </w:rPr>
              <w:t>60819</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EED0D7" w14:textId="77777777" w:rsidR="00BA6E31" w:rsidRPr="00BA6E31" w:rsidRDefault="00BA6E31" w:rsidP="00BA6E31">
            <w:pPr>
              <w:spacing w:after="0" w:line="240" w:lineRule="auto"/>
              <w:rPr>
                <w:rFonts w:eastAsia="Times New Roman" w:cs="Calibri"/>
              </w:rPr>
            </w:pPr>
            <w:r w:rsidRPr="00BA6E31">
              <w:rPr>
                <w:rFonts w:eastAsia="Times New Roman" w:cs="Calibri"/>
              </w:rPr>
              <w:t>Bivalirudin</w:t>
            </w:r>
          </w:p>
        </w:tc>
      </w:tr>
      <w:tr w:rsidR="00BA6E31" w:rsidRPr="00BA6E31" w14:paraId="4F55566A"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15A553"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74239D" w14:textId="77777777" w:rsidR="00BA6E31" w:rsidRPr="00BA6E31" w:rsidRDefault="00BA6E31" w:rsidP="00BA6E31">
            <w:pPr>
              <w:spacing w:after="0" w:line="240" w:lineRule="auto"/>
              <w:rPr>
                <w:rFonts w:eastAsia="Times New Roman" w:cs="Calibri"/>
              </w:rPr>
            </w:pPr>
            <w:r w:rsidRPr="00BA6E31">
              <w:rPr>
                <w:rFonts w:eastAsia="Times New Roman" w:cs="Calibri"/>
              </w:rPr>
              <w:t>67108</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871C4B" w14:textId="77777777" w:rsidR="00BA6E31" w:rsidRPr="00BA6E31" w:rsidRDefault="00BA6E31" w:rsidP="00BA6E31">
            <w:pPr>
              <w:spacing w:after="0" w:line="240" w:lineRule="auto"/>
              <w:rPr>
                <w:rFonts w:eastAsia="Times New Roman" w:cs="Calibri"/>
              </w:rPr>
            </w:pPr>
            <w:r w:rsidRPr="00BA6E31">
              <w:rPr>
                <w:rFonts w:eastAsia="Times New Roman" w:cs="Calibri"/>
              </w:rPr>
              <w:t>Enoxaparin</w:t>
            </w:r>
          </w:p>
        </w:tc>
      </w:tr>
      <w:tr w:rsidR="00BA6E31" w:rsidRPr="00BA6E31" w14:paraId="62134B10"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E11360"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B10ECF" w14:textId="77777777" w:rsidR="00BA6E31" w:rsidRPr="00BA6E31" w:rsidRDefault="00BA6E31" w:rsidP="00BA6E31">
            <w:pPr>
              <w:spacing w:after="0" w:line="240" w:lineRule="auto"/>
              <w:rPr>
                <w:rFonts w:eastAsia="Times New Roman" w:cs="Calibri"/>
              </w:rPr>
            </w:pPr>
            <w:r w:rsidRPr="00BA6E31">
              <w:rPr>
                <w:rFonts w:eastAsia="Times New Roman" w:cs="Calibri"/>
              </w:rPr>
              <w:t>67109</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91F93D" w14:textId="77777777" w:rsidR="00BA6E31" w:rsidRPr="00BA6E31" w:rsidRDefault="00BA6E31" w:rsidP="00BA6E31">
            <w:pPr>
              <w:spacing w:after="0" w:line="240" w:lineRule="auto"/>
              <w:rPr>
                <w:rFonts w:eastAsia="Times New Roman" w:cs="Calibri"/>
              </w:rPr>
            </w:pPr>
            <w:proofErr w:type="spellStart"/>
            <w:r w:rsidRPr="00BA6E31">
              <w:rPr>
                <w:rFonts w:eastAsia="Times New Roman" w:cs="Calibri"/>
              </w:rPr>
              <w:t>Dalteparin</w:t>
            </w:r>
            <w:proofErr w:type="spellEnd"/>
          </w:p>
        </w:tc>
      </w:tr>
      <w:tr w:rsidR="00BA6E31" w:rsidRPr="00BA6E31" w14:paraId="1899CA07"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337D9B"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666026" w14:textId="77777777" w:rsidR="00BA6E31" w:rsidRPr="00BA6E31" w:rsidRDefault="00BA6E31" w:rsidP="00BA6E31">
            <w:pPr>
              <w:spacing w:after="0" w:line="240" w:lineRule="auto"/>
              <w:rPr>
                <w:rFonts w:eastAsia="Times New Roman" w:cs="Calibri"/>
              </w:rPr>
            </w:pPr>
            <w:r w:rsidRPr="00BA6E31">
              <w:rPr>
                <w:rFonts w:eastAsia="Times New Roman" w:cs="Calibri"/>
              </w:rPr>
              <w:t>73137</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837E86" w14:textId="77777777" w:rsidR="00BA6E31" w:rsidRPr="00BA6E31" w:rsidRDefault="00BA6E31" w:rsidP="00BA6E31">
            <w:pPr>
              <w:spacing w:after="0" w:line="240" w:lineRule="auto"/>
              <w:rPr>
                <w:rFonts w:eastAsia="Times New Roman" w:cs="Calibri"/>
              </w:rPr>
            </w:pPr>
            <w:r w:rsidRPr="00BA6E31">
              <w:rPr>
                <w:rFonts w:eastAsia="Times New Roman" w:cs="Calibri"/>
              </w:rPr>
              <w:t>Tirofiban</w:t>
            </w:r>
          </w:p>
        </w:tc>
      </w:tr>
      <w:tr w:rsidR="00BA6E31" w:rsidRPr="00BA6E31" w14:paraId="46E3A52E"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E81EDF"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F530EC" w14:textId="77777777" w:rsidR="00BA6E31" w:rsidRPr="00BA6E31" w:rsidRDefault="00BA6E31" w:rsidP="00BA6E31">
            <w:pPr>
              <w:spacing w:after="0" w:line="240" w:lineRule="auto"/>
              <w:rPr>
                <w:rFonts w:eastAsia="Times New Roman" w:cs="Calibri"/>
              </w:rPr>
            </w:pPr>
            <w:r w:rsidRPr="00BA6E31">
              <w:rPr>
                <w:rFonts w:eastAsia="Times New Roman" w:cs="Calibri"/>
              </w:rPr>
              <w:t>75635</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629465" w14:textId="77777777" w:rsidR="00BA6E31" w:rsidRPr="00BA6E31" w:rsidRDefault="00BA6E31" w:rsidP="00BA6E31">
            <w:pPr>
              <w:spacing w:after="0" w:line="240" w:lineRule="auto"/>
              <w:rPr>
                <w:rFonts w:eastAsia="Times New Roman" w:cs="Calibri"/>
              </w:rPr>
            </w:pPr>
            <w:r w:rsidRPr="00BA6E31">
              <w:rPr>
                <w:rFonts w:eastAsia="Times New Roman" w:cs="Calibri"/>
              </w:rPr>
              <w:t>Eptifibatide</w:t>
            </w:r>
          </w:p>
        </w:tc>
      </w:tr>
      <w:tr w:rsidR="00BA6E31" w:rsidRPr="00BA6E31" w14:paraId="4468240C"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44C249"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DE2590" w14:textId="77777777" w:rsidR="00BA6E31" w:rsidRPr="00BA6E31" w:rsidRDefault="00BA6E31" w:rsidP="00BA6E31">
            <w:pPr>
              <w:spacing w:after="0" w:line="240" w:lineRule="auto"/>
              <w:rPr>
                <w:rFonts w:eastAsia="Times New Roman" w:cs="Calibri"/>
              </w:rPr>
            </w:pPr>
            <w:r w:rsidRPr="00BA6E31">
              <w:rPr>
                <w:rFonts w:eastAsia="Times New Roman" w:cs="Calibri"/>
              </w:rPr>
              <w:t>235473</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353E440" w14:textId="1396087F" w:rsidR="00BA6E31" w:rsidRPr="00BA6E31" w:rsidRDefault="001F1F83" w:rsidP="00BA6E31">
            <w:pPr>
              <w:spacing w:after="0" w:line="240" w:lineRule="auto"/>
              <w:rPr>
                <w:rFonts w:eastAsia="Times New Roman" w:cs="Calibri"/>
              </w:rPr>
            </w:pPr>
            <w:r>
              <w:rPr>
                <w:rFonts w:eastAsia="Times New Roman" w:cs="Calibri"/>
              </w:rPr>
              <w:t xml:space="preserve"> </w:t>
            </w:r>
            <w:r w:rsidR="00BA6E31" w:rsidRPr="00BA6E31">
              <w:rPr>
                <w:rFonts w:eastAsia="Times New Roman" w:cs="Calibri"/>
              </w:rPr>
              <w:t>Heparin (Precise Ingredient)</w:t>
            </w:r>
          </w:p>
        </w:tc>
      </w:tr>
      <w:tr w:rsidR="00BA6E31" w:rsidRPr="00BA6E31" w14:paraId="16FEF22F"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3BAE0F"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917428" w14:textId="77777777" w:rsidR="00BA6E31" w:rsidRPr="00BA6E31" w:rsidRDefault="00BA6E31" w:rsidP="00BA6E31">
            <w:pPr>
              <w:spacing w:after="0" w:line="240" w:lineRule="auto"/>
              <w:rPr>
                <w:rFonts w:eastAsia="Times New Roman" w:cs="Calibri"/>
              </w:rPr>
            </w:pPr>
            <w:r w:rsidRPr="00BA6E31">
              <w:rPr>
                <w:rFonts w:eastAsia="Times New Roman" w:cs="Calibri"/>
              </w:rPr>
              <w:t>321208</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21DBEC" w14:textId="77777777" w:rsidR="00BA6E31" w:rsidRPr="00BA6E31" w:rsidRDefault="00BA6E31" w:rsidP="00BA6E31">
            <w:pPr>
              <w:spacing w:after="0" w:line="240" w:lineRule="auto"/>
              <w:rPr>
                <w:rFonts w:eastAsia="Times New Roman" w:cs="Calibri"/>
              </w:rPr>
            </w:pPr>
            <w:r w:rsidRPr="00BA6E31">
              <w:rPr>
                <w:rFonts w:eastAsia="Times New Roman" w:cs="Calibri"/>
              </w:rPr>
              <w:t>Fondaparinux</w:t>
            </w:r>
          </w:p>
        </w:tc>
      </w:tr>
      <w:tr w:rsidR="00BA6E31" w:rsidRPr="00BA6E31" w14:paraId="610F82AB"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9DBBE2"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3D9987" w14:textId="77777777" w:rsidR="00BA6E31" w:rsidRPr="00BA6E31" w:rsidRDefault="00BA6E31" w:rsidP="00BA6E31">
            <w:pPr>
              <w:spacing w:after="0" w:line="240" w:lineRule="auto"/>
              <w:rPr>
                <w:rFonts w:eastAsia="Times New Roman" w:cs="Calibri"/>
              </w:rPr>
            </w:pPr>
            <w:r w:rsidRPr="00BA6E31">
              <w:rPr>
                <w:rFonts w:eastAsia="Times New Roman" w:cs="Calibri"/>
              </w:rPr>
              <w:t>1037042</w:t>
            </w:r>
          </w:p>
        </w:tc>
        <w:tc>
          <w:tcPr>
            <w:tcW w:w="6210" w:type="dxa"/>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137B45F" w14:textId="77777777" w:rsidR="00BA6E31" w:rsidRPr="00BA6E31" w:rsidRDefault="00BA6E31" w:rsidP="00BA6E31">
            <w:pPr>
              <w:spacing w:after="0" w:line="240" w:lineRule="auto"/>
              <w:rPr>
                <w:rFonts w:eastAsia="Times New Roman" w:cs="Calibri"/>
              </w:rPr>
            </w:pPr>
            <w:r w:rsidRPr="00BA6E31">
              <w:rPr>
                <w:rFonts w:eastAsia="Times New Roman" w:cs="Calibri"/>
              </w:rPr>
              <w:t xml:space="preserve">Dabigatran </w:t>
            </w:r>
            <w:proofErr w:type="spellStart"/>
            <w:r w:rsidRPr="00BA6E31">
              <w:rPr>
                <w:rFonts w:eastAsia="Times New Roman" w:cs="Calibri"/>
              </w:rPr>
              <w:t>etexilate</w:t>
            </w:r>
            <w:proofErr w:type="spellEnd"/>
          </w:p>
        </w:tc>
      </w:tr>
      <w:tr w:rsidR="00BA6E31" w:rsidRPr="00BA6E31" w14:paraId="602ECA22"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14B203"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FDF967" w14:textId="77777777" w:rsidR="00BA6E31" w:rsidRPr="00BA6E31" w:rsidRDefault="00BA6E31" w:rsidP="00BA6E31">
            <w:pPr>
              <w:spacing w:after="0" w:line="240" w:lineRule="auto"/>
              <w:rPr>
                <w:rFonts w:eastAsia="Times New Roman" w:cs="Calibri"/>
              </w:rPr>
            </w:pPr>
            <w:r w:rsidRPr="00BA6E31">
              <w:rPr>
                <w:rFonts w:eastAsia="Times New Roman" w:cs="Calibri"/>
              </w:rPr>
              <w:t>1114195</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55B5DD" w14:textId="77777777" w:rsidR="00BA6E31" w:rsidRPr="00BA6E31" w:rsidRDefault="00BA6E31" w:rsidP="00BA6E31">
            <w:pPr>
              <w:spacing w:after="0" w:line="240" w:lineRule="auto"/>
              <w:rPr>
                <w:rFonts w:eastAsia="Times New Roman" w:cs="Calibri"/>
              </w:rPr>
            </w:pPr>
            <w:r w:rsidRPr="00BA6E31">
              <w:rPr>
                <w:rFonts w:eastAsia="Times New Roman" w:cs="Calibri"/>
              </w:rPr>
              <w:t>Rivaroxaban</w:t>
            </w:r>
          </w:p>
        </w:tc>
      </w:tr>
      <w:tr w:rsidR="00BA6E31" w:rsidRPr="00BA6E31" w14:paraId="07944A97"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0D54F0"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806C2D" w14:textId="77777777" w:rsidR="00BA6E31" w:rsidRPr="00BA6E31" w:rsidRDefault="00BA6E31" w:rsidP="00BA6E31">
            <w:pPr>
              <w:spacing w:after="0" w:line="240" w:lineRule="auto"/>
              <w:rPr>
                <w:rFonts w:eastAsia="Times New Roman" w:cs="Calibri"/>
              </w:rPr>
            </w:pPr>
            <w:r w:rsidRPr="00BA6E31">
              <w:rPr>
                <w:rFonts w:eastAsia="Times New Roman" w:cs="Calibri"/>
              </w:rPr>
              <w:t>1311089</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C2F741" w14:textId="77777777" w:rsidR="00BA6E31" w:rsidRPr="00BA6E31" w:rsidRDefault="00BA6E31" w:rsidP="00BA6E31">
            <w:pPr>
              <w:spacing w:after="0" w:line="240" w:lineRule="auto"/>
              <w:rPr>
                <w:rFonts w:eastAsia="Times New Roman" w:cs="Calibri"/>
              </w:rPr>
            </w:pPr>
            <w:r w:rsidRPr="00BA6E31">
              <w:rPr>
                <w:rFonts w:eastAsia="Times New Roman" w:cs="Calibri"/>
              </w:rPr>
              <w:t>Defibrotide</w:t>
            </w:r>
          </w:p>
        </w:tc>
      </w:tr>
      <w:tr w:rsidR="00BA6E31" w:rsidRPr="00BA6E31" w14:paraId="2E1FF5A8"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FE2B64"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D37F6E" w14:textId="77777777" w:rsidR="00BA6E31" w:rsidRPr="00BA6E31" w:rsidRDefault="00BA6E31" w:rsidP="00BA6E31">
            <w:pPr>
              <w:spacing w:after="0" w:line="240" w:lineRule="auto"/>
              <w:rPr>
                <w:rFonts w:eastAsia="Times New Roman" w:cs="Calibri"/>
              </w:rPr>
            </w:pPr>
            <w:r w:rsidRPr="00BA6E31">
              <w:rPr>
                <w:rFonts w:eastAsia="Times New Roman" w:cs="Calibri"/>
              </w:rPr>
              <w:t>1364430</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CC9293" w14:textId="77777777" w:rsidR="00BA6E31" w:rsidRPr="00BA6E31" w:rsidRDefault="00BA6E31" w:rsidP="00BA6E31">
            <w:pPr>
              <w:spacing w:after="0" w:line="240" w:lineRule="auto"/>
              <w:rPr>
                <w:rFonts w:eastAsia="Times New Roman" w:cs="Calibri"/>
              </w:rPr>
            </w:pPr>
            <w:r w:rsidRPr="00BA6E31">
              <w:rPr>
                <w:rFonts w:eastAsia="Times New Roman" w:cs="Calibri"/>
              </w:rPr>
              <w:t>Apixaban</w:t>
            </w:r>
          </w:p>
        </w:tc>
      </w:tr>
      <w:tr w:rsidR="00BA6E31" w:rsidRPr="00BA6E31" w14:paraId="101E3E9C"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200939" w14:textId="77777777" w:rsidR="00BA6E31" w:rsidRPr="00BA6E31" w:rsidRDefault="00BA6E31" w:rsidP="00BA6E31">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0E855B" w14:textId="77777777" w:rsidR="00BA6E31" w:rsidRPr="00BA6E31" w:rsidRDefault="00BA6E31" w:rsidP="00BA6E31">
            <w:pPr>
              <w:spacing w:after="0" w:line="240" w:lineRule="auto"/>
              <w:rPr>
                <w:rFonts w:eastAsia="Times New Roman" w:cs="Calibri"/>
              </w:rPr>
            </w:pPr>
            <w:r w:rsidRPr="00BA6E31">
              <w:rPr>
                <w:rFonts w:eastAsia="Times New Roman" w:cs="Calibri"/>
              </w:rPr>
              <w:t>1599538</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31ECFFF" w14:textId="77777777" w:rsidR="00BA6E31" w:rsidRPr="00BA6E31" w:rsidRDefault="00BA6E31" w:rsidP="00BA6E31">
            <w:pPr>
              <w:spacing w:after="0" w:line="240" w:lineRule="auto"/>
              <w:rPr>
                <w:rFonts w:eastAsia="Times New Roman" w:cs="Calibri"/>
              </w:rPr>
            </w:pPr>
            <w:proofErr w:type="spellStart"/>
            <w:r w:rsidRPr="00BA6E31">
              <w:rPr>
                <w:rFonts w:eastAsia="Times New Roman" w:cs="Calibri"/>
              </w:rPr>
              <w:t>Edoxaban</w:t>
            </w:r>
            <w:proofErr w:type="spellEnd"/>
          </w:p>
        </w:tc>
      </w:tr>
      <w:tr w:rsidR="00304546" w:rsidRPr="00BA6E31" w14:paraId="535C4ED1"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88F64BA" w14:textId="77777777" w:rsidR="00304546" w:rsidRPr="00BA6E31" w:rsidRDefault="00304546" w:rsidP="00304546">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4018149A" w14:textId="706806FE" w:rsidR="00304546" w:rsidRPr="00BA6E31" w:rsidRDefault="00304546" w:rsidP="00304546">
            <w:pPr>
              <w:spacing w:after="0" w:line="240" w:lineRule="auto"/>
              <w:rPr>
                <w:rFonts w:eastAsia="Times New Roman" w:cs="Calibri"/>
              </w:rPr>
            </w:pPr>
            <w:r w:rsidRPr="00304546">
              <w:rPr>
                <w:rFonts w:eastAsia="Times New Roman" w:cs="Calibri"/>
              </w:rPr>
              <w:t>10324</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DB3A66" w14:textId="69F418C0" w:rsidR="00304546" w:rsidRPr="00BA6E31" w:rsidRDefault="00304546" w:rsidP="00304546">
            <w:pPr>
              <w:spacing w:after="0" w:line="240" w:lineRule="auto"/>
              <w:rPr>
                <w:rFonts w:eastAsia="Times New Roman" w:cs="Calibri"/>
              </w:rPr>
            </w:pPr>
            <w:r>
              <w:rPr>
                <w:rFonts w:eastAsia="Times New Roman" w:cs="Calibri"/>
              </w:rPr>
              <w:t>T</w:t>
            </w:r>
            <w:r w:rsidRPr="00304546">
              <w:rPr>
                <w:rFonts w:eastAsia="Times New Roman" w:cs="Calibri"/>
              </w:rPr>
              <w:t>amoxifen</w:t>
            </w:r>
          </w:p>
        </w:tc>
      </w:tr>
      <w:tr w:rsidR="00304546" w:rsidRPr="00BA6E31" w14:paraId="31C0C7AC"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668ED6E" w14:textId="77777777" w:rsidR="00304546" w:rsidRPr="00BA6E31" w:rsidRDefault="00304546" w:rsidP="00304546">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2698428" w14:textId="31EF15A3" w:rsidR="00304546" w:rsidRPr="00BA6E31" w:rsidRDefault="00304546" w:rsidP="00304546">
            <w:pPr>
              <w:spacing w:after="0" w:line="240" w:lineRule="auto"/>
              <w:rPr>
                <w:rFonts w:eastAsia="Times New Roman" w:cs="Calibri"/>
              </w:rPr>
            </w:pPr>
            <w:r w:rsidRPr="00304546">
              <w:rPr>
                <w:rFonts w:eastAsia="Times New Roman" w:cs="Calibri"/>
              </w:rPr>
              <w:t>282357</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4FFBB4A" w14:textId="1F809067" w:rsidR="00304546" w:rsidRPr="00BA6E31" w:rsidRDefault="00304546" w:rsidP="00304546">
            <w:pPr>
              <w:spacing w:after="0" w:line="240" w:lineRule="auto"/>
              <w:rPr>
                <w:rFonts w:eastAsia="Times New Roman" w:cs="Calibri"/>
              </w:rPr>
            </w:pPr>
            <w:r>
              <w:rPr>
                <w:rFonts w:eastAsia="Times New Roman" w:cs="Calibri"/>
              </w:rPr>
              <w:t>Fu</w:t>
            </w:r>
            <w:r w:rsidRPr="00304546">
              <w:rPr>
                <w:rFonts w:eastAsia="Times New Roman" w:cs="Calibri"/>
              </w:rPr>
              <w:t>lvestrant</w:t>
            </w:r>
          </w:p>
        </w:tc>
      </w:tr>
      <w:tr w:rsidR="00304546" w:rsidRPr="00BA6E31" w14:paraId="20390567"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0F873FBC" w14:textId="77777777" w:rsidR="00304546" w:rsidRPr="00BA6E31" w:rsidRDefault="00304546" w:rsidP="00304546">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52A4CA44" w14:textId="3296071A" w:rsidR="00304546" w:rsidRPr="00BA6E31" w:rsidRDefault="00304546" w:rsidP="00304546">
            <w:pPr>
              <w:spacing w:after="0" w:line="240" w:lineRule="auto"/>
              <w:rPr>
                <w:rFonts w:eastAsia="Times New Roman" w:cs="Calibri"/>
              </w:rPr>
            </w:pPr>
            <w:r w:rsidRPr="00304546">
              <w:rPr>
                <w:rFonts w:eastAsia="Times New Roman" w:cs="Calibri"/>
              </w:rPr>
              <w:t>258494</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16F06AAC" w14:textId="46331A7D" w:rsidR="00304546" w:rsidRPr="00BA6E31" w:rsidRDefault="00304546" w:rsidP="00304546">
            <w:pPr>
              <w:spacing w:after="0" w:line="240" w:lineRule="auto"/>
              <w:rPr>
                <w:rFonts w:eastAsia="Times New Roman" w:cs="Calibri"/>
              </w:rPr>
            </w:pPr>
            <w:r>
              <w:rPr>
                <w:rFonts w:eastAsia="Times New Roman" w:cs="Calibri"/>
              </w:rPr>
              <w:t>E</w:t>
            </w:r>
            <w:r w:rsidRPr="00304546">
              <w:rPr>
                <w:rFonts w:eastAsia="Times New Roman" w:cs="Calibri"/>
              </w:rPr>
              <w:t>xemestane</w:t>
            </w:r>
          </w:p>
        </w:tc>
      </w:tr>
      <w:tr w:rsidR="00304546" w:rsidRPr="00BA6E31" w14:paraId="77CC0FB1"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12016BC" w14:textId="77777777" w:rsidR="00304546" w:rsidRPr="00BA6E31" w:rsidRDefault="00304546" w:rsidP="00304546">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714DEE5" w14:textId="0F31B00A" w:rsidR="00304546" w:rsidRPr="00BA6E31" w:rsidRDefault="00304546" w:rsidP="00304546">
            <w:pPr>
              <w:spacing w:after="0" w:line="240" w:lineRule="auto"/>
              <w:rPr>
                <w:rFonts w:eastAsia="Times New Roman" w:cs="Calibri"/>
              </w:rPr>
            </w:pPr>
            <w:r w:rsidRPr="00304546">
              <w:rPr>
                <w:rFonts w:eastAsia="Times New Roman" w:cs="Calibri"/>
              </w:rPr>
              <w:t>72965</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26B7E4AA" w14:textId="7F33BCE2" w:rsidR="00304546" w:rsidRPr="00BA6E31" w:rsidRDefault="00304546" w:rsidP="00304546">
            <w:pPr>
              <w:spacing w:after="0" w:line="240" w:lineRule="auto"/>
              <w:rPr>
                <w:rFonts w:eastAsia="Times New Roman" w:cs="Calibri"/>
              </w:rPr>
            </w:pPr>
            <w:r>
              <w:rPr>
                <w:rFonts w:eastAsia="Times New Roman" w:cs="Calibri"/>
              </w:rPr>
              <w:t>L</w:t>
            </w:r>
            <w:r w:rsidRPr="00304546">
              <w:rPr>
                <w:rFonts w:eastAsia="Times New Roman" w:cs="Calibri"/>
              </w:rPr>
              <w:t>etrozole</w:t>
            </w:r>
          </w:p>
        </w:tc>
      </w:tr>
      <w:tr w:rsidR="00304546" w:rsidRPr="00BA6E31" w14:paraId="77CF63A6" w14:textId="77777777" w:rsidTr="00BA6E31">
        <w:trPr>
          <w:trHeight w:val="315"/>
        </w:trPr>
        <w:tc>
          <w:tcPr>
            <w:tcW w:w="139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65319C48" w14:textId="77777777" w:rsidR="00304546" w:rsidRPr="00BA6E31" w:rsidRDefault="00304546" w:rsidP="00304546">
            <w:pPr>
              <w:spacing w:after="0" w:line="240" w:lineRule="auto"/>
              <w:rPr>
                <w:rFonts w:eastAsia="Times New Roman" w:cs="Calibri"/>
              </w:rPr>
            </w:pPr>
          </w:p>
        </w:tc>
        <w:tc>
          <w:tcPr>
            <w:tcW w:w="144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3B456C65" w14:textId="712A8049" w:rsidR="00304546" w:rsidRPr="00BA6E31" w:rsidRDefault="00304546" w:rsidP="00304546">
            <w:pPr>
              <w:spacing w:after="0" w:line="240" w:lineRule="auto"/>
              <w:rPr>
                <w:rFonts w:eastAsia="Times New Roman" w:cs="Calibri"/>
              </w:rPr>
            </w:pPr>
            <w:r w:rsidRPr="00304546">
              <w:rPr>
                <w:rFonts w:eastAsia="Times New Roman" w:cs="Calibri"/>
              </w:rPr>
              <w:t>84857</w:t>
            </w:r>
          </w:p>
        </w:tc>
        <w:tc>
          <w:tcPr>
            <w:tcW w:w="621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tcPr>
          <w:p w14:paraId="715C2A4B" w14:textId="4BE80D79" w:rsidR="00304546" w:rsidRPr="00BA6E31" w:rsidRDefault="00304546" w:rsidP="00304546">
            <w:pPr>
              <w:spacing w:after="0" w:line="240" w:lineRule="auto"/>
              <w:rPr>
                <w:rFonts w:eastAsia="Times New Roman" w:cs="Calibri"/>
              </w:rPr>
            </w:pPr>
            <w:r>
              <w:rPr>
                <w:rFonts w:eastAsia="Times New Roman" w:cs="Calibri"/>
              </w:rPr>
              <w:t>A</w:t>
            </w:r>
            <w:r w:rsidRPr="00304546">
              <w:rPr>
                <w:rFonts w:eastAsia="Times New Roman" w:cs="Calibri"/>
              </w:rPr>
              <w:t>nastrozole</w:t>
            </w:r>
          </w:p>
        </w:tc>
      </w:tr>
    </w:tbl>
    <w:p w14:paraId="620562A1" w14:textId="1FB4DFBD" w:rsidR="007C0E3C" w:rsidRPr="00304546" w:rsidRDefault="00000000">
      <w:pPr>
        <w:spacing w:before="240" w:after="80"/>
        <w:rPr>
          <w:b/>
        </w:rPr>
      </w:pPr>
      <w:r>
        <w:rPr>
          <w:b/>
        </w:rPr>
        <w:lastRenderedPageBreak/>
        <w:t>Table S</w:t>
      </w:r>
      <w:r w:rsidR="00BA6E31">
        <w:rPr>
          <w:b/>
        </w:rPr>
        <w:t>2</w:t>
      </w:r>
      <w:r>
        <w:rPr>
          <w:b/>
        </w:rPr>
        <w:t>.</w:t>
      </w:r>
      <w:r>
        <w:t xml:space="preserve"> Time-dependent Cox proportional hazard model comparing patients on any targeted therapy to those not on targeted therapy for the outcome of thrombosis (venous or arterial), without adjustment for concomitant medication. Table presents hazard ratio, 95% confidence interval, and event rate as percent (number of events/number of observations). Significant p-values in bold.</w:t>
      </w:r>
    </w:p>
    <w:tbl>
      <w:tblPr>
        <w:tblStyle w:val="TableGrid"/>
        <w:tblW w:w="0" w:type="auto"/>
        <w:tblLook w:val="04A0" w:firstRow="1" w:lastRow="0" w:firstColumn="1" w:lastColumn="0" w:noHBand="0" w:noVBand="1"/>
      </w:tblPr>
      <w:tblGrid>
        <w:gridCol w:w="1872"/>
        <w:gridCol w:w="1872"/>
        <w:gridCol w:w="1872"/>
        <w:gridCol w:w="1872"/>
        <w:gridCol w:w="1872"/>
      </w:tblGrid>
      <w:tr w:rsidR="007C0E3C" w14:paraId="14547043" w14:textId="77777777">
        <w:tc>
          <w:tcPr>
            <w:tcW w:w="1872" w:type="dxa"/>
          </w:tcPr>
          <w:p w14:paraId="03A5A7F6" w14:textId="77777777" w:rsidR="007C0E3C" w:rsidRDefault="00000000">
            <w:r>
              <w:rPr>
                <w:b/>
                <w:sz w:val="20"/>
              </w:rPr>
              <w:t>Characteristic</w:t>
            </w:r>
          </w:p>
        </w:tc>
        <w:tc>
          <w:tcPr>
            <w:tcW w:w="1872" w:type="dxa"/>
          </w:tcPr>
          <w:p w14:paraId="05294A4F" w14:textId="77777777" w:rsidR="007C0E3C" w:rsidRDefault="00000000">
            <w:r>
              <w:rPr>
                <w:b/>
                <w:sz w:val="20"/>
              </w:rPr>
              <w:t>Event Rate</w:t>
            </w:r>
          </w:p>
        </w:tc>
        <w:tc>
          <w:tcPr>
            <w:tcW w:w="1872" w:type="dxa"/>
          </w:tcPr>
          <w:p w14:paraId="1C14662F" w14:textId="77777777" w:rsidR="007C0E3C" w:rsidRDefault="00000000">
            <w:r>
              <w:rPr>
                <w:b/>
                <w:sz w:val="20"/>
              </w:rPr>
              <w:t>HR</w:t>
            </w:r>
            <w:r>
              <w:rPr>
                <w:b/>
                <w:i/>
                <w:sz w:val="20"/>
                <w:vertAlign w:val="superscript"/>
              </w:rPr>
              <w:t>1</w:t>
            </w:r>
          </w:p>
        </w:tc>
        <w:tc>
          <w:tcPr>
            <w:tcW w:w="1872" w:type="dxa"/>
          </w:tcPr>
          <w:p w14:paraId="55A0D65D" w14:textId="77777777" w:rsidR="007C0E3C" w:rsidRDefault="00000000">
            <w:r>
              <w:rPr>
                <w:b/>
                <w:sz w:val="20"/>
              </w:rPr>
              <w:t>95% CI</w:t>
            </w:r>
            <w:r>
              <w:rPr>
                <w:b/>
                <w:i/>
                <w:sz w:val="20"/>
                <w:vertAlign w:val="superscript"/>
              </w:rPr>
              <w:t>1</w:t>
            </w:r>
          </w:p>
        </w:tc>
        <w:tc>
          <w:tcPr>
            <w:tcW w:w="1872" w:type="dxa"/>
          </w:tcPr>
          <w:p w14:paraId="164C9DF5" w14:textId="77777777" w:rsidR="007C0E3C" w:rsidRDefault="00000000">
            <w:r>
              <w:rPr>
                <w:b/>
                <w:sz w:val="20"/>
              </w:rPr>
              <w:t>p-value</w:t>
            </w:r>
          </w:p>
        </w:tc>
      </w:tr>
      <w:tr w:rsidR="007C0E3C" w14:paraId="1C50F89E" w14:textId="77777777">
        <w:tc>
          <w:tcPr>
            <w:tcW w:w="1872" w:type="dxa"/>
          </w:tcPr>
          <w:p w14:paraId="06636CEC" w14:textId="77777777" w:rsidR="007C0E3C" w:rsidRDefault="00000000">
            <w:r>
              <w:rPr>
                <w:b/>
                <w:sz w:val="20"/>
              </w:rPr>
              <w:t>Targeted therapy</w:t>
            </w:r>
          </w:p>
        </w:tc>
        <w:tc>
          <w:tcPr>
            <w:tcW w:w="1872" w:type="dxa"/>
          </w:tcPr>
          <w:p w14:paraId="2F563E27" w14:textId="77777777" w:rsidR="007C0E3C" w:rsidRDefault="007C0E3C"/>
        </w:tc>
        <w:tc>
          <w:tcPr>
            <w:tcW w:w="1872" w:type="dxa"/>
          </w:tcPr>
          <w:p w14:paraId="1A9B1C49" w14:textId="77777777" w:rsidR="007C0E3C" w:rsidRDefault="007C0E3C"/>
        </w:tc>
        <w:tc>
          <w:tcPr>
            <w:tcW w:w="1872" w:type="dxa"/>
          </w:tcPr>
          <w:p w14:paraId="4B98E640" w14:textId="77777777" w:rsidR="007C0E3C" w:rsidRDefault="007C0E3C"/>
        </w:tc>
        <w:tc>
          <w:tcPr>
            <w:tcW w:w="1872" w:type="dxa"/>
          </w:tcPr>
          <w:p w14:paraId="43C5F4E6" w14:textId="77777777" w:rsidR="007C0E3C" w:rsidRDefault="007C0E3C"/>
        </w:tc>
      </w:tr>
      <w:tr w:rsidR="007C0E3C" w14:paraId="4B58BFA4" w14:textId="77777777">
        <w:tc>
          <w:tcPr>
            <w:tcW w:w="1872" w:type="dxa"/>
          </w:tcPr>
          <w:p w14:paraId="695E8FCD" w14:textId="77777777" w:rsidR="007C0E3C" w:rsidRDefault="00000000">
            <w:r>
              <w:rPr>
                <w:sz w:val="20"/>
              </w:rPr>
              <w:t>    No</w:t>
            </w:r>
          </w:p>
        </w:tc>
        <w:tc>
          <w:tcPr>
            <w:tcW w:w="1872" w:type="dxa"/>
          </w:tcPr>
          <w:p w14:paraId="6BBF9379" w14:textId="77777777" w:rsidR="007C0E3C" w:rsidRDefault="00000000">
            <w:r>
              <w:rPr>
                <w:sz w:val="20"/>
              </w:rPr>
              <w:t>10,168 (6.5%)</w:t>
            </w:r>
          </w:p>
        </w:tc>
        <w:tc>
          <w:tcPr>
            <w:tcW w:w="1872" w:type="dxa"/>
          </w:tcPr>
          <w:p w14:paraId="2F89674B" w14:textId="77777777" w:rsidR="007C0E3C" w:rsidRDefault="00000000">
            <w:r>
              <w:rPr>
                <w:sz w:val="20"/>
              </w:rPr>
              <w:t>—</w:t>
            </w:r>
          </w:p>
        </w:tc>
        <w:tc>
          <w:tcPr>
            <w:tcW w:w="1872" w:type="dxa"/>
          </w:tcPr>
          <w:p w14:paraId="454C7619" w14:textId="77777777" w:rsidR="007C0E3C" w:rsidRDefault="00000000">
            <w:r>
              <w:rPr>
                <w:sz w:val="20"/>
              </w:rPr>
              <w:t>—</w:t>
            </w:r>
          </w:p>
        </w:tc>
        <w:tc>
          <w:tcPr>
            <w:tcW w:w="1872" w:type="dxa"/>
          </w:tcPr>
          <w:p w14:paraId="215B6C5C" w14:textId="77777777" w:rsidR="007C0E3C" w:rsidRDefault="007C0E3C"/>
        </w:tc>
      </w:tr>
      <w:tr w:rsidR="007C0E3C" w14:paraId="3A84647B" w14:textId="77777777">
        <w:tc>
          <w:tcPr>
            <w:tcW w:w="1872" w:type="dxa"/>
          </w:tcPr>
          <w:p w14:paraId="26BCD597" w14:textId="77777777" w:rsidR="007C0E3C" w:rsidRDefault="00000000">
            <w:r>
              <w:rPr>
                <w:sz w:val="20"/>
              </w:rPr>
              <w:t>    Yes</w:t>
            </w:r>
          </w:p>
        </w:tc>
        <w:tc>
          <w:tcPr>
            <w:tcW w:w="1872" w:type="dxa"/>
          </w:tcPr>
          <w:p w14:paraId="355AC19F" w14:textId="77777777" w:rsidR="007C0E3C" w:rsidRDefault="00000000">
            <w:r>
              <w:rPr>
                <w:sz w:val="20"/>
              </w:rPr>
              <w:t>212 (6.3%)</w:t>
            </w:r>
          </w:p>
        </w:tc>
        <w:tc>
          <w:tcPr>
            <w:tcW w:w="1872" w:type="dxa"/>
          </w:tcPr>
          <w:p w14:paraId="75C2BA57" w14:textId="77777777" w:rsidR="007C0E3C" w:rsidRDefault="00000000">
            <w:r>
              <w:rPr>
                <w:sz w:val="20"/>
              </w:rPr>
              <w:t>3.64</w:t>
            </w:r>
          </w:p>
        </w:tc>
        <w:tc>
          <w:tcPr>
            <w:tcW w:w="1872" w:type="dxa"/>
          </w:tcPr>
          <w:p w14:paraId="4A7383AE" w14:textId="77777777" w:rsidR="007C0E3C" w:rsidRDefault="00000000">
            <w:r>
              <w:rPr>
                <w:sz w:val="20"/>
              </w:rPr>
              <w:t>3.15, 4.20</w:t>
            </w:r>
          </w:p>
        </w:tc>
        <w:tc>
          <w:tcPr>
            <w:tcW w:w="1872" w:type="dxa"/>
          </w:tcPr>
          <w:p w14:paraId="4C8F8F97" w14:textId="77777777" w:rsidR="007C0E3C" w:rsidRDefault="00000000">
            <w:r>
              <w:rPr>
                <w:b/>
                <w:sz w:val="20"/>
              </w:rPr>
              <w:t>&lt;0.001</w:t>
            </w:r>
          </w:p>
        </w:tc>
      </w:tr>
      <w:tr w:rsidR="007C0E3C" w14:paraId="2E640BA2" w14:textId="77777777">
        <w:tc>
          <w:tcPr>
            <w:tcW w:w="1872" w:type="dxa"/>
          </w:tcPr>
          <w:p w14:paraId="040F873F" w14:textId="77777777" w:rsidR="007C0E3C" w:rsidRDefault="00000000">
            <w:r>
              <w:rPr>
                <w:b/>
                <w:sz w:val="20"/>
              </w:rPr>
              <w:t>Nicotine dependance</w:t>
            </w:r>
          </w:p>
        </w:tc>
        <w:tc>
          <w:tcPr>
            <w:tcW w:w="1872" w:type="dxa"/>
          </w:tcPr>
          <w:p w14:paraId="62C43714" w14:textId="77777777" w:rsidR="007C0E3C" w:rsidRDefault="007C0E3C"/>
        </w:tc>
        <w:tc>
          <w:tcPr>
            <w:tcW w:w="1872" w:type="dxa"/>
          </w:tcPr>
          <w:p w14:paraId="1C81E724" w14:textId="77777777" w:rsidR="007C0E3C" w:rsidRDefault="007C0E3C"/>
        </w:tc>
        <w:tc>
          <w:tcPr>
            <w:tcW w:w="1872" w:type="dxa"/>
          </w:tcPr>
          <w:p w14:paraId="3E8D00A2" w14:textId="77777777" w:rsidR="007C0E3C" w:rsidRDefault="007C0E3C"/>
        </w:tc>
        <w:tc>
          <w:tcPr>
            <w:tcW w:w="1872" w:type="dxa"/>
          </w:tcPr>
          <w:p w14:paraId="425E154D" w14:textId="77777777" w:rsidR="007C0E3C" w:rsidRDefault="007C0E3C"/>
        </w:tc>
      </w:tr>
      <w:tr w:rsidR="007C0E3C" w14:paraId="66373881" w14:textId="77777777">
        <w:tc>
          <w:tcPr>
            <w:tcW w:w="1872" w:type="dxa"/>
          </w:tcPr>
          <w:p w14:paraId="4F1F0577" w14:textId="77777777" w:rsidR="007C0E3C" w:rsidRDefault="00000000">
            <w:r>
              <w:rPr>
                <w:sz w:val="20"/>
              </w:rPr>
              <w:t>    No</w:t>
            </w:r>
          </w:p>
        </w:tc>
        <w:tc>
          <w:tcPr>
            <w:tcW w:w="1872" w:type="dxa"/>
          </w:tcPr>
          <w:p w14:paraId="7421883C" w14:textId="77777777" w:rsidR="007C0E3C" w:rsidRDefault="00000000">
            <w:r>
              <w:rPr>
                <w:sz w:val="20"/>
              </w:rPr>
              <w:t>8,534 (5.9%)</w:t>
            </w:r>
          </w:p>
        </w:tc>
        <w:tc>
          <w:tcPr>
            <w:tcW w:w="1872" w:type="dxa"/>
          </w:tcPr>
          <w:p w14:paraId="4574561D" w14:textId="77777777" w:rsidR="007C0E3C" w:rsidRDefault="00000000">
            <w:r>
              <w:rPr>
                <w:sz w:val="20"/>
              </w:rPr>
              <w:t>—</w:t>
            </w:r>
          </w:p>
        </w:tc>
        <w:tc>
          <w:tcPr>
            <w:tcW w:w="1872" w:type="dxa"/>
          </w:tcPr>
          <w:p w14:paraId="1B187B2B" w14:textId="77777777" w:rsidR="007C0E3C" w:rsidRDefault="00000000">
            <w:r>
              <w:rPr>
                <w:sz w:val="20"/>
              </w:rPr>
              <w:t>—</w:t>
            </w:r>
          </w:p>
        </w:tc>
        <w:tc>
          <w:tcPr>
            <w:tcW w:w="1872" w:type="dxa"/>
          </w:tcPr>
          <w:p w14:paraId="1539D1ED" w14:textId="77777777" w:rsidR="007C0E3C" w:rsidRDefault="007C0E3C"/>
        </w:tc>
      </w:tr>
      <w:tr w:rsidR="007C0E3C" w14:paraId="002803E5" w14:textId="77777777">
        <w:tc>
          <w:tcPr>
            <w:tcW w:w="1872" w:type="dxa"/>
          </w:tcPr>
          <w:p w14:paraId="6F7F8AAC" w14:textId="77777777" w:rsidR="007C0E3C" w:rsidRDefault="00000000">
            <w:r>
              <w:rPr>
                <w:sz w:val="20"/>
              </w:rPr>
              <w:t>    Yes</w:t>
            </w:r>
          </w:p>
        </w:tc>
        <w:tc>
          <w:tcPr>
            <w:tcW w:w="1872" w:type="dxa"/>
          </w:tcPr>
          <w:p w14:paraId="0AF7D236" w14:textId="77777777" w:rsidR="007C0E3C" w:rsidRDefault="00000000">
            <w:r>
              <w:rPr>
                <w:sz w:val="20"/>
              </w:rPr>
              <w:t>1,846 (12%)</w:t>
            </w:r>
          </w:p>
        </w:tc>
        <w:tc>
          <w:tcPr>
            <w:tcW w:w="1872" w:type="dxa"/>
          </w:tcPr>
          <w:p w14:paraId="6048207B" w14:textId="77777777" w:rsidR="007C0E3C" w:rsidRDefault="00000000">
            <w:r>
              <w:rPr>
                <w:sz w:val="20"/>
              </w:rPr>
              <w:t>2.03</w:t>
            </w:r>
          </w:p>
        </w:tc>
        <w:tc>
          <w:tcPr>
            <w:tcW w:w="1872" w:type="dxa"/>
          </w:tcPr>
          <w:p w14:paraId="4A12F7BC" w14:textId="77777777" w:rsidR="007C0E3C" w:rsidRDefault="00000000">
            <w:r>
              <w:rPr>
                <w:sz w:val="20"/>
              </w:rPr>
              <w:t>1.93, 2.13</w:t>
            </w:r>
          </w:p>
        </w:tc>
        <w:tc>
          <w:tcPr>
            <w:tcW w:w="1872" w:type="dxa"/>
          </w:tcPr>
          <w:p w14:paraId="54B6B419" w14:textId="77777777" w:rsidR="007C0E3C" w:rsidRDefault="00000000">
            <w:r>
              <w:rPr>
                <w:b/>
                <w:sz w:val="20"/>
              </w:rPr>
              <w:t>&lt;0.001</w:t>
            </w:r>
          </w:p>
        </w:tc>
      </w:tr>
      <w:tr w:rsidR="007C0E3C" w14:paraId="4E5AF702" w14:textId="77777777">
        <w:tc>
          <w:tcPr>
            <w:tcW w:w="1872" w:type="dxa"/>
          </w:tcPr>
          <w:p w14:paraId="1A2A0F62" w14:textId="77777777" w:rsidR="007C0E3C" w:rsidRDefault="00000000">
            <w:r>
              <w:rPr>
                <w:b/>
                <w:sz w:val="20"/>
              </w:rPr>
              <w:t>Malignant neoplasm of brain</w:t>
            </w:r>
          </w:p>
        </w:tc>
        <w:tc>
          <w:tcPr>
            <w:tcW w:w="1872" w:type="dxa"/>
          </w:tcPr>
          <w:p w14:paraId="5A9CD601" w14:textId="77777777" w:rsidR="007C0E3C" w:rsidRDefault="007C0E3C"/>
        </w:tc>
        <w:tc>
          <w:tcPr>
            <w:tcW w:w="1872" w:type="dxa"/>
          </w:tcPr>
          <w:p w14:paraId="4DCABD6F" w14:textId="77777777" w:rsidR="007C0E3C" w:rsidRDefault="007C0E3C"/>
        </w:tc>
        <w:tc>
          <w:tcPr>
            <w:tcW w:w="1872" w:type="dxa"/>
          </w:tcPr>
          <w:p w14:paraId="75D22BE7" w14:textId="77777777" w:rsidR="007C0E3C" w:rsidRDefault="007C0E3C"/>
        </w:tc>
        <w:tc>
          <w:tcPr>
            <w:tcW w:w="1872" w:type="dxa"/>
          </w:tcPr>
          <w:p w14:paraId="1AEB424B" w14:textId="77777777" w:rsidR="007C0E3C" w:rsidRDefault="007C0E3C"/>
        </w:tc>
      </w:tr>
      <w:tr w:rsidR="007C0E3C" w14:paraId="68D25DA4" w14:textId="77777777">
        <w:tc>
          <w:tcPr>
            <w:tcW w:w="1872" w:type="dxa"/>
          </w:tcPr>
          <w:p w14:paraId="12C2F7AC" w14:textId="77777777" w:rsidR="007C0E3C" w:rsidRDefault="00000000">
            <w:r>
              <w:rPr>
                <w:sz w:val="20"/>
              </w:rPr>
              <w:t>    No</w:t>
            </w:r>
          </w:p>
        </w:tc>
        <w:tc>
          <w:tcPr>
            <w:tcW w:w="1872" w:type="dxa"/>
          </w:tcPr>
          <w:p w14:paraId="5CA44332" w14:textId="77777777" w:rsidR="007C0E3C" w:rsidRDefault="00000000">
            <w:r>
              <w:rPr>
                <w:sz w:val="20"/>
              </w:rPr>
              <w:t>10,342 (6.4%)</w:t>
            </w:r>
          </w:p>
        </w:tc>
        <w:tc>
          <w:tcPr>
            <w:tcW w:w="1872" w:type="dxa"/>
          </w:tcPr>
          <w:p w14:paraId="24B2BA78" w14:textId="77777777" w:rsidR="007C0E3C" w:rsidRDefault="00000000">
            <w:r>
              <w:rPr>
                <w:sz w:val="20"/>
              </w:rPr>
              <w:t>—</w:t>
            </w:r>
          </w:p>
        </w:tc>
        <w:tc>
          <w:tcPr>
            <w:tcW w:w="1872" w:type="dxa"/>
          </w:tcPr>
          <w:p w14:paraId="77A8573F" w14:textId="77777777" w:rsidR="007C0E3C" w:rsidRDefault="00000000">
            <w:r>
              <w:rPr>
                <w:sz w:val="20"/>
              </w:rPr>
              <w:t>—</w:t>
            </w:r>
          </w:p>
        </w:tc>
        <w:tc>
          <w:tcPr>
            <w:tcW w:w="1872" w:type="dxa"/>
          </w:tcPr>
          <w:p w14:paraId="1027FAEF" w14:textId="77777777" w:rsidR="007C0E3C" w:rsidRDefault="007C0E3C"/>
        </w:tc>
      </w:tr>
      <w:tr w:rsidR="007C0E3C" w14:paraId="1E6E94E7" w14:textId="77777777">
        <w:tc>
          <w:tcPr>
            <w:tcW w:w="1872" w:type="dxa"/>
          </w:tcPr>
          <w:p w14:paraId="695F4CF8" w14:textId="77777777" w:rsidR="007C0E3C" w:rsidRDefault="00000000">
            <w:r>
              <w:rPr>
                <w:sz w:val="20"/>
              </w:rPr>
              <w:t>    Yes</w:t>
            </w:r>
          </w:p>
        </w:tc>
        <w:tc>
          <w:tcPr>
            <w:tcW w:w="1872" w:type="dxa"/>
          </w:tcPr>
          <w:p w14:paraId="0818B19F" w14:textId="77777777" w:rsidR="007C0E3C" w:rsidRDefault="00000000">
            <w:r>
              <w:rPr>
                <w:sz w:val="20"/>
              </w:rPr>
              <w:t>38 (12%)</w:t>
            </w:r>
          </w:p>
        </w:tc>
        <w:tc>
          <w:tcPr>
            <w:tcW w:w="1872" w:type="dxa"/>
          </w:tcPr>
          <w:p w14:paraId="3662C6FA" w14:textId="77777777" w:rsidR="007C0E3C" w:rsidRDefault="00000000">
            <w:r>
              <w:rPr>
                <w:sz w:val="20"/>
              </w:rPr>
              <w:t>4.09</w:t>
            </w:r>
          </w:p>
        </w:tc>
        <w:tc>
          <w:tcPr>
            <w:tcW w:w="1872" w:type="dxa"/>
          </w:tcPr>
          <w:p w14:paraId="067830BA" w14:textId="77777777" w:rsidR="007C0E3C" w:rsidRDefault="00000000">
            <w:r>
              <w:rPr>
                <w:sz w:val="20"/>
              </w:rPr>
              <w:t>2.90, 5.77</w:t>
            </w:r>
          </w:p>
        </w:tc>
        <w:tc>
          <w:tcPr>
            <w:tcW w:w="1872" w:type="dxa"/>
          </w:tcPr>
          <w:p w14:paraId="4BF2031F" w14:textId="77777777" w:rsidR="007C0E3C" w:rsidRDefault="00000000">
            <w:r>
              <w:rPr>
                <w:b/>
                <w:sz w:val="20"/>
              </w:rPr>
              <w:t>&lt;0.001</w:t>
            </w:r>
          </w:p>
        </w:tc>
      </w:tr>
      <w:tr w:rsidR="007C0E3C" w14:paraId="7F59B4C4" w14:textId="77777777">
        <w:tc>
          <w:tcPr>
            <w:tcW w:w="1872" w:type="dxa"/>
          </w:tcPr>
          <w:p w14:paraId="13533730" w14:textId="77777777" w:rsidR="007C0E3C" w:rsidRDefault="00000000">
            <w:r>
              <w:rPr>
                <w:b/>
                <w:sz w:val="20"/>
              </w:rPr>
              <w:t xml:space="preserve">Age at breast </w:t>
            </w:r>
          </w:p>
          <w:p w14:paraId="7A78FB09" w14:textId="77777777" w:rsidR="007C0E3C" w:rsidRDefault="00000000">
            <w:r>
              <w:rPr>
                <w:b/>
                <w:sz w:val="20"/>
              </w:rPr>
              <w:t>cancer diagnosis</w:t>
            </w:r>
          </w:p>
        </w:tc>
        <w:tc>
          <w:tcPr>
            <w:tcW w:w="1872" w:type="dxa"/>
          </w:tcPr>
          <w:p w14:paraId="0E4376DE" w14:textId="77777777" w:rsidR="007C0E3C" w:rsidRDefault="007C0E3C"/>
        </w:tc>
        <w:tc>
          <w:tcPr>
            <w:tcW w:w="1872" w:type="dxa"/>
          </w:tcPr>
          <w:p w14:paraId="4D33DA05" w14:textId="77777777" w:rsidR="007C0E3C" w:rsidRDefault="00000000">
            <w:r>
              <w:rPr>
                <w:sz w:val="20"/>
              </w:rPr>
              <w:t>1.08</w:t>
            </w:r>
          </w:p>
        </w:tc>
        <w:tc>
          <w:tcPr>
            <w:tcW w:w="1872" w:type="dxa"/>
          </w:tcPr>
          <w:p w14:paraId="593FD492" w14:textId="77777777" w:rsidR="007C0E3C" w:rsidRDefault="00000000">
            <w:r>
              <w:rPr>
                <w:sz w:val="20"/>
              </w:rPr>
              <w:t>1.08, 1.09</w:t>
            </w:r>
          </w:p>
        </w:tc>
        <w:tc>
          <w:tcPr>
            <w:tcW w:w="1872" w:type="dxa"/>
          </w:tcPr>
          <w:p w14:paraId="00CACE51" w14:textId="77777777" w:rsidR="007C0E3C" w:rsidRDefault="00000000">
            <w:r>
              <w:rPr>
                <w:b/>
                <w:sz w:val="20"/>
              </w:rPr>
              <w:t>&lt;0.001</w:t>
            </w:r>
          </w:p>
        </w:tc>
      </w:tr>
      <w:tr w:rsidR="007C0E3C" w14:paraId="51B7227A" w14:textId="77777777">
        <w:tc>
          <w:tcPr>
            <w:tcW w:w="1872" w:type="dxa"/>
          </w:tcPr>
          <w:p w14:paraId="2F78BE03" w14:textId="77777777" w:rsidR="007C0E3C" w:rsidRDefault="00000000">
            <w:r>
              <w:rPr>
                <w:b/>
                <w:sz w:val="20"/>
              </w:rPr>
              <w:t>BMI</w:t>
            </w:r>
          </w:p>
        </w:tc>
        <w:tc>
          <w:tcPr>
            <w:tcW w:w="1872" w:type="dxa"/>
          </w:tcPr>
          <w:p w14:paraId="461E533B" w14:textId="77777777" w:rsidR="007C0E3C" w:rsidRDefault="007C0E3C"/>
        </w:tc>
        <w:tc>
          <w:tcPr>
            <w:tcW w:w="1872" w:type="dxa"/>
          </w:tcPr>
          <w:p w14:paraId="146BC59E" w14:textId="77777777" w:rsidR="007C0E3C" w:rsidRDefault="00000000">
            <w:r>
              <w:rPr>
                <w:sz w:val="20"/>
              </w:rPr>
              <w:t>1.03</w:t>
            </w:r>
          </w:p>
        </w:tc>
        <w:tc>
          <w:tcPr>
            <w:tcW w:w="1872" w:type="dxa"/>
          </w:tcPr>
          <w:p w14:paraId="0589074F" w14:textId="77777777" w:rsidR="007C0E3C" w:rsidRDefault="00000000">
            <w:r>
              <w:rPr>
                <w:sz w:val="20"/>
              </w:rPr>
              <w:t>1.03, 1.03</w:t>
            </w:r>
          </w:p>
        </w:tc>
        <w:tc>
          <w:tcPr>
            <w:tcW w:w="1872" w:type="dxa"/>
          </w:tcPr>
          <w:p w14:paraId="74EA0B0F" w14:textId="77777777" w:rsidR="007C0E3C" w:rsidRDefault="00000000">
            <w:r>
              <w:rPr>
                <w:b/>
                <w:sz w:val="20"/>
              </w:rPr>
              <w:t>&lt;0.001</w:t>
            </w:r>
          </w:p>
        </w:tc>
      </w:tr>
      <w:tr w:rsidR="007C0E3C" w14:paraId="2893A380" w14:textId="77777777">
        <w:tc>
          <w:tcPr>
            <w:tcW w:w="9360" w:type="dxa"/>
            <w:gridSpan w:val="5"/>
          </w:tcPr>
          <w:p w14:paraId="79B28F0A" w14:textId="77777777" w:rsidR="007C0E3C" w:rsidRDefault="00000000">
            <w:r>
              <w:rPr>
                <w:i/>
                <w:sz w:val="20"/>
                <w:vertAlign w:val="superscript"/>
              </w:rPr>
              <w:t>1</w:t>
            </w:r>
            <w:r>
              <w:rPr>
                <w:sz w:val="20"/>
              </w:rPr>
              <w:t> HR = Hazard Ratio, CI = Confidence Interval</w:t>
            </w:r>
          </w:p>
          <w:p w14:paraId="522661FA" w14:textId="77777777" w:rsidR="007C0E3C" w:rsidRDefault="00000000">
            <w:r>
              <w:rPr>
                <w:sz w:val="20"/>
              </w:rPr>
              <w:t>Number of patients = 155281</w:t>
            </w:r>
          </w:p>
          <w:p w14:paraId="25898A84" w14:textId="77777777" w:rsidR="007C0E3C" w:rsidRDefault="00000000">
            <w:r>
              <w:rPr>
                <w:sz w:val="20"/>
              </w:rPr>
              <w:t>Number of observations = 160749</w:t>
            </w:r>
          </w:p>
        </w:tc>
      </w:tr>
    </w:tbl>
    <w:p w14:paraId="15223ABD" w14:textId="77777777" w:rsidR="00BA6E31" w:rsidRDefault="00BA6E31">
      <w:pPr>
        <w:spacing w:before="240" w:after="80"/>
        <w:rPr>
          <w:b/>
        </w:rPr>
      </w:pPr>
    </w:p>
    <w:p w14:paraId="3494311C" w14:textId="77777777" w:rsidR="00BA6E31" w:rsidRDefault="00BA6E31">
      <w:pPr>
        <w:spacing w:before="240" w:after="80"/>
        <w:rPr>
          <w:b/>
        </w:rPr>
      </w:pPr>
    </w:p>
    <w:p w14:paraId="358E70C8" w14:textId="77777777" w:rsidR="00BA6E31" w:rsidRDefault="00BA6E31">
      <w:pPr>
        <w:spacing w:before="240" w:after="80"/>
        <w:rPr>
          <w:b/>
        </w:rPr>
      </w:pPr>
    </w:p>
    <w:p w14:paraId="1B010C92" w14:textId="77777777" w:rsidR="00BA6E31" w:rsidRDefault="00BA6E31">
      <w:pPr>
        <w:spacing w:before="240" w:after="80"/>
        <w:rPr>
          <w:b/>
        </w:rPr>
      </w:pPr>
    </w:p>
    <w:p w14:paraId="062E8B70" w14:textId="77777777" w:rsidR="00BA6E31" w:rsidRDefault="00BA6E31">
      <w:pPr>
        <w:spacing w:before="240" w:after="80"/>
        <w:rPr>
          <w:b/>
        </w:rPr>
      </w:pPr>
    </w:p>
    <w:p w14:paraId="442FAB57" w14:textId="77777777" w:rsidR="00BA6E31" w:rsidRDefault="00BA6E31">
      <w:pPr>
        <w:spacing w:before="240" w:after="80"/>
        <w:rPr>
          <w:b/>
        </w:rPr>
      </w:pPr>
    </w:p>
    <w:p w14:paraId="1A6AE685" w14:textId="77777777" w:rsidR="00BA6E31" w:rsidRDefault="00BA6E31">
      <w:pPr>
        <w:spacing w:before="240" w:after="80"/>
        <w:rPr>
          <w:b/>
        </w:rPr>
      </w:pPr>
    </w:p>
    <w:p w14:paraId="14882F50" w14:textId="77777777" w:rsidR="00BA6E31" w:rsidRDefault="00BA6E31">
      <w:pPr>
        <w:spacing w:before="240" w:after="80"/>
        <w:rPr>
          <w:b/>
        </w:rPr>
      </w:pPr>
    </w:p>
    <w:p w14:paraId="5AA7F679" w14:textId="77777777" w:rsidR="00BA6E31" w:rsidRDefault="00BA6E31">
      <w:pPr>
        <w:spacing w:before="240" w:after="80"/>
        <w:rPr>
          <w:b/>
        </w:rPr>
      </w:pPr>
    </w:p>
    <w:p w14:paraId="47F02FFD" w14:textId="77777777" w:rsidR="00BA6E31" w:rsidRDefault="00BA6E31">
      <w:pPr>
        <w:spacing w:before="240" w:after="80"/>
        <w:rPr>
          <w:b/>
        </w:rPr>
      </w:pPr>
    </w:p>
    <w:p w14:paraId="6302AA5F" w14:textId="77777777" w:rsidR="00BA6E31" w:rsidRDefault="00BA6E31">
      <w:pPr>
        <w:spacing w:before="240" w:after="80"/>
        <w:rPr>
          <w:b/>
        </w:rPr>
      </w:pPr>
    </w:p>
    <w:p w14:paraId="060DAC81" w14:textId="77777777" w:rsidR="00BA6E31" w:rsidRDefault="00BA6E31">
      <w:pPr>
        <w:spacing w:before="240" w:after="80"/>
        <w:rPr>
          <w:b/>
        </w:rPr>
      </w:pPr>
    </w:p>
    <w:p w14:paraId="42F42C28" w14:textId="784EE755" w:rsidR="007C0E3C" w:rsidRDefault="00000000">
      <w:pPr>
        <w:spacing w:before="240" w:after="80"/>
      </w:pPr>
      <w:r>
        <w:rPr>
          <w:b/>
        </w:rPr>
        <w:lastRenderedPageBreak/>
        <w:t>Table S</w:t>
      </w:r>
      <w:r w:rsidR="00BA6E31">
        <w:rPr>
          <w:b/>
        </w:rPr>
        <w:t>3</w:t>
      </w:r>
      <w:r>
        <w:rPr>
          <w:b/>
        </w:rPr>
        <w:t>.</w:t>
      </w:r>
      <w:r>
        <w:t xml:space="preserve"> Time-dependent Cox proportional hazard model comparing each targeted therapy (CDK4/6, PARP, mTOR/everolimus) to those not on targeted therapy for the outcome of thrombosis (venous or arterial), without adjustment for concomitant medication. Table presents hazard ratio, 95% confidence interval, and event rate as percent (number of events/number of observations). Significant p-values in bold.</w:t>
      </w:r>
    </w:p>
    <w:tbl>
      <w:tblPr>
        <w:tblStyle w:val="TableGrid"/>
        <w:tblW w:w="0" w:type="auto"/>
        <w:tblLook w:val="04A0" w:firstRow="1" w:lastRow="0" w:firstColumn="1" w:lastColumn="0" w:noHBand="0" w:noVBand="1"/>
      </w:tblPr>
      <w:tblGrid>
        <w:gridCol w:w="1560"/>
        <w:gridCol w:w="1560"/>
        <w:gridCol w:w="1560"/>
        <w:gridCol w:w="1560"/>
        <w:gridCol w:w="1560"/>
        <w:gridCol w:w="1560"/>
      </w:tblGrid>
      <w:tr w:rsidR="007C0E3C" w14:paraId="309EB61F" w14:textId="77777777">
        <w:tc>
          <w:tcPr>
            <w:tcW w:w="1560" w:type="dxa"/>
          </w:tcPr>
          <w:p w14:paraId="2C4EDF63" w14:textId="77777777" w:rsidR="007C0E3C" w:rsidRDefault="00000000">
            <w:r>
              <w:rPr>
                <w:b/>
                <w:sz w:val="20"/>
              </w:rPr>
              <w:t>Characteristic</w:t>
            </w:r>
          </w:p>
        </w:tc>
        <w:tc>
          <w:tcPr>
            <w:tcW w:w="1560" w:type="dxa"/>
          </w:tcPr>
          <w:p w14:paraId="68DC9F2C" w14:textId="77777777" w:rsidR="007C0E3C" w:rsidRDefault="00000000">
            <w:r>
              <w:rPr>
                <w:b/>
                <w:sz w:val="20"/>
              </w:rPr>
              <w:t>N</w:t>
            </w:r>
          </w:p>
        </w:tc>
        <w:tc>
          <w:tcPr>
            <w:tcW w:w="1560" w:type="dxa"/>
          </w:tcPr>
          <w:p w14:paraId="72D33C63" w14:textId="77777777" w:rsidR="007C0E3C" w:rsidRDefault="00000000">
            <w:r>
              <w:rPr>
                <w:b/>
                <w:sz w:val="20"/>
              </w:rPr>
              <w:t>Event Rate</w:t>
            </w:r>
          </w:p>
        </w:tc>
        <w:tc>
          <w:tcPr>
            <w:tcW w:w="1560" w:type="dxa"/>
          </w:tcPr>
          <w:p w14:paraId="2CC0A744" w14:textId="77777777" w:rsidR="007C0E3C" w:rsidRDefault="00000000">
            <w:r>
              <w:rPr>
                <w:b/>
                <w:sz w:val="20"/>
              </w:rPr>
              <w:t>HR</w:t>
            </w:r>
            <w:r>
              <w:rPr>
                <w:b/>
                <w:i/>
                <w:sz w:val="20"/>
                <w:vertAlign w:val="superscript"/>
              </w:rPr>
              <w:t>1</w:t>
            </w:r>
          </w:p>
        </w:tc>
        <w:tc>
          <w:tcPr>
            <w:tcW w:w="1560" w:type="dxa"/>
          </w:tcPr>
          <w:p w14:paraId="75DD9492" w14:textId="77777777" w:rsidR="007C0E3C" w:rsidRDefault="00000000">
            <w:r>
              <w:rPr>
                <w:b/>
                <w:sz w:val="20"/>
              </w:rPr>
              <w:t>95% CI</w:t>
            </w:r>
            <w:r>
              <w:rPr>
                <w:b/>
                <w:i/>
                <w:sz w:val="20"/>
                <w:vertAlign w:val="superscript"/>
              </w:rPr>
              <w:t>1</w:t>
            </w:r>
          </w:p>
        </w:tc>
        <w:tc>
          <w:tcPr>
            <w:tcW w:w="1560" w:type="dxa"/>
          </w:tcPr>
          <w:p w14:paraId="5099A012" w14:textId="77777777" w:rsidR="007C0E3C" w:rsidRDefault="00000000">
            <w:r>
              <w:rPr>
                <w:b/>
                <w:sz w:val="20"/>
              </w:rPr>
              <w:t>p-value</w:t>
            </w:r>
          </w:p>
        </w:tc>
      </w:tr>
      <w:tr w:rsidR="007C0E3C" w14:paraId="259C1071" w14:textId="77777777">
        <w:tc>
          <w:tcPr>
            <w:tcW w:w="1560" w:type="dxa"/>
          </w:tcPr>
          <w:p w14:paraId="53BD8619" w14:textId="77777777" w:rsidR="007C0E3C" w:rsidRDefault="00000000">
            <w:r>
              <w:rPr>
                <w:b/>
                <w:sz w:val="20"/>
              </w:rPr>
              <w:t>Targeted therapy</w:t>
            </w:r>
          </w:p>
        </w:tc>
        <w:tc>
          <w:tcPr>
            <w:tcW w:w="1560" w:type="dxa"/>
          </w:tcPr>
          <w:p w14:paraId="28CE47D2" w14:textId="77777777" w:rsidR="007C0E3C" w:rsidRDefault="007C0E3C"/>
        </w:tc>
        <w:tc>
          <w:tcPr>
            <w:tcW w:w="1560" w:type="dxa"/>
          </w:tcPr>
          <w:p w14:paraId="0CA61BDC" w14:textId="77777777" w:rsidR="007C0E3C" w:rsidRDefault="007C0E3C"/>
        </w:tc>
        <w:tc>
          <w:tcPr>
            <w:tcW w:w="1560" w:type="dxa"/>
          </w:tcPr>
          <w:p w14:paraId="5B876EDB" w14:textId="77777777" w:rsidR="007C0E3C" w:rsidRDefault="007C0E3C"/>
        </w:tc>
        <w:tc>
          <w:tcPr>
            <w:tcW w:w="1560" w:type="dxa"/>
          </w:tcPr>
          <w:p w14:paraId="75B4C0A4" w14:textId="77777777" w:rsidR="007C0E3C" w:rsidRDefault="007C0E3C"/>
        </w:tc>
        <w:tc>
          <w:tcPr>
            <w:tcW w:w="1560" w:type="dxa"/>
          </w:tcPr>
          <w:p w14:paraId="324F41CC" w14:textId="77777777" w:rsidR="007C0E3C" w:rsidRDefault="007C0E3C"/>
        </w:tc>
      </w:tr>
      <w:tr w:rsidR="007C0E3C" w14:paraId="53C04A05" w14:textId="77777777">
        <w:tc>
          <w:tcPr>
            <w:tcW w:w="1560" w:type="dxa"/>
          </w:tcPr>
          <w:p w14:paraId="6F2F9704" w14:textId="77777777" w:rsidR="007C0E3C" w:rsidRDefault="00000000">
            <w:r>
              <w:rPr>
                <w:sz w:val="20"/>
              </w:rPr>
              <w:t>    No targeted therapy</w:t>
            </w:r>
          </w:p>
        </w:tc>
        <w:tc>
          <w:tcPr>
            <w:tcW w:w="1560" w:type="dxa"/>
          </w:tcPr>
          <w:p w14:paraId="0FC157BD" w14:textId="77777777" w:rsidR="007C0E3C" w:rsidRDefault="00000000">
            <w:r>
              <w:rPr>
                <w:sz w:val="20"/>
              </w:rPr>
              <w:t>157,336</w:t>
            </w:r>
          </w:p>
        </w:tc>
        <w:tc>
          <w:tcPr>
            <w:tcW w:w="1560" w:type="dxa"/>
          </w:tcPr>
          <w:p w14:paraId="074F94B4" w14:textId="77777777" w:rsidR="007C0E3C" w:rsidRDefault="00000000">
            <w:r>
              <w:rPr>
                <w:sz w:val="20"/>
              </w:rPr>
              <w:t>10,159 (6.5%)</w:t>
            </w:r>
          </w:p>
        </w:tc>
        <w:tc>
          <w:tcPr>
            <w:tcW w:w="1560" w:type="dxa"/>
          </w:tcPr>
          <w:p w14:paraId="130862DC" w14:textId="77777777" w:rsidR="007C0E3C" w:rsidRDefault="00000000">
            <w:r>
              <w:rPr>
                <w:sz w:val="20"/>
              </w:rPr>
              <w:t>—</w:t>
            </w:r>
          </w:p>
        </w:tc>
        <w:tc>
          <w:tcPr>
            <w:tcW w:w="1560" w:type="dxa"/>
          </w:tcPr>
          <w:p w14:paraId="43C53E81" w14:textId="77777777" w:rsidR="007C0E3C" w:rsidRDefault="00000000">
            <w:r>
              <w:rPr>
                <w:sz w:val="20"/>
              </w:rPr>
              <w:t>—</w:t>
            </w:r>
          </w:p>
        </w:tc>
        <w:tc>
          <w:tcPr>
            <w:tcW w:w="1560" w:type="dxa"/>
          </w:tcPr>
          <w:p w14:paraId="00FBB7A1" w14:textId="77777777" w:rsidR="007C0E3C" w:rsidRDefault="007C0E3C"/>
        </w:tc>
      </w:tr>
      <w:tr w:rsidR="007C0E3C" w14:paraId="06A8486F" w14:textId="77777777">
        <w:tc>
          <w:tcPr>
            <w:tcW w:w="1560" w:type="dxa"/>
          </w:tcPr>
          <w:p w14:paraId="12E473F1" w14:textId="77777777" w:rsidR="007C0E3C" w:rsidRDefault="00000000">
            <w:r>
              <w:rPr>
                <w:sz w:val="20"/>
              </w:rPr>
              <w:t>    cdk4_6</w:t>
            </w:r>
          </w:p>
        </w:tc>
        <w:tc>
          <w:tcPr>
            <w:tcW w:w="1560" w:type="dxa"/>
          </w:tcPr>
          <w:p w14:paraId="6140A67C" w14:textId="77777777" w:rsidR="007C0E3C" w:rsidRDefault="00000000">
            <w:r>
              <w:rPr>
                <w:sz w:val="20"/>
              </w:rPr>
              <w:t>2,822</w:t>
            </w:r>
          </w:p>
        </w:tc>
        <w:tc>
          <w:tcPr>
            <w:tcW w:w="1560" w:type="dxa"/>
          </w:tcPr>
          <w:p w14:paraId="083FDD42" w14:textId="77777777" w:rsidR="007C0E3C" w:rsidRDefault="00000000">
            <w:r>
              <w:rPr>
                <w:sz w:val="20"/>
              </w:rPr>
              <w:t>190 (6.7%)</w:t>
            </w:r>
          </w:p>
        </w:tc>
        <w:tc>
          <w:tcPr>
            <w:tcW w:w="1560" w:type="dxa"/>
          </w:tcPr>
          <w:p w14:paraId="1517EA45" w14:textId="77777777" w:rsidR="007C0E3C" w:rsidRDefault="00000000">
            <w:r>
              <w:rPr>
                <w:sz w:val="20"/>
              </w:rPr>
              <w:t>3.54</w:t>
            </w:r>
          </w:p>
        </w:tc>
        <w:tc>
          <w:tcPr>
            <w:tcW w:w="1560" w:type="dxa"/>
          </w:tcPr>
          <w:p w14:paraId="518322DF" w14:textId="77777777" w:rsidR="007C0E3C" w:rsidRDefault="00000000">
            <w:r>
              <w:rPr>
                <w:sz w:val="20"/>
              </w:rPr>
              <w:t>3.04, 4.12</w:t>
            </w:r>
          </w:p>
        </w:tc>
        <w:tc>
          <w:tcPr>
            <w:tcW w:w="1560" w:type="dxa"/>
          </w:tcPr>
          <w:p w14:paraId="2EDD9BA1" w14:textId="77777777" w:rsidR="007C0E3C" w:rsidRDefault="00000000">
            <w:r>
              <w:rPr>
                <w:b/>
                <w:sz w:val="20"/>
              </w:rPr>
              <w:t>&lt;0.001</w:t>
            </w:r>
          </w:p>
        </w:tc>
      </w:tr>
      <w:tr w:rsidR="007C0E3C" w14:paraId="698B4171" w14:textId="77777777">
        <w:tc>
          <w:tcPr>
            <w:tcW w:w="1560" w:type="dxa"/>
          </w:tcPr>
          <w:p w14:paraId="00EF6EBE" w14:textId="77777777" w:rsidR="007C0E3C" w:rsidRDefault="00000000">
            <w:r>
              <w:rPr>
                <w:sz w:val="20"/>
              </w:rPr>
              <w:t>    parp</w:t>
            </w:r>
          </w:p>
        </w:tc>
        <w:tc>
          <w:tcPr>
            <w:tcW w:w="1560" w:type="dxa"/>
          </w:tcPr>
          <w:p w14:paraId="7C782D23" w14:textId="77777777" w:rsidR="007C0E3C" w:rsidRDefault="00000000">
            <w:r>
              <w:rPr>
                <w:sz w:val="20"/>
              </w:rPr>
              <w:t>221</w:t>
            </w:r>
          </w:p>
        </w:tc>
        <w:tc>
          <w:tcPr>
            <w:tcW w:w="1560" w:type="dxa"/>
          </w:tcPr>
          <w:p w14:paraId="296887CF" w14:textId="77777777" w:rsidR="007C0E3C" w:rsidRDefault="00000000">
            <w:r>
              <w:rPr>
                <w:sz w:val="20"/>
              </w:rPr>
              <w:t>8 (3.6%)</w:t>
            </w:r>
          </w:p>
        </w:tc>
        <w:tc>
          <w:tcPr>
            <w:tcW w:w="1560" w:type="dxa"/>
          </w:tcPr>
          <w:p w14:paraId="2A2EEB63" w14:textId="77777777" w:rsidR="007C0E3C" w:rsidRDefault="00000000">
            <w:r>
              <w:rPr>
                <w:sz w:val="20"/>
              </w:rPr>
              <w:t>3.71</w:t>
            </w:r>
          </w:p>
        </w:tc>
        <w:tc>
          <w:tcPr>
            <w:tcW w:w="1560" w:type="dxa"/>
          </w:tcPr>
          <w:p w14:paraId="650910FA" w14:textId="77777777" w:rsidR="007C0E3C" w:rsidRDefault="00000000">
            <w:r>
              <w:rPr>
                <w:sz w:val="20"/>
              </w:rPr>
              <w:t>1.78, 7.72</w:t>
            </w:r>
          </w:p>
        </w:tc>
        <w:tc>
          <w:tcPr>
            <w:tcW w:w="1560" w:type="dxa"/>
          </w:tcPr>
          <w:p w14:paraId="27DD22C2" w14:textId="77777777" w:rsidR="007C0E3C" w:rsidRDefault="00000000">
            <w:r>
              <w:rPr>
                <w:b/>
                <w:sz w:val="20"/>
              </w:rPr>
              <w:t>&lt;0.001</w:t>
            </w:r>
          </w:p>
        </w:tc>
      </w:tr>
      <w:tr w:rsidR="007C0E3C" w14:paraId="0F95090D" w14:textId="77777777">
        <w:tc>
          <w:tcPr>
            <w:tcW w:w="1560" w:type="dxa"/>
          </w:tcPr>
          <w:p w14:paraId="1E5A8B82" w14:textId="77777777" w:rsidR="007C0E3C" w:rsidRDefault="00000000">
            <w:r>
              <w:rPr>
                <w:sz w:val="20"/>
              </w:rPr>
              <w:t>    Mtor everolimus</w:t>
            </w:r>
          </w:p>
        </w:tc>
        <w:tc>
          <w:tcPr>
            <w:tcW w:w="1560" w:type="dxa"/>
          </w:tcPr>
          <w:p w14:paraId="12A6AC95" w14:textId="77777777" w:rsidR="007C0E3C" w:rsidRDefault="00000000">
            <w:r>
              <w:rPr>
                <w:sz w:val="20"/>
              </w:rPr>
              <w:t>272</w:t>
            </w:r>
          </w:p>
        </w:tc>
        <w:tc>
          <w:tcPr>
            <w:tcW w:w="1560" w:type="dxa"/>
          </w:tcPr>
          <w:p w14:paraId="1F378601" w14:textId="77777777" w:rsidR="007C0E3C" w:rsidRDefault="00000000">
            <w:r>
              <w:rPr>
                <w:sz w:val="20"/>
              </w:rPr>
              <w:t>14 (5.1%)</w:t>
            </w:r>
          </w:p>
        </w:tc>
        <w:tc>
          <w:tcPr>
            <w:tcW w:w="1560" w:type="dxa"/>
          </w:tcPr>
          <w:p w14:paraId="301C9ED8" w14:textId="77777777" w:rsidR="007C0E3C" w:rsidRDefault="00000000">
            <w:r>
              <w:rPr>
                <w:sz w:val="20"/>
              </w:rPr>
              <w:t>6.80</w:t>
            </w:r>
          </w:p>
        </w:tc>
        <w:tc>
          <w:tcPr>
            <w:tcW w:w="1560" w:type="dxa"/>
          </w:tcPr>
          <w:p w14:paraId="55068D13" w14:textId="77777777" w:rsidR="007C0E3C" w:rsidRDefault="00000000">
            <w:r>
              <w:rPr>
                <w:sz w:val="20"/>
              </w:rPr>
              <w:t>3.94, 11.7</w:t>
            </w:r>
          </w:p>
        </w:tc>
        <w:tc>
          <w:tcPr>
            <w:tcW w:w="1560" w:type="dxa"/>
          </w:tcPr>
          <w:p w14:paraId="775EEC1D" w14:textId="77777777" w:rsidR="007C0E3C" w:rsidRDefault="00000000">
            <w:r>
              <w:rPr>
                <w:b/>
                <w:sz w:val="20"/>
              </w:rPr>
              <w:t>&lt;0.001</w:t>
            </w:r>
          </w:p>
        </w:tc>
      </w:tr>
      <w:tr w:rsidR="007C0E3C" w14:paraId="039B73EF" w14:textId="77777777">
        <w:tc>
          <w:tcPr>
            <w:tcW w:w="1560" w:type="dxa"/>
          </w:tcPr>
          <w:p w14:paraId="6388FC94" w14:textId="77777777" w:rsidR="007C0E3C" w:rsidRDefault="00000000">
            <w:r>
              <w:rPr>
                <w:b/>
                <w:sz w:val="20"/>
              </w:rPr>
              <w:t>Nicotine dependence</w:t>
            </w:r>
          </w:p>
        </w:tc>
        <w:tc>
          <w:tcPr>
            <w:tcW w:w="1560" w:type="dxa"/>
          </w:tcPr>
          <w:p w14:paraId="194EB733" w14:textId="77777777" w:rsidR="007C0E3C" w:rsidRDefault="007C0E3C"/>
        </w:tc>
        <w:tc>
          <w:tcPr>
            <w:tcW w:w="1560" w:type="dxa"/>
          </w:tcPr>
          <w:p w14:paraId="7BD6D58C" w14:textId="77777777" w:rsidR="007C0E3C" w:rsidRDefault="007C0E3C"/>
        </w:tc>
        <w:tc>
          <w:tcPr>
            <w:tcW w:w="1560" w:type="dxa"/>
          </w:tcPr>
          <w:p w14:paraId="7BCB5AA2" w14:textId="77777777" w:rsidR="007C0E3C" w:rsidRDefault="007C0E3C"/>
        </w:tc>
        <w:tc>
          <w:tcPr>
            <w:tcW w:w="1560" w:type="dxa"/>
          </w:tcPr>
          <w:p w14:paraId="436105F1" w14:textId="77777777" w:rsidR="007C0E3C" w:rsidRDefault="007C0E3C"/>
        </w:tc>
        <w:tc>
          <w:tcPr>
            <w:tcW w:w="1560" w:type="dxa"/>
          </w:tcPr>
          <w:p w14:paraId="7C2DC996" w14:textId="77777777" w:rsidR="007C0E3C" w:rsidRDefault="007C0E3C"/>
        </w:tc>
      </w:tr>
      <w:tr w:rsidR="007C0E3C" w14:paraId="747C8814" w14:textId="77777777">
        <w:tc>
          <w:tcPr>
            <w:tcW w:w="1560" w:type="dxa"/>
          </w:tcPr>
          <w:p w14:paraId="7DBB55A3" w14:textId="77777777" w:rsidR="007C0E3C" w:rsidRDefault="00000000">
            <w:r>
              <w:rPr>
                <w:sz w:val="20"/>
              </w:rPr>
              <w:t>    No</w:t>
            </w:r>
          </w:p>
        </w:tc>
        <w:tc>
          <w:tcPr>
            <w:tcW w:w="1560" w:type="dxa"/>
          </w:tcPr>
          <w:p w14:paraId="16D148CD" w14:textId="77777777" w:rsidR="007C0E3C" w:rsidRDefault="00000000">
            <w:r>
              <w:rPr>
                <w:sz w:val="20"/>
              </w:rPr>
              <w:t>145,154</w:t>
            </w:r>
          </w:p>
        </w:tc>
        <w:tc>
          <w:tcPr>
            <w:tcW w:w="1560" w:type="dxa"/>
          </w:tcPr>
          <w:p w14:paraId="75E29A3D" w14:textId="77777777" w:rsidR="007C0E3C" w:rsidRDefault="00000000">
            <w:r>
              <w:rPr>
                <w:sz w:val="20"/>
              </w:rPr>
              <w:t>8,529 (5.9%)</w:t>
            </w:r>
          </w:p>
        </w:tc>
        <w:tc>
          <w:tcPr>
            <w:tcW w:w="1560" w:type="dxa"/>
          </w:tcPr>
          <w:p w14:paraId="11441817" w14:textId="77777777" w:rsidR="007C0E3C" w:rsidRDefault="00000000">
            <w:r>
              <w:rPr>
                <w:sz w:val="20"/>
              </w:rPr>
              <w:t>—</w:t>
            </w:r>
          </w:p>
        </w:tc>
        <w:tc>
          <w:tcPr>
            <w:tcW w:w="1560" w:type="dxa"/>
          </w:tcPr>
          <w:p w14:paraId="7C5CDC7B" w14:textId="77777777" w:rsidR="007C0E3C" w:rsidRDefault="00000000">
            <w:r>
              <w:rPr>
                <w:sz w:val="20"/>
              </w:rPr>
              <w:t>—</w:t>
            </w:r>
          </w:p>
        </w:tc>
        <w:tc>
          <w:tcPr>
            <w:tcW w:w="1560" w:type="dxa"/>
          </w:tcPr>
          <w:p w14:paraId="11834862" w14:textId="77777777" w:rsidR="007C0E3C" w:rsidRDefault="007C0E3C"/>
        </w:tc>
      </w:tr>
      <w:tr w:rsidR="007C0E3C" w14:paraId="48E62703" w14:textId="77777777">
        <w:tc>
          <w:tcPr>
            <w:tcW w:w="1560" w:type="dxa"/>
          </w:tcPr>
          <w:p w14:paraId="687D551C" w14:textId="77777777" w:rsidR="007C0E3C" w:rsidRDefault="00000000">
            <w:r>
              <w:rPr>
                <w:sz w:val="20"/>
              </w:rPr>
              <w:t>    Yes</w:t>
            </w:r>
          </w:p>
        </w:tc>
        <w:tc>
          <w:tcPr>
            <w:tcW w:w="1560" w:type="dxa"/>
          </w:tcPr>
          <w:p w14:paraId="2B36F7F4" w14:textId="77777777" w:rsidR="007C0E3C" w:rsidRDefault="00000000">
            <w:r>
              <w:rPr>
                <w:sz w:val="20"/>
              </w:rPr>
              <w:t>15,497</w:t>
            </w:r>
          </w:p>
        </w:tc>
        <w:tc>
          <w:tcPr>
            <w:tcW w:w="1560" w:type="dxa"/>
          </w:tcPr>
          <w:p w14:paraId="76D30AE1" w14:textId="77777777" w:rsidR="007C0E3C" w:rsidRDefault="00000000">
            <w:r>
              <w:rPr>
                <w:sz w:val="20"/>
              </w:rPr>
              <w:t>1,842 (12%)</w:t>
            </w:r>
          </w:p>
        </w:tc>
        <w:tc>
          <w:tcPr>
            <w:tcW w:w="1560" w:type="dxa"/>
          </w:tcPr>
          <w:p w14:paraId="19553F45" w14:textId="77777777" w:rsidR="007C0E3C" w:rsidRDefault="00000000">
            <w:r>
              <w:rPr>
                <w:sz w:val="20"/>
              </w:rPr>
              <w:t>2.03</w:t>
            </w:r>
          </w:p>
        </w:tc>
        <w:tc>
          <w:tcPr>
            <w:tcW w:w="1560" w:type="dxa"/>
          </w:tcPr>
          <w:p w14:paraId="7668F256" w14:textId="77777777" w:rsidR="007C0E3C" w:rsidRDefault="00000000">
            <w:r>
              <w:rPr>
                <w:sz w:val="20"/>
              </w:rPr>
              <w:t>1.93, 2.13</w:t>
            </w:r>
          </w:p>
        </w:tc>
        <w:tc>
          <w:tcPr>
            <w:tcW w:w="1560" w:type="dxa"/>
          </w:tcPr>
          <w:p w14:paraId="3325B6E4" w14:textId="77777777" w:rsidR="007C0E3C" w:rsidRDefault="00000000">
            <w:r>
              <w:rPr>
                <w:b/>
                <w:sz w:val="20"/>
              </w:rPr>
              <w:t>&lt;0.001</w:t>
            </w:r>
          </w:p>
        </w:tc>
      </w:tr>
      <w:tr w:rsidR="007C0E3C" w14:paraId="1390F7FA" w14:textId="77777777">
        <w:tc>
          <w:tcPr>
            <w:tcW w:w="1560" w:type="dxa"/>
          </w:tcPr>
          <w:p w14:paraId="4073844B" w14:textId="77777777" w:rsidR="007C0E3C" w:rsidRDefault="00000000">
            <w:r>
              <w:rPr>
                <w:b/>
                <w:sz w:val="20"/>
              </w:rPr>
              <w:t>Malignant neoplasm of brain</w:t>
            </w:r>
          </w:p>
        </w:tc>
        <w:tc>
          <w:tcPr>
            <w:tcW w:w="1560" w:type="dxa"/>
          </w:tcPr>
          <w:p w14:paraId="2AA701CC" w14:textId="77777777" w:rsidR="007C0E3C" w:rsidRDefault="007C0E3C"/>
        </w:tc>
        <w:tc>
          <w:tcPr>
            <w:tcW w:w="1560" w:type="dxa"/>
          </w:tcPr>
          <w:p w14:paraId="63FCACB3" w14:textId="77777777" w:rsidR="007C0E3C" w:rsidRDefault="007C0E3C"/>
        </w:tc>
        <w:tc>
          <w:tcPr>
            <w:tcW w:w="1560" w:type="dxa"/>
          </w:tcPr>
          <w:p w14:paraId="6F7A34B4" w14:textId="77777777" w:rsidR="007C0E3C" w:rsidRDefault="007C0E3C"/>
        </w:tc>
        <w:tc>
          <w:tcPr>
            <w:tcW w:w="1560" w:type="dxa"/>
          </w:tcPr>
          <w:p w14:paraId="3E44C9E3" w14:textId="77777777" w:rsidR="007C0E3C" w:rsidRDefault="007C0E3C"/>
        </w:tc>
        <w:tc>
          <w:tcPr>
            <w:tcW w:w="1560" w:type="dxa"/>
          </w:tcPr>
          <w:p w14:paraId="7001E3E7" w14:textId="77777777" w:rsidR="007C0E3C" w:rsidRDefault="007C0E3C"/>
        </w:tc>
      </w:tr>
      <w:tr w:rsidR="007C0E3C" w14:paraId="3209CDDE" w14:textId="77777777">
        <w:tc>
          <w:tcPr>
            <w:tcW w:w="1560" w:type="dxa"/>
          </w:tcPr>
          <w:p w14:paraId="3B85EA3E" w14:textId="77777777" w:rsidR="007C0E3C" w:rsidRDefault="00000000">
            <w:r>
              <w:rPr>
                <w:sz w:val="20"/>
              </w:rPr>
              <w:t>    No</w:t>
            </w:r>
          </w:p>
        </w:tc>
        <w:tc>
          <w:tcPr>
            <w:tcW w:w="1560" w:type="dxa"/>
          </w:tcPr>
          <w:p w14:paraId="1B781DC0" w14:textId="77777777" w:rsidR="007C0E3C" w:rsidRDefault="00000000">
            <w:r>
              <w:rPr>
                <w:sz w:val="20"/>
              </w:rPr>
              <w:t>160,346</w:t>
            </w:r>
          </w:p>
        </w:tc>
        <w:tc>
          <w:tcPr>
            <w:tcW w:w="1560" w:type="dxa"/>
          </w:tcPr>
          <w:p w14:paraId="6A19FE54" w14:textId="77777777" w:rsidR="007C0E3C" w:rsidRDefault="00000000">
            <w:r>
              <w:rPr>
                <w:sz w:val="20"/>
              </w:rPr>
              <w:t>10,333 (6.4%)</w:t>
            </w:r>
          </w:p>
        </w:tc>
        <w:tc>
          <w:tcPr>
            <w:tcW w:w="1560" w:type="dxa"/>
          </w:tcPr>
          <w:p w14:paraId="023EC379" w14:textId="77777777" w:rsidR="007C0E3C" w:rsidRDefault="00000000">
            <w:r>
              <w:rPr>
                <w:sz w:val="20"/>
              </w:rPr>
              <w:t>—</w:t>
            </w:r>
          </w:p>
        </w:tc>
        <w:tc>
          <w:tcPr>
            <w:tcW w:w="1560" w:type="dxa"/>
          </w:tcPr>
          <w:p w14:paraId="3CDD9C19" w14:textId="77777777" w:rsidR="007C0E3C" w:rsidRDefault="00000000">
            <w:r>
              <w:rPr>
                <w:sz w:val="20"/>
              </w:rPr>
              <w:t>—</w:t>
            </w:r>
          </w:p>
        </w:tc>
        <w:tc>
          <w:tcPr>
            <w:tcW w:w="1560" w:type="dxa"/>
          </w:tcPr>
          <w:p w14:paraId="1CBA4C32" w14:textId="77777777" w:rsidR="007C0E3C" w:rsidRDefault="007C0E3C"/>
        </w:tc>
      </w:tr>
      <w:tr w:rsidR="007C0E3C" w14:paraId="7262AEA0" w14:textId="77777777">
        <w:tc>
          <w:tcPr>
            <w:tcW w:w="1560" w:type="dxa"/>
          </w:tcPr>
          <w:p w14:paraId="3D2B7DDD" w14:textId="77777777" w:rsidR="007C0E3C" w:rsidRDefault="00000000">
            <w:r>
              <w:rPr>
                <w:sz w:val="20"/>
              </w:rPr>
              <w:t>    Yes</w:t>
            </w:r>
          </w:p>
        </w:tc>
        <w:tc>
          <w:tcPr>
            <w:tcW w:w="1560" w:type="dxa"/>
          </w:tcPr>
          <w:p w14:paraId="48885450" w14:textId="77777777" w:rsidR="007C0E3C" w:rsidRDefault="00000000">
            <w:r>
              <w:rPr>
                <w:sz w:val="20"/>
              </w:rPr>
              <w:t>305</w:t>
            </w:r>
          </w:p>
        </w:tc>
        <w:tc>
          <w:tcPr>
            <w:tcW w:w="1560" w:type="dxa"/>
          </w:tcPr>
          <w:p w14:paraId="3117506A" w14:textId="77777777" w:rsidR="007C0E3C" w:rsidRDefault="00000000">
            <w:r>
              <w:rPr>
                <w:sz w:val="20"/>
              </w:rPr>
              <w:t>38 (12%)</w:t>
            </w:r>
          </w:p>
        </w:tc>
        <w:tc>
          <w:tcPr>
            <w:tcW w:w="1560" w:type="dxa"/>
          </w:tcPr>
          <w:p w14:paraId="6674B3B2" w14:textId="77777777" w:rsidR="007C0E3C" w:rsidRDefault="00000000">
            <w:r>
              <w:rPr>
                <w:sz w:val="20"/>
              </w:rPr>
              <w:t>4.13</w:t>
            </w:r>
          </w:p>
        </w:tc>
        <w:tc>
          <w:tcPr>
            <w:tcW w:w="1560" w:type="dxa"/>
          </w:tcPr>
          <w:p w14:paraId="261E8E8E" w14:textId="77777777" w:rsidR="007C0E3C" w:rsidRDefault="00000000">
            <w:r>
              <w:rPr>
                <w:sz w:val="20"/>
              </w:rPr>
              <w:t>2.93, 5.83</w:t>
            </w:r>
          </w:p>
        </w:tc>
        <w:tc>
          <w:tcPr>
            <w:tcW w:w="1560" w:type="dxa"/>
          </w:tcPr>
          <w:p w14:paraId="7D4F9DB9" w14:textId="77777777" w:rsidR="007C0E3C" w:rsidRDefault="00000000">
            <w:r>
              <w:rPr>
                <w:b/>
                <w:sz w:val="20"/>
              </w:rPr>
              <w:t>&lt;0.001</w:t>
            </w:r>
          </w:p>
        </w:tc>
      </w:tr>
      <w:tr w:rsidR="007C0E3C" w14:paraId="16D93675" w14:textId="77777777">
        <w:tc>
          <w:tcPr>
            <w:tcW w:w="1560" w:type="dxa"/>
          </w:tcPr>
          <w:p w14:paraId="4ED22A08" w14:textId="77777777" w:rsidR="007C0E3C" w:rsidRDefault="00000000">
            <w:r>
              <w:rPr>
                <w:b/>
                <w:sz w:val="20"/>
              </w:rPr>
              <w:t>Age at breast cancer diagnosis</w:t>
            </w:r>
          </w:p>
        </w:tc>
        <w:tc>
          <w:tcPr>
            <w:tcW w:w="1560" w:type="dxa"/>
          </w:tcPr>
          <w:p w14:paraId="6FA36320" w14:textId="77777777" w:rsidR="007C0E3C" w:rsidRDefault="00000000">
            <w:r>
              <w:rPr>
                <w:sz w:val="20"/>
              </w:rPr>
              <w:t>160,651</w:t>
            </w:r>
          </w:p>
        </w:tc>
        <w:tc>
          <w:tcPr>
            <w:tcW w:w="1560" w:type="dxa"/>
          </w:tcPr>
          <w:p w14:paraId="6A1EA3E1" w14:textId="77777777" w:rsidR="007C0E3C" w:rsidRDefault="007C0E3C"/>
        </w:tc>
        <w:tc>
          <w:tcPr>
            <w:tcW w:w="1560" w:type="dxa"/>
          </w:tcPr>
          <w:p w14:paraId="3481E61A" w14:textId="77777777" w:rsidR="007C0E3C" w:rsidRDefault="00000000">
            <w:r>
              <w:rPr>
                <w:sz w:val="20"/>
              </w:rPr>
              <w:t>1.08</w:t>
            </w:r>
          </w:p>
        </w:tc>
        <w:tc>
          <w:tcPr>
            <w:tcW w:w="1560" w:type="dxa"/>
          </w:tcPr>
          <w:p w14:paraId="7665347B" w14:textId="77777777" w:rsidR="007C0E3C" w:rsidRDefault="00000000">
            <w:r>
              <w:rPr>
                <w:sz w:val="20"/>
              </w:rPr>
              <w:t>1.08, 1.09</w:t>
            </w:r>
          </w:p>
        </w:tc>
        <w:tc>
          <w:tcPr>
            <w:tcW w:w="1560" w:type="dxa"/>
          </w:tcPr>
          <w:p w14:paraId="239B4600" w14:textId="77777777" w:rsidR="007C0E3C" w:rsidRDefault="00000000">
            <w:r>
              <w:rPr>
                <w:b/>
                <w:sz w:val="20"/>
              </w:rPr>
              <w:t>&lt;0.001</w:t>
            </w:r>
          </w:p>
        </w:tc>
      </w:tr>
      <w:tr w:rsidR="007C0E3C" w14:paraId="1B39B4E3" w14:textId="77777777">
        <w:tc>
          <w:tcPr>
            <w:tcW w:w="1560" w:type="dxa"/>
          </w:tcPr>
          <w:p w14:paraId="260AF2C8" w14:textId="77777777" w:rsidR="007C0E3C" w:rsidRDefault="00000000">
            <w:r>
              <w:rPr>
                <w:b/>
                <w:sz w:val="20"/>
              </w:rPr>
              <w:t>BMI</w:t>
            </w:r>
          </w:p>
        </w:tc>
        <w:tc>
          <w:tcPr>
            <w:tcW w:w="1560" w:type="dxa"/>
          </w:tcPr>
          <w:p w14:paraId="0D10B90D" w14:textId="77777777" w:rsidR="007C0E3C" w:rsidRDefault="00000000">
            <w:r>
              <w:rPr>
                <w:sz w:val="20"/>
              </w:rPr>
              <w:t>160,651</w:t>
            </w:r>
          </w:p>
        </w:tc>
        <w:tc>
          <w:tcPr>
            <w:tcW w:w="1560" w:type="dxa"/>
          </w:tcPr>
          <w:p w14:paraId="5597EBC2" w14:textId="77777777" w:rsidR="007C0E3C" w:rsidRDefault="007C0E3C"/>
        </w:tc>
        <w:tc>
          <w:tcPr>
            <w:tcW w:w="1560" w:type="dxa"/>
          </w:tcPr>
          <w:p w14:paraId="403C489E" w14:textId="77777777" w:rsidR="007C0E3C" w:rsidRDefault="00000000">
            <w:r>
              <w:rPr>
                <w:sz w:val="20"/>
              </w:rPr>
              <w:t>1.03</w:t>
            </w:r>
          </w:p>
        </w:tc>
        <w:tc>
          <w:tcPr>
            <w:tcW w:w="1560" w:type="dxa"/>
          </w:tcPr>
          <w:p w14:paraId="63BAB8C0" w14:textId="77777777" w:rsidR="007C0E3C" w:rsidRDefault="00000000">
            <w:r>
              <w:rPr>
                <w:sz w:val="20"/>
              </w:rPr>
              <w:t>1.03, 1.03</w:t>
            </w:r>
          </w:p>
        </w:tc>
        <w:tc>
          <w:tcPr>
            <w:tcW w:w="1560" w:type="dxa"/>
          </w:tcPr>
          <w:p w14:paraId="0D4E9869" w14:textId="77777777" w:rsidR="007C0E3C" w:rsidRDefault="00000000">
            <w:r>
              <w:rPr>
                <w:b/>
                <w:sz w:val="20"/>
              </w:rPr>
              <w:t>&lt;0.001</w:t>
            </w:r>
          </w:p>
        </w:tc>
      </w:tr>
      <w:tr w:rsidR="007C0E3C" w14:paraId="4D6C08D1" w14:textId="77777777">
        <w:tc>
          <w:tcPr>
            <w:tcW w:w="9360" w:type="dxa"/>
            <w:gridSpan w:val="6"/>
          </w:tcPr>
          <w:p w14:paraId="0FDD198C" w14:textId="77777777" w:rsidR="007C0E3C" w:rsidRDefault="00000000">
            <w:r>
              <w:rPr>
                <w:i/>
                <w:sz w:val="20"/>
                <w:vertAlign w:val="superscript"/>
              </w:rPr>
              <w:t>1</w:t>
            </w:r>
            <w:r>
              <w:rPr>
                <w:sz w:val="20"/>
              </w:rPr>
              <w:t> HR = Hazard Ratio, CI = Confidence Interval</w:t>
            </w:r>
          </w:p>
          <w:p w14:paraId="3029C25D" w14:textId="77777777" w:rsidR="007C0E3C" w:rsidRDefault="00000000">
            <w:r>
              <w:rPr>
                <w:sz w:val="20"/>
              </w:rPr>
              <w:t>Number of patients = 155236</w:t>
            </w:r>
          </w:p>
          <w:p w14:paraId="4D122D98" w14:textId="77777777" w:rsidR="007C0E3C" w:rsidRDefault="00000000">
            <w:r>
              <w:rPr>
                <w:sz w:val="20"/>
              </w:rPr>
              <w:t>Number of observations = 160651</w:t>
            </w:r>
          </w:p>
        </w:tc>
      </w:tr>
    </w:tbl>
    <w:p w14:paraId="668A6DE9" w14:textId="77777777" w:rsidR="00BA6E31" w:rsidRDefault="00BA6E31">
      <w:pPr>
        <w:spacing w:before="240" w:after="80"/>
        <w:rPr>
          <w:b/>
        </w:rPr>
      </w:pPr>
    </w:p>
    <w:p w14:paraId="1C4C9D9E" w14:textId="77777777" w:rsidR="00BA6E31" w:rsidRDefault="00BA6E31">
      <w:pPr>
        <w:spacing w:before="240" w:after="80"/>
        <w:rPr>
          <w:b/>
        </w:rPr>
      </w:pPr>
    </w:p>
    <w:p w14:paraId="486ACB69" w14:textId="77777777" w:rsidR="00BA6E31" w:rsidRDefault="00BA6E31">
      <w:pPr>
        <w:spacing w:before="240" w:after="80"/>
        <w:rPr>
          <w:b/>
        </w:rPr>
      </w:pPr>
    </w:p>
    <w:p w14:paraId="5A2927B4" w14:textId="77777777" w:rsidR="00BA6E31" w:rsidRDefault="00BA6E31">
      <w:pPr>
        <w:spacing w:before="240" w:after="80"/>
        <w:rPr>
          <w:b/>
        </w:rPr>
      </w:pPr>
    </w:p>
    <w:p w14:paraId="2716ADD0" w14:textId="77777777" w:rsidR="00BA6E31" w:rsidRDefault="00BA6E31">
      <w:pPr>
        <w:spacing w:before="240" w:after="80"/>
        <w:rPr>
          <w:b/>
        </w:rPr>
      </w:pPr>
    </w:p>
    <w:p w14:paraId="03E06CC9" w14:textId="77777777" w:rsidR="00BA6E31" w:rsidRDefault="00BA6E31">
      <w:pPr>
        <w:spacing w:before="240" w:after="80"/>
        <w:rPr>
          <w:b/>
        </w:rPr>
      </w:pPr>
    </w:p>
    <w:p w14:paraId="222742B1" w14:textId="77777777" w:rsidR="00BA6E31" w:rsidRDefault="00BA6E31">
      <w:pPr>
        <w:spacing w:before="240" w:after="80"/>
        <w:rPr>
          <w:b/>
        </w:rPr>
      </w:pPr>
    </w:p>
    <w:p w14:paraId="5949FE7A" w14:textId="77777777" w:rsidR="00BA6E31" w:rsidRDefault="00BA6E31">
      <w:pPr>
        <w:spacing w:before="240" w:after="80"/>
        <w:rPr>
          <w:b/>
        </w:rPr>
      </w:pPr>
    </w:p>
    <w:p w14:paraId="449B29A5" w14:textId="06B46983" w:rsidR="007C0E3C" w:rsidRDefault="00000000">
      <w:pPr>
        <w:spacing w:before="240" w:after="80"/>
      </w:pPr>
      <w:r>
        <w:rPr>
          <w:b/>
        </w:rPr>
        <w:lastRenderedPageBreak/>
        <w:t>Table S</w:t>
      </w:r>
      <w:r w:rsidR="00BA6E31">
        <w:rPr>
          <w:b/>
        </w:rPr>
        <w:t>4</w:t>
      </w:r>
      <w:r>
        <w:rPr>
          <w:b/>
        </w:rPr>
        <w:t>.</w:t>
      </w:r>
      <w:r>
        <w:t xml:space="preserve"> Baseline characteristics of breast cancer patients comparing those on CDK4/6 inhibitor therapy and those not taking targeted therapy medication. Significant p-values in bold.</w:t>
      </w:r>
    </w:p>
    <w:tbl>
      <w:tblPr>
        <w:tblStyle w:val="TableGrid"/>
        <w:tblW w:w="0" w:type="auto"/>
        <w:tblLook w:val="04A0" w:firstRow="1" w:lastRow="0" w:firstColumn="1" w:lastColumn="0" w:noHBand="0" w:noVBand="1"/>
      </w:tblPr>
      <w:tblGrid>
        <w:gridCol w:w="1872"/>
        <w:gridCol w:w="1872"/>
        <w:gridCol w:w="1872"/>
        <w:gridCol w:w="1872"/>
        <w:gridCol w:w="1872"/>
      </w:tblGrid>
      <w:tr w:rsidR="007C0E3C" w14:paraId="3786637D" w14:textId="77777777">
        <w:tc>
          <w:tcPr>
            <w:tcW w:w="1872" w:type="dxa"/>
          </w:tcPr>
          <w:p w14:paraId="0F99721D" w14:textId="77777777" w:rsidR="007C0E3C" w:rsidRDefault="00000000">
            <w:r>
              <w:rPr>
                <w:b/>
                <w:sz w:val="20"/>
              </w:rPr>
              <w:t>Characteristic</w:t>
            </w:r>
          </w:p>
        </w:tc>
        <w:tc>
          <w:tcPr>
            <w:tcW w:w="1872" w:type="dxa"/>
          </w:tcPr>
          <w:p w14:paraId="0CBB8DD7" w14:textId="77777777" w:rsidR="007C0E3C" w:rsidRDefault="00000000">
            <w:r>
              <w:rPr>
                <w:b/>
                <w:sz w:val="20"/>
              </w:rPr>
              <w:t>Overall</w:t>
            </w:r>
            <w:r>
              <w:rPr>
                <w:b/>
                <w:sz w:val="20"/>
              </w:rPr>
              <w:br/>
              <w:t>N = 154,534</w:t>
            </w:r>
            <w:r>
              <w:rPr>
                <w:b/>
                <w:i/>
                <w:sz w:val="20"/>
                <w:vertAlign w:val="superscript"/>
              </w:rPr>
              <w:t>1</w:t>
            </w:r>
          </w:p>
        </w:tc>
        <w:tc>
          <w:tcPr>
            <w:tcW w:w="1872" w:type="dxa"/>
          </w:tcPr>
          <w:p w14:paraId="123D39A4" w14:textId="77777777" w:rsidR="007C0E3C" w:rsidRDefault="00000000">
            <w:r>
              <w:rPr>
                <w:b/>
                <w:sz w:val="20"/>
              </w:rPr>
              <w:t>No Targeted Therapy</w:t>
            </w:r>
            <w:r>
              <w:rPr>
                <w:b/>
                <w:sz w:val="20"/>
              </w:rPr>
              <w:br/>
              <w:t>N = 151,116</w:t>
            </w:r>
            <w:r>
              <w:rPr>
                <w:b/>
                <w:i/>
                <w:sz w:val="20"/>
                <w:vertAlign w:val="superscript"/>
              </w:rPr>
              <w:t>1</w:t>
            </w:r>
          </w:p>
        </w:tc>
        <w:tc>
          <w:tcPr>
            <w:tcW w:w="1872" w:type="dxa"/>
          </w:tcPr>
          <w:p w14:paraId="51D8F576" w14:textId="77777777" w:rsidR="007C0E3C" w:rsidRDefault="00000000">
            <w:r>
              <w:rPr>
                <w:b/>
                <w:sz w:val="20"/>
              </w:rPr>
              <w:t>CDK 4/6 Targeted Therapy</w:t>
            </w:r>
            <w:r>
              <w:rPr>
                <w:b/>
                <w:sz w:val="20"/>
              </w:rPr>
              <w:br/>
              <w:t>N = 3,418</w:t>
            </w:r>
            <w:r>
              <w:rPr>
                <w:b/>
                <w:i/>
                <w:sz w:val="20"/>
                <w:vertAlign w:val="superscript"/>
              </w:rPr>
              <w:t>1</w:t>
            </w:r>
          </w:p>
        </w:tc>
        <w:tc>
          <w:tcPr>
            <w:tcW w:w="1872" w:type="dxa"/>
          </w:tcPr>
          <w:p w14:paraId="0B4D8224" w14:textId="77777777" w:rsidR="007C0E3C" w:rsidRDefault="00000000">
            <w:r>
              <w:rPr>
                <w:b/>
                <w:sz w:val="20"/>
              </w:rPr>
              <w:t>p-value</w:t>
            </w:r>
            <w:r>
              <w:rPr>
                <w:b/>
                <w:i/>
                <w:sz w:val="20"/>
                <w:vertAlign w:val="superscript"/>
              </w:rPr>
              <w:t>2</w:t>
            </w:r>
          </w:p>
        </w:tc>
      </w:tr>
      <w:tr w:rsidR="007C0E3C" w14:paraId="6F1EFAE3" w14:textId="77777777">
        <w:tc>
          <w:tcPr>
            <w:tcW w:w="1872" w:type="dxa"/>
          </w:tcPr>
          <w:p w14:paraId="39A38608" w14:textId="77777777" w:rsidR="007C0E3C" w:rsidRDefault="00000000">
            <w:r>
              <w:rPr>
                <w:b/>
                <w:sz w:val="20"/>
              </w:rPr>
              <w:t>Age at breast cancer diagnosis</w:t>
            </w:r>
          </w:p>
        </w:tc>
        <w:tc>
          <w:tcPr>
            <w:tcW w:w="1872" w:type="dxa"/>
          </w:tcPr>
          <w:p w14:paraId="5159AFA8" w14:textId="77777777" w:rsidR="007C0E3C" w:rsidRDefault="00000000">
            <w:r>
              <w:rPr>
                <w:sz w:val="20"/>
              </w:rPr>
              <w:t>60.5 ± 12.6</w:t>
            </w:r>
          </w:p>
        </w:tc>
        <w:tc>
          <w:tcPr>
            <w:tcW w:w="1872" w:type="dxa"/>
          </w:tcPr>
          <w:p w14:paraId="78B49632" w14:textId="77777777" w:rsidR="007C0E3C" w:rsidRDefault="00000000">
            <w:r>
              <w:rPr>
                <w:sz w:val="20"/>
              </w:rPr>
              <w:t>60.6 ± 12.6</w:t>
            </w:r>
          </w:p>
        </w:tc>
        <w:tc>
          <w:tcPr>
            <w:tcW w:w="1872" w:type="dxa"/>
          </w:tcPr>
          <w:p w14:paraId="42F2F805" w14:textId="77777777" w:rsidR="007C0E3C" w:rsidRDefault="00000000">
            <w:r>
              <w:rPr>
                <w:sz w:val="20"/>
              </w:rPr>
              <w:t>58.6 ± 12.9</w:t>
            </w:r>
          </w:p>
        </w:tc>
        <w:tc>
          <w:tcPr>
            <w:tcW w:w="1872" w:type="dxa"/>
          </w:tcPr>
          <w:p w14:paraId="7E21BB65" w14:textId="77777777" w:rsidR="007C0E3C" w:rsidRDefault="00000000">
            <w:r>
              <w:rPr>
                <w:b/>
                <w:sz w:val="20"/>
              </w:rPr>
              <w:t>&lt;0.001</w:t>
            </w:r>
          </w:p>
        </w:tc>
      </w:tr>
      <w:tr w:rsidR="007C0E3C" w14:paraId="791D3F8E" w14:textId="77777777">
        <w:tc>
          <w:tcPr>
            <w:tcW w:w="1872" w:type="dxa"/>
          </w:tcPr>
          <w:p w14:paraId="128BD792" w14:textId="77777777" w:rsidR="007C0E3C" w:rsidRDefault="00000000">
            <w:r>
              <w:rPr>
                <w:b/>
                <w:sz w:val="20"/>
              </w:rPr>
              <w:t xml:space="preserve">Race </w:t>
            </w:r>
          </w:p>
        </w:tc>
        <w:tc>
          <w:tcPr>
            <w:tcW w:w="1872" w:type="dxa"/>
          </w:tcPr>
          <w:p w14:paraId="19D9AE52" w14:textId="77777777" w:rsidR="007C0E3C" w:rsidRDefault="007C0E3C"/>
        </w:tc>
        <w:tc>
          <w:tcPr>
            <w:tcW w:w="1872" w:type="dxa"/>
          </w:tcPr>
          <w:p w14:paraId="4F012EB2" w14:textId="77777777" w:rsidR="007C0E3C" w:rsidRDefault="007C0E3C"/>
        </w:tc>
        <w:tc>
          <w:tcPr>
            <w:tcW w:w="1872" w:type="dxa"/>
          </w:tcPr>
          <w:p w14:paraId="7B693143" w14:textId="77777777" w:rsidR="007C0E3C" w:rsidRDefault="007C0E3C"/>
        </w:tc>
        <w:tc>
          <w:tcPr>
            <w:tcW w:w="1872" w:type="dxa"/>
          </w:tcPr>
          <w:p w14:paraId="0D93C5F0" w14:textId="77777777" w:rsidR="007C0E3C" w:rsidRDefault="00000000">
            <w:r>
              <w:rPr>
                <w:sz w:val="20"/>
              </w:rPr>
              <w:t>--</w:t>
            </w:r>
          </w:p>
        </w:tc>
      </w:tr>
      <w:tr w:rsidR="007C0E3C" w14:paraId="3AFD5415" w14:textId="77777777">
        <w:tc>
          <w:tcPr>
            <w:tcW w:w="1872" w:type="dxa"/>
          </w:tcPr>
          <w:p w14:paraId="721C33B4" w14:textId="77777777" w:rsidR="007C0E3C" w:rsidRDefault="00000000">
            <w:r>
              <w:rPr>
                <w:sz w:val="20"/>
              </w:rPr>
              <w:t>    American Indian or Alaska Native</w:t>
            </w:r>
          </w:p>
        </w:tc>
        <w:tc>
          <w:tcPr>
            <w:tcW w:w="1872" w:type="dxa"/>
          </w:tcPr>
          <w:p w14:paraId="3EF869AA" w14:textId="77777777" w:rsidR="007C0E3C" w:rsidRDefault="00000000">
            <w:r>
              <w:rPr>
                <w:sz w:val="20"/>
              </w:rPr>
              <w:t>371 (0.2%)</w:t>
            </w:r>
          </w:p>
        </w:tc>
        <w:tc>
          <w:tcPr>
            <w:tcW w:w="1872" w:type="dxa"/>
          </w:tcPr>
          <w:p w14:paraId="5AFA808A" w14:textId="77777777" w:rsidR="007C0E3C" w:rsidRDefault="00000000">
            <w:r>
              <w:rPr>
                <w:sz w:val="20"/>
              </w:rPr>
              <w:t>365 (0.2%)</w:t>
            </w:r>
          </w:p>
        </w:tc>
        <w:tc>
          <w:tcPr>
            <w:tcW w:w="1872" w:type="dxa"/>
          </w:tcPr>
          <w:p w14:paraId="5722098B" w14:textId="77777777" w:rsidR="007C0E3C" w:rsidRDefault="00000000">
            <w:r>
              <w:rPr>
                <w:sz w:val="20"/>
              </w:rPr>
              <w:t>6 (0.2%)</w:t>
            </w:r>
          </w:p>
        </w:tc>
        <w:tc>
          <w:tcPr>
            <w:tcW w:w="1872" w:type="dxa"/>
          </w:tcPr>
          <w:p w14:paraId="4FD50A6A" w14:textId="77777777" w:rsidR="007C0E3C" w:rsidRDefault="007C0E3C"/>
        </w:tc>
      </w:tr>
      <w:tr w:rsidR="007C0E3C" w14:paraId="5D5BB9DA" w14:textId="77777777">
        <w:tc>
          <w:tcPr>
            <w:tcW w:w="1872" w:type="dxa"/>
          </w:tcPr>
          <w:p w14:paraId="238F7FB9" w14:textId="77777777" w:rsidR="007C0E3C" w:rsidRDefault="00000000">
            <w:r>
              <w:rPr>
                <w:sz w:val="20"/>
              </w:rPr>
              <w:t>    Asian</w:t>
            </w:r>
          </w:p>
        </w:tc>
        <w:tc>
          <w:tcPr>
            <w:tcW w:w="1872" w:type="dxa"/>
          </w:tcPr>
          <w:p w14:paraId="5323AABB" w14:textId="77777777" w:rsidR="007C0E3C" w:rsidRDefault="00000000">
            <w:r>
              <w:rPr>
                <w:sz w:val="20"/>
              </w:rPr>
              <w:t>5,560 (3.6%)</w:t>
            </w:r>
          </w:p>
        </w:tc>
        <w:tc>
          <w:tcPr>
            <w:tcW w:w="1872" w:type="dxa"/>
          </w:tcPr>
          <w:p w14:paraId="1A59AF90" w14:textId="77777777" w:rsidR="007C0E3C" w:rsidRDefault="00000000">
            <w:r>
              <w:rPr>
                <w:sz w:val="20"/>
              </w:rPr>
              <w:t>5,449 (3.6%)</w:t>
            </w:r>
          </w:p>
        </w:tc>
        <w:tc>
          <w:tcPr>
            <w:tcW w:w="1872" w:type="dxa"/>
          </w:tcPr>
          <w:p w14:paraId="7DB0E2CD" w14:textId="77777777" w:rsidR="007C0E3C" w:rsidRDefault="00000000">
            <w:r>
              <w:rPr>
                <w:sz w:val="20"/>
              </w:rPr>
              <w:t>111 (3.2%)</w:t>
            </w:r>
          </w:p>
        </w:tc>
        <w:tc>
          <w:tcPr>
            <w:tcW w:w="1872" w:type="dxa"/>
          </w:tcPr>
          <w:p w14:paraId="05F9DB38" w14:textId="77777777" w:rsidR="007C0E3C" w:rsidRDefault="007C0E3C"/>
        </w:tc>
      </w:tr>
      <w:tr w:rsidR="007C0E3C" w14:paraId="630199FC" w14:textId="77777777">
        <w:tc>
          <w:tcPr>
            <w:tcW w:w="1872" w:type="dxa"/>
          </w:tcPr>
          <w:p w14:paraId="22F5B71D" w14:textId="77777777" w:rsidR="007C0E3C" w:rsidRDefault="00000000">
            <w:r>
              <w:rPr>
                <w:sz w:val="20"/>
              </w:rPr>
              <w:t>    Black or African American</w:t>
            </w:r>
          </w:p>
        </w:tc>
        <w:tc>
          <w:tcPr>
            <w:tcW w:w="1872" w:type="dxa"/>
          </w:tcPr>
          <w:p w14:paraId="477EA1FC" w14:textId="77777777" w:rsidR="007C0E3C" w:rsidRDefault="00000000">
            <w:r>
              <w:rPr>
                <w:sz w:val="20"/>
              </w:rPr>
              <w:t>16,967 (11.0%)</w:t>
            </w:r>
          </w:p>
        </w:tc>
        <w:tc>
          <w:tcPr>
            <w:tcW w:w="1872" w:type="dxa"/>
          </w:tcPr>
          <w:p w14:paraId="60192134" w14:textId="77777777" w:rsidR="007C0E3C" w:rsidRDefault="00000000">
            <w:r>
              <w:rPr>
                <w:sz w:val="20"/>
              </w:rPr>
              <w:t>16,545 (10.9%)</w:t>
            </w:r>
          </w:p>
        </w:tc>
        <w:tc>
          <w:tcPr>
            <w:tcW w:w="1872" w:type="dxa"/>
          </w:tcPr>
          <w:p w14:paraId="3F1BADDE" w14:textId="77777777" w:rsidR="007C0E3C" w:rsidRDefault="00000000">
            <w:r>
              <w:rPr>
                <w:sz w:val="20"/>
              </w:rPr>
              <w:t>422 (12.3%)</w:t>
            </w:r>
          </w:p>
        </w:tc>
        <w:tc>
          <w:tcPr>
            <w:tcW w:w="1872" w:type="dxa"/>
          </w:tcPr>
          <w:p w14:paraId="23E9FFA8" w14:textId="77777777" w:rsidR="007C0E3C" w:rsidRDefault="007C0E3C"/>
        </w:tc>
      </w:tr>
      <w:tr w:rsidR="007C0E3C" w14:paraId="38ADAE47" w14:textId="77777777">
        <w:tc>
          <w:tcPr>
            <w:tcW w:w="1872" w:type="dxa"/>
          </w:tcPr>
          <w:p w14:paraId="4F7D3D1A" w14:textId="77777777" w:rsidR="007C0E3C" w:rsidRDefault="00000000">
            <w:r>
              <w:rPr>
                <w:sz w:val="20"/>
              </w:rPr>
              <w:t>    Native Hawaiian or Other Pacific Islander</w:t>
            </w:r>
          </w:p>
        </w:tc>
        <w:tc>
          <w:tcPr>
            <w:tcW w:w="1872" w:type="dxa"/>
          </w:tcPr>
          <w:p w14:paraId="129DDF25" w14:textId="77777777" w:rsidR="007C0E3C" w:rsidRDefault="00000000">
            <w:r>
              <w:rPr>
                <w:sz w:val="20"/>
              </w:rPr>
              <w:t>212 (0.1%)</w:t>
            </w:r>
          </w:p>
        </w:tc>
        <w:tc>
          <w:tcPr>
            <w:tcW w:w="1872" w:type="dxa"/>
          </w:tcPr>
          <w:p w14:paraId="4D8659F8" w14:textId="77777777" w:rsidR="007C0E3C" w:rsidRDefault="00000000">
            <w:r>
              <w:rPr>
                <w:sz w:val="20"/>
              </w:rPr>
              <w:t>200 (0.1%)</w:t>
            </w:r>
          </w:p>
        </w:tc>
        <w:tc>
          <w:tcPr>
            <w:tcW w:w="1872" w:type="dxa"/>
          </w:tcPr>
          <w:p w14:paraId="36365C88" w14:textId="77777777" w:rsidR="007C0E3C" w:rsidRDefault="00000000">
            <w:r>
              <w:rPr>
                <w:sz w:val="20"/>
              </w:rPr>
              <w:t>12 (0.4%)</w:t>
            </w:r>
          </w:p>
        </w:tc>
        <w:tc>
          <w:tcPr>
            <w:tcW w:w="1872" w:type="dxa"/>
          </w:tcPr>
          <w:p w14:paraId="5E889449" w14:textId="77777777" w:rsidR="007C0E3C" w:rsidRDefault="007C0E3C"/>
        </w:tc>
      </w:tr>
      <w:tr w:rsidR="007C0E3C" w14:paraId="40572B1F" w14:textId="77777777">
        <w:tc>
          <w:tcPr>
            <w:tcW w:w="1872" w:type="dxa"/>
          </w:tcPr>
          <w:p w14:paraId="7A03B9FF" w14:textId="77777777" w:rsidR="007C0E3C" w:rsidRDefault="00000000">
            <w:r>
              <w:rPr>
                <w:sz w:val="20"/>
              </w:rPr>
              <w:t>    White</w:t>
            </w:r>
          </w:p>
        </w:tc>
        <w:tc>
          <w:tcPr>
            <w:tcW w:w="1872" w:type="dxa"/>
          </w:tcPr>
          <w:p w14:paraId="7C037487" w14:textId="77777777" w:rsidR="007C0E3C" w:rsidRDefault="00000000">
            <w:r>
              <w:rPr>
                <w:sz w:val="20"/>
              </w:rPr>
              <w:t>109,862 (71.1%)</w:t>
            </w:r>
          </w:p>
        </w:tc>
        <w:tc>
          <w:tcPr>
            <w:tcW w:w="1872" w:type="dxa"/>
          </w:tcPr>
          <w:p w14:paraId="2B9A59DA" w14:textId="77777777" w:rsidR="007C0E3C" w:rsidRDefault="00000000">
            <w:r>
              <w:rPr>
                <w:sz w:val="20"/>
              </w:rPr>
              <w:t>107,364 (71.0%)</w:t>
            </w:r>
          </w:p>
        </w:tc>
        <w:tc>
          <w:tcPr>
            <w:tcW w:w="1872" w:type="dxa"/>
          </w:tcPr>
          <w:p w14:paraId="5B75CEF2" w14:textId="77777777" w:rsidR="007C0E3C" w:rsidRDefault="00000000">
            <w:r>
              <w:rPr>
                <w:sz w:val="20"/>
              </w:rPr>
              <w:t>2,498 (73.1%)</w:t>
            </w:r>
          </w:p>
        </w:tc>
        <w:tc>
          <w:tcPr>
            <w:tcW w:w="1872" w:type="dxa"/>
          </w:tcPr>
          <w:p w14:paraId="5190F015" w14:textId="77777777" w:rsidR="007C0E3C" w:rsidRDefault="007C0E3C"/>
        </w:tc>
      </w:tr>
      <w:tr w:rsidR="007C0E3C" w14:paraId="231F5C1A" w14:textId="77777777">
        <w:tc>
          <w:tcPr>
            <w:tcW w:w="1872" w:type="dxa"/>
          </w:tcPr>
          <w:p w14:paraId="6B1E27C4" w14:textId="77777777" w:rsidR="007C0E3C" w:rsidRDefault="00000000">
            <w:r>
              <w:rPr>
                <w:sz w:val="20"/>
              </w:rPr>
              <w:t>    Other Race</w:t>
            </w:r>
          </w:p>
        </w:tc>
        <w:tc>
          <w:tcPr>
            <w:tcW w:w="1872" w:type="dxa"/>
          </w:tcPr>
          <w:p w14:paraId="7EE86C6E" w14:textId="77777777" w:rsidR="007C0E3C" w:rsidRDefault="00000000">
            <w:r>
              <w:rPr>
                <w:sz w:val="20"/>
              </w:rPr>
              <w:t>5,605 (3.6%)</w:t>
            </w:r>
          </w:p>
        </w:tc>
        <w:tc>
          <w:tcPr>
            <w:tcW w:w="1872" w:type="dxa"/>
          </w:tcPr>
          <w:p w14:paraId="3594BD42" w14:textId="77777777" w:rsidR="007C0E3C" w:rsidRDefault="00000000">
            <w:r>
              <w:rPr>
                <w:sz w:val="20"/>
              </w:rPr>
              <w:t>5,458 (3.6%)</w:t>
            </w:r>
          </w:p>
        </w:tc>
        <w:tc>
          <w:tcPr>
            <w:tcW w:w="1872" w:type="dxa"/>
          </w:tcPr>
          <w:p w14:paraId="262D6C36" w14:textId="77777777" w:rsidR="007C0E3C" w:rsidRDefault="00000000">
            <w:r>
              <w:rPr>
                <w:sz w:val="20"/>
              </w:rPr>
              <w:t>147 (4.3%)</w:t>
            </w:r>
          </w:p>
        </w:tc>
        <w:tc>
          <w:tcPr>
            <w:tcW w:w="1872" w:type="dxa"/>
          </w:tcPr>
          <w:p w14:paraId="379D2849" w14:textId="77777777" w:rsidR="007C0E3C" w:rsidRDefault="007C0E3C"/>
        </w:tc>
      </w:tr>
      <w:tr w:rsidR="007C0E3C" w14:paraId="27226750" w14:textId="77777777">
        <w:tc>
          <w:tcPr>
            <w:tcW w:w="1872" w:type="dxa"/>
          </w:tcPr>
          <w:p w14:paraId="051D1449" w14:textId="77777777" w:rsidR="007C0E3C" w:rsidRDefault="00000000">
            <w:r>
              <w:rPr>
                <w:sz w:val="20"/>
              </w:rPr>
              <w:t>    Unknown</w:t>
            </w:r>
          </w:p>
        </w:tc>
        <w:tc>
          <w:tcPr>
            <w:tcW w:w="1872" w:type="dxa"/>
          </w:tcPr>
          <w:p w14:paraId="479FE8E5" w14:textId="77777777" w:rsidR="007C0E3C" w:rsidRDefault="00000000">
            <w:r>
              <w:rPr>
                <w:sz w:val="20"/>
              </w:rPr>
              <w:t>15,957 (10.3%)</w:t>
            </w:r>
          </w:p>
        </w:tc>
        <w:tc>
          <w:tcPr>
            <w:tcW w:w="1872" w:type="dxa"/>
          </w:tcPr>
          <w:p w14:paraId="5CB671C1" w14:textId="77777777" w:rsidR="007C0E3C" w:rsidRDefault="00000000">
            <w:r>
              <w:rPr>
                <w:sz w:val="20"/>
              </w:rPr>
              <w:t>15,735 (10.4%)</w:t>
            </w:r>
          </w:p>
        </w:tc>
        <w:tc>
          <w:tcPr>
            <w:tcW w:w="1872" w:type="dxa"/>
          </w:tcPr>
          <w:p w14:paraId="5E36EDC6" w14:textId="77777777" w:rsidR="007C0E3C" w:rsidRDefault="00000000">
            <w:r>
              <w:rPr>
                <w:sz w:val="20"/>
              </w:rPr>
              <w:t>222 (6.5%)</w:t>
            </w:r>
          </w:p>
        </w:tc>
        <w:tc>
          <w:tcPr>
            <w:tcW w:w="1872" w:type="dxa"/>
          </w:tcPr>
          <w:p w14:paraId="7C4CBE03" w14:textId="77777777" w:rsidR="007C0E3C" w:rsidRDefault="007C0E3C"/>
        </w:tc>
      </w:tr>
      <w:tr w:rsidR="007C0E3C" w14:paraId="2DA6EE68" w14:textId="77777777">
        <w:tc>
          <w:tcPr>
            <w:tcW w:w="1872" w:type="dxa"/>
          </w:tcPr>
          <w:p w14:paraId="6DE22307" w14:textId="77777777" w:rsidR="007C0E3C" w:rsidRDefault="00000000">
            <w:r>
              <w:rPr>
                <w:b/>
                <w:sz w:val="20"/>
              </w:rPr>
              <w:t xml:space="preserve">Ethnicity </w:t>
            </w:r>
          </w:p>
        </w:tc>
        <w:tc>
          <w:tcPr>
            <w:tcW w:w="1872" w:type="dxa"/>
          </w:tcPr>
          <w:p w14:paraId="1766C1E0" w14:textId="77777777" w:rsidR="007C0E3C" w:rsidRDefault="007C0E3C"/>
        </w:tc>
        <w:tc>
          <w:tcPr>
            <w:tcW w:w="1872" w:type="dxa"/>
          </w:tcPr>
          <w:p w14:paraId="5C286B4A" w14:textId="77777777" w:rsidR="007C0E3C" w:rsidRDefault="007C0E3C"/>
        </w:tc>
        <w:tc>
          <w:tcPr>
            <w:tcW w:w="1872" w:type="dxa"/>
          </w:tcPr>
          <w:p w14:paraId="15A8E993" w14:textId="77777777" w:rsidR="007C0E3C" w:rsidRDefault="007C0E3C"/>
        </w:tc>
        <w:tc>
          <w:tcPr>
            <w:tcW w:w="1872" w:type="dxa"/>
          </w:tcPr>
          <w:p w14:paraId="0C157144" w14:textId="77777777" w:rsidR="007C0E3C" w:rsidRDefault="00000000">
            <w:r>
              <w:rPr>
                <w:b/>
                <w:sz w:val="20"/>
              </w:rPr>
              <w:t>&lt;0.001</w:t>
            </w:r>
          </w:p>
        </w:tc>
      </w:tr>
      <w:tr w:rsidR="007C0E3C" w14:paraId="6FFC3005" w14:textId="77777777">
        <w:tc>
          <w:tcPr>
            <w:tcW w:w="1872" w:type="dxa"/>
          </w:tcPr>
          <w:p w14:paraId="7814E82A" w14:textId="77777777" w:rsidR="007C0E3C" w:rsidRDefault="00000000">
            <w:r>
              <w:rPr>
                <w:sz w:val="20"/>
              </w:rPr>
              <w:t>    Hispanic or Latino</w:t>
            </w:r>
          </w:p>
        </w:tc>
        <w:tc>
          <w:tcPr>
            <w:tcW w:w="1872" w:type="dxa"/>
          </w:tcPr>
          <w:p w14:paraId="551B9209" w14:textId="77777777" w:rsidR="007C0E3C" w:rsidRDefault="00000000">
            <w:r>
              <w:rPr>
                <w:sz w:val="20"/>
              </w:rPr>
              <w:t>10,438 (6.8%)</w:t>
            </w:r>
          </w:p>
        </w:tc>
        <w:tc>
          <w:tcPr>
            <w:tcW w:w="1872" w:type="dxa"/>
          </w:tcPr>
          <w:p w14:paraId="1DBE4A00" w14:textId="77777777" w:rsidR="007C0E3C" w:rsidRDefault="00000000">
            <w:r>
              <w:rPr>
                <w:sz w:val="20"/>
              </w:rPr>
              <w:t>10,167 (6.7%)</w:t>
            </w:r>
          </w:p>
        </w:tc>
        <w:tc>
          <w:tcPr>
            <w:tcW w:w="1872" w:type="dxa"/>
          </w:tcPr>
          <w:p w14:paraId="2829969A" w14:textId="77777777" w:rsidR="007C0E3C" w:rsidRDefault="00000000">
            <w:r>
              <w:rPr>
                <w:sz w:val="20"/>
              </w:rPr>
              <w:t>271 (7.9%)</w:t>
            </w:r>
          </w:p>
        </w:tc>
        <w:tc>
          <w:tcPr>
            <w:tcW w:w="1872" w:type="dxa"/>
          </w:tcPr>
          <w:p w14:paraId="5E83590D" w14:textId="77777777" w:rsidR="007C0E3C" w:rsidRDefault="007C0E3C"/>
        </w:tc>
      </w:tr>
      <w:tr w:rsidR="007C0E3C" w14:paraId="77CD047C" w14:textId="77777777">
        <w:tc>
          <w:tcPr>
            <w:tcW w:w="1872" w:type="dxa"/>
          </w:tcPr>
          <w:p w14:paraId="38CB2A06" w14:textId="77777777" w:rsidR="007C0E3C" w:rsidRDefault="00000000">
            <w:r>
              <w:rPr>
                <w:sz w:val="20"/>
              </w:rPr>
              <w:t>    Not Hispanic or Latino</w:t>
            </w:r>
          </w:p>
        </w:tc>
        <w:tc>
          <w:tcPr>
            <w:tcW w:w="1872" w:type="dxa"/>
          </w:tcPr>
          <w:p w14:paraId="65180BE8" w14:textId="77777777" w:rsidR="007C0E3C" w:rsidRDefault="00000000">
            <w:r>
              <w:rPr>
                <w:sz w:val="20"/>
              </w:rPr>
              <w:t>127,871 (82.7%)</w:t>
            </w:r>
          </w:p>
        </w:tc>
        <w:tc>
          <w:tcPr>
            <w:tcW w:w="1872" w:type="dxa"/>
          </w:tcPr>
          <w:p w14:paraId="668DBA6A" w14:textId="77777777" w:rsidR="007C0E3C" w:rsidRDefault="00000000">
            <w:r>
              <w:rPr>
                <w:sz w:val="20"/>
              </w:rPr>
              <w:t>124,970 (82.7%)</w:t>
            </w:r>
          </w:p>
        </w:tc>
        <w:tc>
          <w:tcPr>
            <w:tcW w:w="1872" w:type="dxa"/>
          </w:tcPr>
          <w:p w14:paraId="66356D5D" w14:textId="77777777" w:rsidR="007C0E3C" w:rsidRDefault="00000000">
            <w:r>
              <w:rPr>
                <w:sz w:val="20"/>
              </w:rPr>
              <w:t>2,901 (84.9%)</w:t>
            </w:r>
          </w:p>
        </w:tc>
        <w:tc>
          <w:tcPr>
            <w:tcW w:w="1872" w:type="dxa"/>
          </w:tcPr>
          <w:p w14:paraId="2AB18877" w14:textId="77777777" w:rsidR="007C0E3C" w:rsidRDefault="007C0E3C"/>
        </w:tc>
      </w:tr>
      <w:tr w:rsidR="007C0E3C" w14:paraId="19D8C2B3" w14:textId="77777777">
        <w:tc>
          <w:tcPr>
            <w:tcW w:w="1872" w:type="dxa"/>
          </w:tcPr>
          <w:p w14:paraId="0F31FF49" w14:textId="77777777" w:rsidR="007C0E3C" w:rsidRDefault="00000000">
            <w:r>
              <w:rPr>
                <w:sz w:val="20"/>
              </w:rPr>
              <w:t>    Unknown</w:t>
            </w:r>
          </w:p>
        </w:tc>
        <w:tc>
          <w:tcPr>
            <w:tcW w:w="1872" w:type="dxa"/>
          </w:tcPr>
          <w:p w14:paraId="0C1B5F20" w14:textId="77777777" w:rsidR="007C0E3C" w:rsidRDefault="00000000">
            <w:r>
              <w:rPr>
                <w:sz w:val="20"/>
              </w:rPr>
              <w:t>16,225 (10.5%)</w:t>
            </w:r>
          </w:p>
        </w:tc>
        <w:tc>
          <w:tcPr>
            <w:tcW w:w="1872" w:type="dxa"/>
          </w:tcPr>
          <w:p w14:paraId="111D0CAB" w14:textId="77777777" w:rsidR="007C0E3C" w:rsidRDefault="00000000">
            <w:r>
              <w:rPr>
                <w:sz w:val="20"/>
              </w:rPr>
              <w:t>15,979 (10.6%)</w:t>
            </w:r>
          </w:p>
        </w:tc>
        <w:tc>
          <w:tcPr>
            <w:tcW w:w="1872" w:type="dxa"/>
          </w:tcPr>
          <w:p w14:paraId="227BBEE2" w14:textId="77777777" w:rsidR="007C0E3C" w:rsidRDefault="00000000">
            <w:r>
              <w:rPr>
                <w:sz w:val="20"/>
              </w:rPr>
              <w:t>246 (7.2%)</w:t>
            </w:r>
          </w:p>
        </w:tc>
        <w:tc>
          <w:tcPr>
            <w:tcW w:w="1872" w:type="dxa"/>
          </w:tcPr>
          <w:p w14:paraId="0056B7E0" w14:textId="77777777" w:rsidR="007C0E3C" w:rsidRDefault="007C0E3C"/>
        </w:tc>
      </w:tr>
      <w:tr w:rsidR="007C0E3C" w14:paraId="4F01CF76" w14:textId="77777777">
        <w:tc>
          <w:tcPr>
            <w:tcW w:w="1872" w:type="dxa"/>
          </w:tcPr>
          <w:p w14:paraId="2BB21AF5" w14:textId="77777777" w:rsidR="007C0E3C" w:rsidRDefault="00000000">
            <w:r>
              <w:rPr>
                <w:b/>
                <w:sz w:val="20"/>
              </w:rPr>
              <w:t xml:space="preserve">Nicotine dependance </w:t>
            </w:r>
          </w:p>
        </w:tc>
        <w:tc>
          <w:tcPr>
            <w:tcW w:w="1872" w:type="dxa"/>
          </w:tcPr>
          <w:p w14:paraId="6AC0E740" w14:textId="77777777" w:rsidR="007C0E3C" w:rsidRDefault="007C0E3C"/>
        </w:tc>
        <w:tc>
          <w:tcPr>
            <w:tcW w:w="1872" w:type="dxa"/>
          </w:tcPr>
          <w:p w14:paraId="057461CA" w14:textId="77777777" w:rsidR="007C0E3C" w:rsidRDefault="007C0E3C"/>
        </w:tc>
        <w:tc>
          <w:tcPr>
            <w:tcW w:w="1872" w:type="dxa"/>
          </w:tcPr>
          <w:p w14:paraId="5CD82632" w14:textId="77777777" w:rsidR="007C0E3C" w:rsidRDefault="007C0E3C"/>
        </w:tc>
        <w:tc>
          <w:tcPr>
            <w:tcW w:w="1872" w:type="dxa"/>
          </w:tcPr>
          <w:p w14:paraId="6B3E459F" w14:textId="77777777" w:rsidR="007C0E3C" w:rsidRDefault="00000000">
            <w:r>
              <w:rPr>
                <w:b/>
                <w:sz w:val="20"/>
              </w:rPr>
              <w:t>&lt;0.001</w:t>
            </w:r>
          </w:p>
        </w:tc>
      </w:tr>
      <w:tr w:rsidR="007C0E3C" w14:paraId="391AA80A" w14:textId="77777777">
        <w:tc>
          <w:tcPr>
            <w:tcW w:w="1872" w:type="dxa"/>
          </w:tcPr>
          <w:p w14:paraId="1380AE86" w14:textId="77777777" w:rsidR="007C0E3C" w:rsidRDefault="00000000">
            <w:r>
              <w:rPr>
                <w:sz w:val="20"/>
              </w:rPr>
              <w:t>    No</w:t>
            </w:r>
          </w:p>
        </w:tc>
        <w:tc>
          <w:tcPr>
            <w:tcW w:w="1872" w:type="dxa"/>
          </w:tcPr>
          <w:p w14:paraId="4AB3F730" w14:textId="77777777" w:rsidR="007C0E3C" w:rsidRDefault="00000000">
            <w:r>
              <w:rPr>
                <w:sz w:val="20"/>
              </w:rPr>
              <w:t>139,764 (90.4%)</w:t>
            </w:r>
          </w:p>
        </w:tc>
        <w:tc>
          <w:tcPr>
            <w:tcW w:w="1872" w:type="dxa"/>
          </w:tcPr>
          <w:p w14:paraId="751EC23A" w14:textId="77777777" w:rsidR="007C0E3C" w:rsidRDefault="00000000">
            <w:r>
              <w:rPr>
                <w:sz w:val="20"/>
              </w:rPr>
              <w:t>136,821 (90.5%)</w:t>
            </w:r>
          </w:p>
        </w:tc>
        <w:tc>
          <w:tcPr>
            <w:tcW w:w="1872" w:type="dxa"/>
          </w:tcPr>
          <w:p w14:paraId="380E2A73" w14:textId="77777777" w:rsidR="007C0E3C" w:rsidRDefault="00000000">
            <w:r>
              <w:rPr>
                <w:sz w:val="20"/>
              </w:rPr>
              <w:t>2,943 (86.1%)</w:t>
            </w:r>
          </w:p>
        </w:tc>
        <w:tc>
          <w:tcPr>
            <w:tcW w:w="1872" w:type="dxa"/>
          </w:tcPr>
          <w:p w14:paraId="127F4F87" w14:textId="77777777" w:rsidR="007C0E3C" w:rsidRDefault="007C0E3C"/>
        </w:tc>
      </w:tr>
      <w:tr w:rsidR="007C0E3C" w14:paraId="1CCF2BAD" w14:textId="77777777">
        <w:tc>
          <w:tcPr>
            <w:tcW w:w="1872" w:type="dxa"/>
          </w:tcPr>
          <w:p w14:paraId="4EAD51BC" w14:textId="77777777" w:rsidR="007C0E3C" w:rsidRDefault="00000000">
            <w:r>
              <w:rPr>
                <w:sz w:val="20"/>
              </w:rPr>
              <w:t>    Yes</w:t>
            </w:r>
          </w:p>
        </w:tc>
        <w:tc>
          <w:tcPr>
            <w:tcW w:w="1872" w:type="dxa"/>
          </w:tcPr>
          <w:p w14:paraId="6A258BC9" w14:textId="77777777" w:rsidR="007C0E3C" w:rsidRDefault="00000000">
            <w:r>
              <w:rPr>
                <w:sz w:val="20"/>
              </w:rPr>
              <w:t>14,770 (9.6%)</w:t>
            </w:r>
          </w:p>
        </w:tc>
        <w:tc>
          <w:tcPr>
            <w:tcW w:w="1872" w:type="dxa"/>
          </w:tcPr>
          <w:p w14:paraId="3D708CD7" w14:textId="77777777" w:rsidR="007C0E3C" w:rsidRDefault="00000000">
            <w:r>
              <w:rPr>
                <w:sz w:val="20"/>
              </w:rPr>
              <w:t>14,295 (9.5%)</w:t>
            </w:r>
          </w:p>
        </w:tc>
        <w:tc>
          <w:tcPr>
            <w:tcW w:w="1872" w:type="dxa"/>
          </w:tcPr>
          <w:p w14:paraId="21D7E062" w14:textId="77777777" w:rsidR="007C0E3C" w:rsidRDefault="00000000">
            <w:r>
              <w:rPr>
                <w:sz w:val="20"/>
              </w:rPr>
              <w:t>475 (13.9%)</w:t>
            </w:r>
          </w:p>
        </w:tc>
        <w:tc>
          <w:tcPr>
            <w:tcW w:w="1872" w:type="dxa"/>
          </w:tcPr>
          <w:p w14:paraId="71C7E5FE" w14:textId="77777777" w:rsidR="007C0E3C" w:rsidRDefault="007C0E3C"/>
        </w:tc>
      </w:tr>
      <w:tr w:rsidR="007C0E3C" w14:paraId="350F2037" w14:textId="77777777">
        <w:tc>
          <w:tcPr>
            <w:tcW w:w="1872" w:type="dxa"/>
          </w:tcPr>
          <w:p w14:paraId="52CB3CA0" w14:textId="77777777" w:rsidR="007C0E3C" w:rsidRDefault="00000000">
            <w:r>
              <w:rPr>
                <w:b/>
                <w:sz w:val="20"/>
              </w:rPr>
              <w:t>cdk4_6</w:t>
            </w:r>
          </w:p>
        </w:tc>
        <w:tc>
          <w:tcPr>
            <w:tcW w:w="1872" w:type="dxa"/>
          </w:tcPr>
          <w:p w14:paraId="59E1A97B" w14:textId="77777777" w:rsidR="007C0E3C" w:rsidRDefault="007C0E3C"/>
        </w:tc>
        <w:tc>
          <w:tcPr>
            <w:tcW w:w="1872" w:type="dxa"/>
          </w:tcPr>
          <w:p w14:paraId="412FA7FA" w14:textId="77777777" w:rsidR="007C0E3C" w:rsidRDefault="007C0E3C"/>
        </w:tc>
        <w:tc>
          <w:tcPr>
            <w:tcW w:w="1872" w:type="dxa"/>
          </w:tcPr>
          <w:p w14:paraId="5C4C08EC" w14:textId="77777777" w:rsidR="007C0E3C" w:rsidRDefault="007C0E3C"/>
        </w:tc>
        <w:tc>
          <w:tcPr>
            <w:tcW w:w="1872" w:type="dxa"/>
          </w:tcPr>
          <w:p w14:paraId="6BFF1D2C" w14:textId="77777777" w:rsidR="007C0E3C" w:rsidRDefault="00000000">
            <w:r>
              <w:rPr>
                <w:b/>
                <w:sz w:val="20"/>
              </w:rPr>
              <w:t>&lt;0.001</w:t>
            </w:r>
          </w:p>
        </w:tc>
      </w:tr>
      <w:tr w:rsidR="007C0E3C" w14:paraId="63268400" w14:textId="77777777">
        <w:tc>
          <w:tcPr>
            <w:tcW w:w="1872" w:type="dxa"/>
          </w:tcPr>
          <w:p w14:paraId="2053A1CB" w14:textId="77777777" w:rsidR="007C0E3C" w:rsidRDefault="00000000">
            <w:r>
              <w:rPr>
                <w:sz w:val="20"/>
              </w:rPr>
              <w:t>    No</w:t>
            </w:r>
          </w:p>
        </w:tc>
        <w:tc>
          <w:tcPr>
            <w:tcW w:w="1872" w:type="dxa"/>
          </w:tcPr>
          <w:p w14:paraId="4372AAFC" w14:textId="77777777" w:rsidR="007C0E3C" w:rsidRDefault="00000000">
            <w:r>
              <w:rPr>
                <w:sz w:val="20"/>
              </w:rPr>
              <w:t>151,116 (97.8%)</w:t>
            </w:r>
          </w:p>
        </w:tc>
        <w:tc>
          <w:tcPr>
            <w:tcW w:w="1872" w:type="dxa"/>
          </w:tcPr>
          <w:p w14:paraId="21164EE7" w14:textId="77777777" w:rsidR="007C0E3C" w:rsidRDefault="00000000">
            <w:r>
              <w:rPr>
                <w:sz w:val="20"/>
              </w:rPr>
              <w:t>151,116 (100.0%)</w:t>
            </w:r>
          </w:p>
        </w:tc>
        <w:tc>
          <w:tcPr>
            <w:tcW w:w="1872" w:type="dxa"/>
          </w:tcPr>
          <w:p w14:paraId="6FDDC716" w14:textId="77777777" w:rsidR="007C0E3C" w:rsidRDefault="00000000">
            <w:r>
              <w:rPr>
                <w:sz w:val="20"/>
              </w:rPr>
              <w:t>0 (0.0%)</w:t>
            </w:r>
          </w:p>
        </w:tc>
        <w:tc>
          <w:tcPr>
            <w:tcW w:w="1872" w:type="dxa"/>
          </w:tcPr>
          <w:p w14:paraId="2A2B88A9" w14:textId="77777777" w:rsidR="007C0E3C" w:rsidRDefault="007C0E3C"/>
        </w:tc>
      </w:tr>
      <w:tr w:rsidR="007C0E3C" w14:paraId="775FB794" w14:textId="77777777">
        <w:tc>
          <w:tcPr>
            <w:tcW w:w="1872" w:type="dxa"/>
          </w:tcPr>
          <w:p w14:paraId="57A2CE36" w14:textId="77777777" w:rsidR="007C0E3C" w:rsidRDefault="00000000">
            <w:r>
              <w:rPr>
                <w:sz w:val="20"/>
              </w:rPr>
              <w:t>    Yes</w:t>
            </w:r>
          </w:p>
        </w:tc>
        <w:tc>
          <w:tcPr>
            <w:tcW w:w="1872" w:type="dxa"/>
          </w:tcPr>
          <w:p w14:paraId="1BCDE222" w14:textId="77777777" w:rsidR="007C0E3C" w:rsidRDefault="00000000">
            <w:r>
              <w:rPr>
                <w:sz w:val="20"/>
              </w:rPr>
              <w:t>3,418 (2.2%)</w:t>
            </w:r>
          </w:p>
        </w:tc>
        <w:tc>
          <w:tcPr>
            <w:tcW w:w="1872" w:type="dxa"/>
          </w:tcPr>
          <w:p w14:paraId="4468F723" w14:textId="77777777" w:rsidR="007C0E3C" w:rsidRDefault="00000000">
            <w:r>
              <w:rPr>
                <w:sz w:val="20"/>
              </w:rPr>
              <w:t>0 (0.0%)</w:t>
            </w:r>
          </w:p>
        </w:tc>
        <w:tc>
          <w:tcPr>
            <w:tcW w:w="1872" w:type="dxa"/>
          </w:tcPr>
          <w:p w14:paraId="09DDC9D1" w14:textId="77777777" w:rsidR="007C0E3C" w:rsidRDefault="00000000">
            <w:r>
              <w:rPr>
                <w:sz w:val="20"/>
              </w:rPr>
              <w:t>3,418 (100.0%)</w:t>
            </w:r>
          </w:p>
        </w:tc>
        <w:tc>
          <w:tcPr>
            <w:tcW w:w="1872" w:type="dxa"/>
          </w:tcPr>
          <w:p w14:paraId="1C941113" w14:textId="77777777" w:rsidR="007C0E3C" w:rsidRDefault="007C0E3C"/>
        </w:tc>
      </w:tr>
      <w:tr w:rsidR="007C0E3C" w14:paraId="2C40CEF5" w14:textId="77777777">
        <w:tc>
          <w:tcPr>
            <w:tcW w:w="1872" w:type="dxa"/>
          </w:tcPr>
          <w:p w14:paraId="2E129304" w14:textId="77777777" w:rsidR="007C0E3C" w:rsidRDefault="00000000">
            <w:r>
              <w:rPr>
                <w:b/>
                <w:sz w:val="20"/>
              </w:rPr>
              <w:t>ribociclib</w:t>
            </w:r>
          </w:p>
        </w:tc>
        <w:tc>
          <w:tcPr>
            <w:tcW w:w="1872" w:type="dxa"/>
          </w:tcPr>
          <w:p w14:paraId="199EC9A9" w14:textId="77777777" w:rsidR="007C0E3C" w:rsidRDefault="007C0E3C"/>
        </w:tc>
        <w:tc>
          <w:tcPr>
            <w:tcW w:w="1872" w:type="dxa"/>
          </w:tcPr>
          <w:p w14:paraId="7BAB1DA0" w14:textId="77777777" w:rsidR="007C0E3C" w:rsidRDefault="007C0E3C"/>
        </w:tc>
        <w:tc>
          <w:tcPr>
            <w:tcW w:w="1872" w:type="dxa"/>
          </w:tcPr>
          <w:p w14:paraId="6E9C7D08" w14:textId="77777777" w:rsidR="007C0E3C" w:rsidRDefault="007C0E3C"/>
        </w:tc>
        <w:tc>
          <w:tcPr>
            <w:tcW w:w="1872" w:type="dxa"/>
          </w:tcPr>
          <w:p w14:paraId="04758A21" w14:textId="77777777" w:rsidR="007C0E3C" w:rsidRDefault="00000000">
            <w:r>
              <w:rPr>
                <w:b/>
                <w:sz w:val="20"/>
              </w:rPr>
              <w:t>&lt;0.001</w:t>
            </w:r>
          </w:p>
        </w:tc>
      </w:tr>
      <w:tr w:rsidR="007C0E3C" w14:paraId="29254250" w14:textId="77777777">
        <w:tc>
          <w:tcPr>
            <w:tcW w:w="1872" w:type="dxa"/>
          </w:tcPr>
          <w:p w14:paraId="4D5064F8" w14:textId="77777777" w:rsidR="007C0E3C" w:rsidRDefault="00000000">
            <w:r>
              <w:rPr>
                <w:sz w:val="20"/>
              </w:rPr>
              <w:t>    No</w:t>
            </w:r>
          </w:p>
        </w:tc>
        <w:tc>
          <w:tcPr>
            <w:tcW w:w="1872" w:type="dxa"/>
          </w:tcPr>
          <w:p w14:paraId="203E6160" w14:textId="77777777" w:rsidR="007C0E3C" w:rsidRDefault="00000000">
            <w:r>
              <w:rPr>
                <w:sz w:val="20"/>
              </w:rPr>
              <w:t>154,148 (99.8%)</w:t>
            </w:r>
          </w:p>
        </w:tc>
        <w:tc>
          <w:tcPr>
            <w:tcW w:w="1872" w:type="dxa"/>
          </w:tcPr>
          <w:p w14:paraId="142A6D34" w14:textId="77777777" w:rsidR="007C0E3C" w:rsidRDefault="00000000">
            <w:r>
              <w:rPr>
                <w:sz w:val="20"/>
              </w:rPr>
              <w:t>151,116 (100.0%)</w:t>
            </w:r>
          </w:p>
        </w:tc>
        <w:tc>
          <w:tcPr>
            <w:tcW w:w="1872" w:type="dxa"/>
          </w:tcPr>
          <w:p w14:paraId="3AAC28C0" w14:textId="77777777" w:rsidR="007C0E3C" w:rsidRDefault="00000000">
            <w:r>
              <w:rPr>
                <w:sz w:val="20"/>
              </w:rPr>
              <w:t>3,032 (88.7%)</w:t>
            </w:r>
          </w:p>
        </w:tc>
        <w:tc>
          <w:tcPr>
            <w:tcW w:w="1872" w:type="dxa"/>
          </w:tcPr>
          <w:p w14:paraId="79A424D0" w14:textId="77777777" w:rsidR="007C0E3C" w:rsidRDefault="007C0E3C"/>
        </w:tc>
      </w:tr>
      <w:tr w:rsidR="007C0E3C" w14:paraId="66414A8B" w14:textId="77777777">
        <w:tc>
          <w:tcPr>
            <w:tcW w:w="1872" w:type="dxa"/>
          </w:tcPr>
          <w:p w14:paraId="156DCF8E" w14:textId="77777777" w:rsidR="007C0E3C" w:rsidRDefault="00000000">
            <w:r>
              <w:rPr>
                <w:sz w:val="20"/>
              </w:rPr>
              <w:t>    Yes</w:t>
            </w:r>
          </w:p>
        </w:tc>
        <w:tc>
          <w:tcPr>
            <w:tcW w:w="1872" w:type="dxa"/>
          </w:tcPr>
          <w:p w14:paraId="30C041EB" w14:textId="77777777" w:rsidR="007C0E3C" w:rsidRDefault="00000000">
            <w:r>
              <w:rPr>
                <w:sz w:val="20"/>
              </w:rPr>
              <w:t>386 (0.2%)</w:t>
            </w:r>
          </w:p>
        </w:tc>
        <w:tc>
          <w:tcPr>
            <w:tcW w:w="1872" w:type="dxa"/>
          </w:tcPr>
          <w:p w14:paraId="5AADAB36" w14:textId="77777777" w:rsidR="007C0E3C" w:rsidRDefault="00000000">
            <w:r>
              <w:rPr>
                <w:sz w:val="20"/>
              </w:rPr>
              <w:t>0 (0.0%)</w:t>
            </w:r>
          </w:p>
        </w:tc>
        <w:tc>
          <w:tcPr>
            <w:tcW w:w="1872" w:type="dxa"/>
          </w:tcPr>
          <w:p w14:paraId="538E2476" w14:textId="77777777" w:rsidR="007C0E3C" w:rsidRDefault="00000000">
            <w:r>
              <w:rPr>
                <w:sz w:val="20"/>
              </w:rPr>
              <w:t>386 (11.3%)</w:t>
            </w:r>
          </w:p>
        </w:tc>
        <w:tc>
          <w:tcPr>
            <w:tcW w:w="1872" w:type="dxa"/>
          </w:tcPr>
          <w:p w14:paraId="0F19A7A6" w14:textId="77777777" w:rsidR="007C0E3C" w:rsidRDefault="007C0E3C"/>
        </w:tc>
      </w:tr>
      <w:tr w:rsidR="007C0E3C" w14:paraId="24D68207" w14:textId="77777777">
        <w:tc>
          <w:tcPr>
            <w:tcW w:w="1872" w:type="dxa"/>
          </w:tcPr>
          <w:p w14:paraId="71D59C05" w14:textId="77777777" w:rsidR="007C0E3C" w:rsidRDefault="00000000">
            <w:r>
              <w:rPr>
                <w:b/>
                <w:sz w:val="20"/>
              </w:rPr>
              <w:t>palbociclib</w:t>
            </w:r>
          </w:p>
        </w:tc>
        <w:tc>
          <w:tcPr>
            <w:tcW w:w="1872" w:type="dxa"/>
          </w:tcPr>
          <w:p w14:paraId="2ACF70BE" w14:textId="77777777" w:rsidR="007C0E3C" w:rsidRDefault="007C0E3C"/>
        </w:tc>
        <w:tc>
          <w:tcPr>
            <w:tcW w:w="1872" w:type="dxa"/>
          </w:tcPr>
          <w:p w14:paraId="7324E557" w14:textId="77777777" w:rsidR="007C0E3C" w:rsidRDefault="007C0E3C"/>
        </w:tc>
        <w:tc>
          <w:tcPr>
            <w:tcW w:w="1872" w:type="dxa"/>
          </w:tcPr>
          <w:p w14:paraId="697F1CE9" w14:textId="77777777" w:rsidR="007C0E3C" w:rsidRDefault="007C0E3C"/>
        </w:tc>
        <w:tc>
          <w:tcPr>
            <w:tcW w:w="1872" w:type="dxa"/>
          </w:tcPr>
          <w:p w14:paraId="4C84FC79" w14:textId="77777777" w:rsidR="007C0E3C" w:rsidRDefault="00000000">
            <w:r>
              <w:rPr>
                <w:b/>
                <w:sz w:val="20"/>
              </w:rPr>
              <w:t>&lt;0.001</w:t>
            </w:r>
          </w:p>
        </w:tc>
      </w:tr>
      <w:tr w:rsidR="007C0E3C" w14:paraId="2ADA3F47" w14:textId="77777777">
        <w:tc>
          <w:tcPr>
            <w:tcW w:w="1872" w:type="dxa"/>
          </w:tcPr>
          <w:p w14:paraId="544718BD" w14:textId="77777777" w:rsidR="007C0E3C" w:rsidRDefault="00000000">
            <w:r>
              <w:rPr>
                <w:sz w:val="20"/>
              </w:rPr>
              <w:t>    No</w:t>
            </w:r>
          </w:p>
        </w:tc>
        <w:tc>
          <w:tcPr>
            <w:tcW w:w="1872" w:type="dxa"/>
          </w:tcPr>
          <w:p w14:paraId="468CEE77" w14:textId="77777777" w:rsidR="007C0E3C" w:rsidRDefault="00000000">
            <w:r>
              <w:rPr>
                <w:sz w:val="20"/>
              </w:rPr>
              <w:t>152,539 (98.7%)</w:t>
            </w:r>
          </w:p>
        </w:tc>
        <w:tc>
          <w:tcPr>
            <w:tcW w:w="1872" w:type="dxa"/>
          </w:tcPr>
          <w:p w14:paraId="27A522F9" w14:textId="77777777" w:rsidR="007C0E3C" w:rsidRDefault="00000000">
            <w:r>
              <w:rPr>
                <w:sz w:val="20"/>
              </w:rPr>
              <w:t>151,116 (100.0%)</w:t>
            </w:r>
          </w:p>
        </w:tc>
        <w:tc>
          <w:tcPr>
            <w:tcW w:w="1872" w:type="dxa"/>
          </w:tcPr>
          <w:p w14:paraId="053B78D6" w14:textId="77777777" w:rsidR="007C0E3C" w:rsidRDefault="00000000">
            <w:r>
              <w:rPr>
                <w:sz w:val="20"/>
              </w:rPr>
              <w:t>1,423 (41.6%)</w:t>
            </w:r>
          </w:p>
        </w:tc>
        <w:tc>
          <w:tcPr>
            <w:tcW w:w="1872" w:type="dxa"/>
          </w:tcPr>
          <w:p w14:paraId="55975D11" w14:textId="77777777" w:rsidR="007C0E3C" w:rsidRDefault="007C0E3C"/>
        </w:tc>
      </w:tr>
      <w:tr w:rsidR="007C0E3C" w14:paraId="12FFC128" w14:textId="77777777">
        <w:tc>
          <w:tcPr>
            <w:tcW w:w="1872" w:type="dxa"/>
          </w:tcPr>
          <w:p w14:paraId="11BA4210" w14:textId="77777777" w:rsidR="007C0E3C" w:rsidRDefault="00000000">
            <w:r>
              <w:rPr>
                <w:sz w:val="20"/>
              </w:rPr>
              <w:t>    Yes</w:t>
            </w:r>
          </w:p>
        </w:tc>
        <w:tc>
          <w:tcPr>
            <w:tcW w:w="1872" w:type="dxa"/>
          </w:tcPr>
          <w:p w14:paraId="31852D4A" w14:textId="77777777" w:rsidR="007C0E3C" w:rsidRDefault="00000000">
            <w:r>
              <w:rPr>
                <w:sz w:val="20"/>
              </w:rPr>
              <w:t>1,995 (1.3%)</w:t>
            </w:r>
          </w:p>
        </w:tc>
        <w:tc>
          <w:tcPr>
            <w:tcW w:w="1872" w:type="dxa"/>
          </w:tcPr>
          <w:p w14:paraId="5D2742AD" w14:textId="77777777" w:rsidR="007C0E3C" w:rsidRDefault="00000000">
            <w:r>
              <w:rPr>
                <w:sz w:val="20"/>
              </w:rPr>
              <w:t>0 (0.0%)</w:t>
            </w:r>
          </w:p>
        </w:tc>
        <w:tc>
          <w:tcPr>
            <w:tcW w:w="1872" w:type="dxa"/>
          </w:tcPr>
          <w:p w14:paraId="4635DC09" w14:textId="77777777" w:rsidR="007C0E3C" w:rsidRDefault="00000000">
            <w:r>
              <w:rPr>
                <w:sz w:val="20"/>
              </w:rPr>
              <w:t>1,995 (58.4%)</w:t>
            </w:r>
          </w:p>
        </w:tc>
        <w:tc>
          <w:tcPr>
            <w:tcW w:w="1872" w:type="dxa"/>
          </w:tcPr>
          <w:p w14:paraId="1B472268" w14:textId="77777777" w:rsidR="007C0E3C" w:rsidRDefault="007C0E3C"/>
        </w:tc>
      </w:tr>
      <w:tr w:rsidR="007C0E3C" w14:paraId="68578135" w14:textId="77777777">
        <w:tc>
          <w:tcPr>
            <w:tcW w:w="1872" w:type="dxa"/>
          </w:tcPr>
          <w:p w14:paraId="78A1D90B" w14:textId="77777777" w:rsidR="007C0E3C" w:rsidRDefault="00000000">
            <w:r>
              <w:rPr>
                <w:b/>
                <w:sz w:val="20"/>
              </w:rPr>
              <w:t>abemaciclib</w:t>
            </w:r>
          </w:p>
        </w:tc>
        <w:tc>
          <w:tcPr>
            <w:tcW w:w="1872" w:type="dxa"/>
          </w:tcPr>
          <w:p w14:paraId="74108011" w14:textId="77777777" w:rsidR="007C0E3C" w:rsidRDefault="007C0E3C"/>
        </w:tc>
        <w:tc>
          <w:tcPr>
            <w:tcW w:w="1872" w:type="dxa"/>
          </w:tcPr>
          <w:p w14:paraId="380DFCCB" w14:textId="77777777" w:rsidR="007C0E3C" w:rsidRDefault="007C0E3C"/>
        </w:tc>
        <w:tc>
          <w:tcPr>
            <w:tcW w:w="1872" w:type="dxa"/>
          </w:tcPr>
          <w:p w14:paraId="0BA7D1E3" w14:textId="77777777" w:rsidR="007C0E3C" w:rsidRDefault="007C0E3C"/>
        </w:tc>
        <w:tc>
          <w:tcPr>
            <w:tcW w:w="1872" w:type="dxa"/>
          </w:tcPr>
          <w:p w14:paraId="402BB8A6" w14:textId="77777777" w:rsidR="007C0E3C" w:rsidRDefault="00000000">
            <w:r>
              <w:rPr>
                <w:b/>
                <w:sz w:val="20"/>
              </w:rPr>
              <w:t>&lt;0.001</w:t>
            </w:r>
          </w:p>
        </w:tc>
      </w:tr>
      <w:tr w:rsidR="007C0E3C" w14:paraId="74E840B9" w14:textId="77777777">
        <w:tc>
          <w:tcPr>
            <w:tcW w:w="1872" w:type="dxa"/>
          </w:tcPr>
          <w:p w14:paraId="0004C458" w14:textId="77777777" w:rsidR="007C0E3C" w:rsidRDefault="00000000">
            <w:r>
              <w:rPr>
                <w:sz w:val="20"/>
              </w:rPr>
              <w:t>    No</w:t>
            </w:r>
          </w:p>
        </w:tc>
        <w:tc>
          <w:tcPr>
            <w:tcW w:w="1872" w:type="dxa"/>
          </w:tcPr>
          <w:p w14:paraId="51ED21A2" w14:textId="77777777" w:rsidR="007C0E3C" w:rsidRDefault="00000000">
            <w:r>
              <w:rPr>
                <w:sz w:val="20"/>
              </w:rPr>
              <w:t>153,497 (99.3%)</w:t>
            </w:r>
          </w:p>
        </w:tc>
        <w:tc>
          <w:tcPr>
            <w:tcW w:w="1872" w:type="dxa"/>
          </w:tcPr>
          <w:p w14:paraId="11303081" w14:textId="77777777" w:rsidR="007C0E3C" w:rsidRDefault="00000000">
            <w:r>
              <w:rPr>
                <w:sz w:val="20"/>
              </w:rPr>
              <w:t>151,116 (100.0%)</w:t>
            </w:r>
          </w:p>
        </w:tc>
        <w:tc>
          <w:tcPr>
            <w:tcW w:w="1872" w:type="dxa"/>
          </w:tcPr>
          <w:p w14:paraId="00C16E61" w14:textId="77777777" w:rsidR="007C0E3C" w:rsidRDefault="00000000">
            <w:r>
              <w:rPr>
                <w:sz w:val="20"/>
              </w:rPr>
              <w:t>2,381 (69.7%)</w:t>
            </w:r>
          </w:p>
        </w:tc>
        <w:tc>
          <w:tcPr>
            <w:tcW w:w="1872" w:type="dxa"/>
          </w:tcPr>
          <w:p w14:paraId="17B4247B" w14:textId="77777777" w:rsidR="007C0E3C" w:rsidRDefault="007C0E3C"/>
        </w:tc>
      </w:tr>
      <w:tr w:rsidR="007C0E3C" w14:paraId="423D2A7B" w14:textId="77777777">
        <w:tc>
          <w:tcPr>
            <w:tcW w:w="1872" w:type="dxa"/>
          </w:tcPr>
          <w:p w14:paraId="0D07EDD6" w14:textId="77777777" w:rsidR="007C0E3C" w:rsidRDefault="00000000">
            <w:r>
              <w:rPr>
                <w:sz w:val="20"/>
              </w:rPr>
              <w:t>    Yes</w:t>
            </w:r>
          </w:p>
        </w:tc>
        <w:tc>
          <w:tcPr>
            <w:tcW w:w="1872" w:type="dxa"/>
          </w:tcPr>
          <w:p w14:paraId="043BE6C4" w14:textId="77777777" w:rsidR="007C0E3C" w:rsidRDefault="00000000">
            <w:r>
              <w:rPr>
                <w:sz w:val="20"/>
              </w:rPr>
              <w:t>1,037 (0.7%)</w:t>
            </w:r>
          </w:p>
        </w:tc>
        <w:tc>
          <w:tcPr>
            <w:tcW w:w="1872" w:type="dxa"/>
          </w:tcPr>
          <w:p w14:paraId="09108D47" w14:textId="77777777" w:rsidR="007C0E3C" w:rsidRDefault="00000000">
            <w:r>
              <w:rPr>
                <w:sz w:val="20"/>
              </w:rPr>
              <w:t>0 (0.0%)</w:t>
            </w:r>
          </w:p>
        </w:tc>
        <w:tc>
          <w:tcPr>
            <w:tcW w:w="1872" w:type="dxa"/>
          </w:tcPr>
          <w:p w14:paraId="5B088660" w14:textId="77777777" w:rsidR="007C0E3C" w:rsidRDefault="00000000">
            <w:r>
              <w:rPr>
                <w:sz w:val="20"/>
              </w:rPr>
              <w:t>1,037 (30.3%)</w:t>
            </w:r>
          </w:p>
        </w:tc>
        <w:tc>
          <w:tcPr>
            <w:tcW w:w="1872" w:type="dxa"/>
          </w:tcPr>
          <w:p w14:paraId="711809CE" w14:textId="77777777" w:rsidR="007C0E3C" w:rsidRDefault="007C0E3C"/>
        </w:tc>
      </w:tr>
      <w:tr w:rsidR="007C0E3C" w14:paraId="23A47D6A" w14:textId="77777777">
        <w:tc>
          <w:tcPr>
            <w:tcW w:w="1872" w:type="dxa"/>
          </w:tcPr>
          <w:p w14:paraId="3F939A42" w14:textId="77777777" w:rsidR="007C0E3C" w:rsidRDefault="00000000">
            <w:r>
              <w:rPr>
                <w:b/>
                <w:sz w:val="20"/>
              </w:rPr>
              <w:t>Metastatic cancer</w:t>
            </w:r>
          </w:p>
        </w:tc>
        <w:tc>
          <w:tcPr>
            <w:tcW w:w="1872" w:type="dxa"/>
          </w:tcPr>
          <w:p w14:paraId="1C91AD32" w14:textId="77777777" w:rsidR="007C0E3C" w:rsidRDefault="007C0E3C"/>
        </w:tc>
        <w:tc>
          <w:tcPr>
            <w:tcW w:w="1872" w:type="dxa"/>
          </w:tcPr>
          <w:p w14:paraId="1BAE1B20" w14:textId="77777777" w:rsidR="007C0E3C" w:rsidRDefault="007C0E3C"/>
        </w:tc>
        <w:tc>
          <w:tcPr>
            <w:tcW w:w="1872" w:type="dxa"/>
          </w:tcPr>
          <w:p w14:paraId="01536ACD" w14:textId="77777777" w:rsidR="007C0E3C" w:rsidRDefault="007C0E3C"/>
        </w:tc>
        <w:tc>
          <w:tcPr>
            <w:tcW w:w="1872" w:type="dxa"/>
          </w:tcPr>
          <w:p w14:paraId="7834FB95" w14:textId="77777777" w:rsidR="007C0E3C" w:rsidRDefault="00000000">
            <w:r>
              <w:rPr>
                <w:b/>
                <w:sz w:val="20"/>
              </w:rPr>
              <w:t>&lt;0.001</w:t>
            </w:r>
          </w:p>
        </w:tc>
      </w:tr>
      <w:tr w:rsidR="007C0E3C" w14:paraId="5ADEDEEF" w14:textId="77777777">
        <w:tc>
          <w:tcPr>
            <w:tcW w:w="1872" w:type="dxa"/>
          </w:tcPr>
          <w:p w14:paraId="786C1B4E" w14:textId="77777777" w:rsidR="007C0E3C" w:rsidRDefault="00000000">
            <w:r>
              <w:rPr>
                <w:sz w:val="20"/>
              </w:rPr>
              <w:t>    No</w:t>
            </w:r>
          </w:p>
        </w:tc>
        <w:tc>
          <w:tcPr>
            <w:tcW w:w="1872" w:type="dxa"/>
          </w:tcPr>
          <w:p w14:paraId="66606A55" w14:textId="77777777" w:rsidR="007C0E3C" w:rsidRDefault="00000000">
            <w:r>
              <w:rPr>
                <w:sz w:val="20"/>
              </w:rPr>
              <w:t>152,891 (98.9%)</w:t>
            </w:r>
          </w:p>
        </w:tc>
        <w:tc>
          <w:tcPr>
            <w:tcW w:w="1872" w:type="dxa"/>
          </w:tcPr>
          <w:p w14:paraId="1BDC2768" w14:textId="77777777" w:rsidR="007C0E3C" w:rsidRDefault="00000000">
            <w:r>
              <w:rPr>
                <w:sz w:val="20"/>
              </w:rPr>
              <w:t>149,605 (99.0%)</w:t>
            </w:r>
          </w:p>
        </w:tc>
        <w:tc>
          <w:tcPr>
            <w:tcW w:w="1872" w:type="dxa"/>
          </w:tcPr>
          <w:p w14:paraId="67E0832A" w14:textId="77777777" w:rsidR="007C0E3C" w:rsidRDefault="00000000">
            <w:r>
              <w:rPr>
                <w:sz w:val="20"/>
              </w:rPr>
              <w:t>3,286 (96.1%)</w:t>
            </w:r>
          </w:p>
        </w:tc>
        <w:tc>
          <w:tcPr>
            <w:tcW w:w="1872" w:type="dxa"/>
          </w:tcPr>
          <w:p w14:paraId="2B14DFEA" w14:textId="77777777" w:rsidR="007C0E3C" w:rsidRDefault="007C0E3C"/>
        </w:tc>
      </w:tr>
      <w:tr w:rsidR="007C0E3C" w14:paraId="7D7433B2" w14:textId="77777777">
        <w:tc>
          <w:tcPr>
            <w:tcW w:w="1872" w:type="dxa"/>
          </w:tcPr>
          <w:p w14:paraId="331B693E" w14:textId="77777777" w:rsidR="007C0E3C" w:rsidRDefault="00000000">
            <w:r>
              <w:rPr>
                <w:sz w:val="20"/>
              </w:rPr>
              <w:t>    Yes</w:t>
            </w:r>
          </w:p>
        </w:tc>
        <w:tc>
          <w:tcPr>
            <w:tcW w:w="1872" w:type="dxa"/>
          </w:tcPr>
          <w:p w14:paraId="3DA13103" w14:textId="77777777" w:rsidR="007C0E3C" w:rsidRDefault="00000000">
            <w:r>
              <w:rPr>
                <w:sz w:val="20"/>
              </w:rPr>
              <w:t>1,643 (1.1%)</w:t>
            </w:r>
          </w:p>
        </w:tc>
        <w:tc>
          <w:tcPr>
            <w:tcW w:w="1872" w:type="dxa"/>
          </w:tcPr>
          <w:p w14:paraId="6BE2107C" w14:textId="77777777" w:rsidR="007C0E3C" w:rsidRDefault="00000000">
            <w:r>
              <w:rPr>
                <w:sz w:val="20"/>
              </w:rPr>
              <w:t>1,511 (1.0%)</w:t>
            </w:r>
          </w:p>
        </w:tc>
        <w:tc>
          <w:tcPr>
            <w:tcW w:w="1872" w:type="dxa"/>
          </w:tcPr>
          <w:p w14:paraId="5A9F616D" w14:textId="77777777" w:rsidR="007C0E3C" w:rsidRDefault="00000000">
            <w:r>
              <w:rPr>
                <w:sz w:val="20"/>
              </w:rPr>
              <w:t>132 (3.9%)</w:t>
            </w:r>
          </w:p>
        </w:tc>
        <w:tc>
          <w:tcPr>
            <w:tcW w:w="1872" w:type="dxa"/>
          </w:tcPr>
          <w:p w14:paraId="2F698085" w14:textId="77777777" w:rsidR="007C0E3C" w:rsidRDefault="007C0E3C"/>
        </w:tc>
      </w:tr>
      <w:tr w:rsidR="007C0E3C" w14:paraId="0C62D18F" w14:textId="77777777">
        <w:tc>
          <w:tcPr>
            <w:tcW w:w="1872" w:type="dxa"/>
          </w:tcPr>
          <w:p w14:paraId="6DF03B82" w14:textId="77777777" w:rsidR="007C0E3C" w:rsidRDefault="00000000">
            <w:r>
              <w:rPr>
                <w:b/>
                <w:sz w:val="20"/>
              </w:rPr>
              <w:t>Malignant neoplasm of brain</w:t>
            </w:r>
          </w:p>
        </w:tc>
        <w:tc>
          <w:tcPr>
            <w:tcW w:w="1872" w:type="dxa"/>
          </w:tcPr>
          <w:p w14:paraId="3427D034" w14:textId="77777777" w:rsidR="007C0E3C" w:rsidRDefault="007C0E3C"/>
        </w:tc>
        <w:tc>
          <w:tcPr>
            <w:tcW w:w="1872" w:type="dxa"/>
          </w:tcPr>
          <w:p w14:paraId="766B3CF8" w14:textId="77777777" w:rsidR="007C0E3C" w:rsidRDefault="007C0E3C"/>
        </w:tc>
        <w:tc>
          <w:tcPr>
            <w:tcW w:w="1872" w:type="dxa"/>
          </w:tcPr>
          <w:p w14:paraId="0B0EED62" w14:textId="77777777" w:rsidR="007C0E3C" w:rsidRDefault="007C0E3C"/>
        </w:tc>
        <w:tc>
          <w:tcPr>
            <w:tcW w:w="1872" w:type="dxa"/>
          </w:tcPr>
          <w:p w14:paraId="56B582AC" w14:textId="77777777" w:rsidR="007C0E3C" w:rsidRDefault="00000000">
            <w:r>
              <w:rPr>
                <w:sz w:val="20"/>
              </w:rPr>
              <w:t>0.757</w:t>
            </w:r>
          </w:p>
        </w:tc>
      </w:tr>
      <w:tr w:rsidR="007C0E3C" w14:paraId="0380F849" w14:textId="77777777">
        <w:tc>
          <w:tcPr>
            <w:tcW w:w="1872" w:type="dxa"/>
          </w:tcPr>
          <w:p w14:paraId="460E22F5" w14:textId="77777777" w:rsidR="007C0E3C" w:rsidRDefault="00000000">
            <w:r>
              <w:rPr>
                <w:sz w:val="20"/>
              </w:rPr>
              <w:t>    No</w:t>
            </w:r>
          </w:p>
        </w:tc>
        <w:tc>
          <w:tcPr>
            <w:tcW w:w="1872" w:type="dxa"/>
          </w:tcPr>
          <w:p w14:paraId="275FD9D6" w14:textId="77777777" w:rsidR="007C0E3C" w:rsidRDefault="00000000">
            <w:r>
              <w:rPr>
                <w:sz w:val="20"/>
              </w:rPr>
              <w:t>154,252 (99.8%)</w:t>
            </w:r>
          </w:p>
        </w:tc>
        <w:tc>
          <w:tcPr>
            <w:tcW w:w="1872" w:type="dxa"/>
          </w:tcPr>
          <w:p w14:paraId="2334AF80" w14:textId="77777777" w:rsidR="007C0E3C" w:rsidRDefault="00000000">
            <w:r>
              <w:rPr>
                <w:sz w:val="20"/>
              </w:rPr>
              <w:t>150,841 (99.8%)</w:t>
            </w:r>
          </w:p>
        </w:tc>
        <w:tc>
          <w:tcPr>
            <w:tcW w:w="1872" w:type="dxa"/>
          </w:tcPr>
          <w:p w14:paraId="373D834A" w14:textId="77777777" w:rsidR="007C0E3C" w:rsidRDefault="00000000">
            <w:r>
              <w:rPr>
                <w:sz w:val="20"/>
              </w:rPr>
              <w:t>3,411 (99.8%)</w:t>
            </w:r>
          </w:p>
        </w:tc>
        <w:tc>
          <w:tcPr>
            <w:tcW w:w="1872" w:type="dxa"/>
          </w:tcPr>
          <w:p w14:paraId="4DE273CA" w14:textId="77777777" w:rsidR="007C0E3C" w:rsidRDefault="007C0E3C"/>
        </w:tc>
      </w:tr>
      <w:tr w:rsidR="007C0E3C" w14:paraId="12E422EE" w14:textId="77777777">
        <w:tc>
          <w:tcPr>
            <w:tcW w:w="1872" w:type="dxa"/>
          </w:tcPr>
          <w:p w14:paraId="05C1AB37" w14:textId="77777777" w:rsidR="007C0E3C" w:rsidRDefault="00000000">
            <w:r>
              <w:rPr>
                <w:sz w:val="20"/>
              </w:rPr>
              <w:t>    Yes</w:t>
            </w:r>
          </w:p>
        </w:tc>
        <w:tc>
          <w:tcPr>
            <w:tcW w:w="1872" w:type="dxa"/>
          </w:tcPr>
          <w:p w14:paraId="71D21446" w14:textId="77777777" w:rsidR="007C0E3C" w:rsidRDefault="00000000">
            <w:r>
              <w:rPr>
                <w:sz w:val="20"/>
              </w:rPr>
              <w:t>282 (0.2%)</w:t>
            </w:r>
          </w:p>
        </w:tc>
        <w:tc>
          <w:tcPr>
            <w:tcW w:w="1872" w:type="dxa"/>
          </w:tcPr>
          <w:p w14:paraId="2360C395" w14:textId="77777777" w:rsidR="007C0E3C" w:rsidRDefault="00000000">
            <w:r>
              <w:rPr>
                <w:sz w:val="20"/>
              </w:rPr>
              <w:t>275 (0.2%)</w:t>
            </w:r>
          </w:p>
        </w:tc>
        <w:tc>
          <w:tcPr>
            <w:tcW w:w="1872" w:type="dxa"/>
          </w:tcPr>
          <w:p w14:paraId="523BF23C" w14:textId="77777777" w:rsidR="007C0E3C" w:rsidRDefault="00000000">
            <w:r>
              <w:rPr>
                <w:sz w:val="20"/>
              </w:rPr>
              <w:t>7 (0.2%)</w:t>
            </w:r>
          </w:p>
        </w:tc>
        <w:tc>
          <w:tcPr>
            <w:tcW w:w="1872" w:type="dxa"/>
          </w:tcPr>
          <w:p w14:paraId="60C8D018" w14:textId="77777777" w:rsidR="007C0E3C" w:rsidRDefault="007C0E3C"/>
        </w:tc>
      </w:tr>
      <w:tr w:rsidR="007C0E3C" w14:paraId="417ABAF0" w14:textId="77777777">
        <w:tc>
          <w:tcPr>
            <w:tcW w:w="1872" w:type="dxa"/>
          </w:tcPr>
          <w:p w14:paraId="551CC1C0" w14:textId="77777777" w:rsidR="007C0E3C" w:rsidRDefault="00000000">
            <w:r>
              <w:rPr>
                <w:b/>
                <w:sz w:val="20"/>
              </w:rPr>
              <w:t>BMI</w:t>
            </w:r>
          </w:p>
        </w:tc>
        <w:tc>
          <w:tcPr>
            <w:tcW w:w="1872" w:type="dxa"/>
          </w:tcPr>
          <w:p w14:paraId="4B41D2EB" w14:textId="77777777" w:rsidR="007C0E3C" w:rsidRDefault="00000000">
            <w:r>
              <w:rPr>
                <w:sz w:val="20"/>
              </w:rPr>
              <w:t>28.3 ± 6.7</w:t>
            </w:r>
          </w:p>
        </w:tc>
        <w:tc>
          <w:tcPr>
            <w:tcW w:w="1872" w:type="dxa"/>
          </w:tcPr>
          <w:p w14:paraId="374557FD" w14:textId="77777777" w:rsidR="007C0E3C" w:rsidRDefault="00000000">
            <w:r>
              <w:rPr>
                <w:sz w:val="20"/>
              </w:rPr>
              <w:t>28.2 ± 6.7</w:t>
            </w:r>
          </w:p>
        </w:tc>
        <w:tc>
          <w:tcPr>
            <w:tcW w:w="1872" w:type="dxa"/>
          </w:tcPr>
          <w:p w14:paraId="7A4D5DD9" w14:textId="77777777" w:rsidR="007C0E3C" w:rsidRDefault="00000000">
            <w:r>
              <w:rPr>
                <w:sz w:val="20"/>
              </w:rPr>
              <w:t>29.0 ± 6.7</w:t>
            </w:r>
          </w:p>
        </w:tc>
        <w:tc>
          <w:tcPr>
            <w:tcW w:w="1872" w:type="dxa"/>
          </w:tcPr>
          <w:p w14:paraId="05163EFA" w14:textId="77777777" w:rsidR="007C0E3C" w:rsidRDefault="00000000">
            <w:r>
              <w:rPr>
                <w:b/>
                <w:sz w:val="20"/>
              </w:rPr>
              <w:t>&lt;0.001</w:t>
            </w:r>
          </w:p>
        </w:tc>
      </w:tr>
      <w:tr w:rsidR="007C0E3C" w14:paraId="4B293640" w14:textId="77777777">
        <w:tc>
          <w:tcPr>
            <w:tcW w:w="1872" w:type="dxa"/>
          </w:tcPr>
          <w:p w14:paraId="493931DD" w14:textId="77777777" w:rsidR="007C0E3C" w:rsidRDefault="00000000">
            <w:r>
              <w:rPr>
                <w:b/>
                <w:sz w:val="20"/>
              </w:rPr>
              <w:lastRenderedPageBreak/>
              <w:t xml:space="preserve">Hemoglobin </w:t>
            </w:r>
          </w:p>
        </w:tc>
        <w:tc>
          <w:tcPr>
            <w:tcW w:w="1872" w:type="dxa"/>
          </w:tcPr>
          <w:p w14:paraId="323AC606" w14:textId="77777777" w:rsidR="007C0E3C" w:rsidRDefault="00000000">
            <w:r>
              <w:rPr>
                <w:sz w:val="20"/>
              </w:rPr>
              <w:t>13.2 ± 1.6</w:t>
            </w:r>
          </w:p>
        </w:tc>
        <w:tc>
          <w:tcPr>
            <w:tcW w:w="1872" w:type="dxa"/>
          </w:tcPr>
          <w:p w14:paraId="13CBACBF" w14:textId="77777777" w:rsidR="007C0E3C" w:rsidRDefault="00000000">
            <w:r>
              <w:rPr>
                <w:sz w:val="20"/>
              </w:rPr>
              <w:t>13.2 ± 1.6</w:t>
            </w:r>
          </w:p>
        </w:tc>
        <w:tc>
          <w:tcPr>
            <w:tcW w:w="1872" w:type="dxa"/>
          </w:tcPr>
          <w:p w14:paraId="07AEE9B1" w14:textId="77777777" w:rsidR="007C0E3C" w:rsidRDefault="00000000">
            <w:r>
              <w:rPr>
                <w:sz w:val="20"/>
              </w:rPr>
              <w:t>13.1 ± 1.7</w:t>
            </w:r>
          </w:p>
        </w:tc>
        <w:tc>
          <w:tcPr>
            <w:tcW w:w="1872" w:type="dxa"/>
          </w:tcPr>
          <w:p w14:paraId="5C47D7A8" w14:textId="77777777" w:rsidR="007C0E3C" w:rsidRDefault="00000000">
            <w:r>
              <w:rPr>
                <w:sz w:val="20"/>
              </w:rPr>
              <w:t>0.077</w:t>
            </w:r>
          </w:p>
        </w:tc>
      </w:tr>
      <w:tr w:rsidR="007C0E3C" w14:paraId="04B62956" w14:textId="77777777">
        <w:tc>
          <w:tcPr>
            <w:tcW w:w="1872" w:type="dxa"/>
          </w:tcPr>
          <w:p w14:paraId="07131683" w14:textId="77777777" w:rsidR="007C0E3C" w:rsidRDefault="00000000">
            <w:r>
              <w:rPr>
                <w:sz w:val="20"/>
              </w:rPr>
              <w:t>    Unknown</w:t>
            </w:r>
          </w:p>
        </w:tc>
        <w:tc>
          <w:tcPr>
            <w:tcW w:w="1872" w:type="dxa"/>
          </w:tcPr>
          <w:p w14:paraId="02534A3A" w14:textId="77777777" w:rsidR="007C0E3C" w:rsidRDefault="00000000">
            <w:r>
              <w:rPr>
                <w:sz w:val="20"/>
              </w:rPr>
              <w:t>84,290</w:t>
            </w:r>
          </w:p>
        </w:tc>
        <w:tc>
          <w:tcPr>
            <w:tcW w:w="1872" w:type="dxa"/>
          </w:tcPr>
          <w:p w14:paraId="5053541B" w14:textId="77777777" w:rsidR="007C0E3C" w:rsidRDefault="00000000">
            <w:r>
              <w:rPr>
                <w:sz w:val="20"/>
              </w:rPr>
              <w:t>82,463</w:t>
            </w:r>
          </w:p>
        </w:tc>
        <w:tc>
          <w:tcPr>
            <w:tcW w:w="1872" w:type="dxa"/>
          </w:tcPr>
          <w:p w14:paraId="27CE8321" w14:textId="77777777" w:rsidR="007C0E3C" w:rsidRDefault="00000000">
            <w:r>
              <w:rPr>
                <w:sz w:val="20"/>
              </w:rPr>
              <w:t>1,827</w:t>
            </w:r>
          </w:p>
        </w:tc>
        <w:tc>
          <w:tcPr>
            <w:tcW w:w="1872" w:type="dxa"/>
          </w:tcPr>
          <w:p w14:paraId="38894202" w14:textId="77777777" w:rsidR="007C0E3C" w:rsidRDefault="007C0E3C"/>
        </w:tc>
      </w:tr>
      <w:tr w:rsidR="007C0E3C" w14:paraId="53E2D87A" w14:textId="77777777">
        <w:tc>
          <w:tcPr>
            <w:tcW w:w="1872" w:type="dxa"/>
          </w:tcPr>
          <w:p w14:paraId="5B5C7D37" w14:textId="77777777" w:rsidR="007C0E3C" w:rsidRDefault="00000000">
            <w:r>
              <w:rPr>
                <w:b/>
                <w:sz w:val="20"/>
              </w:rPr>
              <w:t>White blood cell</w:t>
            </w:r>
          </w:p>
        </w:tc>
        <w:tc>
          <w:tcPr>
            <w:tcW w:w="1872" w:type="dxa"/>
          </w:tcPr>
          <w:p w14:paraId="063C90EF" w14:textId="77777777" w:rsidR="007C0E3C" w:rsidRDefault="00000000">
            <w:r>
              <w:rPr>
                <w:sz w:val="20"/>
              </w:rPr>
              <w:t>224.5 ± 842.2</w:t>
            </w:r>
          </w:p>
        </w:tc>
        <w:tc>
          <w:tcPr>
            <w:tcW w:w="1872" w:type="dxa"/>
          </w:tcPr>
          <w:p w14:paraId="5C90CE28" w14:textId="77777777" w:rsidR="007C0E3C" w:rsidRDefault="00000000">
            <w:r>
              <w:rPr>
                <w:sz w:val="20"/>
              </w:rPr>
              <w:t>224.8 ± 841.4</w:t>
            </w:r>
          </w:p>
        </w:tc>
        <w:tc>
          <w:tcPr>
            <w:tcW w:w="1872" w:type="dxa"/>
          </w:tcPr>
          <w:p w14:paraId="3A41AA40" w14:textId="77777777" w:rsidR="007C0E3C" w:rsidRDefault="00000000">
            <w:r>
              <w:rPr>
                <w:sz w:val="20"/>
              </w:rPr>
              <w:t>209.3 ± 884.4</w:t>
            </w:r>
          </w:p>
        </w:tc>
        <w:tc>
          <w:tcPr>
            <w:tcW w:w="1872" w:type="dxa"/>
          </w:tcPr>
          <w:p w14:paraId="042D2B4D" w14:textId="77777777" w:rsidR="007C0E3C" w:rsidRDefault="00000000">
            <w:r>
              <w:rPr>
                <w:sz w:val="20"/>
              </w:rPr>
              <w:t>0.774</w:t>
            </w:r>
          </w:p>
        </w:tc>
      </w:tr>
      <w:tr w:rsidR="007C0E3C" w14:paraId="608B374A" w14:textId="77777777">
        <w:tc>
          <w:tcPr>
            <w:tcW w:w="1872" w:type="dxa"/>
          </w:tcPr>
          <w:p w14:paraId="4097A04E" w14:textId="77777777" w:rsidR="007C0E3C" w:rsidRDefault="00000000">
            <w:r>
              <w:rPr>
                <w:sz w:val="20"/>
              </w:rPr>
              <w:t>    Unknown</w:t>
            </w:r>
          </w:p>
        </w:tc>
        <w:tc>
          <w:tcPr>
            <w:tcW w:w="1872" w:type="dxa"/>
          </w:tcPr>
          <w:p w14:paraId="13ED9DF7" w14:textId="77777777" w:rsidR="007C0E3C" w:rsidRDefault="00000000">
            <w:r>
              <w:rPr>
                <w:sz w:val="20"/>
              </w:rPr>
              <w:t>140,625</w:t>
            </w:r>
          </w:p>
        </w:tc>
        <w:tc>
          <w:tcPr>
            <w:tcW w:w="1872" w:type="dxa"/>
          </w:tcPr>
          <w:p w14:paraId="1DD1C71A" w14:textId="77777777" w:rsidR="007C0E3C" w:rsidRDefault="00000000">
            <w:r>
              <w:rPr>
                <w:sz w:val="20"/>
              </w:rPr>
              <w:t>137,483</w:t>
            </w:r>
          </w:p>
        </w:tc>
        <w:tc>
          <w:tcPr>
            <w:tcW w:w="1872" w:type="dxa"/>
          </w:tcPr>
          <w:p w14:paraId="13CFF708" w14:textId="77777777" w:rsidR="007C0E3C" w:rsidRDefault="00000000">
            <w:r>
              <w:rPr>
                <w:sz w:val="20"/>
              </w:rPr>
              <w:t>3,142</w:t>
            </w:r>
          </w:p>
        </w:tc>
        <w:tc>
          <w:tcPr>
            <w:tcW w:w="1872" w:type="dxa"/>
          </w:tcPr>
          <w:p w14:paraId="2C44A56E" w14:textId="77777777" w:rsidR="007C0E3C" w:rsidRDefault="007C0E3C"/>
        </w:tc>
      </w:tr>
      <w:tr w:rsidR="007C0E3C" w14:paraId="61AD224A" w14:textId="77777777">
        <w:tc>
          <w:tcPr>
            <w:tcW w:w="1872" w:type="dxa"/>
          </w:tcPr>
          <w:p w14:paraId="57D4F2EA" w14:textId="77777777" w:rsidR="007C0E3C" w:rsidRDefault="00000000">
            <w:r>
              <w:rPr>
                <w:b/>
                <w:sz w:val="20"/>
              </w:rPr>
              <w:t>Concomitant medication count</w:t>
            </w:r>
          </w:p>
        </w:tc>
        <w:tc>
          <w:tcPr>
            <w:tcW w:w="1872" w:type="dxa"/>
          </w:tcPr>
          <w:p w14:paraId="1F77DD77" w14:textId="77777777" w:rsidR="007C0E3C" w:rsidRDefault="007C0E3C"/>
        </w:tc>
        <w:tc>
          <w:tcPr>
            <w:tcW w:w="1872" w:type="dxa"/>
          </w:tcPr>
          <w:p w14:paraId="5477EBA1" w14:textId="77777777" w:rsidR="007C0E3C" w:rsidRDefault="007C0E3C"/>
        </w:tc>
        <w:tc>
          <w:tcPr>
            <w:tcW w:w="1872" w:type="dxa"/>
          </w:tcPr>
          <w:p w14:paraId="179771AF" w14:textId="77777777" w:rsidR="007C0E3C" w:rsidRDefault="007C0E3C"/>
        </w:tc>
        <w:tc>
          <w:tcPr>
            <w:tcW w:w="1872" w:type="dxa"/>
          </w:tcPr>
          <w:p w14:paraId="27F0F329" w14:textId="77777777" w:rsidR="007C0E3C" w:rsidRDefault="00000000">
            <w:r>
              <w:rPr>
                <w:sz w:val="20"/>
              </w:rPr>
              <w:t>--</w:t>
            </w:r>
          </w:p>
        </w:tc>
      </w:tr>
      <w:tr w:rsidR="007C0E3C" w14:paraId="1FBC8E8D" w14:textId="77777777">
        <w:tc>
          <w:tcPr>
            <w:tcW w:w="1872" w:type="dxa"/>
          </w:tcPr>
          <w:p w14:paraId="4A096C24" w14:textId="77777777" w:rsidR="007C0E3C" w:rsidRDefault="00000000">
            <w:r>
              <w:rPr>
                <w:sz w:val="20"/>
              </w:rPr>
              <w:t>    0</w:t>
            </w:r>
          </w:p>
        </w:tc>
        <w:tc>
          <w:tcPr>
            <w:tcW w:w="1872" w:type="dxa"/>
          </w:tcPr>
          <w:p w14:paraId="66867333" w14:textId="77777777" w:rsidR="007C0E3C" w:rsidRDefault="00000000">
            <w:r>
              <w:rPr>
                <w:sz w:val="20"/>
              </w:rPr>
              <w:t>95,214 (61.6%)</w:t>
            </w:r>
          </w:p>
        </w:tc>
        <w:tc>
          <w:tcPr>
            <w:tcW w:w="1872" w:type="dxa"/>
          </w:tcPr>
          <w:p w14:paraId="4EFE485D" w14:textId="77777777" w:rsidR="007C0E3C" w:rsidRDefault="00000000">
            <w:r>
              <w:rPr>
                <w:sz w:val="20"/>
              </w:rPr>
              <w:t>94,721 (62.7%)</w:t>
            </w:r>
          </w:p>
        </w:tc>
        <w:tc>
          <w:tcPr>
            <w:tcW w:w="1872" w:type="dxa"/>
          </w:tcPr>
          <w:p w14:paraId="0C2AF3A7" w14:textId="77777777" w:rsidR="007C0E3C" w:rsidRDefault="00000000">
            <w:r>
              <w:rPr>
                <w:sz w:val="20"/>
              </w:rPr>
              <w:t>493 (14.4%)</w:t>
            </w:r>
          </w:p>
        </w:tc>
        <w:tc>
          <w:tcPr>
            <w:tcW w:w="1872" w:type="dxa"/>
          </w:tcPr>
          <w:p w14:paraId="66D1F54E" w14:textId="77777777" w:rsidR="007C0E3C" w:rsidRDefault="007C0E3C"/>
        </w:tc>
      </w:tr>
      <w:tr w:rsidR="007C0E3C" w14:paraId="4357F697" w14:textId="77777777">
        <w:tc>
          <w:tcPr>
            <w:tcW w:w="1872" w:type="dxa"/>
          </w:tcPr>
          <w:p w14:paraId="1FB56934" w14:textId="77777777" w:rsidR="007C0E3C" w:rsidRDefault="00000000">
            <w:r>
              <w:rPr>
                <w:sz w:val="20"/>
              </w:rPr>
              <w:t>    1</w:t>
            </w:r>
          </w:p>
        </w:tc>
        <w:tc>
          <w:tcPr>
            <w:tcW w:w="1872" w:type="dxa"/>
          </w:tcPr>
          <w:p w14:paraId="0D91A94A" w14:textId="77777777" w:rsidR="007C0E3C" w:rsidRDefault="00000000">
            <w:r>
              <w:rPr>
                <w:sz w:val="20"/>
              </w:rPr>
              <w:t>44,462 (28.8%)</w:t>
            </w:r>
          </w:p>
        </w:tc>
        <w:tc>
          <w:tcPr>
            <w:tcW w:w="1872" w:type="dxa"/>
          </w:tcPr>
          <w:p w14:paraId="2818349B" w14:textId="77777777" w:rsidR="007C0E3C" w:rsidRDefault="00000000">
            <w:r>
              <w:rPr>
                <w:sz w:val="20"/>
              </w:rPr>
              <w:t>42,842 (28.4%)</w:t>
            </w:r>
          </w:p>
        </w:tc>
        <w:tc>
          <w:tcPr>
            <w:tcW w:w="1872" w:type="dxa"/>
          </w:tcPr>
          <w:p w14:paraId="43A6E50A" w14:textId="77777777" w:rsidR="007C0E3C" w:rsidRDefault="00000000">
            <w:r>
              <w:rPr>
                <w:sz w:val="20"/>
              </w:rPr>
              <w:t>1,620 (47.4%)</w:t>
            </w:r>
          </w:p>
        </w:tc>
        <w:tc>
          <w:tcPr>
            <w:tcW w:w="1872" w:type="dxa"/>
          </w:tcPr>
          <w:p w14:paraId="74AD9C74" w14:textId="77777777" w:rsidR="007C0E3C" w:rsidRDefault="007C0E3C"/>
        </w:tc>
      </w:tr>
      <w:tr w:rsidR="007C0E3C" w14:paraId="7619FDE0" w14:textId="77777777">
        <w:tc>
          <w:tcPr>
            <w:tcW w:w="1872" w:type="dxa"/>
          </w:tcPr>
          <w:p w14:paraId="209BE0A4" w14:textId="77777777" w:rsidR="007C0E3C" w:rsidRDefault="00000000">
            <w:r>
              <w:rPr>
                <w:sz w:val="20"/>
              </w:rPr>
              <w:t>    2</w:t>
            </w:r>
          </w:p>
        </w:tc>
        <w:tc>
          <w:tcPr>
            <w:tcW w:w="1872" w:type="dxa"/>
          </w:tcPr>
          <w:p w14:paraId="1705A8A1" w14:textId="77777777" w:rsidR="007C0E3C" w:rsidRDefault="00000000">
            <w:r>
              <w:rPr>
                <w:sz w:val="20"/>
              </w:rPr>
              <w:t>10,920 (7.1%)</w:t>
            </w:r>
          </w:p>
        </w:tc>
        <w:tc>
          <w:tcPr>
            <w:tcW w:w="1872" w:type="dxa"/>
          </w:tcPr>
          <w:p w14:paraId="4F22F30B" w14:textId="77777777" w:rsidR="007C0E3C" w:rsidRDefault="00000000">
            <w:r>
              <w:rPr>
                <w:sz w:val="20"/>
              </w:rPr>
              <w:t>10,004 (6.6%)</w:t>
            </w:r>
          </w:p>
        </w:tc>
        <w:tc>
          <w:tcPr>
            <w:tcW w:w="1872" w:type="dxa"/>
          </w:tcPr>
          <w:p w14:paraId="0AD2BC93" w14:textId="77777777" w:rsidR="007C0E3C" w:rsidRDefault="00000000">
            <w:r>
              <w:rPr>
                <w:sz w:val="20"/>
              </w:rPr>
              <w:t>916 (26.8%)</w:t>
            </w:r>
          </w:p>
        </w:tc>
        <w:tc>
          <w:tcPr>
            <w:tcW w:w="1872" w:type="dxa"/>
          </w:tcPr>
          <w:p w14:paraId="51990322" w14:textId="77777777" w:rsidR="007C0E3C" w:rsidRDefault="007C0E3C"/>
        </w:tc>
      </w:tr>
      <w:tr w:rsidR="007C0E3C" w14:paraId="1BAE3E14" w14:textId="77777777">
        <w:tc>
          <w:tcPr>
            <w:tcW w:w="1872" w:type="dxa"/>
          </w:tcPr>
          <w:p w14:paraId="5E2D6200" w14:textId="77777777" w:rsidR="007C0E3C" w:rsidRDefault="00000000">
            <w:r>
              <w:rPr>
                <w:sz w:val="20"/>
              </w:rPr>
              <w:t>    3</w:t>
            </w:r>
          </w:p>
        </w:tc>
        <w:tc>
          <w:tcPr>
            <w:tcW w:w="1872" w:type="dxa"/>
          </w:tcPr>
          <w:p w14:paraId="0E157BEF" w14:textId="77777777" w:rsidR="007C0E3C" w:rsidRDefault="00000000">
            <w:r>
              <w:rPr>
                <w:sz w:val="20"/>
              </w:rPr>
              <w:t>3,218 (2.1%)</w:t>
            </w:r>
          </w:p>
        </w:tc>
        <w:tc>
          <w:tcPr>
            <w:tcW w:w="1872" w:type="dxa"/>
          </w:tcPr>
          <w:p w14:paraId="694042CF" w14:textId="77777777" w:rsidR="007C0E3C" w:rsidRDefault="00000000">
            <w:r>
              <w:rPr>
                <w:sz w:val="20"/>
              </w:rPr>
              <w:t>2,900 (1.9%)</w:t>
            </w:r>
          </w:p>
        </w:tc>
        <w:tc>
          <w:tcPr>
            <w:tcW w:w="1872" w:type="dxa"/>
          </w:tcPr>
          <w:p w14:paraId="614FE7DF" w14:textId="77777777" w:rsidR="007C0E3C" w:rsidRDefault="00000000">
            <w:r>
              <w:rPr>
                <w:sz w:val="20"/>
              </w:rPr>
              <w:t>318 (9.3%)</w:t>
            </w:r>
          </w:p>
        </w:tc>
        <w:tc>
          <w:tcPr>
            <w:tcW w:w="1872" w:type="dxa"/>
          </w:tcPr>
          <w:p w14:paraId="517F4CB3" w14:textId="77777777" w:rsidR="007C0E3C" w:rsidRDefault="007C0E3C"/>
        </w:tc>
      </w:tr>
      <w:tr w:rsidR="007C0E3C" w14:paraId="02B66FB0" w14:textId="77777777">
        <w:tc>
          <w:tcPr>
            <w:tcW w:w="1872" w:type="dxa"/>
          </w:tcPr>
          <w:p w14:paraId="069050F2" w14:textId="77777777" w:rsidR="007C0E3C" w:rsidRDefault="00000000">
            <w:r>
              <w:rPr>
                <w:sz w:val="20"/>
              </w:rPr>
              <w:t>    4</w:t>
            </w:r>
          </w:p>
        </w:tc>
        <w:tc>
          <w:tcPr>
            <w:tcW w:w="1872" w:type="dxa"/>
          </w:tcPr>
          <w:p w14:paraId="697E18EC" w14:textId="77777777" w:rsidR="007C0E3C" w:rsidRDefault="00000000">
            <w:r>
              <w:rPr>
                <w:sz w:val="20"/>
              </w:rPr>
              <w:t>691 (0.4%)</w:t>
            </w:r>
          </w:p>
        </w:tc>
        <w:tc>
          <w:tcPr>
            <w:tcW w:w="1872" w:type="dxa"/>
          </w:tcPr>
          <w:p w14:paraId="258EFABD" w14:textId="77777777" w:rsidR="007C0E3C" w:rsidRDefault="00000000">
            <w:r>
              <w:rPr>
                <w:sz w:val="20"/>
              </w:rPr>
              <w:t>634 (0.4%)</w:t>
            </w:r>
          </w:p>
        </w:tc>
        <w:tc>
          <w:tcPr>
            <w:tcW w:w="1872" w:type="dxa"/>
          </w:tcPr>
          <w:p w14:paraId="7935F8CD" w14:textId="77777777" w:rsidR="007C0E3C" w:rsidRDefault="00000000">
            <w:r>
              <w:rPr>
                <w:sz w:val="20"/>
              </w:rPr>
              <w:t>57 (1.7%)</w:t>
            </w:r>
          </w:p>
        </w:tc>
        <w:tc>
          <w:tcPr>
            <w:tcW w:w="1872" w:type="dxa"/>
          </w:tcPr>
          <w:p w14:paraId="2696D001" w14:textId="77777777" w:rsidR="007C0E3C" w:rsidRDefault="007C0E3C"/>
        </w:tc>
      </w:tr>
      <w:tr w:rsidR="007C0E3C" w14:paraId="6B2BC889" w14:textId="77777777">
        <w:tc>
          <w:tcPr>
            <w:tcW w:w="1872" w:type="dxa"/>
          </w:tcPr>
          <w:p w14:paraId="2BE764B1" w14:textId="77777777" w:rsidR="007C0E3C" w:rsidRDefault="00000000">
            <w:r>
              <w:rPr>
                <w:sz w:val="20"/>
              </w:rPr>
              <w:t>    5</w:t>
            </w:r>
          </w:p>
        </w:tc>
        <w:tc>
          <w:tcPr>
            <w:tcW w:w="1872" w:type="dxa"/>
          </w:tcPr>
          <w:p w14:paraId="670EA528" w14:textId="77777777" w:rsidR="007C0E3C" w:rsidRDefault="00000000">
            <w:r>
              <w:rPr>
                <w:sz w:val="20"/>
              </w:rPr>
              <w:t>29 (0.0%)</w:t>
            </w:r>
          </w:p>
        </w:tc>
        <w:tc>
          <w:tcPr>
            <w:tcW w:w="1872" w:type="dxa"/>
          </w:tcPr>
          <w:p w14:paraId="37E2CB9E" w14:textId="77777777" w:rsidR="007C0E3C" w:rsidRDefault="00000000">
            <w:r>
              <w:rPr>
                <w:sz w:val="20"/>
              </w:rPr>
              <w:t>15 (0.0%)</w:t>
            </w:r>
          </w:p>
        </w:tc>
        <w:tc>
          <w:tcPr>
            <w:tcW w:w="1872" w:type="dxa"/>
          </w:tcPr>
          <w:p w14:paraId="12AA4F4F" w14:textId="77777777" w:rsidR="007C0E3C" w:rsidRDefault="00000000">
            <w:r>
              <w:rPr>
                <w:sz w:val="20"/>
              </w:rPr>
              <w:t>14 (0.4%)</w:t>
            </w:r>
          </w:p>
        </w:tc>
        <w:tc>
          <w:tcPr>
            <w:tcW w:w="1872" w:type="dxa"/>
          </w:tcPr>
          <w:p w14:paraId="2AB1342F" w14:textId="77777777" w:rsidR="007C0E3C" w:rsidRDefault="007C0E3C"/>
        </w:tc>
      </w:tr>
      <w:tr w:rsidR="007C0E3C" w14:paraId="2F22DDB2" w14:textId="77777777">
        <w:tc>
          <w:tcPr>
            <w:tcW w:w="1872" w:type="dxa"/>
          </w:tcPr>
          <w:p w14:paraId="09B92B54" w14:textId="77777777" w:rsidR="007C0E3C" w:rsidRDefault="00000000">
            <w:r>
              <w:rPr>
                <w:b/>
                <w:sz w:val="20"/>
              </w:rPr>
              <w:t>tamoxifen</w:t>
            </w:r>
          </w:p>
        </w:tc>
        <w:tc>
          <w:tcPr>
            <w:tcW w:w="1872" w:type="dxa"/>
          </w:tcPr>
          <w:p w14:paraId="1FBFFD39" w14:textId="77777777" w:rsidR="007C0E3C" w:rsidRDefault="007C0E3C"/>
        </w:tc>
        <w:tc>
          <w:tcPr>
            <w:tcW w:w="1872" w:type="dxa"/>
          </w:tcPr>
          <w:p w14:paraId="23624708" w14:textId="77777777" w:rsidR="007C0E3C" w:rsidRDefault="007C0E3C"/>
        </w:tc>
        <w:tc>
          <w:tcPr>
            <w:tcW w:w="1872" w:type="dxa"/>
          </w:tcPr>
          <w:p w14:paraId="0C4BB0C9" w14:textId="77777777" w:rsidR="007C0E3C" w:rsidRDefault="007C0E3C"/>
        </w:tc>
        <w:tc>
          <w:tcPr>
            <w:tcW w:w="1872" w:type="dxa"/>
          </w:tcPr>
          <w:p w14:paraId="4EC9CF4F" w14:textId="77777777" w:rsidR="007C0E3C" w:rsidRDefault="00000000">
            <w:r>
              <w:rPr>
                <w:b/>
                <w:sz w:val="20"/>
              </w:rPr>
              <w:t>&lt;0.001</w:t>
            </w:r>
          </w:p>
        </w:tc>
      </w:tr>
      <w:tr w:rsidR="007C0E3C" w14:paraId="4D7AD4AD" w14:textId="77777777">
        <w:tc>
          <w:tcPr>
            <w:tcW w:w="1872" w:type="dxa"/>
          </w:tcPr>
          <w:p w14:paraId="679FC0E4" w14:textId="77777777" w:rsidR="007C0E3C" w:rsidRDefault="00000000">
            <w:r>
              <w:rPr>
                <w:sz w:val="20"/>
              </w:rPr>
              <w:t>    No</w:t>
            </w:r>
          </w:p>
        </w:tc>
        <w:tc>
          <w:tcPr>
            <w:tcW w:w="1872" w:type="dxa"/>
          </w:tcPr>
          <w:p w14:paraId="76B7D2C0" w14:textId="77777777" w:rsidR="007C0E3C" w:rsidRDefault="00000000">
            <w:r>
              <w:rPr>
                <w:sz w:val="20"/>
              </w:rPr>
              <w:t>133,202 (86.2%)</w:t>
            </w:r>
          </w:p>
        </w:tc>
        <w:tc>
          <w:tcPr>
            <w:tcW w:w="1872" w:type="dxa"/>
          </w:tcPr>
          <w:p w14:paraId="051D0D7C" w14:textId="77777777" w:rsidR="007C0E3C" w:rsidRDefault="00000000">
            <w:r>
              <w:rPr>
                <w:sz w:val="20"/>
              </w:rPr>
              <w:t>130,394 (86.3%)</w:t>
            </w:r>
          </w:p>
        </w:tc>
        <w:tc>
          <w:tcPr>
            <w:tcW w:w="1872" w:type="dxa"/>
          </w:tcPr>
          <w:p w14:paraId="469AF995" w14:textId="77777777" w:rsidR="007C0E3C" w:rsidRDefault="00000000">
            <w:r>
              <w:rPr>
                <w:sz w:val="20"/>
              </w:rPr>
              <w:t>2,808 (82.2%)</w:t>
            </w:r>
          </w:p>
        </w:tc>
        <w:tc>
          <w:tcPr>
            <w:tcW w:w="1872" w:type="dxa"/>
          </w:tcPr>
          <w:p w14:paraId="4265910F" w14:textId="77777777" w:rsidR="007C0E3C" w:rsidRDefault="007C0E3C"/>
        </w:tc>
      </w:tr>
      <w:tr w:rsidR="007C0E3C" w14:paraId="4D3AF355" w14:textId="77777777">
        <w:tc>
          <w:tcPr>
            <w:tcW w:w="1872" w:type="dxa"/>
          </w:tcPr>
          <w:p w14:paraId="7C3DBDB9" w14:textId="77777777" w:rsidR="007C0E3C" w:rsidRDefault="00000000">
            <w:r>
              <w:rPr>
                <w:sz w:val="20"/>
              </w:rPr>
              <w:t>    Yes</w:t>
            </w:r>
          </w:p>
        </w:tc>
        <w:tc>
          <w:tcPr>
            <w:tcW w:w="1872" w:type="dxa"/>
          </w:tcPr>
          <w:p w14:paraId="67A449FB" w14:textId="77777777" w:rsidR="007C0E3C" w:rsidRDefault="00000000">
            <w:r>
              <w:rPr>
                <w:sz w:val="20"/>
              </w:rPr>
              <w:t>21,332 (13.8%)</w:t>
            </w:r>
          </w:p>
        </w:tc>
        <w:tc>
          <w:tcPr>
            <w:tcW w:w="1872" w:type="dxa"/>
          </w:tcPr>
          <w:p w14:paraId="24B7120E" w14:textId="77777777" w:rsidR="007C0E3C" w:rsidRDefault="00000000">
            <w:r>
              <w:rPr>
                <w:sz w:val="20"/>
              </w:rPr>
              <w:t>20,722 (13.7%)</w:t>
            </w:r>
          </w:p>
        </w:tc>
        <w:tc>
          <w:tcPr>
            <w:tcW w:w="1872" w:type="dxa"/>
          </w:tcPr>
          <w:p w14:paraId="1E3C5DD5" w14:textId="77777777" w:rsidR="007C0E3C" w:rsidRDefault="00000000">
            <w:r>
              <w:rPr>
                <w:sz w:val="20"/>
              </w:rPr>
              <w:t>610 (17.8%)</w:t>
            </w:r>
          </w:p>
        </w:tc>
        <w:tc>
          <w:tcPr>
            <w:tcW w:w="1872" w:type="dxa"/>
          </w:tcPr>
          <w:p w14:paraId="0CE87771" w14:textId="77777777" w:rsidR="007C0E3C" w:rsidRDefault="007C0E3C"/>
        </w:tc>
      </w:tr>
      <w:tr w:rsidR="007C0E3C" w14:paraId="1E49C762" w14:textId="77777777">
        <w:tc>
          <w:tcPr>
            <w:tcW w:w="1872" w:type="dxa"/>
          </w:tcPr>
          <w:p w14:paraId="6995D014" w14:textId="77777777" w:rsidR="007C0E3C" w:rsidRDefault="00000000">
            <w:r>
              <w:rPr>
                <w:b/>
                <w:sz w:val="20"/>
              </w:rPr>
              <w:t>fulvestrant</w:t>
            </w:r>
          </w:p>
        </w:tc>
        <w:tc>
          <w:tcPr>
            <w:tcW w:w="1872" w:type="dxa"/>
          </w:tcPr>
          <w:p w14:paraId="335C850E" w14:textId="77777777" w:rsidR="007C0E3C" w:rsidRDefault="007C0E3C"/>
        </w:tc>
        <w:tc>
          <w:tcPr>
            <w:tcW w:w="1872" w:type="dxa"/>
          </w:tcPr>
          <w:p w14:paraId="7F69323D" w14:textId="77777777" w:rsidR="007C0E3C" w:rsidRDefault="007C0E3C"/>
        </w:tc>
        <w:tc>
          <w:tcPr>
            <w:tcW w:w="1872" w:type="dxa"/>
          </w:tcPr>
          <w:p w14:paraId="01B94B4B" w14:textId="77777777" w:rsidR="007C0E3C" w:rsidRDefault="007C0E3C"/>
        </w:tc>
        <w:tc>
          <w:tcPr>
            <w:tcW w:w="1872" w:type="dxa"/>
          </w:tcPr>
          <w:p w14:paraId="3C8A3CC3" w14:textId="77777777" w:rsidR="007C0E3C" w:rsidRDefault="00000000">
            <w:r>
              <w:rPr>
                <w:b/>
                <w:sz w:val="20"/>
              </w:rPr>
              <w:t>&lt;0.001</w:t>
            </w:r>
          </w:p>
        </w:tc>
      </w:tr>
      <w:tr w:rsidR="007C0E3C" w14:paraId="4AC9F37B" w14:textId="77777777">
        <w:tc>
          <w:tcPr>
            <w:tcW w:w="1872" w:type="dxa"/>
          </w:tcPr>
          <w:p w14:paraId="0F72AA1C" w14:textId="77777777" w:rsidR="007C0E3C" w:rsidRDefault="00000000">
            <w:r>
              <w:rPr>
                <w:sz w:val="20"/>
              </w:rPr>
              <w:t>    No</w:t>
            </w:r>
          </w:p>
        </w:tc>
        <w:tc>
          <w:tcPr>
            <w:tcW w:w="1872" w:type="dxa"/>
          </w:tcPr>
          <w:p w14:paraId="3CF4ADCB" w14:textId="77777777" w:rsidR="007C0E3C" w:rsidRDefault="00000000">
            <w:r>
              <w:rPr>
                <w:sz w:val="20"/>
              </w:rPr>
              <w:t>152,496 (98.7%)</w:t>
            </w:r>
          </w:p>
        </w:tc>
        <w:tc>
          <w:tcPr>
            <w:tcW w:w="1872" w:type="dxa"/>
          </w:tcPr>
          <w:p w14:paraId="11BC1260" w14:textId="77777777" w:rsidR="007C0E3C" w:rsidRDefault="00000000">
            <w:r>
              <w:rPr>
                <w:sz w:val="20"/>
              </w:rPr>
              <w:t>150,194 (99.4%)</w:t>
            </w:r>
          </w:p>
        </w:tc>
        <w:tc>
          <w:tcPr>
            <w:tcW w:w="1872" w:type="dxa"/>
          </w:tcPr>
          <w:p w14:paraId="7719A73E" w14:textId="77777777" w:rsidR="007C0E3C" w:rsidRDefault="00000000">
            <w:r>
              <w:rPr>
                <w:sz w:val="20"/>
              </w:rPr>
              <w:t>2,302 (67.3%)</w:t>
            </w:r>
          </w:p>
        </w:tc>
        <w:tc>
          <w:tcPr>
            <w:tcW w:w="1872" w:type="dxa"/>
          </w:tcPr>
          <w:p w14:paraId="2E31E278" w14:textId="77777777" w:rsidR="007C0E3C" w:rsidRDefault="007C0E3C"/>
        </w:tc>
      </w:tr>
      <w:tr w:rsidR="007C0E3C" w14:paraId="5B21226D" w14:textId="77777777">
        <w:tc>
          <w:tcPr>
            <w:tcW w:w="1872" w:type="dxa"/>
          </w:tcPr>
          <w:p w14:paraId="408E8003" w14:textId="77777777" w:rsidR="007C0E3C" w:rsidRDefault="00000000">
            <w:r>
              <w:rPr>
                <w:sz w:val="20"/>
              </w:rPr>
              <w:t>    Yes</w:t>
            </w:r>
          </w:p>
        </w:tc>
        <w:tc>
          <w:tcPr>
            <w:tcW w:w="1872" w:type="dxa"/>
          </w:tcPr>
          <w:p w14:paraId="35D1D41F" w14:textId="77777777" w:rsidR="007C0E3C" w:rsidRDefault="00000000">
            <w:r>
              <w:rPr>
                <w:sz w:val="20"/>
              </w:rPr>
              <w:t>2,038 (1.3%)</w:t>
            </w:r>
          </w:p>
        </w:tc>
        <w:tc>
          <w:tcPr>
            <w:tcW w:w="1872" w:type="dxa"/>
          </w:tcPr>
          <w:p w14:paraId="4DC38BB8" w14:textId="77777777" w:rsidR="007C0E3C" w:rsidRDefault="00000000">
            <w:r>
              <w:rPr>
                <w:sz w:val="20"/>
              </w:rPr>
              <w:t>922 (0.6%)</w:t>
            </w:r>
          </w:p>
        </w:tc>
        <w:tc>
          <w:tcPr>
            <w:tcW w:w="1872" w:type="dxa"/>
          </w:tcPr>
          <w:p w14:paraId="61D3DF3E" w14:textId="77777777" w:rsidR="007C0E3C" w:rsidRDefault="00000000">
            <w:r>
              <w:rPr>
                <w:sz w:val="20"/>
              </w:rPr>
              <w:t>1,116 (32.7%)</w:t>
            </w:r>
          </w:p>
        </w:tc>
        <w:tc>
          <w:tcPr>
            <w:tcW w:w="1872" w:type="dxa"/>
          </w:tcPr>
          <w:p w14:paraId="18283FB8" w14:textId="77777777" w:rsidR="007C0E3C" w:rsidRDefault="007C0E3C"/>
        </w:tc>
      </w:tr>
      <w:tr w:rsidR="007C0E3C" w14:paraId="17C7A30C" w14:textId="77777777">
        <w:tc>
          <w:tcPr>
            <w:tcW w:w="1872" w:type="dxa"/>
          </w:tcPr>
          <w:p w14:paraId="21328C5C" w14:textId="77777777" w:rsidR="007C0E3C" w:rsidRDefault="00000000">
            <w:r>
              <w:rPr>
                <w:b/>
                <w:sz w:val="20"/>
              </w:rPr>
              <w:t>elacestrant</w:t>
            </w:r>
          </w:p>
        </w:tc>
        <w:tc>
          <w:tcPr>
            <w:tcW w:w="1872" w:type="dxa"/>
          </w:tcPr>
          <w:p w14:paraId="2B3F7A51" w14:textId="77777777" w:rsidR="007C0E3C" w:rsidRDefault="007C0E3C"/>
        </w:tc>
        <w:tc>
          <w:tcPr>
            <w:tcW w:w="1872" w:type="dxa"/>
          </w:tcPr>
          <w:p w14:paraId="3D44478C" w14:textId="77777777" w:rsidR="007C0E3C" w:rsidRDefault="007C0E3C"/>
        </w:tc>
        <w:tc>
          <w:tcPr>
            <w:tcW w:w="1872" w:type="dxa"/>
          </w:tcPr>
          <w:p w14:paraId="7F79A2B1" w14:textId="77777777" w:rsidR="007C0E3C" w:rsidRDefault="007C0E3C"/>
        </w:tc>
        <w:tc>
          <w:tcPr>
            <w:tcW w:w="1872" w:type="dxa"/>
          </w:tcPr>
          <w:p w14:paraId="78636286" w14:textId="77777777" w:rsidR="007C0E3C" w:rsidRDefault="00000000">
            <w:r>
              <w:rPr>
                <w:b/>
                <w:sz w:val="20"/>
              </w:rPr>
              <w:t>&lt;0.001</w:t>
            </w:r>
          </w:p>
        </w:tc>
      </w:tr>
      <w:tr w:rsidR="007C0E3C" w14:paraId="016C66D2" w14:textId="77777777">
        <w:tc>
          <w:tcPr>
            <w:tcW w:w="1872" w:type="dxa"/>
          </w:tcPr>
          <w:p w14:paraId="60C6BA48" w14:textId="77777777" w:rsidR="007C0E3C" w:rsidRDefault="00000000">
            <w:r>
              <w:rPr>
                <w:sz w:val="20"/>
              </w:rPr>
              <w:t>    No</w:t>
            </w:r>
          </w:p>
        </w:tc>
        <w:tc>
          <w:tcPr>
            <w:tcW w:w="1872" w:type="dxa"/>
          </w:tcPr>
          <w:p w14:paraId="42E53B77" w14:textId="77777777" w:rsidR="007C0E3C" w:rsidRDefault="00000000">
            <w:r>
              <w:rPr>
                <w:sz w:val="20"/>
              </w:rPr>
              <w:t>154,511 (100.0%)</w:t>
            </w:r>
          </w:p>
        </w:tc>
        <w:tc>
          <w:tcPr>
            <w:tcW w:w="1872" w:type="dxa"/>
          </w:tcPr>
          <w:p w14:paraId="6F271FDD" w14:textId="77777777" w:rsidR="007C0E3C" w:rsidRDefault="00000000">
            <w:r>
              <w:rPr>
                <w:sz w:val="20"/>
              </w:rPr>
              <w:t>151,114 (100.0%)</w:t>
            </w:r>
          </w:p>
        </w:tc>
        <w:tc>
          <w:tcPr>
            <w:tcW w:w="1872" w:type="dxa"/>
          </w:tcPr>
          <w:p w14:paraId="4AFE671B" w14:textId="77777777" w:rsidR="007C0E3C" w:rsidRDefault="00000000">
            <w:r>
              <w:rPr>
                <w:sz w:val="20"/>
              </w:rPr>
              <w:t>3,397 (99.4%)</w:t>
            </w:r>
          </w:p>
        </w:tc>
        <w:tc>
          <w:tcPr>
            <w:tcW w:w="1872" w:type="dxa"/>
          </w:tcPr>
          <w:p w14:paraId="1CC66063" w14:textId="77777777" w:rsidR="007C0E3C" w:rsidRDefault="007C0E3C"/>
        </w:tc>
      </w:tr>
      <w:tr w:rsidR="007C0E3C" w14:paraId="5D8FCDE6" w14:textId="77777777">
        <w:tc>
          <w:tcPr>
            <w:tcW w:w="1872" w:type="dxa"/>
          </w:tcPr>
          <w:p w14:paraId="36B14A40" w14:textId="77777777" w:rsidR="007C0E3C" w:rsidRDefault="00000000">
            <w:r>
              <w:rPr>
                <w:sz w:val="20"/>
              </w:rPr>
              <w:t>    Yes</w:t>
            </w:r>
          </w:p>
        </w:tc>
        <w:tc>
          <w:tcPr>
            <w:tcW w:w="1872" w:type="dxa"/>
          </w:tcPr>
          <w:p w14:paraId="4A7A496D" w14:textId="77777777" w:rsidR="007C0E3C" w:rsidRDefault="00000000">
            <w:r>
              <w:rPr>
                <w:sz w:val="20"/>
              </w:rPr>
              <w:t>23 (0.0%)</w:t>
            </w:r>
          </w:p>
        </w:tc>
        <w:tc>
          <w:tcPr>
            <w:tcW w:w="1872" w:type="dxa"/>
          </w:tcPr>
          <w:p w14:paraId="505FA72C" w14:textId="77777777" w:rsidR="007C0E3C" w:rsidRDefault="00000000">
            <w:r>
              <w:rPr>
                <w:sz w:val="20"/>
              </w:rPr>
              <w:t>2 (0.0%)</w:t>
            </w:r>
          </w:p>
        </w:tc>
        <w:tc>
          <w:tcPr>
            <w:tcW w:w="1872" w:type="dxa"/>
          </w:tcPr>
          <w:p w14:paraId="009D3541" w14:textId="77777777" w:rsidR="007C0E3C" w:rsidRDefault="00000000">
            <w:r>
              <w:rPr>
                <w:sz w:val="20"/>
              </w:rPr>
              <w:t>21 (0.6%)</w:t>
            </w:r>
          </w:p>
        </w:tc>
        <w:tc>
          <w:tcPr>
            <w:tcW w:w="1872" w:type="dxa"/>
          </w:tcPr>
          <w:p w14:paraId="2A10B22A" w14:textId="77777777" w:rsidR="007C0E3C" w:rsidRDefault="007C0E3C"/>
        </w:tc>
      </w:tr>
      <w:tr w:rsidR="007C0E3C" w14:paraId="69C1693D" w14:textId="77777777">
        <w:tc>
          <w:tcPr>
            <w:tcW w:w="1872" w:type="dxa"/>
          </w:tcPr>
          <w:p w14:paraId="70DAD152" w14:textId="77777777" w:rsidR="007C0E3C" w:rsidRDefault="00000000">
            <w:r>
              <w:rPr>
                <w:b/>
                <w:sz w:val="20"/>
              </w:rPr>
              <w:t>exemestane</w:t>
            </w:r>
          </w:p>
        </w:tc>
        <w:tc>
          <w:tcPr>
            <w:tcW w:w="1872" w:type="dxa"/>
          </w:tcPr>
          <w:p w14:paraId="159D3A71" w14:textId="77777777" w:rsidR="007C0E3C" w:rsidRDefault="007C0E3C"/>
        </w:tc>
        <w:tc>
          <w:tcPr>
            <w:tcW w:w="1872" w:type="dxa"/>
          </w:tcPr>
          <w:p w14:paraId="4BD7BA12" w14:textId="77777777" w:rsidR="007C0E3C" w:rsidRDefault="007C0E3C"/>
        </w:tc>
        <w:tc>
          <w:tcPr>
            <w:tcW w:w="1872" w:type="dxa"/>
          </w:tcPr>
          <w:p w14:paraId="2E0A2725" w14:textId="77777777" w:rsidR="007C0E3C" w:rsidRDefault="007C0E3C"/>
        </w:tc>
        <w:tc>
          <w:tcPr>
            <w:tcW w:w="1872" w:type="dxa"/>
          </w:tcPr>
          <w:p w14:paraId="568C91C7" w14:textId="77777777" w:rsidR="007C0E3C" w:rsidRDefault="00000000">
            <w:r>
              <w:rPr>
                <w:b/>
                <w:sz w:val="20"/>
              </w:rPr>
              <w:t>&lt;0.001</w:t>
            </w:r>
          </w:p>
        </w:tc>
      </w:tr>
      <w:tr w:rsidR="007C0E3C" w14:paraId="5D37BDC6" w14:textId="77777777">
        <w:tc>
          <w:tcPr>
            <w:tcW w:w="1872" w:type="dxa"/>
          </w:tcPr>
          <w:p w14:paraId="3BEF4338" w14:textId="77777777" w:rsidR="007C0E3C" w:rsidRDefault="00000000">
            <w:r>
              <w:rPr>
                <w:sz w:val="20"/>
              </w:rPr>
              <w:t>    No</w:t>
            </w:r>
          </w:p>
        </w:tc>
        <w:tc>
          <w:tcPr>
            <w:tcW w:w="1872" w:type="dxa"/>
          </w:tcPr>
          <w:p w14:paraId="64F2910F" w14:textId="77777777" w:rsidR="007C0E3C" w:rsidRDefault="00000000">
            <w:r>
              <w:rPr>
                <w:sz w:val="20"/>
              </w:rPr>
              <w:t>145,917 (94.4%)</w:t>
            </w:r>
          </w:p>
        </w:tc>
        <w:tc>
          <w:tcPr>
            <w:tcW w:w="1872" w:type="dxa"/>
          </w:tcPr>
          <w:p w14:paraId="48B3E4DC" w14:textId="77777777" w:rsidR="007C0E3C" w:rsidRDefault="00000000">
            <w:r>
              <w:rPr>
                <w:sz w:val="20"/>
              </w:rPr>
              <w:t>143,040 (94.7%)</w:t>
            </w:r>
          </w:p>
        </w:tc>
        <w:tc>
          <w:tcPr>
            <w:tcW w:w="1872" w:type="dxa"/>
          </w:tcPr>
          <w:p w14:paraId="385FA1CA" w14:textId="77777777" w:rsidR="007C0E3C" w:rsidRDefault="00000000">
            <w:r>
              <w:rPr>
                <w:sz w:val="20"/>
              </w:rPr>
              <w:t>2,877 (84.2%)</w:t>
            </w:r>
          </w:p>
        </w:tc>
        <w:tc>
          <w:tcPr>
            <w:tcW w:w="1872" w:type="dxa"/>
          </w:tcPr>
          <w:p w14:paraId="47CEA25E" w14:textId="77777777" w:rsidR="007C0E3C" w:rsidRDefault="007C0E3C"/>
        </w:tc>
      </w:tr>
      <w:tr w:rsidR="007C0E3C" w14:paraId="489DF8DA" w14:textId="77777777">
        <w:tc>
          <w:tcPr>
            <w:tcW w:w="1872" w:type="dxa"/>
          </w:tcPr>
          <w:p w14:paraId="3E7835AA" w14:textId="77777777" w:rsidR="007C0E3C" w:rsidRDefault="00000000">
            <w:r>
              <w:rPr>
                <w:sz w:val="20"/>
              </w:rPr>
              <w:t>    Yes</w:t>
            </w:r>
          </w:p>
        </w:tc>
        <w:tc>
          <w:tcPr>
            <w:tcW w:w="1872" w:type="dxa"/>
          </w:tcPr>
          <w:p w14:paraId="24AF8158" w14:textId="77777777" w:rsidR="007C0E3C" w:rsidRDefault="00000000">
            <w:r>
              <w:rPr>
                <w:sz w:val="20"/>
              </w:rPr>
              <w:t>8,617 (5.6%)</w:t>
            </w:r>
          </w:p>
        </w:tc>
        <w:tc>
          <w:tcPr>
            <w:tcW w:w="1872" w:type="dxa"/>
          </w:tcPr>
          <w:p w14:paraId="7C01C47D" w14:textId="77777777" w:rsidR="007C0E3C" w:rsidRDefault="00000000">
            <w:r>
              <w:rPr>
                <w:sz w:val="20"/>
              </w:rPr>
              <w:t>8,076 (5.3%)</w:t>
            </w:r>
          </w:p>
        </w:tc>
        <w:tc>
          <w:tcPr>
            <w:tcW w:w="1872" w:type="dxa"/>
          </w:tcPr>
          <w:p w14:paraId="6ADBE01A" w14:textId="77777777" w:rsidR="007C0E3C" w:rsidRDefault="00000000">
            <w:r>
              <w:rPr>
                <w:sz w:val="20"/>
              </w:rPr>
              <w:t>541 (15.8%)</w:t>
            </w:r>
          </w:p>
        </w:tc>
        <w:tc>
          <w:tcPr>
            <w:tcW w:w="1872" w:type="dxa"/>
          </w:tcPr>
          <w:p w14:paraId="1031267B" w14:textId="77777777" w:rsidR="007C0E3C" w:rsidRDefault="007C0E3C"/>
        </w:tc>
      </w:tr>
      <w:tr w:rsidR="007C0E3C" w14:paraId="506139D5" w14:textId="77777777">
        <w:tc>
          <w:tcPr>
            <w:tcW w:w="1872" w:type="dxa"/>
          </w:tcPr>
          <w:p w14:paraId="6F609790" w14:textId="77777777" w:rsidR="007C0E3C" w:rsidRDefault="00000000">
            <w:r>
              <w:rPr>
                <w:b/>
                <w:sz w:val="20"/>
              </w:rPr>
              <w:t>letrozole</w:t>
            </w:r>
          </w:p>
        </w:tc>
        <w:tc>
          <w:tcPr>
            <w:tcW w:w="1872" w:type="dxa"/>
          </w:tcPr>
          <w:p w14:paraId="67A35D61" w14:textId="77777777" w:rsidR="007C0E3C" w:rsidRDefault="007C0E3C"/>
        </w:tc>
        <w:tc>
          <w:tcPr>
            <w:tcW w:w="1872" w:type="dxa"/>
          </w:tcPr>
          <w:p w14:paraId="01424C00" w14:textId="77777777" w:rsidR="007C0E3C" w:rsidRDefault="007C0E3C"/>
        </w:tc>
        <w:tc>
          <w:tcPr>
            <w:tcW w:w="1872" w:type="dxa"/>
          </w:tcPr>
          <w:p w14:paraId="676A55D8" w14:textId="77777777" w:rsidR="007C0E3C" w:rsidRDefault="007C0E3C"/>
        </w:tc>
        <w:tc>
          <w:tcPr>
            <w:tcW w:w="1872" w:type="dxa"/>
          </w:tcPr>
          <w:p w14:paraId="756C21FF" w14:textId="77777777" w:rsidR="007C0E3C" w:rsidRDefault="00000000">
            <w:r>
              <w:rPr>
                <w:b/>
                <w:sz w:val="20"/>
              </w:rPr>
              <w:t>&lt;0.001</w:t>
            </w:r>
          </w:p>
        </w:tc>
      </w:tr>
      <w:tr w:rsidR="007C0E3C" w14:paraId="01051795" w14:textId="77777777">
        <w:tc>
          <w:tcPr>
            <w:tcW w:w="1872" w:type="dxa"/>
          </w:tcPr>
          <w:p w14:paraId="3CF48682" w14:textId="77777777" w:rsidR="007C0E3C" w:rsidRDefault="00000000">
            <w:r>
              <w:rPr>
                <w:sz w:val="20"/>
              </w:rPr>
              <w:t>    No</w:t>
            </w:r>
          </w:p>
        </w:tc>
        <w:tc>
          <w:tcPr>
            <w:tcW w:w="1872" w:type="dxa"/>
          </w:tcPr>
          <w:p w14:paraId="0BD8F2CF" w14:textId="77777777" w:rsidR="007C0E3C" w:rsidRDefault="00000000">
            <w:r>
              <w:rPr>
                <w:sz w:val="20"/>
              </w:rPr>
              <w:t>138,067 (89.3%)</w:t>
            </w:r>
          </w:p>
        </w:tc>
        <w:tc>
          <w:tcPr>
            <w:tcW w:w="1872" w:type="dxa"/>
          </w:tcPr>
          <w:p w14:paraId="1CE7B0EA" w14:textId="77777777" w:rsidR="007C0E3C" w:rsidRDefault="00000000">
            <w:r>
              <w:rPr>
                <w:sz w:val="20"/>
              </w:rPr>
              <w:t>135,806 (89.9%)</w:t>
            </w:r>
          </w:p>
        </w:tc>
        <w:tc>
          <w:tcPr>
            <w:tcW w:w="1872" w:type="dxa"/>
          </w:tcPr>
          <w:p w14:paraId="7F7ABFF2" w14:textId="77777777" w:rsidR="007C0E3C" w:rsidRDefault="00000000">
            <w:r>
              <w:rPr>
                <w:sz w:val="20"/>
              </w:rPr>
              <w:t>2,261 (66.1%)</w:t>
            </w:r>
          </w:p>
        </w:tc>
        <w:tc>
          <w:tcPr>
            <w:tcW w:w="1872" w:type="dxa"/>
          </w:tcPr>
          <w:p w14:paraId="232296EF" w14:textId="77777777" w:rsidR="007C0E3C" w:rsidRDefault="007C0E3C"/>
        </w:tc>
      </w:tr>
      <w:tr w:rsidR="007C0E3C" w14:paraId="68D0ECBA" w14:textId="77777777">
        <w:tc>
          <w:tcPr>
            <w:tcW w:w="1872" w:type="dxa"/>
          </w:tcPr>
          <w:p w14:paraId="3B6670EB" w14:textId="77777777" w:rsidR="007C0E3C" w:rsidRDefault="00000000">
            <w:r>
              <w:rPr>
                <w:sz w:val="20"/>
              </w:rPr>
              <w:t>    Yes</w:t>
            </w:r>
          </w:p>
        </w:tc>
        <w:tc>
          <w:tcPr>
            <w:tcW w:w="1872" w:type="dxa"/>
          </w:tcPr>
          <w:p w14:paraId="6406AD47" w14:textId="77777777" w:rsidR="007C0E3C" w:rsidRDefault="00000000">
            <w:r>
              <w:rPr>
                <w:sz w:val="20"/>
              </w:rPr>
              <w:t>16,467 (10.7%)</w:t>
            </w:r>
          </w:p>
        </w:tc>
        <w:tc>
          <w:tcPr>
            <w:tcW w:w="1872" w:type="dxa"/>
          </w:tcPr>
          <w:p w14:paraId="6F327427" w14:textId="77777777" w:rsidR="007C0E3C" w:rsidRDefault="00000000">
            <w:r>
              <w:rPr>
                <w:sz w:val="20"/>
              </w:rPr>
              <w:t>15,310 (10.1%)</w:t>
            </w:r>
          </w:p>
        </w:tc>
        <w:tc>
          <w:tcPr>
            <w:tcW w:w="1872" w:type="dxa"/>
          </w:tcPr>
          <w:p w14:paraId="7D9EE391" w14:textId="77777777" w:rsidR="007C0E3C" w:rsidRDefault="00000000">
            <w:r>
              <w:rPr>
                <w:sz w:val="20"/>
              </w:rPr>
              <w:t>1,157 (33.9%)</w:t>
            </w:r>
          </w:p>
        </w:tc>
        <w:tc>
          <w:tcPr>
            <w:tcW w:w="1872" w:type="dxa"/>
          </w:tcPr>
          <w:p w14:paraId="538D24FD" w14:textId="77777777" w:rsidR="007C0E3C" w:rsidRDefault="007C0E3C"/>
        </w:tc>
      </w:tr>
      <w:tr w:rsidR="007C0E3C" w14:paraId="4CF9251D" w14:textId="77777777">
        <w:tc>
          <w:tcPr>
            <w:tcW w:w="1872" w:type="dxa"/>
          </w:tcPr>
          <w:p w14:paraId="32168E36" w14:textId="77777777" w:rsidR="007C0E3C" w:rsidRDefault="00000000">
            <w:r>
              <w:rPr>
                <w:b/>
                <w:sz w:val="20"/>
              </w:rPr>
              <w:t>anastrozole</w:t>
            </w:r>
          </w:p>
        </w:tc>
        <w:tc>
          <w:tcPr>
            <w:tcW w:w="1872" w:type="dxa"/>
          </w:tcPr>
          <w:p w14:paraId="265A8403" w14:textId="77777777" w:rsidR="007C0E3C" w:rsidRDefault="007C0E3C"/>
        </w:tc>
        <w:tc>
          <w:tcPr>
            <w:tcW w:w="1872" w:type="dxa"/>
          </w:tcPr>
          <w:p w14:paraId="79872B1F" w14:textId="77777777" w:rsidR="007C0E3C" w:rsidRDefault="007C0E3C"/>
        </w:tc>
        <w:tc>
          <w:tcPr>
            <w:tcW w:w="1872" w:type="dxa"/>
          </w:tcPr>
          <w:p w14:paraId="518E41C4" w14:textId="77777777" w:rsidR="007C0E3C" w:rsidRDefault="007C0E3C"/>
        </w:tc>
        <w:tc>
          <w:tcPr>
            <w:tcW w:w="1872" w:type="dxa"/>
          </w:tcPr>
          <w:p w14:paraId="597DDFA2" w14:textId="77777777" w:rsidR="007C0E3C" w:rsidRDefault="00000000">
            <w:r>
              <w:rPr>
                <w:b/>
                <w:sz w:val="20"/>
              </w:rPr>
              <w:t>&lt;0.001</w:t>
            </w:r>
          </w:p>
        </w:tc>
      </w:tr>
      <w:tr w:rsidR="007C0E3C" w14:paraId="44EFE13A" w14:textId="77777777">
        <w:tc>
          <w:tcPr>
            <w:tcW w:w="1872" w:type="dxa"/>
          </w:tcPr>
          <w:p w14:paraId="0D11AC85" w14:textId="77777777" w:rsidR="007C0E3C" w:rsidRDefault="00000000">
            <w:r>
              <w:rPr>
                <w:sz w:val="20"/>
              </w:rPr>
              <w:t>    No</w:t>
            </w:r>
          </w:p>
        </w:tc>
        <w:tc>
          <w:tcPr>
            <w:tcW w:w="1872" w:type="dxa"/>
          </w:tcPr>
          <w:p w14:paraId="7A141BC4" w14:textId="77777777" w:rsidR="007C0E3C" w:rsidRDefault="00000000">
            <w:r>
              <w:rPr>
                <w:sz w:val="20"/>
              </w:rPr>
              <w:t>124,146 (80.3%)</w:t>
            </w:r>
          </w:p>
        </w:tc>
        <w:tc>
          <w:tcPr>
            <w:tcW w:w="1872" w:type="dxa"/>
          </w:tcPr>
          <w:p w14:paraId="707A29E8" w14:textId="77777777" w:rsidR="007C0E3C" w:rsidRDefault="00000000">
            <w:r>
              <w:rPr>
                <w:sz w:val="20"/>
              </w:rPr>
              <w:t>121,987 (80.7%)</w:t>
            </w:r>
          </w:p>
        </w:tc>
        <w:tc>
          <w:tcPr>
            <w:tcW w:w="1872" w:type="dxa"/>
          </w:tcPr>
          <w:p w14:paraId="19A6A54A" w14:textId="77777777" w:rsidR="007C0E3C" w:rsidRDefault="00000000">
            <w:r>
              <w:rPr>
                <w:sz w:val="20"/>
              </w:rPr>
              <w:t>2,159 (63.2%)</w:t>
            </w:r>
          </w:p>
        </w:tc>
        <w:tc>
          <w:tcPr>
            <w:tcW w:w="1872" w:type="dxa"/>
          </w:tcPr>
          <w:p w14:paraId="291FD30A" w14:textId="77777777" w:rsidR="007C0E3C" w:rsidRDefault="007C0E3C"/>
        </w:tc>
      </w:tr>
      <w:tr w:rsidR="007C0E3C" w14:paraId="15B563A8" w14:textId="77777777">
        <w:tc>
          <w:tcPr>
            <w:tcW w:w="1872" w:type="dxa"/>
          </w:tcPr>
          <w:p w14:paraId="41A0498F" w14:textId="77777777" w:rsidR="007C0E3C" w:rsidRDefault="00000000">
            <w:r>
              <w:rPr>
                <w:sz w:val="20"/>
              </w:rPr>
              <w:t>    Yes</w:t>
            </w:r>
          </w:p>
        </w:tc>
        <w:tc>
          <w:tcPr>
            <w:tcW w:w="1872" w:type="dxa"/>
          </w:tcPr>
          <w:p w14:paraId="3D32C479" w14:textId="77777777" w:rsidR="007C0E3C" w:rsidRDefault="00000000">
            <w:r>
              <w:rPr>
                <w:sz w:val="20"/>
              </w:rPr>
              <w:t>30,388 (19.7%)</w:t>
            </w:r>
          </w:p>
        </w:tc>
        <w:tc>
          <w:tcPr>
            <w:tcW w:w="1872" w:type="dxa"/>
          </w:tcPr>
          <w:p w14:paraId="5FA82169" w14:textId="77777777" w:rsidR="007C0E3C" w:rsidRDefault="00000000">
            <w:r>
              <w:rPr>
                <w:sz w:val="20"/>
              </w:rPr>
              <w:t>29,129 (19.3%)</w:t>
            </w:r>
          </w:p>
        </w:tc>
        <w:tc>
          <w:tcPr>
            <w:tcW w:w="1872" w:type="dxa"/>
          </w:tcPr>
          <w:p w14:paraId="50168F9C" w14:textId="77777777" w:rsidR="007C0E3C" w:rsidRDefault="00000000">
            <w:r>
              <w:rPr>
                <w:sz w:val="20"/>
              </w:rPr>
              <w:t>1,259 (36.8%)</w:t>
            </w:r>
          </w:p>
        </w:tc>
        <w:tc>
          <w:tcPr>
            <w:tcW w:w="1872" w:type="dxa"/>
          </w:tcPr>
          <w:p w14:paraId="0C90450B" w14:textId="77777777" w:rsidR="007C0E3C" w:rsidRDefault="007C0E3C"/>
        </w:tc>
      </w:tr>
      <w:tr w:rsidR="007C0E3C" w14:paraId="6B1FD6D3" w14:textId="77777777">
        <w:tc>
          <w:tcPr>
            <w:tcW w:w="9360" w:type="dxa"/>
            <w:gridSpan w:val="5"/>
          </w:tcPr>
          <w:p w14:paraId="6ABCE165" w14:textId="77777777" w:rsidR="007C0E3C" w:rsidRDefault="00000000">
            <w:r>
              <w:rPr>
                <w:i/>
                <w:sz w:val="20"/>
                <w:vertAlign w:val="superscript"/>
              </w:rPr>
              <w:t>1</w:t>
            </w:r>
            <w:r>
              <w:rPr>
                <w:sz w:val="20"/>
              </w:rPr>
              <w:t> Mean ± SD; n (%)</w:t>
            </w:r>
          </w:p>
        </w:tc>
      </w:tr>
      <w:tr w:rsidR="007C0E3C" w14:paraId="5FBA5BFA" w14:textId="77777777">
        <w:tc>
          <w:tcPr>
            <w:tcW w:w="9360" w:type="dxa"/>
            <w:gridSpan w:val="5"/>
          </w:tcPr>
          <w:p w14:paraId="3F815583" w14:textId="77777777" w:rsidR="007C0E3C" w:rsidRDefault="00000000">
            <w:r>
              <w:rPr>
                <w:i/>
                <w:sz w:val="20"/>
                <w:vertAlign w:val="superscript"/>
              </w:rPr>
              <w:t>2</w:t>
            </w:r>
            <w:r>
              <w:rPr>
                <w:sz w:val="20"/>
              </w:rPr>
              <w:t> Welch Two Sample t-test; Pearson’s Chi-squared test; Fisher’s exact test</w:t>
            </w:r>
          </w:p>
        </w:tc>
      </w:tr>
    </w:tbl>
    <w:p w14:paraId="6A3BF00C" w14:textId="77777777" w:rsidR="00BA6E31" w:rsidRDefault="00BA6E31">
      <w:pPr>
        <w:spacing w:before="240" w:after="80"/>
        <w:rPr>
          <w:b/>
        </w:rPr>
      </w:pPr>
    </w:p>
    <w:p w14:paraId="5AED3347" w14:textId="77777777" w:rsidR="00BA6E31" w:rsidRDefault="00BA6E31">
      <w:pPr>
        <w:spacing w:before="240" w:after="80"/>
        <w:rPr>
          <w:b/>
        </w:rPr>
      </w:pPr>
    </w:p>
    <w:p w14:paraId="7F7B8862" w14:textId="77777777" w:rsidR="00BA6E31" w:rsidRDefault="00BA6E31">
      <w:pPr>
        <w:spacing w:before="240" w:after="80"/>
        <w:rPr>
          <w:b/>
        </w:rPr>
      </w:pPr>
    </w:p>
    <w:p w14:paraId="5104E954" w14:textId="77777777" w:rsidR="00BA6E31" w:rsidRDefault="00BA6E31">
      <w:pPr>
        <w:spacing w:before="240" w:after="80"/>
        <w:rPr>
          <w:b/>
        </w:rPr>
      </w:pPr>
    </w:p>
    <w:p w14:paraId="4D22FDE1" w14:textId="77777777" w:rsidR="00BA6E31" w:rsidRDefault="00BA6E31">
      <w:pPr>
        <w:spacing w:before="240" w:after="80"/>
        <w:rPr>
          <w:b/>
        </w:rPr>
      </w:pPr>
    </w:p>
    <w:p w14:paraId="0B6E019B" w14:textId="77777777" w:rsidR="00BA6E31" w:rsidRDefault="00BA6E31">
      <w:pPr>
        <w:spacing w:before="240" w:after="80"/>
        <w:rPr>
          <w:b/>
        </w:rPr>
      </w:pPr>
    </w:p>
    <w:p w14:paraId="3DE61725" w14:textId="77777777" w:rsidR="00BA6E31" w:rsidRDefault="00BA6E31">
      <w:pPr>
        <w:spacing w:before="240" w:after="80"/>
        <w:rPr>
          <w:b/>
        </w:rPr>
      </w:pPr>
    </w:p>
    <w:p w14:paraId="0B677A6A" w14:textId="16405ABF" w:rsidR="007C0E3C" w:rsidRDefault="00000000">
      <w:pPr>
        <w:spacing w:before="240" w:after="80"/>
      </w:pPr>
      <w:r>
        <w:rPr>
          <w:b/>
        </w:rPr>
        <w:lastRenderedPageBreak/>
        <w:t>Table S</w:t>
      </w:r>
      <w:r w:rsidR="00BA6E31">
        <w:rPr>
          <w:b/>
        </w:rPr>
        <w:t>5</w:t>
      </w:r>
      <w:r>
        <w:rPr>
          <w:b/>
        </w:rPr>
        <w:t>.</w:t>
      </w:r>
      <w:r>
        <w:t xml:space="preserve"> Time-dependent Cox proportional hazard model in patients with metastatic cancer comparing those on CDK4/6 inhibitor therapy (grouped) to those not on targeted therapy, including concomitant medication as a covariate. Outcomes: (a) any thrombosis, (b) venous thrombosis, (c) arterial thrombosis. Table presents hazard ratio, 95% confidence interval, and event rate as percent (number of events/number of observations). Significant p-values in bold.</w:t>
      </w:r>
    </w:p>
    <w:tbl>
      <w:tblPr>
        <w:tblStyle w:val="TableGrid"/>
        <w:tblW w:w="0" w:type="auto"/>
        <w:tblLook w:val="04A0" w:firstRow="1" w:lastRow="0" w:firstColumn="1" w:lastColumn="0" w:noHBand="0" w:noVBand="1"/>
      </w:tblPr>
      <w:tblGrid>
        <w:gridCol w:w="1560"/>
        <w:gridCol w:w="1560"/>
        <w:gridCol w:w="1560"/>
        <w:gridCol w:w="1560"/>
        <w:gridCol w:w="1560"/>
        <w:gridCol w:w="1560"/>
      </w:tblGrid>
      <w:tr w:rsidR="007C0E3C" w14:paraId="424C52D1" w14:textId="77777777">
        <w:tc>
          <w:tcPr>
            <w:tcW w:w="1560" w:type="dxa"/>
          </w:tcPr>
          <w:p w14:paraId="1BCFD9E6" w14:textId="77777777" w:rsidR="007C0E3C" w:rsidRDefault="00000000">
            <w:r>
              <w:rPr>
                <w:b/>
                <w:sz w:val="20"/>
              </w:rPr>
              <w:t>Characteristic</w:t>
            </w:r>
          </w:p>
        </w:tc>
        <w:tc>
          <w:tcPr>
            <w:tcW w:w="1560" w:type="dxa"/>
          </w:tcPr>
          <w:p w14:paraId="0FE71889" w14:textId="77777777" w:rsidR="007C0E3C" w:rsidRDefault="00000000">
            <w:r>
              <w:rPr>
                <w:b/>
                <w:sz w:val="20"/>
              </w:rPr>
              <w:t>N</w:t>
            </w:r>
          </w:p>
        </w:tc>
        <w:tc>
          <w:tcPr>
            <w:tcW w:w="1560" w:type="dxa"/>
          </w:tcPr>
          <w:p w14:paraId="2FA4FA4A" w14:textId="77777777" w:rsidR="007C0E3C" w:rsidRDefault="00000000">
            <w:r>
              <w:rPr>
                <w:b/>
                <w:sz w:val="20"/>
              </w:rPr>
              <w:t>Event Rate</w:t>
            </w:r>
          </w:p>
        </w:tc>
        <w:tc>
          <w:tcPr>
            <w:tcW w:w="1560" w:type="dxa"/>
          </w:tcPr>
          <w:p w14:paraId="6722BD66" w14:textId="77777777" w:rsidR="007C0E3C" w:rsidRDefault="00000000">
            <w:r>
              <w:rPr>
                <w:b/>
                <w:sz w:val="20"/>
              </w:rPr>
              <w:t>HR</w:t>
            </w:r>
            <w:r>
              <w:rPr>
                <w:b/>
                <w:i/>
                <w:sz w:val="20"/>
                <w:vertAlign w:val="superscript"/>
              </w:rPr>
              <w:t>1</w:t>
            </w:r>
          </w:p>
        </w:tc>
        <w:tc>
          <w:tcPr>
            <w:tcW w:w="1560" w:type="dxa"/>
          </w:tcPr>
          <w:p w14:paraId="3AC8EE10" w14:textId="77777777" w:rsidR="007C0E3C" w:rsidRDefault="00000000">
            <w:r>
              <w:rPr>
                <w:b/>
                <w:sz w:val="20"/>
              </w:rPr>
              <w:t>95% CI</w:t>
            </w:r>
            <w:r>
              <w:rPr>
                <w:b/>
                <w:i/>
                <w:sz w:val="20"/>
                <w:vertAlign w:val="superscript"/>
              </w:rPr>
              <w:t>1</w:t>
            </w:r>
          </w:p>
        </w:tc>
        <w:tc>
          <w:tcPr>
            <w:tcW w:w="1560" w:type="dxa"/>
          </w:tcPr>
          <w:p w14:paraId="4961A6E4" w14:textId="77777777" w:rsidR="007C0E3C" w:rsidRDefault="00000000">
            <w:r>
              <w:rPr>
                <w:b/>
                <w:sz w:val="20"/>
              </w:rPr>
              <w:t>p-value</w:t>
            </w:r>
          </w:p>
        </w:tc>
      </w:tr>
      <w:tr w:rsidR="007C0E3C" w14:paraId="1DEB87EB" w14:textId="77777777">
        <w:tc>
          <w:tcPr>
            <w:tcW w:w="9360" w:type="dxa"/>
            <w:gridSpan w:val="6"/>
          </w:tcPr>
          <w:p w14:paraId="0511FB8A" w14:textId="77777777" w:rsidR="007C0E3C" w:rsidRDefault="00000000">
            <w:r>
              <w:rPr>
                <w:b/>
                <w:sz w:val="20"/>
              </w:rPr>
              <w:t>a. Any thrombosis (venous or arterial). Patients = 1,643; observations = 1,830.</w:t>
            </w:r>
          </w:p>
        </w:tc>
      </w:tr>
      <w:tr w:rsidR="007C0E3C" w14:paraId="4D69AA7E" w14:textId="77777777">
        <w:tc>
          <w:tcPr>
            <w:tcW w:w="1560" w:type="dxa"/>
          </w:tcPr>
          <w:p w14:paraId="6FCA1158" w14:textId="77777777" w:rsidR="007C0E3C" w:rsidRDefault="00000000">
            <w:r>
              <w:rPr>
                <w:b/>
                <w:sz w:val="20"/>
              </w:rPr>
              <w:t>Targeted Therapy</w:t>
            </w:r>
          </w:p>
        </w:tc>
        <w:tc>
          <w:tcPr>
            <w:tcW w:w="1560" w:type="dxa"/>
          </w:tcPr>
          <w:p w14:paraId="3608480B" w14:textId="77777777" w:rsidR="007C0E3C" w:rsidRDefault="007C0E3C"/>
        </w:tc>
        <w:tc>
          <w:tcPr>
            <w:tcW w:w="1560" w:type="dxa"/>
          </w:tcPr>
          <w:p w14:paraId="76C09733" w14:textId="77777777" w:rsidR="007C0E3C" w:rsidRDefault="007C0E3C"/>
        </w:tc>
        <w:tc>
          <w:tcPr>
            <w:tcW w:w="1560" w:type="dxa"/>
          </w:tcPr>
          <w:p w14:paraId="55756B20" w14:textId="77777777" w:rsidR="007C0E3C" w:rsidRDefault="007C0E3C"/>
        </w:tc>
        <w:tc>
          <w:tcPr>
            <w:tcW w:w="1560" w:type="dxa"/>
          </w:tcPr>
          <w:p w14:paraId="149B7E2C" w14:textId="77777777" w:rsidR="007C0E3C" w:rsidRDefault="007C0E3C"/>
        </w:tc>
        <w:tc>
          <w:tcPr>
            <w:tcW w:w="1560" w:type="dxa"/>
          </w:tcPr>
          <w:p w14:paraId="2C4425C4" w14:textId="77777777" w:rsidR="007C0E3C" w:rsidRDefault="007C0E3C"/>
        </w:tc>
      </w:tr>
      <w:tr w:rsidR="007C0E3C" w14:paraId="59F292D8" w14:textId="77777777">
        <w:tc>
          <w:tcPr>
            <w:tcW w:w="1560" w:type="dxa"/>
          </w:tcPr>
          <w:p w14:paraId="69BE78E4" w14:textId="77777777" w:rsidR="007C0E3C" w:rsidRDefault="00000000">
            <w:r>
              <w:rPr>
                <w:sz w:val="20"/>
              </w:rPr>
              <w:t xml:space="preserve">    No Target Therapy </w:t>
            </w:r>
          </w:p>
        </w:tc>
        <w:tc>
          <w:tcPr>
            <w:tcW w:w="1560" w:type="dxa"/>
          </w:tcPr>
          <w:p w14:paraId="4B30A9DB" w14:textId="77777777" w:rsidR="007C0E3C" w:rsidRDefault="00000000">
            <w:r>
              <w:rPr>
                <w:sz w:val="20"/>
              </w:rPr>
              <w:t>1,711</w:t>
            </w:r>
          </w:p>
        </w:tc>
        <w:tc>
          <w:tcPr>
            <w:tcW w:w="1560" w:type="dxa"/>
          </w:tcPr>
          <w:p w14:paraId="24F10709" w14:textId="77777777" w:rsidR="007C0E3C" w:rsidRDefault="00000000">
            <w:r>
              <w:rPr>
                <w:sz w:val="20"/>
              </w:rPr>
              <w:t>195 (11%)</w:t>
            </w:r>
          </w:p>
        </w:tc>
        <w:tc>
          <w:tcPr>
            <w:tcW w:w="1560" w:type="dxa"/>
          </w:tcPr>
          <w:p w14:paraId="4DA79AE4" w14:textId="77777777" w:rsidR="007C0E3C" w:rsidRDefault="00000000">
            <w:r>
              <w:rPr>
                <w:sz w:val="20"/>
              </w:rPr>
              <w:t>—</w:t>
            </w:r>
          </w:p>
        </w:tc>
        <w:tc>
          <w:tcPr>
            <w:tcW w:w="1560" w:type="dxa"/>
          </w:tcPr>
          <w:p w14:paraId="31EE06A1" w14:textId="77777777" w:rsidR="007C0E3C" w:rsidRDefault="00000000">
            <w:r>
              <w:rPr>
                <w:sz w:val="20"/>
              </w:rPr>
              <w:t>—</w:t>
            </w:r>
          </w:p>
        </w:tc>
        <w:tc>
          <w:tcPr>
            <w:tcW w:w="1560" w:type="dxa"/>
          </w:tcPr>
          <w:p w14:paraId="13811440" w14:textId="77777777" w:rsidR="007C0E3C" w:rsidRDefault="007C0E3C"/>
        </w:tc>
      </w:tr>
      <w:tr w:rsidR="007C0E3C" w14:paraId="5C3F6F6F" w14:textId="77777777">
        <w:tc>
          <w:tcPr>
            <w:tcW w:w="1560" w:type="dxa"/>
          </w:tcPr>
          <w:p w14:paraId="49F86021" w14:textId="77777777" w:rsidR="007C0E3C" w:rsidRDefault="00000000">
            <w:r>
              <w:rPr>
                <w:sz w:val="20"/>
              </w:rPr>
              <w:t>    CDK 4/6</w:t>
            </w:r>
          </w:p>
        </w:tc>
        <w:tc>
          <w:tcPr>
            <w:tcW w:w="1560" w:type="dxa"/>
          </w:tcPr>
          <w:p w14:paraId="588CAEE6" w14:textId="77777777" w:rsidR="007C0E3C" w:rsidRDefault="00000000">
            <w:r>
              <w:rPr>
                <w:sz w:val="20"/>
              </w:rPr>
              <w:t>119</w:t>
            </w:r>
          </w:p>
        </w:tc>
        <w:tc>
          <w:tcPr>
            <w:tcW w:w="1560" w:type="dxa"/>
          </w:tcPr>
          <w:p w14:paraId="281E9063" w14:textId="77777777" w:rsidR="007C0E3C" w:rsidRDefault="00000000">
            <w:r>
              <w:rPr>
                <w:sz w:val="20"/>
              </w:rPr>
              <w:t>6 (5.0%)</w:t>
            </w:r>
          </w:p>
        </w:tc>
        <w:tc>
          <w:tcPr>
            <w:tcW w:w="1560" w:type="dxa"/>
          </w:tcPr>
          <w:p w14:paraId="3795EFD8" w14:textId="77777777" w:rsidR="007C0E3C" w:rsidRDefault="00000000">
            <w:r>
              <w:rPr>
                <w:sz w:val="20"/>
              </w:rPr>
              <w:t>0.61</w:t>
            </w:r>
          </w:p>
        </w:tc>
        <w:tc>
          <w:tcPr>
            <w:tcW w:w="1560" w:type="dxa"/>
          </w:tcPr>
          <w:p w14:paraId="0E1F0F0F" w14:textId="77777777" w:rsidR="007C0E3C" w:rsidRDefault="00000000">
            <w:r>
              <w:rPr>
                <w:sz w:val="20"/>
              </w:rPr>
              <w:t>0.27, 1.37</w:t>
            </w:r>
          </w:p>
        </w:tc>
        <w:tc>
          <w:tcPr>
            <w:tcW w:w="1560" w:type="dxa"/>
          </w:tcPr>
          <w:p w14:paraId="589160E7" w14:textId="77777777" w:rsidR="007C0E3C" w:rsidRDefault="00000000">
            <w:r>
              <w:rPr>
                <w:sz w:val="20"/>
              </w:rPr>
              <w:t>0.227</w:t>
            </w:r>
          </w:p>
        </w:tc>
      </w:tr>
      <w:tr w:rsidR="007C0E3C" w14:paraId="1190B206" w14:textId="77777777">
        <w:tc>
          <w:tcPr>
            <w:tcW w:w="1560" w:type="dxa"/>
          </w:tcPr>
          <w:p w14:paraId="08A2D649" w14:textId="77777777" w:rsidR="007C0E3C" w:rsidRDefault="00000000">
            <w:r>
              <w:rPr>
                <w:b/>
                <w:sz w:val="20"/>
              </w:rPr>
              <w:t>Nicotine dependence</w:t>
            </w:r>
          </w:p>
        </w:tc>
        <w:tc>
          <w:tcPr>
            <w:tcW w:w="1560" w:type="dxa"/>
          </w:tcPr>
          <w:p w14:paraId="6A0363A4" w14:textId="77777777" w:rsidR="007C0E3C" w:rsidRDefault="007C0E3C"/>
        </w:tc>
        <w:tc>
          <w:tcPr>
            <w:tcW w:w="1560" w:type="dxa"/>
          </w:tcPr>
          <w:p w14:paraId="1F128277" w14:textId="77777777" w:rsidR="007C0E3C" w:rsidRDefault="007C0E3C"/>
        </w:tc>
        <w:tc>
          <w:tcPr>
            <w:tcW w:w="1560" w:type="dxa"/>
          </w:tcPr>
          <w:p w14:paraId="2423DAAF" w14:textId="77777777" w:rsidR="007C0E3C" w:rsidRDefault="007C0E3C"/>
        </w:tc>
        <w:tc>
          <w:tcPr>
            <w:tcW w:w="1560" w:type="dxa"/>
          </w:tcPr>
          <w:p w14:paraId="0E89420B" w14:textId="77777777" w:rsidR="007C0E3C" w:rsidRDefault="007C0E3C"/>
        </w:tc>
        <w:tc>
          <w:tcPr>
            <w:tcW w:w="1560" w:type="dxa"/>
          </w:tcPr>
          <w:p w14:paraId="42B76B00" w14:textId="77777777" w:rsidR="007C0E3C" w:rsidRDefault="007C0E3C"/>
        </w:tc>
      </w:tr>
      <w:tr w:rsidR="007C0E3C" w14:paraId="1FC7380B" w14:textId="77777777">
        <w:tc>
          <w:tcPr>
            <w:tcW w:w="1560" w:type="dxa"/>
          </w:tcPr>
          <w:p w14:paraId="770A4D8B" w14:textId="77777777" w:rsidR="007C0E3C" w:rsidRDefault="00000000">
            <w:r>
              <w:rPr>
                <w:sz w:val="20"/>
              </w:rPr>
              <w:t>    No</w:t>
            </w:r>
          </w:p>
        </w:tc>
        <w:tc>
          <w:tcPr>
            <w:tcW w:w="1560" w:type="dxa"/>
          </w:tcPr>
          <w:p w14:paraId="614DC4A1" w14:textId="77777777" w:rsidR="007C0E3C" w:rsidRDefault="00000000">
            <w:r>
              <w:rPr>
                <w:sz w:val="20"/>
              </w:rPr>
              <w:t>1,584</w:t>
            </w:r>
          </w:p>
        </w:tc>
        <w:tc>
          <w:tcPr>
            <w:tcW w:w="1560" w:type="dxa"/>
          </w:tcPr>
          <w:p w14:paraId="7F7D4D58" w14:textId="77777777" w:rsidR="007C0E3C" w:rsidRDefault="00000000">
            <w:r>
              <w:rPr>
                <w:sz w:val="20"/>
              </w:rPr>
              <w:t>164 (10%)</w:t>
            </w:r>
          </w:p>
        </w:tc>
        <w:tc>
          <w:tcPr>
            <w:tcW w:w="1560" w:type="dxa"/>
          </w:tcPr>
          <w:p w14:paraId="050D28A7" w14:textId="77777777" w:rsidR="007C0E3C" w:rsidRDefault="00000000">
            <w:r>
              <w:rPr>
                <w:sz w:val="20"/>
              </w:rPr>
              <w:t>—</w:t>
            </w:r>
          </w:p>
        </w:tc>
        <w:tc>
          <w:tcPr>
            <w:tcW w:w="1560" w:type="dxa"/>
          </w:tcPr>
          <w:p w14:paraId="64DD2F8F" w14:textId="77777777" w:rsidR="007C0E3C" w:rsidRDefault="00000000">
            <w:r>
              <w:rPr>
                <w:sz w:val="20"/>
              </w:rPr>
              <w:t>—</w:t>
            </w:r>
          </w:p>
        </w:tc>
        <w:tc>
          <w:tcPr>
            <w:tcW w:w="1560" w:type="dxa"/>
          </w:tcPr>
          <w:p w14:paraId="14767730" w14:textId="77777777" w:rsidR="007C0E3C" w:rsidRDefault="007C0E3C"/>
        </w:tc>
      </w:tr>
      <w:tr w:rsidR="007C0E3C" w14:paraId="2F1CECBC" w14:textId="77777777">
        <w:tc>
          <w:tcPr>
            <w:tcW w:w="1560" w:type="dxa"/>
          </w:tcPr>
          <w:p w14:paraId="38BDBC0A" w14:textId="77777777" w:rsidR="007C0E3C" w:rsidRDefault="00000000">
            <w:r>
              <w:rPr>
                <w:sz w:val="20"/>
              </w:rPr>
              <w:t>    Yes</w:t>
            </w:r>
          </w:p>
        </w:tc>
        <w:tc>
          <w:tcPr>
            <w:tcW w:w="1560" w:type="dxa"/>
          </w:tcPr>
          <w:p w14:paraId="61E38E64" w14:textId="77777777" w:rsidR="007C0E3C" w:rsidRDefault="00000000">
            <w:r>
              <w:rPr>
                <w:sz w:val="20"/>
              </w:rPr>
              <w:t>246</w:t>
            </w:r>
          </w:p>
        </w:tc>
        <w:tc>
          <w:tcPr>
            <w:tcW w:w="1560" w:type="dxa"/>
          </w:tcPr>
          <w:p w14:paraId="71DA8C75" w14:textId="77777777" w:rsidR="007C0E3C" w:rsidRDefault="00000000">
            <w:r>
              <w:rPr>
                <w:sz w:val="20"/>
              </w:rPr>
              <w:t>37 (15%)</w:t>
            </w:r>
          </w:p>
        </w:tc>
        <w:tc>
          <w:tcPr>
            <w:tcW w:w="1560" w:type="dxa"/>
          </w:tcPr>
          <w:p w14:paraId="684B678D" w14:textId="77777777" w:rsidR="007C0E3C" w:rsidRDefault="00000000">
            <w:r>
              <w:rPr>
                <w:sz w:val="20"/>
              </w:rPr>
              <w:t>1.48</w:t>
            </w:r>
          </w:p>
        </w:tc>
        <w:tc>
          <w:tcPr>
            <w:tcW w:w="1560" w:type="dxa"/>
          </w:tcPr>
          <w:p w14:paraId="2FD08096" w14:textId="77777777" w:rsidR="007C0E3C" w:rsidRDefault="00000000">
            <w:r>
              <w:rPr>
                <w:sz w:val="20"/>
              </w:rPr>
              <w:t>1.04, 2.12</w:t>
            </w:r>
          </w:p>
        </w:tc>
        <w:tc>
          <w:tcPr>
            <w:tcW w:w="1560" w:type="dxa"/>
          </w:tcPr>
          <w:p w14:paraId="6CE1D7B3" w14:textId="77777777" w:rsidR="007C0E3C" w:rsidRDefault="00000000">
            <w:r>
              <w:rPr>
                <w:b/>
                <w:sz w:val="20"/>
              </w:rPr>
              <w:t>0.031</w:t>
            </w:r>
          </w:p>
        </w:tc>
      </w:tr>
      <w:tr w:rsidR="007C0E3C" w14:paraId="567B7B37" w14:textId="77777777">
        <w:tc>
          <w:tcPr>
            <w:tcW w:w="1560" w:type="dxa"/>
          </w:tcPr>
          <w:p w14:paraId="03B2A1C5" w14:textId="77777777" w:rsidR="007C0E3C" w:rsidRDefault="00000000">
            <w:r>
              <w:rPr>
                <w:b/>
                <w:sz w:val="20"/>
              </w:rPr>
              <w:t>Malignant neoplasm of brain</w:t>
            </w:r>
          </w:p>
        </w:tc>
        <w:tc>
          <w:tcPr>
            <w:tcW w:w="1560" w:type="dxa"/>
          </w:tcPr>
          <w:p w14:paraId="76F4C241" w14:textId="77777777" w:rsidR="007C0E3C" w:rsidRDefault="007C0E3C"/>
        </w:tc>
        <w:tc>
          <w:tcPr>
            <w:tcW w:w="1560" w:type="dxa"/>
          </w:tcPr>
          <w:p w14:paraId="26CD2097" w14:textId="77777777" w:rsidR="007C0E3C" w:rsidRDefault="007C0E3C"/>
        </w:tc>
        <w:tc>
          <w:tcPr>
            <w:tcW w:w="1560" w:type="dxa"/>
          </w:tcPr>
          <w:p w14:paraId="266806C4" w14:textId="77777777" w:rsidR="007C0E3C" w:rsidRDefault="007C0E3C"/>
        </w:tc>
        <w:tc>
          <w:tcPr>
            <w:tcW w:w="1560" w:type="dxa"/>
          </w:tcPr>
          <w:p w14:paraId="7FD852BC" w14:textId="77777777" w:rsidR="007C0E3C" w:rsidRDefault="007C0E3C"/>
        </w:tc>
        <w:tc>
          <w:tcPr>
            <w:tcW w:w="1560" w:type="dxa"/>
          </w:tcPr>
          <w:p w14:paraId="28EAE5B8" w14:textId="77777777" w:rsidR="007C0E3C" w:rsidRDefault="007C0E3C"/>
        </w:tc>
      </w:tr>
      <w:tr w:rsidR="007C0E3C" w14:paraId="16126523" w14:textId="77777777">
        <w:tc>
          <w:tcPr>
            <w:tcW w:w="1560" w:type="dxa"/>
          </w:tcPr>
          <w:p w14:paraId="5A32CFBC" w14:textId="77777777" w:rsidR="007C0E3C" w:rsidRDefault="00000000">
            <w:r>
              <w:rPr>
                <w:sz w:val="20"/>
              </w:rPr>
              <w:t>    No</w:t>
            </w:r>
          </w:p>
        </w:tc>
        <w:tc>
          <w:tcPr>
            <w:tcW w:w="1560" w:type="dxa"/>
          </w:tcPr>
          <w:p w14:paraId="6A584892" w14:textId="77777777" w:rsidR="007C0E3C" w:rsidRDefault="00000000">
            <w:r>
              <w:rPr>
                <w:sz w:val="20"/>
              </w:rPr>
              <w:t>1,539</w:t>
            </w:r>
          </w:p>
        </w:tc>
        <w:tc>
          <w:tcPr>
            <w:tcW w:w="1560" w:type="dxa"/>
          </w:tcPr>
          <w:p w14:paraId="57E4EABF" w14:textId="77777777" w:rsidR="007C0E3C" w:rsidRDefault="00000000">
            <w:r>
              <w:rPr>
                <w:sz w:val="20"/>
              </w:rPr>
              <w:t>164 (11%)</w:t>
            </w:r>
          </w:p>
        </w:tc>
        <w:tc>
          <w:tcPr>
            <w:tcW w:w="1560" w:type="dxa"/>
          </w:tcPr>
          <w:p w14:paraId="040E75D6" w14:textId="77777777" w:rsidR="007C0E3C" w:rsidRDefault="00000000">
            <w:r>
              <w:rPr>
                <w:sz w:val="20"/>
              </w:rPr>
              <w:t>—</w:t>
            </w:r>
          </w:p>
        </w:tc>
        <w:tc>
          <w:tcPr>
            <w:tcW w:w="1560" w:type="dxa"/>
          </w:tcPr>
          <w:p w14:paraId="39CB3B0E" w14:textId="77777777" w:rsidR="007C0E3C" w:rsidRDefault="00000000">
            <w:r>
              <w:rPr>
                <w:sz w:val="20"/>
              </w:rPr>
              <w:t>—</w:t>
            </w:r>
          </w:p>
        </w:tc>
        <w:tc>
          <w:tcPr>
            <w:tcW w:w="1560" w:type="dxa"/>
          </w:tcPr>
          <w:p w14:paraId="44A55749" w14:textId="77777777" w:rsidR="007C0E3C" w:rsidRDefault="007C0E3C"/>
        </w:tc>
      </w:tr>
      <w:tr w:rsidR="007C0E3C" w14:paraId="5F8DBB0D" w14:textId="77777777">
        <w:tc>
          <w:tcPr>
            <w:tcW w:w="1560" w:type="dxa"/>
          </w:tcPr>
          <w:p w14:paraId="5ABEAC7B" w14:textId="77777777" w:rsidR="007C0E3C" w:rsidRDefault="00000000">
            <w:r>
              <w:rPr>
                <w:sz w:val="20"/>
              </w:rPr>
              <w:t>    Yes</w:t>
            </w:r>
          </w:p>
        </w:tc>
        <w:tc>
          <w:tcPr>
            <w:tcW w:w="1560" w:type="dxa"/>
          </w:tcPr>
          <w:p w14:paraId="5FEBD06F" w14:textId="77777777" w:rsidR="007C0E3C" w:rsidRDefault="00000000">
            <w:r>
              <w:rPr>
                <w:sz w:val="20"/>
              </w:rPr>
              <w:t>291</w:t>
            </w:r>
          </w:p>
        </w:tc>
        <w:tc>
          <w:tcPr>
            <w:tcW w:w="1560" w:type="dxa"/>
          </w:tcPr>
          <w:p w14:paraId="74A825C9" w14:textId="77777777" w:rsidR="007C0E3C" w:rsidRDefault="00000000">
            <w:r>
              <w:rPr>
                <w:sz w:val="20"/>
              </w:rPr>
              <w:t>37 (13%)</w:t>
            </w:r>
          </w:p>
        </w:tc>
        <w:tc>
          <w:tcPr>
            <w:tcW w:w="1560" w:type="dxa"/>
          </w:tcPr>
          <w:p w14:paraId="71BE8CB3" w14:textId="77777777" w:rsidR="007C0E3C" w:rsidRDefault="00000000">
            <w:r>
              <w:rPr>
                <w:sz w:val="20"/>
              </w:rPr>
              <w:t>1.58</w:t>
            </w:r>
          </w:p>
        </w:tc>
        <w:tc>
          <w:tcPr>
            <w:tcW w:w="1560" w:type="dxa"/>
          </w:tcPr>
          <w:p w14:paraId="36289275" w14:textId="77777777" w:rsidR="007C0E3C" w:rsidRDefault="00000000">
            <w:r>
              <w:rPr>
                <w:sz w:val="20"/>
              </w:rPr>
              <w:t>1.09, 2.29</w:t>
            </w:r>
          </w:p>
        </w:tc>
        <w:tc>
          <w:tcPr>
            <w:tcW w:w="1560" w:type="dxa"/>
          </w:tcPr>
          <w:p w14:paraId="4D876DD7" w14:textId="77777777" w:rsidR="007C0E3C" w:rsidRDefault="00000000">
            <w:r>
              <w:rPr>
                <w:b/>
                <w:sz w:val="20"/>
              </w:rPr>
              <w:t>0.017</w:t>
            </w:r>
          </w:p>
        </w:tc>
      </w:tr>
      <w:tr w:rsidR="007C0E3C" w14:paraId="2D7A1BBA" w14:textId="77777777">
        <w:tc>
          <w:tcPr>
            <w:tcW w:w="1560" w:type="dxa"/>
          </w:tcPr>
          <w:p w14:paraId="5B4DDBC8" w14:textId="77777777" w:rsidR="007C0E3C" w:rsidRDefault="00000000">
            <w:r>
              <w:rPr>
                <w:b/>
                <w:sz w:val="20"/>
              </w:rPr>
              <w:t>Age at breast cancer diagnosis</w:t>
            </w:r>
          </w:p>
        </w:tc>
        <w:tc>
          <w:tcPr>
            <w:tcW w:w="1560" w:type="dxa"/>
          </w:tcPr>
          <w:p w14:paraId="54F55D60" w14:textId="77777777" w:rsidR="007C0E3C" w:rsidRDefault="00000000">
            <w:r>
              <w:rPr>
                <w:sz w:val="20"/>
              </w:rPr>
              <w:t>1,830</w:t>
            </w:r>
          </w:p>
        </w:tc>
        <w:tc>
          <w:tcPr>
            <w:tcW w:w="1560" w:type="dxa"/>
          </w:tcPr>
          <w:p w14:paraId="640BFDEB" w14:textId="77777777" w:rsidR="007C0E3C" w:rsidRDefault="007C0E3C"/>
        </w:tc>
        <w:tc>
          <w:tcPr>
            <w:tcW w:w="1560" w:type="dxa"/>
          </w:tcPr>
          <w:p w14:paraId="3B191C9A" w14:textId="77777777" w:rsidR="007C0E3C" w:rsidRDefault="00000000">
            <w:r>
              <w:rPr>
                <w:sz w:val="20"/>
              </w:rPr>
              <w:t>1.07</w:t>
            </w:r>
          </w:p>
        </w:tc>
        <w:tc>
          <w:tcPr>
            <w:tcW w:w="1560" w:type="dxa"/>
          </w:tcPr>
          <w:p w14:paraId="4D6B1FEE" w14:textId="77777777" w:rsidR="007C0E3C" w:rsidRDefault="00000000">
            <w:r>
              <w:rPr>
                <w:sz w:val="20"/>
              </w:rPr>
              <w:t>1.05, 1.09</w:t>
            </w:r>
          </w:p>
        </w:tc>
        <w:tc>
          <w:tcPr>
            <w:tcW w:w="1560" w:type="dxa"/>
          </w:tcPr>
          <w:p w14:paraId="21B4BB17" w14:textId="77777777" w:rsidR="007C0E3C" w:rsidRDefault="00000000">
            <w:r>
              <w:rPr>
                <w:b/>
                <w:sz w:val="20"/>
              </w:rPr>
              <w:t>&lt;0.001</w:t>
            </w:r>
          </w:p>
        </w:tc>
      </w:tr>
      <w:tr w:rsidR="007C0E3C" w14:paraId="2A990C14" w14:textId="77777777">
        <w:tc>
          <w:tcPr>
            <w:tcW w:w="1560" w:type="dxa"/>
          </w:tcPr>
          <w:p w14:paraId="40867527" w14:textId="77777777" w:rsidR="007C0E3C" w:rsidRDefault="00000000">
            <w:r>
              <w:rPr>
                <w:b/>
                <w:sz w:val="20"/>
              </w:rPr>
              <w:t>BMI</w:t>
            </w:r>
          </w:p>
        </w:tc>
        <w:tc>
          <w:tcPr>
            <w:tcW w:w="1560" w:type="dxa"/>
          </w:tcPr>
          <w:p w14:paraId="0149370F" w14:textId="77777777" w:rsidR="007C0E3C" w:rsidRDefault="00000000">
            <w:r>
              <w:rPr>
                <w:sz w:val="20"/>
              </w:rPr>
              <w:t>1,830</w:t>
            </w:r>
          </w:p>
        </w:tc>
        <w:tc>
          <w:tcPr>
            <w:tcW w:w="1560" w:type="dxa"/>
          </w:tcPr>
          <w:p w14:paraId="70D1DE6A" w14:textId="77777777" w:rsidR="007C0E3C" w:rsidRDefault="007C0E3C"/>
        </w:tc>
        <w:tc>
          <w:tcPr>
            <w:tcW w:w="1560" w:type="dxa"/>
          </w:tcPr>
          <w:p w14:paraId="3E4E698B" w14:textId="77777777" w:rsidR="007C0E3C" w:rsidRDefault="00000000">
            <w:r>
              <w:rPr>
                <w:sz w:val="20"/>
              </w:rPr>
              <w:t>1.01</w:t>
            </w:r>
          </w:p>
        </w:tc>
        <w:tc>
          <w:tcPr>
            <w:tcW w:w="1560" w:type="dxa"/>
          </w:tcPr>
          <w:p w14:paraId="6133C10D" w14:textId="77777777" w:rsidR="007C0E3C" w:rsidRDefault="00000000">
            <w:r>
              <w:rPr>
                <w:sz w:val="20"/>
              </w:rPr>
              <w:t>0.99, 1.03</w:t>
            </w:r>
          </w:p>
        </w:tc>
        <w:tc>
          <w:tcPr>
            <w:tcW w:w="1560" w:type="dxa"/>
          </w:tcPr>
          <w:p w14:paraId="1981FB79" w14:textId="77777777" w:rsidR="007C0E3C" w:rsidRDefault="00000000">
            <w:r>
              <w:rPr>
                <w:sz w:val="20"/>
              </w:rPr>
              <w:t>0.432</w:t>
            </w:r>
          </w:p>
        </w:tc>
      </w:tr>
      <w:tr w:rsidR="007C0E3C" w14:paraId="779AB1AA" w14:textId="77777777">
        <w:tc>
          <w:tcPr>
            <w:tcW w:w="1560" w:type="dxa"/>
          </w:tcPr>
          <w:p w14:paraId="4C711ACE" w14:textId="77777777" w:rsidR="007C0E3C" w:rsidRDefault="00000000">
            <w:r>
              <w:rPr>
                <w:b/>
                <w:sz w:val="20"/>
              </w:rPr>
              <w:t>Concomitant medication</w:t>
            </w:r>
          </w:p>
        </w:tc>
        <w:tc>
          <w:tcPr>
            <w:tcW w:w="1560" w:type="dxa"/>
          </w:tcPr>
          <w:p w14:paraId="2A1E2BE0" w14:textId="77777777" w:rsidR="007C0E3C" w:rsidRDefault="007C0E3C"/>
        </w:tc>
        <w:tc>
          <w:tcPr>
            <w:tcW w:w="1560" w:type="dxa"/>
          </w:tcPr>
          <w:p w14:paraId="6285FE73" w14:textId="77777777" w:rsidR="007C0E3C" w:rsidRDefault="007C0E3C"/>
        </w:tc>
        <w:tc>
          <w:tcPr>
            <w:tcW w:w="1560" w:type="dxa"/>
          </w:tcPr>
          <w:p w14:paraId="497F65F5" w14:textId="77777777" w:rsidR="007C0E3C" w:rsidRDefault="007C0E3C"/>
        </w:tc>
        <w:tc>
          <w:tcPr>
            <w:tcW w:w="1560" w:type="dxa"/>
          </w:tcPr>
          <w:p w14:paraId="37773C39" w14:textId="77777777" w:rsidR="007C0E3C" w:rsidRDefault="007C0E3C"/>
        </w:tc>
        <w:tc>
          <w:tcPr>
            <w:tcW w:w="1560" w:type="dxa"/>
          </w:tcPr>
          <w:p w14:paraId="744E36D6" w14:textId="77777777" w:rsidR="007C0E3C" w:rsidRDefault="007C0E3C"/>
        </w:tc>
      </w:tr>
      <w:tr w:rsidR="007C0E3C" w14:paraId="27BB1666" w14:textId="77777777">
        <w:tc>
          <w:tcPr>
            <w:tcW w:w="1560" w:type="dxa"/>
          </w:tcPr>
          <w:p w14:paraId="049EC59E" w14:textId="77777777" w:rsidR="007C0E3C" w:rsidRDefault="00000000">
            <w:r>
              <w:rPr>
                <w:sz w:val="20"/>
              </w:rPr>
              <w:t>    No</w:t>
            </w:r>
          </w:p>
        </w:tc>
        <w:tc>
          <w:tcPr>
            <w:tcW w:w="1560" w:type="dxa"/>
          </w:tcPr>
          <w:p w14:paraId="5A0FDF71" w14:textId="77777777" w:rsidR="007C0E3C" w:rsidRDefault="00000000">
            <w:r>
              <w:rPr>
                <w:sz w:val="20"/>
              </w:rPr>
              <w:t>1,261</w:t>
            </w:r>
          </w:p>
        </w:tc>
        <w:tc>
          <w:tcPr>
            <w:tcW w:w="1560" w:type="dxa"/>
          </w:tcPr>
          <w:p w14:paraId="2DFBCFDD" w14:textId="77777777" w:rsidR="007C0E3C" w:rsidRDefault="00000000">
            <w:r>
              <w:rPr>
                <w:sz w:val="20"/>
              </w:rPr>
              <w:t>129 (10%)</w:t>
            </w:r>
          </w:p>
        </w:tc>
        <w:tc>
          <w:tcPr>
            <w:tcW w:w="1560" w:type="dxa"/>
          </w:tcPr>
          <w:p w14:paraId="306214A6" w14:textId="77777777" w:rsidR="007C0E3C" w:rsidRDefault="00000000">
            <w:r>
              <w:rPr>
                <w:sz w:val="20"/>
              </w:rPr>
              <w:t>—</w:t>
            </w:r>
          </w:p>
        </w:tc>
        <w:tc>
          <w:tcPr>
            <w:tcW w:w="1560" w:type="dxa"/>
          </w:tcPr>
          <w:p w14:paraId="3DBEE318" w14:textId="77777777" w:rsidR="007C0E3C" w:rsidRDefault="00000000">
            <w:r>
              <w:rPr>
                <w:sz w:val="20"/>
              </w:rPr>
              <w:t>—</w:t>
            </w:r>
          </w:p>
        </w:tc>
        <w:tc>
          <w:tcPr>
            <w:tcW w:w="1560" w:type="dxa"/>
          </w:tcPr>
          <w:p w14:paraId="5F1AF1CC" w14:textId="77777777" w:rsidR="007C0E3C" w:rsidRDefault="007C0E3C"/>
        </w:tc>
      </w:tr>
      <w:tr w:rsidR="007C0E3C" w14:paraId="6EAA0D1E" w14:textId="77777777">
        <w:tc>
          <w:tcPr>
            <w:tcW w:w="1560" w:type="dxa"/>
          </w:tcPr>
          <w:p w14:paraId="4F570120" w14:textId="77777777" w:rsidR="007C0E3C" w:rsidRDefault="00000000">
            <w:r>
              <w:rPr>
                <w:sz w:val="20"/>
              </w:rPr>
              <w:t>    Yes</w:t>
            </w:r>
          </w:p>
        </w:tc>
        <w:tc>
          <w:tcPr>
            <w:tcW w:w="1560" w:type="dxa"/>
          </w:tcPr>
          <w:p w14:paraId="57D2F9B2" w14:textId="77777777" w:rsidR="007C0E3C" w:rsidRDefault="00000000">
            <w:r>
              <w:rPr>
                <w:sz w:val="20"/>
              </w:rPr>
              <w:t>569</w:t>
            </w:r>
          </w:p>
        </w:tc>
        <w:tc>
          <w:tcPr>
            <w:tcW w:w="1560" w:type="dxa"/>
          </w:tcPr>
          <w:p w14:paraId="53C21008" w14:textId="77777777" w:rsidR="007C0E3C" w:rsidRDefault="00000000">
            <w:r>
              <w:rPr>
                <w:sz w:val="20"/>
              </w:rPr>
              <w:t>72 (13%)</w:t>
            </w:r>
          </w:p>
        </w:tc>
        <w:tc>
          <w:tcPr>
            <w:tcW w:w="1560" w:type="dxa"/>
          </w:tcPr>
          <w:p w14:paraId="56EDF219" w14:textId="77777777" w:rsidR="007C0E3C" w:rsidRDefault="00000000">
            <w:r>
              <w:rPr>
                <w:sz w:val="20"/>
              </w:rPr>
              <w:t>1.12</w:t>
            </w:r>
          </w:p>
        </w:tc>
        <w:tc>
          <w:tcPr>
            <w:tcW w:w="1560" w:type="dxa"/>
          </w:tcPr>
          <w:p w14:paraId="016D9834" w14:textId="77777777" w:rsidR="007C0E3C" w:rsidRDefault="00000000">
            <w:r>
              <w:rPr>
                <w:sz w:val="20"/>
              </w:rPr>
              <w:t>0.83, 1.49</w:t>
            </w:r>
          </w:p>
        </w:tc>
        <w:tc>
          <w:tcPr>
            <w:tcW w:w="1560" w:type="dxa"/>
          </w:tcPr>
          <w:p w14:paraId="6474C4AD" w14:textId="77777777" w:rsidR="007C0E3C" w:rsidRDefault="00000000">
            <w:r>
              <w:rPr>
                <w:sz w:val="20"/>
              </w:rPr>
              <w:t>0.462</w:t>
            </w:r>
          </w:p>
        </w:tc>
      </w:tr>
      <w:tr w:rsidR="007C0E3C" w14:paraId="2A0FDE74" w14:textId="77777777">
        <w:tc>
          <w:tcPr>
            <w:tcW w:w="9360" w:type="dxa"/>
            <w:gridSpan w:val="6"/>
          </w:tcPr>
          <w:p w14:paraId="0CC62F43" w14:textId="77777777" w:rsidR="007C0E3C" w:rsidRDefault="00000000">
            <w:r>
              <w:rPr>
                <w:b/>
                <w:sz w:val="20"/>
              </w:rPr>
              <w:t>b. Venous thrombosis. Patients = 1,553; observations = 1,730.</w:t>
            </w:r>
          </w:p>
        </w:tc>
      </w:tr>
      <w:tr w:rsidR="007C0E3C" w14:paraId="6D51BD8D" w14:textId="77777777">
        <w:tc>
          <w:tcPr>
            <w:tcW w:w="1560" w:type="dxa"/>
          </w:tcPr>
          <w:p w14:paraId="3DD5DC10" w14:textId="77777777" w:rsidR="007C0E3C" w:rsidRDefault="00000000">
            <w:r>
              <w:rPr>
                <w:b/>
                <w:sz w:val="20"/>
              </w:rPr>
              <w:t>Targeted Therapy</w:t>
            </w:r>
          </w:p>
        </w:tc>
        <w:tc>
          <w:tcPr>
            <w:tcW w:w="1560" w:type="dxa"/>
          </w:tcPr>
          <w:p w14:paraId="50681612" w14:textId="77777777" w:rsidR="007C0E3C" w:rsidRDefault="007C0E3C"/>
        </w:tc>
        <w:tc>
          <w:tcPr>
            <w:tcW w:w="1560" w:type="dxa"/>
          </w:tcPr>
          <w:p w14:paraId="44239C96" w14:textId="77777777" w:rsidR="007C0E3C" w:rsidRDefault="007C0E3C"/>
        </w:tc>
        <w:tc>
          <w:tcPr>
            <w:tcW w:w="1560" w:type="dxa"/>
          </w:tcPr>
          <w:p w14:paraId="253AFD7C" w14:textId="77777777" w:rsidR="007C0E3C" w:rsidRDefault="007C0E3C"/>
        </w:tc>
        <w:tc>
          <w:tcPr>
            <w:tcW w:w="1560" w:type="dxa"/>
          </w:tcPr>
          <w:p w14:paraId="631B5377" w14:textId="77777777" w:rsidR="007C0E3C" w:rsidRDefault="007C0E3C"/>
        </w:tc>
        <w:tc>
          <w:tcPr>
            <w:tcW w:w="1560" w:type="dxa"/>
          </w:tcPr>
          <w:p w14:paraId="2A5DD8C5" w14:textId="77777777" w:rsidR="007C0E3C" w:rsidRDefault="007C0E3C"/>
        </w:tc>
      </w:tr>
      <w:tr w:rsidR="007C0E3C" w14:paraId="160700BF" w14:textId="77777777">
        <w:tc>
          <w:tcPr>
            <w:tcW w:w="1560" w:type="dxa"/>
          </w:tcPr>
          <w:p w14:paraId="73E1CF11" w14:textId="77777777" w:rsidR="007C0E3C" w:rsidRDefault="00000000">
            <w:r>
              <w:rPr>
                <w:sz w:val="20"/>
              </w:rPr>
              <w:t xml:space="preserve">    No Target Therapy </w:t>
            </w:r>
          </w:p>
        </w:tc>
        <w:tc>
          <w:tcPr>
            <w:tcW w:w="1560" w:type="dxa"/>
          </w:tcPr>
          <w:p w14:paraId="38D1C154" w14:textId="77777777" w:rsidR="007C0E3C" w:rsidRDefault="00000000">
            <w:r>
              <w:rPr>
                <w:sz w:val="20"/>
              </w:rPr>
              <w:t>1,617</w:t>
            </w:r>
          </w:p>
        </w:tc>
        <w:tc>
          <w:tcPr>
            <w:tcW w:w="1560" w:type="dxa"/>
          </w:tcPr>
          <w:p w14:paraId="61F27A9F" w14:textId="77777777" w:rsidR="007C0E3C" w:rsidRDefault="00000000">
            <w:r>
              <w:rPr>
                <w:sz w:val="20"/>
              </w:rPr>
              <w:t>107 (6.6%)</w:t>
            </w:r>
          </w:p>
        </w:tc>
        <w:tc>
          <w:tcPr>
            <w:tcW w:w="1560" w:type="dxa"/>
          </w:tcPr>
          <w:p w14:paraId="2E570E10" w14:textId="77777777" w:rsidR="007C0E3C" w:rsidRDefault="00000000">
            <w:r>
              <w:rPr>
                <w:sz w:val="20"/>
              </w:rPr>
              <w:t>—</w:t>
            </w:r>
          </w:p>
        </w:tc>
        <w:tc>
          <w:tcPr>
            <w:tcW w:w="1560" w:type="dxa"/>
          </w:tcPr>
          <w:p w14:paraId="5CC34FA8" w14:textId="77777777" w:rsidR="007C0E3C" w:rsidRDefault="00000000">
            <w:r>
              <w:rPr>
                <w:sz w:val="20"/>
              </w:rPr>
              <w:t>—</w:t>
            </w:r>
          </w:p>
        </w:tc>
        <w:tc>
          <w:tcPr>
            <w:tcW w:w="1560" w:type="dxa"/>
          </w:tcPr>
          <w:p w14:paraId="4BD3C3AF" w14:textId="77777777" w:rsidR="007C0E3C" w:rsidRDefault="007C0E3C"/>
        </w:tc>
      </w:tr>
      <w:tr w:rsidR="007C0E3C" w14:paraId="5A17692F" w14:textId="77777777">
        <w:tc>
          <w:tcPr>
            <w:tcW w:w="1560" w:type="dxa"/>
          </w:tcPr>
          <w:p w14:paraId="25B44FA4" w14:textId="77777777" w:rsidR="007C0E3C" w:rsidRDefault="00000000">
            <w:r>
              <w:rPr>
                <w:sz w:val="20"/>
              </w:rPr>
              <w:t>    CDK 4/6</w:t>
            </w:r>
          </w:p>
        </w:tc>
        <w:tc>
          <w:tcPr>
            <w:tcW w:w="1560" w:type="dxa"/>
          </w:tcPr>
          <w:p w14:paraId="11601F85" w14:textId="77777777" w:rsidR="007C0E3C" w:rsidRDefault="00000000">
            <w:r>
              <w:rPr>
                <w:sz w:val="20"/>
              </w:rPr>
              <w:t>113</w:t>
            </w:r>
          </w:p>
        </w:tc>
        <w:tc>
          <w:tcPr>
            <w:tcW w:w="1560" w:type="dxa"/>
          </w:tcPr>
          <w:p w14:paraId="2FA5FC19" w14:textId="77777777" w:rsidR="007C0E3C" w:rsidRDefault="00000000">
            <w:r>
              <w:rPr>
                <w:sz w:val="20"/>
              </w:rPr>
              <w:t>4 (3.5%)</w:t>
            </w:r>
          </w:p>
        </w:tc>
        <w:tc>
          <w:tcPr>
            <w:tcW w:w="1560" w:type="dxa"/>
          </w:tcPr>
          <w:p w14:paraId="0DC50933" w14:textId="77777777" w:rsidR="007C0E3C" w:rsidRDefault="00000000">
            <w:r>
              <w:rPr>
                <w:sz w:val="20"/>
              </w:rPr>
              <w:t>0.70</w:t>
            </w:r>
          </w:p>
        </w:tc>
        <w:tc>
          <w:tcPr>
            <w:tcW w:w="1560" w:type="dxa"/>
          </w:tcPr>
          <w:p w14:paraId="5AFEB341" w14:textId="77777777" w:rsidR="007C0E3C" w:rsidRDefault="00000000">
            <w:r>
              <w:rPr>
                <w:sz w:val="20"/>
              </w:rPr>
              <w:t>0.25, 1.98</w:t>
            </w:r>
          </w:p>
        </w:tc>
        <w:tc>
          <w:tcPr>
            <w:tcW w:w="1560" w:type="dxa"/>
          </w:tcPr>
          <w:p w14:paraId="782FBA9F" w14:textId="77777777" w:rsidR="007C0E3C" w:rsidRDefault="00000000">
            <w:r>
              <w:rPr>
                <w:sz w:val="20"/>
              </w:rPr>
              <w:t>0.508</w:t>
            </w:r>
          </w:p>
        </w:tc>
      </w:tr>
      <w:tr w:rsidR="007C0E3C" w14:paraId="1C74CF5D" w14:textId="77777777">
        <w:tc>
          <w:tcPr>
            <w:tcW w:w="1560" w:type="dxa"/>
          </w:tcPr>
          <w:p w14:paraId="4F2B20D7" w14:textId="77777777" w:rsidR="007C0E3C" w:rsidRDefault="00000000">
            <w:r>
              <w:rPr>
                <w:b/>
                <w:sz w:val="20"/>
              </w:rPr>
              <w:t>Nicotine dependence</w:t>
            </w:r>
          </w:p>
        </w:tc>
        <w:tc>
          <w:tcPr>
            <w:tcW w:w="1560" w:type="dxa"/>
          </w:tcPr>
          <w:p w14:paraId="4497C01B" w14:textId="77777777" w:rsidR="007C0E3C" w:rsidRDefault="007C0E3C"/>
        </w:tc>
        <w:tc>
          <w:tcPr>
            <w:tcW w:w="1560" w:type="dxa"/>
          </w:tcPr>
          <w:p w14:paraId="0CB1AA26" w14:textId="77777777" w:rsidR="007C0E3C" w:rsidRDefault="007C0E3C"/>
        </w:tc>
        <w:tc>
          <w:tcPr>
            <w:tcW w:w="1560" w:type="dxa"/>
          </w:tcPr>
          <w:p w14:paraId="16D91B38" w14:textId="77777777" w:rsidR="007C0E3C" w:rsidRDefault="007C0E3C"/>
        </w:tc>
        <w:tc>
          <w:tcPr>
            <w:tcW w:w="1560" w:type="dxa"/>
          </w:tcPr>
          <w:p w14:paraId="21F5FBA7" w14:textId="77777777" w:rsidR="007C0E3C" w:rsidRDefault="007C0E3C"/>
        </w:tc>
        <w:tc>
          <w:tcPr>
            <w:tcW w:w="1560" w:type="dxa"/>
          </w:tcPr>
          <w:p w14:paraId="74C3F401" w14:textId="77777777" w:rsidR="007C0E3C" w:rsidRDefault="007C0E3C"/>
        </w:tc>
      </w:tr>
      <w:tr w:rsidR="007C0E3C" w14:paraId="7DD3D5BC" w14:textId="77777777">
        <w:tc>
          <w:tcPr>
            <w:tcW w:w="1560" w:type="dxa"/>
          </w:tcPr>
          <w:p w14:paraId="4843E625" w14:textId="77777777" w:rsidR="007C0E3C" w:rsidRDefault="00000000">
            <w:r>
              <w:rPr>
                <w:sz w:val="20"/>
              </w:rPr>
              <w:t>    No</w:t>
            </w:r>
          </w:p>
        </w:tc>
        <w:tc>
          <w:tcPr>
            <w:tcW w:w="1560" w:type="dxa"/>
          </w:tcPr>
          <w:p w14:paraId="6FE0FE98" w14:textId="77777777" w:rsidR="007C0E3C" w:rsidRDefault="00000000">
            <w:r>
              <w:rPr>
                <w:sz w:val="20"/>
              </w:rPr>
              <w:t>1,506</w:t>
            </w:r>
          </w:p>
        </w:tc>
        <w:tc>
          <w:tcPr>
            <w:tcW w:w="1560" w:type="dxa"/>
          </w:tcPr>
          <w:p w14:paraId="2593EF4D" w14:textId="77777777" w:rsidR="007C0E3C" w:rsidRDefault="00000000">
            <w:r>
              <w:rPr>
                <w:sz w:val="20"/>
              </w:rPr>
              <w:t>95 (6.3%)</w:t>
            </w:r>
          </w:p>
        </w:tc>
        <w:tc>
          <w:tcPr>
            <w:tcW w:w="1560" w:type="dxa"/>
          </w:tcPr>
          <w:p w14:paraId="37502DF9" w14:textId="77777777" w:rsidR="007C0E3C" w:rsidRDefault="00000000">
            <w:r>
              <w:rPr>
                <w:sz w:val="20"/>
              </w:rPr>
              <w:t>—</w:t>
            </w:r>
          </w:p>
        </w:tc>
        <w:tc>
          <w:tcPr>
            <w:tcW w:w="1560" w:type="dxa"/>
          </w:tcPr>
          <w:p w14:paraId="1A006A7F" w14:textId="77777777" w:rsidR="007C0E3C" w:rsidRDefault="00000000">
            <w:r>
              <w:rPr>
                <w:sz w:val="20"/>
              </w:rPr>
              <w:t>—</w:t>
            </w:r>
          </w:p>
        </w:tc>
        <w:tc>
          <w:tcPr>
            <w:tcW w:w="1560" w:type="dxa"/>
          </w:tcPr>
          <w:p w14:paraId="1D025717" w14:textId="77777777" w:rsidR="007C0E3C" w:rsidRDefault="007C0E3C"/>
        </w:tc>
      </w:tr>
      <w:tr w:rsidR="007C0E3C" w14:paraId="22CC7268" w14:textId="77777777">
        <w:tc>
          <w:tcPr>
            <w:tcW w:w="1560" w:type="dxa"/>
          </w:tcPr>
          <w:p w14:paraId="42BB78F8" w14:textId="77777777" w:rsidR="007C0E3C" w:rsidRDefault="00000000">
            <w:r>
              <w:rPr>
                <w:sz w:val="20"/>
              </w:rPr>
              <w:t>    Yes</w:t>
            </w:r>
          </w:p>
        </w:tc>
        <w:tc>
          <w:tcPr>
            <w:tcW w:w="1560" w:type="dxa"/>
          </w:tcPr>
          <w:p w14:paraId="2D1C9CAF" w14:textId="77777777" w:rsidR="007C0E3C" w:rsidRDefault="00000000">
            <w:r>
              <w:rPr>
                <w:sz w:val="20"/>
              </w:rPr>
              <w:t>224</w:t>
            </w:r>
          </w:p>
        </w:tc>
        <w:tc>
          <w:tcPr>
            <w:tcW w:w="1560" w:type="dxa"/>
          </w:tcPr>
          <w:p w14:paraId="3DB3B034" w14:textId="77777777" w:rsidR="007C0E3C" w:rsidRDefault="00000000">
            <w:r>
              <w:rPr>
                <w:sz w:val="20"/>
              </w:rPr>
              <w:t>16 (7.1%)</w:t>
            </w:r>
          </w:p>
        </w:tc>
        <w:tc>
          <w:tcPr>
            <w:tcW w:w="1560" w:type="dxa"/>
          </w:tcPr>
          <w:p w14:paraId="317B916F" w14:textId="77777777" w:rsidR="007C0E3C" w:rsidRDefault="00000000">
            <w:r>
              <w:rPr>
                <w:sz w:val="20"/>
              </w:rPr>
              <w:t>1.17</w:t>
            </w:r>
          </w:p>
        </w:tc>
        <w:tc>
          <w:tcPr>
            <w:tcW w:w="1560" w:type="dxa"/>
          </w:tcPr>
          <w:p w14:paraId="6C87214B" w14:textId="77777777" w:rsidR="007C0E3C" w:rsidRDefault="00000000">
            <w:r>
              <w:rPr>
                <w:sz w:val="20"/>
              </w:rPr>
              <w:t>0.68, 2.03</w:t>
            </w:r>
          </w:p>
        </w:tc>
        <w:tc>
          <w:tcPr>
            <w:tcW w:w="1560" w:type="dxa"/>
          </w:tcPr>
          <w:p w14:paraId="17152F83" w14:textId="77777777" w:rsidR="007C0E3C" w:rsidRDefault="00000000">
            <w:r>
              <w:rPr>
                <w:sz w:val="20"/>
              </w:rPr>
              <w:t>0.565</w:t>
            </w:r>
          </w:p>
        </w:tc>
      </w:tr>
      <w:tr w:rsidR="007C0E3C" w14:paraId="00C52D31" w14:textId="77777777">
        <w:tc>
          <w:tcPr>
            <w:tcW w:w="1560" w:type="dxa"/>
          </w:tcPr>
          <w:p w14:paraId="184DD401" w14:textId="77777777" w:rsidR="007C0E3C" w:rsidRDefault="00000000">
            <w:r>
              <w:rPr>
                <w:b/>
                <w:sz w:val="20"/>
              </w:rPr>
              <w:t>Malignant neoplasm of brain</w:t>
            </w:r>
          </w:p>
        </w:tc>
        <w:tc>
          <w:tcPr>
            <w:tcW w:w="1560" w:type="dxa"/>
          </w:tcPr>
          <w:p w14:paraId="7CCAE421" w14:textId="77777777" w:rsidR="007C0E3C" w:rsidRDefault="007C0E3C"/>
        </w:tc>
        <w:tc>
          <w:tcPr>
            <w:tcW w:w="1560" w:type="dxa"/>
          </w:tcPr>
          <w:p w14:paraId="0E9EC7EB" w14:textId="77777777" w:rsidR="007C0E3C" w:rsidRDefault="007C0E3C"/>
        </w:tc>
        <w:tc>
          <w:tcPr>
            <w:tcW w:w="1560" w:type="dxa"/>
          </w:tcPr>
          <w:p w14:paraId="7C68347F" w14:textId="77777777" w:rsidR="007C0E3C" w:rsidRDefault="007C0E3C"/>
        </w:tc>
        <w:tc>
          <w:tcPr>
            <w:tcW w:w="1560" w:type="dxa"/>
          </w:tcPr>
          <w:p w14:paraId="44B2D9D5" w14:textId="77777777" w:rsidR="007C0E3C" w:rsidRDefault="007C0E3C"/>
        </w:tc>
        <w:tc>
          <w:tcPr>
            <w:tcW w:w="1560" w:type="dxa"/>
          </w:tcPr>
          <w:p w14:paraId="1C5B9739" w14:textId="77777777" w:rsidR="007C0E3C" w:rsidRDefault="007C0E3C"/>
        </w:tc>
      </w:tr>
      <w:tr w:rsidR="007C0E3C" w14:paraId="554E71D1" w14:textId="77777777">
        <w:tc>
          <w:tcPr>
            <w:tcW w:w="1560" w:type="dxa"/>
          </w:tcPr>
          <w:p w14:paraId="27636F38" w14:textId="77777777" w:rsidR="007C0E3C" w:rsidRDefault="00000000">
            <w:r>
              <w:rPr>
                <w:sz w:val="20"/>
              </w:rPr>
              <w:t>    No</w:t>
            </w:r>
          </w:p>
        </w:tc>
        <w:tc>
          <w:tcPr>
            <w:tcW w:w="1560" w:type="dxa"/>
          </w:tcPr>
          <w:p w14:paraId="2CAE7696" w14:textId="77777777" w:rsidR="007C0E3C" w:rsidRDefault="00000000">
            <w:r>
              <w:rPr>
                <w:sz w:val="20"/>
              </w:rPr>
              <w:t>1,457</w:t>
            </w:r>
          </w:p>
        </w:tc>
        <w:tc>
          <w:tcPr>
            <w:tcW w:w="1560" w:type="dxa"/>
          </w:tcPr>
          <w:p w14:paraId="3C082329" w14:textId="77777777" w:rsidR="007C0E3C" w:rsidRDefault="00000000">
            <w:r>
              <w:rPr>
                <w:sz w:val="20"/>
              </w:rPr>
              <w:t>92 (6.3%)</w:t>
            </w:r>
          </w:p>
        </w:tc>
        <w:tc>
          <w:tcPr>
            <w:tcW w:w="1560" w:type="dxa"/>
          </w:tcPr>
          <w:p w14:paraId="1F39A2BE" w14:textId="77777777" w:rsidR="007C0E3C" w:rsidRDefault="00000000">
            <w:r>
              <w:rPr>
                <w:sz w:val="20"/>
              </w:rPr>
              <w:t>—</w:t>
            </w:r>
          </w:p>
        </w:tc>
        <w:tc>
          <w:tcPr>
            <w:tcW w:w="1560" w:type="dxa"/>
          </w:tcPr>
          <w:p w14:paraId="01250FCB" w14:textId="77777777" w:rsidR="007C0E3C" w:rsidRDefault="00000000">
            <w:r>
              <w:rPr>
                <w:sz w:val="20"/>
              </w:rPr>
              <w:t>—</w:t>
            </w:r>
          </w:p>
        </w:tc>
        <w:tc>
          <w:tcPr>
            <w:tcW w:w="1560" w:type="dxa"/>
          </w:tcPr>
          <w:p w14:paraId="05DB9E24" w14:textId="77777777" w:rsidR="007C0E3C" w:rsidRDefault="007C0E3C"/>
        </w:tc>
      </w:tr>
      <w:tr w:rsidR="007C0E3C" w14:paraId="3029E54A" w14:textId="77777777">
        <w:tc>
          <w:tcPr>
            <w:tcW w:w="1560" w:type="dxa"/>
          </w:tcPr>
          <w:p w14:paraId="3D7140BF" w14:textId="77777777" w:rsidR="007C0E3C" w:rsidRDefault="00000000">
            <w:r>
              <w:rPr>
                <w:sz w:val="20"/>
              </w:rPr>
              <w:t>    Yes</w:t>
            </w:r>
          </w:p>
        </w:tc>
        <w:tc>
          <w:tcPr>
            <w:tcW w:w="1560" w:type="dxa"/>
          </w:tcPr>
          <w:p w14:paraId="3CCDAB24" w14:textId="77777777" w:rsidR="007C0E3C" w:rsidRDefault="00000000">
            <w:r>
              <w:rPr>
                <w:sz w:val="20"/>
              </w:rPr>
              <w:t>273</w:t>
            </w:r>
          </w:p>
        </w:tc>
        <w:tc>
          <w:tcPr>
            <w:tcW w:w="1560" w:type="dxa"/>
          </w:tcPr>
          <w:p w14:paraId="392B500E" w14:textId="77777777" w:rsidR="007C0E3C" w:rsidRDefault="00000000">
            <w:r>
              <w:rPr>
                <w:sz w:val="20"/>
              </w:rPr>
              <w:t>19 (7.0%)</w:t>
            </w:r>
          </w:p>
        </w:tc>
        <w:tc>
          <w:tcPr>
            <w:tcW w:w="1560" w:type="dxa"/>
          </w:tcPr>
          <w:p w14:paraId="4DAB09F8" w14:textId="77777777" w:rsidR="007C0E3C" w:rsidRDefault="00000000">
            <w:r>
              <w:rPr>
                <w:sz w:val="20"/>
              </w:rPr>
              <w:t>1.41</w:t>
            </w:r>
          </w:p>
        </w:tc>
        <w:tc>
          <w:tcPr>
            <w:tcW w:w="1560" w:type="dxa"/>
          </w:tcPr>
          <w:p w14:paraId="35AA439D" w14:textId="77777777" w:rsidR="007C0E3C" w:rsidRDefault="00000000">
            <w:r>
              <w:rPr>
                <w:sz w:val="20"/>
              </w:rPr>
              <w:t>0.84, 2.37</w:t>
            </w:r>
          </w:p>
        </w:tc>
        <w:tc>
          <w:tcPr>
            <w:tcW w:w="1560" w:type="dxa"/>
          </w:tcPr>
          <w:p w14:paraId="5FF0B3AD" w14:textId="77777777" w:rsidR="007C0E3C" w:rsidRDefault="00000000">
            <w:r>
              <w:rPr>
                <w:sz w:val="20"/>
              </w:rPr>
              <w:t>0.190</w:t>
            </w:r>
          </w:p>
        </w:tc>
      </w:tr>
      <w:tr w:rsidR="007C0E3C" w14:paraId="1824037F" w14:textId="77777777">
        <w:tc>
          <w:tcPr>
            <w:tcW w:w="1560" w:type="dxa"/>
          </w:tcPr>
          <w:p w14:paraId="524E21DF" w14:textId="77777777" w:rsidR="007C0E3C" w:rsidRDefault="00000000">
            <w:r>
              <w:rPr>
                <w:b/>
                <w:sz w:val="20"/>
              </w:rPr>
              <w:t>Age at breast cancer diagnosis</w:t>
            </w:r>
          </w:p>
        </w:tc>
        <w:tc>
          <w:tcPr>
            <w:tcW w:w="1560" w:type="dxa"/>
          </w:tcPr>
          <w:p w14:paraId="1A76479F" w14:textId="77777777" w:rsidR="007C0E3C" w:rsidRDefault="00000000">
            <w:r>
              <w:rPr>
                <w:sz w:val="20"/>
              </w:rPr>
              <w:t>1,730</w:t>
            </w:r>
          </w:p>
        </w:tc>
        <w:tc>
          <w:tcPr>
            <w:tcW w:w="1560" w:type="dxa"/>
          </w:tcPr>
          <w:p w14:paraId="46A66FE9" w14:textId="77777777" w:rsidR="007C0E3C" w:rsidRDefault="007C0E3C"/>
        </w:tc>
        <w:tc>
          <w:tcPr>
            <w:tcW w:w="1560" w:type="dxa"/>
          </w:tcPr>
          <w:p w14:paraId="7A200C9E" w14:textId="77777777" w:rsidR="007C0E3C" w:rsidRDefault="00000000">
            <w:r>
              <w:rPr>
                <w:sz w:val="20"/>
              </w:rPr>
              <w:t>1.05</w:t>
            </w:r>
          </w:p>
        </w:tc>
        <w:tc>
          <w:tcPr>
            <w:tcW w:w="1560" w:type="dxa"/>
          </w:tcPr>
          <w:p w14:paraId="3A90F479" w14:textId="77777777" w:rsidR="007C0E3C" w:rsidRDefault="00000000">
            <w:r>
              <w:rPr>
                <w:sz w:val="20"/>
              </w:rPr>
              <w:t>1.03, 1.07</w:t>
            </w:r>
          </w:p>
        </w:tc>
        <w:tc>
          <w:tcPr>
            <w:tcW w:w="1560" w:type="dxa"/>
          </w:tcPr>
          <w:p w14:paraId="65FF8F29" w14:textId="77777777" w:rsidR="007C0E3C" w:rsidRDefault="00000000">
            <w:r>
              <w:rPr>
                <w:b/>
                <w:sz w:val="20"/>
              </w:rPr>
              <w:t>&lt;0.001</w:t>
            </w:r>
          </w:p>
        </w:tc>
      </w:tr>
      <w:tr w:rsidR="007C0E3C" w14:paraId="5591D6B2" w14:textId="77777777">
        <w:tc>
          <w:tcPr>
            <w:tcW w:w="1560" w:type="dxa"/>
          </w:tcPr>
          <w:p w14:paraId="38A6CC52" w14:textId="77777777" w:rsidR="007C0E3C" w:rsidRDefault="00000000">
            <w:r>
              <w:rPr>
                <w:b/>
                <w:sz w:val="20"/>
              </w:rPr>
              <w:t>BMI</w:t>
            </w:r>
          </w:p>
        </w:tc>
        <w:tc>
          <w:tcPr>
            <w:tcW w:w="1560" w:type="dxa"/>
          </w:tcPr>
          <w:p w14:paraId="71F92D91" w14:textId="77777777" w:rsidR="007C0E3C" w:rsidRDefault="00000000">
            <w:r>
              <w:rPr>
                <w:sz w:val="20"/>
              </w:rPr>
              <w:t>1,730</w:t>
            </w:r>
          </w:p>
        </w:tc>
        <w:tc>
          <w:tcPr>
            <w:tcW w:w="1560" w:type="dxa"/>
          </w:tcPr>
          <w:p w14:paraId="7F561453" w14:textId="77777777" w:rsidR="007C0E3C" w:rsidRDefault="007C0E3C"/>
        </w:tc>
        <w:tc>
          <w:tcPr>
            <w:tcW w:w="1560" w:type="dxa"/>
          </w:tcPr>
          <w:p w14:paraId="2456AFB6" w14:textId="77777777" w:rsidR="007C0E3C" w:rsidRDefault="00000000">
            <w:r>
              <w:rPr>
                <w:sz w:val="20"/>
              </w:rPr>
              <w:t>1.02</w:t>
            </w:r>
          </w:p>
        </w:tc>
        <w:tc>
          <w:tcPr>
            <w:tcW w:w="1560" w:type="dxa"/>
          </w:tcPr>
          <w:p w14:paraId="2C9FA0D3" w14:textId="77777777" w:rsidR="007C0E3C" w:rsidRDefault="00000000">
            <w:r>
              <w:rPr>
                <w:sz w:val="20"/>
              </w:rPr>
              <w:t>1.00, 1.05</w:t>
            </w:r>
          </w:p>
        </w:tc>
        <w:tc>
          <w:tcPr>
            <w:tcW w:w="1560" w:type="dxa"/>
          </w:tcPr>
          <w:p w14:paraId="02E991FA" w14:textId="77777777" w:rsidR="007C0E3C" w:rsidRDefault="00000000">
            <w:r>
              <w:rPr>
                <w:sz w:val="20"/>
              </w:rPr>
              <w:t>0.084</w:t>
            </w:r>
          </w:p>
        </w:tc>
      </w:tr>
      <w:tr w:rsidR="007C0E3C" w14:paraId="2C7C1F89" w14:textId="77777777">
        <w:tc>
          <w:tcPr>
            <w:tcW w:w="1560" w:type="dxa"/>
          </w:tcPr>
          <w:p w14:paraId="56E65151" w14:textId="77777777" w:rsidR="007C0E3C" w:rsidRDefault="00000000">
            <w:r>
              <w:rPr>
                <w:b/>
                <w:sz w:val="20"/>
              </w:rPr>
              <w:t xml:space="preserve">Concomitant </w:t>
            </w:r>
            <w:r>
              <w:rPr>
                <w:b/>
                <w:sz w:val="20"/>
              </w:rPr>
              <w:lastRenderedPageBreak/>
              <w:t>medication</w:t>
            </w:r>
          </w:p>
        </w:tc>
        <w:tc>
          <w:tcPr>
            <w:tcW w:w="1560" w:type="dxa"/>
          </w:tcPr>
          <w:p w14:paraId="5CCA7B6C" w14:textId="77777777" w:rsidR="007C0E3C" w:rsidRDefault="007C0E3C"/>
        </w:tc>
        <w:tc>
          <w:tcPr>
            <w:tcW w:w="1560" w:type="dxa"/>
          </w:tcPr>
          <w:p w14:paraId="5EEDC6C2" w14:textId="77777777" w:rsidR="007C0E3C" w:rsidRDefault="007C0E3C"/>
        </w:tc>
        <w:tc>
          <w:tcPr>
            <w:tcW w:w="1560" w:type="dxa"/>
          </w:tcPr>
          <w:p w14:paraId="62EEE939" w14:textId="77777777" w:rsidR="007C0E3C" w:rsidRDefault="007C0E3C"/>
        </w:tc>
        <w:tc>
          <w:tcPr>
            <w:tcW w:w="1560" w:type="dxa"/>
          </w:tcPr>
          <w:p w14:paraId="02762D5E" w14:textId="77777777" w:rsidR="007C0E3C" w:rsidRDefault="007C0E3C"/>
        </w:tc>
        <w:tc>
          <w:tcPr>
            <w:tcW w:w="1560" w:type="dxa"/>
          </w:tcPr>
          <w:p w14:paraId="0AB713B8" w14:textId="77777777" w:rsidR="007C0E3C" w:rsidRDefault="007C0E3C"/>
        </w:tc>
      </w:tr>
      <w:tr w:rsidR="007C0E3C" w14:paraId="5487BDFD" w14:textId="77777777">
        <w:tc>
          <w:tcPr>
            <w:tcW w:w="1560" w:type="dxa"/>
          </w:tcPr>
          <w:p w14:paraId="30D2A340" w14:textId="77777777" w:rsidR="007C0E3C" w:rsidRDefault="00000000">
            <w:r>
              <w:rPr>
                <w:sz w:val="20"/>
              </w:rPr>
              <w:t>    No</w:t>
            </w:r>
          </w:p>
        </w:tc>
        <w:tc>
          <w:tcPr>
            <w:tcW w:w="1560" w:type="dxa"/>
          </w:tcPr>
          <w:p w14:paraId="1BCDACB3" w14:textId="77777777" w:rsidR="007C0E3C" w:rsidRDefault="00000000">
            <w:r>
              <w:rPr>
                <w:sz w:val="20"/>
              </w:rPr>
              <w:t>1,203</w:t>
            </w:r>
          </w:p>
        </w:tc>
        <w:tc>
          <w:tcPr>
            <w:tcW w:w="1560" w:type="dxa"/>
          </w:tcPr>
          <w:p w14:paraId="3C671413" w14:textId="77777777" w:rsidR="007C0E3C" w:rsidRDefault="00000000">
            <w:r>
              <w:rPr>
                <w:sz w:val="20"/>
              </w:rPr>
              <w:t>71 (5.9%)</w:t>
            </w:r>
          </w:p>
        </w:tc>
        <w:tc>
          <w:tcPr>
            <w:tcW w:w="1560" w:type="dxa"/>
          </w:tcPr>
          <w:p w14:paraId="5979F235" w14:textId="77777777" w:rsidR="007C0E3C" w:rsidRDefault="00000000">
            <w:r>
              <w:rPr>
                <w:sz w:val="20"/>
              </w:rPr>
              <w:t>—</w:t>
            </w:r>
          </w:p>
        </w:tc>
        <w:tc>
          <w:tcPr>
            <w:tcW w:w="1560" w:type="dxa"/>
          </w:tcPr>
          <w:p w14:paraId="364DC08F" w14:textId="77777777" w:rsidR="007C0E3C" w:rsidRDefault="00000000">
            <w:r>
              <w:rPr>
                <w:sz w:val="20"/>
              </w:rPr>
              <w:t>—</w:t>
            </w:r>
          </w:p>
        </w:tc>
        <w:tc>
          <w:tcPr>
            <w:tcW w:w="1560" w:type="dxa"/>
          </w:tcPr>
          <w:p w14:paraId="5FE0F79A" w14:textId="77777777" w:rsidR="007C0E3C" w:rsidRDefault="007C0E3C"/>
        </w:tc>
      </w:tr>
      <w:tr w:rsidR="007C0E3C" w14:paraId="35FB3622" w14:textId="77777777">
        <w:tc>
          <w:tcPr>
            <w:tcW w:w="1560" w:type="dxa"/>
          </w:tcPr>
          <w:p w14:paraId="76907417" w14:textId="77777777" w:rsidR="007C0E3C" w:rsidRDefault="00000000">
            <w:r>
              <w:rPr>
                <w:sz w:val="20"/>
              </w:rPr>
              <w:t>    Yes</w:t>
            </w:r>
          </w:p>
        </w:tc>
        <w:tc>
          <w:tcPr>
            <w:tcW w:w="1560" w:type="dxa"/>
          </w:tcPr>
          <w:p w14:paraId="1EC286C0" w14:textId="77777777" w:rsidR="007C0E3C" w:rsidRDefault="00000000">
            <w:r>
              <w:rPr>
                <w:sz w:val="20"/>
              </w:rPr>
              <w:t>527</w:t>
            </w:r>
          </w:p>
        </w:tc>
        <w:tc>
          <w:tcPr>
            <w:tcW w:w="1560" w:type="dxa"/>
          </w:tcPr>
          <w:p w14:paraId="27B838E9" w14:textId="77777777" w:rsidR="007C0E3C" w:rsidRDefault="00000000">
            <w:r>
              <w:rPr>
                <w:sz w:val="20"/>
              </w:rPr>
              <w:t>40 (7.6%)</w:t>
            </w:r>
          </w:p>
        </w:tc>
        <w:tc>
          <w:tcPr>
            <w:tcW w:w="1560" w:type="dxa"/>
          </w:tcPr>
          <w:p w14:paraId="616C0F38" w14:textId="77777777" w:rsidR="007C0E3C" w:rsidRDefault="00000000">
            <w:r>
              <w:rPr>
                <w:sz w:val="20"/>
              </w:rPr>
              <w:t>1.14</w:t>
            </w:r>
          </w:p>
        </w:tc>
        <w:tc>
          <w:tcPr>
            <w:tcW w:w="1560" w:type="dxa"/>
          </w:tcPr>
          <w:p w14:paraId="0990C99D" w14:textId="77777777" w:rsidR="007C0E3C" w:rsidRDefault="00000000">
            <w:r>
              <w:rPr>
                <w:sz w:val="20"/>
              </w:rPr>
              <w:t>0.77, 1.69</w:t>
            </w:r>
          </w:p>
        </w:tc>
        <w:tc>
          <w:tcPr>
            <w:tcW w:w="1560" w:type="dxa"/>
          </w:tcPr>
          <w:p w14:paraId="12933F97" w14:textId="77777777" w:rsidR="007C0E3C" w:rsidRDefault="00000000">
            <w:r>
              <w:rPr>
                <w:sz w:val="20"/>
              </w:rPr>
              <w:t>0.521</w:t>
            </w:r>
          </w:p>
        </w:tc>
      </w:tr>
      <w:tr w:rsidR="007C0E3C" w14:paraId="3CF1215D" w14:textId="77777777">
        <w:tc>
          <w:tcPr>
            <w:tcW w:w="9360" w:type="dxa"/>
            <w:gridSpan w:val="6"/>
          </w:tcPr>
          <w:p w14:paraId="01588BA0" w14:textId="77777777" w:rsidR="007C0E3C" w:rsidRDefault="00000000">
            <w:r>
              <w:rPr>
                <w:b/>
                <w:sz w:val="20"/>
              </w:rPr>
              <w:t>c. Arterial thrombosis. Patients = 1,532; observations = 1,707.</w:t>
            </w:r>
          </w:p>
        </w:tc>
      </w:tr>
      <w:tr w:rsidR="007C0E3C" w14:paraId="076B0643" w14:textId="77777777">
        <w:tc>
          <w:tcPr>
            <w:tcW w:w="1560" w:type="dxa"/>
          </w:tcPr>
          <w:p w14:paraId="0999B505" w14:textId="77777777" w:rsidR="007C0E3C" w:rsidRDefault="00000000">
            <w:r>
              <w:rPr>
                <w:b/>
                <w:sz w:val="20"/>
              </w:rPr>
              <w:t>Targeted Therapy</w:t>
            </w:r>
          </w:p>
        </w:tc>
        <w:tc>
          <w:tcPr>
            <w:tcW w:w="1560" w:type="dxa"/>
          </w:tcPr>
          <w:p w14:paraId="68C243A6" w14:textId="77777777" w:rsidR="007C0E3C" w:rsidRDefault="007C0E3C"/>
        </w:tc>
        <w:tc>
          <w:tcPr>
            <w:tcW w:w="1560" w:type="dxa"/>
          </w:tcPr>
          <w:p w14:paraId="7FAA3867" w14:textId="77777777" w:rsidR="007C0E3C" w:rsidRDefault="007C0E3C"/>
        </w:tc>
        <w:tc>
          <w:tcPr>
            <w:tcW w:w="1560" w:type="dxa"/>
          </w:tcPr>
          <w:p w14:paraId="4042C659" w14:textId="77777777" w:rsidR="007C0E3C" w:rsidRDefault="007C0E3C"/>
        </w:tc>
        <w:tc>
          <w:tcPr>
            <w:tcW w:w="1560" w:type="dxa"/>
          </w:tcPr>
          <w:p w14:paraId="5CC012A1" w14:textId="77777777" w:rsidR="007C0E3C" w:rsidRDefault="007C0E3C"/>
        </w:tc>
        <w:tc>
          <w:tcPr>
            <w:tcW w:w="1560" w:type="dxa"/>
          </w:tcPr>
          <w:p w14:paraId="4F97A392" w14:textId="77777777" w:rsidR="007C0E3C" w:rsidRDefault="007C0E3C"/>
        </w:tc>
      </w:tr>
      <w:tr w:rsidR="007C0E3C" w14:paraId="1EC898D7" w14:textId="77777777">
        <w:tc>
          <w:tcPr>
            <w:tcW w:w="1560" w:type="dxa"/>
          </w:tcPr>
          <w:p w14:paraId="2FDBF33C" w14:textId="77777777" w:rsidR="007C0E3C" w:rsidRDefault="00000000">
            <w:r>
              <w:rPr>
                <w:sz w:val="20"/>
              </w:rPr>
              <w:t xml:space="preserve">    No Target Therapy </w:t>
            </w:r>
          </w:p>
        </w:tc>
        <w:tc>
          <w:tcPr>
            <w:tcW w:w="1560" w:type="dxa"/>
          </w:tcPr>
          <w:p w14:paraId="240F15CC" w14:textId="77777777" w:rsidR="007C0E3C" w:rsidRDefault="00000000">
            <w:r>
              <w:rPr>
                <w:sz w:val="20"/>
              </w:rPr>
              <w:t>1,596</w:t>
            </w:r>
          </w:p>
        </w:tc>
        <w:tc>
          <w:tcPr>
            <w:tcW w:w="1560" w:type="dxa"/>
          </w:tcPr>
          <w:p w14:paraId="71C3F425" w14:textId="77777777" w:rsidR="007C0E3C" w:rsidRDefault="00000000">
            <w:r>
              <w:rPr>
                <w:sz w:val="20"/>
              </w:rPr>
              <w:t>88 (5.5%)</w:t>
            </w:r>
          </w:p>
        </w:tc>
        <w:tc>
          <w:tcPr>
            <w:tcW w:w="1560" w:type="dxa"/>
          </w:tcPr>
          <w:p w14:paraId="057A22C3" w14:textId="77777777" w:rsidR="007C0E3C" w:rsidRDefault="00000000">
            <w:r>
              <w:rPr>
                <w:sz w:val="20"/>
              </w:rPr>
              <w:t>—</w:t>
            </w:r>
          </w:p>
        </w:tc>
        <w:tc>
          <w:tcPr>
            <w:tcW w:w="1560" w:type="dxa"/>
          </w:tcPr>
          <w:p w14:paraId="399434EF" w14:textId="77777777" w:rsidR="007C0E3C" w:rsidRDefault="00000000">
            <w:r>
              <w:rPr>
                <w:sz w:val="20"/>
              </w:rPr>
              <w:t>—</w:t>
            </w:r>
          </w:p>
        </w:tc>
        <w:tc>
          <w:tcPr>
            <w:tcW w:w="1560" w:type="dxa"/>
          </w:tcPr>
          <w:p w14:paraId="05BF811B" w14:textId="77777777" w:rsidR="007C0E3C" w:rsidRDefault="007C0E3C"/>
        </w:tc>
      </w:tr>
      <w:tr w:rsidR="007C0E3C" w14:paraId="214E7402" w14:textId="77777777">
        <w:tc>
          <w:tcPr>
            <w:tcW w:w="1560" w:type="dxa"/>
          </w:tcPr>
          <w:p w14:paraId="109C3425" w14:textId="77777777" w:rsidR="007C0E3C" w:rsidRDefault="00000000">
            <w:r>
              <w:rPr>
                <w:sz w:val="20"/>
              </w:rPr>
              <w:t>    CDK 4/6</w:t>
            </w:r>
          </w:p>
        </w:tc>
        <w:tc>
          <w:tcPr>
            <w:tcW w:w="1560" w:type="dxa"/>
          </w:tcPr>
          <w:p w14:paraId="53892038" w14:textId="77777777" w:rsidR="007C0E3C" w:rsidRDefault="00000000">
            <w:r>
              <w:rPr>
                <w:sz w:val="20"/>
              </w:rPr>
              <w:t>111</w:t>
            </w:r>
          </w:p>
        </w:tc>
        <w:tc>
          <w:tcPr>
            <w:tcW w:w="1560" w:type="dxa"/>
          </w:tcPr>
          <w:p w14:paraId="4EA5E7B3" w14:textId="77777777" w:rsidR="007C0E3C" w:rsidRDefault="00000000">
            <w:r>
              <w:rPr>
                <w:sz w:val="20"/>
              </w:rPr>
              <w:t>2 (1.8%)</w:t>
            </w:r>
          </w:p>
        </w:tc>
        <w:tc>
          <w:tcPr>
            <w:tcW w:w="1560" w:type="dxa"/>
          </w:tcPr>
          <w:p w14:paraId="4DB69252" w14:textId="77777777" w:rsidR="007C0E3C" w:rsidRDefault="00000000">
            <w:r>
              <w:rPr>
                <w:sz w:val="20"/>
              </w:rPr>
              <w:t>0.46</w:t>
            </w:r>
          </w:p>
        </w:tc>
        <w:tc>
          <w:tcPr>
            <w:tcW w:w="1560" w:type="dxa"/>
          </w:tcPr>
          <w:p w14:paraId="70183AE3" w14:textId="77777777" w:rsidR="007C0E3C" w:rsidRDefault="00000000">
            <w:r>
              <w:rPr>
                <w:sz w:val="20"/>
              </w:rPr>
              <w:t>0.12, 1.77</w:t>
            </w:r>
          </w:p>
        </w:tc>
        <w:tc>
          <w:tcPr>
            <w:tcW w:w="1560" w:type="dxa"/>
          </w:tcPr>
          <w:p w14:paraId="6C981444" w14:textId="77777777" w:rsidR="007C0E3C" w:rsidRDefault="00000000">
            <w:r>
              <w:rPr>
                <w:sz w:val="20"/>
              </w:rPr>
              <w:t>0.262</w:t>
            </w:r>
          </w:p>
        </w:tc>
      </w:tr>
      <w:tr w:rsidR="007C0E3C" w14:paraId="611851B7" w14:textId="77777777">
        <w:tc>
          <w:tcPr>
            <w:tcW w:w="1560" w:type="dxa"/>
          </w:tcPr>
          <w:p w14:paraId="59C53B94" w14:textId="77777777" w:rsidR="007C0E3C" w:rsidRDefault="00000000">
            <w:r>
              <w:rPr>
                <w:b/>
                <w:sz w:val="20"/>
              </w:rPr>
              <w:t>Nicotine dependence</w:t>
            </w:r>
          </w:p>
        </w:tc>
        <w:tc>
          <w:tcPr>
            <w:tcW w:w="1560" w:type="dxa"/>
          </w:tcPr>
          <w:p w14:paraId="7E8B8836" w14:textId="77777777" w:rsidR="007C0E3C" w:rsidRDefault="007C0E3C"/>
        </w:tc>
        <w:tc>
          <w:tcPr>
            <w:tcW w:w="1560" w:type="dxa"/>
          </w:tcPr>
          <w:p w14:paraId="49F56B97" w14:textId="77777777" w:rsidR="007C0E3C" w:rsidRDefault="007C0E3C"/>
        </w:tc>
        <w:tc>
          <w:tcPr>
            <w:tcW w:w="1560" w:type="dxa"/>
          </w:tcPr>
          <w:p w14:paraId="672D4FF4" w14:textId="77777777" w:rsidR="007C0E3C" w:rsidRDefault="007C0E3C"/>
        </w:tc>
        <w:tc>
          <w:tcPr>
            <w:tcW w:w="1560" w:type="dxa"/>
          </w:tcPr>
          <w:p w14:paraId="50612426" w14:textId="77777777" w:rsidR="007C0E3C" w:rsidRDefault="007C0E3C"/>
        </w:tc>
        <w:tc>
          <w:tcPr>
            <w:tcW w:w="1560" w:type="dxa"/>
          </w:tcPr>
          <w:p w14:paraId="39B49DD9" w14:textId="77777777" w:rsidR="007C0E3C" w:rsidRDefault="007C0E3C"/>
        </w:tc>
      </w:tr>
      <w:tr w:rsidR="007C0E3C" w14:paraId="51FDD80C" w14:textId="77777777">
        <w:tc>
          <w:tcPr>
            <w:tcW w:w="1560" w:type="dxa"/>
          </w:tcPr>
          <w:p w14:paraId="7D03C90C" w14:textId="77777777" w:rsidR="007C0E3C" w:rsidRDefault="00000000">
            <w:r>
              <w:rPr>
                <w:sz w:val="20"/>
              </w:rPr>
              <w:t>    No</w:t>
            </w:r>
          </w:p>
        </w:tc>
        <w:tc>
          <w:tcPr>
            <w:tcW w:w="1560" w:type="dxa"/>
          </w:tcPr>
          <w:p w14:paraId="1544BCF6" w14:textId="77777777" w:rsidR="007C0E3C" w:rsidRDefault="00000000">
            <w:r>
              <w:rPr>
                <w:sz w:val="20"/>
              </w:rPr>
              <w:t>1,479</w:t>
            </w:r>
          </w:p>
        </w:tc>
        <w:tc>
          <w:tcPr>
            <w:tcW w:w="1560" w:type="dxa"/>
          </w:tcPr>
          <w:p w14:paraId="0911D68D" w14:textId="77777777" w:rsidR="007C0E3C" w:rsidRDefault="00000000">
            <w:r>
              <w:rPr>
                <w:sz w:val="20"/>
              </w:rPr>
              <w:t>69 (4.7%)</w:t>
            </w:r>
          </w:p>
        </w:tc>
        <w:tc>
          <w:tcPr>
            <w:tcW w:w="1560" w:type="dxa"/>
          </w:tcPr>
          <w:p w14:paraId="0C60A702" w14:textId="77777777" w:rsidR="007C0E3C" w:rsidRDefault="00000000">
            <w:r>
              <w:rPr>
                <w:sz w:val="20"/>
              </w:rPr>
              <w:t>—</w:t>
            </w:r>
          </w:p>
        </w:tc>
        <w:tc>
          <w:tcPr>
            <w:tcW w:w="1560" w:type="dxa"/>
          </w:tcPr>
          <w:p w14:paraId="72F3ABA6" w14:textId="77777777" w:rsidR="007C0E3C" w:rsidRDefault="00000000">
            <w:r>
              <w:rPr>
                <w:sz w:val="20"/>
              </w:rPr>
              <w:t>—</w:t>
            </w:r>
          </w:p>
        </w:tc>
        <w:tc>
          <w:tcPr>
            <w:tcW w:w="1560" w:type="dxa"/>
          </w:tcPr>
          <w:p w14:paraId="090CFACA" w14:textId="77777777" w:rsidR="007C0E3C" w:rsidRDefault="007C0E3C"/>
        </w:tc>
      </w:tr>
      <w:tr w:rsidR="007C0E3C" w14:paraId="186901D0" w14:textId="77777777">
        <w:tc>
          <w:tcPr>
            <w:tcW w:w="1560" w:type="dxa"/>
          </w:tcPr>
          <w:p w14:paraId="125614D6" w14:textId="77777777" w:rsidR="007C0E3C" w:rsidRDefault="00000000">
            <w:r>
              <w:rPr>
                <w:sz w:val="20"/>
              </w:rPr>
              <w:t>    Yes</w:t>
            </w:r>
          </w:p>
        </w:tc>
        <w:tc>
          <w:tcPr>
            <w:tcW w:w="1560" w:type="dxa"/>
          </w:tcPr>
          <w:p w14:paraId="0B6A0C5E" w14:textId="77777777" w:rsidR="007C0E3C" w:rsidRDefault="00000000">
            <w:r>
              <w:rPr>
                <w:sz w:val="20"/>
              </w:rPr>
              <w:t>228</w:t>
            </w:r>
          </w:p>
        </w:tc>
        <w:tc>
          <w:tcPr>
            <w:tcW w:w="1560" w:type="dxa"/>
          </w:tcPr>
          <w:p w14:paraId="7E693595" w14:textId="77777777" w:rsidR="007C0E3C" w:rsidRDefault="00000000">
            <w:r>
              <w:rPr>
                <w:sz w:val="20"/>
              </w:rPr>
              <w:t>21 (9.2%)</w:t>
            </w:r>
          </w:p>
        </w:tc>
        <w:tc>
          <w:tcPr>
            <w:tcW w:w="1560" w:type="dxa"/>
          </w:tcPr>
          <w:p w14:paraId="25398141" w14:textId="77777777" w:rsidR="007C0E3C" w:rsidRDefault="00000000">
            <w:r>
              <w:rPr>
                <w:sz w:val="20"/>
              </w:rPr>
              <w:t>2.04</w:t>
            </w:r>
          </w:p>
        </w:tc>
        <w:tc>
          <w:tcPr>
            <w:tcW w:w="1560" w:type="dxa"/>
          </w:tcPr>
          <w:p w14:paraId="2A205249" w14:textId="77777777" w:rsidR="007C0E3C" w:rsidRDefault="00000000">
            <w:r>
              <w:rPr>
                <w:sz w:val="20"/>
              </w:rPr>
              <w:t>1.25, 3.31</w:t>
            </w:r>
          </w:p>
        </w:tc>
        <w:tc>
          <w:tcPr>
            <w:tcW w:w="1560" w:type="dxa"/>
          </w:tcPr>
          <w:p w14:paraId="350192C9" w14:textId="77777777" w:rsidR="007C0E3C" w:rsidRDefault="00000000">
            <w:r>
              <w:rPr>
                <w:b/>
                <w:sz w:val="20"/>
              </w:rPr>
              <w:t>0.004</w:t>
            </w:r>
          </w:p>
        </w:tc>
      </w:tr>
      <w:tr w:rsidR="007C0E3C" w14:paraId="5193D89A" w14:textId="77777777">
        <w:tc>
          <w:tcPr>
            <w:tcW w:w="1560" w:type="dxa"/>
          </w:tcPr>
          <w:p w14:paraId="0F774568" w14:textId="77777777" w:rsidR="007C0E3C" w:rsidRDefault="00000000">
            <w:r>
              <w:rPr>
                <w:b/>
                <w:sz w:val="20"/>
              </w:rPr>
              <w:t>Malignant neoplasm of brain</w:t>
            </w:r>
          </w:p>
        </w:tc>
        <w:tc>
          <w:tcPr>
            <w:tcW w:w="1560" w:type="dxa"/>
          </w:tcPr>
          <w:p w14:paraId="6DAE6D23" w14:textId="77777777" w:rsidR="007C0E3C" w:rsidRDefault="007C0E3C"/>
        </w:tc>
        <w:tc>
          <w:tcPr>
            <w:tcW w:w="1560" w:type="dxa"/>
          </w:tcPr>
          <w:p w14:paraId="579DC70F" w14:textId="77777777" w:rsidR="007C0E3C" w:rsidRDefault="007C0E3C"/>
        </w:tc>
        <w:tc>
          <w:tcPr>
            <w:tcW w:w="1560" w:type="dxa"/>
          </w:tcPr>
          <w:p w14:paraId="5AEA6124" w14:textId="77777777" w:rsidR="007C0E3C" w:rsidRDefault="007C0E3C"/>
        </w:tc>
        <w:tc>
          <w:tcPr>
            <w:tcW w:w="1560" w:type="dxa"/>
          </w:tcPr>
          <w:p w14:paraId="6C9D81FC" w14:textId="77777777" w:rsidR="007C0E3C" w:rsidRDefault="007C0E3C"/>
        </w:tc>
        <w:tc>
          <w:tcPr>
            <w:tcW w:w="1560" w:type="dxa"/>
          </w:tcPr>
          <w:p w14:paraId="71908D91" w14:textId="77777777" w:rsidR="007C0E3C" w:rsidRDefault="007C0E3C"/>
        </w:tc>
      </w:tr>
      <w:tr w:rsidR="007C0E3C" w14:paraId="6DA07E01" w14:textId="77777777">
        <w:tc>
          <w:tcPr>
            <w:tcW w:w="1560" w:type="dxa"/>
          </w:tcPr>
          <w:p w14:paraId="2FE97F90" w14:textId="77777777" w:rsidR="007C0E3C" w:rsidRDefault="00000000">
            <w:r>
              <w:rPr>
                <w:sz w:val="20"/>
              </w:rPr>
              <w:t>    No</w:t>
            </w:r>
          </w:p>
        </w:tc>
        <w:tc>
          <w:tcPr>
            <w:tcW w:w="1560" w:type="dxa"/>
          </w:tcPr>
          <w:p w14:paraId="2BCF7534" w14:textId="77777777" w:rsidR="007C0E3C" w:rsidRDefault="00000000">
            <w:r>
              <w:rPr>
                <w:sz w:val="20"/>
              </w:rPr>
              <w:t>1,436</w:t>
            </w:r>
          </w:p>
        </w:tc>
        <w:tc>
          <w:tcPr>
            <w:tcW w:w="1560" w:type="dxa"/>
          </w:tcPr>
          <w:p w14:paraId="50D02714" w14:textId="77777777" w:rsidR="007C0E3C" w:rsidRDefault="00000000">
            <w:r>
              <w:rPr>
                <w:sz w:val="20"/>
              </w:rPr>
              <w:t>72 (5.0%)</w:t>
            </w:r>
          </w:p>
        </w:tc>
        <w:tc>
          <w:tcPr>
            <w:tcW w:w="1560" w:type="dxa"/>
          </w:tcPr>
          <w:p w14:paraId="5C780647" w14:textId="77777777" w:rsidR="007C0E3C" w:rsidRDefault="00000000">
            <w:r>
              <w:rPr>
                <w:sz w:val="20"/>
              </w:rPr>
              <w:t>—</w:t>
            </w:r>
          </w:p>
        </w:tc>
        <w:tc>
          <w:tcPr>
            <w:tcW w:w="1560" w:type="dxa"/>
          </w:tcPr>
          <w:p w14:paraId="0395ADBC" w14:textId="77777777" w:rsidR="007C0E3C" w:rsidRDefault="00000000">
            <w:r>
              <w:rPr>
                <w:sz w:val="20"/>
              </w:rPr>
              <w:t>—</w:t>
            </w:r>
          </w:p>
        </w:tc>
        <w:tc>
          <w:tcPr>
            <w:tcW w:w="1560" w:type="dxa"/>
          </w:tcPr>
          <w:p w14:paraId="2036B3E8" w14:textId="77777777" w:rsidR="007C0E3C" w:rsidRDefault="007C0E3C"/>
        </w:tc>
      </w:tr>
      <w:tr w:rsidR="007C0E3C" w14:paraId="639BB016" w14:textId="77777777">
        <w:tc>
          <w:tcPr>
            <w:tcW w:w="1560" w:type="dxa"/>
          </w:tcPr>
          <w:p w14:paraId="410EEB71" w14:textId="77777777" w:rsidR="007C0E3C" w:rsidRDefault="00000000">
            <w:r>
              <w:rPr>
                <w:sz w:val="20"/>
              </w:rPr>
              <w:t>    Yes</w:t>
            </w:r>
          </w:p>
        </w:tc>
        <w:tc>
          <w:tcPr>
            <w:tcW w:w="1560" w:type="dxa"/>
          </w:tcPr>
          <w:p w14:paraId="746B2A49" w14:textId="77777777" w:rsidR="007C0E3C" w:rsidRDefault="00000000">
            <w:r>
              <w:rPr>
                <w:sz w:val="20"/>
              </w:rPr>
              <w:t>271</w:t>
            </w:r>
          </w:p>
        </w:tc>
        <w:tc>
          <w:tcPr>
            <w:tcW w:w="1560" w:type="dxa"/>
          </w:tcPr>
          <w:p w14:paraId="4E42235C" w14:textId="77777777" w:rsidR="007C0E3C" w:rsidRDefault="00000000">
            <w:r>
              <w:rPr>
                <w:sz w:val="20"/>
              </w:rPr>
              <w:t>18 (6.6%)</w:t>
            </w:r>
          </w:p>
        </w:tc>
        <w:tc>
          <w:tcPr>
            <w:tcW w:w="1560" w:type="dxa"/>
          </w:tcPr>
          <w:p w14:paraId="5A536F64" w14:textId="77777777" w:rsidR="007C0E3C" w:rsidRDefault="00000000">
            <w:r>
              <w:rPr>
                <w:sz w:val="20"/>
              </w:rPr>
              <w:t>1.83</w:t>
            </w:r>
          </w:p>
        </w:tc>
        <w:tc>
          <w:tcPr>
            <w:tcW w:w="1560" w:type="dxa"/>
          </w:tcPr>
          <w:p w14:paraId="4DE5298B" w14:textId="77777777" w:rsidR="007C0E3C" w:rsidRDefault="00000000">
            <w:r>
              <w:rPr>
                <w:sz w:val="20"/>
              </w:rPr>
              <w:t>1.08, 3.08</w:t>
            </w:r>
          </w:p>
        </w:tc>
        <w:tc>
          <w:tcPr>
            <w:tcW w:w="1560" w:type="dxa"/>
          </w:tcPr>
          <w:p w14:paraId="6B7787A5" w14:textId="77777777" w:rsidR="007C0E3C" w:rsidRDefault="00000000">
            <w:r>
              <w:rPr>
                <w:b/>
                <w:sz w:val="20"/>
              </w:rPr>
              <w:t>0.025</w:t>
            </w:r>
          </w:p>
        </w:tc>
      </w:tr>
      <w:tr w:rsidR="007C0E3C" w14:paraId="32D8F50D" w14:textId="77777777">
        <w:tc>
          <w:tcPr>
            <w:tcW w:w="1560" w:type="dxa"/>
          </w:tcPr>
          <w:p w14:paraId="66BF3274" w14:textId="77777777" w:rsidR="007C0E3C" w:rsidRDefault="00000000">
            <w:r>
              <w:rPr>
                <w:b/>
                <w:sz w:val="20"/>
              </w:rPr>
              <w:t>Age at breast cancer diagnosis</w:t>
            </w:r>
          </w:p>
        </w:tc>
        <w:tc>
          <w:tcPr>
            <w:tcW w:w="1560" w:type="dxa"/>
          </w:tcPr>
          <w:p w14:paraId="4FFF6CA6" w14:textId="77777777" w:rsidR="007C0E3C" w:rsidRDefault="00000000">
            <w:r>
              <w:rPr>
                <w:sz w:val="20"/>
              </w:rPr>
              <w:t>1,707</w:t>
            </w:r>
          </w:p>
        </w:tc>
        <w:tc>
          <w:tcPr>
            <w:tcW w:w="1560" w:type="dxa"/>
          </w:tcPr>
          <w:p w14:paraId="14F7F459" w14:textId="77777777" w:rsidR="007C0E3C" w:rsidRDefault="007C0E3C"/>
        </w:tc>
        <w:tc>
          <w:tcPr>
            <w:tcW w:w="1560" w:type="dxa"/>
          </w:tcPr>
          <w:p w14:paraId="0765BE39" w14:textId="77777777" w:rsidR="007C0E3C" w:rsidRDefault="00000000">
            <w:r>
              <w:rPr>
                <w:sz w:val="20"/>
              </w:rPr>
              <w:t>1.10</w:t>
            </w:r>
          </w:p>
        </w:tc>
        <w:tc>
          <w:tcPr>
            <w:tcW w:w="1560" w:type="dxa"/>
          </w:tcPr>
          <w:p w14:paraId="653F338C" w14:textId="77777777" w:rsidR="007C0E3C" w:rsidRDefault="00000000">
            <w:r>
              <w:rPr>
                <w:sz w:val="20"/>
              </w:rPr>
              <w:t>1.07, 1.12</w:t>
            </w:r>
          </w:p>
        </w:tc>
        <w:tc>
          <w:tcPr>
            <w:tcW w:w="1560" w:type="dxa"/>
          </w:tcPr>
          <w:p w14:paraId="44A96D75" w14:textId="77777777" w:rsidR="007C0E3C" w:rsidRDefault="00000000">
            <w:r>
              <w:rPr>
                <w:b/>
                <w:sz w:val="20"/>
              </w:rPr>
              <w:t>&lt;0.001</w:t>
            </w:r>
          </w:p>
        </w:tc>
      </w:tr>
      <w:tr w:rsidR="007C0E3C" w14:paraId="4ED0C144" w14:textId="77777777">
        <w:tc>
          <w:tcPr>
            <w:tcW w:w="1560" w:type="dxa"/>
          </w:tcPr>
          <w:p w14:paraId="483DBB81" w14:textId="77777777" w:rsidR="007C0E3C" w:rsidRDefault="00000000">
            <w:r>
              <w:rPr>
                <w:b/>
                <w:sz w:val="20"/>
              </w:rPr>
              <w:t>BMI</w:t>
            </w:r>
          </w:p>
        </w:tc>
        <w:tc>
          <w:tcPr>
            <w:tcW w:w="1560" w:type="dxa"/>
          </w:tcPr>
          <w:p w14:paraId="034F1E28" w14:textId="77777777" w:rsidR="007C0E3C" w:rsidRDefault="00000000">
            <w:r>
              <w:rPr>
                <w:sz w:val="20"/>
              </w:rPr>
              <w:t>1,707</w:t>
            </w:r>
          </w:p>
        </w:tc>
        <w:tc>
          <w:tcPr>
            <w:tcW w:w="1560" w:type="dxa"/>
          </w:tcPr>
          <w:p w14:paraId="0D44934A" w14:textId="77777777" w:rsidR="007C0E3C" w:rsidRDefault="007C0E3C"/>
        </w:tc>
        <w:tc>
          <w:tcPr>
            <w:tcW w:w="1560" w:type="dxa"/>
          </w:tcPr>
          <w:p w14:paraId="1AD33E8D" w14:textId="77777777" w:rsidR="007C0E3C" w:rsidRDefault="00000000">
            <w:r>
              <w:rPr>
                <w:sz w:val="20"/>
              </w:rPr>
              <w:t>0.99</w:t>
            </w:r>
          </w:p>
        </w:tc>
        <w:tc>
          <w:tcPr>
            <w:tcW w:w="1560" w:type="dxa"/>
          </w:tcPr>
          <w:p w14:paraId="35136854" w14:textId="77777777" w:rsidR="007C0E3C" w:rsidRDefault="00000000">
            <w:r>
              <w:rPr>
                <w:sz w:val="20"/>
              </w:rPr>
              <w:t>0.96, 1.02</w:t>
            </w:r>
          </w:p>
        </w:tc>
        <w:tc>
          <w:tcPr>
            <w:tcW w:w="1560" w:type="dxa"/>
          </w:tcPr>
          <w:p w14:paraId="44962330" w14:textId="77777777" w:rsidR="007C0E3C" w:rsidRDefault="00000000">
            <w:r>
              <w:rPr>
                <w:sz w:val="20"/>
              </w:rPr>
              <w:t>0.532</w:t>
            </w:r>
          </w:p>
        </w:tc>
      </w:tr>
      <w:tr w:rsidR="007C0E3C" w14:paraId="47BDA7B7" w14:textId="77777777">
        <w:tc>
          <w:tcPr>
            <w:tcW w:w="1560" w:type="dxa"/>
          </w:tcPr>
          <w:p w14:paraId="39932140" w14:textId="77777777" w:rsidR="007C0E3C" w:rsidRDefault="00000000">
            <w:r>
              <w:rPr>
                <w:b/>
                <w:sz w:val="20"/>
              </w:rPr>
              <w:t>Concomitant medication</w:t>
            </w:r>
          </w:p>
        </w:tc>
        <w:tc>
          <w:tcPr>
            <w:tcW w:w="1560" w:type="dxa"/>
          </w:tcPr>
          <w:p w14:paraId="5C6F5C08" w14:textId="77777777" w:rsidR="007C0E3C" w:rsidRDefault="007C0E3C"/>
        </w:tc>
        <w:tc>
          <w:tcPr>
            <w:tcW w:w="1560" w:type="dxa"/>
          </w:tcPr>
          <w:p w14:paraId="372A7932" w14:textId="77777777" w:rsidR="007C0E3C" w:rsidRDefault="007C0E3C"/>
        </w:tc>
        <w:tc>
          <w:tcPr>
            <w:tcW w:w="1560" w:type="dxa"/>
          </w:tcPr>
          <w:p w14:paraId="73784848" w14:textId="77777777" w:rsidR="007C0E3C" w:rsidRDefault="007C0E3C"/>
        </w:tc>
        <w:tc>
          <w:tcPr>
            <w:tcW w:w="1560" w:type="dxa"/>
          </w:tcPr>
          <w:p w14:paraId="6879D92E" w14:textId="77777777" w:rsidR="007C0E3C" w:rsidRDefault="007C0E3C"/>
        </w:tc>
        <w:tc>
          <w:tcPr>
            <w:tcW w:w="1560" w:type="dxa"/>
          </w:tcPr>
          <w:p w14:paraId="258DB0A0" w14:textId="77777777" w:rsidR="007C0E3C" w:rsidRDefault="007C0E3C"/>
        </w:tc>
      </w:tr>
      <w:tr w:rsidR="007C0E3C" w14:paraId="4C67B19A" w14:textId="77777777">
        <w:tc>
          <w:tcPr>
            <w:tcW w:w="1560" w:type="dxa"/>
          </w:tcPr>
          <w:p w14:paraId="51D7FD28" w14:textId="77777777" w:rsidR="007C0E3C" w:rsidRDefault="00000000">
            <w:r>
              <w:rPr>
                <w:sz w:val="20"/>
              </w:rPr>
              <w:t>    No</w:t>
            </w:r>
          </w:p>
        </w:tc>
        <w:tc>
          <w:tcPr>
            <w:tcW w:w="1560" w:type="dxa"/>
          </w:tcPr>
          <w:p w14:paraId="6617D407" w14:textId="77777777" w:rsidR="007C0E3C" w:rsidRDefault="00000000">
            <w:r>
              <w:rPr>
                <w:sz w:val="20"/>
              </w:rPr>
              <w:t>1,188</w:t>
            </w:r>
          </w:p>
        </w:tc>
        <w:tc>
          <w:tcPr>
            <w:tcW w:w="1560" w:type="dxa"/>
          </w:tcPr>
          <w:p w14:paraId="3B2DEAFB" w14:textId="77777777" w:rsidR="007C0E3C" w:rsidRDefault="00000000">
            <w:r>
              <w:rPr>
                <w:sz w:val="20"/>
              </w:rPr>
              <w:t>58 (4.9%)</w:t>
            </w:r>
          </w:p>
        </w:tc>
        <w:tc>
          <w:tcPr>
            <w:tcW w:w="1560" w:type="dxa"/>
          </w:tcPr>
          <w:p w14:paraId="6B9C823D" w14:textId="77777777" w:rsidR="007C0E3C" w:rsidRDefault="00000000">
            <w:r>
              <w:rPr>
                <w:sz w:val="20"/>
              </w:rPr>
              <w:t>—</w:t>
            </w:r>
          </w:p>
        </w:tc>
        <w:tc>
          <w:tcPr>
            <w:tcW w:w="1560" w:type="dxa"/>
          </w:tcPr>
          <w:p w14:paraId="6E3D3CF1" w14:textId="77777777" w:rsidR="007C0E3C" w:rsidRDefault="00000000">
            <w:r>
              <w:rPr>
                <w:sz w:val="20"/>
              </w:rPr>
              <w:t>—</w:t>
            </w:r>
          </w:p>
        </w:tc>
        <w:tc>
          <w:tcPr>
            <w:tcW w:w="1560" w:type="dxa"/>
          </w:tcPr>
          <w:p w14:paraId="3E57E136" w14:textId="77777777" w:rsidR="007C0E3C" w:rsidRDefault="007C0E3C"/>
        </w:tc>
      </w:tr>
      <w:tr w:rsidR="007C0E3C" w14:paraId="6559F6C6" w14:textId="77777777">
        <w:tc>
          <w:tcPr>
            <w:tcW w:w="1560" w:type="dxa"/>
          </w:tcPr>
          <w:p w14:paraId="41154ABF" w14:textId="77777777" w:rsidR="007C0E3C" w:rsidRDefault="00000000">
            <w:r>
              <w:rPr>
                <w:sz w:val="20"/>
              </w:rPr>
              <w:t>    Yes</w:t>
            </w:r>
          </w:p>
        </w:tc>
        <w:tc>
          <w:tcPr>
            <w:tcW w:w="1560" w:type="dxa"/>
          </w:tcPr>
          <w:p w14:paraId="68E14725" w14:textId="77777777" w:rsidR="007C0E3C" w:rsidRDefault="00000000">
            <w:r>
              <w:rPr>
                <w:sz w:val="20"/>
              </w:rPr>
              <w:t>519</w:t>
            </w:r>
          </w:p>
        </w:tc>
        <w:tc>
          <w:tcPr>
            <w:tcW w:w="1560" w:type="dxa"/>
          </w:tcPr>
          <w:p w14:paraId="25733467" w14:textId="77777777" w:rsidR="007C0E3C" w:rsidRDefault="00000000">
            <w:r>
              <w:rPr>
                <w:sz w:val="20"/>
              </w:rPr>
              <w:t>32 (6.2%)</w:t>
            </w:r>
          </w:p>
        </w:tc>
        <w:tc>
          <w:tcPr>
            <w:tcW w:w="1560" w:type="dxa"/>
          </w:tcPr>
          <w:p w14:paraId="4FAE24B7" w14:textId="77777777" w:rsidR="007C0E3C" w:rsidRDefault="00000000">
            <w:r>
              <w:rPr>
                <w:sz w:val="20"/>
              </w:rPr>
              <w:t>1.14</w:t>
            </w:r>
          </w:p>
        </w:tc>
        <w:tc>
          <w:tcPr>
            <w:tcW w:w="1560" w:type="dxa"/>
          </w:tcPr>
          <w:p w14:paraId="66C35D64" w14:textId="77777777" w:rsidR="007C0E3C" w:rsidRDefault="00000000">
            <w:r>
              <w:rPr>
                <w:sz w:val="20"/>
              </w:rPr>
              <w:t>0.74, 1.75</w:t>
            </w:r>
          </w:p>
        </w:tc>
        <w:tc>
          <w:tcPr>
            <w:tcW w:w="1560" w:type="dxa"/>
          </w:tcPr>
          <w:p w14:paraId="6FE2A828" w14:textId="77777777" w:rsidR="007C0E3C" w:rsidRDefault="00000000">
            <w:r>
              <w:rPr>
                <w:sz w:val="20"/>
              </w:rPr>
              <w:t>0.554</w:t>
            </w:r>
          </w:p>
        </w:tc>
      </w:tr>
      <w:tr w:rsidR="007C0E3C" w14:paraId="522A87C5" w14:textId="77777777">
        <w:tc>
          <w:tcPr>
            <w:tcW w:w="9360" w:type="dxa"/>
            <w:gridSpan w:val="6"/>
          </w:tcPr>
          <w:p w14:paraId="475CE784" w14:textId="77777777" w:rsidR="007C0E3C" w:rsidRDefault="00000000">
            <w:r>
              <w:rPr>
                <w:sz w:val="20"/>
                <w:vertAlign w:val="superscript"/>
              </w:rPr>
              <w:t>1</w:t>
            </w:r>
            <w:r>
              <w:rPr>
                <w:sz w:val="20"/>
              </w:rPr>
              <w:t xml:space="preserve"> HR = Hazard Ratio; CI = Confidence Interval. Reference groups: no targeted therapy, no nicotine dependence, no malignant neoplasm of brain, no concomitant medication.</w:t>
            </w:r>
          </w:p>
        </w:tc>
      </w:tr>
    </w:tbl>
    <w:p w14:paraId="4E0574B7" w14:textId="77777777" w:rsidR="00BA6E31" w:rsidRDefault="00BA6E31">
      <w:pPr>
        <w:spacing w:before="240" w:after="80"/>
        <w:rPr>
          <w:b/>
        </w:rPr>
      </w:pPr>
    </w:p>
    <w:p w14:paraId="48807829" w14:textId="77777777" w:rsidR="00BA6E31" w:rsidRDefault="00BA6E31">
      <w:pPr>
        <w:spacing w:before="240" w:after="80"/>
        <w:rPr>
          <w:b/>
        </w:rPr>
      </w:pPr>
    </w:p>
    <w:p w14:paraId="0DD53785" w14:textId="77777777" w:rsidR="00BA6E31" w:rsidRDefault="00BA6E31">
      <w:pPr>
        <w:spacing w:before="240" w:after="80"/>
        <w:rPr>
          <w:b/>
        </w:rPr>
      </w:pPr>
    </w:p>
    <w:p w14:paraId="1C2E5216" w14:textId="77777777" w:rsidR="00BA6E31" w:rsidRDefault="00BA6E31">
      <w:pPr>
        <w:spacing w:before="240" w:after="80"/>
        <w:rPr>
          <w:b/>
        </w:rPr>
      </w:pPr>
    </w:p>
    <w:p w14:paraId="51C1E5FB" w14:textId="77777777" w:rsidR="00BA6E31" w:rsidRDefault="00BA6E31">
      <w:pPr>
        <w:spacing w:before="240" w:after="80"/>
        <w:rPr>
          <w:b/>
        </w:rPr>
      </w:pPr>
    </w:p>
    <w:p w14:paraId="2B1BAE35" w14:textId="77777777" w:rsidR="00BA6E31" w:rsidRDefault="00BA6E31">
      <w:pPr>
        <w:spacing w:before="240" w:after="80"/>
        <w:rPr>
          <w:b/>
        </w:rPr>
      </w:pPr>
    </w:p>
    <w:p w14:paraId="21706D36" w14:textId="77777777" w:rsidR="00BA6E31" w:rsidRDefault="00BA6E31">
      <w:pPr>
        <w:spacing w:before="240" w:after="80"/>
        <w:rPr>
          <w:b/>
        </w:rPr>
      </w:pPr>
    </w:p>
    <w:p w14:paraId="2138E7F2" w14:textId="77777777" w:rsidR="00BA6E31" w:rsidRDefault="00BA6E31">
      <w:pPr>
        <w:spacing w:before="240" w:after="80"/>
        <w:rPr>
          <w:b/>
        </w:rPr>
      </w:pPr>
    </w:p>
    <w:p w14:paraId="362EB54E" w14:textId="77777777" w:rsidR="00BA6E31" w:rsidRDefault="00BA6E31">
      <w:pPr>
        <w:spacing w:before="240" w:after="80"/>
        <w:rPr>
          <w:b/>
        </w:rPr>
      </w:pPr>
    </w:p>
    <w:p w14:paraId="632B6EE8" w14:textId="77777777" w:rsidR="00BA6E31" w:rsidRDefault="00BA6E31">
      <w:pPr>
        <w:spacing w:before="240" w:after="80"/>
        <w:rPr>
          <w:b/>
        </w:rPr>
      </w:pPr>
    </w:p>
    <w:p w14:paraId="44A78215" w14:textId="38F326FC" w:rsidR="007C0E3C" w:rsidRDefault="00000000">
      <w:pPr>
        <w:spacing w:before="240" w:after="80"/>
      </w:pPr>
      <w:r>
        <w:rPr>
          <w:b/>
        </w:rPr>
        <w:lastRenderedPageBreak/>
        <w:t>Table S</w:t>
      </w:r>
      <w:r w:rsidR="00BA6E31">
        <w:rPr>
          <w:b/>
        </w:rPr>
        <w:t>6</w:t>
      </w:r>
      <w:r>
        <w:rPr>
          <w:b/>
        </w:rPr>
        <w:t>.</w:t>
      </w:r>
      <w:r>
        <w:t xml:space="preserve"> Time-dependent Cox proportional hazard model in patients with metastatic cancer comparing each CDK4/6 inhibitor to those not on targeted therapy, including concomitant medication as a covariate. Outcomes: (a) any thrombosis, (b) venous thrombosis, (c) arterial thrombosis. Table presents hazard ratio, 95% confidence interval, and event rate as percent (number of events/number of observations). Significant p-values in bold.</w:t>
      </w:r>
    </w:p>
    <w:tbl>
      <w:tblPr>
        <w:tblStyle w:val="TableGrid"/>
        <w:tblW w:w="0" w:type="auto"/>
        <w:tblLook w:val="04A0" w:firstRow="1" w:lastRow="0" w:firstColumn="1" w:lastColumn="0" w:noHBand="0" w:noVBand="1"/>
      </w:tblPr>
      <w:tblGrid>
        <w:gridCol w:w="1560"/>
        <w:gridCol w:w="1560"/>
        <w:gridCol w:w="1560"/>
        <w:gridCol w:w="1560"/>
        <w:gridCol w:w="1560"/>
        <w:gridCol w:w="1560"/>
      </w:tblGrid>
      <w:tr w:rsidR="007C0E3C" w14:paraId="28DB73B7" w14:textId="77777777">
        <w:tc>
          <w:tcPr>
            <w:tcW w:w="1560" w:type="dxa"/>
          </w:tcPr>
          <w:p w14:paraId="69364095" w14:textId="77777777" w:rsidR="007C0E3C" w:rsidRDefault="00000000">
            <w:r>
              <w:rPr>
                <w:b/>
                <w:sz w:val="20"/>
              </w:rPr>
              <w:t>Characteristic</w:t>
            </w:r>
          </w:p>
        </w:tc>
        <w:tc>
          <w:tcPr>
            <w:tcW w:w="1560" w:type="dxa"/>
          </w:tcPr>
          <w:p w14:paraId="615895FA" w14:textId="77777777" w:rsidR="007C0E3C" w:rsidRDefault="00000000">
            <w:r>
              <w:rPr>
                <w:b/>
                <w:sz w:val="20"/>
              </w:rPr>
              <w:t>N</w:t>
            </w:r>
          </w:p>
        </w:tc>
        <w:tc>
          <w:tcPr>
            <w:tcW w:w="1560" w:type="dxa"/>
          </w:tcPr>
          <w:p w14:paraId="1E7E8FB5" w14:textId="77777777" w:rsidR="007C0E3C" w:rsidRDefault="00000000">
            <w:r>
              <w:rPr>
                <w:b/>
                <w:sz w:val="20"/>
              </w:rPr>
              <w:t>Event Rate</w:t>
            </w:r>
          </w:p>
        </w:tc>
        <w:tc>
          <w:tcPr>
            <w:tcW w:w="1560" w:type="dxa"/>
          </w:tcPr>
          <w:p w14:paraId="785BDE34" w14:textId="77777777" w:rsidR="007C0E3C" w:rsidRDefault="00000000">
            <w:r>
              <w:rPr>
                <w:b/>
                <w:sz w:val="20"/>
              </w:rPr>
              <w:t>HR</w:t>
            </w:r>
            <w:r>
              <w:rPr>
                <w:b/>
                <w:i/>
                <w:sz w:val="20"/>
                <w:vertAlign w:val="superscript"/>
              </w:rPr>
              <w:t>1</w:t>
            </w:r>
          </w:p>
        </w:tc>
        <w:tc>
          <w:tcPr>
            <w:tcW w:w="1560" w:type="dxa"/>
          </w:tcPr>
          <w:p w14:paraId="77686DB8" w14:textId="77777777" w:rsidR="007C0E3C" w:rsidRDefault="00000000">
            <w:r>
              <w:rPr>
                <w:b/>
                <w:sz w:val="20"/>
              </w:rPr>
              <w:t>95% CI</w:t>
            </w:r>
            <w:r>
              <w:rPr>
                <w:b/>
                <w:i/>
                <w:sz w:val="20"/>
                <w:vertAlign w:val="superscript"/>
              </w:rPr>
              <w:t>1</w:t>
            </w:r>
          </w:p>
        </w:tc>
        <w:tc>
          <w:tcPr>
            <w:tcW w:w="1560" w:type="dxa"/>
          </w:tcPr>
          <w:p w14:paraId="7C461D35" w14:textId="77777777" w:rsidR="007C0E3C" w:rsidRDefault="00000000">
            <w:r>
              <w:rPr>
                <w:b/>
                <w:sz w:val="20"/>
              </w:rPr>
              <w:t>p-value</w:t>
            </w:r>
          </w:p>
        </w:tc>
      </w:tr>
      <w:tr w:rsidR="007C0E3C" w14:paraId="551CB972" w14:textId="77777777">
        <w:tc>
          <w:tcPr>
            <w:tcW w:w="9360" w:type="dxa"/>
            <w:gridSpan w:val="6"/>
          </w:tcPr>
          <w:p w14:paraId="05F2F7E5" w14:textId="77777777" w:rsidR="007C0E3C" w:rsidRDefault="00000000">
            <w:r>
              <w:rPr>
                <w:b/>
                <w:sz w:val="20"/>
              </w:rPr>
              <w:t>a. Any thrombosis (venous or arterial). Patients = 1,623; observations = 1,785.</w:t>
            </w:r>
          </w:p>
        </w:tc>
      </w:tr>
      <w:tr w:rsidR="007C0E3C" w14:paraId="1A28EB19" w14:textId="77777777">
        <w:tc>
          <w:tcPr>
            <w:tcW w:w="1560" w:type="dxa"/>
          </w:tcPr>
          <w:p w14:paraId="4A033F87" w14:textId="77777777" w:rsidR="007C0E3C" w:rsidRDefault="00000000">
            <w:r>
              <w:rPr>
                <w:b/>
                <w:sz w:val="20"/>
              </w:rPr>
              <w:t>Targeted Therapy</w:t>
            </w:r>
          </w:p>
        </w:tc>
        <w:tc>
          <w:tcPr>
            <w:tcW w:w="1560" w:type="dxa"/>
          </w:tcPr>
          <w:p w14:paraId="79A8F435" w14:textId="77777777" w:rsidR="007C0E3C" w:rsidRDefault="007C0E3C"/>
        </w:tc>
        <w:tc>
          <w:tcPr>
            <w:tcW w:w="1560" w:type="dxa"/>
          </w:tcPr>
          <w:p w14:paraId="61AD911C" w14:textId="77777777" w:rsidR="007C0E3C" w:rsidRDefault="007C0E3C"/>
        </w:tc>
        <w:tc>
          <w:tcPr>
            <w:tcW w:w="1560" w:type="dxa"/>
          </w:tcPr>
          <w:p w14:paraId="5AA4C2C0" w14:textId="77777777" w:rsidR="007C0E3C" w:rsidRDefault="007C0E3C"/>
        </w:tc>
        <w:tc>
          <w:tcPr>
            <w:tcW w:w="1560" w:type="dxa"/>
          </w:tcPr>
          <w:p w14:paraId="7DD028F2" w14:textId="77777777" w:rsidR="007C0E3C" w:rsidRDefault="007C0E3C"/>
        </w:tc>
        <w:tc>
          <w:tcPr>
            <w:tcW w:w="1560" w:type="dxa"/>
          </w:tcPr>
          <w:p w14:paraId="35BFCD04" w14:textId="77777777" w:rsidR="007C0E3C" w:rsidRDefault="007C0E3C"/>
        </w:tc>
      </w:tr>
      <w:tr w:rsidR="007C0E3C" w14:paraId="17BBE5CB" w14:textId="77777777">
        <w:tc>
          <w:tcPr>
            <w:tcW w:w="1560" w:type="dxa"/>
          </w:tcPr>
          <w:p w14:paraId="2ECFCCFD" w14:textId="77777777" w:rsidR="007C0E3C" w:rsidRDefault="00000000">
            <w:r>
              <w:rPr>
                <w:sz w:val="20"/>
              </w:rPr>
              <w:t>    No Targeted Therapy</w:t>
            </w:r>
          </w:p>
        </w:tc>
        <w:tc>
          <w:tcPr>
            <w:tcW w:w="1560" w:type="dxa"/>
          </w:tcPr>
          <w:p w14:paraId="74F7D482" w14:textId="77777777" w:rsidR="007C0E3C" w:rsidRDefault="00000000">
            <w:r>
              <w:rPr>
                <w:sz w:val="20"/>
              </w:rPr>
              <w:t>1,684</w:t>
            </w:r>
          </w:p>
        </w:tc>
        <w:tc>
          <w:tcPr>
            <w:tcW w:w="1560" w:type="dxa"/>
          </w:tcPr>
          <w:p w14:paraId="62A06DD2" w14:textId="77777777" w:rsidR="007C0E3C" w:rsidRDefault="00000000">
            <w:r>
              <w:rPr>
                <w:sz w:val="20"/>
              </w:rPr>
              <w:t>195 (12%)</w:t>
            </w:r>
          </w:p>
        </w:tc>
        <w:tc>
          <w:tcPr>
            <w:tcW w:w="1560" w:type="dxa"/>
          </w:tcPr>
          <w:p w14:paraId="3FA1EF06" w14:textId="77777777" w:rsidR="007C0E3C" w:rsidRDefault="00000000">
            <w:r>
              <w:rPr>
                <w:sz w:val="20"/>
              </w:rPr>
              <w:t>—</w:t>
            </w:r>
          </w:p>
        </w:tc>
        <w:tc>
          <w:tcPr>
            <w:tcW w:w="1560" w:type="dxa"/>
          </w:tcPr>
          <w:p w14:paraId="425B9BEF" w14:textId="77777777" w:rsidR="007C0E3C" w:rsidRDefault="00000000">
            <w:r>
              <w:rPr>
                <w:sz w:val="20"/>
              </w:rPr>
              <w:t>—</w:t>
            </w:r>
          </w:p>
        </w:tc>
        <w:tc>
          <w:tcPr>
            <w:tcW w:w="1560" w:type="dxa"/>
          </w:tcPr>
          <w:p w14:paraId="4F7A0919" w14:textId="77777777" w:rsidR="007C0E3C" w:rsidRDefault="007C0E3C"/>
        </w:tc>
      </w:tr>
      <w:tr w:rsidR="007C0E3C" w14:paraId="514322B1" w14:textId="77777777">
        <w:tc>
          <w:tcPr>
            <w:tcW w:w="1560" w:type="dxa"/>
          </w:tcPr>
          <w:p w14:paraId="1E6B4AD4" w14:textId="77777777" w:rsidR="007C0E3C" w:rsidRDefault="00000000">
            <w:r>
              <w:rPr>
                <w:sz w:val="20"/>
              </w:rPr>
              <w:t>    Palbociclib</w:t>
            </w:r>
          </w:p>
        </w:tc>
        <w:tc>
          <w:tcPr>
            <w:tcW w:w="1560" w:type="dxa"/>
          </w:tcPr>
          <w:p w14:paraId="152275B1" w14:textId="77777777" w:rsidR="007C0E3C" w:rsidRDefault="00000000">
            <w:r>
              <w:rPr>
                <w:sz w:val="20"/>
              </w:rPr>
              <w:t>77</w:t>
            </w:r>
          </w:p>
        </w:tc>
        <w:tc>
          <w:tcPr>
            <w:tcW w:w="1560" w:type="dxa"/>
          </w:tcPr>
          <w:p w14:paraId="6609D67F" w14:textId="77777777" w:rsidR="007C0E3C" w:rsidRDefault="00000000">
            <w:r>
              <w:rPr>
                <w:sz w:val="20"/>
              </w:rPr>
              <w:t>3 (3.9%)</w:t>
            </w:r>
          </w:p>
        </w:tc>
        <w:tc>
          <w:tcPr>
            <w:tcW w:w="1560" w:type="dxa"/>
          </w:tcPr>
          <w:p w14:paraId="2276C61E" w14:textId="77777777" w:rsidR="007C0E3C" w:rsidRDefault="00000000">
            <w:r>
              <w:rPr>
                <w:sz w:val="20"/>
              </w:rPr>
              <w:t>0.51</w:t>
            </w:r>
          </w:p>
        </w:tc>
        <w:tc>
          <w:tcPr>
            <w:tcW w:w="1560" w:type="dxa"/>
          </w:tcPr>
          <w:p w14:paraId="419B29AA" w14:textId="77777777" w:rsidR="007C0E3C" w:rsidRDefault="00000000">
            <w:r>
              <w:rPr>
                <w:sz w:val="20"/>
              </w:rPr>
              <w:t>0.16, 1.68</w:t>
            </w:r>
          </w:p>
        </w:tc>
        <w:tc>
          <w:tcPr>
            <w:tcW w:w="1560" w:type="dxa"/>
          </w:tcPr>
          <w:p w14:paraId="789A4482" w14:textId="77777777" w:rsidR="007C0E3C" w:rsidRDefault="00000000">
            <w:r>
              <w:rPr>
                <w:sz w:val="20"/>
              </w:rPr>
              <w:t>0.270</w:t>
            </w:r>
          </w:p>
        </w:tc>
      </w:tr>
      <w:tr w:rsidR="007C0E3C" w14:paraId="37C1EEA8" w14:textId="77777777">
        <w:tc>
          <w:tcPr>
            <w:tcW w:w="1560" w:type="dxa"/>
          </w:tcPr>
          <w:p w14:paraId="1796B6B2" w14:textId="77777777" w:rsidR="007C0E3C" w:rsidRDefault="00000000">
            <w:r>
              <w:rPr>
                <w:sz w:val="20"/>
              </w:rPr>
              <w:t>    Abemaciclib</w:t>
            </w:r>
          </w:p>
        </w:tc>
        <w:tc>
          <w:tcPr>
            <w:tcW w:w="1560" w:type="dxa"/>
          </w:tcPr>
          <w:p w14:paraId="0BEB8EB4" w14:textId="77777777" w:rsidR="007C0E3C" w:rsidRDefault="00000000">
            <w:r>
              <w:rPr>
                <w:sz w:val="20"/>
              </w:rPr>
              <w:t>24</w:t>
            </w:r>
          </w:p>
        </w:tc>
        <w:tc>
          <w:tcPr>
            <w:tcW w:w="1560" w:type="dxa"/>
          </w:tcPr>
          <w:p w14:paraId="66CE402B" w14:textId="77777777" w:rsidR="007C0E3C" w:rsidRDefault="00000000">
            <w:r>
              <w:rPr>
                <w:sz w:val="20"/>
              </w:rPr>
              <w:t>3 (13%)</w:t>
            </w:r>
          </w:p>
        </w:tc>
        <w:tc>
          <w:tcPr>
            <w:tcW w:w="1560" w:type="dxa"/>
          </w:tcPr>
          <w:p w14:paraId="118094FB" w14:textId="77777777" w:rsidR="007C0E3C" w:rsidRDefault="00000000">
            <w:r>
              <w:rPr>
                <w:sz w:val="20"/>
              </w:rPr>
              <w:t>1.20</w:t>
            </w:r>
          </w:p>
        </w:tc>
        <w:tc>
          <w:tcPr>
            <w:tcW w:w="1560" w:type="dxa"/>
          </w:tcPr>
          <w:p w14:paraId="0CE00F1E" w14:textId="77777777" w:rsidR="007C0E3C" w:rsidRDefault="00000000">
            <w:r>
              <w:rPr>
                <w:sz w:val="20"/>
              </w:rPr>
              <w:t>0.44, 3.31</w:t>
            </w:r>
          </w:p>
        </w:tc>
        <w:tc>
          <w:tcPr>
            <w:tcW w:w="1560" w:type="dxa"/>
          </w:tcPr>
          <w:p w14:paraId="0AB0B2A4" w14:textId="77777777" w:rsidR="007C0E3C" w:rsidRDefault="00000000">
            <w:r>
              <w:rPr>
                <w:sz w:val="20"/>
              </w:rPr>
              <w:t>0.718</w:t>
            </w:r>
          </w:p>
        </w:tc>
      </w:tr>
      <w:tr w:rsidR="007C0E3C" w14:paraId="2946A804" w14:textId="77777777">
        <w:tc>
          <w:tcPr>
            <w:tcW w:w="1560" w:type="dxa"/>
          </w:tcPr>
          <w:p w14:paraId="25ED7BE6" w14:textId="77777777" w:rsidR="007C0E3C" w:rsidRDefault="00000000">
            <w:r>
              <w:rPr>
                <w:b/>
                <w:sz w:val="20"/>
              </w:rPr>
              <w:t>Nicotine dependence</w:t>
            </w:r>
          </w:p>
        </w:tc>
        <w:tc>
          <w:tcPr>
            <w:tcW w:w="1560" w:type="dxa"/>
          </w:tcPr>
          <w:p w14:paraId="22B6EA5E" w14:textId="77777777" w:rsidR="007C0E3C" w:rsidRDefault="007C0E3C"/>
        </w:tc>
        <w:tc>
          <w:tcPr>
            <w:tcW w:w="1560" w:type="dxa"/>
          </w:tcPr>
          <w:p w14:paraId="5E49DA62" w14:textId="77777777" w:rsidR="007C0E3C" w:rsidRDefault="007C0E3C"/>
        </w:tc>
        <w:tc>
          <w:tcPr>
            <w:tcW w:w="1560" w:type="dxa"/>
          </w:tcPr>
          <w:p w14:paraId="524BD152" w14:textId="77777777" w:rsidR="007C0E3C" w:rsidRDefault="007C0E3C"/>
        </w:tc>
        <w:tc>
          <w:tcPr>
            <w:tcW w:w="1560" w:type="dxa"/>
          </w:tcPr>
          <w:p w14:paraId="41AA09F6" w14:textId="77777777" w:rsidR="007C0E3C" w:rsidRDefault="007C0E3C"/>
        </w:tc>
        <w:tc>
          <w:tcPr>
            <w:tcW w:w="1560" w:type="dxa"/>
          </w:tcPr>
          <w:p w14:paraId="334CEDAC" w14:textId="77777777" w:rsidR="007C0E3C" w:rsidRDefault="007C0E3C"/>
        </w:tc>
      </w:tr>
      <w:tr w:rsidR="007C0E3C" w14:paraId="4948F4FA" w14:textId="77777777">
        <w:tc>
          <w:tcPr>
            <w:tcW w:w="1560" w:type="dxa"/>
          </w:tcPr>
          <w:p w14:paraId="16A874B4" w14:textId="77777777" w:rsidR="007C0E3C" w:rsidRDefault="00000000">
            <w:r>
              <w:rPr>
                <w:sz w:val="20"/>
              </w:rPr>
              <w:t>    No</w:t>
            </w:r>
          </w:p>
        </w:tc>
        <w:tc>
          <w:tcPr>
            <w:tcW w:w="1560" w:type="dxa"/>
          </w:tcPr>
          <w:p w14:paraId="5791C94C" w14:textId="77777777" w:rsidR="007C0E3C" w:rsidRDefault="00000000">
            <w:r>
              <w:rPr>
                <w:sz w:val="20"/>
              </w:rPr>
              <w:t>1,544</w:t>
            </w:r>
          </w:p>
        </w:tc>
        <w:tc>
          <w:tcPr>
            <w:tcW w:w="1560" w:type="dxa"/>
          </w:tcPr>
          <w:p w14:paraId="0EE45363" w14:textId="77777777" w:rsidR="007C0E3C" w:rsidRDefault="00000000">
            <w:r>
              <w:rPr>
                <w:sz w:val="20"/>
              </w:rPr>
              <w:t>164 (11%)</w:t>
            </w:r>
          </w:p>
        </w:tc>
        <w:tc>
          <w:tcPr>
            <w:tcW w:w="1560" w:type="dxa"/>
          </w:tcPr>
          <w:p w14:paraId="685FAA38" w14:textId="77777777" w:rsidR="007C0E3C" w:rsidRDefault="00000000">
            <w:r>
              <w:rPr>
                <w:sz w:val="20"/>
              </w:rPr>
              <w:t>—</w:t>
            </w:r>
          </w:p>
        </w:tc>
        <w:tc>
          <w:tcPr>
            <w:tcW w:w="1560" w:type="dxa"/>
          </w:tcPr>
          <w:p w14:paraId="39121B75" w14:textId="77777777" w:rsidR="007C0E3C" w:rsidRDefault="00000000">
            <w:r>
              <w:rPr>
                <w:sz w:val="20"/>
              </w:rPr>
              <w:t>—</w:t>
            </w:r>
          </w:p>
        </w:tc>
        <w:tc>
          <w:tcPr>
            <w:tcW w:w="1560" w:type="dxa"/>
          </w:tcPr>
          <w:p w14:paraId="06B42DAD" w14:textId="77777777" w:rsidR="007C0E3C" w:rsidRDefault="007C0E3C"/>
        </w:tc>
      </w:tr>
      <w:tr w:rsidR="007C0E3C" w14:paraId="43195A83" w14:textId="77777777">
        <w:tc>
          <w:tcPr>
            <w:tcW w:w="1560" w:type="dxa"/>
          </w:tcPr>
          <w:p w14:paraId="0EEAFE54" w14:textId="77777777" w:rsidR="007C0E3C" w:rsidRDefault="00000000">
            <w:r>
              <w:rPr>
                <w:sz w:val="20"/>
              </w:rPr>
              <w:t>    Yes</w:t>
            </w:r>
          </w:p>
        </w:tc>
        <w:tc>
          <w:tcPr>
            <w:tcW w:w="1560" w:type="dxa"/>
          </w:tcPr>
          <w:p w14:paraId="682B9862" w14:textId="77777777" w:rsidR="007C0E3C" w:rsidRDefault="00000000">
            <w:r>
              <w:rPr>
                <w:sz w:val="20"/>
              </w:rPr>
              <w:t>241</w:t>
            </w:r>
          </w:p>
        </w:tc>
        <w:tc>
          <w:tcPr>
            <w:tcW w:w="1560" w:type="dxa"/>
          </w:tcPr>
          <w:p w14:paraId="6B81C675" w14:textId="77777777" w:rsidR="007C0E3C" w:rsidRDefault="00000000">
            <w:r>
              <w:rPr>
                <w:sz w:val="20"/>
              </w:rPr>
              <w:t>37 (15%)</w:t>
            </w:r>
          </w:p>
        </w:tc>
        <w:tc>
          <w:tcPr>
            <w:tcW w:w="1560" w:type="dxa"/>
          </w:tcPr>
          <w:p w14:paraId="6CA7750E" w14:textId="77777777" w:rsidR="007C0E3C" w:rsidRDefault="00000000">
            <w:r>
              <w:rPr>
                <w:sz w:val="20"/>
              </w:rPr>
              <w:t>1.46</w:t>
            </w:r>
          </w:p>
        </w:tc>
        <w:tc>
          <w:tcPr>
            <w:tcW w:w="1560" w:type="dxa"/>
          </w:tcPr>
          <w:p w14:paraId="6F429258" w14:textId="77777777" w:rsidR="007C0E3C" w:rsidRDefault="00000000">
            <w:r>
              <w:rPr>
                <w:sz w:val="20"/>
              </w:rPr>
              <w:t>1.02, 2.08</w:t>
            </w:r>
          </w:p>
        </w:tc>
        <w:tc>
          <w:tcPr>
            <w:tcW w:w="1560" w:type="dxa"/>
          </w:tcPr>
          <w:p w14:paraId="67F52856" w14:textId="77777777" w:rsidR="007C0E3C" w:rsidRDefault="00000000">
            <w:r>
              <w:rPr>
                <w:b/>
                <w:sz w:val="20"/>
              </w:rPr>
              <w:t>0.039</w:t>
            </w:r>
          </w:p>
        </w:tc>
      </w:tr>
      <w:tr w:rsidR="007C0E3C" w14:paraId="589DED07" w14:textId="77777777">
        <w:tc>
          <w:tcPr>
            <w:tcW w:w="1560" w:type="dxa"/>
          </w:tcPr>
          <w:p w14:paraId="3EB22350" w14:textId="77777777" w:rsidR="007C0E3C" w:rsidRDefault="00000000">
            <w:r>
              <w:rPr>
                <w:b/>
                <w:sz w:val="20"/>
              </w:rPr>
              <w:t>Malignant neoplasm of brain</w:t>
            </w:r>
          </w:p>
        </w:tc>
        <w:tc>
          <w:tcPr>
            <w:tcW w:w="1560" w:type="dxa"/>
          </w:tcPr>
          <w:p w14:paraId="53019817" w14:textId="77777777" w:rsidR="007C0E3C" w:rsidRDefault="007C0E3C"/>
        </w:tc>
        <w:tc>
          <w:tcPr>
            <w:tcW w:w="1560" w:type="dxa"/>
          </w:tcPr>
          <w:p w14:paraId="7F3496FF" w14:textId="77777777" w:rsidR="007C0E3C" w:rsidRDefault="007C0E3C"/>
        </w:tc>
        <w:tc>
          <w:tcPr>
            <w:tcW w:w="1560" w:type="dxa"/>
          </w:tcPr>
          <w:p w14:paraId="1F91C361" w14:textId="77777777" w:rsidR="007C0E3C" w:rsidRDefault="007C0E3C"/>
        </w:tc>
        <w:tc>
          <w:tcPr>
            <w:tcW w:w="1560" w:type="dxa"/>
          </w:tcPr>
          <w:p w14:paraId="360114C4" w14:textId="77777777" w:rsidR="007C0E3C" w:rsidRDefault="007C0E3C"/>
        </w:tc>
        <w:tc>
          <w:tcPr>
            <w:tcW w:w="1560" w:type="dxa"/>
          </w:tcPr>
          <w:p w14:paraId="62866357" w14:textId="77777777" w:rsidR="007C0E3C" w:rsidRDefault="007C0E3C"/>
        </w:tc>
      </w:tr>
      <w:tr w:rsidR="007C0E3C" w14:paraId="75C23593" w14:textId="77777777">
        <w:tc>
          <w:tcPr>
            <w:tcW w:w="1560" w:type="dxa"/>
          </w:tcPr>
          <w:p w14:paraId="3D9AF903" w14:textId="77777777" w:rsidR="007C0E3C" w:rsidRDefault="00000000">
            <w:r>
              <w:rPr>
                <w:sz w:val="20"/>
              </w:rPr>
              <w:t>    No</w:t>
            </w:r>
          </w:p>
        </w:tc>
        <w:tc>
          <w:tcPr>
            <w:tcW w:w="1560" w:type="dxa"/>
          </w:tcPr>
          <w:p w14:paraId="7D4FCF43" w14:textId="77777777" w:rsidR="007C0E3C" w:rsidRDefault="00000000">
            <w:r>
              <w:rPr>
                <w:sz w:val="20"/>
              </w:rPr>
              <w:t>1,494</w:t>
            </w:r>
          </w:p>
        </w:tc>
        <w:tc>
          <w:tcPr>
            <w:tcW w:w="1560" w:type="dxa"/>
          </w:tcPr>
          <w:p w14:paraId="79CF421C" w14:textId="77777777" w:rsidR="007C0E3C" w:rsidRDefault="00000000">
            <w:r>
              <w:rPr>
                <w:sz w:val="20"/>
              </w:rPr>
              <w:t>164 (11%)</w:t>
            </w:r>
          </w:p>
        </w:tc>
        <w:tc>
          <w:tcPr>
            <w:tcW w:w="1560" w:type="dxa"/>
          </w:tcPr>
          <w:p w14:paraId="1F282748" w14:textId="77777777" w:rsidR="007C0E3C" w:rsidRDefault="00000000">
            <w:r>
              <w:rPr>
                <w:sz w:val="20"/>
              </w:rPr>
              <w:t>—</w:t>
            </w:r>
          </w:p>
        </w:tc>
        <w:tc>
          <w:tcPr>
            <w:tcW w:w="1560" w:type="dxa"/>
          </w:tcPr>
          <w:p w14:paraId="6277B96A" w14:textId="77777777" w:rsidR="007C0E3C" w:rsidRDefault="00000000">
            <w:r>
              <w:rPr>
                <w:sz w:val="20"/>
              </w:rPr>
              <w:t>—</w:t>
            </w:r>
          </w:p>
        </w:tc>
        <w:tc>
          <w:tcPr>
            <w:tcW w:w="1560" w:type="dxa"/>
          </w:tcPr>
          <w:p w14:paraId="2611038E" w14:textId="77777777" w:rsidR="007C0E3C" w:rsidRDefault="007C0E3C"/>
        </w:tc>
      </w:tr>
      <w:tr w:rsidR="007C0E3C" w14:paraId="67BB3028" w14:textId="77777777">
        <w:tc>
          <w:tcPr>
            <w:tcW w:w="1560" w:type="dxa"/>
          </w:tcPr>
          <w:p w14:paraId="368E442F" w14:textId="77777777" w:rsidR="007C0E3C" w:rsidRDefault="00000000">
            <w:r>
              <w:rPr>
                <w:sz w:val="20"/>
              </w:rPr>
              <w:t>    Yes</w:t>
            </w:r>
          </w:p>
        </w:tc>
        <w:tc>
          <w:tcPr>
            <w:tcW w:w="1560" w:type="dxa"/>
          </w:tcPr>
          <w:p w14:paraId="0ADA9B9D" w14:textId="77777777" w:rsidR="007C0E3C" w:rsidRDefault="00000000">
            <w:r>
              <w:rPr>
                <w:sz w:val="20"/>
              </w:rPr>
              <w:t>291</w:t>
            </w:r>
          </w:p>
        </w:tc>
        <w:tc>
          <w:tcPr>
            <w:tcW w:w="1560" w:type="dxa"/>
          </w:tcPr>
          <w:p w14:paraId="7F909605" w14:textId="77777777" w:rsidR="007C0E3C" w:rsidRDefault="00000000">
            <w:r>
              <w:rPr>
                <w:sz w:val="20"/>
              </w:rPr>
              <w:t>37 (13%)</w:t>
            </w:r>
          </w:p>
        </w:tc>
        <w:tc>
          <w:tcPr>
            <w:tcW w:w="1560" w:type="dxa"/>
          </w:tcPr>
          <w:p w14:paraId="68D842A9" w14:textId="77777777" w:rsidR="007C0E3C" w:rsidRDefault="00000000">
            <w:r>
              <w:rPr>
                <w:sz w:val="20"/>
              </w:rPr>
              <w:t>1.56</w:t>
            </w:r>
          </w:p>
        </w:tc>
        <w:tc>
          <w:tcPr>
            <w:tcW w:w="1560" w:type="dxa"/>
          </w:tcPr>
          <w:p w14:paraId="4B824F8B" w14:textId="77777777" w:rsidR="007C0E3C" w:rsidRDefault="00000000">
            <w:r>
              <w:rPr>
                <w:sz w:val="20"/>
              </w:rPr>
              <w:t>1.07, 2.26</w:t>
            </w:r>
          </w:p>
        </w:tc>
        <w:tc>
          <w:tcPr>
            <w:tcW w:w="1560" w:type="dxa"/>
          </w:tcPr>
          <w:p w14:paraId="613274E4" w14:textId="77777777" w:rsidR="007C0E3C" w:rsidRDefault="00000000">
            <w:r>
              <w:rPr>
                <w:b/>
                <w:sz w:val="20"/>
              </w:rPr>
              <w:t>0.020</w:t>
            </w:r>
          </w:p>
        </w:tc>
      </w:tr>
      <w:tr w:rsidR="007C0E3C" w14:paraId="2876D4BF" w14:textId="77777777">
        <w:tc>
          <w:tcPr>
            <w:tcW w:w="1560" w:type="dxa"/>
          </w:tcPr>
          <w:p w14:paraId="13336CDD" w14:textId="77777777" w:rsidR="007C0E3C" w:rsidRDefault="00000000">
            <w:r>
              <w:rPr>
                <w:b/>
                <w:sz w:val="20"/>
              </w:rPr>
              <w:t>Age at breast cancer diagnosis</w:t>
            </w:r>
          </w:p>
        </w:tc>
        <w:tc>
          <w:tcPr>
            <w:tcW w:w="1560" w:type="dxa"/>
          </w:tcPr>
          <w:p w14:paraId="36E41734" w14:textId="77777777" w:rsidR="007C0E3C" w:rsidRDefault="00000000">
            <w:r>
              <w:rPr>
                <w:sz w:val="20"/>
              </w:rPr>
              <w:t>1,785</w:t>
            </w:r>
          </w:p>
        </w:tc>
        <w:tc>
          <w:tcPr>
            <w:tcW w:w="1560" w:type="dxa"/>
          </w:tcPr>
          <w:p w14:paraId="675AF337" w14:textId="77777777" w:rsidR="007C0E3C" w:rsidRDefault="007C0E3C"/>
        </w:tc>
        <w:tc>
          <w:tcPr>
            <w:tcW w:w="1560" w:type="dxa"/>
          </w:tcPr>
          <w:p w14:paraId="27317034" w14:textId="77777777" w:rsidR="007C0E3C" w:rsidRDefault="00000000">
            <w:r>
              <w:rPr>
                <w:sz w:val="20"/>
              </w:rPr>
              <w:t>1.07</w:t>
            </w:r>
          </w:p>
        </w:tc>
        <w:tc>
          <w:tcPr>
            <w:tcW w:w="1560" w:type="dxa"/>
          </w:tcPr>
          <w:p w14:paraId="2EAA51F5" w14:textId="77777777" w:rsidR="007C0E3C" w:rsidRDefault="00000000">
            <w:r>
              <w:rPr>
                <w:sz w:val="20"/>
              </w:rPr>
              <w:t>1.05, 1.09</w:t>
            </w:r>
          </w:p>
        </w:tc>
        <w:tc>
          <w:tcPr>
            <w:tcW w:w="1560" w:type="dxa"/>
          </w:tcPr>
          <w:p w14:paraId="57170064" w14:textId="77777777" w:rsidR="007C0E3C" w:rsidRDefault="00000000">
            <w:r>
              <w:rPr>
                <w:b/>
                <w:sz w:val="20"/>
              </w:rPr>
              <w:t>&lt;0.001</w:t>
            </w:r>
          </w:p>
        </w:tc>
      </w:tr>
      <w:tr w:rsidR="007C0E3C" w14:paraId="3E1D2E65" w14:textId="77777777">
        <w:tc>
          <w:tcPr>
            <w:tcW w:w="1560" w:type="dxa"/>
          </w:tcPr>
          <w:p w14:paraId="71CC63BF" w14:textId="77777777" w:rsidR="007C0E3C" w:rsidRDefault="00000000">
            <w:r>
              <w:rPr>
                <w:b/>
                <w:sz w:val="20"/>
              </w:rPr>
              <w:t>BMI</w:t>
            </w:r>
          </w:p>
        </w:tc>
        <w:tc>
          <w:tcPr>
            <w:tcW w:w="1560" w:type="dxa"/>
          </w:tcPr>
          <w:p w14:paraId="491B97B6" w14:textId="77777777" w:rsidR="007C0E3C" w:rsidRDefault="00000000">
            <w:r>
              <w:rPr>
                <w:sz w:val="20"/>
              </w:rPr>
              <w:t>1,785</w:t>
            </w:r>
          </w:p>
        </w:tc>
        <w:tc>
          <w:tcPr>
            <w:tcW w:w="1560" w:type="dxa"/>
          </w:tcPr>
          <w:p w14:paraId="42980E96" w14:textId="77777777" w:rsidR="007C0E3C" w:rsidRDefault="007C0E3C"/>
        </w:tc>
        <w:tc>
          <w:tcPr>
            <w:tcW w:w="1560" w:type="dxa"/>
          </w:tcPr>
          <w:p w14:paraId="5E7478CA" w14:textId="77777777" w:rsidR="007C0E3C" w:rsidRDefault="00000000">
            <w:r>
              <w:rPr>
                <w:sz w:val="20"/>
              </w:rPr>
              <w:t>1.01</w:t>
            </w:r>
          </w:p>
        </w:tc>
        <w:tc>
          <w:tcPr>
            <w:tcW w:w="1560" w:type="dxa"/>
          </w:tcPr>
          <w:p w14:paraId="354AD798" w14:textId="77777777" w:rsidR="007C0E3C" w:rsidRDefault="00000000">
            <w:r>
              <w:rPr>
                <w:sz w:val="20"/>
              </w:rPr>
              <w:t>0.99, 1.03</w:t>
            </w:r>
          </w:p>
        </w:tc>
        <w:tc>
          <w:tcPr>
            <w:tcW w:w="1560" w:type="dxa"/>
          </w:tcPr>
          <w:p w14:paraId="133D9F83" w14:textId="77777777" w:rsidR="007C0E3C" w:rsidRDefault="00000000">
            <w:r>
              <w:rPr>
                <w:sz w:val="20"/>
              </w:rPr>
              <w:t>0.396</w:t>
            </w:r>
          </w:p>
        </w:tc>
      </w:tr>
      <w:tr w:rsidR="007C0E3C" w14:paraId="071B9FEA" w14:textId="77777777">
        <w:tc>
          <w:tcPr>
            <w:tcW w:w="1560" w:type="dxa"/>
          </w:tcPr>
          <w:p w14:paraId="0089AF50" w14:textId="77777777" w:rsidR="007C0E3C" w:rsidRDefault="00000000">
            <w:r>
              <w:rPr>
                <w:b/>
                <w:sz w:val="20"/>
              </w:rPr>
              <w:t>Concomitant medication</w:t>
            </w:r>
          </w:p>
        </w:tc>
        <w:tc>
          <w:tcPr>
            <w:tcW w:w="1560" w:type="dxa"/>
          </w:tcPr>
          <w:p w14:paraId="3D1742A4" w14:textId="77777777" w:rsidR="007C0E3C" w:rsidRDefault="007C0E3C"/>
        </w:tc>
        <w:tc>
          <w:tcPr>
            <w:tcW w:w="1560" w:type="dxa"/>
          </w:tcPr>
          <w:p w14:paraId="4064585C" w14:textId="77777777" w:rsidR="007C0E3C" w:rsidRDefault="007C0E3C"/>
        </w:tc>
        <w:tc>
          <w:tcPr>
            <w:tcW w:w="1560" w:type="dxa"/>
          </w:tcPr>
          <w:p w14:paraId="649E8B00" w14:textId="77777777" w:rsidR="007C0E3C" w:rsidRDefault="007C0E3C"/>
        </w:tc>
        <w:tc>
          <w:tcPr>
            <w:tcW w:w="1560" w:type="dxa"/>
          </w:tcPr>
          <w:p w14:paraId="31476714" w14:textId="77777777" w:rsidR="007C0E3C" w:rsidRDefault="007C0E3C"/>
        </w:tc>
        <w:tc>
          <w:tcPr>
            <w:tcW w:w="1560" w:type="dxa"/>
          </w:tcPr>
          <w:p w14:paraId="1B4A2935" w14:textId="77777777" w:rsidR="007C0E3C" w:rsidRDefault="007C0E3C"/>
        </w:tc>
      </w:tr>
      <w:tr w:rsidR="007C0E3C" w14:paraId="09532010" w14:textId="77777777">
        <w:tc>
          <w:tcPr>
            <w:tcW w:w="1560" w:type="dxa"/>
          </w:tcPr>
          <w:p w14:paraId="49D27653" w14:textId="77777777" w:rsidR="007C0E3C" w:rsidRDefault="00000000">
            <w:r>
              <w:rPr>
                <w:sz w:val="20"/>
              </w:rPr>
              <w:t>    No</w:t>
            </w:r>
          </w:p>
        </w:tc>
        <w:tc>
          <w:tcPr>
            <w:tcW w:w="1560" w:type="dxa"/>
          </w:tcPr>
          <w:p w14:paraId="2A122F56" w14:textId="77777777" w:rsidR="007C0E3C" w:rsidRDefault="00000000">
            <w:r>
              <w:rPr>
                <w:sz w:val="20"/>
              </w:rPr>
              <w:t>1,246</w:t>
            </w:r>
          </w:p>
        </w:tc>
        <w:tc>
          <w:tcPr>
            <w:tcW w:w="1560" w:type="dxa"/>
          </w:tcPr>
          <w:p w14:paraId="16AEC046" w14:textId="77777777" w:rsidR="007C0E3C" w:rsidRDefault="00000000">
            <w:r>
              <w:rPr>
                <w:sz w:val="20"/>
              </w:rPr>
              <w:t>129 (10%)</w:t>
            </w:r>
          </w:p>
        </w:tc>
        <w:tc>
          <w:tcPr>
            <w:tcW w:w="1560" w:type="dxa"/>
          </w:tcPr>
          <w:p w14:paraId="49130297" w14:textId="77777777" w:rsidR="007C0E3C" w:rsidRDefault="00000000">
            <w:r>
              <w:rPr>
                <w:sz w:val="20"/>
              </w:rPr>
              <w:t>—</w:t>
            </w:r>
          </w:p>
        </w:tc>
        <w:tc>
          <w:tcPr>
            <w:tcW w:w="1560" w:type="dxa"/>
          </w:tcPr>
          <w:p w14:paraId="7957276E" w14:textId="77777777" w:rsidR="007C0E3C" w:rsidRDefault="00000000">
            <w:r>
              <w:rPr>
                <w:sz w:val="20"/>
              </w:rPr>
              <w:t>—</w:t>
            </w:r>
          </w:p>
        </w:tc>
        <w:tc>
          <w:tcPr>
            <w:tcW w:w="1560" w:type="dxa"/>
          </w:tcPr>
          <w:p w14:paraId="1F90993B" w14:textId="77777777" w:rsidR="007C0E3C" w:rsidRDefault="007C0E3C"/>
        </w:tc>
      </w:tr>
      <w:tr w:rsidR="007C0E3C" w14:paraId="203A0C71" w14:textId="77777777">
        <w:tc>
          <w:tcPr>
            <w:tcW w:w="1560" w:type="dxa"/>
          </w:tcPr>
          <w:p w14:paraId="5501BF0F" w14:textId="77777777" w:rsidR="007C0E3C" w:rsidRDefault="00000000">
            <w:r>
              <w:rPr>
                <w:sz w:val="20"/>
              </w:rPr>
              <w:t>    Yes</w:t>
            </w:r>
          </w:p>
        </w:tc>
        <w:tc>
          <w:tcPr>
            <w:tcW w:w="1560" w:type="dxa"/>
          </w:tcPr>
          <w:p w14:paraId="3F0B7399" w14:textId="77777777" w:rsidR="007C0E3C" w:rsidRDefault="00000000">
            <w:r>
              <w:rPr>
                <w:sz w:val="20"/>
              </w:rPr>
              <w:t>539</w:t>
            </w:r>
          </w:p>
        </w:tc>
        <w:tc>
          <w:tcPr>
            <w:tcW w:w="1560" w:type="dxa"/>
          </w:tcPr>
          <w:p w14:paraId="355E838F" w14:textId="77777777" w:rsidR="007C0E3C" w:rsidRDefault="00000000">
            <w:r>
              <w:rPr>
                <w:sz w:val="20"/>
              </w:rPr>
              <w:t>72 (13%)</w:t>
            </w:r>
          </w:p>
        </w:tc>
        <w:tc>
          <w:tcPr>
            <w:tcW w:w="1560" w:type="dxa"/>
          </w:tcPr>
          <w:p w14:paraId="05E9C9AA" w14:textId="77777777" w:rsidR="007C0E3C" w:rsidRDefault="00000000">
            <w:r>
              <w:rPr>
                <w:sz w:val="20"/>
              </w:rPr>
              <w:t>1.13</w:t>
            </w:r>
          </w:p>
        </w:tc>
        <w:tc>
          <w:tcPr>
            <w:tcW w:w="1560" w:type="dxa"/>
          </w:tcPr>
          <w:p w14:paraId="74EA2186" w14:textId="77777777" w:rsidR="007C0E3C" w:rsidRDefault="00000000">
            <w:r>
              <w:rPr>
                <w:sz w:val="20"/>
              </w:rPr>
              <w:t>0.84, 1.51</w:t>
            </w:r>
          </w:p>
        </w:tc>
        <w:tc>
          <w:tcPr>
            <w:tcW w:w="1560" w:type="dxa"/>
          </w:tcPr>
          <w:p w14:paraId="5514F64F" w14:textId="77777777" w:rsidR="007C0E3C" w:rsidRDefault="00000000">
            <w:r>
              <w:rPr>
                <w:sz w:val="20"/>
              </w:rPr>
              <w:t>0.416</w:t>
            </w:r>
          </w:p>
        </w:tc>
      </w:tr>
      <w:tr w:rsidR="007C0E3C" w14:paraId="7B684449" w14:textId="77777777">
        <w:tc>
          <w:tcPr>
            <w:tcW w:w="9360" w:type="dxa"/>
            <w:gridSpan w:val="6"/>
          </w:tcPr>
          <w:p w14:paraId="6DFC196C" w14:textId="77777777" w:rsidR="007C0E3C" w:rsidRDefault="00000000">
            <w:r>
              <w:rPr>
                <w:b/>
                <w:sz w:val="20"/>
              </w:rPr>
              <w:t>b. Venous thrombosis. Patients = 1,533; observations = 1,685.</w:t>
            </w:r>
          </w:p>
        </w:tc>
      </w:tr>
      <w:tr w:rsidR="007C0E3C" w14:paraId="7BF803CE" w14:textId="77777777">
        <w:tc>
          <w:tcPr>
            <w:tcW w:w="1560" w:type="dxa"/>
          </w:tcPr>
          <w:p w14:paraId="6A108EB1" w14:textId="77777777" w:rsidR="007C0E3C" w:rsidRDefault="00000000">
            <w:r>
              <w:rPr>
                <w:b/>
                <w:sz w:val="20"/>
              </w:rPr>
              <w:t>Targeted Therapy</w:t>
            </w:r>
          </w:p>
        </w:tc>
        <w:tc>
          <w:tcPr>
            <w:tcW w:w="1560" w:type="dxa"/>
          </w:tcPr>
          <w:p w14:paraId="183F04FA" w14:textId="77777777" w:rsidR="007C0E3C" w:rsidRDefault="007C0E3C"/>
        </w:tc>
        <w:tc>
          <w:tcPr>
            <w:tcW w:w="1560" w:type="dxa"/>
          </w:tcPr>
          <w:p w14:paraId="44AEBB25" w14:textId="77777777" w:rsidR="007C0E3C" w:rsidRDefault="007C0E3C"/>
        </w:tc>
        <w:tc>
          <w:tcPr>
            <w:tcW w:w="1560" w:type="dxa"/>
          </w:tcPr>
          <w:p w14:paraId="7E4E497D" w14:textId="77777777" w:rsidR="007C0E3C" w:rsidRDefault="007C0E3C"/>
        </w:tc>
        <w:tc>
          <w:tcPr>
            <w:tcW w:w="1560" w:type="dxa"/>
          </w:tcPr>
          <w:p w14:paraId="1C663274" w14:textId="77777777" w:rsidR="007C0E3C" w:rsidRDefault="007C0E3C"/>
        </w:tc>
        <w:tc>
          <w:tcPr>
            <w:tcW w:w="1560" w:type="dxa"/>
          </w:tcPr>
          <w:p w14:paraId="17AA5127" w14:textId="77777777" w:rsidR="007C0E3C" w:rsidRDefault="007C0E3C"/>
        </w:tc>
      </w:tr>
      <w:tr w:rsidR="007C0E3C" w14:paraId="49A93DC2" w14:textId="77777777">
        <w:tc>
          <w:tcPr>
            <w:tcW w:w="1560" w:type="dxa"/>
          </w:tcPr>
          <w:p w14:paraId="74B6F057" w14:textId="77777777" w:rsidR="007C0E3C" w:rsidRDefault="00000000">
            <w:r>
              <w:rPr>
                <w:sz w:val="20"/>
              </w:rPr>
              <w:t>    No Targeted Therapy</w:t>
            </w:r>
          </w:p>
        </w:tc>
        <w:tc>
          <w:tcPr>
            <w:tcW w:w="1560" w:type="dxa"/>
          </w:tcPr>
          <w:p w14:paraId="292F3936" w14:textId="77777777" w:rsidR="007C0E3C" w:rsidRDefault="00000000">
            <w:r>
              <w:rPr>
                <w:sz w:val="20"/>
              </w:rPr>
              <w:t>1,590</w:t>
            </w:r>
          </w:p>
        </w:tc>
        <w:tc>
          <w:tcPr>
            <w:tcW w:w="1560" w:type="dxa"/>
          </w:tcPr>
          <w:p w14:paraId="13B28CFC" w14:textId="77777777" w:rsidR="007C0E3C" w:rsidRDefault="00000000">
            <w:r>
              <w:rPr>
                <w:sz w:val="20"/>
              </w:rPr>
              <w:t>107 (6.7%)</w:t>
            </w:r>
          </w:p>
        </w:tc>
        <w:tc>
          <w:tcPr>
            <w:tcW w:w="1560" w:type="dxa"/>
          </w:tcPr>
          <w:p w14:paraId="43D75426" w14:textId="77777777" w:rsidR="007C0E3C" w:rsidRDefault="00000000">
            <w:r>
              <w:rPr>
                <w:sz w:val="20"/>
              </w:rPr>
              <w:t>—</w:t>
            </w:r>
          </w:p>
        </w:tc>
        <w:tc>
          <w:tcPr>
            <w:tcW w:w="1560" w:type="dxa"/>
          </w:tcPr>
          <w:p w14:paraId="36C3FCEA" w14:textId="77777777" w:rsidR="007C0E3C" w:rsidRDefault="00000000">
            <w:r>
              <w:rPr>
                <w:sz w:val="20"/>
              </w:rPr>
              <w:t>—</w:t>
            </w:r>
          </w:p>
        </w:tc>
        <w:tc>
          <w:tcPr>
            <w:tcW w:w="1560" w:type="dxa"/>
          </w:tcPr>
          <w:p w14:paraId="17CA5EF3" w14:textId="77777777" w:rsidR="007C0E3C" w:rsidRDefault="007C0E3C"/>
        </w:tc>
      </w:tr>
      <w:tr w:rsidR="007C0E3C" w14:paraId="7F4268F5" w14:textId="77777777">
        <w:tc>
          <w:tcPr>
            <w:tcW w:w="1560" w:type="dxa"/>
          </w:tcPr>
          <w:p w14:paraId="7CB31F21" w14:textId="77777777" w:rsidR="007C0E3C" w:rsidRDefault="00000000">
            <w:r>
              <w:rPr>
                <w:sz w:val="20"/>
              </w:rPr>
              <w:t>    Palbociclib</w:t>
            </w:r>
          </w:p>
        </w:tc>
        <w:tc>
          <w:tcPr>
            <w:tcW w:w="1560" w:type="dxa"/>
          </w:tcPr>
          <w:p w14:paraId="7EBE2527" w14:textId="77777777" w:rsidR="007C0E3C" w:rsidRDefault="00000000">
            <w:r>
              <w:rPr>
                <w:sz w:val="20"/>
              </w:rPr>
              <w:t>72</w:t>
            </w:r>
          </w:p>
        </w:tc>
        <w:tc>
          <w:tcPr>
            <w:tcW w:w="1560" w:type="dxa"/>
          </w:tcPr>
          <w:p w14:paraId="5FA44639" w14:textId="77777777" w:rsidR="007C0E3C" w:rsidRDefault="00000000">
            <w:r>
              <w:rPr>
                <w:sz w:val="20"/>
              </w:rPr>
              <w:t>2 (2.8%)</w:t>
            </w:r>
          </w:p>
        </w:tc>
        <w:tc>
          <w:tcPr>
            <w:tcW w:w="1560" w:type="dxa"/>
          </w:tcPr>
          <w:p w14:paraId="3C26D8B1" w14:textId="77777777" w:rsidR="007C0E3C" w:rsidRDefault="00000000">
            <w:r>
              <w:rPr>
                <w:sz w:val="20"/>
              </w:rPr>
              <w:t>0.56</w:t>
            </w:r>
          </w:p>
        </w:tc>
        <w:tc>
          <w:tcPr>
            <w:tcW w:w="1560" w:type="dxa"/>
          </w:tcPr>
          <w:p w14:paraId="3953CBED" w14:textId="77777777" w:rsidR="007C0E3C" w:rsidRDefault="00000000">
            <w:r>
              <w:rPr>
                <w:sz w:val="20"/>
              </w:rPr>
              <w:t>0.13, 2.40</w:t>
            </w:r>
          </w:p>
        </w:tc>
        <w:tc>
          <w:tcPr>
            <w:tcW w:w="1560" w:type="dxa"/>
          </w:tcPr>
          <w:p w14:paraId="5EC323D4" w14:textId="77777777" w:rsidR="007C0E3C" w:rsidRDefault="00000000">
            <w:r>
              <w:rPr>
                <w:sz w:val="20"/>
              </w:rPr>
              <w:t>0.437</w:t>
            </w:r>
          </w:p>
        </w:tc>
      </w:tr>
      <w:tr w:rsidR="007C0E3C" w14:paraId="3EAC9981" w14:textId="77777777">
        <w:tc>
          <w:tcPr>
            <w:tcW w:w="1560" w:type="dxa"/>
          </w:tcPr>
          <w:p w14:paraId="31C18341" w14:textId="77777777" w:rsidR="007C0E3C" w:rsidRDefault="00000000">
            <w:r>
              <w:rPr>
                <w:sz w:val="20"/>
              </w:rPr>
              <w:t xml:space="preserve">    Abemaciclib </w:t>
            </w:r>
          </w:p>
        </w:tc>
        <w:tc>
          <w:tcPr>
            <w:tcW w:w="1560" w:type="dxa"/>
          </w:tcPr>
          <w:p w14:paraId="67D51F04" w14:textId="77777777" w:rsidR="007C0E3C" w:rsidRDefault="00000000">
            <w:r>
              <w:rPr>
                <w:sz w:val="20"/>
              </w:rPr>
              <w:t>23</w:t>
            </w:r>
          </w:p>
        </w:tc>
        <w:tc>
          <w:tcPr>
            <w:tcW w:w="1560" w:type="dxa"/>
          </w:tcPr>
          <w:p w14:paraId="7613C473" w14:textId="77777777" w:rsidR="007C0E3C" w:rsidRDefault="00000000">
            <w:r>
              <w:rPr>
                <w:sz w:val="20"/>
              </w:rPr>
              <w:t>2 (8.7%)</w:t>
            </w:r>
          </w:p>
        </w:tc>
        <w:tc>
          <w:tcPr>
            <w:tcW w:w="1560" w:type="dxa"/>
          </w:tcPr>
          <w:p w14:paraId="6F647479" w14:textId="77777777" w:rsidR="007C0E3C" w:rsidRDefault="00000000">
            <w:r>
              <w:rPr>
                <w:sz w:val="20"/>
              </w:rPr>
              <w:t>1.72</w:t>
            </w:r>
          </w:p>
        </w:tc>
        <w:tc>
          <w:tcPr>
            <w:tcW w:w="1560" w:type="dxa"/>
          </w:tcPr>
          <w:p w14:paraId="7BD53A2B" w14:textId="77777777" w:rsidR="007C0E3C" w:rsidRDefault="00000000">
            <w:r>
              <w:rPr>
                <w:sz w:val="20"/>
              </w:rPr>
              <w:t>0.42, 7.15</w:t>
            </w:r>
          </w:p>
        </w:tc>
        <w:tc>
          <w:tcPr>
            <w:tcW w:w="1560" w:type="dxa"/>
          </w:tcPr>
          <w:p w14:paraId="3E257955" w14:textId="77777777" w:rsidR="007C0E3C" w:rsidRDefault="00000000">
            <w:r>
              <w:rPr>
                <w:sz w:val="20"/>
              </w:rPr>
              <w:t>0.453</w:t>
            </w:r>
          </w:p>
        </w:tc>
      </w:tr>
      <w:tr w:rsidR="007C0E3C" w14:paraId="0B1A8CB9" w14:textId="77777777">
        <w:tc>
          <w:tcPr>
            <w:tcW w:w="1560" w:type="dxa"/>
          </w:tcPr>
          <w:p w14:paraId="7E89CBB7" w14:textId="77777777" w:rsidR="007C0E3C" w:rsidRDefault="00000000">
            <w:r>
              <w:rPr>
                <w:b/>
                <w:sz w:val="20"/>
              </w:rPr>
              <w:t>Nicotine dependence</w:t>
            </w:r>
          </w:p>
        </w:tc>
        <w:tc>
          <w:tcPr>
            <w:tcW w:w="1560" w:type="dxa"/>
          </w:tcPr>
          <w:p w14:paraId="0759343A" w14:textId="77777777" w:rsidR="007C0E3C" w:rsidRDefault="007C0E3C"/>
        </w:tc>
        <w:tc>
          <w:tcPr>
            <w:tcW w:w="1560" w:type="dxa"/>
          </w:tcPr>
          <w:p w14:paraId="04355B95" w14:textId="77777777" w:rsidR="007C0E3C" w:rsidRDefault="007C0E3C"/>
        </w:tc>
        <w:tc>
          <w:tcPr>
            <w:tcW w:w="1560" w:type="dxa"/>
          </w:tcPr>
          <w:p w14:paraId="0E0713B0" w14:textId="77777777" w:rsidR="007C0E3C" w:rsidRDefault="007C0E3C"/>
        </w:tc>
        <w:tc>
          <w:tcPr>
            <w:tcW w:w="1560" w:type="dxa"/>
          </w:tcPr>
          <w:p w14:paraId="408AEF06" w14:textId="77777777" w:rsidR="007C0E3C" w:rsidRDefault="007C0E3C"/>
        </w:tc>
        <w:tc>
          <w:tcPr>
            <w:tcW w:w="1560" w:type="dxa"/>
          </w:tcPr>
          <w:p w14:paraId="2D0099D7" w14:textId="77777777" w:rsidR="007C0E3C" w:rsidRDefault="007C0E3C"/>
        </w:tc>
      </w:tr>
      <w:tr w:rsidR="007C0E3C" w14:paraId="1836222D" w14:textId="77777777">
        <w:tc>
          <w:tcPr>
            <w:tcW w:w="1560" w:type="dxa"/>
          </w:tcPr>
          <w:p w14:paraId="149550DA" w14:textId="77777777" w:rsidR="007C0E3C" w:rsidRDefault="00000000">
            <w:r>
              <w:rPr>
                <w:sz w:val="20"/>
              </w:rPr>
              <w:t>    No</w:t>
            </w:r>
          </w:p>
        </w:tc>
        <w:tc>
          <w:tcPr>
            <w:tcW w:w="1560" w:type="dxa"/>
          </w:tcPr>
          <w:p w14:paraId="3F4B8526" w14:textId="77777777" w:rsidR="007C0E3C" w:rsidRDefault="00000000">
            <w:r>
              <w:rPr>
                <w:sz w:val="20"/>
              </w:rPr>
              <w:t>1,466</w:t>
            </w:r>
          </w:p>
        </w:tc>
        <w:tc>
          <w:tcPr>
            <w:tcW w:w="1560" w:type="dxa"/>
          </w:tcPr>
          <w:p w14:paraId="4F3FE75C" w14:textId="77777777" w:rsidR="007C0E3C" w:rsidRDefault="00000000">
            <w:r>
              <w:rPr>
                <w:sz w:val="20"/>
              </w:rPr>
              <w:t>95 (6.5%)</w:t>
            </w:r>
          </w:p>
        </w:tc>
        <w:tc>
          <w:tcPr>
            <w:tcW w:w="1560" w:type="dxa"/>
          </w:tcPr>
          <w:p w14:paraId="619B851E" w14:textId="77777777" w:rsidR="007C0E3C" w:rsidRDefault="00000000">
            <w:r>
              <w:rPr>
                <w:sz w:val="20"/>
              </w:rPr>
              <w:t>—</w:t>
            </w:r>
          </w:p>
        </w:tc>
        <w:tc>
          <w:tcPr>
            <w:tcW w:w="1560" w:type="dxa"/>
          </w:tcPr>
          <w:p w14:paraId="264EC1CB" w14:textId="77777777" w:rsidR="007C0E3C" w:rsidRDefault="00000000">
            <w:r>
              <w:rPr>
                <w:sz w:val="20"/>
              </w:rPr>
              <w:t>—</w:t>
            </w:r>
          </w:p>
        </w:tc>
        <w:tc>
          <w:tcPr>
            <w:tcW w:w="1560" w:type="dxa"/>
          </w:tcPr>
          <w:p w14:paraId="366D3FD2" w14:textId="77777777" w:rsidR="007C0E3C" w:rsidRDefault="007C0E3C"/>
        </w:tc>
      </w:tr>
      <w:tr w:rsidR="007C0E3C" w14:paraId="3BCCB270" w14:textId="77777777">
        <w:tc>
          <w:tcPr>
            <w:tcW w:w="1560" w:type="dxa"/>
          </w:tcPr>
          <w:p w14:paraId="6FC9C561" w14:textId="77777777" w:rsidR="007C0E3C" w:rsidRDefault="00000000">
            <w:r>
              <w:rPr>
                <w:sz w:val="20"/>
              </w:rPr>
              <w:t>    Yes</w:t>
            </w:r>
          </w:p>
        </w:tc>
        <w:tc>
          <w:tcPr>
            <w:tcW w:w="1560" w:type="dxa"/>
          </w:tcPr>
          <w:p w14:paraId="2AA5FA73" w14:textId="77777777" w:rsidR="007C0E3C" w:rsidRDefault="00000000">
            <w:r>
              <w:rPr>
                <w:sz w:val="20"/>
              </w:rPr>
              <w:t>219</w:t>
            </w:r>
          </w:p>
        </w:tc>
        <w:tc>
          <w:tcPr>
            <w:tcW w:w="1560" w:type="dxa"/>
          </w:tcPr>
          <w:p w14:paraId="3C85C9F2" w14:textId="77777777" w:rsidR="007C0E3C" w:rsidRDefault="00000000">
            <w:r>
              <w:rPr>
                <w:sz w:val="20"/>
              </w:rPr>
              <w:t>16 (7.3%)</w:t>
            </w:r>
          </w:p>
        </w:tc>
        <w:tc>
          <w:tcPr>
            <w:tcW w:w="1560" w:type="dxa"/>
          </w:tcPr>
          <w:p w14:paraId="73A11D48" w14:textId="77777777" w:rsidR="007C0E3C" w:rsidRDefault="00000000">
            <w:r>
              <w:rPr>
                <w:sz w:val="20"/>
              </w:rPr>
              <w:t>1.16</w:t>
            </w:r>
          </w:p>
        </w:tc>
        <w:tc>
          <w:tcPr>
            <w:tcW w:w="1560" w:type="dxa"/>
          </w:tcPr>
          <w:p w14:paraId="06ED413B" w14:textId="77777777" w:rsidR="007C0E3C" w:rsidRDefault="00000000">
            <w:r>
              <w:rPr>
                <w:sz w:val="20"/>
              </w:rPr>
              <w:t>0.67, 2.00</w:t>
            </w:r>
          </w:p>
        </w:tc>
        <w:tc>
          <w:tcPr>
            <w:tcW w:w="1560" w:type="dxa"/>
          </w:tcPr>
          <w:p w14:paraId="56EC2177" w14:textId="77777777" w:rsidR="007C0E3C" w:rsidRDefault="00000000">
            <w:r>
              <w:rPr>
                <w:sz w:val="20"/>
              </w:rPr>
              <w:t>0.602</w:t>
            </w:r>
          </w:p>
        </w:tc>
      </w:tr>
      <w:tr w:rsidR="007C0E3C" w14:paraId="42084359" w14:textId="77777777">
        <w:tc>
          <w:tcPr>
            <w:tcW w:w="1560" w:type="dxa"/>
          </w:tcPr>
          <w:p w14:paraId="36E65538" w14:textId="77777777" w:rsidR="007C0E3C" w:rsidRDefault="00000000">
            <w:r>
              <w:rPr>
                <w:b/>
                <w:sz w:val="20"/>
              </w:rPr>
              <w:t>Malignant neoplasm of brain</w:t>
            </w:r>
          </w:p>
        </w:tc>
        <w:tc>
          <w:tcPr>
            <w:tcW w:w="1560" w:type="dxa"/>
          </w:tcPr>
          <w:p w14:paraId="3D6019B7" w14:textId="77777777" w:rsidR="007C0E3C" w:rsidRDefault="007C0E3C"/>
        </w:tc>
        <w:tc>
          <w:tcPr>
            <w:tcW w:w="1560" w:type="dxa"/>
          </w:tcPr>
          <w:p w14:paraId="2AC74930" w14:textId="77777777" w:rsidR="007C0E3C" w:rsidRDefault="007C0E3C"/>
        </w:tc>
        <w:tc>
          <w:tcPr>
            <w:tcW w:w="1560" w:type="dxa"/>
          </w:tcPr>
          <w:p w14:paraId="3A4F89C2" w14:textId="77777777" w:rsidR="007C0E3C" w:rsidRDefault="007C0E3C"/>
        </w:tc>
        <w:tc>
          <w:tcPr>
            <w:tcW w:w="1560" w:type="dxa"/>
          </w:tcPr>
          <w:p w14:paraId="1864B0B8" w14:textId="77777777" w:rsidR="007C0E3C" w:rsidRDefault="007C0E3C"/>
        </w:tc>
        <w:tc>
          <w:tcPr>
            <w:tcW w:w="1560" w:type="dxa"/>
          </w:tcPr>
          <w:p w14:paraId="69DC4321" w14:textId="77777777" w:rsidR="007C0E3C" w:rsidRDefault="007C0E3C"/>
        </w:tc>
      </w:tr>
      <w:tr w:rsidR="007C0E3C" w14:paraId="65ED9D6C" w14:textId="77777777">
        <w:tc>
          <w:tcPr>
            <w:tcW w:w="1560" w:type="dxa"/>
          </w:tcPr>
          <w:p w14:paraId="520C788F" w14:textId="77777777" w:rsidR="007C0E3C" w:rsidRDefault="00000000">
            <w:r>
              <w:rPr>
                <w:sz w:val="20"/>
              </w:rPr>
              <w:t>    No</w:t>
            </w:r>
          </w:p>
        </w:tc>
        <w:tc>
          <w:tcPr>
            <w:tcW w:w="1560" w:type="dxa"/>
          </w:tcPr>
          <w:p w14:paraId="4379EDE0" w14:textId="77777777" w:rsidR="007C0E3C" w:rsidRDefault="00000000">
            <w:r>
              <w:rPr>
                <w:sz w:val="20"/>
              </w:rPr>
              <w:t>1,412</w:t>
            </w:r>
          </w:p>
        </w:tc>
        <w:tc>
          <w:tcPr>
            <w:tcW w:w="1560" w:type="dxa"/>
          </w:tcPr>
          <w:p w14:paraId="37A781BE" w14:textId="77777777" w:rsidR="007C0E3C" w:rsidRDefault="00000000">
            <w:r>
              <w:rPr>
                <w:sz w:val="20"/>
              </w:rPr>
              <w:t>92 (6.5%)</w:t>
            </w:r>
          </w:p>
        </w:tc>
        <w:tc>
          <w:tcPr>
            <w:tcW w:w="1560" w:type="dxa"/>
          </w:tcPr>
          <w:p w14:paraId="302927EC" w14:textId="77777777" w:rsidR="007C0E3C" w:rsidRDefault="00000000">
            <w:r>
              <w:rPr>
                <w:sz w:val="20"/>
              </w:rPr>
              <w:t>—</w:t>
            </w:r>
          </w:p>
        </w:tc>
        <w:tc>
          <w:tcPr>
            <w:tcW w:w="1560" w:type="dxa"/>
          </w:tcPr>
          <w:p w14:paraId="35ED50AB" w14:textId="77777777" w:rsidR="007C0E3C" w:rsidRDefault="00000000">
            <w:r>
              <w:rPr>
                <w:sz w:val="20"/>
              </w:rPr>
              <w:t>—</w:t>
            </w:r>
          </w:p>
        </w:tc>
        <w:tc>
          <w:tcPr>
            <w:tcW w:w="1560" w:type="dxa"/>
          </w:tcPr>
          <w:p w14:paraId="6C3C71FB" w14:textId="77777777" w:rsidR="007C0E3C" w:rsidRDefault="007C0E3C"/>
        </w:tc>
      </w:tr>
      <w:tr w:rsidR="007C0E3C" w14:paraId="60EBD8D4" w14:textId="77777777">
        <w:tc>
          <w:tcPr>
            <w:tcW w:w="1560" w:type="dxa"/>
          </w:tcPr>
          <w:p w14:paraId="67BD2002" w14:textId="77777777" w:rsidR="007C0E3C" w:rsidRDefault="00000000">
            <w:r>
              <w:rPr>
                <w:sz w:val="20"/>
              </w:rPr>
              <w:t>    Yes</w:t>
            </w:r>
          </w:p>
        </w:tc>
        <w:tc>
          <w:tcPr>
            <w:tcW w:w="1560" w:type="dxa"/>
          </w:tcPr>
          <w:p w14:paraId="5D81DC85" w14:textId="77777777" w:rsidR="007C0E3C" w:rsidRDefault="00000000">
            <w:r>
              <w:rPr>
                <w:sz w:val="20"/>
              </w:rPr>
              <w:t>273</w:t>
            </w:r>
          </w:p>
        </w:tc>
        <w:tc>
          <w:tcPr>
            <w:tcW w:w="1560" w:type="dxa"/>
          </w:tcPr>
          <w:p w14:paraId="59F5B474" w14:textId="77777777" w:rsidR="007C0E3C" w:rsidRDefault="00000000">
            <w:r>
              <w:rPr>
                <w:sz w:val="20"/>
              </w:rPr>
              <w:t>19 (7.0%)</w:t>
            </w:r>
          </w:p>
        </w:tc>
        <w:tc>
          <w:tcPr>
            <w:tcW w:w="1560" w:type="dxa"/>
          </w:tcPr>
          <w:p w14:paraId="4218B3B0" w14:textId="77777777" w:rsidR="007C0E3C" w:rsidRDefault="00000000">
            <w:r>
              <w:rPr>
                <w:sz w:val="20"/>
              </w:rPr>
              <w:t>1.39</w:t>
            </w:r>
          </w:p>
        </w:tc>
        <w:tc>
          <w:tcPr>
            <w:tcW w:w="1560" w:type="dxa"/>
          </w:tcPr>
          <w:p w14:paraId="48B22FD8" w14:textId="77777777" w:rsidR="007C0E3C" w:rsidRDefault="00000000">
            <w:r>
              <w:rPr>
                <w:sz w:val="20"/>
              </w:rPr>
              <w:t>0.83, 2.32</w:t>
            </w:r>
          </w:p>
        </w:tc>
        <w:tc>
          <w:tcPr>
            <w:tcW w:w="1560" w:type="dxa"/>
          </w:tcPr>
          <w:p w14:paraId="76E24130" w14:textId="77777777" w:rsidR="007C0E3C" w:rsidRDefault="00000000">
            <w:r>
              <w:rPr>
                <w:sz w:val="20"/>
              </w:rPr>
              <w:t>0.217</w:t>
            </w:r>
          </w:p>
        </w:tc>
      </w:tr>
      <w:tr w:rsidR="007C0E3C" w14:paraId="06C1AAC3" w14:textId="77777777">
        <w:tc>
          <w:tcPr>
            <w:tcW w:w="1560" w:type="dxa"/>
          </w:tcPr>
          <w:p w14:paraId="52EA29BC" w14:textId="77777777" w:rsidR="007C0E3C" w:rsidRDefault="00000000">
            <w:r>
              <w:rPr>
                <w:b/>
                <w:sz w:val="20"/>
              </w:rPr>
              <w:t>Age at breast cancer diagnosis</w:t>
            </w:r>
          </w:p>
        </w:tc>
        <w:tc>
          <w:tcPr>
            <w:tcW w:w="1560" w:type="dxa"/>
          </w:tcPr>
          <w:p w14:paraId="7C5000A3" w14:textId="77777777" w:rsidR="007C0E3C" w:rsidRDefault="00000000">
            <w:r>
              <w:rPr>
                <w:sz w:val="20"/>
              </w:rPr>
              <w:t>1,685</w:t>
            </w:r>
          </w:p>
        </w:tc>
        <w:tc>
          <w:tcPr>
            <w:tcW w:w="1560" w:type="dxa"/>
          </w:tcPr>
          <w:p w14:paraId="24356A46" w14:textId="77777777" w:rsidR="007C0E3C" w:rsidRDefault="007C0E3C"/>
        </w:tc>
        <w:tc>
          <w:tcPr>
            <w:tcW w:w="1560" w:type="dxa"/>
          </w:tcPr>
          <w:p w14:paraId="303AB90D" w14:textId="77777777" w:rsidR="007C0E3C" w:rsidRDefault="00000000">
            <w:r>
              <w:rPr>
                <w:sz w:val="20"/>
              </w:rPr>
              <w:t>1.05</w:t>
            </w:r>
          </w:p>
        </w:tc>
        <w:tc>
          <w:tcPr>
            <w:tcW w:w="1560" w:type="dxa"/>
          </w:tcPr>
          <w:p w14:paraId="57D9F559" w14:textId="77777777" w:rsidR="007C0E3C" w:rsidRDefault="00000000">
            <w:r>
              <w:rPr>
                <w:sz w:val="20"/>
              </w:rPr>
              <w:t>1.03, 1.07</w:t>
            </w:r>
          </w:p>
        </w:tc>
        <w:tc>
          <w:tcPr>
            <w:tcW w:w="1560" w:type="dxa"/>
          </w:tcPr>
          <w:p w14:paraId="5FA63810" w14:textId="77777777" w:rsidR="007C0E3C" w:rsidRDefault="00000000">
            <w:r>
              <w:rPr>
                <w:b/>
                <w:sz w:val="20"/>
              </w:rPr>
              <w:t>&lt;0.001</w:t>
            </w:r>
          </w:p>
        </w:tc>
      </w:tr>
      <w:tr w:rsidR="007C0E3C" w14:paraId="7CBB667E" w14:textId="77777777">
        <w:tc>
          <w:tcPr>
            <w:tcW w:w="1560" w:type="dxa"/>
          </w:tcPr>
          <w:p w14:paraId="4EC0B25C" w14:textId="77777777" w:rsidR="007C0E3C" w:rsidRDefault="00000000">
            <w:r>
              <w:rPr>
                <w:b/>
                <w:sz w:val="20"/>
              </w:rPr>
              <w:lastRenderedPageBreak/>
              <w:t>BMI</w:t>
            </w:r>
          </w:p>
        </w:tc>
        <w:tc>
          <w:tcPr>
            <w:tcW w:w="1560" w:type="dxa"/>
          </w:tcPr>
          <w:p w14:paraId="5187641D" w14:textId="77777777" w:rsidR="007C0E3C" w:rsidRDefault="00000000">
            <w:r>
              <w:rPr>
                <w:sz w:val="20"/>
              </w:rPr>
              <w:t>1,685</w:t>
            </w:r>
          </w:p>
        </w:tc>
        <w:tc>
          <w:tcPr>
            <w:tcW w:w="1560" w:type="dxa"/>
          </w:tcPr>
          <w:p w14:paraId="52188D91" w14:textId="77777777" w:rsidR="007C0E3C" w:rsidRDefault="007C0E3C"/>
        </w:tc>
        <w:tc>
          <w:tcPr>
            <w:tcW w:w="1560" w:type="dxa"/>
          </w:tcPr>
          <w:p w14:paraId="12FBD622" w14:textId="77777777" w:rsidR="007C0E3C" w:rsidRDefault="00000000">
            <w:r>
              <w:rPr>
                <w:sz w:val="20"/>
              </w:rPr>
              <w:t>1.02</w:t>
            </w:r>
          </w:p>
        </w:tc>
        <w:tc>
          <w:tcPr>
            <w:tcW w:w="1560" w:type="dxa"/>
          </w:tcPr>
          <w:p w14:paraId="6252A3C0" w14:textId="77777777" w:rsidR="007C0E3C" w:rsidRDefault="00000000">
            <w:r>
              <w:rPr>
                <w:sz w:val="20"/>
              </w:rPr>
              <w:t>1.00, 1.05</w:t>
            </w:r>
          </w:p>
        </w:tc>
        <w:tc>
          <w:tcPr>
            <w:tcW w:w="1560" w:type="dxa"/>
          </w:tcPr>
          <w:p w14:paraId="1760EEF2" w14:textId="77777777" w:rsidR="007C0E3C" w:rsidRDefault="00000000">
            <w:r>
              <w:rPr>
                <w:sz w:val="20"/>
              </w:rPr>
              <w:t>0.072</w:t>
            </w:r>
          </w:p>
        </w:tc>
      </w:tr>
      <w:tr w:rsidR="007C0E3C" w14:paraId="286FDDAF" w14:textId="77777777">
        <w:tc>
          <w:tcPr>
            <w:tcW w:w="1560" w:type="dxa"/>
          </w:tcPr>
          <w:p w14:paraId="3C57F2E6" w14:textId="77777777" w:rsidR="007C0E3C" w:rsidRDefault="00000000">
            <w:r>
              <w:rPr>
                <w:b/>
                <w:sz w:val="20"/>
              </w:rPr>
              <w:t>Concomitant medication</w:t>
            </w:r>
          </w:p>
        </w:tc>
        <w:tc>
          <w:tcPr>
            <w:tcW w:w="1560" w:type="dxa"/>
          </w:tcPr>
          <w:p w14:paraId="150E3674" w14:textId="77777777" w:rsidR="007C0E3C" w:rsidRDefault="007C0E3C"/>
        </w:tc>
        <w:tc>
          <w:tcPr>
            <w:tcW w:w="1560" w:type="dxa"/>
          </w:tcPr>
          <w:p w14:paraId="5D4BABE6" w14:textId="77777777" w:rsidR="007C0E3C" w:rsidRDefault="007C0E3C"/>
        </w:tc>
        <w:tc>
          <w:tcPr>
            <w:tcW w:w="1560" w:type="dxa"/>
          </w:tcPr>
          <w:p w14:paraId="3B0E7364" w14:textId="77777777" w:rsidR="007C0E3C" w:rsidRDefault="007C0E3C"/>
        </w:tc>
        <w:tc>
          <w:tcPr>
            <w:tcW w:w="1560" w:type="dxa"/>
          </w:tcPr>
          <w:p w14:paraId="346D9F31" w14:textId="77777777" w:rsidR="007C0E3C" w:rsidRDefault="007C0E3C"/>
        </w:tc>
        <w:tc>
          <w:tcPr>
            <w:tcW w:w="1560" w:type="dxa"/>
          </w:tcPr>
          <w:p w14:paraId="6C80E8CC" w14:textId="77777777" w:rsidR="007C0E3C" w:rsidRDefault="007C0E3C"/>
        </w:tc>
      </w:tr>
      <w:tr w:rsidR="007C0E3C" w14:paraId="5C897BB6" w14:textId="77777777">
        <w:tc>
          <w:tcPr>
            <w:tcW w:w="1560" w:type="dxa"/>
          </w:tcPr>
          <w:p w14:paraId="66985AEA" w14:textId="77777777" w:rsidR="007C0E3C" w:rsidRDefault="00000000">
            <w:r>
              <w:rPr>
                <w:sz w:val="20"/>
              </w:rPr>
              <w:t>    No</w:t>
            </w:r>
          </w:p>
        </w:tc>
        <w:tc>
          <w:tcPr>
            <w:tcW w:w="1560" w:type="dxa"/>
          </w:tcPr>
          <w:p w14:paraId="7DE4A2C3" w14:textId="77777777" w:rsidR="007C0E3C" w:rsidRDefault="00000000">
            <w:r>
              <w:rPr>
                <w:sz w:val="20"/>
              </w:rPr>
              <w:t>1,188</w:t>
            </w:r>
          </w:p>
        </w:tc>
        <w:tc>
          <w:tcPr>
            <w:tcW w:w="1560" w:type="dxa"/>
          </w:tcPr>
          <w:p w14:paraId="47451849" w14:textId="77777777" w:rsidR="007C0E3C" w:rsidRDefault="00000000">
            <w:r>
              <w:rPr>
                <w:sz w:val="20"/>
              </w:rPr>
              <w:t>71 (6.0%)</w:t>
            </w:r>
          </w:p>
        </w:tc>
        <w:tc>
          <w:tcPr>
            <w:tcW w:w="1560" w:type="dxa"/>
          </w:tcPr>
          <w:p w14:paraId="40C195B1" w14:textId="77777777" w:rsidR="007C0E3C" w:rsidRDefault="00000000">
            <w:r>
              <w:rPr>
                <w:sz w:val="20"/>
              </w:rPr>
              <w:t>—</w:t>
            </w:r>
          </w:p>
        </w:tc>
        <w:tc>
          <w:tcPr>
            <w:tcW w:w="1560" w:type="dxa"/>
          </w:tcPr>
          <w:p w14:paraId="5D9873BA" w14:textId="77777777" w:rsidR="007C0E3C" w:rsidRDefault="00000000">
            <w:r>
              <w:rPr>
                <w:sz w:val="20"/>
              </w:rPr>
              <w:t>—</w:t>
            </w:r>
          </w:p>
        </w:tc>
        <w:tc>
          <w:tcPr>
            <w:tcW w:w="1560" w:type="dxa"/>
          </w:tcPr>
          <w:p w14:paraId="3C9C8AE6" w14:textId="77777777" w:rsidR="007C0E3C" w:rsidRDefault="007C0E3C"/>
        </w:tc>
      </w:tr>
      <w:tr w:rsidR="007C0E3C" w14:paraId="4721AA1A" w14:textId="77777777">
        <w:tc>
          <w:tcPr>
            <w:tcW w:w="1560" w:type="dxa"/>
          </w:tcPr>
          <w:p w14:paraId="215BCD03" w14:textId="77777777" w:rsidR="007C0E3C" w:rsidRDefault="00000000">
            <w:r>
              <w:rPr>
                <w:sz w:val="20"/>
              </w:rPr>
              <w:t>    Yes</w:t>
            </w:r>
          </w:p>
        </w:tc>
        <w:tc>
          <w:tcPr>
            <w:tcW w:w="1560" w:type="dxa"/>
          </w:tcPr>
          <w:p w14:paraId="59D4A209" w14:textId="77777777" w:rsidR="007C0E3C" w:rsidRDefault="00000000">
            <w:r>
              <w:rPr>
                <w:sz w:val="20"/>
              </w:rPr>
              <w:t>497</w:t>
            </w:r>
          </w:p>
        </w:tc>
        <w:tc>
          <w:tcPr>
            <w:tcW w:w="1560" w:type="dxa"/>
          </w:tcPr>
          <w:p w14:paraId="4D592B14" w14:textId="77777777" w:rsidR="007C0E3C" w:rsidRDefault="00000000">
            <w:r>
              <w:rPr>
                <w:sz w:val="20"/>
              </w:rPr>
              <w:t>40 (8.0%)</w:t>
            </w:r>
          </w:p>
        </w:tc>
        <w:tc>
          <w:tcPr>
            <w:tcW w:w="1560" w:type="dxa"/>
          </w:tcPr>
          <w:p w14:paraId="70D6891C" w14:textId="77777777" w:rsidR="007C0E3C" w:rsidRDefault="00000000">
            <w:r>
              <w:rPr>
                <w:sz w:val="20"/>
              </w:rPr>
              <w:t>1.15</w:t>
            </w:r>
          </w:p>
        </w:tc>
        <w:tc>
          <w:tcPr>
            <w:tcW w:w="1560" w:type="dxa"/>
          </w:tcPr>
          <w:p w14:paraId="7156F81F" w14:textId="77777777" w:rsidR="007C0E3C" w:rsidRDefault="00000000">
            <w:r>
              <w:rPr>
                <w:sz w:val="20"/>
              </w:rPr>
              <w:t>0.78, 1.72</w:t>
            </w:r>
          </w:p>
        </w:tc>
        <w:tc>
          <w:tcPr>
            <w:tcW w:w="1560" w:type="dxa"/>
          </w:tcPr>
          <w:p w14:paraId="3079AE54" w14:textId="77777777" w:rsidR="007C0E3C" w:rsidRDefault="00000000">
            <w:r>
              <w:rPr>
                <w:sz w:val="20"/>
              </w:rPr>
              <w:t>0.477</w:t>
            </w:r>
          </w:p>
        </w:tc>
      </w:tr>
      <w:tr w:rsidR="007C0E3C" w14:paraId="75B707DA" w14:textId="77777777">
        <w:tc>
          <w:tcPr>
            <w:tcW w:w="9360" w:type="dxa"/>
            <w:gridSpan w:val="6"/>
          </w:tcPr>
          <w:p w14:paraId="71877C43" w14:textId="77777777" w:rsidR="007C0E3C" w:rsidRDefault="00000000">
            <w:r>
              <w:rPr>
                <w:b/>
                <w:sz w:val="20"/>
              </w:rPr>
              <w:t>c. Arterial thrombosis. Patients = 1,512; observations = 1,662.</w:t>
            </w:r>
          </w:p>
        </w:tc>
      </w:tr>
      <w:tr w:rsidR="007C0E3C" w14:paraId="55E489F1" w14:textId="77777777">
        <w:tc>
          <w:tcPr>
            <w:tcW w:w="1560" w:type="dxa"/>
          </w:tcPr>
          <w:p w14:paraId="09B53D98" w14:textId="77777777" w:rsidR="007C0E3C" w:rsidRDefault="00000000">
            <w:r>
              <w:rPr>
                <w:b/>
                <w:sz w:val="20"/>
              </w:rPr>
              <w:t>Targeted Therapy</w:t>
            </w:r>
          </w:p>
        </w:tc>
        <w:tc>
          <w:tcPr>
            <w:tcW w:w="1560" w:type="dxa"/>
          </w:tcPr>
          <w:p w14:paraId="0908AC64" w14:textId="77777777" w:rsidR="007C0E3C" w:rsidRDefault="007C0E3C"/>
        </w:tc>
        <w:tc>
          <w:tcPr>
            <w:tcW w:w="1560" w:type="dxa"/>
          </w:tcPr>
          <w:p w14:paraId="2CCA2656" w14:textId="77777777" w:rsidR="007C0E3C" w:rsidRDefault="007C0E3C"/>
        </w:tc>
        <w:tc>
          <w:tcPr>
            <w:tcW w:w="1560" w:type="dxa"/>
          </w:tcPr>
          <w:p w14:paraId="622D78F2" w14:textId="77777777" w:rsidR="007C0E3C" w:rsidRDefault="007C0E3C"/>
        </w:tc>
        <w:tc>
          <w:tcPr>
            <w:tcW w:w="1560" w:type="dxa"/>
          </w:tcPr>
          <w:p w14:paraId="0585D59A" w14:textId="77777777" w:rsidR="007C0E3C" w:rsidRDefault="007C0E3C"/>
        </w:tc>
        <w:tc>
          <w:tcPr>
            <w:tcW w:w="1560" w:type="dxa"/>
          </w:tcPr>
          <w:p w14:paraId="7A6027D2" w14:textId="77777777" w:rsidR="007C0E3C" w:rsidRDefault="007C0E3C"/>
        </w:tc>
      </w:tr>
      <w:tr w:rsidR="007C0E3C" w14:paraId="654421F6" w14:textId="77777777">
        <w:tc>
          <w:tcPr>
            <w:tcW w:w="1560" w:type="dxa"/>
          </w:tcPr>
          <w:p w14:paraId="3B8CB68C" w14:textId="77777777" w:rsidR="007C0E3C" w:rsidRDefault="00000000">
            <w:r>
              <w:rPr>
                <w:sz w:val="20"/>
              </w:rPr>
              <w:t>    No targeted therapy</w:t>
            </w:r>
          </w:p>
        </w:tc>
        <w:tc>
          <w:tcPr>
            <w:tcW w:w="1560" w:type="dxa"/>
          </w:tcPr>
          <w:p w14:paraId="2043E417" w14:textId="77777777" w:rsidR="007C0E3C" w:rsidRDefault="00000000">
            <w:r>
              <w:rPr>
                <w:sz w:val="20"/>
              </w:rPr>
              <w:t>1,569</w:t>
            </w:r>
          </w:p>
        </w:tc>
        <w:tc>
          <w:tcPr>
            <w:tcW w:w="1560" w:type="dxa"/>
          </w:tcPr>
          <w:p w14:paraId="679207EA" w14:textId="77777777" w:rsidR="007C0E3C" w:rsidRDefault="00000000">
            <w:r>
              <w:rPr>
                <w:sz w:val="20"/>
              </w:rPr>
              <w:t>88 (5.6%)</w:t>
            </w:r>
          </w:p>
        </w:tc>
        <w:tc>
          <w:tcPr>
            <w:tcW w:w="1560" w:type="dxa"/>
          </w:tcPr>
          <w:p w14:paraId="684699BC" w14:textId="77777777" w:rsidR="007C0E3C" w:rsidRDefault="00000000">
            <w:r>
              <w:rPr>
                <w:sz w:val="20"/>
              </w:rPr>
              <w:t>—</w:t>
            </w:r>
          </w:p>
        </w:tc>
        <w:tc>
          <w:tcPr>
            <w:tcW w:w="1560" w:type="dxa"/>
          </w:tcPr>
          <w:p w14:paraId="7784B98E" w14:textId="77777777" w:rsidR="007C0E3C" w:rsidRDefault="00000000">
            <w:r>
              <w:rPr>
                <w:sz w:val="20"/>
              </w:rPr>
              <w:t>—</w:t>
            </w:r>
          </w:p>
        </w:tc>
        <w:tc>
          <w:tcPr>
            <w:tcW w:w="1560" w:type="dxa"/>
          </w:tcPr>
          <w:p w14:paraId="39CF6AE2" w14:textId="77777777" w:rsidR="007C0E3C" w:rsidRDefault="007C0E3C"/>
        </w:tc>
      </w:tr>
      <w:tr w:rsidR="007C0E3C" w14:paraId="68D65408" w14:textId="77777777">
        <w:tc>
          <w:tcPr>
            <w:tcW w:w="1560" w:type="dxa"/>
          </w:tcPr>
          <w:p w14:paraId="01D7CD9C" w14:textId="77777777" w:rsidR="007C0E3C" w:rsidRDefault="00000000">
            <w:r>
              <w:rPr>
                <w:sz w:val="20"/>
              </w:rPr>
              <w:t>    Palbociclib</w:t>
            </w:r>
          </w:p>
        </w:tc>
        <w:tc>
          <w:tcPr>
            <w:tcW w:w="1560" w:type="dxa"/>
          </w:tcPr>
          <w:p w14:paraId="4EF79B15" w14:textId="77777777" w:rsidR="007C0E3C" w:rsidRDefault="00000000">
            <w:r>
              <w:rPr>
                <w:sz w:val="20"/>
              </w:rPr>
              <w:t>71</w:t>
            </w:r>
          </w:p>
        </w:tc>
        <w:tc>
          <w:tcPr>
            <w:tcW w:w="1560" w:type="dxa"/>
          </w:tcPr>
          <w:p w14:paraId="0C05646E" w14:textId="77777777" w:rsidR="007C0E3C" w:rsidRDefault="00000000">
            <w:r>
              <w:rPr>
                <w:sz w:val="20"/>
              </w:rPr>
              <w:t>1 (1.4%)</w:t>
            </w:r>
          </w:p>
        </w:tc>
        <w:tc>
          <w:tcPr>
            <w:tcW w:w="1560" w:type="dxa"/>
          </w:tcPr>
          <w:p w14:paraId="45EA7460" w14:textId="77777777" w:rsidR="007C0E3C" w:rsidRDefault="00000000">
            <w:r>
              <w:rPr>
                <w:sz w:val="20"/>
              </w:rPr>
              <w:t>0.40</w:t>
            </w:r>
          </w:p>
        </w:tc>
        <w:tc>
          <w:tcPr>
            <w:tcW w:w="1560" w:type="dxa"/>
          </w:tcPr>
          <w:p w14:paraId="4E7F6B5A" w14:textId="77777777" w:rsidR="007C0E3C" w:rsidRDefault="00000000">
            <w:r>
              <w:rPr>
                <w:sz w:val="20"/>
              </w:rPr>
              <w:t>0.05, 2.99</w:t>
            </w:r>
          </w:p>
        </w:tc>
        <w:tc>
          <w:tcPr>
            <w:tcW w:w="1560" w:type="dxa"/>
          </w:tcPr>
          <w:p w14:paraId="09464BCB" w14:textId="77777777" w:rsidR="007C0E3C" w:rsidRDefault="00000000">
            <w:r>
              <w:rPr>
                <w:sz w:val="20"/>
              </w:rPr>
              <w:t>0.374</w:t>
            </w:r>
          </w:p>
        </w:tc>
      </w:tr>
      <w:tr w:rsidR="007C0E3C" w14:paraId="7061908F" w14:textId="77777777">
        <w:tc>
          <w:tcPr>
            <w:tcW w:w="1560" w:type="dxa"/>
          </w:tcPr>
          <w:p w14:paraId="016293F9" w14:textId="77777777" w:rsidR="007C0E3C" w:rsidRDefault="00000000">
            <w:r>
              <w:rPr>
                <w:sz w:val="20"/>
              </w:rPr>
              <w:t>    Abemaciclib</w:t>
            </w:r>
          </w:p>
        </w:tc>
        <w:tc>
          <w:tcPr>
            <w:tcW w:w="1560" w:type="dxa"/>
          </w:tcPr>
          <w:p w14:paraId="3DD35B7F" w14:textId="77777777" w:rsidR="007C0E3C" w:rsidRDefault="00000000">
            <w:r>
              <w:rPr>
                <w:sz w:val="20"/>
              </w:rPr>
              <w:t>22</w:t>
            </w:r>
          </w:p>
        </w:tc>
        <w:tc>
          <w:tcPr>
            <w:tcW w:w="1560" w:type="dxa"/>
          </w:tcPr>
          <w:p w14:paraId="7069FF23" w14:textId="77777777" w:rsidR="007C0E3C" w:rsidRDefault="00000000">
            <w:r>
              <w:rPr>
                <w:sz w:val="20"/>
              </w:rPr>
              <w:t>1 (4.5%)</w:t>
            </w:r>
          </w:p>
        </w:tc>
        <w:tc>
          <w:tcPr>
            <w:tcW w:w="1560" w:type="dxa"/>
          </w:tcPr>
          <w:p w14:paraId="2D6DCB84" w14:textId="77777777" w:rsidR="007C0E3C" w:rsidRDefault="00000000">
            <w:r>
              <w:rPr>
                <w:sz w:val="20"/>
              </w:rPr>
              <w:t>0.87</w:t>
            </w:r>
          </w:p>
        </w:tc>
        <w:tc>
          <w:tcPr>
            <w:tcW w:w="1560" w:type="dxa"/>
          </w:tcPr>
          <w:p w14:paraId="68254CB6" w14:textId="77777777" w:rsidR="007C0E3C" w:rsidRDefault="00000000">
            <w:r>
              <w:rPr>
                <w:sz w:val="20"/>
              </w:rPr>
              <w:t>0.18, 4.19</w:t>
            </w:r>
          </w:p>
        </w:tc>
        <w:tc>
          <w:tcPr>
            <w:tcW w:w="1560" w:type="dxa"/>
          </w:tcPr>
          <w:p w14:paraId="79FCC013" w14:textId="77777777" w:rsidR="007C0E3C" w:rsidRDefault="00000000">
            <w:r>
              <w:rPr>
                <w:sz w:val="20"/>
              </w:rPr>
              <w:t>0.860</w:t>
            </w:r>
          </w:p>
        </w:tc>
      </w:tr>
      <w:tr w:rsidR="007C0E3C" w14:paraId="67311372" w14:textId="77777777">
        <w:tc>
          <w:tcPr>
            <w:tcW w:w="1560" w:type="dxa"/>
          </w:tcPr>
          <w:p w14:paraId="69F3C14C" w14:textId="77777777" w:rsidR="007C0E3C" w:rsidRDefault="00000000">
            <w:r>
              <w:rPr>
                <w:b/>
                <w:sz w:val="20"/>
              </w:rPr>
              <w:t>Nicotine dependence</w:t>
            </w:r>
          </w:p>
        </w:tc>
        <w:tc>
          <w:tcPr>
            <w:tcW w:w="1560" w:type="dxa"/>
          </w:tcPr>
          <w:p w14:paraId="474B6A7C" w14:textId="77777777" w:rsidR="007C0E3C" w:rsidRDefault="007C0E3C"/>
        </w:tc>
        <w:tc>
          <w:tcPr>
            <w:tcW w:w="1560" w:type="dxa"/>
          </w:tcPr>
          <w:p w14:paraId="3340E3C6" w14:textId="77777777" w:rsidR="007C0E3C" w:rsidRDefault="007C0E3C"/>
        </w:tc>
        <w:tc>
          <w:tcPr>
            <w:tcW w:w="1560" w:type="dxa"/>
          </w:tcPr>
          <w:p w14:paraId="5B6EFCC4" w14:textId="77777777" w:rsidR="007C0E3C" w:rsidRDefault="007C0E3C"/>
        </w:tc>
        <w:tc>
          <w:tcPr>
            <w:tcW w:w="1560" w:type="dxa"/>
          </w:tcPr>
          <w:p w14:paraId="4BE3E33D" w14:textId="77777777" w:rsidR="007C0E3C" w:rsidRDefault="007C0E3C"/>
        </w:tc>
        <w:tc>
          <w:tcPr>
            <w:tcW w:w="1560" w:type="dxa"/>
          </w:tcPr>
          <w:p w14:paraId="0091748E" w14:textId="77777777" w:rsidR="007C0E3C" w:rsidRDefault="007C0E3C"/>
        </w:tc>
      </w:tr>
      <w:tr w:rsidR="007C0E3C" w14:paraId="642DF352" w14:textId="77777777">
        <w:tc>
          <w:tcPr>
            <w:tcW w:w="1560" w:type="dxa"/>
          </w:tcPr>
          <w:p w14:paraId="60C3EE88" w14:textId="77777777" w:rsidR="007C0E3C" w:rsidRDefault="00000000">
            <w:r>
              <w:rPr>
                <w:sz w:val="20"/>
              </w:rPr>
              <w:t>    No</w:t>
            </w:r>
          </w:p>
        </w:tc>
        <w:tc>
          <w:tcPr>
            <w:tcW w:w="1560" w:type="dxa"/>
          </w:tcPr>
          <w:p w14:paraId="57A2AED9" w14:textId="77777777" w:rsidR="007C0E3C" w:rsidRDefault="00000000">
            <w:r>
              <w:rPr>
                <w:sz w:val="20"/>
              </w:rPr>
              <w:t>1,439</w:t>
            </w:r>
          </w:p>
        </w:tc>
        <w:tc>
          <w:tcPr>
            <w:tcW w:w="1560" w:type="dxa"/>
          </w:tcPr>
          <w:p w14:paraId="171A93B3" w14:textId="77777777" w:rsidR="007C0E3C" w:rsidRDefault="00000000">
            <w:r>
              <w:rPr>
                <w:sz w:val="20"/>
              </w:rPr>
              <w:t>69 (4.8%)</w:t>
            </w:r>
          </w:p>
        </w:tc>
        <w:tc>
          <w:tcPr>
            <w:tcW w:w="1560" w:type="dxa"/>
          </w:tcPr>
          <w:p w14:paraId="71A0FDD6" w14:textId="77777777" w:rsidR="007C0E3C" w:rsidRDefault="00000000">
            <w:r>
              <w:rPr>
                <w:sz w:val="20"/>
              </w:rPr>
              <w:t>—</w:t>
            </w:r>
          </w:p>
        </w:tc>
        <w:tc>
          <w:tcPr>
            <w:tcW w:w="1560" w:type="dxa"/>
          </w:tcPr>
          <w:p w14:paraId="4836E358" w14:textId="77777777" w:rsidR="007C0E3C" w:rsidRDefault="00000000">
            <w:r>
              <w:rPr>
                <w:sz w:val="20"/>
              </w:rPr>
              <w:t>—</w:t>
            </w:r>
          </w:p>
        </w:tc>
        <w:tc>
          <w:tcPr>
            <w:tcW w:w="1560" w:type="dxa"/>
          </w:tcPr>
          <w:p w14:paraId="7CBC7052" w14:textId="77777777" w:rsidR="007C0E3C" w:rsidRDefault="007C0E3C"/>
        </w:tc>
      </w:tr>
      <w:tr w:rsidR="007C0E3C" w14:paraId="5667F316" w14:textId="77777777">
        <w:tc>
          <w:tcPr>
            <w:tcW w:w="1560" w:type="dxa"/>
          </w:tcPr>
          <w:p w14:paraId="51DC8274" w14:textId="77777777" w:rsidR="007C0E3C" w:rsidRDefault="00000000">
            <w:r>
              <w:rPr>
                <w:sz w:val="20"/>
              </w:rPr>
              <w:t>    Yes</w:t>
            </w:r>
          </w:p>
        </w:tc>
        <w:tc>
          <w:tcPr>
            <w:tcW w:w="1560" w:type="dxa"/>
          </w:tcPr>
          <w:p w14:paraId="13858B0A" w14:textId="77777777" w:rsidR="007C0E3C" w:rsidRDefault="00000000">
            <w:r>
              <w:rPr>
                <w:sz w:val="20"/>
              </w:rPr>
              <w:t>223</w:t>
            </w:r>
          </w:p>
        </w:tc>
        <w:tc>
          <w:tcPr>
            <w:tcW w:w="1560" w:type="dxa"/>
          </w:tcPr>
          <w:p w14:paraId="0533AB85" w14:textId="77777777" w:rsidR="007C0E3C" w:rsidRDefault="00000000">
            <w:r>
              <w:rPr>
                <w:sz w:val="20"/>
              </w:rPr>
              <w:t>21 (9.4%)</w:t>
            </w:r>
          </w:p>
        </w:tc>
        <w:tc>
          <w:tcPr>
            <w:tcW w:w="1560" w:type="dxa"/>
          </w:tcPr>
          <w:p w14:paraId="2A47B93A" w14:textId="77777777" w:rsidR="007C0E3C" w:rsidRDefault="00000000">
            <w:r>
              <w:rPr>
                <w:sz w:val="20"/>
              </w:rPr>
              <w:t>2.01</w:t>
            </w:r>
          </w:p>
        </w:tc>
        <w:tc>
          <w:tcPr>
            <w:tcW w:w="1560" w:type="dxa"/>
          </w:tcPr>
          <w:p w14:paraId="1C99AA7B" w14:textId="77777777" w:rsidR="007C0E3C" w:rsidRDefault="00000000">
            <w:r>
              <w:rPr>
                <w:sz w:val="20"/>
              </w:rPr>
              <w:t>1.24, 3.26</w:t>
            </w:r>
          </w:p>
        </w:tc>
        <w:tc>
          <w:tcPr>
            <w:tcW w:w="1560" w:type="dxa"/>
          </w:tcPr>
          <w:p w14:paraId="4E2E044E" w14:textId="77777777" w:rsidR="007C0E3C" w:rsidRDefault="00000000">
            <w:r>
              <w:rPr>
                <w:b/>
                <w:sz w:val="20"/>
              </w:rPr>
              <w:t>0.004</w:t>
            </w:r>
          </w:p>
        </w:tc>
      </w:tr>
      <w:tr w:rsidR="007C0E3C" w14:paraId="74F8C8D8" w14:textId="77777777">
        <w:tc>
          <w:tcPr>
            <w:tcW w:w="1560" w:type="dxa"/>
          </w:tcPr>
          <w:p w14:paraId="6CE56928" w14:textId="77777777" w:rsidR="007C0E3C" w:rsidRDefault="00000000">
            <w:r>
              <w:rPr>
                <w:b/>
                <w:sz w:val="20"/>
              </w:rPr>
              <w:t>Malignant neoplasm of brain</w:t>
            </w:r>
          </w:p>
        </w:tc>
        <w:tc>
          <w:tcPr>
            <w:tcW w:w="1560" w:type="dxa"/>
          </w:tcPr>
          <w:p w14:paraId="38001F63" w14:textId="77777777" w:rsidR="007C0E3C" w:rsidRDefault="007C0E3C"/>
        </w:tc>
        <w:tc>
          <w:tcPr>
            <w:tcW w:w="1560" w:type="dxa"/>
          </w:tcPr>
          <w:p w14:paraId="77C0FC8B" w14:textId="77777777" w:rsidR="007C0E3C" w:rsidRDefault="007C0E3C"/>
        </w:tc>
        <w:tc>
          <w:tcPr>
            <w:tcW w:w="1560" w:type="dxa"/>
          </w:tcPr>
          <w:p w14:paraId="41A549B2" w14:textId="77777777" w:rsidR="007C0E3C" w:rsidRDefault="007C0E3C"/>
        </w:tc>
        <w:tc>
          <w:tcPr>
            <w:tcW w:w="1560" w:type="dxa"/>
          </w:tcPr>
          <w:p w14:paraId="7D090C66" w14:textId="77777777" w:rsidR="007C0E3C" w:rsidRDefault="007C0E3C"/>
        </w:tc>
        <w:tc>
          <w:tcPr>
            <w:tcW w:w="1560" w:type="dxa"/>
          </w:tcPr>
          <w:p w14:paraId="5F2DA3FB" w14:textId="77777777" w:rsidR="007C0E3C" w:rsidRDefault="007C0E3C"/>
        </w:tc>
      </w:tr>
      <w:tr w:rsidR="007C0E3C" w14:paraId="20F6205F" w14:textId="77777777">
        <w:tc>
          <w:tcPr>
            <w:tcW w:w="1560" w:type="dxa"/>
          </w:tcPr>
          <w:p w14:paraId="073DFF8F" w14:textId="77777777" w:rsidR="007C0E3C" w:rsidRDefault="00000000">
            <w:r>
              <w:rPr>
                <w:sz w:val="20"/>
              </w:rPr>
              <w:t>    No</w:t>
            </w:r>
          </w:p>
        </w:tc>
        <w:tc>
          <w:tcPr>
            <w:tcW w:w="1560" w:type="dxa"/>
          </w:tcPr>
          <w:p w14:paraId="7081B271" w14:textId="77777777" w:rsidR="007C0E3C" w:rsidRDefault="00000000">
            <w:r>
              <w:rPr>
                <w:sz w:val="20"/>
              </w:rPr>
              <w:t>1,391</w:t>
            </w:r>
          </w:p>
        </w:tc>
        <w:tc>
          <w:tcPr>
            <w:tcW w:w="1560" w:type="dxa"/>
          </w:tcPr>
          <w:p w14:paraId="3AA77A4F" w14:textId="77777777" w:rsidR="007C0E3C" w:rsidRDefault="00000000">
            <w:r>
              <w:rPr>
                <w:sz w:val="20"/>
              </w:rPr>
              <w:t>72 (5.2%)</w:t>
            </w:r>
          </w:p>
        </w:tc>
        <w:tc>
          <w:tcPr>
            <w:tcW w:w="1560" w:type="dxa"/>
          </w:tcPr>
          <w:p w14:paraId="460BF9B2" w14:textId="77777777" w:rsidR="007C0E3C" w:rsidRDefault="00000000">
            <w:r>
              <w:rPr>
                <w:sz w:val="20"/>
              </w:rPr>
              <w:t>—</w:t>
            </w:r>
          </w:p>
        </w:tc>
        <w:tc>
          <w:tcPr>
            <w:tcW w:w="1560" w:type="dxa"/>
          </w:tcPr>
          <w:p w14:paraId="54770910" w14:textId="77777777" w:rsidR="007C0E3C" w:rsidRDefault="00000000">
            <w:r>
              <w:rPr>
                <w:sz w:val="20"/>
              </w:rPr>
              <w:t>—</w:t>
            </w:r>
          </w:p>
        </w:tc>
        <w:tc>
          <w:tcPr>
            <w:tcW w:w="1560" w:type="dxa"/>
          </w:tcPr>
          <w:p w14:paraId="75A39E20" w14:textId="77777777" w:rsidR="007C0E3C" w:rsidRDefault="007C0E3C"/>
        </w:tc>
      </w:tr>
      <w:tr w:rsidR="007C0E3C" w14:paraId="178A9CFE" w14:textId="77777777">
        <w:tc>
          <w:tcPr>
            <w:tcW w:w="1560" w:type="dxa"/>
          </w:tcPr>
          <w:p w14:paraId="1D44A1D3" w14:textId="77777777" w:rsidR="007C0E3C" w:rsidRDefault="00000000">
            <w:r>
              <w:rPr>
                <w:sz w:val="20"/>
              </w:rPr>
              <w:t>    Yes</w:t>
            </w:r>
          </w:p>
        </w:tc>
        <w:tc>
          <w:tcPr>
            <w:tcW w:w="1560" w:type="dxa"/>
          </w:tcPr>
          <w:p w14:paraId="6D00CFCD" w14:textId="77777777" w:rsidR="007C0E3C" w:rsidRDefault="00000000">
            <w:r>
              <w:rPr>
                <w:sz w:val="20"/>
              </w:rPr>
              <w:t>271</w:t>
            </w:r>
          </w:p>
        </w:tc>
        <w:tc>
          <w:tcPr>
            <w:tcW w:w="1560" w:type="dxa"/>
          </w:tcPr>
          <w:p w14:paraId="5330D57F" w14:textId="77777777" w:rsidR="007C0E3C" w:rsidRDefault="00000000">
            <w:r>
              <w:rPr>
                <w:sz w:val="20"/>
              </w:rPr>
              <w:t>18 (6.6%)</w:t>
            </w:r>
          </w:p>
        </w:tc>
        <w:tc>
          <w:tcPr>
            <w:tcW w:w="1560" w:type="dxa"/>
          </w:tcPr>
          <w:p w14:paraId="137B43E1" w14:textId="77777777" w:rsidR="007C0E3C" w:rsidRDefault="00000000">
            <w:r>
              <w:rPr>
                <w:sz w:val="20"/>
              </w:rPr>
              <w:t>1.81</w:t>
            </w:r>
          </w:p>
        </w:tc>
        <w:tc>
          <w:tcPr>
            <w:tcW w:w="1560" w:type="dxa"/>
          </w:tcPr>
          <w:p w14:paraId="7AE7C0F0" w14:textId="77777777" w:rsidR="007C0E3C" w:rsidRDefault="00000000">
            <w:r>
              <w:rPr>
                <w:sz w:val="20"/>
              </w:rPr>
              <w:t>1.07, 3.05</w:t>
            </w:r>
          </w:p>
        </w:tc>
        <w:tc>
          <w:tcPr>
            <w:tcW w:w="1560" w:type="dxa"/>
          </w:tcPr>
          <w:p w14:paraId="27E1ABDA" w14:textId="77777777" w:rsidR="007C0E3C" w:rsidRDefault="00000000">
            <w:r>
              <w:rPr>
                <w:b/>
                <w:sz w:val="20"/>
              </w:rPr>
              <w:t>0.027</w:t>
            </w:r>
          </w:p>
        </w:tc>
      </w:tr>
      <w:tr w:rsidR="007C0E3C" w14:paraId="76ACEA5F" w14:textId="77777777">
        <w:tc>
          <w:tcPr>
            <w:tcW w:w="1560" w:type="dxa"/>
          </w:tcPr>
          <w:p w14:paraId="3BB58B19" w14:textId="77777777" w:rsidR="007C0E3C" w:rsidRDefault="00000000">
            <w:r>
              <w:rPr>
                <w:b/>
                <w:sz w:val="20"/>
              </w:rPr>
              <w:t>Age at breast cancer diagnosis</w:t>
            </w:r>
          </w:p>
        </w:tc>
        <w:tc>
          <w:tcPr>
            <w:tcW w:w="1560" w:type="dxa"/>
          </w:tcPr>
          <w:p w14:paraId="3EA61B38" w14:textId="77777777" w:rsidR="007C0E3C" w:rsidRDefault="00000000">
            <w:r>
              <w:rPr>
                <w:sz w:val="20"/>
              </w:rPr>
              <w:t>1,662</w:t>
            </w:r>
          </w:p>
        </w:tc>
        <w:tc>
          <w:tcPr>
            <w:tcW w:w="1560" w:type="dxa"/>
          </w:tcPr>
          <w:p w14:paraId="056F04B8" w14:textId="77777777" w:rsidR="007C0E3C" w:rsidRDefault="007C0E3C"/>
        </w:tc>
        <w:tc>
          <w:tcPr>
            <w:tcW w:w="1560" w:type="dxa"/>
          </w:tcPr>
          <w:p w14:paraId="0F14C45D" w14:textId="77777777" w:rsidR="007C0E3C" w:rsidRDefault="00000000">
            <w:r>
              <w:rPr>
                <w:sz w:val="20"/>
              </w:rPr>
              <w:t>1.10</w:t>
            </w:r>
          </w:p>
        </w:tc>
        <w:tc>
          <w:tcPr>
            <w:tcW w:w="1560" w:type="dxa"/>
          </w:tcPr>
          <w:p w14:paraId="2ABDDC22" w14:textId="77777777" w:rsidR="007C0E3C" w:rsidRDefault="00000000">
            <w:r>
              <w:rPr>
                <w:sz w:val="20"/>
              </w:rPr>
              <w:t>1.07, 1.12</w:t>
            </w:r>
          </w:p>
        </w:tc>
        <w:tc>
          <w:tcPr>
            <w:tcW w:w="1560" w:type="dxa"/>
          </w:tcPr>
          <w:p w14:paraId="50B2CE9B" w14:textId="77777777" w:rsidR="007C0E3C" w:rsidRDefault="00000000">
            <w:r>
              <w:rPr>
                <w:b/>
                <w:sz w:val="20"/>
              </w:rPr>
              <w:t>&lt;0.001</w:t>
            </w:r>
          </w:p>
        </w:tc>
      </w:tr>
      <w:tr w:rsidR="007C0E3C" w14:paraId="44F66633" w14:textId="77777777">
        <w:tc>
          <w:tcPr>
            <w:tcW w:w="1560" w:type="dxa"/>
          </w:tcPr>
          <w:p w14:paraId="62A82516" w14:textId="77777777" w:rsidR="007C0E3C" w:rsidRDefault="00000000">
            <w:r>
              <w:rPr>
                <w:b/>
                <w:sz w:val="20"/>
              </w:rPr>
              <w:t>BMI</w:t>
            </w:r>
          </w:p>
        </w:tc>
        <w:tc>
          <w:tcPr>
            <w:tcW w:w="1560" w:type="dxa"/>
          </w:tcPr>
          <w:p w14:paraId="67A3B074" w14:textId="77777777" w:rsidR="007C0E3C" w:rsidRDefault="00000000">
            <w:r>
              <w:rPr>
                <w:sz w:val="20"/>
              </w:rPr>
              <w:t>1,662</w:t>
            </w:r>
          </w:p>
        </w:tc>
        <w:tc>
          <w:tcPr>
            <w:tcW w:w="1560" w:type="dxa"/>
          </w:tcPr>
          <w:p w14:paraId="0DB54ED3" w14:textId="77777777" w:rsidR="007C0E3C" w:rsidRDefault="007C0E3C"/>
        </w:tc>
        <w:tc>
          <w:tcPr>
            <w:tcW w:w="1560" w:type="dxa"/>
          </w:tcPr>
          <w:p w14:paraId="7F9DB1B7" w14:textId="77777777" w:rsidR="007C0E3C" w:rsidRDefault="00000000">
            <w:r>
              <w:rPr>
                <w:sz w:val="20"/>
              </w:rPr>
              <w:t>0.99</w:t>
            </w:r>
          </w:p>
        </w:tc>
        <w:tc>
          <w:tcPr>
            <w:tcW w:w="1560" w:type="dxa"/>
          </w:tcPr>
          <w:p w14:paraId="5FB7BB1B" w14:textId="77777777" w:rsidR="007C0E3C" w:rsidRDefault="00000000">
            <w:r>
              <w:rPr>
                <w:sz w:val="20"/>
              </w:rPr>
              <w:t>0.96, 1.02</w:t>
            </w:r>
          </w:p>
        </w:tc>
        <w:tc>
          <w:tcPr>
            <w:tcW w:w="1560" w:type="dxa"/>
          </w:tcPr>
          <w:p w14:paraId="2691DDCA" w14:textId="77777777" w:rsidR="007C0E3C" w:rsidRDefault="00000000">
            <w:r>
              <w:rPr>
                <w:sz w:val="20"/>
              </w:rPr>
              <w:t>0.552</w:t>
            </w:r>
          </w:p>
        </w:tc>
      </w:tr>
      <w:tr w:rsidR="007C0E3C" w14:paraId="5F291428" w14:textId="77777777">
        <w:tc>
          <w:tcPr>
            <w:tcW w:w="1560" w:type="dxa"/>
          </w:tcPr>
          <w:p w14:paraId="3BBB87DF" w14:textId="77777777" w:rsidR="007C0E3C" w:rsidRDefault="00000000">
            <w:r>
              <w:rPr>
                <w:b/>
                <w:sz w:val="20"/>
              </w:rPr>
              <w:t>Concomitant medication</w:t>
            </w:r>
          </w:p>
        </w:tc>
        <w:tc>
          <w:tcPr>
            <w:tcW w:w="1560" w:type="dxa"/>
          </w:tcPr>
          <w:p w14:paraId="24584B95" w14:textId="77777777" w:rsidR="007C0E3C" w:rsidRDefault="007C0E3C"/>
        </w:tc>
        <w:tc>
          <w:tcPr>
            <w:tcW w:w="1560" w:type="dxa"/>
          </w:tcPr>
          <w:p w14:paraId="6A58573D" w14:textId="77777777" w:rsidR="007C0E3C" w:rsidRDefault="007C0E3C"/>
        </w:tc>
        <w:tc>
          <w:tcPr>
            <w:tcW w:w="1560" w:type="dxa"/>
          </w:tcPr>
          <w:p w14:paraId="5A179D45" w14:textId="77777777" w:rsidR="007C0E3C" w:rsidRDefault="007C0E3C"/>
        </w:tc>
        <w:tc>
          <w:tcPr>
            <w:tcW w:w="1560" w:type="dxa"/>
          </w:tcPr>
          <w:p w14:paraId="56F93F4D" w14:textId="77777777" w:rsidR="007C0E3C" w:rsidRDefault="007C0E3C"/>
        </w:tc>
        <w:tc>
          <w:tcPr>
            <w:tcW w:w="1560" w:type="dxa"/>
          </w:tcPr>
          <w:p w14:paraId="32FE41A5" w14:textId="77777777" w:rsidR="007C0E3C" w:rsidRDefault="007C0E3C"/>
        </w:tc>
      </w:tr>
      <w:tr w:rsidR="007C0E3C" w14:paraId="48FADD30" w14:textId="77777777">
        <w:tc>
          <w:tcPr>
            <w:tcW w:w="1560" w:type="dxa"/>
          </w:tcPr>
          <w:p w14:paraId="45F72BBB" w14:textId="77777777" w:rsidR="007C0E3C" w:rsidRDefault="00000000">
            <w:r>
              <w:rPr>
                <w:sz w:val="20"/>
              </w:rPr>
              <w:t>    No</w:t>
            </w:r>
          </w:p>
        </w:tc>
        <w:tc>
          <w:tcPr>
            <w:tcW w:w="1560" w:type="dxa"/>
          </w:tcPr>
          <w:p w14:paraId="36557FAC" w14:textId="77777777" w:rsidR="007C0E3C" w:rsidRDefault="00000000">
            <w:r>
              <w:rPr>
                <w:sz w:val="20"/>
              </w:rPr>
              <w:t>1,173</w:t>
            </w:r>
          </w:p>
        </w:tc>
        <w:tc>
          <w:tcPr>
            <w:tcW w:w="1560" w:type="dxa"/>
          </w:tcPr>
          <w:p w14:paraId="090FC20E" w14:textId="77777777" w:rsidR="007C0E3C" w:rsidRDefault="00000000">
            <w:r>
              <w:rPr>
                <w:sz w:val="20"/>
              </w:rPr>
              <w:t>58 (4.9%)</w:t>
            </w:r>
          </w:p>
        </w:tc>
        <w:tc>
          <w:tcPr>
            <w:tcW w:w="1560" w:type="dxa"/>
          </w:tcPr>
          <w:p w14:paraId="3C943B06" w14:textId="77777777" w:rsidR="007C0E3C" w:rsidRDefault="00000000">
            <w:r>
              <w:rPr>
                <w:sz w:val="20"/>
              </w:rPr>
              <w:t>—</w:t>
            </w:r>
          </w:p>
        </w:tc>
        <w:tc>
          <w:tcPr>
            <w:tcW w:w="1560" w:type="dxa"/>
          </w:tcPr>
          <w:p w14:paraId="1DA927E7" w14:textId="77777777" w:rsidR="007C0E3C" w:rsidRDefault="00000000">
            <w:r>
              <w:rPr>
                <w:sz w:val="20"/>
              </w:rPr>
              <w:t>—</w:t>
            </w:r>
          </w:p>
        </w:tc>
        <w:tc>
          <w:tcPr>
            <w:tcW w:w="1560" w:type="dxa"/>
          </w:tcPr>
          <w:p w14:paraId="7D6C90C5" w14:textId="77777777" w:rsidR="007C0E3C" w:rsidRDefault="007C0E3C"/>
        </w:tc>
      </w:tr>
      <w:tr w:rsidR="007C0E3C" w14:paraId="350B60F4" w14:textId="77777777">
        <w:tc>
          <w:tcPr>
            <w:tcW w:w="1560" w:type="dxa"/>
          </w:tcPr>
          <w:p w14:paraId="5B044B6F" w14:textId="77777777" w:rsidR="007C0E3C" w:rsidRDefault="00000000">
            <w:r>
              <w:rPr>
                <w:sz w:val="20"/>
              </w:rPr>
              <w:t>    Yes</w:t>
            </w:r>
          </w:p>
        </w:tc>
        <w:tc>
          <w:tcPr>
            <w:tcW w:w="1560" w:type="dxa"/>
          </w:tcPr>
          <w:p w14:paraId="4ECEC8BA" w14:textId="77777777" w:rsidR="007C0E3C" w:rsidRDefault="00000000">
            <w:r>
              <w:rPr>
                <w:sz w:val="20"/>
              </w:rPr>
              <w:t>489</w:t>
            </w:r>
          </w:p>
        </w:tc>
        <w:tc>
          <w:tcPr>
            <w:tcW w:w="1560" w:type="dxa"/>
          </w:tcPr>
          <w:p w14:paraId="6DF75485" w14:textId="77777777" w:rsidR="007C0E3C" w:rsidRDefault="00000000">
            <w:r>
              <w:rPr>
                <w:sz w:val="20"/>
              </w:rPr>
              <w:t>32 (6.5%)</w:t>
            </w:r>
          </w:p>
        </w:tc>
        <w:tc>
          <w:tcPr>
            <w:tcW w:w="1560" w:type="dxa"/>
          </w:tcPr>
          <w:p w14:paraId="4472610F" w14:textId="77777777" w:rsidR="007C0E3C" w:rsidRDefault="00000000">
            <w:r>
              <w:rPr>
                <w:sz w:val="20"/>
              </w:rPr>
              <w:t>1.15</w:t>
            </w:r>
          </w:p>
        </w:tc>
        <w:tc>
          <w:tcPr>
            <w:tcW w:w="1560" w:type="dxa"/>
          </w:tcPr>
          <w:p w14:paraId="7302681E" w14:textId="77777777" w:rsidR="007C0E3C" w:rsidRDefault="00000000">
            <w:r>
              <w:rPr>
                <w:sz w:val="20"/>
              </w:rPr>
              <w:t>0.75, 1.77</w:t>
            </w:r>
          </w:p>
        </w:tc>
        <w:tc>
          <w:tcPr>
            <w:tcW w:w="1560" w:type="dxa"/>
          </w:tcPr>
          <w:p w14:paraId="3E6147C7" w14:textId="77777777" w:rsidR="007C0E3C" w:rsidRDefault="00000000">
            <w:r>
              <w:rPr>
                <w:sz w:val="20"/>
              </w:rPr>
              <w:t>0.519</w:t>
            </w:r>
          </w:p>
        </w:tc>
      </w:tr>
      <w:tr w:rsidR="007C0E3C" w14:paraId="7DBCC0EE" w14:textId="77777777">
        <w:tc>
          <w:tcPr>
            <w:tcW w:w="9360" w:type="dxa"/>
            <w:gridSpan w:val="6"/>
          </w:tcPr>
          <w:p w14:paraId="10934B4F" w14:textId="77777777" w:rsidR="007C0E3C" w:rsidRDefault="00000000">
            <w:r>
              <w:rPr>
                <w:sz w:val="20"/>
                <w:vertAlign w:val="superscript"/>
              </w:rPr>
              <w:t>1</w:t>
            </w:r>
            <w:r>
              <w:rPr>
                <w:sz w:val="20"/>
              </w:rPr>
              <w:t xml:space="preserve"> HR = Hazard Ratio; CI = Confidence Interval. Reference groups: no targeted therapy, no nicotine dependence, no malignant neoplasm of brain, no concomitant medication.</w:t>
            </w:r>
          </w:p>
        </w:tc>
      </w:tr>
    </w:tbl>
    <w:p w14:paraId="0C60DCB6" w14:textId="77777777" w:rsidR="00BA6E31" w:rsidRDefault="00BA6E31">
      <w:pPr>
        <w:spacing w:before="240" w:after="80"/>
        <w:rPr>
          <w:b/>
        </w:rPr>
      </w:pPr>
    </w:p>
    <w:p w14:paraId="47459C50" w14:textId="77777777" w:rsidR="00BA6E31" w:rsidRDefault="00BA6E31">
      <w:pPr>
        <w:spacing w:before="240" w:after="80"/>
        <w:rPr>
          <w:b/>
        </w:rPr>
      </w:pPr>
    </w:p>
    <w:p w14:paraId="0DFE6578" w14:textId="77777777" w:rsidR="00BA6E31" w:rsidRDefault="00BA6E31">
      <w:pPr>
        <w:spacing w:before="240" w:after="80"/>
        <w:rPr>
          <w:b/>
        </w:rPr>
      </w:pPr>
    </w:p>
    <w:p w14:paraId="2C6359DE" w14:textId="77777777" w:rsidR="00BA6E31" w:rsidRDefault="00BA6E31">
      <w:pPr>
        <w:spacing w:before="240" w:after="80"/>
        <w:rPr>
          <w:b/>
        </w:rPr>
      </w:pPr>
    </w:p>
    <w:p w14:paraId="698F3C2C" w14:textId="77777777" w:rsidR="00BA6E31" w:rsidRDefault="00BA6E31">
      <w:pPr>
        <w:spacing w:before="240" w:after="80"/>
        <w:rPr>
          <w:b/>
        </w:rPr>
      </w:pPr>
    </w:p>
    <w:p w14:paraId="3A6E062F" w14:textId="77777777" w:rsidR="00BA6E31" w:rsidRDefault="00BA6E31">
      <w:pPr>
        <w:spacing w:before="240" w:after="80"/>
        <w:rPr>
          <w:b/>
        </w:rPr>
      </w:pPr>
    </w:p>
    <w:p w14:paraId="7A96A6BA" w14:textId="77777777" w:rsidR="00BA6E31" w:rsidRDefault="00BA6E31">
      <w:pPr>
        <w:spacing w:before="240" w:after="80"/>
        <w:rPr>
          <w:b/>
        </w:rPr>
      </w:pPr>
    </w:p>
    <w:p w14:paraId="5D38D392" w14:textId="77777777" w:rsidR="00BA6E31" w:rsidRDefault="00BA6E31">
      <w:pPr>
        <w:spacing w:before="240" w:after="80"/>
        <w:rPr>
          <w:b/>
        </w:rPr>
      </w:pPr>
    </w:p>
    <w:p w14:paraId="4D42633F" w14:textId="00872F93" w:rsidR="007C0E3C" w:rsidRDefault="00000000">
      <w:pPr>
        <w:spacing w:before="240" w:after="80"/>
      </w:pPr>
      <w:r>
        <w:rPr>
          <w:b/>
        </w:rPr>
        <w:lastRenderedPageBreak/>
        <w:t>Table S</w:t>
      </w:r>
      <w:r w:rsidR="00BA6E31">
        <w:rPr>
          <w:b/>
        </w:rPr>
        <w:t>7</w:t>
      </w:r>
      <w:r>
        <w:rPr>
          <w:b/>
        </w:rPr>
        <w:t>.</w:t>
      </w:r>
      <w:r>
        <w:t xml:space="preserve"> Targeted therapy and concomitant medication use. Numbers presented as n (%) of patients receiving each concomitant medication within each targeted therapy group.</w:t>
      </w:r>
    </w:p>
    <w:tbl>
      <w:tblPr>
        <w:tblStyle w:val="TableGrid"/>
        <w:tblW w:w="0" w:type="auto"/>
        <w:tblLook w:val="04A0" w:firstRow="1" w:lastRow="0" w:firstColumn="1" w:lastColumn="0" w:noHBand="0" w:noVBand="1"/>
      </w:tblPr>
      <w:tblGrid>
        <w:gridCol w:w="1337"/>
        <w:gridCol w:w="1337"/>
        <w:gridCol w:w="1337"/>
        <w:gridCol w:w="1337"/>
        <w:gridCol w:w="1337"/>
        <w:gridCol w:w="1337"/>
        <w:gridCol w:w="1337"/>
      </w:tblGrid>
      <w:tr w:rsidR="007C0E3C" w14:paraId="363F4C7E" w14:textId="77777777">
        <w:tc>
          <w:tcPr>
            <w:tcW w:w="1337" w:type="dxa"/>
          </w:tcPr>
          <w:p w14:paraId="06E63A3D" w14:textId="77777777" w:rsidR="007C0E3C" w:rsidRDefault="00000000">
            <w:r>
              <w:rPr>
                <w:b/>
                <w:sz w:val="18"/>
              </w:rPr>
              <w:t>Characteristic</w:t>
            </w:r>
          </w:p>
        </w:tc>
        <w:tc>
          <w:tcPr>
            <w:tcW w:w="1337" w:type="dxa"/>
          </w:tcPr>
          <w:p w14:paraId="4954DB2D" w14:textId="77777777" w:rsidR="007C0E3C" w:rsidRDefault="00000000">
            <w:r>
              <w:rPr>
                <w:b/>
                <w:sz w:val="18"/>
              </w:rPr>
              <w:t>Overall</w:t>
            </w:r>
            <w:r>
              <w:rPr>
                <w:b/>
                <w:sz w:val="18"/>
              </w:rPr>
              <w:br/>
              <w:t>N = 155,281</w:t>
            </w:r>
            <w:r>
              <w:rPr>
                <w:b/>
                <w:i/>
                <w:sz w:val="18"/>
                <w:vertAlign w:val="superscript"/>
              </w:rPr>
              <w:t>1</w:t>
            </w:r>
          </w:p>
        </w:tc>
        <w:tc>
          <w:tcPr>
            <w:tcW w:w="1337" w:type="dxa"/>
          </w:tcPr>
          <w:p w14:paraId="57691CD8" w14:textId="77777777" w:rsidR="007C0E3C" w:rsidRDefault="00000000">
            <w:r>
              <w:rPr>
                <w:b/>
                <w:sz w:val="18"/>
              </w:rPr>
              <w:t xml:space="preserve">No targeted </w:t>
            </w:r>
          </w:p>
          <w:p w14:paraId="76847FF4" w14:textId="77777777" w:rsidR="007C0E3C" w:rsidRDefault="00000000">
            <w:r>
              <w:rPr>
                <w:b/>
                <w:sz w:val="18"/>
              </w:rPr>
              <w:t>therapy</w:t>
            </w:r>
            <w:r>
              <w:rPr>
                <w:b/>
                <w:sz w:val="18"/>
              </w:rPr>
              <w:br/>
              <w:t>N = 151,116</w:t>
            </w:r>
            <w:r>
              <w:rPr>
                <w:b/>
                <w:i/>
                <w:sz w:val="18"/>
                <w:vertAlign w:val="superscript"/>
              </w:rPr>
              <w:t>1</w:t>
            </w:r>
          </w:p>
        </w:tc>
        <w:tc>
          <w:tcPr>
            <w:tcW w:w="1337" w:type="dxa"/>
          </w:tcPr>
          <w:p w14:paraId="542DACA6" w14:textId="77777777" w:rsidR="007C0E3C" w:rsidRDefault="00000000">
            <w:r>
              <w:rPr>
                <w:b/>
                <w:sz w:val="18"/>
              </w:rPr>
              <w:t>cdk4_6</w:t>
            </w:r>
            <w:r>
              <w:rPr>
                <w:b/>
                <w:sz w:val="18"/>
              </w:rPr>
              <w:br/>
              <w:t>N = 3,418</w:t>
            </w:r>
            <w:r>
              <w:rPr>
                <w:b/>
                <w:i/>
                <w:sz w:val="18"/>
                <w:vertAlign w:val="superscript"/>
              </w:rPr>
              <w:t>1</w:t>
            </w:r>
          </w:p>
        </w:tc>
        <w:tc>
          <w:tcPr>
            <w:tcW w:w="1337" w:type="dxa"/>
          </w:tcPr>
          <w:p w14:paraId="774543A1" w14:textId="77777777" w:rsidR="007C0E3C" w:rsidRDefault="00000000">
            <w:r>
              <w:rPr>
                <w:b/>
                <w:sz w:val="18"/>
              </w:rPr>
              <w:t>parp</w:t>
            </w:r>
            <w:r>
              <w:rPr>
                <w:b/>
                <w:sz w:val="18"/>
              </w:rPr>
              <w:br/>
              <w:t>N = 306</w:t>
            </w:r>
            <w:r>
              <w:rPr>
                <w:b/>
                <w:i/>
                <w:sz w:val="18"/>
                <w:vertAlign w:val="superscript"/>
              </w:rPr>
              <w:t>1</w:t>
            </w:r>
          </w:p>
        </w:tc>
        <w:tc>
          <w:tcPr>
            <w:tcW w:w="1337" w:type="dxa"/>
          </w:tcPr>
          <w:p w14:paraId="374063D6" w14:textId="77777777" w:rsidR="007C0E3C" w:rsidRDefault="00000000">
            <w:r>
              <w:rPr>
                <w:b/>
                <w:sz w:val="18"/>
              </w:rPr>
              <w:t xml:space="preserve">Mtor </w:t>
            </w:r>
          </w:p>
          <w:p w14:paraId="3C42D53F" w14:textId="77777777" w:rsidR="007C0E3C" w:rsidRDefault="00000000">
            <w:r>
              <w:rPr>
                <w:b/>
                <w:sz w:val="18"/>
              </w:rPr>
              <w:t>everolimus</w:t>
            </w:r>
            <w:r>
              <w:rPr>
                <w:b/>
                <w:sz w:val="18"/>
              </w:rPr>
              <w:br/>
              <w:t>N = 396</w:t>
            </w:r>
            <w:r>
              <w:rPr>
                <w:b/>
                <w:i/>
                <w:sz w:val="18"/>
                <w:vertAlign w:val="superscript"/>
              </w:rPr>
              <w:t>1</w:t>
            </w:r>
          </w:p>
        </w:tc>
        <w:tc>
          <w:tcPr>
            <w:tcW w:w="1337" w:type="dxa"/>
          </w:tcPr>
          <w:p w14:paraId="6AFB96D2" w14:textId="77777777" w:rsidR="007C0E3C" w:rsidRDefault="00000000">
            <w:r>
              <w:rPr>
                <w:b/>
                <w:sz w:val="18"/>
              </w:rPr>
              <w:t xml:space="preserve">pi3k </w:t>
            </w:r>
          </w:p>
          <w:p w14:paraId="50D5D453" w14:textId="77777777" w:rsidR="007C0E3C" w:rsidRDefault="00000000">
            <w:r>
              <w:rPr>
                <w:b/>
                <w:sz w:val="18"/>
              </w:rPr>
              <w:t>alpelisib</w:t>
            </w:r>
            <w:r>
              <w:rPr>
                <w:b/>
                <w:sz w:val="18"/>
              </w:rPr>
              <w:br/>
              <w:t>N = 45</w:t>
            </w:r>
            <w:r>
              <w:rPr>
                <w:b/>
                <w:i/>
                <w:sz w:val="18"/>
                <w:vertAlign w:val="superscript"/>
              </w:rPr>
              <w:t>1</w:t>
            </w:r>
          </w:p>
        </w:tc>
      </w:tr>
      <w:tr w:rsidR="007C0E3C" w14:paraId="6DB80D14" w14:textId="77777777">
        <w:tc>
          <w:tcPr>
            <w:tcW w:w="1337" w:type="dxa"/>
          </w:tcPr>
          <w:p w14:paraId="35665D88" w14:textId="77777777" w:rsidR="007C0E3C" w:rsidRDefault="00000000">
            <w:r>
              <w:rPr>
                <w:b/>
                <w:sz w:val="18"/>
              </w:rPr>
              <w:t>tamoxifen</w:t>
            </w:r>
          </w:p>
        </w:tc>
        <w:tc>
          <w:tcPr>
            <w:tcW w:w="1337" w:type="dxa"/>
          </w:tcPr>
          <w:p w14:paraId="331F097E" w14:textId="77777777" w:rsidR="007C0E3C" w:rsidRDefault="007C0E3C"/>
        </w:tc>
        <w:tc>
          <w:tcPr>
            <w:tcW w:w="1337" w:type="dxa"/>
          </w:tcPr>
          <w:p w14:paraId="48BBED81" w14:textId="77777777" w:rsidR="007C0E3C" w:rsidRDefault="007C0E3C"/>
        </w:tc>
        <w:tc>
          <w:tcPr>
            <w:tcW w:w="1337" w:type="dxa"/>
          </w:tcPr>
          <w:p w14:paraId="6C9359AF" w14:textId="77777777" w:rsidR="007C0E3C" w:rsidRDefault="007C0E3C"/>
        </w:tc>
        <w:tc>
          <w:tcPr>
            <w:tcW w:w="1337" w:type="dxa"/>
          </w:tcPr>
          <w:p w14:paraId="6BE47706" w14:textId="77777777" w:rsidR="007C0E3C" w:rsidRDefault="007C0E3C"/>
        </w:tc>
        <w:tc>
          <w:tcPr>
            <w:tcW w:w="1337" w:type="dxa"/>
          </w:tcPr>
          <w:p w14:paraId="36B702F6" w14:textId="77777777" w:rsidR="007C0E3C" w:rsidRDefault="007C0E3C"/>
        </w:tc>
        <w:tc>
          <w:tcPr>
            <w:tcW w:w="1337" w:type="dxa"/>
          </w:tcPr>
          <w:p w14:paraId="25F972DB" w14:textId="77777777" w:rsidR="007C0E3C" w:rsidRDefault="007C0E3C"/>
        </w:tc>
      </w:tr>
      <w:tr w:rsidR="007C0E3C" w14:paraId="7621662B" w14:textId="77777777">
        <w:tc>
          <w:tcPr>
            <w:tcW w:w="1337" w:type="dxa"/>
          </w:tcPr>
          <w:p w14:paraId="48DAAA15" w14:textId="77777777" w:rsidR="007C0E3C" w:rsidRDefault="00000000">
            <w:r>
              <w:rPr>
                <w:sz w:val="18"/>
              </w:rPr>
              <w:t>    No</w:t>
            </w:r>
          </w:p>
        </w:tc>
        <w:tc>
          <w:tcPr>
            <w:tcW w:w="1337" w:type="dxa"/>
          </w:tcPr>
          <w:p w14:paraId="07BBBE2D" w14:textId="77777777" w:rsidR="007C0E3C" w:rsidRDefault="00000000">
            <w:r>
              <w:rPr>
                <w:sz w:val="18"/>
              </w:rPr>
              <w:t>133,821 (86.2%)</w:t>
            </w:r>
          </w:p>
        </w:tc>
        <w:tc>
          <w:tcPr>
            <w:tcW w:w="1337" w:type="dxa"/>
          </w:tcPr>
          <w:p w14:paraId="487B6FF5" w14:textId="77777777" w:rsidR="007C0E3C" w:rsidRDefault="00000000">
            <w:r>
              <w:rPr>
                <w:sz w:val="18"/>
              </w:rPr>
              <w:t>130,394 (86.3%)</w:t>
            </w:r>
          </w:p>
        </w:tc>
        <w:tc>
          <w:tcPr>
            <w:tcW w:w="1337" w:type="dxa"/>
          </w:tcPr>
          <w:p w14:paraId="4282D8E7" w14:textId="77777777" w:rsidR="007C0E3C" w:rsidRDefault="00000000">
            <w:r>
              <w:rPr>
                <w:sz w:val="18"/>
              </w:rPr>
              <w:t>2,808 (82.2%)</w:t>
            </w:r>
          </w:p>
        </w:tc>
        <w:tc>
          <w:tcPr>
            <w:tcW w:w="1337" w:type="dxa"/>
          </w:tcPr>
          <w:p w14:paraId="30C7FA06" w14:textId="77777777" w:rsidR="007C0E3C" w:rsidRDefault="00000000">
            <w:r>
              <w:rPr>
                <w:sz w:val="18"/>
              </w:rPr>
              <w:t>267 (87.3%)</w:t>
            </w:r>
          </w:p>
        </w:tc>
        <w:tc>
          <w:tcPr>
            <w:tcW w:w="1337" w:type="dxa"/>
          </w:tcPr>
          <w:p w14:paraId="02CF856F" w14:textId="77777777" w:rsidR="007C0E3C" w:rsidRDefault="00000000">
            <w:r>
              <w:rPr>
                <w:sz w:val="18"/>
              </w:rPr>
              <w:t>311 (78.5%)</w:t>
            </w:r>
          </w:p>
        </w:tc>
        <w:tc>
          <w:tcPr>
            <w:tcW w:w="1337" w:type="dxa"/>
          </w:tcPr>
          <w:p w14:paraId="6E3EB136" w14:textId="77777777" w:rsidR="007C0E3C" w:rsidRDefault="00000000">
            <w:r>
              <w:rPr>
                <w:sz w:val="18"/>
              </w:rPr>
              <w:t>41 (91.1%)</w:t>
            </w:r>
          </w:p>
        </w:tc>
      </w:tr>
      <w:tr w:rsidR="007C0E3C" w14:paraId="5EEDE74F" w14:textId="77777777">
        <w:tc>
          <w:tcPr>
            <w:tcW w:w="1337" w:type="dxa"/>
          </w:tcPr>
          <w:p w14:paraId="7A5972A2" w14:textId="77777777" w:rsidR="007C0E3C" w:rsidRDefault="00000000">
            <w:r>
              <w:rPr>
                <w:sz w:val="18"/>
              </w:rPr>
              <w:t>    Yes</w:t>
            </w:r>
          </w:p>
        </w:tc>
        <w:tc>
          <w:tcPr>
            <w:tcW w:w="1337" w:type="dxa"/>
          </w:tcPr>
          <w:p w14:paraId="548FAA29" w14:textId="77777777" w:rsidR="007C0E3C" w:rsidRDefault="00000000">
            <w:r>
              <w:rPr>
                <w:sz w:val="18"/>
              </w:rPr>
              <w:t>21,460 (13.8%)</w:t>
            </w:r>
          </w:p>
        </w:tc>
        <w:tc>
          <w:tcPr>
            <w:tcW w:w="1337" w:type="dxa"/>
          </w:tcPr>
          <w:p w14:paraId="267FC3BC" w14:textId="77777777" w:rsidR="007C0E3C" w:rsidRDefault="00000000">
            <w:r>
              <w:rPr>
                <w:sz w:val="18"/>
              </w:rPr>
              <w:t>20,722 (13.7%)</w:t>
            </w:r>
          </w:p>
        </w:tc>
        <w:tc>
          <w:tcPr>
            <w:tcW w:w="1337" w:type="dxa"/>
          </w:tcPr>
          <w:p w14:paraId="0E84B8CD" w14:textId="77777777" w:rsidR="007C0E3C" w:rsidRDefault="00000000">
            <w:r>
              <w:rPr>
                <w:sz w:val="18"/>
              </w:rPr>
              <w:t>610 (17.8%)</w:t>
            </w:r>
          </w:p>
        </w:tc>
        <w:tc>
          <w:tcPr>
            <w:tcW w:w="1337" w:type="dxa"/>
          </w:tcPr>
          <w:p w14:paraId="14B2381D" w14:textId="77777777" w:rsidR="007C0E3C" w:rsidRDefault="00000000">
            <w:r>
              <w:rPr>
                <w:sz w:val="18"/>
              </w:rPr>
              <w:t>39 (12.7%)</w:t>
            </w:r>
          </w:p>
        </w:tc>
        <w:tc>
          <w:tcPr>
            <w:tcW w:w="1337" w:type="dxa"/>
          </w:tcPr>
          <w:p w14:paraId="141F6763" w14:textId="77777777" w:rsidR="007C0E3C" w:rsidRDefault="00000000">
            <w:r>
              <w:rPr>
                <w:sz w:val="18"/>
              </w:rPr>
              <w:t>85 (21.5%)</w:t>
            </w:r>
          </w:p>
        </w:tc>
        <w:tc>
          <w:tcPr>
            <w:tcW w:w="1337" w:type="dxa"/>
          </w:tcPr>
          <w:p w14:paraId="13CDF2F2" w14:textId="77777777" w:rsidR="007C0E3C" w:rsidRDefault="00000000">
            <w:r>
              <w:rPr>
                <w:sz w:val="18"/>
              </w:rPr>
              <w:t>4 (8.9%)</w:t>
            </w:r>
          </w:p>
        </w:tc>
      </w:tr>
      <w:tr w:rsidR="007C0E3C" w14:paraId="12B1CAC8" w14:textId="77777777">
        <w:tc>
          <w:tcPr>
            <w:tcW w:w="1337" w:type="dxa"/>
          </w:tcPr>
          <w:p w14:paraId="67CFA0C8" w14:textId="77777777" w:rsidR="007C0E3C" w:rsidRDefault="00000000">
            <w:r>
              <w:rPr>
                <w:b/>
                <w:sz w:val="18"/>
              </w:rPr>
              <w:t>fulvestrant</w:t>
            </w:r>
          </w:p>
        </w:tc>
        <w:tc>
          <w:tcPr>
            <w:tcW w:w="1337" w:type="dxa"/>
          </w:tcPr>
          <w:p w14:paraId="235805C1" w14:textId="77777777" w:rsidR="007C0E3C" w:rsidRDefault="007C0E3C"/>
        </w:tc>
        <w:tc>
          <w:tcPr>
            <w:tcW w:w="1337" w:type="dxa"/>
          </w:tcPr>
          <w:p w14:paraId="02E18293" w14:textId="77777777" w:rsidR="007C0E3C" w:rsidRDefault="007C0E3C"/>
        </w:tc>
        <w:tc>
          <w:tcPr>
            <w:tcW w:w="1337" w:type="dxa"/>
          </w:tcPr>
          <w:p w14:paraId="205B037E" w14:textId="77777777" w:rsidR="007C0E3C" w:rsidRDefault="007C0E3C"/>
        </w:tc>
        <w:tc>
          <w:tcPr>
            <w:tcW w:w="1337" w:type="dxa"/>
          </w:tcPr>
          <w:p w14:paraId="5EA1B431" w14:textId="77777777" w:rsidR="007C0E3C" w:rsidRDefault="007C0E3C"/>
        </w:tc>
        <w:tc>
          <w:tcPr>
            <w:tcW w:w="1337" w:type="dxa"/>
          </w:tcPr>
          <w:p w14:paraId="7C8AAE37" w14:textId="77777777" w:rsidR="007C0E3C" w:rsidRDefault="007C0E3C"/>
        </w:tc>
        <w:tc>
          <w:tcPr>
            <w:tcW w:w="1337" w:type="dxa"/>
          </w:tcPr>
          <w:p w14:paraId="6F4A5BD4" w14:textId="77777777" w:rsidR="007C0E3C" w:rsidRDefault="007C0E3C"/>
        </w:tc>
      </w:tr>
      <w:tr w:rsidR="007C0E3C" w14:paraId="21AC35B0" w14:textId="77777777">
        <w:tc>
          <w:tcPr>
            <w:tcW w:w="1337" w:type="dxa"/>
          </w:tcPr>
          <w:p w14:paraId="49BD0A63" w14:textId="77777777" w:rsidR="007C0E3C" w:rsidRDefault="00000000">
            <w:r>
              <w:rPr>
                <w:sz w:val="18"/>
              </w:rPr>
              <w:t>    No</w:t>
            </w:r>
          </w:p>
        </w:tc>
        <w:tc>
          <w:tcPr>
            <w:tcW w:w="1337" w:type="dxa"/>
          </w:tcPr>
          <w:p w14:paraId="7444467D" w14:textId="77777777" w:rsidR="007C0E3C" w:rsidRDefault="00000000">
            <w:r>
              <w:rPr>
                <w:sz w:val="18"/>
              </w:rPr>
              <w:t>153,116 (98.6%)</w:t>
            </w:r>
          </w:p>
        </w:tc>
        <w:tc>
          <w:tcPr>
            <w:tcW w:w="1337" w:type="dxa"/>
          </w:tcPr>
          <w:p w14:paraId="7A511108" w14:textId="77777777" w:rsidR="007C0E3C" w:rsidRDefault="00000000">
            <w:r>
              <w:rPr>
                <w:sz w:val="18"/>
              </w:rPr>
              <w:t>150,194 (99.4%)</w:t>
            </w:r>
          </w:p>
        </w:tc>
        <w:tc>
          <w:tcPr>
            <w:tcW w:w="1337" w:type="dxa"/>
          </w:tcPr>
          <w:p w14:paraId="13076834" w14:textId="77777777" w:rsidR="007C0E3C" w:rsidRDefault="00000000">
            <w:r>
              <w:rPr>
                <w:sz w:val="18"/>
              </w:rPr>
              <w:t>2,302 (67.3%)</w:t>
            </w:r>
          </w:p>
        </w:tc>
        <w:tc>
          <w:tcPr>
            <w:tcW w:w="1337" w:type="dxa"/>
          </w:tcPr>
          <w:p w14:paraId="1E3555F4" w14:textId="77777777" w:rsidR="007C0E3C" w:rsidRDefault="00000000">
            <w:r>
              <w:rPr>
                <w:sz w:val="18"/>
              </w:rPr>
              <w:t>299 (97.7%)</w:t>
            </w:r>
          </w:p>
        </w:tc>
        <w:tc>
          <w:tcPr>
            <w:tcW w:w="1337" w:type="dxa"/>
          </w:tcPr>
          <w:p w14:paraId="7F2F3AEB" w14:textId="77777777" w:rsidR="007C0E3C" w:rsidRDefault="00000000">
            <w:r>
              <w:rPr>
                <w:sz w:val="18"/>
              </w:rPr>
              <w:t>290 (73.2%)</w:t>
            </w:r>
          </w:p>
        </w:tc>
        <w:tc>
          <w:tcPr>
            <w:tcW w:w="1337" w:type="dxa"/>
          </w:tcPr>
          <w:p w14:paraId="51F43BF0" w14:textId="77777777" w:rsidR="007C0E3C" w:rsidRDefault="00000000">
            <w:r>
              <w:rPr>
                <w:sz w:val="18"/>
              </w:rPr>
              <w:t>31 (68.9%)</w:t>
            </w:r>
          </w:p>
        </w:tc>
      </w:tr>
      <w:tr w:rsidR="007C0E3C" w14:paraId="6AC010B9" w14:textId="77777777">
        <w:tc>
          <w:tcPr>
            <w:tcW w:w="1337" w:type="dxa"/>
          </w:tcPr>
          <w:p w14:paraId="6694700F" w14:textId="77777777" w:rsidR="007C0E3C" w:rsidRDefault="00000000">
            <w:r>
              <w:rPr>
                <w:sz w:val="18"/>
              </w:rPr>
              <w:t>    Yes</w:t>
            </w:r>
          </w:p>
        </w:tc>
        <w:tc>
          <w:tcPr>
            <w:tcW w:w="1337" w:type="dxa"/>
          </w:tcPr>
          <w:p w14:paraId="679BE875" w14:textId="77777777" w:rsidR="007C0E3C" w:rsidRDefault="00000000">
            <w:r>
              <w:rPr>
                <w:sz w:val="18"/>
              </w:rPr>
              <w:t>2,165 (1.4%)</w:t>
            </w:r>
          </w:p>
        </w:tc>
        <w:tc>
          <w:tcPr>
            <w:tcW w:w="1337" w:type="dxa"/>
          </w:tcPr>
          <w:p w14:paraId="6331B7C1" w14:textId="77777777" w:rsidR="007C0E3C" w:rsidRDefault="00000000">
            <w:r>
              <w:rPr>
                <w:sz w:val="18"/>
              </w:rPr>
              <w:t>922 (0.6%)</w:t>
            </w:r>
          </w:p>
        </w:tc>
        <w:tc>
          <w:tcPr>
            <w:tcW w:w="1337" w:type="dxa"/>
          </w:tcPr>
          <w:p w14:paraId="05634C7F" w14:textId="77777777" w:rsidR="007C0E3C" w:rsidRDefault="00000000">
            <w:r>
              <w:rPr>
                <w:sz w:val="18"/>
              </w:rPr>
              <w:t>1,116 (32.7%)</w:t>
            </w:r>
          </w:p>
        </w:tc>
        <w:tc>
          <w:tcPr>
            <w:tcW w:w="1337" w:type="dxa"/>
          </w:tcPr>
          <w:p w14:paraId="4D7A4E65" w14:textId="77777777" w:rsidR="007C0E3C" w:rsidRDefault="00000000">
            <w:r>
              <w:rPr>
                <w:sz w:val="18"/>
              </w:rPr>
              <w:t>7 (2.3%)</w:t>
            </w:r>
          </w:p>
        </w:tc>
        <w:tc>
          <w:tcPr>
            <w:tcW w:w="1337" w:type="dxa"/>
          </w:tcPr>
          <w:p w14:paraId="681E639D" w14:textId="77777777" w:rsidR="007C0E3C" w:rsidRDefault="00000000">
            <w:r>
              <w:rPr>
                <w:sz w:val="18"/>
              </w:rPr>
              <w:t>106 (26.8%)</w:t>
            </w:r>
          </w:p>
        </w:tc>
        <w:tc>
          <w:tcPr>
            <w:tcW w:w="1337" w:type="dxa"/>
          </w:tcPr>
          <w:p w14:paraId="70E05F97" w14:textId="77777777" w:rsidR="007C0E3C" w:rsidRDefault="00000000">
            <w:r>
              <w:rPr>
                <w:sz w:val="18"/>
              </w:rPr>
              <w:t>14 (31.1%)</w:t>
            </w:r>
          </w:p>
        </w:tc>
      </w:tr>
      <w:tr w:rsidR="007C0E3C" w14:paraId="46F52EF1" w14:textId="77777777">
        <w:tc>
          <w:tcPr>
            <w:tcW w:w="1337" w:type="dxa"/>
          </w:tcPr>
          <w:p w14:paraId="654E868F" w14:textId="77777777" w:rsidR="007C0E3C" w:rsidRDefault="00000000">
            <w:r>
              <w:rPr>
                <w:b/>
                <w:sz w:val="18"/>
              </w:rPr>
              <w:t>elacestrant</w:t>
            </w:r>
          </w:p>
        </w:tc>
        <w:tc>
          <w:tcPr>
            <w:tcW w:w="1337" w:type="dxa"/>
          </w:tcPr>
          <w:p w14:paraId="108D17BC" w14:textId="77777777" w:rsidR="007C0E3C" w:rsidRDefault="007C0E3C"/>
        </w:tc>
        <w:tc>
          <w:tcPr>
            <w:tcW w:w="1337" w:type="dxa"/>
          </w:tcPr>
          <w:p w14:paraId="0FD43D79" w14:textId="77777777" w:rsidR="007C0E3C" w:rsidRDefault="007C0E3C"/>
        </w:tc>
        <w:tc>
          <w:tcPr>
            <w:tcW w:w="1337" w:type="dxa"/>
          </w:tcPr>
          <w:p w14:paraId="5C470AF2" w14:textId="77777777" w:rsidR="007C0E3C" w:rsidRDefault="007C0E3C"/>
        </w:tc>
        <w:tc>
          <w:tcPr>
            <w:tcW w:w="1337" w:type="dxa"/>
          </w:tcPr>
          <w:p w14:paraId="2C7BC466" w14:textId="77777777" w:rsidR="007C0E3C" w:rsidRDefault="007C0E3C"/>
        </w:tc>
        <w:tc>
          <w:tcPr>
            <w:tcW w:w="1337" w:type="dxa"/>
          </w:tcPr>
          <w:p w14:paraId="232A58C5" w14:textId="77777777" w:rsidR="007C0E3C" w:rsidRDefault="007C0E3C"/>
        </w:tc>
        <w:tc>
          <w:tcPr>
            <w:tcW w:w="1337" w:type="dxa"/>
          </w:tcPr>
          <w:p w14:paraId="2A9C3DA2" w14:textId="77777777" w:rsidR="007C0E3C" w:rsidRDefault="007C0E3C"/>
        </w:tc>
      </w:tr>
      <w:tr w:rsidR="007C0E3C" w14:paraId="1877FEEB" w14:textId="77777777">
        <w:tc>
          <w:tcPr>
            <w:tcW w:w="1337" w:type="dxa"/>
          </w:tcPr>
          <w:p w14:paraId="4716AB24" w14:textId="77777777" w:rsidR="007C0E3C" w:rsidRDefault="00000000">
            <w:r>
              <w:rPr>
                <w:sz w:val="18"/>
              </w:rPr>
              <w:t>    No</w:t>
            </w:r>
          </w:p>
        </w:tc>
        <w:tc>
          <w:tcPr>
            <w:tcW w:w="1337" w:type="dxa"/>
          </w:tcPr>
          <w:p w14:paraId="4BB06AE1" w14:textId="77777777" w:rsidR="007C0E3C" w:rsidRDefault="00000000">
            <w:r>
              <w:rPr>
                <w:sz w:val="18"/>
              </w:rPr>
              <w:t>155,257 (100.0%)</w:t>
            </w:r>
          </w:p>
        </w:tc>
        <w:tc>
          <w:tcPr>
            <w:tcW w:w="1337" w:type="dxa"/>
          </w:tcPr>
          <w:p w14:paraId="4A011BAB" w14:textId="77777777" w:rsidR="007C0E3C" w:rsidRDefault="00000000">
            <w:r>
              <w:rPr>
                <w:sz w:val="18"/>
              </w:rPr>
              <w:t>151,114 (100.0%)</w:t>
            </w:r>
          </w:p>
        </w:tc>
        <w:tc>
          <w:tcPr>
            <w:tcW w:w="1337" w:type="dxa"/>
          </w:tcPr>
          <w:p w14:paraId="278F5879" w14:textId="77777777" w:rsidR="007C0E3C" w:rsidRDefault="00000000">
            <w:r>
              <w:rPr>
                <w:sz w:val="18"/>
              </w:rPr>
              <w:t>3,397 (99.4%)</w:t>
            </w:r>
          </w:p>
        </w:tc>
        <w:tc>
          <w:tcPr>
            <w:tcW w:w="1337" w:type="dxa"/>
          </w:tcPr>
          <w:p w14:paraId="4141DC45" w14:textId="77777777" w:rsidR="007C0E3C" w:rsidRDefault="00000000">
            <w:r>
              <w:rPr>
                <w:sz w:val="18"/>
              </w:rPr>
              <w:t>306 (100.0%)</w:t>
            </w:r>
          </w:p>
        </w:tc>
        <w:tc>
          <w:tcPr>
            <w:tcW w:w="1337" w:type="dxa"/>
          </w:tcPr>
          <w:p w14:paraId="16AC1364" w14:textId="77777777" w:rsidR="007C0E3C" w:rsidRDefault="00000000">
            <w:r>
              <w:rPr>
                <w:sz w:val="18"/>
              </w:rPr>
              <w:t>396 (100.0%)</w:t>
            </w:r>
          </w:p>
        </w:tc>
        <w:tc>
          <w:tcPr>
            <w:tcW w:w="1337" w:type="dxa"/>
          </w:tcPr>
          <w:p w14:paraId="6270B260" w14:textId="77777777" w:rsidR="007C0E3C" w:rsidRDefault="00000000">
            <w:r>
              <w:rPr>
                <w:sz w:val="18"/>
              </w:rPr>
              <w:t>44 (97.8%)</w:t>
            </w:r>
          </w:p>
        </w:tc>
      </w:tr>
      <w:tr w:rsidR="007C0E3C" w14:paraId="17F2364A" w14:textId="77777777">
        <w:tc>
          <w:tcPr>
            <w:tcW w:w="1337" w:type="dxa"/>
          </w:tcPr>
          <w:p w14:paraId="4E7B4261" w14:textId="77777777" w:rsidR="007C0E3C" w:rsidRDefault="00000000">
            <w:r>
              <w:rPr>
                <w:sz w:val="18"/>
              </w:rPr>
              <w:t>    Yes</w:t>
            </w:r>
          </w:p>
        </w:tc>
        <w:tc>
          <w:tcPr>
            <w:tcW w:w="1337" w:type="dxa"/>
          </w:tcPr>
          <w:p w14:paraId="69AE683D" w14:textId="77777777" w:rsidR="007C0E3C" w:rsidRDefault="00000000">
            <w:r>
              <w:rPr>
                <w:sz w:val="18"/>
              </w:rPr>
              <w:t>24 (0.0%)</w:t>
            </w:r>
          </w:p>
        </w:tc>
        <w:tc>
          <w:tcPr>
            <w:tcW w:w="1337" w:type="dxa"/>
          </w:tcPr>
          <w:p w14:paraId="62E1E6AB" w14:textId="77777777" w:rsidR="007C0E3C" w:rsidRDefault="00000000">
            <w:r>
              <w:rPr>
                <w:sz w:val="18"/>
              </w:rPr>
              <w:t>2 (0.0%)</w:t>
            </w:r>
          </w:p>
        </w:tc>
        <w:tc>
          <w:tcPr>
            <w:tcW w:w="1337" w:type="dxa"/>
          </w:tcPr>
          <w:p w14:paraId="0F5B074A" w14:textId="77777777" w:rsidR="007C0E3C" w:rsidRDefault="00000000">
            <w:r>
              <w:rPr>
                <w:sz w:val="18"/>
              </w:rPr>
              <w:t>21 (0.6%)</w:t>
            </w:r>
          </w:p>
        </w:tc>
        <w:tc>
          <w:tcPr>
            <w:tcW w:w="1337" w:type="dxa"/>
          </w:tcPr>
          <w:p w14:paraId="32335B34" w14:textId="77777777" w:rsidR="007C0E3C" w:rsidRDefault="00000000">
            <w:r>
              <w:rPr>
                <w:sz w:val="18"/>
              </w:rPr>
              <w:t>0 (0.0%)</w:t>
            </w:r>
          </w:p>
        </w:tc>
        <w:tc>
          <w:tcPr>
            <w:tcW w:w="1337" w:type="dxa"/>
          </w:tcPr>
          <w:p w14:paraId="773EB201" w14:textId="77777777" w:rsidR="007C0E3C" w:rsidRDefault="00000000">
            <w:r>
              <w:rPr>
                <w:sz w:val="18"/>
              </w:rPr>
              <w:t>0 (0.0%)</w:t>
            </w:r>
          </w:p>
        </w:tc>
        <w:tc>
          <w:tcPr>
            <w:tcW w:w="1337" w:type="dxa"/>
          </w:tcPr>
          <w:p w14:paraId="3B3FC195" w14:textId="77777777" w:rsidR="007C0E3C" w:rsidRDefault="00000000">
            <w:r>
              <w:rPr>
                <w:sz w:val="18"/>
              </w:rPr>
              <w:t>1 (2.2%)</w:t>
            </w:r>
          </w:p>
        </w:tc>
      </w:tr>
      <w:tr w:rsidR="007C0E3C" w14:paraId="4409BA65" w14:textId="77777777">
        <w:tc>
          <w:tcPr>
            <w:tcW w:w="1337" w:type="dxa"/>
          </w:tcPr>
          <w:p w14:paraId="42198176" w14:textId="77777777" w:rsidR="007C0E3C" w:rsidRDefault="00000000">
            <w:r>
              <w:rPr>
                <w:b/>
                <w:sz w:val="18"/>
              </w:rPr>
              <w:t>exemestane</w:t>
            </w:r>
          </w:p>
        </w:tc>
        <w:tc>
          <w:tcPr>
            <w:tcW w:w="1337" w:type="dxa"/>
          </w:tcPr>
          <w:p w14:paraId="678857C4" w14:textId="77777777" w:rsidR="007C0E3C" w:rsidRDefault="007C0E3C"/>
        </w:tc>
        <w:tc>
          <w:tcPr>
            <w:tcW w:w="1337" w:type="dxa"/>
          </w:tcPr>
          <w:p w14:paraId="749BFA7A" w14:textId="77777777" w:rsidR="007C0E3C" w:rsidRDefault="007C0E3C"/>
        </w:tc>
        <w:tc>
          <w:tcPr>
            <w:tcW w:w="1337" w:type="dxa"/>
          </w:tcPr>
          <w:p w14:paraId="1EE51953" w14:textId="77777777" w:rsidR="007C0E3C" w:rsidRDefault="007C0E3C"/>
        </w:tc>
        <w:tc>
          <w:tcPr>
            <w:tcW w:w="1337" w:type="dxa"/>
          </w:tcPr>
          <w:p w14:paraId="56095A7F" w14:textId="77777777" w:rsidR="007C0E3C" w:rsidRDefault="007C0E3C"/>
        </w:tc>
        <w:tc>
          <w:tcPr>
            <w:tcW w:w="1337" w:type="dxa"/>
          </w:tcPr>
          <w:p w14:paraId="3FE18FB5" w14:textId="77777777" w:rsidR="007C0E3C" w:rsidRDefault="007C0E3C"/>
        </w:tc>
        <w:tc>
          <w:tcPr>
            <w:tcW w:w="1337" w:type="dxa"/>
          </w:tcPr>
          <w:p w14:paraId="4B52D6DD" w14:textId="77777777" w:rsidR="007C0E3C" w:rsidRDefault="007C0E3C"/>
        </w:tc>
      </w:tr>
      <w:tr w:rsidR="007C0E3C" w14:paraId="0E415066" w14:textId="77777777">
        <w:tc>
          <w:tcPr>
            <w:tcW w:w="1337" w:type="dxa"/>
          </w:tcPr>
          <w:p w14:paraId="444093ED" w14:textId="77777777" w:rsidR="007C0E3C" w:rsidRDefault="00000000">
            <w:r>
              <w:rPr>
                <w:sz w:val="18"/>
              </w:rPr>
              <w:t>    No</w:t>
            </w:r>
          </w:p>
        </w:tc>
        <w:tc>
          <w:tcPr>
            <w:tcW w:w="1337" w:type="dxa"/>
          </w:tcPr>
          <w:p w14:paraId="7C77BFC3" w14:textId="77777777" w:rsidR="007C0E3C" w:rsidRDefault="00000000">
            <w:r>
              <w:rPr>
                <w:sz w:val="18"/>
              </w:rPr>
              <w:t>146,423 (94.3%)</w:t>
            </w:r>
          </w:p>
        </w:tc>
        <w:tc>
          <w:tcPr>
            <w:tcW w:w="1337" w:type="dxa"/>
          </w:tcPr>
          <w:p w14:paraId="1904A5C9" w14:textId="77777777" w:rsidR="007C0E3C" w:rsidRDefault="00000000">
            <w:r>
              <w:rPr>
                <w:sz w:val="18"/>
              </w:rPr>
              <w:t>143,040 (94.7%)</w:t>
            </w:r>
          </w:p>
        </w:tc>
        <w:tc>
          <w:tcPr>
            <w:tcW w:w="1337" w:type="dxa"/>
          </w:tcPr>
          <w:p w14:paraId="6258D2EE" w14:textId="77777777" w:rsidR="007C0E3C" w:rsidRDefault="00000000">
            <w:r>
              <w:rPr>
                <w:sz w:val="18"/>
              </w:rPr>
              <w:t>2,877 (84.2%)</w:t>
            </w:r>
          </w:p>
        </w:tc>
        <w:tc>
          <w:tcPr>
            <w:tcW w:w="1337" w:type="dxa"/>
          </w:tcPr>
          <w:p w14:paraId="04A0D62C" w14:textId="77777777" w:rsidR="007C0E3C" w:rsidRDefault="00000000">
            <w:r>
              <w:rPr>
                <w:sz w:val="18"/>
              </w:rPr>
              <w:t>287 (93.8%)</w:t>
            </w:r>
          </w:p>
        </w:tc>
        <w:tc>
          <w:tcPr>
            <w:tcW w:w="1337" w:type="dxa"/>
          </w:tcPr>
          <w:p w14:paraId="29450411" w14:textId="77777777" w:rsidR="007C0E3C" w:rsidRDefault="00000000">
            <w:r>
              <w:rPr>
                <w:sz w:val="18"/>
              </w:rPr>
              <w:t>177 (44.7%)</w:t>
            </w:r>
          </w:p>
        </w:tc>
        <w:tc>
          <w:tcPr>
            <w:tcW w:w="1337" w:type="dxa"/>
          </w:tcPr>
          <w:p w14:paraId="57B9CED9" w14:textId="77777777" w:rsidR="007C0E3C" w:rsidRDefault="00000000">
            <w:r>
              <w:rPr>
                <w:sz w:val="18"/>
              </w:rPr>
              <w:t>42 (93.3%)</w:t>
            </w:r>
          </w:p>
        </w:tc>
      </w:tr>
      <w:tr w:rsidR="007C0E3C" w14:paraId="0BF468B4" w14:textId="77777777">
        <w:tc>
          <w:tcPr>
            <w:tcW w:w="1337" w:type="dxa"/>
          </w:tcPr>
          <w:p w14:paraId="7AB60C4D" w14:textId="77777777" w:rsidR="007C0E3C" w:rsidRDefault="00000000">
            <w:r>
              <w:rPr>
                <w:sz w:val="18"/>
              </w:rPr>
              <w:t>    Yes</w:t>
            </w:r>
          </w:p>
        </w:tc>
        <w:tc>
          <w:tcPr>
            <w:tcW w:w="1337" w:type="dxa"/>
          </w:tcPr>
          <w:p w14:paraId="3502EF78" w14:textId="77777777" w:rsidR="007C0E3C" w:rsidRDefault="00000000">
            <w:r>
              <w:rPr>
                <w:sz w:val="18"/>
              </w:rPr>
              <w:t>8,858 (5.7%)</w:t>
            </w:r>
          </w:p>
        </w:tc>
        <w:tc>
          <w:tcPr>
            <w:tcW w:w="1337" w:type="dxa"/>
          </w:tcPr>
          <w:p w14:paraId="4CA98E0F" w14:textId="77777777" w:rsidR="007C0E3C" w:rsidRDefault="00000000">
            <w:r>
              <w:rPr>
                <w:sz w:val="18"/>
              </w:rPr>
              <w:t>8,076 (5.3%)</w:t>
            </w:r>
          </w:p>
        </w:tc>
        <w:tc>
          <w:tcPr>
            <w:tcW w:w="1337" w:type="dxa"/>
          </w:tcPr>
          <w:p w14:paraId="1FBBA985" w14:textId="77777777" w:rsidR="007C0E3C" w:rsidRDefault="00000000">
            <w:r>
              <w:rPr>
                <w:sz w:val="18"/>
              </w:rPr>
              <w:t>541 (15.8%)</w:t>
            </w:r>
          </w:p>
        </w:tc>
        <w:tc>
          <w:tcPr>
            <w:tcW w:w="1337" w:type="dxa"/>
          </w:tcPr>
          <w:p w14:paraId="7D632582" w14:textId="77777777" w:rsidR="007C0E3C" w:rsidRDefault="00000000">
            <w:r>
              <w:rPr>
                <w:sz w:val="18"/>
              </w:rPr>
              <w:t>19 (6.2%)</w:t>
            </w:r>
          </w:p>
        </w:tc>
        <w:tc>
          <w:tcPr>
            <w:tcW w:w="1337" w:type="dxa"/>
          </w:tcPr>
          <w:p w14:paraId="5FA2F665" w14:textId="77777777" w:rsidR="007C0E3C" w:rsidRDefault="00000000">
            <w:r>
              <w:rPr>
                <w:sz w:val="18"/>
              </w:rPr>
              <w:t>219 (55.3%)</w:t>
            </w:r>
          </w:p>
        </w:tc>
        <w:tc>
          <w:tcPr>
            <w:tcW w:w="1337" w:type="dxa"/>
          </w:tcPr>
          <w:p w14:paraId="09D35870" w14:textId="77777777" w:rsidR="007C0E3C" w:rsidRDefault="00000000">
            <w:r>
              <w:rPr>
                <w:sz w:val="18"/>
              </w:rPr>
              <w:t>3 (6.7%)</w:t>
            </w:r>
          </w:p>
        </w:tc>
      </w:tr>
      <w:tr w:rsidR="007C0E3C" w14:paraId="1DDFEBC6" w14:textId="77777777">
        <w:tc>
          <w:tcPr>
            <w:tcW w:w="1337" w:type="dxa"/>
          </w:tcPr>
          <w:p w14:paraId="3A6174B8" w14:textId="77777777" w:rsidR="007C0E3C" w:rsidRDefault="00000000">
            <w:r>
              <w:rPr>
                <w:b/>
                <w:sz w:val="18"/>
              </w:rPr>
              <w:t>letrozole</w:t>
            </w:r>
          </w:p>
        </w:tc>
        <w:tc>
          <w:tcPr>
            <w:tcW w:w="1337" w:type="dxa"/>
          </w:tcPr>
          <w:p w14:paraId="47C77A94" w14:textId="77777777" w:rsidR="007C0E3C" w:rsidRDefault="007C0E3C"/>
        </w:tc>
        <w:tc>
          <w:tcPr>
            <w:tcW w:w="1337" w:type="dxa"/>
          </w:tcPr>
          <w:p w14:paraId="4AB66166" w14:textId="77777777" w:rsidR="007C0E3C" w:rsidRDefault="007C0E3C"/>
        </w:tc>
        <w:tc>
          <w:tcPr>
            <w:tcW w:w="1337" w:type="dxa"/>
          </w:tcPr>
          <w:p w14:paraId="51C35388" w14:textId="77777777" w:rsidR="007C0E3C" w:rsidRDefault="007C0E3C"/>
        </w:tc>
        <w:tc>
          <w:tcPr>
            <w:tcW w:w="1337" w:type="dxa"/>
          </w:tcPr>
          <w:p w14:paraId="4D685B34" w14:textId="77777777" w:rsidR="007C0E3C" w:rsidRDefault="007C0E3C"/>
        </w:tc>
        <w:tc>
          <w:tcPr>
            <w:tcW w:w="1337" w:type="dxa"/>
          </w:tcPr>
          <w:p w14:paraId="377FA8B7" w14:textId="77777777" w:rsidR="007C0E3C" w:rsidRDefault="007C0E3C"/>
        </w:tc>
        <w:tc>
          <w:tcPr>
            <w:tcW w:w="1337" w:type="dxa"/>
          </w:tcPr>
          <w:p w14:paraId="3778519E" w14:textId="77777777" w:rsidR="007C0E3C" w:rsidRDefault="007C0E3C"/>
        </w:tc>
      </w:tr>
      <w:tr w:rsidR="007C0E3C" w14:paraId="392A67A2" w14:textId="77777777">
        <w:tc>
          <w:tcPr>
            <w:tcW w:w="1337" w:type="dxa"/>
          </w:tcPr>
          <w:p w14:paraId="3264C872" w14:textId="77777777" w:rsidR="007C0E3C" w:rsidRDefault="00000000">
            <w:r>
              <w:rPr>
                <w:sz w:val="18"/>
              </w:rPr>
              <w:t>    No</w:t>
            </w:r>
          </w:p>
        </w:tc>
        <w:tc>
          <w:tcPr>
            <w:tcW w:w="1337" w:type="dxa"/>
          </w:tcPr>
          <w:p w14:paraId="5F6A9C1F" w14:textId="77777777" w:rsidR="007C0E3C" w:rsidRDefault="00000000">
            <w:r>
              <w:rPr>
                <w:sz w:val="18"/>
              </w:rPr>
              <w:t>138,773 (89.4%)</w:t>
            </w:r>
          </w:p>
        </w:tc>
        <w:tc>
          <w:tcPr>
            <w:tcW w:w="1337" w:type="dxa"/>
          </w:tcPr>
          <w:p w14:paraId="17F441E2" w14:textId="77777777" w:rsidR="007C0E3C" w:rsidRDefault="00000000">
            <w:r>
              <w:rPr>
                <w:sz w:val="18"/>
              </w:rPr>
              <w:t>135,806 (89.9%)</w:t>
            </w:r>
          </w:p>
        </w:tc>
        <w:tc>
          <w:tcPr>
            <w:tcW w:w="1337" w:type="dxa"/>
          </w:tcPr>
          <w:p w14:paraId="10902ECE" w14:textId="77777777" w:rsidR="007C0E3C" w:rsidRDefault="00000000">
            <w:r>
              <w:rPr>
                <w:sz w:val="18"/>
              </w:rPr>
              <w:t>2,261 (66.1%)</w:t>
            </w:r>
          </w:p>
        </w:tc>
        <w:tc>
          <w:tcPr>
            <w:tcW w:w="1337" w:type="dxa"/>
          </w:tcPr>
          <w:p w14:paraId="0660550E" w14:textId="77777777" w:rsidR="007C0E3C" w:rsidRDefault="00000000">
            <w:r>
              <w:rPr>
                <w:sz w:val="18"/>
              </w:rPr>
              <w:t>288 (94.1%)</w:t>
            </w:r>
          </w:p>
        </w:tc>
        <w:tc>
          <w:tcPr>
            <w:tcW w:w="1337" w:type="dxa"/>
          </w:tcPr>
          <w:p w14:paraId="38ABA0C0" w14:textId="77777777" w:rsidR="007C0E3C" w:rsidRDefault="00000000">
            <w:r>
              <w:rPr>
                <w:sz w:val="18"/>
              </w:rPr>
              <w:t>373 (94.2%)</w:t>
            </w:r>
          </w:p>
        </w:tc>
        <w:tc>
          <w:tcPr>
            <w:tcW w:w="1337" w:type="dxa"/>
          </w:tcPr>
          <w:p w14:paraId="2B42B51A" w14:textId="77777777" w:rsidR="007C0E3C" w:rsidRDefault="00000000">
            <w:r>
              <w:rPr>
                <w:sz w:val="18"/>
              </w:rPr>
              <w:t>45 (100.0%)</w:t>
            </w:r>
          </w:p>
        </w:tc>
      </w:tr>
      <w:tr w:rsidR="007C0E3C" w14:paraId="5F00B6EC" w14:textId="77777777">
        <w:tc>
          <w:tcPr>
            <w:tcW w:w="1337" w:type="dxa"/>
          </w:tcPr>
          <w:p w14:paraId="2AD68CBE" w14:textId="77777777" w:rsidR="007C0E3C" w:rsidRDefault="00000000">
            <w:r>
              <w:rPr>
                <w:sz w:val="18"/>
              </w:rPr>
              <w:t>    Yes</w:t>
            </w:r>
          </w:p>
        </w:tc>
        <w:tc>
          <w:tcPr>
            <w:tcW w:w="1337" w:type="dxa"/>
          </w:tcPr>
          <w:p w14:paraId="03E2152B" w14:textId="77777777" w:rsidR="007C0E3C" w:rsidRDefault="00000000">
            <w:r>
              <w:rPr>
                <w:sz w:val="18"/>
              </w:rPr>
              <w:t>16,508 (10.6%)</w:t>
            </w:r>
          </w:p>
        </w:tc>
        <w:tc>
          <w:tcPr>
            <w:tcW w:w="1337" w:type="dxa"/>
          </w:tcPr>
          <w:p w14:paraId="1352B252" w14:textId="77777777" w:rsidR="007C0E3C" w:rsidRDefault="00000000">
            <w:r>
              <w:rPr>
                <w:sz w:val="18"/>
              </w:rPr>
              <w:t>15,310 (10.1%)</w:t>
            </w:r>
          </w:p>
        </w:tc>
        <w:tc>
          <w:tcPr>
            <w:tcW w:w="1337" w:type="dxa"/>
          </w:tcPr>
          <w:p w14:paraId="668FA0E5" w14:textId="77777777" w:rsidR="007C0E3C" w:rsidRDefault="00000000">
            <w:r>
              <w:rPr>
                <w:sz w:val="18"/>
              </w:rPr>
              <w:t>1,157 (33.9%)</w:t>
            </w:r>
          </w:p>
        </w:tc>
        <w:tc>
          <w:tcPr>
            <w:tcW w:w="1337" w:type="dxa"/>
          </w:tcPr>
          <w:p w14:paraId="2F1C585E" w14:textId="77777777" w:rsidR="007C0E3C" w:rsidRDefault="00000000">
            <w:r>
              <w:rPr>
                <w:sz w:val="18"/>
              </w:rPr>
              <w:t>18 (5.9%)</w:t>
            </w:r>
          </w:p>
        </w:tc>
        <w:tc>
          <w:tcPr>
            <w:tcW w:w="1337" w:type="dxa"/>
          </w:tcPr>
          <w:p w14:paraId="6D76EC8E" w14:textId="77777777" w:rsidR="007C0E3C" w:rsidRDefault="00000000">
            <w:r>
              <w:rPr>
                <w:sz w:val="18"/>
              </w:rPr>
              <w:t>23 (5.8%)</w:t>
            </w:r>
          </w:p>
        </w:tc>
        <w:tc>
          <w:tcPr>
            <w:tcW w:w="1337" w:type="dxa"/>
          </w:tcPr>
          <w:p w14:paraId="065DFEB2" w14:textId="77777777" w:rsidR="007C0E3C" w:rsidRDefault="00000000">
            <w:r>
              <w:rPr>
                <w:sz w:val="18"/>
              </w:rPr>
              <w:t>0 (0.0%)</w:t>
            </w:r>
          </w:p>
        </w:tc>
      </w:tr>
      <w:tr w:rsidR="007C0E3C" w14:paraId="296EB3C8" w14:textId="77777777">
        <w:tc>
          <w:tcPr>
            <w:tcW w:w="1337" w:type="dxa"/>
          </w:tcPr>
          <w:p w14:paraId="397667C8" w14:textId="77777777" w:rsidR="007C0E3C" w:rsidRDefault="00000000">
            <w:r>
              <w:rPr>
                <w:b/>
                <w:sz w:val="18"/>
              </w:rPr>
              <w:t>anastrozole</w:t>
            </w:r>
          </w:p>
        </w:tc>
        <w:tc>
          <w:tcPr>
            <w:tcW w:w="1337" w:type="dxa"/>
          </w:tcPr>
          <w:p w14:paraId="0E783AA7" w14:textId="77777777" w:rsidR="007C0E3C" w:rsidRDefault="007C0E3C"/>
        </w:tc>
        <w:tc>
          <w:tcPr>
            <w:tcW w:w="1337" w:type="dxa"/>
          </w:tcPr>
          <w:p w14:paraId="356EC7B9" w14:textId="77777777" w:rsidR="007C0E3C" w:rsidRDefault="007C0E3C"/>
        </w:tc>
        <w:tc>
          <w:tcPr>
            <w:tcW w:w="1337" w:type="dxa"/>
          </w:tcPr>
          <w:p w14:paraId="75F0E0BE" w14:textId="77777777" w:rsidR="007C0E3C" w:rsidRDefault="007C0E3C"/>
        </w:tc>
        <w:tc>
          <w:tcPr>
            <w:tcW w:w="1337" w:type="dxa"/>
          </w:tcPr>
          <w:p w14:paraId="34EABF60" w14:textId="77777777" w:rsidR="007C0E3C" w:rsidRDefault="007C0E3C"/>
        </w:tc>
        <w:tc>
          <w:tcPr>
            <w:tcW w:w="1337" w:type="dxa"/>
          </w:tcPr>
          <w:p w14:paraId="2CBCA45C" w14:textId="77777777" w:rsidR="007C0E3C" w:rsidRDefault="007C0E3C"/>
        </w:tc>
        <w:tc>
          <w:tcPr>
            <w:tcW w:w="1337" w:type="dxa"/>
          </w:tcPr>
          <w:p w14:paraId="5BFA3922" w14:textId="77777777" w:rsidR="007C0E3C" w:rsidRDefault="007C0E3C"/>
        </w:tc>
      </w:tr>
      <w:tr w:rsidR="007C0E3C" w14:paraId="65B31046" w14:textId="77777777">
        <w:tc>
          <w:tcPr>
            <w:tcW w:w="1337" w:type="dxa"/>
          </w:tcPr>
          <w:p w14:paraId="16F3BEC0" w14:textId="77777777" w:rsidR="007C0E3C" w:rsidRDefault="00000000">
            <w:r>
              <w:rPr>
                <w:sz w:val="18"/>
              </w:rPr>
              <w:t>    No</w:t>
            </w:r>
          </w:p>
        </w:tc>
        <w:tc>
          <w:tcPr>
            <w:tcW w:w="1337" w:type="dxa"/>
          </w:tcPr>
          <w:p w14:paraId="1FE97CFB" w14:textId="77777777" w:rsidR="007C0E3C" w:rsidRDefault="00000000">
            <w:r>
              <w:rPr>
                <w:sz w:val="18"/>
              </w:rPr>
              <w:t>124,735 (80.3%)</w:t>
            </w:r>
          </w:p>
        </w:tc>
        <w:tc>
          <w:tcPr>
            <w:tcW w:w="1337" w:type="dxa"/>
          </w:tcPr>
          <w:p w14:paraId="5B6C699F" w14:textId="77777777" w:rsidR="007C0E3C" w:rsidRDefault="00000000">
            <w:r>
              <w:rPr>
                <w:sz w:val="18"/>
              </w:rPr>
              <w:t>121,987 (80.7%)</w:t>
            </w:r>
          </w:p>
        </w:tc>
        <w:tc>
          <w:tcPr>
            <w:tcW w:w="1337" w:type="dxa"/>
          </w:tcPr>
          <w:p w14:paraId="691CDAB1" w14:textId="77777777" w:rsidR="007C0E3C" w:rsidRDefault="00000000">
            <w:r>
              <w:rPr>
                <w:sz w:val="18"/>
              </w:rPr>
              <w:t>2,159 (63.2%)</w:t>
            </w:r>
          </w:p>
        </w:tc>
        <w:tc>
          <w:tcPr>
            <w:tcW w:w="1337" w:type="dxa"/>
          </w:tcPr>
          <w:p w14:paraId="12FEA1A7" w14:textId="77777777" w:rsidR="007C0E3C" w:rsidRDefault="00000000">
            <w:r>
              <w:rPr>
                <w:sz w:val="18"/>
              </w:rPr>
              <w:t>252 (82.4%)</w:t>
            </w:r>
          </w:p>
        </w:tc>
        <w:tc>
          <w:tcPr>
            <w:tcW w:w="1337" w:type="dxa"/>
          </w:tcPr>
          <w:p w14:paraId="4D8C45FB" w14:textId="77777777" w:rsidR="007C0E3C" w:rsidRDefault="00000000">
            <w:r>
              <w:rPr>
                <w:sz w:val="18"/>
              </w:rPr>
              <w:t>295 (74.5%)</w:t>
            </w:r>
          </w:p>
        </w:tc>
        <w:tc>
          <w:tcPr>
            <w:tcW w:w="1337" w:type="dxa"/>
          </w:tcPr>
          <w:p w14:paraId="19657E82" w14:textId="77777777" w:rsidR="007C0E3C" w:rsidRDefault="00000000">
            <w:r>
              <w:rPr>
                <w:sz w:val="18"/>
              </w:rPr>
              <w:t>42 (93.3%)</w:t>
            </w:r>
          </w:p>
        </w:tc>
      </w:tr>
      <w:tr w:rsidR="007C0E3C" w14:paraId="37BF9953" w14:textId="77777777">
        <w:tc>
          <w:tcPr>
            <w:tcW w:w="1337" w:type="dxa"/>
          </w:tcPr>
          <w:p w14:paraId="21843F79" w14:textId="77777777" w:rsidR="007C0E3C" w:rsidRDefault="00000000">
            <w:r>
              <w:rPr>
                <w:sz w:val="18"/>
              </w:rPr>
              <w:t>    Yes</w:t>
            </w:r>
          </w:p>
        </w:tc>
        <w:tc>
          <w:tcPr>
            <w:tcW w:w="1337" w:type="dxa"/>
          </w:tcPr>
          <w:p w14:paraId="6983C9F7" w14:textId="77777777" w:rsidR="007C0E3C" w:rsidRDefault="00000000">
            <w:r>
              <w:rPr>
                <w:sz w:val="18"/>
              </w:rPr>
              <w:t>30,546 (19.7%)</w:t>
            </w:r>
          </w:p>
        </w:tc>
        <w:tc>
          <w:tcPr>
            <w:tcW w:w="1337" w:type="dxa"/>
          </w:tcPr>
          <w:p w14:paraId="7FE7EDBB" w14:textId="77777777" w:rsidR="007C0E3C" w:rsidRDefault="00000000">
            <w:r>
              <w:rPr>
                <w:sz w:val="18"/>
              </w:rPr>
              <w:t>29,129 (19.3%)</w:t>
            </w:r>
          </w:p>
        </w:tc>
        <w:tc>
          <w:tcPr>
            <w:tcW w:w="1337" w:type="dxa"/>
          </w:tcPr>
          <w:p w14:paraId="7F981970" w14:textId="77777777" w:rsidR="007C0E3C" w:rsidRDefault="00000000">
            <w:r>
              <w:rPr>
                <w:sz w:val="18"/>
              </w:rPr>
              <w:t>1,259 (36.8%)</w:t>
            </w:r>
          </w:p>
        </w:tc>
        <w:tc>
          <w:tcPr>
            <w:tcW w:w="1337" w:type="dxa"/>
          </w:tcPr>
          <w:p w14:paraId="0914DD4B" w14:textId="77777777" w:rsidR="007C0E3C" w:rsidRDefault="00000000">
            <w:r>
              <w:rPr>
                <w:sz w:val="18"/>
              </w:rPr>
              <w:t>54 (17.6%)</w:t>
            </w:r>
          </w:p>
        </w:tc>
        <w:tc>
          <w:tcPr>
            <w:tcW w:w="1337" w:type="dxa"/>
          </w:tcPr>
          <w:p w14:paraId="007A469D" w14:textId="77777777" w:rsidR="007C0E3C" w:rsidRDefault="00000000">
            <w:r>
              <w:rPr>
                <w:sz w:val="18"/>
              </w:rPr>
              <w:t>101 (25.5%)</w:t>
            </w:r>
          </w:p>
        </w:tc>
        <w:tc>
          <w:tcPr>
            <w:tcW w:w="1337" w:type="dxa"/>
          </w:tcPr>
          <w:p w14:paraId="6DF3A9A2" w14:textId="77777777" w:rsidR="007C0E3C" w:rsidRDefault="00000000">
            <w:r>
              <w:rPr>
                <w:sz w:val="18"/>
              </w:rPr>
              <w:t>3 (6.7%)</w:t>
            </w:r>
          </w:p>
        </w:tc>
      </w:tr>
      <w:tr w:rsidR="007C0E3C" w14:paraId="12BF5D6B" w14:textId="77777777">
        <w:tc>
          <w:tcPr>
            <w:tcW w:w="9359" w:type="dxa"/>
            <w:gridSpan w:val="7"/>
          </w:tcPr>
          <w:p w14:paraId="4C69D28E" w14:textId="77777777" w:rsidR="007C0E3C" w:rsidRDefault="00000000">
            <w:r>
              <w:rPr>
                <w:i/>
                <w:sz w:val="18"/>
                <w:vertAlign w:val="superscript"/>
              </w:rPr>
              <w:t>1</w:t>
            </w:r>
            <w:r>
              <w:rPr>
                <w:sz w:val="18"/>
              </w:rPr>
              <w:t> n (%)</w:t>
            </w:r>
          </w:p>
        </w:tc>
      </w:tr>
    </w:tbl>
    <w:p w14:paraId="526F7E74" w14:textId="77777777" w:rsidR="007C0E3C" w:rsidRDefault="007C0E3C"/>
    <w:sectPr w:rsidR="007C0E3C"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7B2A40" w14:textId="77777777" w:rsidR="00776F13" w:rsidRDefault="00776F13" w:rsidP="00304546">
      <w:pPr>
        <w:spacing w:after="0" w:line="240" w:lineRule="auto"/>
      </w:pPr>
      <w:r>
        <w:separator/>
      </w:r>
    </w:p>
  </w:endnote>
  <w:endnote w:type="continuationSeparator" w:id="0">
    <w:p w14:paraId="403A64F3" w14:textId="77777777" w:rsidR="00776F13" w:rsidRDefault="00776F13" w:rsidP="00304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409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DA32D7" w14:textId="77777777" w:rsidR="00776F13" w:rsidRDefault="00776F13" w:rsidP="00304546">
      <w:pPr>
        <w:spacing w:after="0" w:line="240" w:lineRule="auto"/>
      </w:pPr>
      <w:r>
        <w:separator/>
      </w:r>
    </w:p>
  </w:footnote>
  <w:footnote w:type="continuationSeparator" w:id="0">
    <w:p w14:paraId="302281AC" w14:textId="77777777" w:rsidR="00776F13" w:rsidRDefault="00776F13" w:rsidP="003045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68749054">
    <w:abstractNumId w:val="8"/>
  </w:num>
  <w:num w:numId="2" w16cid:durableId="1695109727">
    <w:abstractNumId w:val="6"/>
  </w:num>
  <w:num w:numId="3" w16cid:durableId="400519807">
    <w:abstractNumId w:val="5"/>
  </w:num>
  <w:num w:numId="4" w16cid:durableId="1116405931">
    <w:abstractNumId w:val="4"/>
  </w:num>
  <w:num w:numId="5" w16cid:durableId="1019508356">
    <w:abstractNumId w:val="7"/>
  </w:num>
  <w:num w:numId="6" w16cid:durableId="136727105">
    <w:abstractNumId w:val="3"/>
  </w:num>
  <w:num w:numId="7" w16cid:durableId="872351816">
    <w:abstractNumId w:val="2"/>
  </w:num>
  <w:num w:numId="8" w16cid:durableId="1530532102">
    <w:abstractNumId w:val="1"/>
  </w:num>
  <w:num w:numId="9" w16cid:durableId="11907993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DD2"/>
    <w:rsid w:val="0006063C"/>
    <w:rsid w:val="0015074B"/>
    <w:rsid w:val="001F1F83"/>
    <w:rsid w:val="0029639D"/>
    <w:rsid w:val="00304546"/>
    <w:rsid w:val="00326F90"/>
    <w:rsid w:val="006C162C"/>
    <w:rsid w:val="00776F13"/>
    <w:rsid w:val="007C0E3C"/>
    <w:rsid w:val="00AA1D8D"/>
    <w:rsid w:val="00B15839"/>
    <w:rsid w:val="00B47730"/>
    <w:rsid w:val="00BA6E31"/>
    <w:rsid w:val="00CB0664"/>
    <w:rsid w:val="00DA569B"/>
    <w:rsid w:val="00F146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D9956A"/>
  <w14:defaultImageDpi w14:val="300"/>
  <w15:docId w15:val="{318F7756-B8A0-7A41-8166-BE8F18DEB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A6E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1903</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Wes Boland</cp:lastModifiedBy>
  <cp:revision>14</cp:revision>
  <dcterms:created xsi:type="dcterms:W3CDTF">2013-12-23T23:15:00Z</dcterms:created>
  <dcterms:modified xsi:type="dcterms:W3CDTF">2026-08-20T23:09:00Z</dcterms:modified>
  <cp:category/>
</cp:coreProperties>
</file>