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0207" w14:textId="6695A0CF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CE6355">
        <w:rPr>
          <w:rFonts w:asciiTheme="majorBidi" w:hAnsiTheme="majorBidi" w:cstheme="majorBidi"/>
          <w:b/>
          <w:bCs/>
          <w:color w:val="000000" w:themeColor="text1"/>
        </w:rPr>
        <w:t>Predicting Vitamin C Content in Vegetables Using Moisture and Ash Profiles: A Machine Learning Approach for Rapid Nutritional Screening</w:t>
      </w:r>
      <w:r w:rsidR="00125574">
        <w:rPr>
          <w:rFonts w:asciiTheme="majorBidi" w:hAnsiTheme="majorBidi" w:cstheme="majorBidi"/>
          <w:b/>
          <w:bCs/>
          <w:color w:val="000000" w:themeColor="text1"/>
        </w:rPr>
        <w:t>.</w:t>
      </w:r>
    </w:p>
    <w:p w14:paraId="4D677BF7" w14:textId="77777777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</w:p>
    <w:p w14:paraId="160BA021" w14:textId="0BD92783" w:rsidR="00946466" w:rsidRPr="00CE6355" w:rsidRDefault="00CE6355" w:rsidP="00AA691B">
      <w:pPr>
        <w:snapToGrid w:val="0"/>
        <w:spacing w:line="360" w:lineRule="auto"/>
        <w:jc w:val="center"/>
        <w:rPr>
          <w:rFonts w:asciiTheme="majorBidi" w:eastAsia="Calibri" w:hAnsiTheme="majorBidi" w:cstheme="majorBidi"/>
          <w:lang w:val="en-US"/>
        </w:rPr>
      </w:pPr>
      <w:r w:rsidRPr="00CE6355">
        <w:rPr>
          <w:rFonts w:asciiTheme="majorBidi" w:eastAsia="Calibri" w:hAnsiTheme="majorBidi" w:cstheme="majorBidi"/>
        </w:rPr>
        <w:t>Md. Abdul Hamid Khan</w:t>
      </w:r>
      <w:r w:rsidRPr="00CE6355">
        <w:rPr>
          <w:rFonts w:asciiTheme="majorBidi" w:eastAsia="Calibri" w:hAnsiTheme="majorBidi" w:cstheme="majorBidi"/>
          <w:vertAlign w:val="superscript"/>
        </w:rPr>
        <w:t>a,b*</w:t>
      </w:r>
      <w:r w:rsidRPr="00CE6355">
        <w:rPr>
          <w:rFonts w:asciiTheme="majorBidi" w:eastAsia="Calibri" w:hAnsiTheme="majorBidi" w:cstheme="majorBidi"/>
        </w:rPr>
        <w:t>, Md. Mujahidul Islam</w:t>
      </w:r>
      <w:r w:rsidRPr="00CE6355">
        <w:rPr>
          <w:rFonts w:asciiTheme="majorBidi" w:eastAsia="Calibri" w:hAnsiTheme="majorBidi" w:cstheme="majorBidi"/>
          <w:vertAlign w:val="superscript"/>
        </w:rPr>
        <w:t>a</w:t>
      </w:r>
      <w:r w:rsidRPr="00CE6355">
        <w:rPr>
          <w:rFonts w:asciiTheme="majorBidi" w:eastAsia="Calibri" w:hAnsiTheme="majorBidi" w:cstheme="majorBidi"/>
        </w:rPr>
        <w:t>, Rubaya Hasna</w:t>
      </w:r>
      <w:r w:rsidRPr="00CE6355">
        <w:rPr>
          <w:rFonts w:asciiTheme="majorBidi" w:eastAsia="Calibri" w:hAnsiTheme="majorBidi" w:cstheme="majorBidi"/>
          <w:vertAlign w:val="superscript"/>
          <w:lang w:val="en-US"/>
        </w:rPr>
        <w:t>b</w:t>
      </w:r>
      <w:r w:rsidRPr="00CE6355">
        <w:rPr>
          <w:rFonts w:asciiTheme="majorBidi" w:eastAsia="Calibri" w:hAnsiTheme="majorBidi" w:cstheme="majorBidi"/>
          <w:lang w:val="en-US"/>
        </w:rPr>
        <w:t xml:space="preserve">, </w:t>
      </w:r>
      <w:r w:rsidRPr="00CE6355">
        <w:rPr>
          <w:rFonts w:asciiTheme="majorBidi" w:eastAsia="Calibri" w:hAnsiTheme="majorBidi" w:cstheme="majorBidi"/>
        </w:rPr>
        <w:t>Shohanur Rahman</w:t>
      </w:r>
      <w:r w:rsidRPr="00CE6355">
        <w:rPr>
          <w:rFonts w:asciiTheme="majorBidi" w:eastAsia="Calibri" w:hAnsiTheme="majorBidi" w:cstheme="majorBidi"/>
          <w:vertAlign w:val="superscript"/>
        </w:rPr>
        <w:t>b</w:t>
      </w:r>
    </w:p>
    <w:p w14:paraId="570ACCF5" w14:textId="77777777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eastAsia="Calibri" w:hAnsiTheme="majorBidi" w:cstheme="majorBidi"/>
          <w:lang w:val="en-US"/>
        </w:rPr>
      </w:pPr>
    </w:p>
    <w:p w14:paraId="5465AAF8" w14:textId="77777777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hAnsiTheme="majorBidi" w:cstheme="majorBidi"/>
          <w:i/>
          <w:iCs/>
        </w:rPr>
      </w:pPr>
      <w:r w:rsidRPr="00CE6355">
        <w:rPr>
          <w:rFonts w:asciiTheme="majorBidi" w:hAnsiTheme="majorBidi" w:cstheme="majorBidi"/>
          <w:i/>
          <w:iCs/>
          <w:vertAlign w:val="superscript"/>
        </w:rPr>
        <w:t>a</w:t>
      </w:r>
      <w:r w:rsidRPr="00CE6355">
        <w:rPr>
          <w:rFonts w:asciiTheme="majorBidi" w:hAnsiTheme="majorBidi" w:cstheme="majorBidi"/>
          <w:i/>
          <w:iCs/>
        </w:rPr>
        <w:t xml:space="preserve"> Department of Chemistry, Chittagong University of Engineering and Technology, Chattogram-4349, Bangladesh</w:t>
      </w:r>
    </w:p>
    <w:p w14:paraId="5B5CCF5F" w14:textId="77777777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hAnsiTheme="majorBidi" w:cstheme="majorBidi"/>
          <w:i/>
          <w:iCs/>
        </w:rPr>
      </w:pPr>
      <w:r w:rsidRPr="00CE6355">
        <w:rPr>
          <w:rFonts w:asciiTheme="majorBidi" w:hAnsiTheme="majorBidi" w:cstheme="majorBidi"/>
          <w:i/>
          <w:iCs/>
          <w:vertAlign w:val="superscript"/>
        </w:rPr>
        <w:t>b</w:t>
      </w:r>
      <w:r w:rsidRPr="00CE6355">
        <w:rPr>
          <w:rFonts w:asciiTheme="majorBidi" w:hAnsiTheme="majorBidi" w:cstheme="majorBidi"/>
          <w:i/>
          <w:iCs/>
        </w:rPr>
        <w:t>Department of Applied Chemistry and Chemical Engineering, Islamic University Bangladesh, Kushtia-7003, Bangladesh.</w:t>
      </w:r>
    </w:p>
    <w:p w14:paraId="128C6334" w14:textId="77777777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hAnsiTheme="majorBidi" w:cstheme="majorBidi"/>
          <w:b/>
          <w:bCs/>
        </w:rPr>
      </w:pPr>
    </w:p>
    <w:p w14:paraId="2EC686C0" w14:textId="77777777" w:rsidR="00946466" w:rsidRPr="00CE6355" w:rsidRDefault="00946466" w:rsidP="00946466">
      <w:pPr>
        <w:snapToGrid w:val="0"/>
        <w:spacing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b/>
          <w:bCs/>
        </w:rPr>
        <w:t>Corresponding Author:</w:t>
      </w:r>
      <w:r w:rsidRPr="00CE6355">
        <w:rPr>
          <w:rFonts w:asciiTheme="majorBidi" w:hAnsiTheme="majorBidi" w:cstheme="majorBidi"/>
        </w:rPr>
        <w:t xml:space="preserve"> </w:t>
      </w:r>
      <w:hyperlink r:id="rId6" w:history="1">
        <w:r w:rsidRPr="00CE6355">
          <w:rPr>
            <w:rStyle w:val="Hyperlink"/>
            <w:rFonts w:asciiTheme="majorBidi" w:hAnsiTheme="majorBidi" w:cstheme="majorBidi"/>
          </w:rPr>
          <w:t>24mschem114@student.cuet.ac.bd</w:t>
        </w:r>
      </w:hyperlink>
      <w:r w:rsidRPr="00CE6355">
        <w:rPr>
          <w:rFonts w:asciiTheme="majorBidi" w:hAnsiTheme="majorBidi" w:cstheme="majorBidi"/>
        </w:rPr>
        <w:t xml:space="preserve"> </w:t>
      </w:r>
    </w:p>
    <w:p w14:paraId="43F81601" w14:textId="77777777" w:rsidR="00946466" w:rsidRPr="00CE6355" w:rsidRDefault="00946466" w:rsidP="002D1B4C">
      <w:pPr>
        <w:snapToGrid w:val="0"/>
        <w:spacing w:after="0" w:line="360" w:lineRule="auto"/>
        <w:jc w:val="center"/>
        <w:rPr>
          <w:rFonts w:asciiTheme="majorBidi" w:eastAsia="Times New Roman" w:hAnsiTheme="majorBidi" w:cstheme="majorBidi"/>
          <w:color w:val="000000"/>
          <w:kern w:val="0"/>
          <w:lang w:eastAsia="en-GB"/>
          <w14:ligatures w14:val="none"/>
        </w:rPr>
      </w:pPr>
    </w:p>
    <w:p w14:paraId="7E6CEFCE" w14:textId="77777777" w:rsidR="006D7CF4" w:rsidRPr="00CE6355" w:rsidRDefault="006D7CF4" w:rsidP="00471E00">
      <w:pPr>
        <w:pStyle w:val="Heading1"/>
        <w:spacing w:before="200" w:after="100" w:line="360" w:lineRule="auto"/>
        <w:rPr>
          <w:rFonts w:asciiTheme="majorBidi" w:hAnsiTheme="majorBidi"/>
          <w:b/>
          <w:bCs/>
          <w:color w:val="auto"/>
          <w:sz w:val="24"/>
          <w:szCs w:val="24"/>
        </w:rPr>
      </w:pPr>
      <w:r w:rsidRPr="00CE6355">
        <w:rPr>
          <w:rFonts w:asciiTheme="majorBidi" w:eastAsia="Times New Roman" w:hAnsiTheme="majorBidi"/>
          <w:b/>
          <w:bCs/>
          <w:color w:val="auto"/>
          <w:sz w:val="24"/>
          <w:szCs w:val="24"/>
        </w:rPr>
        <w:t>Supplementary information</w:t>
      </w:r>
    </w:p>
    <w:p w14:paraId="3438B21D" w14:textId="77777777" w:rsidR="006D7CF4" w:rsidRPr="00CE6355" w:rsidRDefault="006D7CF4" w:rsidP="00471E00">
      <w:pPr>
        <w:spacing w:after="120" w:line="360" w:lineRule="auto"/>
        <w:jc w:val="both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</w:rPr>
        <w:t>The supplementary section retains the diagnostic and model-specific graphics that would make the main article excessively dense if every panel were presented separately. It also reproduces all 350 modelling rows in seven 50-row tables and lists the selected hyperparameters for every final model.</w:t>
      </w:r>
    </w:p>
    <w:p w14:paraId="7E15DB2C" w14:textId="77777777" w:rsidR="006D7CF4" w:rsidRPr="00CE6355" w:rsidRDefault="006D7CF4" w:rsidP="00471E00">
      <w:pPr>
        <w:pStyle w:val="Heading2"/>
        <w:spacing w:before="140" w:after="100" w:line="360" w:lineRule="auto"/>
        <w:rPr>
          <w:rFonts w:asciiTheme="majorBidi" w:hAnsiTheme="majorBidi"/>
          <w:b/>
          <w:bCs/>
          <w:color w:val="auto"/>
          <w:sz w:val="24"/>
          <w:szCs w:val="24"/>
        </w:rPr>
      </w:pPr>
      <w:r w:rsidRPr="00CE6355">
        <w:rPr>
          <w:rFonts w:asciiTheme="majorBidi" w:eastAsia="Times New Roman" w:hAnsiTheme="majorBidi"/>
          <w:b/>
          <w:bCs/>
          <w:color w:val="auto"/>
          <w:sz w:val="24"/>
          <w:szCs w:val="24"/>
        </w:rPr>
        <w:lastRenderedPageBreak/>
        <w:t>Supplementary model diagnostics</w:t>
      </w:r>
    </w:p>
    <w:p w14:paraId="2786229E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drawing>
          <wp:inline distT="0" distB="0" distL="0" distR="0" wp14:anchorId="16EC4716" wp14:editId="0F1308A9">
            <wp:extent cx="5573222" cy="6568440"/>
            <wp:effectExtent l="0" t="0" r="889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8194" cy="657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D625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S1a</w:t>
      </w:r>
      <w:r w:rsidRPr="00CE6355">
        <w:rPr>
          <w:rFonts w:asciiTheme="majorBidi" w:eastAsia="Times New Roman" w:hAnsiTheme="majorBidi" w:cstheme="majorBidi"/>
        </w:rPr>
        <w:t>. Residual plots for the first six regression models.</w:t>
      </w:r>
    </w:p>
    <w:p w14:paraId="4F2645F9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3B38326D" wp14:editId="15B384D2">
            <wp:extent cx="5295207" cy="4160520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0221" cy="416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736F4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S1b.</w:t>
      </w:r>
      <w:r w:rsidRPr="00CE6355">
        <w:rPr>
          <w:rFonts w:asciiTheme="majorBidi" w:eastAsia="Times New Roman" w:hAnsiTheme="majorBidi" w:cstheme="majorBidi"/>
        </w:rPr>
        <w:t xml:space="preserve"> Residual plots for the remaining four regression models.</w:t>
      </w:r>
    </w:p>
    <w:p w14:paraId="4EE3EBC8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drawing>
          <wp:inline distT="0" distB="0" distL="0" distR="0" wp14:anchorId="13EBD8A1" wp14:editId="7E53FF86">
            <wp:extent cx="4648200" cy="34861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1_HistGradientBoosting_FourPan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939E4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S2.</w:t>
      </w:r>
      <w:r w:rsidRPr="00CE6355">
        <w:rPr>
          <w:rFonts w:asciiTheme="majorBidi" w:eastAsia="Times New Roman" w:hAnsiTheme="majorBidi" w:cstheme="majorBidi"/>
        </w:rPr>
        <w:t xml:space="preserve"> HistGradientBoosting diagnostic summary: actual versus predicted, residual plot, scaled radar metrics, and model-specific feature importance.</w:t>
      </w:r>
    </w:p>
    <w:p w14:paraId="608E9853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9441781" wp14:editId="78F27CFC">
            <wp:extent cx="4678680" cy="3509010"/>
            <wp:effectExtent l="0" t="0" r="762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2_RandomForest_FourPane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8057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S3.</w:t>
      </w:r>
      <w:r w:rsidRPr="00CE6355">
        <w:rPr>
          <w:rFonts w:asciiTheme="majorBidi" w:eastAsia="Times New Roman" w:hAnsiTheme="majorBidi" w:cstheme="majorBidi"/>
        </w:rPr>
        <w:t xml:space="preserve"> Random Forest diagnostic summary: actual versus predicted, residual plot, scaled radar metrics, and model-specific feature importance.</w:t>
      </w:r>
    </w:p>
    <w:p w14:paraId="322681CB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drawing>
          <wp:inline distT="0" distB="0" distL="0" distR="0" wp14:anchorId="445F2A8F" wp14:editId="7B20459A">
            <wp:extent cx="4678680" cy="3509010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3_GradientBoosting_FourPane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E09B6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S4.</w:t>
      </w:r>
      <w:r w:rsidRPr="00CE6355">
        <w:rPr>
          <w:rFonts w:asciiTheme="majorBidi" w:eastAsia="Times New Roman" w:hAnsiTheme="majorBidi" w:cstheme="majorBidi"/>
        </w:rPr>
        <w:t xml:space="preserve"> Gradient Boosting diagnostic summary: actual versus predicted, residual plot, scaled radar metrics, and model-specific feature importance.</w:t>
      </w:r>
    </w:p>
    <w:p w14:paraId="6ED75119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52F166EB" wp14:editId="217741DD">
            <wp:extent cx="4592320" cy="344424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4_ExtraTrees_FourPane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9232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F1EF2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S5.</w:t>
      </w:r>
      <w:r w:rsidRPr="00CE6355">
        <w:rPr>
          <w:rFonts w:asciiTheme="majorBidi" w:eastAsia="Times New Roman" w:hAnsiTheme="majorBidi" w:cstheme="majorBidi"/>
        </w:rPr>
        <w:t xml:space="preserve"> Extra Trees diagnostic summary: actual versus predicted, residual plot, scaled radar metrics, and model-specific feature importance.</w:t>
      </w:r>
    </w:p>
    <w:p w14:paraId="57631549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drawing>
          <wp:inline distT="0" distB="0" distL="0" distR="0" wp14:anchorId="0FF96B84" wp14:editId="7B7A72BB">
            <wp:extent cx="4815840" cy="3611880"/>
            <wp:effectExtent l="0" t="0" r="381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5_DecisionTree_FourPane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47687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S6.</w:t>
      </w:r>
      <w:r w:rsidRPr="00CE6355">
        <w:rPr>
          <w:rFonts w:asciiTheme="majorBidi" w:eastAsia="Times New Roman" w:hAnsiTheme="majorBidi" w:cstheme="majorBidi"/>
        </w:rPr>
        <w:t xml:space="preserve"> Decision Tree diagnostic summary: actual versus predicted, residual plot, scaled radar metrics, and model-specific feature importance.</w:t>
      </w:r>
    </w:p>
    <w:p w14:paraId="6AB3C6D2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DF9E8DF" wp14:editId="53151762">
            <wp:extent cx="4612640" cy="34594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6_Bagging_FourPane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1264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F65D2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S7.</w:t>
      </w:r>
      <w:r w:rsidRPr="00CE6355">
        <w:rPr>
          <w:rFonts w:asciiTheme="majorBidi" w:eastAsia="Times New Roman" w:hAnsiTheme="majorBidi" w:cstheme="majorBidi"/>
        </w:rPr>
        <w:t xml:space="preserve"> Bagging diagnostic summary: actual versus predicted, residual plot, scaled radar metrics, and model-specific feature importance.</w:t>
      </w:r>
    </w:p>
    <w:p w14:paraId="4E51E29C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drawing>
          <wp:inline distT="0" distB="0" distL="0" distR="0" wp14:anchorId="2B11D32E" wp14:editId="280D3F8A">
            <wp:extent cx="4693920" cy="3520440"/>
            <wp:effectExtent l="0" t="0" r="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7_AdaBoost_FourPane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F52CA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S8.</w:t>
      </w:r>
      <w:r w:rsidRPr="00CE6355">
        <w:rPr>
          <w:rFonts w:asciiTheme="majorBidi" w:eastAsia="Times New Roman" w:hAnsiTheme="majorBidi" w:cstheme="majorBidi"/>
        </w:rPr>
        <w:t xml:space="preserve"> AdaBoost diagnostic summary: actual versus predicted, residual plot, scaled radar metrics, and model-specific feature importance.</w:t>
      </w:r>
    </w:p>
    <w:p w14:paraId="67C7DA3C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420914C8" wp14:editId="174F2D08">
            <wp:extent cx="4693920" cy="3520440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8_XGBoost_FourPane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1B3E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S9.</w:t>
      </w:r>
      <w:r w:rsidRPr="00CE6355">
        <w:rPr>
          <w:rFonts w:asciiTheme="majorBidi" w:eastAsia="Times New Roman" w:hAnsiTheme="majorBidi" w:cstheme="majorBidi"/>
        </w:rPr>
        <w:t xml:space="preserve"> XGBoost diagnostic summary: actual versus predicted, residual plot, scaled radar metrics, and model-specific feature importance.</w:t>
      </w:r>
    </w:p>
    <w:p w14:paraId="607E057E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drawing>
          <wp:inline distT="0" distB="0" distL="0" distR="0" wp14:anchorId="4B68F2B5" wp14:editId="26C5704A">
            <wp:extent cx="4815840" cy="3611880"/>
            <wp:effectExtent l="0" t="0" r="381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09_LightGBM_FourPane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5A93C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S10.</w:t>
      </w:r>
      <w:r w:rsidRPr="00CE6355">
        <w:rPr>
          <w:rFonts w:asciiTheme="majorBidi" w:eastAsia="Times New Roman" w:hAnsiTheme="majorBidi" w:cstheme="majorBidi"/>
        </w:rPr>
        <w:t xml:space="preserve"> LightGBM diagnostic summary: actual versus predicted, residual plot, scaled radar metrics, and model-specific feature importance.</w:t>
      </w:r>
    </w:p>
    <w:p w14:paraId="375A434E" w14:textId="77777777" w:rsidR="006D7CF4" w:rsidRPr="00CE6355" w:rsidRDefault="006D7CF4" w:rsidP="00471E00">
      <w:pPr>
        <w:spacing w:after="4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279D79A6" wp14:editId="470F0BFF">
            <wp:extent cx="4739640" cy="3554730"/>
            <wp:effectExtent l="0" t="0" r="381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10_CatBoost_FourPane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DF61" w14:textId="77777777" w:rsidR="006D7CF4" w:rsidRPr="00CE6355" w:rsidRDefault="006D7CF4" w:rsidP="00471E00">
      <w:pPr>
        <w:spacing w:before="60" w:line="360" w:lineRule="auto"/>
        <w:jc w:val="center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  <w:bCs/>
        </w:rPr>
        <w:t>Fig. S11.</w:t>
      </w:r>
      <w:r w:rsidRPr="00CE6355">
        <w:rPr>
          <w:rFonts w:asciiTheme="majorBidi" w:eastAsia="Times New Roman" w:hAnsiTheme="majorBidi" w:cstheme="majorBidi"/>
        </w:rPr>
        <w:t xml:space="preserve"> CatBoost diagnostic summary: actual versus predicted, residual plot, scaled radar metrics, and model-specific feature importance.</w:t>
      </w:r>
    </w:p>
    <w:p w14:paraId="2D8A5020" w14:textId="77777777" w:rsidR="006D7CF4" w:rsidRPr="00CE6355" w:rsidRDefault="006D7CF4" w:rsidP="00471E00">
      <w:pPr>
        <w:pStyle w:val="Heading2"/>
        <w:spacing w:before="140" w:after="100" w:line="360" w:lineRule="auto"/>
        <w:rPr>
          <w:rFonts w:asciiTheme="majorBidi" w:hAnsiTheme="majorBidi"/>
          <w:color w:val="auto"/>
          <w:sz w:val="24"/>
          <w:szCs w:val="24"/>
        </w:rPr>
      </w:pPr>
      <w:r w:rsidRPr="00CE6355">
        <w:rPr>
          <w:rFonts w:asciiTheme="majorBidi" w:eastAsia="Times New Roman" w:hAnsiTheme="majorBidi"/>
          <w:color w:val="auto"/>
          <w:sz w:val="24"/>
          <w:szCs w:val="24"/>
        </w:rPr>
        <w:t>Selected Bayesian-optimization hyperparameters</w:t>
      </w:r>
    </w:p>
    <w:p w14:paraId="2E30A4D5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S2A. </w:t>
      </w:r>
      <w:r w:rsidRPr="00CE6355">
        <w:rPr>
          <w:rFonts w:asciiTheme="majorBidi" w:eastAsia="Times New Roman" w:hAnsiTheme="majorBidi" w:cstheme="majorBidi"/>
          <w:bCs/>
        </w:rPr>
        <w:t>Selected hyperparameters for HistGradientBoosting.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2"/>
        <w:gridCol w:w="4474"/>
      </w:tblGrid>
      <w:tr w:rsidR="006D7CF4" w:rsidRPr="00CE6355" w14:paraId="13CD31EA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1B3044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25C50E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20D9CE94" w14:textId="77777777" w:rsidTr="00A0291F">
        <w:trPr>
          <w:jc w:val="center"/>
        </w:trPr>
        <w:tc>
          <w:tcPr>
            <w:tcW w:w="4989" w:type="dxa"/>
            <w:vAlign w:val="center"/>
          </w:tcPr>
          <w:p w14:paraId="420091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early_stopping</w:t>
            </w:r>
          </w:p>
        </w:tc>
        <w:tc>
          <w:tcPr>
            <w:tcW w:w="4989" w:type="dxa"/>
            <w:vAlign w:val="center"/>
          </w:tcPr>
          <w:p w14:paraId="2AEB52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False</w:t>
            </w:r>
          </w:p>
        </w:tc>
      </w:tr>
      <w:tr w:rsidR="006D7CF4" w:rsidRPr="00CE6355" w14:paraId="7367463D" w14:textId="77777777" w:rsidTr="00A0291F">
        <w:trPr>
          <w:jc w:val="center"/>
        </w:trPr>
        <w:tc>
          <w:tcPr>
            <w:tcW w:w="4989" w:type="dxa"/>
            <w:vAlign w:val="center"/>
          </w:tcPr>
          <w:p w14:paraId="5ED6D4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l2_regularization</w:t>
            </w:r>
          </w:p>
        </w:tc>
        <w:tc>
          <w:tcPr>
            <w:tcW w:w="4989" w:type="dxa"/>
            <w:vAlign w:val="center"/>
          </w:tcPr>
          <w:p w14:paraId="729905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0.0783649896</w:t>
            </w:r>
          </w:p>
        </w:tc>
      </w:tr>
      <w:tr w:rsidR="006D7CF4" w:rsidRPr="00CE6355" w14:paraId="15732612" w14:textId="77777777" w:rsidTr="00A0291F">
        <w:trPr>
          <w:jc w:val="center"/>
        </w:trPr>
        <w:tc>
          <w:tcPr>
            <w:tcW w:w="4989" w:type="dxa"/>
            <w:vAlign w:val="center"/>
          </w:tcPr>
          <w:p w14:paraId="5BFE7E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learning_rate</w:t>
            </w:r>
          </w:p>
        </w:tc>
        <w:tc>
          <w:tcPr>
            <w:tcW w:w="4989" w:type="dxa"/>
            <w:vAlign w:val="center"/>
          </w:tcPr>
          <w:p w14:paraId="4D3F6E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</w:t>
            </w:r>
          </w:p>
        </w:tc>
      </w:tr>
      <w:tr w:rsidR="006D7CF4" w:rsidRPr="00CE6355" w14:paraId="4F4E8D8B" w14:textId="77777777" w:rsidTr="00A0291F">
        <w:trPr>
          <w:jc w:val="center"/>
        </w:trPr>
        <w:tc>
          <w:tcPr>
            <w:tcW w:w="4989" w:type="dxa"/>
            <w:vAlign w:val="center"/>
          </w:tcPr>
          <w:p w14:paraId="7D8832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loss</w:t>
            </w:r>
          </w:p>
        </w:tc>
        <w:tc>
          <w:tcPr>
            <w:tcW w:w="4989" w:type="dxa"/>
            <w:vAlign w:val="center"/>
          </w:tcPr>
          <w:p w14:paraId="6D1810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squared_error</w:t>
            </w:r>
          </w:p>
        </w:tc>
      </w:tr>
      <w:tr w:rsidR="006D7CF4" w:rsidRPr="00CE6355" w14:paraId="720DCDE8" w14:textId="77777777" w:rsidTr="00A0291F">
        <w:trPr>
          <w:jc w:val="center"/>
        </w:trPr>
        <w:tc>
          <w:tcPr>
            <w:tcW w:w="4989" w:type="dxa"/>
            <w:vAlign w:val="center"/>
          </w:tcPr>
          <w:p w14:paraId="1398FC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max_bins</w:t>
            </w:r>
          </w:p>
        </w:tc>
        <w:tc>
          <w:tcPr>
            <w:tcW w:w="4989" w:type="dxa"/>
            <w:vAlign w:val="center"/>
          </w:tcPr>
          <w:p w14:paraId="6F2B7A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177</w:t>
            </w:r>
          </w:p>
        </w:tc>
      </w:tr>
      <w:tr w:rsidR="006D7CF4" w:rsidRPr="00CE6355" w14:paraId="3F95D670" w14:textId="77777777" w:rsidTr="00A0291F">
        <w:trPr>
          <w:jc w:val="center"/>
        </w:trPr>
        <w:tc>
          <w:tcPr>
            <w:tcW w:w="4989" w:type="dxa"/>
            <w:vAlign w:val="center"/>
          </w:tcPr>
          <w:p w14:paraId="16A12A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3FF1F0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</w:tr>
      <w:tr w:rsidR="006D7CF4" w:rsidRPr="00CE6355" w14:paraId="52D471B6" w14:textId="77777777" w:rsidTr="00A0291F">
        <w:trPr>
          <w:jc w:val="center"/>
        </w:trPr>
        <w:tc>
          <w:tcPr>
            <w:tcW w:w="4989" w:type="dxa"/>
            <w:vAlign w:val="center"/>
          </w:tcPr>
          <w:p w14:paraId="725066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max_iter</w:t>
            </w:r>
          </w:p>
        </w:tc>
        <w:tc>
          <w:tcPr>
            <w:tcW w:w="4989" w:type="dxa"/>
            <w:vAlign w:val="center"/>
          </w:tcPr>
          <w:p w14:paraId="116E62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568</w:t>
            </w:r>
          </w:p>
        </w:tc>
      </w:tr>
      <w:tr w:rsidR="006D7CF4" w:rsidRPr="00CE6355" w14:paraId="205EF348" w14:textId="77777777" w:rsidTr="00A0291F">
        <w:trPr>
          <w:jc w:val="center"/>
        </w:trPr>
        <w:tc>
          <w:tcPr>
            <w:tcW w:w="4989" w:type="dxa"/>
            <w:vAlign w:val="center"/>
          </w:tcPr>
          <w:p w14:paraId="3B1B25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max_leaf_nodes</w:t>
            </w:r>
          </w:p>
        </w:tc>
        <w:tc>
          <w:tcPr>
            <w:tcW w:w="4989" w:type="dxa"/>
            <w:vAlign w:val="center"/>
          </w:tcPr>
          <w:p w14:paraId="1B7631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35</w:t>
            </w:r>
          </w:p>
        </w:tc>
      </w:tr>
      <w:tr w:rsidR="006D7CF4" w:rsidRPr="00CE6355" w14:paraId="3DB61A6C" w14:textId="77777777" w:rsidTr="00A0291F">
        <w:trPr>
          <w:jc w:val="center"/>
        </w:trPr>
        <w:tc>
          <w:tcPr>
            <w:tcW w:w="4989" w:type="dxa"/>
            <w:vAlign w:val="center"/>
          </w:tcPr>
          <w:p w14:paraId="75A7DF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min_samples_leaf</w:t>
            </w:r>
          </w:p>
        </w:tc>
        <w:tc>
          <w:tcPr>
            <w:tcW w:w="4989" w:type="dxa"/>
            <w:vAlign w:val="center"/>
          </w:tcPr>
          <w:p w14:paraId="44459D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</w:t>
            </w:r>
          </w:p>
        </w:tc>
      </w:tr>
      <w:tr w:rsidR="006D7CF4" w:rsidRPr="00CE6355" w14:paraId="3E2FB955" w14:textId="77777777" w:rsidTr="00A0291F">
        <w:trPr>
          <w:jc w:val="center"/>
        </w:trPr>
        <w:tc>
          <w:tcPr>
            <w:tcW w:w="4989" w:type="dxa"/>
            <w:vAlign w:val="center"/>
          </w:tcPr>
          <w:p w14:paraId="0E206C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n_iter_no_change</w:t>
            </w:r>
          </w:p>
        </w:tc>
        <w:tc>
          <w:tcPr>
            <w:tcW w:w="4989" w:type="dxa"/>
            <w:vAlign w:val="center"/>
          </w:tcPr>
          <w:p w14:paraId="0CE813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</w:t>
            </w:r>
          </w:p>
        </w:tc>
      </w:tr>
      <w:tr w:rsidR="006D7CF4" w:rsidRPr="00CE6355" w14:paraId="0F085D07" w14:textId="77777777" w:rsidTr="00A0291F">
        <w:trPr>
          <w:jc w:val="center"/>
        </w:trPr>
        <w:tc>
          <w:tcPr>
            <w:tcW w:w="4989" w:type="dxa"/>
            <w:vAlign w:val="center"/>
          </w:tcPr>
          <w:p w14:paraId="47E5C3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tol</w:t>
            </w:r>
          </w:p>
        </w:tc>
        <w:tc>
          <w:tcPr>
            <w:tcW w:w="4989" w:type="dxa"/>
            <w:vAlign w:val="center"/>
          </w:tcPr>
          <w:p w14:paraId="5477B28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1.5284e-05</w:t>
            </w:r>
          </w:p>
        </w:tc>
      </w:tr>
      <w:tr w:rsidR="006D7CF4" w:rsidRPr="00CE6355" w14:paraId="0F6E5D34" w14:textId="77777777" w:rsidTr="00A0291F">
        <w:trPr>
          <w:jc w:val="center"/>
        </w:trPr>
        <w:tc>
          <w:tcPr>
            <w:tcW w:w="4989" w:type="dxa"/>
            <w:vAlign w:val="center"/>
          </w:tcPr>
          <w:p w14:paraId="4EE59E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validation_fraction</w:t>
            </w:r>
          </w:p>
        </w:tc>
        <w:tc>
          <w:tcPr>
            <w:tcW w:w="4989" w:type="dxa"/>
            <w:vAlign w:val="center"/>
          </w:tcPr>
          <w:p w14:paraId="5A0511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0.1839048713</w:t>
            </w:r>
          </w:p>
        </w:tc>
      </w:tr>
    </w:tbl>
    <w:p w14:paraId="17FA5B4D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S2B. </w:t>
      </w:r>
      <w:r w:rsidRPr="00CE6355">
        <w:rPr>
          <w:rFonts w:asciiTheme="majorBidi" w:eastAsia="Times New Roman" w:hAnsiTheme="majorBidi" w:cstheme="majorBidi"/>
          <w:bCs/>
        </w:rPr>
        <w:t>Selected hyperparameters for Random Forest.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80"/>
        <w:gridCol w:w="4436"/>
      </w:tblGrid>
      <w:tr w:rsidR="006D7CF4" w:rsidRPr="00CE6355" w14:paraId="7D976672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7A8D50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lastRenderedPageBreak/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1A5302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3FF81975" w14:textId="77777777" w:rsidTr="00A0291F">
        <w:trPr>
          <w:jc w:val="center"/>
        </w:trPr>
        <w:tc>
          <w:tcPr>
            <w:tcW w:w="4989" w:type="dxa"/>
            <w:vAlign w:val="center"/>
          </w:tcPr>
          <w:p w14:paraId="34420C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bootstrap</w:t>
            </w:r>
          </w:p>
        </w:tc>
        <w:tc>
          <w:tcPr>
            <w:tcW w:w="4989" w:type="dxa"/>
            <w:vAlign w:val="center"/>
          </w:tcPr>
          <w:p w14:paraId="64E4FE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True</w:t>
            </w:r>
          </w:p>
        </w:tc>
      </w:tr>
      <w:tr w:rsidR="006D7CF4" w:rsidRPr="00CE6355" w14:paraId="4DF5E2ED" w14:textId="77777777" w:rsidTr="00A0291F">
        <w:trPr>
          <w:jc w:val="center"/>
        </w:trPr>
        <w:tc>
          <w:tcPr>
            <w:tcW w:w="4989" w:type="dxa"/>
            <w:vAlign w:val="center"/>
          </w:tcPr>
          <w:p w14:paraId="2BF562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ccp_alpha</w:t>
            </w:r>
          </w:p>
        </w:tc>
        <w:tc>
          <w:tcPr>
            <w:tcW w:w="4989" w:type="dxa"/>
            <w:vAlign w:val="center"/>
          </w:tcPr>
          <w:p w14:paraId="7FDCA0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0.005</w:t>
            </w:r>
          </w:p>
        </w:tc>
      </w:tr>
      <w:tr w:rsidR="006D7CF4" w:rsidRPr="00CE6355" w14:paraId="39E2DF26" w14:textId="77777777" w:rsidTr="00A0291F">
        <w:trPr>
          <w:jc w:val="center"/>
        </w:trPr>
        <w:tc>
          <w:tcPr>
            <w:tcW w:w="4989" w:type="dxa"/>
            <w:vAlign w:val="center"/>
          </w:tcPr>
          <w:p w14:paraId="6D0F78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criterion</w:t>
            </w:r>
          </w:p>
        </w:tc>
        <w:tc>
          <w:tcPr>
            <w:tcW w:w="4989" w:type="dxa"/>
            <w:vAlign w:val="center"/>
          </w:tcPr>
          <w:p w14:paraId="059B82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squared_error</w:t>
            </w:r>
          </w:p>
        </w:tc>
      </w:tr>
      <w:tr w:rsidR="006D7CF4" w:rsidRPr="00CE6355" w14:paraId="1146017A" w14:textId="77777777" w:rsidTr="00A0291F">
        <w:trPr>
          <w:jc w:val="center"/>
        </w:trPr>
        <w:tc>
          <w:tcPr>
            <w:tcW w:w="4989" w:type="dxa"/>
            <w:vAlign w:val="center"/>
          </w:tcPr>
          <w:p w14:paraId="4F9795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054DB5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</w:t>
            </w:r>
          </w:p>
        </w:tc>
      </w:tr>
      <w:tr w:rsidR="006D7CF4" w:rsidRPr="00CE6355" w14:paraId="6EEBF83E" w14:textId="77777777" w:rsidTr="00A0291F">
        <w:trPr>
          <w:jc w:val="center"/>
        </w:trPr>
        <w:tc>
          <w:tcPr>
            <w:tcW w:w="4989" w:type="dxa"/>
            <w:vAlign w:val="center"/>
          </w:tcPr>
          <w:p w14:paraId="45B36F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max_features</w:t>
            </w:r>
          </w:p>
        </w:tc>
        <w:tc>
          <w:tcPr>
            <w:tcW w:w="4989" w:type="dxa"/>
            <w:vAlign w:val="center"/>
          </w:tcPr>
          <w:p w14:paraId="0FC0B4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0.8843321036</w:t>
            </w:r>
          </w:p>
        </w:tc>
      </w:tr>
      <w:tr w:rsidR="006D7CF4" w:rsidRPr="00CE6355" w14:paraId="181961E0" w14:textId="77777777" w:rsidTr="00A0291F">
        <w:trPr>
          <w:jc w:val="center"/>
        </w:trPr>
        <w:tc>
          <w:tcPr>
            <w:tcW w:w="4989" w:type="dxa"/>
            <w:vAlign w:val="center"/>
          </w:tcPr>
          <w:p w14:paraId="6D9F546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max_leaf_nodes</w:t>
            </w:r>
          </w:p>
        </w:tc>
        <w:tc>
          <w:tcPr>
            <w:tcW w:w="4989" w:type="dxa"/>
            <w:vAlign w:val="center"/>
          </w:tcPr>
          <w:p w14:paraId="147643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180</w:t>
            </w:r>
          </w:p>
        </w:tc>
      </w:tr>
      <w:tr w:rsidR="006D7CF4" w:rsidRPr="00CE6355" w14:paraId="39D75846" w14:textId="77777777" w:rsidTr="00A0291F">
        <w:trPr>
          <w:jc w:val="center"/>
        </w:trPr>
        <w:tc>
          <w:tcPr>
            <w:tcW w:w="4989" w:type="dxa"/>
            <w:vAlign w:val="center"/>
          </w:tcPr>
          <w:p w14:paraId="20CC82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min_impurity_decrease</w:t>
            </w:r>
          </w:p>
        </w:tc>
        <w:tc>
          <w:tcPr>
            <w:tcW w:w="4989" w:type="dxa"/>
            <w:vAlign w:val="center"/>
          </w:tcPr>
          <w:p w14:paraId="60B278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1e-12</w:t>
            </w:r>
          </w:p>
        </w:tc>
      </w:tr>
      <w:tr w:rsidR="006D7CF4" w:rsidRPr="00CE6355" w14:paraId="0104182D" w14:textId="77777777" w:rsidTr="00A0291F">
        <w:trPr>
          <w:jc w:val="center"/>
        </w:trPr>
        <w:tc>
          <w:tcPr>
            <w:tcW w:w="4989" w:type="dxa"/>
            <w:vAlign w:val="center"/>
          </w:tcPr>
          <w:p w14:paraId="156246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min_samples_leaf</w:t>
            </w:r>
          </w:p>
        </w:tc>
        <w:tc>
          <w:tcPr>
            <w:tcW w:w="4989" w:type="dxa"/>
            <w:vAlign w:val="center"/>
          </w:tcPr>
          <w:p w14:paraId="762EEB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  <w:tr w:rsidR="006D7CF4" w:rsidRPr="00CE6355" w14:paraId="3FD31C81" w14:textId="77777777" w:rsidTr="00A0291F">
        <w:trPr>
          <w:jc w:val="center"/>
        </w:trPr>
        <w:tc>
          <w:tcPr>
            <w:tcW w:w="4989" w:type="dxa"/>
            <w:vAlign w:val="center"/>
          </w:tcPr>
          <w:p w14:paraId="152017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min_samples_split</w:t>
            </w:r>
          </w:p>
        </w:tc>
        <w:tc>
          <w:tcPr>
            <w:tcW w:w="4989" w:type="dxa"/>
            <w:vAlign w:val="center"/>
          </w:tcPr>
          <w:p w14:paraId="0B39B4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</w:tr>
      <w:tr w:rsidR="006D7CF4" w:rsidRPr="00CE6355" w14:paraId="54D9092D" w14:textId="77777777" w:rsidTr="00A0291F">
        <w:trPr>
          <w:jc w:val="center"/>
        </w:trPr>
        <w:tc>
          <w:tcPr>
            <w:tcW w:w="4989" w:type="dxa"/>
            <w:vAlign w:val="center"/>
          </w:tcPr>
          <w:p w14:paraId="20F94F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17773F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551</w:t>
            </w:r>
          </w:p>
        </w:tc>
      </w:tr>
    </w:tbl>
    <w:p w14:paraId="2541D6AB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S2C. </w:t>
      </w:r>
      <w:r w:rsidRPr="00CE6355">
        <w:rPr>
          <w:rFonts w:asciiTheme="majorBidi" w:eastAsia="Times New Roman" w:hAnsiTheme="majorBidi" w:cstheme="majorBidi"/>
          <w:bCs/>
        </w:rPr>
        <w:t>Selected hyperparameters for Gradient Boosting.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72"/>
        <w:gridCol w:w="4444"/>
      </w:tblGrid>
      <w:tr w:rsidR="006D7CF4" w:rsidRPr="00CE6355" w14:paraId="74E4CBE5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69D537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33B9AB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28DB547F" w14:textId="77777777" w:rsidTr="00A0291F">
        <w:trPr>
          <w:jc w:val="center"/>
        </w:trPr>
        <w:tc>
          <w:tcPr>
            <w:tcW w:w="4989" w:type="dxa"/>
            <w:vAlign w:val="center"/>
          </w:tcPr>
          <w:p w14:paraId="086F01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ccp_alpha</w:t>
            </w:r>
          </w:p>
        </w:tc>
        <w:tc>
          <w:tcPr>
            <w:tcW w:w="4989" w:type="dxa"/>
            <w:vAlign w:val="center"/>
          </w:tcPr>
          <w:p w14:paraId="25A43D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0.00492820697</w:t>
            </w:r>
          </w:p>
        </w:tc>
      </w:tr>
      <w:tr w:rsidR="006D7CF4" w:rsidRPr="00CE6355" w14:paraId="5FF957C1" w14:textId="77777777" w:rsidTr="00A0291F">
        <w:trPr>
          <w:jc w:val="center"/>
        </w:trPr>
        <w:tc>
          <w:tcPr>
            <w:tcW w:w="4989" w:type="dxa"/>
            <w:vAlign w:val="center"/>
          </w:tcPr>
          <w:p w14:paraId="01455E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learning_rate</w:t>
            </w:r>
          </w:p>
        </w:tc>
        <w:tc>
          <w:tcPr>
            <w:tcW w:w="4989" w:type="dxa"/>
            <w:vAlign w:val="center"/>
          </w:tcPr>
          <w:p w14:paraId="5D3547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0.0301065326</w:t>
            </w:r>
          </w:p>
        </w:tc>
      </w:tr>
      <w:tr w:rsidR="006D7CF4" w:rsidRPr="00CE6355" w14:paraId="39288ACA" w14:textId="77777777" w:rsidTr="00A0291F">
        <w:trPr>
          <w:jc w:val="center"/>
        </w:trPr>
        <w:tc>
          <w:tcPr>
            <w:tcW w:w="4989" w:type="dxa"/>
            <w:vAlign w:val="center"/>
          </w:tcPr>
          <w:p w14:paraId="7BA85F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loss</w:t>
            </w:r>
          </w:p>
        </w:tc>
        <w:tc>
          <w:tcPr>
            <w:tcW w:w="4989" w:type="dxa"/>
            <w:vAlign w:val="center"/>
          </w:tcPr>
          <w:p w14:paraId="0562C4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squared_error</w:t>
            </w:r>
          </w:p>
        </w:tc>
      </w:tr>
      <w:tr w:rsidR="006D7CF4" w:rsidRPr="00CE6355" w14:paraId="37E44D2C" w14:textId="77777777" w:rsidTr="00A0291F">
        <w:trPr>
          <w:jc w:val="center"/>
        </w:trPr>
        <w:tc>
          <w:tcPr>
            <w:tcW w:w="4989" w:type="dxa"/>
            <w:vAlign w:val="center"/>
          </w:tcPr>
          <w:p w14:paraId="63613C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2449A2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</w:tr>
      <w:tr w:rsidR="006D7CF4" w:rsidRPr="00CE6355" w14:paraId="14792A3C" w14:textId="77777777" w:rsidTr="00A0291F">
        <w:trPr>
          <w:jc w:val="center"/>
        </w:trPr>
        <w:tc>
          <w:tcPr>
            <w:tcW w:w="4989" w:type="dxa"/>
            <w:vAlign w:val="center"/>
          </w:tcPr>
          <w:p w14:paraId="4C716BB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max_features</w:t>
            </w:r>
          </w:p>
        </w:tc>
        <w:tc>
          <w:tcPr>
            <w:tcW w:w="4989" w:type="dxa"/>
            <w:vAlign w:val="center"/>
          </w:tcPr>
          <w:p w14:paraId="363E70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sqrt</w:t>
            </w:r>
          </w:p>
        </w:tc>
      </w:tr>
      <w:tr w:rsidR="006D7CF4" w:rsidRPr="00CE6355" w14:paraId="0003F13A" w14:textId="77777777" w:rsidTr="00A0291F">
        <w:trPr>
          <w:jc w:val="center"/>
        </w:trPr>
        <w:tc>
          <w:tcPr>
            <w:tcW w:w="4989" w:type="dxa"/>
            <w:vAlign w:val="center"/>
          </w:tcPr>
          <w:p w14:paraId="0755EC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max_leaf_nodes</w:t>
            </w:r>
          </w:p>
        </w:tc>
        <w:tc>
          <w:tcPr>
            <w:tcW w:w="4989" w:type="dxa"/>
            <w:vAlign w:val="center"/>
          </w:tcPr>
          <w:p w14:paraId="065182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</w:t>
            </w:r>
          </w:p>
        </w:tc>
      </w:tr>
      <w:tr w:rsidR="006D7CF4" w:rsidRPr="00CE6355" w14:paraId="0836CE87" w14:textId="77777777" w:rsidTr="00A0291F">
        <w:trPr>
          <w:jc w:val="center"/>
        </w:trPr>
        <w:tc>
          <w:tcPr>
            <w:tcW w:w="4989" w:type="dxa"/>
            <w:vAlign w:val="center"/>
          </w:tcPr>
          <w:p w14:paraId="3249E8B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min_impurity_decrease</w:t>
            </w:r>
          </w:p>
        </w:tc>
        <w:tc>
          <w:tcPr>
            <w:tcW w:w="4989" w:type="dxa"/>
            <w:vAlign w:val="center"/>
          </w:tcPr>
          <w:p w14:paraId="587128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1e-12</w:t>
            </w:r>
          </w:p>
        </w:tc>
      </w:tr>
      <w:tr w:rsidR="006D7CF4" w:rsidRPr="00CE6355" w14:paraId="7C95251E" w14:textId="77777777" w:rsidTr="00A0291F">
        <w:trPr>
          <w:jc w:val="center"/>
        </w:trPr>
        <w:tc>
          <w:tcPr>
            <w:tcW w:w="4989" w:type="dxa"/>
            <w:vAlign w:val="center"/>
          </w:tcPr>
          <w:p w14:paraId="399DB3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min_samples_leaf</w:t>
            </w:r>
          </w:p>
        </w:tc>
        <w:tc>
          <w:tcPr>
            <w:tcW w:w="4989" w:type="dxa"/>
            <w:vAlign w:val="center"/>
          </w:tcPr>
          <w:p w14:paraId="71FC71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  <w:tr w:rsidR="006D7CF4" w:rsidRPr="00CE6355" w14:paraId="1204F007" w14:textId="77777777" w:rsidTr="00A0291F">
        <w:trPr>
          <w:jc w:val="center"/>
        </w:trPr>
        <w:tc>
          <w:tcPr>
            <w:tcW w:w="4989" w:type="dxa"/>
            <w:vAlign w:val="center"/>
          </w:tcPr>
          <w:p w14:paraId="00BDDC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min_samples_split</w:t>
            </w:r>
          </w:p>
        </w:tc>
        <w:tc>
          <w:tcPr>
            <w:tcW w:w="4989" w:type="dxa"/>
            <w:vAlign w:val="center"/>
          </w:tcPr>
          <w:p w14:paraId="0EBA09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</w:t>
            </w:r>
          </w:p>
        </w:tc>
      </w:tr>
      <w:tr w:rsidR="006D7CF4" w:rsidRPr="00CE6355" w14:paraId="5196AB52" w14:textId="77777777" w:rsidTr="00A0291F">
        <w:trPr>
          <w:jc w:val="center"/>
        </w:trPr>
        <w:tc>
          <w:tcPr>
            <w:tcW w:w="4989" w:type="dxa"/>
            <w:vAlign w:val="center"/>
          </w:tcPr>
          <w:p w14:paraId="6278FBF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56673C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750</w:t>
            </w:r>
          </w:p>
        </w:tc>
      </w:tr>
      <w:tr w:rsidR="006D7CF4" w:rsidRPr="00CE6355" w14:paraId="1A0C5D1D" w14:textId="77777777" w:rsidTr="00A0291F">
        <w:trPr>
          <w:jc w:val="center"/>
        </w:trPr>
        <w:tc>
          <w:tcPr>
            <w:tcW w:w="4989" w:type="dxa"/>
            <w:vAlign w:val="center"/>
          </w:tcPr>
          <w:p w14:paraId="1C375C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subsample</w:t>
            </w:r>
          </w:p>
        </w:tc>
        <w:tc>
          <w:tcPr>
            <w:tcW w:w="4989" w:type="dxa"/>
            <w:vAlign w:val="center"/>
          </w:tcPr>
          <w:p w14:paraId="12D540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0.7988962724</w:t>
            </w:r>
          </w:p>
        </w:tc>
      </w:tr>
    </w:tbl>
    <w:p w14:paraId="675CD5AF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S2D. </w:t>
      </w:r>
      <w:r w:rsidRPr="00CE6355">
        <w:rPr>
          <w:rFonts w:asciiTheme="majorBidi" w:eastAsia="Times New Roman" w:hAnsiTheme="majorBidi" w:cstheme="majorBidi"/>
          <w:bCs/>
        </w:rPr>
        <w:t>Selected hyperparameters for Extra Trees.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80"/>
        <w:gridCol w:w="4436"/>
      </w:tblGrid>
      <w:tr w:rsidR="006D7CF4" w:rsidRPr="00CE6355" w14:paraId="348F8EA2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6F7E84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63B1BC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19D8A757" w14:textId="77777777" w:rsidTr="00A0291F">
        <w:trPr>
          <w:jc w:val="center"/>
        </w:trPr>
        <w:tc>
          <w:tcPr>
            <w:tcW w:w="4989" w:type="dxa"/>
            <w:vAlign w:val="center"/>
          </w:tcPr>
          <w:p w14:paraId="025FBD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bootstrap</w:t>
            </w:r>
          </w:p>
        </w:tc>
        <w:tc>
          <w:tcPr>
            <w:tcW w:w="4989" w:type="dxa"/>
            <w:vAlign w:val="center"/>
          </w:tcPr>
          <w:p w14:paraId="2DEA8AB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False</w:t>
            </w:r>
          </w:p>
        </w:tc>
      </w:tr>
      <w:tr w:rsidR="006D7CF4" w:rsidRPr="00CE6355" w14:paraId="50A1CC29" w14:textId="77777777" w:rsidTr="00A0291F">
        <w:trPr>
          <w:jc w:val="center"/>
        </w:trPr>
        <w:tc>
          <w:tcPr>
            <w:tcW w:w="4989" w:type="dxa"/>
            <w:vAlign w:val="center"/>
          </w:tcPr>
          <w:p w14:paraId="27986D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ccp_alpha</w:t>
            </w:r>
          </w:p>
        </w:tc>
        <w:tc>
          <w:tcPr>
            <w:tcW w:w="4989" w:type="dxa"/>
            <w:vAlign w:val="center"/>
          </w:tcPr>
          <w:p w14:paraId="1DB555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2.83825e-12</w:t>
            </w:r>
          </w:p>
        </w:tc>
      </w:tr>
      <w:tr w:rsidR="006D7CF4" w:rsidRPr="00CE6355" w14:paraId="3B1F566E" w14:textId="77777777" w:rsidTr="00A0291F">
        <w:trPr>
          <w:jc w:val="center"/>
        </w:trPr>
        <w:tc>
          <w:tcPr>
            <w:tcW w:w="4989" w:type="dxa"/>
            <w:vAlign w:val="center"/>
          </w:tcPr>
          <w:p w14:paraId="6A222B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criterion</w:t>
            </w:r>
          </w:p>
        </w:tc>
        <w:tc>
          <w:tcPr>
            <w:tcW w:w="4989" w:type="dxa"/>
            <w:vAlign w:val="center"/>
          </w:tcPr>
          <w:p w14:paraId="3BE0D3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squared_error</w:t>
            </w:r>
          </w:p>
        </w:tc>
      </w:tr>
      <w:tr w:rsidR="006D7CF4" w:rsidRPr="00CE6355" w14:paraId="4A3A4478" w14:textId="77777777" w:rsidTr="00A0291F">
        <w:trPr>
          <w:jc w:val="center"/>
        </w:trPr>
        <w:tc>
          <w:tcPr>
            <w:tcW w:w="4989" w:type="dxa"/>
            <w:vAlign w:val="center"/>
          </w:tcPr>
          <w:p w14:paraId="3C438D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06A6DB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</w:t>
            </w:r>
          </w:p>
        </w:tc>
      </w:tr>
      <w:tr w:rsidR="006D7CF4" w:rsidRPr="00CE6355" w14:paraId="733DB02E" w14:textId="77777777" w:rsidTr="00A0291F">
        <w:trPr>
          <w:jc w:val="center"/>
        </w:trPr>
        <w:tc>
          <w:tcPr>
            <w:tcW w:w="4989" w:type="dxa"/>
            <w:vAlign w:val="center"/>
          </w:tcPr>
          <w:p w14:paraId="3861869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max_features</w:t>
            </w:r>
          </w:p>
        </w:tc>
        <w:tc>
          <w:tcPr>
            <w:tcW w:w="4989" w:type="dxa"/>
            <w:vAlign w:val="center"/>
          </w:tcPr>
          <w:p w14:paraId="1074FD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  <w:tr w:rsidR="006D7CF4" w:rsidRPr="00CE6355" w14:paraId="09DF8611" w14:textId="77777777" w:rsidTr="00A0291F">
        <w:trPr>
          <w:jc w:val="center"/>
        </w:trPr>
        <w:tc>
          <w:tcPr>
            <w:tcW w:w="4989" w:type="dxa"/>
            <w:vAlign w:val="center"/>
          </w:tcPr>
          <w:p w14:paraId="209CBB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max_leaf_nodes</w:t>
            </w:r>
          </w:p>
        </w:tc>
        <w:tc>
          <w:tcPr>
            <w:tcW w:w="4989" w:type="dxa"/>
            <w:vAlign w:val="center"/>
          </w:tcPr>
          <w:p w14:paraId="37C133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</w:t>
            </w:r>
          </w:p>
        </w:tc>
      </w:tr>
      <w:tr w:rsidR="006D7CF4" w:rsidRPr="00CE6355" w14:paraId="57666DA7" w14:textId="77777777" w:rsidTr="00A0291F">
        <w:trPr>
          <w:jc w:val="center"/>
        </w:trPr>
        <w:tc>
          <w:tcPr>
            <w:tcW w:w="4989" w:type="dxa"/>
            <w:vAlign w:val="center"/>
          </w:tcPr>
          <w:p w14:paraId="5F26F1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min_impurity_decrease</w:t>
            </w:r>
          </w:p>
        </w:tc>
        <w:tc>
          <w:tcPr>
            <w:tcW w:w="4989" w:type="dxa"/>
            <w:vAlign w:val="center"/>
          </w:tcPr>
          <w:p w14:paraId="741EA9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0.0001081369</w:t>
            </w:r>
          </w:p>
        </w:tc>
      </w:tr>
      <w:tr w:rsidR="006D7CF4" w:rsidRPr="00CE6355" w14:paraId="4EE02F13" w14:textId="77777777" w:rsidTr="00A0291F">
        <w:trPr>
          <w:jc w:val="center"/>
        </w:trPr>
        <w:tc>
          <w:tcPr>
            <w:tcW w:w="4989" w:type="dxa"/>
            <w:vAlign w:val="center"/>
          </w:tcPr>
          <w:p w14:paraId="0F8983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min_samples_leaf</w:t>
            </w:r>
          </w:p>
        </w:tc>
        <w:tc>
          <w:tcPr>
            <w:tcW w:w="4989" w:type="dxa"/>
            <w:vAlign w:val="center"/>
          </w:tcPr>
          <w:p w14:paraId="298E30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  <w:tr w:rsidR="006D7CF4" w:rsidRPr="00CE6355" w14:paraId="438C75A2" w14:textId="77777777" w:rsidTr="00A0291F">
        <w:trPr>
          <w:jc w:val="center"/>
        </w:trPr>
        <w:tc>
          <w:tcPr>
            <w:tcW w:w="4989" w:type="dxa"/>
            <w:vAlign w:val="center"/>
          </w:tcPr>
          <w:p w14:paraId="097AC6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min_samples_split</w:t>
            </w:r>
          </w:p>
        </w:tc>
        <w:tc>
          <w:tcPr>
            <w:tcW w:w="4989" w:type="dxa"/>
            <w:vAlign w:val="center"/>
          </w:tcPr>
          <w:p w14:paraId="46263A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</w:tr>
      <w:tr w:rsidR="006D7CF4" w:rsidRPr="00CE6355" w14:paraId="1F91F3B0" w14:textId="77777777" w:rsidTr="00A0291F">
        <w:trPr>
          <w:jc w:val="center"/>
        </w:trPr>
        <w:tc>
          <w:tcPr>
            <w:tcW w:w="4989" w:type="dxa"/>
            <w:vAlign w:val="center"/>
          </w:tcPr>
          <w:p w14:paraId="7E899A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000A20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250</w:t>
            </w:r>
          </w:p>
        </w:tc>
      </w:tr>
    </w:tbl>
    <w:p w14:paraId="3D3E79CF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S2E. </w:t>
      </w:r>
      <w:r w:rsidRPr="00CE6355">
        <w:rPr>
          <w:rFonts w:asciiTheme="majorBidi" w:eastAsia="Times New Roman" w:hAnsiTheme="majorBidi" w:cstheme="majorBidi"/>
          <w:bCs/>
        </w:rPr>
        <w:t>Selected hyperparameters for Decision Tree.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80"/>
        <w:gridCol w:w="4436"/>
      </w:tblGrid>
      <w:tr w:rsidR="006D7CF4" w:rsidRPr="00CE6355" w14:paraId="085C5CBC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20D3DD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7AEA44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1B62782E" w14:textId="77777777" w:rsidTr="00A0291F">
        <w:trPr>
          <w:jc w:val="center"/>
        </w:trPr>
        <w:tc>
          <w:tcPr>
            <w:tcW w:w="4989" w:type="dxa"/>
            <w:vAlign w:val="center"/>
          </w:tcPr>
          <w:p w14:paraId="5A5E49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ccp_alpha</w:t>
            </w:r>
          </w:p>
        </w:tc>
        <w:tc>
          <w:tcPr>
            <w:tcW w:w="4989" w:type="dxa"/>
            <w:vAlign w:val="center"/>
          </w:tcPr>
          <w:p w14:paraId="6E42FF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5.1403899e-05</w:t>
            </w:r>
          </w:p>
        </w:tc>
      </w:tr>
      <w:tr w:rsidR="006D7CF4" w:rsidRPr="00CE6355" w14:paraId="20C521A2" w14:textId="77777777" w:rsidTr="00A0291F">
        <w:trPr>
          <w:jc w:val="center"/>
        </w:trPr>
        <w:tc>
          <w:tcPr>
            <w:tcW w:w="4989" w:type="dxa"/>
            <w:vAlign w:val="center"/>
          </w:tcPr>
          <w:p w14:paraId="2BA941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criterion</w:t>
            </w:r>
          </w:p>
        </w:tc>
        <w:tc>
          <w:tcPr>
            <w:tcW w:w="4989" w:type="dxa"/>
            <w:vAlign w:val="center"/>
          </w:tcPr>
          <w:p w14:paraId="1739D5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friedman_mse</w:t>
            </w:r>
          </w:p>
        </w:tc>
      </w:tr>
      <w:tr w:rsidR="006D7CF4" w:rsidRPr="00CE6355" w14:paraId="7414681C" w14:textId="77777777" w:rsidTr="00A0291F">
        <w:trPr>
          <w:jc w:val="center"/>
        </w:trPr>
        <w:tc>
          <w:tcPr>
            <w:tcW w:w="4989" w:type="dxa"/>
            <w:vAlign w:val="center"/>
          </w:tcPr>
          <w:p w14:paraId="45A81A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5D17C6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</w:t>
            </w:r>
          </w:p>
        </w:tc>
      </w:tr>
      <w:tr w:rsidR="006D7CF4" w:rsidRPr="00CE6355" w14:paraId="678A1C63" w14:textId="77777777" w:rsidTr="00A0291F">
        <w:trPr>
          <w:jc w:val="center"/>
        </w:trPr>
        <w:tc>
          <w:tcPr>
            <w:tcW w:w="4989" w:type="dxa"/>
            <w:vAlign w:val="center"/>
          </w:tcPr>
          <w:p w14:paraId="4DEAE0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max_features</w:t>
            </w:r>
          </w:p>
        </w:tc>
        <w:tc>
          <w:tcPr>
            <w:tcW w:w="4989" w:type="dxa"/>
            <w:vAlign w:val="center"/>
          </w:tcPr>
          <w:p w14:paraId="46A5F3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0.7635414765</w:t>
            </w:r>
          </w:p>
        </w:tc>
      </w:tr>
      <w:tr w:rsidR="006D7CF4" w:rsidRPr="00CE6355" w14:paraId="27D59DFF" w14:textId="77777777" w:rsidTr="00A0291F">
        <w:trPr>
          <w:jc w:val="center"/>
        </w:trPr>
        <w:tc>
          <w:tcPr>
            <w:tcW w:w="4989" w:type="dxa"/>
            <w:vAlign w:val="center"/>
          </w:tcPr>
          <w:p w14:paraId="386FE2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max_leaf_nodes</w:t>
            </w:r>
          </w:p>
        </w:tc>
        <w:tc>
          <w:tcPr>
            <w:tcW w:w="4989" w:type="dxa"/>
            <w:vAlign w:val="center"/>
          </w:tcPr>
          <w:p w14:paraId="374D34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</w:t>
            </w:r>
          </w:p>
        </w:tc>
      </w:tr>
      <w:tr w:rsidR="006D7CF4" w:rsidRPr="00CE6355" w14:paraId="5980BA7B" w14:textId="77777777" w:rsidTr="00A0291F">
        <w:trPr>
          <w:jc w:val="center"/>
        </w:trPr>
        <w:tc>
          <w:tcPr>
            <w:tcW w:w="4989" w:type="dxa"/>
            <w:vAlign w:val="center"/>
          </w:tcPr>
          <w:p w14:paraId="491B08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min_impurity_decrease</w:t>
            </w:r>
          </w:p>
        </w:tc>
        <w:tc>
          <w:tcPr>
            <w:tcW w:w="4989" w:type="dxa"/>
            <w:vAlign w:val="center"/>
          </w:tcPr>
          <w:p w14:paraId="2D20AC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9.37668e-12</w:t>
            </w:r>
          </w:p>
        </w:tc>
      </w:tr>
      <w:tr w:rsidR="006D7CF4" w:rsidRPr="00CE6355" w14:paraId="0A66CF31" w14:textId="77777777" w:rsidTr="00A0291F">
        <w:trPr>
          <w:jc w:val="center"/>
        </w:trPr>
        <w:tc>
          <w:tcPr>
            <w:tcW w:w="4989" w:type="dxa"/>
            <w:vAlign w:val="center"/>
          </w:tcPr>
          <w:p w14:paraId="3A7EEC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min_samples_leaf</w:t>
            </w:r>
          </w:p>
        </w:tc>
        <w:tc>
          <w:tcPr>
            <w:tcW w:w="4989" w:type="dxa"/>
            <w:vAlign w:val="center"/>
          </w:tcPr>
          <w:p w14:paraId="325538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</w:tr>
      <w:tr w:rsidR="006D7CF4" w:rsidRPr="00CE6355" w14:paraId="4C9EF60B" w14:textId="77777777" w:rsidTr="00A0291F">
        <w:trPr>
          <w:jc w:val="center"/>
        </w:trPr>
        <w:tc>
          <w:tcPr>
            <w:tcW w:w="4989" w:type="dxa"/>
            <w:vAlign w:val="center"/>
          </w:tcPr>
          <w:p w14:paraId="252742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min_samples_split</w:t>
            </w:r>
          </w:p>
        </w:tc>
        <w:tc>
          <w:tcPr>
            <w:tcW w:w="4989" w:type="dxa"/>
            <w:vAlign w:val="center"/>
          </w:tcPr>
          <w:p w14:paraId="6E1F94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</w:tr>
      <w:tr w:rsidR="006D7CF4" w:rsidRPr="00CE6355" w14:paraId="5C0E14F6" w14:textId="77777777" w:rsidTr="00A0291F">
        <w:trPr>
          <w:jc w:val="center"/>
        </w:trPr>
        <w:tc>
          <w:tcPr>
            <w:tcW w:w="4989" w:type="dxa"/>
            <w:vAlign w:val="center"/>
          </w:tcPr>
          <w:p w14:paraId="0951E5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splitter</w:t>
            </w:r>
          </w:p>
        </w:tc>
        <w:tc>
          <w:tcPr>
            <w:tcW w:w="4989" w:type="dxa"/>
            <w:vAlign w:val="center"/>
          </w:tcPr>
          <w:p w14:paraId="25D79F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best</w:t>
            </w:r>
          </w:p>
        </w:tc>
      </w:tr>
    </w:tbl>
    <w:p w14:paraId="2347150F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S2F. </w:t>
      </w:r>
      <w:r w:rsidRPr="00CE6355">
        <w:rPr>
          <w:rFonts w:asciiTheme="majorBidi" w:eastAsia="Times New Roman" w:hAnsiTheme="majorBidi" w:cstheme="majorBidi"/>
          <w:bCs/>
        </w:rPr>
        <w:t>Selected hyperparameters for Bagging.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50"/>
        <w:gridCol w:w="4366"/>
      </w:tblGrid>
      <w:tr w:rsidR="006D7CF4" w:rsidRPr="00CE6355" w14:paraId="7558A1BD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78FFA5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02759E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716A8E48" w14:textId="77777777" w:rsidTr="00A0291F">
        <w:trPr>
          <w:jc w:val="center"/>
        </w:trPr>
        <w:tc>
          <w:tcPr>
            <w:tcW w:w="4989" w:type="dxa"/>
            <w:vAlign w:val="center"/>
          </w:tcPr>
          <w:p w14:paraId="6441B6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bootstrap</w:t>
            </w:r>
          </w:p>
        </w:tc>
        <w:tc>
          <w:tcPr>
            <w:tcW w:w="4989" w:type="dxa"/>
            <w:vAlign w:val="center"/>
          </w:tcPr>
          <w:p w14:paraId="47F086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True</w:t>
            </w:r>
          </w:p>
        </w:tc>
      </w:tr>
      <w:tr w:rsidR="006D7CF4" w:rsidRPr="00CE6355" w14:paraId="4FDB8367" w14:textId="77777777" w:rsidTr="00A0291F">
        <w:trPr>
          <w:jc w:val="center"/>
        </w:trPr>
        <w:tc>
          <w:tcPr>
            <w:tcW w:w="4989" w:type="dxa"/>
            <w:vAlign w:val="center"/>
          </w:tcPr>
          <w:p w14:paraId="1FE143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bootstrap_features</w:t>
            </w:r>
          </w:p>
        </w:tc>
        <w:tc>
          <w:tcPr>
            <w:tcW w:w="4989" w:type="dxa"/>
            <w:vAlign w:val="center"/>
          </w:tcPr>
          <w:p w14:paraId="1FDF2D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False</w:t>
            </w:r>
          </w:p>
        </w:tc>
      </w:tr>
      <w:tr w:rsidR="006D7CF4" w:rsidRPr="00CE6355" w14:paraId="09F129DA" w14:textId="77777777" w:rsidTr="00A0291F">
        <w:trPr>
          <w:jc w:val="center"/>
        </w:trPr>
        <w:tc>
          <w:tcPr>
            <w:tcW w:w="4989" w:type="dxa"/>
            <w:vAlign w:val="center"/>
          </w:tcPr>
          <w:p w14:paraId="334CD8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estimator__ccp_alpha</w:t>
            </w:r>
          </w:p>
        </w:tc>
        <w:tc>
          <w:tcPr>
            <w:tcW w:w="4989" w:type="dxa"/>
            <w:vAlign w:val="center"/>
          </w:tcPr>
          <w:p w14:paraId="261EE2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2.5656620e-08</w:t>
            </w:r>
          </w:p>
        </w:tc>
      </w:tr>
      <w:tr w:rsidR="006D7CF4" w:rsidRPr="00CE6355" w14:paraId="265561A7" w14:textId="77777777" w:rsidTr="00A0291F">
        <w:trPr>
          <w:jc w:val="center"/>
        </w:trPr>
        <w:tc>
          <w:tcPr>
            <w:tcW w:w="4989" w:type="dxa"/>
            <w:vAlign w:val="center"/>
          </w:tcPr>
          <w:p w14:paraId="03DF38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estimator__criterion</w:t>
            </w:r>
          </w:p>
        </w:tc>
        <w:tc>
          <w:tcPr>
            <w:tcW w:w="4989" w:type="dxa"/>
            <w:vAlign w:val="center"/>
          </w:tcPr>
          <w:p w14:paraId="257C22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absolute_error</w:t>
            </w:r>
          </w:p>
        </w:tc>
      </w:tr>
      <w:tr w:rsidR="006D7CF4" w:rsidRPr="00CE6355" w14:paraId="4E89EE8E" w14:textId="77777777" w:rsidTr="00A0291F">
        <w:trPr>
          <w:jc w:val="center"/>
        </w:trPr>
        <w:tc>
          <w:tcPr>
            <w:tcW w:w="4989" w:type="dxa"/>
            <w:vAlign w:val="center"/>
          </w:tcPr>
          <w:p w14:paraId="348FFE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estimator__max_depth</w:t>
            </w:r>
          </w:p>
        </w:tc>
        <w:tc>
          <w:tcPr>
            <w:tcW w:w="4989" w:type="dxa"/>
            <w:vAlign w:val="center"/>
          </w:tcPr>
          <w:p w14:paraId="13340A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</w:tr>
      <w:tr w:rsidR="006D7CF4" w:rsidRPr="00CE6355" w14:paraId="09D41C88" w14:textId="77777777" w:rsidTr="00A0291F">
        <w:trPr>
          <w:jc w:val="center"/>
        </w:trPr>
        <w:tc>
          <w:tcPr>
            <w:tcW w:w="4989" w:type="dxa"/>
            <w:vAlign w:val="center"/>
          </w:tcPr>
          <w:p w14:paraId="1C918C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estimator__max_features</w:t>
            </w:r>
          </w:p>
        </w:tc>
        <w:tc>
          <w:tcPr>
            <w:tcW w:w="4989" w:type="dxa"/>
            <w:vAlign w:val="center"/>
          </w:tcPr>
          <w:p w14:paraId="16C475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None</w:t>
            </w:r>
          </w:p>
        </w:tc>
      </w:tr>
      <w:tr w:rsidR="006D7CF4" w:rsidRPr="00CE6355" w14:paraId="41B6C5AB" w14:textId="77777777" w:rsidTr="00A0291F">
        <w:trPr>
          <w:jc w:val="center"/>
        </w:trPr>
        <w:tc>
          <w:tcPr>
            <w:tcW w:w="4989" w:type="dxa"/>
            <w:vAlign w:val="center"/>
          </w:tcPr>
          <w:p w14:paraId="29574A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estimator__max_leaf_nodes</w:t>
            </w:r>
          </w:p>
        </w:tc>
        <w:tc>
          <w:tcPr>
            <w:tcW w:w="4989" w:type="dxa"/>
            <w:vAlign w:val="center"/>
          </w:tcPr>
          <w:p w14:paraId="14E21E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120</w:t>
            </w:r>
          </w:p>
        </w:tc>
      </w:tr>
      <w:tr w:rsidR="006D7CF4" w:rsidRPr="00CE6355" w14:paraId="17EC03B2" w14:textId="77777777" w:rsidTr="00A0291F">
        <w:trPr>
          <w:jc w:val="center"/>
        </w:trPr>
        <w:tc>
          <w:tcPr>
            <w:tcW w:w="4989" w:type="dxa"/>
            <w:vAlign w:val="center"/>
          </w:tcPr>
          <w:p w14:paraId="1BCA0B3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estimator__min_samples_leaf</w:t>
            </w:r>
          </w:p>
        </w:tc>
        <w:tc>
          <w:tcPr>
            <w:tcW w:w="4989" w:type="dxa"/>
            <w:vAlign w:val="center"/>
          </w:tcPr>
          <w:p w14:paraId="311BF0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  <w:tr w:rsidR="006D7CF4" w:rsidRPr="00CE6355" w14:paraId="39DB8B78" w14:textId="77777777" w:rsidTr="00A0291F">
        <w:trPr>
          <w:jc w:val="center"/>
        </w:trPr>
        <w:tc>
          <w:tcPr>
            <w:tcW w:w="4989" w:type="dxa"/>
            <w:vAlign w:val="center"/>
          </w:tcPr>
          <w:p w14:paraId="545693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estimator__min_samples_split</w:t>
            </w:r>
          </w:p>
        </w:tc>
        <w:tc>
          <w:tcPr>
            <w:tcW w:w="4989" w:type="dxa"/>
            <w:vAlign w:val="center"/>
          </w:tcPr>
          <w:p w14:paraId="1852C1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</w:tr>
      <w:tr w:rsidR="006D7CF4" w:rsidRPr="00CE6355" w14:paraId="43F7EA87" w14:textId="77777777" w:rsidTr="00A0291F">
        <w:trPr>
          <w:jc w:val="center"/>
        </w:trPr>
        <w:tc>
          <w:tcPr>
            <w:tcW w:w="4989" w:type="dxa"/>
            <w:vAlign w:val="center"/>
          </w:tcPr>
          <w:p w14:paraId="36823A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max_features</w:t>
            </w:r>
          </w:p>
        </w:tc>
        <w:tc>
          <w:tcPr>
            <w:tcW w:w="4989" w:type="dxa"/>
            <w:vAlign w:val="center"/>
          </w:tcPr>
          <w:p w14:paraId="3D1404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</w:t>
            </w:r>
          </w:p>
        </w:tc>
      </w:tr>
      <w:tr w:rsidR="006D7CF4" w:rsidRPr="00CE6355" w14:paraId="1B73FEDC" w14:textId="77777777" w:rsidTr="00A0291F">
        <w:trPr>
          <w:jc w:val="center"/>
        </w:trPr>
        <w:tc>
          <w:tcPr>
            <w:tcW w:w="4989" w:type="dxa"/>
            <w:vAlign w:val="center"/>
          </w:tcPr>
          <w:p w14:paraId="18ED24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max_samples</w:t>
            </w:r>
          </w:p>
        </w:tc>
        <w:tc>
          <w:tcPr>
            <w:tcW w:w="4989" w:type="dxa"/>
            <w:vAlign w:val="center"/>
          </w:tcPr>
          <w:p w14:paraId="5C9356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0.7117031752</w:t>
            </w:r>
          </w:p>
        </w:tc>
      </w:tr>
      <w:tr w:rsidR="006D7CF4" w:rsidRPr="00CE6355" w14:paraId="545EA194" w14:textId="77777777" w:rsidTr="00A0291F">
        <w:trPr>
          <w:jc w:val="center"/>
        </w:trPr>
        <w:tc>
          <w:tcPr>
            <w:tcW w:w="4989" w:type="dxa"/>
            <w:vAlign w:val="center"/>
          </w:tcPr>
          <w:p w14:paraId="4C0502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772EAA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</w:t>
            </w:r>
          </w:p>
        </w:tc>
      </w:tr>
    </w:tbl>
    <w:p w14:paraId="4D697FCF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S2G. </w:t>
      </w:r>
      <w:r w:rsidRPr="00CE6355">
        <w:rPr>
          <w:rFonts w:asciiTheme="majorBidi" w:eastAsia="Times New Roman" w:hAnsiTheme="majorBidi" w:cstheme="majorBidi"/>
          <w:bCs/>
        </w:rPr>
        <w:t>Selected hyperparameters for AdaBoost.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11"/>
        <w:gridCol w:w="4305"/>
      </w:tblGrid>
      <w:tr w:rsidR="006D7CF4" w:rsidRPr="00CE6355" w14:paraId="0582DDA8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635908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lastRenderedPageBreak/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699EA0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1A35E180" w14:textId="77777777" w:rsidTr="00A0291F">
        <w:trPr>
          <w:jc w:val="center"/>
        </w:trPr>
        <w:tc>
          <w:tcPr>
            <w:tcW w:w="4989" w:type="dxa"/>
            <w:vAlign w:val="center"/>
          </w:tcPr>
          <w:p w14:paraId="087E16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estimator__ccp_alpha</w:t>
            </w:r>
          </w:p>
        </w:tc>
        <w:tc>
          <w:tcPr>
            <w:tcW w:w="4989" w:type="dxa"/>
            <w:vAlign w:val="center"/>
          </w:tcPr>
          <w:p w14:paraId="6836D2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5.8481709e-09</w:t>
            </w:r>
          </w:p>
        </w:tc>
      </w:tr>
      <w:tr w:rsidR="006D7CF4" w:rsidRPr="00CE6355" w14:paraId="5455FDEF" w14:textId="77777777" w:rsidTr="00A0291F">
        <w:trPr>
          <w:jc w:val="center"/>
        </w:trPr>
        <w:tc>
          <w:tcPr>
            <w:tcW w:w="4989" w:type="dxa"/>
            <w:vAlign w:val="center"/>
          </w:tcPr>
          <w:p w14:paraId="2018A8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estimator__criterion</w:t>
            </w:r>
          </w:p>
        </w:tc>
        <w:tc>
          <w:tcPr>
            <w:tcW w:w="4989" w:type="dxa"/>
            <w:vAlign w:val="center"/>
          </w:tcPr>
          <w:p w14:paraId="6CF37E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absolute_error</w:t>
            </w:r>
          </w:p>
        </w:tc>
      </w:tr>
      <w:tr w:rsidR="006D7CF4" w:rsidRPr="00CE6355" w14:paraId="45B52DEA" w14:textId="77777777" w:rsidTr="00A0291F">
        <w:trPr>
          <w:jc w:val="center"/>
        </w:trPr>
        <w:tc>
          <w:tcPr>
            <w:tcW w:w="4989" w:type="dxa"/>
            <w:vAlign w:val="center"/>
          </w:tcPr>
          <w:p w14:paraId="01FB8F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estimator__max_depth</w:t>
            </w:r>
          </w:p>
        </w:tc>
        <w:tc>
          <w:tcPr>
            <w:tcW w:w="4989" w:type="dxa"/>
            <w:vAlign w:val="center"/>
          </w:tcPr>
          <w:p w14:paraId="2AB03A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</w:t>
            </w:r>
          </w:p>
        </w:tc>
      </w:tr>
      <w:tr w:rsidR="006D7CF4" w:rsidRPr="00CE6355" w14:paraId="41B9CF6F" w14:textId="77777777" w:rsidTr="00A0291F">
        <w:trPr>
          <w:jc w:val="center"/>
        </w:trPr>
        <w:tc>
          <w:tcPr>
            <w:tcW w:w="4989" w:type="dxa"/>
            <w:vAlign w:val="center"/>
          </w:tcPr>
          <w:p w14:paraId="52AF38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estimator__max_features</w:t>
            </w:r>
          </w:p>
        </w:tc>
        <w:tc>
          <w:tcPr>
            <w:tcW w:w="4989" w:type="dxa"/>
            <w:vAlign w:val="center"/>
          </w:tcPr>
          <w:p w14:paraId="272140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</w:t>
            </w:r>
          </w:p>
        </w:tc>
      </w:tr>
      <w:tr w:rsidR="006D7CF4" w:rsidRPr="00CE6355" w14:paraId="7AD072BE" w14:textId="77777777" w:rsidTr="00A0291F">
        <w:trPr>
          <w:jc w:val="center"/>
        </w:trPr>
        <w:tc>
          <w:tcPr>
            <w:tcW w:w="4989" w:type="dxa"/>
            <w:vAlign w:val="center"/>
          </w:tcPr>
          <w:p w14:paraId="1057B8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estimator__max_leaf_nodes</w:t>
            </w:r>
          </w:p>
        </w:tc>
        <w:tc>
          <w:tcPr>
            <w:tcW w:w="4989" w:type="dxa"/>
            <w:vAlign w:val="center"/>
          </w:tcPr>
          <w:p w14:paraId="105A7F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60</w:t>
            </w:r>
          </w:p>
        </w:tc>
      </w:tr>
      <w:tr w:rsidR="006D7CF4" w:rsidRPr="00CE6355" w14:paraId="17428DB1" w14:textId="77777777" w:rsidTr="00A0291F">
        <w:trPr>
          <w:jc w:val="center"/>
        </w:trPr>
        <w:tc>
          <w:tcPr>
            <w:tcW w:w="4989" w:type="dxa"/>
            <w:vAlign w:val="center"/>
          </w:tcPr>
          <w:p w14:paraId="29CEE1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estimator__min_impurity_decrease</w:t>
            </w:r>
          </w:p>
        </w:tc>
        <w:tc>
          <w:tcPr>
            <w:tcW w:w="4989" w:type="dxa"/>
            <w:vAlign w:val="center"/>
          </w:tcPr>
          <w:p w14:paraId="00B0BC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1.037957e-09</w:t>
            </w:r>
          </w:p>
        </w:tc>
      </w:tr>
      <w:tr w:rsidR="006D7CF4" w:rsidRPr="00CE6355" w14:paraId="7BBF3D4F" w14:textId="77777777" w:rsidTr="00A0291F">
        <w:trPr>
          <w:jc w:val="center"/>
        </w:trPr>
        <w:tc>
          <w:tcPr>
            <w:tcW w:w="4989" w:type="dxa"/>
            <w:vAlign w:val="center"/>
          </w:tcPr>
          <w:p w14:paraId="6F4281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estimator__min_samples_leaf</w:t>
            </w:r>
          </w:p>
        </w:tc>
        <w:tc>
          <w:tcPr>
            <w:tcW w:w="4989" w:type="dxa"/>
            <w:vAlign w:val="center"/>
          </w:tcPr>
          <w:p w14:paraId="656200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</w:tr>
      <w:tr w:rsidR="006D7CF4" w:rsidRPr="00CE6355" w14:paraId="3C35D497" w14:textId="77777777" w:rsidTr="00A0291F">
        <w:trPr>
          <w:jc w:val="center"/>
        </w:trPr>
        <w:tc>
          <w:tcPr>
            <w:tcW w:w="4989" w:type="dxa"/>
            <w:vAlign w:val="center"/>
          </w:tcPr>
          <w:p w14:paraId="72A0069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estimator__min_samples_split</w:t>
            </w:r>
          </w:p>
        </w:tc>
        <w:tc>
          <w:tcPr>
            <w:tcW w:w="4989" w:type="dxa"/>
            <w:vAlign w:val="center"/>
          </w:tcPr>
          <w:p w14:paraId="0028E7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</w:t>
            </w:r>
          </w:p>
        </w:tc>
      </w:tr>
      <w:tr w:rsidR="006D7CF4" w:rsidRPr="00CE6355" w14:paraId="426CFBFB" w14:textId="77777777" w:rsidTr="00A0291F">
        <w:trPr>
          <w:jc w:val="center"/>
        </w:trPr>
        <w:tc>
          <w:tcPr>
            <w:tcW w:w="4989" w:type="dxa"/>
            <w:vAlign w:val="center"/>
          </w:tcPr>
          <w:p w14:paraId="782975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estimator__splitter</w:t>
            </w:r>
          </w:p>
        </w:tc>
        <w:tc>
          <w:tcPr>
            <w:tcW w:w="4989" w:type="dxa"/>
            <w:vAlign w:val="center"/>
          </w:tcPr>
          <w:p w14:paraId="697B83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random</w:t>
            </w:r>
          </w:p>
        </w:tc>
      </w:tr>
      <w:tr w:rsidR="006D7CF4" w:rsidRPr="00CE6355" w14:paraId="643317E9" w14:textId="77777777" w:rsidTr="00A0291F">
        <w:trPr>
          <w:jc w:val="center"/>
        </w:trPr>
        <w:tc>
          <w:tcPr>
            <w:tcW w:w="4989" w:type="dxa"/>
            <w:vAlign w:val="center"/>
          </w:tcPr>
          <w:p w14:paraId="6A0BA5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learning_rate</w:t>
            </w:r>
          </w:p>
        </w:tc>
        <w:tc>
          <w:tcPr>
            <w:tcW w:w="4989" w:type="dxa"/>
            <w:vAlign w:val="center"/>
          </w:tcPr>
          <w:p w14:paraId="5BE466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0.0102631653</w:t>
            </w:r>
          </w:p>
        </w:tc>
      </w:tr>
      <w:tr w:rsidR="006D7CF4" w:rsidRPr="00CE6355" w14:paraId="1CF247D8" w14:textId="77777777" w:rsidTr="00A0291F">
        <w:trPr>
          <w:jc w:val="center"/>
        </w:trPr>
        <w:tc>
          <w:tcPr>
            <w:tcW w:w="4989" w:type="dxa"/>
            <w:vAlign w:val="center"/>
          </w:tcPr>
          <w:p w14:paraId="172939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loss</w:t>
            </w:r>
          </w:p>
        </w:tc>
        <w:tc>
          <w:tcPr>
            <w:tcW w:w="4989" w:type="dxa"/>
            <w:vAlign w:val="center"/>
          </w:tcPr>
          <w:p w14:paraId="2380BD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linear</w:t>
            </w:r>
          </w:p>
        </w:tc>
      </w:tr>
      <w:tr w:rsidR="006D7CF4" w:rsidRPr="00CE6355" w14:paraId="1C728CCF" w14:textId="77777777" w:rsidTr="00A0291F">
        <w:trPr>
          <w:jc w:val="center"/>
        </w:trPr>
        <w:tc>
          <w:tcPr>
            <w:tcW w:w="4989" w:type="dxa"/>
            <w:vAlign w:val="center"/>
          </w:tcPr>
          <w:p w14:paraId="15BADE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3CF19F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461</w:t>
            </w:r>
          </w:p>
        </w:tc>
      </w:tr>
    </w:tbl>
    <w:p w14:paraId="7190902D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S2H. </w:t>
      </w:r>
      <w:r w:rsidRPr="00CE6355">
        <w:rPr>
          <w:rFonts w:asciiTheme="majorBidi" w:eastAsia="Times New Roman" w:hAnsiTheme="majorBidi" w:cstheme="majorBidi"/>
          <w:bCs/>
        </w:rPr>
        <w:t>Selected hyperparameters for XGBoost.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480"/>
      </w:tblGrid>
      <w:tr w:rsidR="006D7CF4" w:rsidRPr="00CE6355" w14:paraId="62E13E8D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51F80A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33AF30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0A03C29D" w14:textId="77777777" w:rsidTr="00A0291F">
        <w:trPr>
          <w:jc w:val="center"/>
        </w:trPr>
        <w:tc>
          <w:tcPr>
            <w:tcW w:w="4989" w:type="dxa"/>
            <w:vAlign w:val="center"/>
          </w:tcPr>
          <w:p w14:paraId="7629A4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colsample_bytree</w:t>
            </w:r>
          </w:p>
        </w:tc>
        <w:tc>
          <w:tcPr>
            <w:tcW w:w="4989" w:type="dxa"/>
            <w:vAlign w:val="center"/>
          </w:tcPr>
          <w:p w14:paraId="369B97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  <w:tr w:rsidR="006D7CF4" w:rsidRPr="00CE6355" w14:paraId="12C81279" w14:textId="77777777" w:rsidTr="00A0291F">
        <w:trPr>
          <w:jc w:val="center"/>
        </w:trPr>
        <w:tc>
          <w:tcPr>
            <w:tcW w:w="4989" w:type="dxa"/>
            <w:vAlign w:val="center"/>
          </w:tcPr>
          <w:p w14:paraId="4D4DC1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gamma</w:t>
            </w:r>
          </w:p>
        </w:tc>
        <w:tc>
          <w:tcPr>
            <w:tcW w:w="4989" w:type="dxa"/>
            <w:vAlign w:val="center"/>
          </w:tcPr>
          <w:p w14:paraId="3AF2E1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7.673687e-07</w:t>
            </w:r>
          </w:p>
        </w:tc>
      </w:tr>
      <w:tr w:rsidR="006D7CF4" w:rsidRPr="00CE6355" w14:paraId="2D9BEBA9" w14:textId="77777777" w:rsidTr="00A0291F">
        <w:trPr>
          <w:jc w:val="center"/>
        </w:trPr>
        <w:tc>
          <w:tcPr>
            <w:tcW w:w="4989" w:type="dxa"/>
            <w:vAlign w:val="center"/>
          </w:tcPr>
          <w:p w14:paraId="20796C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grow_policy</w:t>
            </w:r>
          </w:p>
        </w:tc>
        <w:tc>
          <w:tcPr>
            <w:tcW w:w="4989" w:type="dxa"/>
            <w:vAlign w:val="center"/>
          </w:tcPr>
          <w:p w14:paraId="6D31E1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depthwise</w:t>
            </w:r>
          </w:p>
        </w:tc>
      </w:tr>
      <w:tr w:rsidR="006D7CF4" w:rsidRPr="00CE6355" w14:paraId="0DA324F1" w14:textId="77777777" w:rsidTr="00A0291F">
        <w:trPr>
          <w:jc w:val="center"/>
        </w:trPr>
        <w:tc>
          <w:tcPr>
            <w:tcW w:w="4989" w:type="dxa"/>
            <w:vAlign w:val="center"/>
          </w:tcPr>
          <w:p w14:paraId="51AC72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learning_rate</w:t>
            </w:r>
          </w:p>
        </w:tc>
        <w:tc>
          <w:tcPr>
            <w:tcW w:w="4989" w:type="dxa"/>
            <w:vAlign w:val="center"/>
          </w:tcPr>
          <w:p w14:paraId="5FC117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0.0724717606</w:t>
            </w:r>
          </w:p>
        </w:tc>
      </w:tr>
      <w:tr w:rsidR="006D7CF4" w:rsidRPr="00CE6355" w14:paraId="26D9822D" w14:textId="77777777" w:rsidTr="00A0291F">
        <w:trPr>
          <w:jc w:val="center"/>
        </w:trPr>
        <w:tc>
          <w:tcPr>
            <w:tcW w:w="4989" w:type="dxa"/>
            <w:vAlign w:val="center"/>
          </w:tcPr>
          <w:p w14:paraId="46CCF4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max_delta_step</w:t>
            </w:r>
          </w:p>
        </w:tc>
        <w:tc>
          <w:tcPr>
            <w:tcW w:w="4989" w:type="dxa"/>
            <w:vAlign w:val="center"/>
          </w:tcPr>
          <w:p w14:paraId="3FC294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</w:tr>
      <w:tr w:rsidR="006D7CF4" w:rsidRPr="00CE6355" w14:paraId="3C162E7F" w14:textId="77777777" w:rsidTr="00A0291F">
        <w:trPr>
          <w:jc w:val="center"/>
        </w:trPr>
        <w:tc>
          <w:tcPr>
            <w:tcW w:w="4989" w:type="dxa"/>
            <w:vAlign w:val="center"/>
          </w:tcPr>
          <w:p w14:paraId="0163C5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6BABE2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</w:tr>
      <w:tr w:rsidR="006D7CF4" w:rsidRPr="00CE6355" w14:paraId="64E00BD6" w14:textId="77777777" w:rsidTr="00A0291F">
        <w:trPr>
          <w:jc w:val="center"/>
        </w:trPr>
        <w:tc>
          <w:tcPr>
            <w:tcW w:w="4989" w:type="dxa"/>
            <w:vAlign w:val="center"/>
          </w:tcPr>
          <w:p w14:paraId="3A0280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min_child_weight</w:t>
            </w:r>
          </w:p>
        </w:tc>
        <w:tc>
          <w:tcPr>
            <w:tcW w:w="4989" w:type="dxa"/>
            <w:vAlign w:val="center"/>
          </w:tcPr>
          <w:p w14:paraId="0D17CB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4.0598792633</w:t>
            </w:r>
          </w:p>
        </w:tc>
      </w:tr>
      <w:tr w:rsidR="006D7CF4" w:rsidRPr="00CE6355" w14:paraId="2441C045" w14:textId="77777777" w:rsidTr="00A0291F">
        <w:trPr>
          <w:jc w:val="center"/>
        </w:trPr>
        <w:tc>
          <w:tcPr>
            <w:tcW w:w="4989" w:type="dxa"/>
            <w:vAlign w:val="center"/>
          </w:tcPr>
          <w:p w14:paraId="023305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7A54DA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376</w:t>
            </w:r>
          </w:p>
        </w:tc>
      </w:tr>
      <w:tr w:rsidR="006D7CF4" w:rsidRPr="00CE6355" w14:paraId="12C4353F" w14:textId="77777777" w:rsidTr="00A0291F">
        <w:trPr>
          <w:jc w:val="center"/>
        </w:trPr>
        <w:tc>
          <w:tcPr>
            <w:tcW w:w="4989" w:type="dxa"/>
            <w:vAlign w:val="center"/>
          </w:tcPr>
          <w:p w14:paraId="0979E7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reg_alpha</w:t>
            </w:r>
          </w:p>
        </w:tc>
        <w:tc>
          <w:tcPr>
            <w:tcW w:w="4989" w:type="dxa"/>
            <w:vAlign w:val="center"/>
          </w:tcPr>
          <w:p w14:paraId="24A616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1.734455e-08</w:t>
            </w:r>
          </w:p>
        </w:tc>
      </w:tr>
      <w:tr w:rsidR="006D7CF4" w:rsidRPr="00CE6355" w14:paraId="11EC61F4" w14:textId="77777777" w:rsidTr="00A0291F">
        <w:trPr>
          <w:jc w:val="center"/>
        </w:trPr>
        <w:tc>
          <w:tcPr>
            <w:tcW w:w="4989" w:type="dxa"/>
            <w:vAlign w:val="center"/>
          </w:tcPr>
          <w:p w14:paraId="0C3B75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reg_lambda</w:t>
            </w:r>
          </w:p>
        </w:tc>
        <w:tc>
          <w:tcPr>
            <w:tcW w:w="4989" w:type="dxa"/>
            <w:vAlign w:val="center"/>
          </w:tcPr>
          <w:p w14:paraId="6021F6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0.1712318598</w:t>
            </w:r>
          </w:p>
        </w:tc>
      </w:tr>
      <w:tr w:rsidR="006D7CF4" w:rsidRPr="00CE6355" w14:paraId="407A549D" w14:textId="77777777" w:rsidTr="00A0291F">
        <w:trPr>
          <w:jc w:val="center"/>
        </w:trPr>
        <w:tc>
          <w:tcPr>
            <w:tcW w:w="4989" w:type="dxa"/>
            <w:vAlign w:val="center"/>
          </w:tcPr>
          <w:p w14:paraId="34767A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subsample</w:t>
            </w:r>
          </w:p>
        </w:tc>
        <w:tc>
          <w:tcPr>
            <w:tcW w:w="4989" w:type="dxa"/>
            <w:vAlign w:val="center"/>
          </w:tcPr>
          <w:p w14:paraId="4052B8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</w:t>
            </w:r>
          </w:p>
        </w:tc>
      </w:tr>
    </w:tbl>
    <w:p w14:paraId="300CE028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S2I. </w:t>
      </w:r>
      <w:r w:rsidRPr="00CE6355">
        <w:rPr>
          <w:rFonts w:asciiTheme="majorBidi" w:eastAsia="Times New Roman" w:hAnsiTheme="majorBidi" w:cstheme="majorBidi"/>
          <w:bCs/>
        </w:rPr>
        <w:t>Selected hyperparameters for LightGBM.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5"/>
        <w:gridCol w:w="4471"/>
      </w:tblGrid>
      <w:tr w:rsidR="006D7CF4" w:rsidRPr="00CE6355" w14:paraId="2E14F75A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79001F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14B991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7BE8B8DE" w14:textId="77777777" w:rsidTr="00A0291F">
        <w:trPr>
          <w:jc w:val="center"/>
        </w:trPr>
        <w:tc>
          <w:tcPr>
            <w:tcW w:w="4989" w:type="dxa"/>
            <w:vAlign w:val="center"/>
          </w:tcPr>
          <w:p w14:paraId="756209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colsample_bytree</w:t>
            </w:r>
          </w:p>
        </w:tc>
        <w:tc>
          <w:tcPr>
            <w:tcW w:w="4989" w:type="dxa"/>
            <w:vAlign w:val="center"/>
          </w:tcPr>
          <w:p w14:paraId="4D02B5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0.9954994688</w:t>
            </w:r>
          </w:p>
        </w:tc>
      </w:tr>
      <w:tr w:rsidR="006D7CF4" w:rsidRPr="00CE6355" w14:paraId="504D949C" w14:textId="77777777" w:rsidTr="00A0291F">
        <w:trPr>
          <w:jc w:val="center"/>
        </w:trPr>
        <w:tc>
          <w:tcPr>
            <w:tcW w:w="4989" w:type="dxa"/>
            <w:vAlign w:val="center"/>
          </w:tcPr>
          <w:p w14:paraId="2A09143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learning_rate</w:t>
            </w:r>
          </w:p>
        </w:tc>
        <w:tc>
          <w:tcPr>
            <w:tcW w:w="4989" w:type="dxa"/>
            <w:vAlign w:val="center"/>
          </w:tcPr>
          <w:p w14:paraId="395A17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0.0133526936</w:t>
            </w:r>
          </w:p>
        </w:tc>
      </w:tr>
      <w:tr w:rsidR="006D7CF4" w:rsidRPr="00CE6355" w14:paraId="6937B495" w14:textId="77777777" w:rsidTr="00A0291F">
        <w:trPr>
          <w:jc w:val="center"/>
        </w:trPr>
        <w:tc>
          <w:tcPr>
            <w:tcW w:w="4989" w:type="dxa"/>
            <w:vAlign w:val="center"/>
          </w:tcPr>
          <w:p w14:paraId="4B4B14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max_bin</w:t>
            </w:r>
          </w:p>
        </w:tc>
        <w:tc>
          <w:tcPr>
            <w:tcW w:w="4989" w:type="dxa"/>
            <w:vAlign w:val="center"/>
          </w:tcPr>
          <w:p w14:paraId="1A5FD3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110</w:t>
            </w:r>
          </w:p>
        </w:tc>
      </w:tr>
      <w:tr w:rsidR="006D7CF4" w:rsidRPr="00CE6355" w14:paraId="0A2C9EC7" w14:textId="77777777" w:rsidTr="00A0291F">
        <w:trPr>
          <w:jc w:val="center"/>
        </w:trPr>
        <w:tc>
          <w:tcPr>
            <w:tcW w:w="4989" w:type="dxa"/>
            <w:vAlign w:val="center"/>
          </w:tcPr>
          <w:p w14:paraId="1917A7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max_depth</w:t>
            </w:r>
          </w:p>
        </w:tc>
        <w:tc>
          <w:tcPr>
            <w:tcW w:w="4989" w:type="dxa"/>
            <w:vAlign w:val="center"/>
          </w:tcPr>
          <w:p w14:paraId="3B8C23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</w:tr>
      <w:tr w:rsidR="006D7CF4" w:rsidRPr="00CE6355" w14:paraId="622E4585" w14:textId="77777777" w:rsidTr="00A0291F">
        <w:trPr>
          <w:jc w:val="center"/>
        </w:trPr>
        <w:tc>
          <w:tcPr>
            <w:tcW w:w="4989" w:type="dxa"/>
            <w:vAlign w:val="center"/>
          </w:tcPr>
          <w:p w14:paraId="6CD400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min_child_samples</w:t>
            </w:r>
          </w:p>
        </w:tc>
        <w:tc>
          <w:tcPr>
            <w:tcW w:w="4989" w:type="dxa"/>
            <w:vAlign w:val="center"/>
          </w:tcPr>
          <w:p w14:paraId="1C22128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</w:t>
            </w:r>
          </w:p>
        </w:tc>
      </w:tr>
      <w:tr w:rsidR="006D7CF4" w:rsidRPr="00CE6355" w14:paraId="1870A8F8" w14:textId="77777777" w:rsidTr="00A0291F">
        <w:trPr>
          <w:jc w:val="center"/>
        </w:trPr>
        <w:tc>
          <w:tcPr>
            <w:tcW w:w="4989" w:type="dxa"/>
            <w:vAlign w:val="center"/>
          </w:tcPr>
          <w:p w14:paraId="242DF6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min_child_weight</w:t>
            </w:r>
          </w:p>
        </w:tc>
        <w:tc>
          <w:tcPr>
            <w:tcW w:w="4989" w:type="dxa"/>
            <w:vAlign w:val="center"/>
          </w:tcPr>
          <w:p w14:paraId="124913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0.0524820705</w:t>
            </w:r>
          </w:p>
        </w:tc>
      </w:tr>
      <w:tr w:rsidR="006D7CF4" w:rsidRPr="00CE6355" w14:paraId="3B0E83D4" w14:textId="77777777" w:rsidTr="00A0291F">
        <w:trPr>
          <w:jc w:val="center"/>
        </w:trPr>
        <w:tc>
          <w:tcPr>
            <w:tcW w:w="4989" w:type="dxa"/>
            <w:vAlign w:val="center"/>
          </w:tcPr>
          <w:p w14:paraId="350EF7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min_split_gain</w:t>
            </w:r>
          </w:p>
        </w:tc>
        <w:tc>
          <w:tcPr>
            <w:tcW w:w="4989" w:type="dxa"/>
            <w:vAlign w:val="center"/>
          </w:tcPr>
          <w:p w14:paraId="1A4744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0.0047493931</w:t>
            </w:r>
          </w:p>
        </w:tc>
      </w:tr>
      <w:tr w:rsidR="006D7CF4" w:rsidRPr="00CE6355" w14:paraId="09717A58" w14:textId="77777777" w:rsidTr="00A0291F">
        <w:trPr>
          <w:jc w:val="center"/>
        </w:trPr>
        <w:tc>
          <w:tcPr>
            <w:tcW w:w="4989" w:type="dxa"/>
            <w:vAlign w:val="center"/>
          </w:tcPr>
          <w:p w14:paraId="36E438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n_estimators</w:t>
            </w:r>
          </w:p>
        </w:tc>
        <w:tc>
          <w:tcPr>
            <w:tcW w:w="4989" w:type="dxa"/>
            <w:vAlign w:val="center"/>
          </w:tcPr>
          <w:p w14:paraId="6C68BE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248</w:t>
            </w:r>
          </w:p>
        </w:tc>
      </w:tr>
      <w:tr w:rsidR="006D7CF4" w:rsidRPr="00CE6355" w14:paraId="70F62FB2" w14:textId="77777777" w:rsidTr="00A0291F">
        <w:trPr>
          <w:jc w:val="center"/>
        </w:trPr>
        <w:tc>
          <w:tcPr>
            <w:tcW w:w="4989" w:type="dxa"/>
            <w:vAlign w:val="center"/>
          </w:tcPr>
          <w:p w14:paraId="616F39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num_leaves</w:t>
            </w:r>
          </w:p>
        </w:tc>
        <w:tc>
          <w:tcPr>
            <w:tcW w:w="4989" w:type="dxa"/>
            <w:vAlign w:val="center"/>
          </w:tcPr>
          <w:p w14:paraId="02F7A1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</w:t>
            </w:r>
          </w:p>
        </w:tc>
      </w:tr>
      <w:tr w:rsidR="006D7CF4" w:rsidRPr="00CE6355" w14:paraId="3A4716D9" w14:textId="77777777" w:rsidTr="00A0291F">
        <w:trPr>
          <w:jc w:val="center"/>
        </w:trPr>
        <w:tc>
          <w:tcPr>
            <w:tcW w:w="4989" w:type="dxa"/>
            <w:vAlign w:val="center"/>
          </w:tcPr>
          <w:p w14:paraId="2F90A1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reg_alpha</w:t>
            </w:r>
          </w:p>
        </w:tc>
        <w:tc>
          <w:tcPr>
            <w:tcW w:w="4989" w:type="dxa"/>
            <w:vAlign w:val="center"/>
          </w:tcPr>
          <w:p w14:paraId="5A8BA5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0.0460851185</w:t>
            </w:r>
          </w:p>
        </w:tc>
      </w:tr>
      <w:tr w:rsidR="006D7CF4" w:rsidRPr="00CE6355" w14:paraId="59175C42" w14:textId="77777777" w:rsidTr="00A0291F">
        <w:trPr>
          <w:jc w:val="center"/>
        </w:trPr>
        <w:tc>
          <w:tcPr>
            <w:tcW w:w="4989" w:type="dxa"/>
            <w:vAlign w:val="center"/>
          </w:tcPr>
          <w:p w14:paraId="54444E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reg_lambda</w:t>
            </w:r>
          </w:p>
        </w:tc>
        <w:tc>
          <w:tcPr>
            <w:tcW w:w="4989" w:type="dxa"/>
            <w:vAlign w:val="center"/>
          </w:tcPr>
          <w:p w14:paraId="5B8D5C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0.0001</w:t>
            </w:r>
          </w:p>
        </w:tc>
      </w:tr>
      <w:tr w:rsidR="006D7CF4" w:rsidRPr="00CE6355" w14:paraId="234F73B8" w14:textId="77777777" w:rsidTr="00A0291F">
        <w:trPr>
          <w:jc w:val="center"/>
        </w:trPr>
        <w:tc>
          <w:tcPr>
            <w:tcW w:w="4989" w:type="dxa"/>
            <w:vAlign w:val="center"/>
          </w:tcPr>
          <w:p w14:paraId="703B25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subsample</w:t>
            </w:r>
          </w:p>
        </w:tc>
        <w:tc>
          <w:tcPr>
            <w:tcW w:w="4989" w:type="dxa"/>
            <w:vAlign w:val="center"/>
          </w:tcPr>
          <w:p w14:paraId="2810B0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</w:tr>
    </w:tbl>
    <w:p w14:paraId="3A17182F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S2J. </w:t>
      </w:r>
      <w:r w:rsidRPr="00CE6355">
        <w:rPr>
          <w:rFonts w:asciiTheme="majorBidi" w:eastAsia="Times New Roman" w:hAnsiTheme="majorBidi" w:cstheme="majorBidi"/>
          <w:bCs/>
        </w:rPr>
        <w:t>Selected hyperparameters for CatBoost.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2"/>
        <w:gridCol w:w="4414"/>
      </w:tblGrid>
      <w:tr w:rsidR="006D7CF4" w:rsidRPr="00CE6355" w14:paraId="2BD7FB9B" w14:textId="77777777" w:rsidTr="00A0291F">
        <w:trPr>
          <w:tblHeader/>
          <w:jc w:val="center"/>
        </w:trPr>
        <w:tc>
          <w:tcPr>
            <w:tcW w:w="4989" w:type="dxa"/>
            <w:shd w:val="clear" w:color="auto" w:fill="D9EAF7"/>
            <w:vAlign w:val="center"/>
          </w:tcPr>
          <w:p w14:paraId="2307A1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Hyperparameter</w:t>
            </w:r>
          </w:p>
        </w:tc>
        <w:tc>
          <w:tcPr>
            <w:tcW w:w="4989" w:type="dxa"/>
            <w:shd w:val="clear" w:color="auto" w:fill="D9EAF7"/>
            <w:vAlign w:val="center"/>
          </w:tcPr>
          <w:p w14:paraId="76D386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Selected value</w:t>
            </w:r>
          </w:p>
        </w:tc>
      </w:tr>
      <w:tr w:rsidR="006D7CF4" w:rsidRPr="00CE6355" w14:paraId="7B873589" w14:textId="77777777" w:rsidTr="00A0291F">
        <w:trPr>
          <w:jc w:val="center"/>
        </w:trPr>
        <w:tc>
          <w:tcPr>
            <w:tcW w:w="4989" w:type="dxa"/>
            <w:vAlign w:val="center"/>
          </w:tcPr>
          <w:p w14:paraId="17DC29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bagging_temperature</w:t>
            </w:r>
          </w:p>
        </w:tc>
        <w:tc>
          <w:tcPr>
            <w:tcW w:w="4989" w:type="dxa"/>
            <w:vAlign w:val="center"/>
          </w:tcPr>
          <w:p w14:paraId="742647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2.3083852919</w:t>
            </w:r>
          </w:p>
        </w:tc>
      </w:tr>
      <w:tr w:rsidR="006D7CF4" w:rsidRPr="00CE6355" w14:paraId="137CE352" w14:textId="77777777" w:rsidTr="00A0291F">
        <w:trPr>
          <w:jc w:val="center"/>
        </w:trPr>
        <w:tc>
          <w:tcPr>
            <w:tcW w:w="4989" w:type="dxa"/>
            <w:vAlign w:val="center"/>
          </w:tcPr>
          <w:p w14:paraId="0D1DD5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border_count</w:t>
            </w:r>
          </w:p>
        </w:tc>
        <w:tc>
          <w:tcPr>
            <w:tcW w:w="4989" w:type="dxa"/>
            <w:vAlign w:val="center"/>
          </w:tcPr>
          <w:p w14:paraId="4C8B34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206</w:t>
            </w:r>
          </w:p>
        </w:tc>
      </w:tr>
      <w:tr w:rsidR="006D7CF4" w:rsidRPr="00CE6355" w14:paraId="1BE7938D" w14:textId="77777777" w:rsidTr="00A0291F">
        <w:trPr>
          <w:jc w:val="center"/>
        </w:trPr>
        <w:tc>
          <w:tcPr>
            <w:tcW w:w="4989" w:type="dxa"/>
            <w:vAlign w:val="center"/>
          </w:tcPr>
          <w:p w14:paraId="39297B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depth</w:t>
            </w:r>
          </w:p>
        </w:tc>
        <w:tc>
          <w:tcPr>
            <w:tcW w:w="4989" w:type="dxa"/>
            <w:vAlign w:val="center"/>
          </w:tcPr>
          <w:p w14:paraId="0777D9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</w:t>
            </w:r>
          </w:p>
        </w:tc>
      </w:tr>
      <w:tr w:rsidR="006D7CF4" w:rsidRPr="00CE6355" w14:paraId="3B7C24CA" w14:textId="77777777" w:rsidTr="00A0291F">
        <w:trPr>
          <w:jc w:val="center"/>
        </w:trPr>
        <w:tc>
          <w:tcPr>
            <w:tcW w:w="4989" w:type="dxa"/>
            <w:vAlign w:val="center"/>
          </w:tcPr>
          <w:p w14:paraId="1E1454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iterations</w:t>
            </w:r>
          </w:p>
        </w:tc>
        <w:tc>
          <w:tcPr>
            <w:tcW w:w="4989" w:type="dxa"/>
            <w:vAlign w:val="center"/>
          </w:tcPr>
          <w:p w14:paraId="0D0608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327</w:t>
            </w:r>
          </w:p>
        </w:tc>
      </w:tr>
      <w:tr w:rsidR="006D7CF4" w:rsidRPr="00CE6355" w14:paraId="566A3B60" w14:textId="77777777" w:rsidTr="00A0291F">
        <w:trPr>
          <w:jc w:val="center"/>
        </w:trPr>
        <w:tc>
          <w:tcPr>
            <w:tcW w:w="4989" w:type="dxa"/>
            <w:vAlign w:val="center"/>
          </w:tcPr>
          <w:p w14:paraId="249C32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l2_leaf_reg</w:t>
            </w:r>
          </w:p>
        </w:tc>
        <w:tc>
          <w:tcPr>
            <w:tcW w:w="4989" w:type="dxa"/>
            <w:vAlign w:val="center"/>
          </w:tcPr>
          <w:p w14:paraId="1737E5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4.0474559825</w:t>
            </w:r>
          </w:p>
        </w:tc>
      </w:tr>
      <w:tr w:rsidR="006D7CF4" w:rsidRPr="00CE6355" w14:paraId="3AEF0E46" w14:textId="77777777" w:rsidTr="00A0291F">
        <w:trPr>
          <w:jc w:val="center"/>
        </w:trPr>
        <w:tc>
          <w:tcPr>
            <w:tcW w:w="4989" w:type="dxa"/>
            <w:vAlign w:val="center"/>
          </w:tcPr>
          <w:p w14:paraId="4474C0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leaf_estimation_iterations</w:t>
            </w:r>
          </w:p>
        </w:tc>
        <w:tc>
          <w:tcPr>
            <w:tcW w:w="4989" w:type="dxa"/>
            <w:vAlign w:val="center"/>
          </w:tcPr>
          <w:p w14:paraId="4E0899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</w:tr>
      <w:tr w:rsidR="006D7CF4" w:rsidRPr="00CE6355" w14:paraId="6F81B681" w14:textId="77777777" w:rsidTr="00A0291F">
        <w:trPr>
          <w:jc w:val="center"/>
        </w:trPr>
        <w:tc>
          <w:tcPr>
            <w:tcW w:w="4989" w:type="dxa"/>
            <w:vAlign w:val="center"/>
          </w:tcPr>
          <w:p w14:paraId="000356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learning_rate</w:t>
            </w:r>
          </w:p>
        </w:tc>
        <w:tc>
          <w:tcPr>
            <w:tcW w:w="4989" w:type="dxa"/>
            <w:vAlign w:val="center"/>
          </w:tcPr>
          <w:p w14:paraId="1B1429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0.0862389340</w:t>
            </w:r>
          </w:p>
        </w:tc>
      </w:tr>
      <w:tr w:rsidR="006D7CF4" w:rsidRPr="00CE6355" w14:paraId="1E347126" w14:textId="77777777" w:rsidTr="00A0291F">
        <w:trPr>
          <w:jc w:val="center"/>
        </w:trPr>
        <w:tc>
          <w:tcPr>
            <w:tcW w:w="4989" w:type="dxa"/>
            <w:vAlign w:val="center"/>
          </w:tcPr>
          <w:p w14:paraId="5E4375B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random_strength</w:t>
            </w:r>
          </w:p>
        </w:tc>
        <w:tc>
          <w:tcPr>
            <w:tcW w:w="4989" w:type="dxa"/>
            <w:vAlign w:val="center"/>
          </w:tcPr>
          <w:p w14:paraId="5D0830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10.0</w:t>
            </w:r>
          </w:p>
        </w:tc>
      </w:tr>
      <w:tr w:rsidR="006D7CF4" w:rsidRPr="00CE6355" w14:paraId="44FB81FA" w14:textId="77777777" w:rsidTr="00A0291F">
        <w:trPr>
          <w:jc w:val="center"/>
        </w:trPr>
        <w:tc>
          <w:tcPr>
            <w:tcW w:w="4989" w:type="dxa"/>
            <w:vAlign w:val="center"/>
          </w:tcPr>
          <w:p w14:paraId="5CE580F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rsm</w:t>
            </w:r>
          </w:p>
        </w:tc>
        <w:tc>
          <w:tcPr>
            <w:tcW w:w="4989" w:type="dxa"/>
            <w:vAlign w:val="center"/>
          </w:tcPr>
          <w:p w14:paraId="6B916C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0.7287005318</w:t>
            </w:r>
          </w:p>
        </w:tc>
      </w:tr>
      <w:tr w:rsidR="006D7CF4" w:rsidRPr="00CE6355" w14:paraId="2F354537" w14:textId="77777777" w:rsidTr="00A0291F">
        <w:trPr>
          <w:jc w:val="center"/>
        </w:trPr>
        <w:tc>
          <w:tcPr>
            <w:tcW w:w="4989" w:type="dxa"/>
            <w:vAlign w:val="center"/>
          </w:tcPr>
          <w:p w14:paraId="7FB61E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score_function</w:t>
            </w:r>
          </w:p>
        </w:tc>
        <w:tc>
          <w:tcPr>
            <w:tcW w:w="4989" w:type="dxa"/>
            <w:vAlign w:val="center"/>
          </w:tcPr>
          <w:p w14:paraId="08C957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L2</w:t>
            </w:r>
          </w:p>
        </w:tc>
      </w:tr>
    </w:tbl>
    <w:p w14:paraId="29AD1FC1" w14:textId="77777777" w:rsidR="006D7CF4" w:rsidRPr="00CE6355" w:rsidRDefault="006D7CF4" w:rsidP="00471E00">
      <w:pPr>
        <w:pStyle w:val="Heading2"/>
        <w:spacing w:before="140" w:after="100" w:line="360" w:lineRule="auto"/>
        <w:rPr>
          <w:rFonts w:asciiTheme="majorBidi" w:hAnsiTheme="majorBidi"/>
          <w:color w:val="auto"/>
          <w:sz w:val="24"/>
          <w:szCs w:val="24"/>
        </w:rPr>
      </w:pPr>
      <w:r w:rsidRPr="00CE6355">
        <w:rPr>
          <w:rFonts w:asciiTheme="majorBidi" w:eastAsia="Times New Roman" w:hAnsiTheme="majorBidi"/>
          <w:color w:val="auto"/>
          <w:sz w:val="24"/>
          <w:szCs w:val="24"/>
        </w:rPr>
        <w:t>Complete 350-row modelling dataset</w:t>
      </w:r>
    </w:p>
    <w:p w14:paraId="71A8019B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S1A. </w:t>
      </w:r>
      <w:r w:rsidRPr="00CE6355">
        <w:rPr>
          <w:rFonts w:asciiTheme="majorBidi" w:eastAsia="Times New Roman" w:hAnsiTheme="majorBidi" w:cstheme="majorBidi"/>
          <w:bCs/>
        </w:rPr>
        <w:t>Complete modelling observations for Green Banana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058A4DB2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555296F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C772F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35954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750B57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4F31D2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455498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97C02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640C3295" w14:textId="77777777" w:rsidTr="00A0291F">
        <w:trPr>
          <w:jc w:val="center"/>
        </w:trPr>
        <w:tc>
          <w:tcPr>
            <w:tcW w:w="1425" w:type="dxa"/>
            <w:vAlign w:val="center"/>
          </w:tcPr>
          <w:p w14:paraId="25D34D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364680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9B559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77.73</w:t>
            </w:r>
          </w:p>
        </w:tc>
        <w:tc>
          <w:tcPr>
            <w:tcW w:w="1425" w:type="dxa"/>
            <w:vAlign w:val="center"/>
          </w:tcPr>
          <w:p w14:paraId="4D3849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0.414</w:t>
            </w:r>
          </w:p>
        </w:tc>
        <w:tc>
          <w:tcPr>
            <w:tcW w:w="1425" w:type="dxa"/>
            <w:vAlign w:val="center"/>
          </w:tcPr>
          <w:p w14:paraId="0357CD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0.579</w:t>
            </w:r>
          </w:p>
        </w:tc>
        <w:tc>
          <w:tcPr>
            <w:tcW w:w="1425" w:type="dxa"/>
            <w:vAlign w:val="center"/>
          </w:tcPr>
          <w:p w14:paraId="5A705D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23B4A4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10.47</w:t>
            </w:r>
          </w:p>
        </w:tc>
      </w:tr>
      <w:tr w:rsidR="006D7CF4" w:rsidRPr="00CE6355" w14:paraId="39D99EC2" w14:textId="77777777" w:rsidTr="00A0291F">
        <w:trPr>
          <w:jc w:val="center"/>
        </w:trPr>
        <w:tc>
          <w:tcPr>
            <w:tcW w:w="1425" w:type="dxa"/>
            <w:vAlign w:val="center"/>
          </w:tcPr>
          <w:p w14:paraId="42FD7A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1463B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E6BBE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77.99</w:t>
            </w:r>
          </w:p>
        </w:tc>
        <w:tc>
          <w:tcPr>
            <w:tcW w:w="1425" w:type="dxa"/>
            <w:vAlign w:val="center"/>
          </w:tcPr>
          <w:p w14:paraId="167CE0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0.732</w:t>
            </w:r>
          </w:p>
        </w:tc>
        <w:tc>
          <w:tcPr>
            <w:tcW w:w="1425" w:type="dxa"/>
            <w:vAlign w:val="center"/>
          </w:tcPr>
          <w:p w14:paraId="4FAE5F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0.715</w:t>
            </w:r>
          </w:p>
        </w:tc>
        <w:tc>
          <w:tcPr>
            <w:tcW w:w="1425" w:type="dxa"/>
            <w:vAlign w:val="center"/>
          </w:tcPr>
          <w:p w14:paraId="6F9DF5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19ED26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10.64</w:t>
            </w:r>
          </w:p>
        </w:tc>
      </w:tr>
      <w:tr w:rsidR="006D7CF4" w:rsidRPr="00CE6355" w14:paraId="215D6A77" w14:textId="77777777" w:rsidTr="00A0291F">
        <w:trPr>
          <w:jc w:val="center"/>
        </w:trPr>
        <w:tc>
          <w:tcPr>
            <w:tcW w:w="1425" w:type="dxa"/>
            <w:vAlign w:val="center"/>
          </w:tcPr>
          <w:p w14:paraId="6CAC50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9A261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58F4B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79.41</w:t>
            </w:r>
          </w:p>
        </w:tc>
        <w:tc>
          <w:tcPr>
            <w:tcW w:w="1425" w:type="dxa"/>
            <w:vAlign w:val="center"/>
          </w:tcPr>
          <w:p w14:paraId="755D6A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0.341</w:t>
            </w:r>
          </w:p>
        </w:tc>
        <w:tc>
          <w:tcPr>
            <w:tcW w:w="1425" w:type="dxa"/>
            <w:vAlign w:val="center"/>
          </w:tcPr>
          <w:p w14:paraId="1BD6D8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0.599</w:t>
            </w:r>
          </w:p>
        </w:tc>
        <w:tc>
          <w:tcPr>
            <w:tcW w:w="1425" w:type="dxa"/>
            <w:vAlign w:val="center"/>
          </w:tcPr>
          <w:p w14:paraId="1C4E79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098DD6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9.84</w:t>
            </w:r>
          </w:p>
        </w:tc>
      </w:tr>
      <w:tr w:rsidR="006D7CF4" w:rsidRPr="00CE6355" w14:paraId="6773C8D8" w14:textId="77777777" w:rsidTr="00A0291F">
        <w:trPr>
          <w:jc w:val="center"/>
        </w:trPr>
        <w:tc>
          <w:tcPr>
            <w:tcW w:w="1425" w:type="dxa"/>
            <w:vAlign w:val="center"/>
          </w:tcPr>
          <w:p w14:paraId="17CA17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F065C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7218CC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80.97</w:t>
            </w:r>
          </w:p>
        </w:tc>
        <w:tc>
          <w:tcPr>
            <w:tcW w:w="1425" w:type="dxa"/>
            <w:vAlign w:val="center"/>
          </w:tcPr>
          <w:p w14:paraId="3C6F4D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0.553</w:t>
            </w:r>
          </w:p>
        </w:tc>
        <w:tc>
          <w:tcPr>
            <w:tcW w:w="1425" w:type="dxa"/>
            <w:vAlign w:val="center"/>
          </w:tcPr>
          <w:p w14:paraId="14EAC7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0.731</w:t>
            </w:r>
          </w:p>
        </w:tc>
        <w:tc>
          <w:tcPr>
            <w:tcW w:w="1425" w:type="dxa"/>
            <w:vAlign w:val="center"/>
          </w:tcPr>
          <w:p w14:paraId="0E01EC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7AE969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10.8</w:t>
            </w:r>
          </w:p>
        </w:tc>
      </w:tr>
      <w:tr w:rsidR="006D7CF4" w:rsidRPr="00CE6355" w14:paraId="52901E7B" w14:textId="77777777" w:rsidTr="00A0291F">
        <w:trPr>
          <w:jc w:val="center"/>
        </w:trPr>
        <w:tc>
          <w:tcPr>
            <w:tcW w:w="1425" w:type="dxa"/>
            <w:vAlign w:val="center"/>
          </w:tcPr>
          <w:p w14:paraId="5FECF1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00C69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7459C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77.31</w:t>
            </w:r>
          </w:p>
        </w:tc>
        <w:tc>
          <w:tcPr>
            <w:tcW w:w="1425" w:type="dxa"/>
            <w:vAlign w:val="center"/>
          </w:tcPr>
          <w:p w14:paraId="648244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0.538</w:t>
            </w:r>
          </w:p>
        </w:tc>
        <w:tc>
          <w:tcPr>
            <w:tcW w:w="1425" w:type="dxa"/>
            <w:vAlign w:val="center"/>
          </w:tcPr>
          <w:p w14:paraId="749DC3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0.593</w:t>
            </w:r>
          </w:p>
        </w:tc>
        <w:tc>
          <w:tcPr>
            <w:tcW w:w="1425" w:type="dxa"/>
            <w:vAlign w:val="center"/>
          </w:tcPr>
          <w:p w14:paraId="635950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746144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10.38</w:t>
            </w:r>
          </w:p>
        </w:tc>
      </w:tr>
      <w:tr w:rsidR="006D7CF4" w:rsidRPr="00CE6355" w14:paraId="0D340A85" w14:textId="77777777" w:rsidTr="00A0291F">
        <w:trPr>
          <w:jc w:val="center"/>
        </w:trPr>
        <w:tc>
          <w:tcPr>
            <w:tcW w:w="1425" w:type="dxa"/>
            <w:vAlign w:val="center"/>
          </w:tcPr>
          <w:p w14:paraId="7DEE2A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34DAA3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2C2D8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77.34</w:t>
            </w:r>
          </w:p>
        </w:tc>
        <w:tc>
          <w:tcPr>
            <w:tcW w:w="1425" w:type="dxa"/>
            <w:vAlign w:val="center"/>
          </w:tcPr>
          <w:p w14:paraId="47F308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0.505</w:t>
            </w:r>
          </w:p>
        </w:tc>
        <w:tc>
          <w:tcPr>
            <w:tcW w:w="1425" w:type="dxa"/>
            <w:vAlign w:val="center"/>
          </w:tcPr>
          <w:p w14:paraId="519DEB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0.647</w:t>
            </w:r>
          </w:p>
        </w:tc>
        <w:tc>
          <w:tcPr>
            <w:tcW w:w="1425" w:type="dxa"/>
            <w:vAlign w:val="center"/>
          </w:tcPr>
          <w:p w14:paraId="32556CB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123819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10.25</w:t>
            </w:r>
          </w:p>
        </w:tc>
      </w:tr>
      <w:tr w:rsidR="006D7CF4" w:rsidRPr="00CE6355" w14:paraId="20166D24" w14:textId="77777777" w:rsidTr="00A0291F">
        <w:trPr>
          <w:jc w:val="center"/>
        </w:trPr>
        <w:tc>
          <w:tcPr>
            <w:tcW w:w="1425" w:type="dxa"/>
            <w:vAlign w:val="center"/>
          </w:tcPr>
          <w:p w14:paraId="208452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7</w:t>
            </w:r>
          </w:p>
        </w:tc>
        <w:tc>
          <w:tcPr>
            <w:tcW w:w="1425" w:type="dxa"/>
            <w:vAlign w:val="center"/>
          </w:tcPr>
          <w:p w14:paraId="0F573B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208BE5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77.34</w:t>
            </w:r>
          </w:p>
        </w:tc>
        <w:tc>
          <w:tcPr>
            <w:tcW w:w="1425" w:type="dxa"/>
            <w:vAlign w:val="center"/>
          </w:tcPr>
          <w:p w14:paraId="31DEED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0.628</w:t>
            </w:r>
          </w:p>
        </w:tc>
        <w:tc>
          <w:tcPr>
            <w:tcW w:w="1425" w:type="dxa"/>
            <w:vAlign w:val="center"/>
          </w:tcPr>
          <w:p w14:paraId="50598A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0.707</w:t>
            </w:r>
          </w:p>
        </w:tc>
        <w:tc>
          <w:tcPr>
            <w:tcW w:w="1425" w:type="dxa"/>
            <w:vAlign w:val="center"/>
          </w:tcPr>
          <w:p w14:paraId="16107F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120335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10.11</w:t>
            </w:r>
          </w:p>
        </w:tc>
      </w:tr>
      <w:tr w:rsidR="006D7CF4" w:rsidRPr="00CE6355" w14:paraId="761DEEE8" w14:textId="77777777" w:rsidTr="00A0291F">
        <w:trPr>
          <w:jc w:val="center"/>
        </w:trPr>
        <w:tc>
          <w:tcPr>
            <w:tcW w:w="1425" w:type="dxa"/>
            <w:vAlign w:val="center"/>
          </w:tcPr>
          <w:p w14:paraId="1765D3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425" w:type="dxa"/>
            <w:vAlign w:val="center"/>
          </w:tcPr>
          <w:p w14:paraId="387DEB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1AE3D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77.53</w:t>
            </w:r>
          </w:p>
        </w:tc>
        <w:tc>
          <w:tcPr>
            <w:tcW w:w="1425" w:type="dxa"/>
            <w:vAlign w:val="center"/>
          </w:tcPr>
          <w:p w14:paraId="247220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0.377</w:t>
            </w:r>
          </w:p>
        </w:tc>
        <w:tc>
          <w:tcPr>
            <w:tcW w:w="1425" w:type="dxa"/>
            <w:vAlign w:val="center"/>
          </w:tcPr>
          <w:p w14:paraId="494BB4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0.576</w:t>
            </w:r>
          </w:p>
        </w:tc>
        <w:tc>
          <w:tcPr>
            <w:tcW w:w="1425" w:type="dxa"/>
            <w:vAlign w:val="center"/>
          </w:tcPr>
          <w:p w14:paraId="785D50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425" w:type="dxa"/>
            <w:vAlign w:val="center"/>
          </w:tcPr>
          <w:p w14:paraId="2EEA85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10.94</w:t>
            </w:r>
          </w:p>
        </w:tc>
      </w:tr>
      <w:tr w:rsidR="006D7CF4" w:rsidRPr="00CE6355" w14:paraId="4131978C" w14:textId="77777777" w:rsidTr="00A0291F">
        <w:trPr>
          <w:jc w:val="center"/>
        </w:trPr>
        <w:tc>
          <w:tcPr>
            <w:tcW w:w="1425" w:type="dxa"/>
            <w:vAlign w:val="center"/>
          </w:tcPr>
          <w:p w14:paraId="75633E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425" w:type="dxa"/>
            <w:vAlign w:val="center"/>
          </w:tcPr>
          <w:p w14:paraId="7B4E92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06234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80.56</w:t>
            </w:r>
          </w:p>
        </w:tc>
        <w:tc>
          <w:tcPr>
            <w:tcW w:w="1425" w:type="dxa"/>
            <w:vAlign w:val="center"/>
          </w:tcPr>
          <w:p w14:paraId="2294AD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0.654</w:t>
            </w:r>
          </w:p>
        </w:tc>
        <w:tc>
          <w:tcPr>
            <w:tcW w:w="1425" w:type="dxa"/>
            <w:vAlign w:val="center"/>
          </w:tcPr>
          <w:p w14:paraId="3CC866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0.725</w:t>
            </w:r>
          </w:p>
        </w:tc>
        <w:tc>
          <w:tcPr>
            <w:tcW w:w="1425" w:type="dxa"/>
            <w:vAlign w:val="center"/>
          </w:tcPr>
          <w:p w14:paraId="6F0EDB3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27FD73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10.27</w:t>
            </w:r>
          </w:p>
        </w:tc>
      </w:tr>
      <w:tr w:rsidR="006D7CF4" w:rsidRPr="00CE6355" w14:paraId="78026BE9" w14:textId="77777777" w:rsidTr="00A0291F">
        <w:trPr>
          <w:jc w:val="center"/>
        </w:trPr>
        <w:tc>
          <w:tcPr>
            <w:tcW w:w="1425" w:type="dxa"/>
            <w:vAlign w:val="center"/>
          </w:tcPr>
          <w:p w14:paraId="268FB9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425" w:type="dxa"/>
            <w:vAlign w:val="center"/>
          </w:tcPr>
          <w:p w14:paraId="72D846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E0B7E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77.98</w:t>
            </w:r>
          </w:p>
        </w:tc>
        <w:tc>
          <w:tcPr>
            <w:tcW w:w="1425" w:type="dxa"/>
            <w:vAlign w:val="center"/>
          </w:tcPr>
          <w:p w14:paraId="4A06CD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0.397</w:t>
            </w:r>
          </w:p>
        </w:tc>
        <w:tc>
          <w:tcPr>
            <w:tcW w:w="1425" w:type="dxa"/>
            <w:vAlign w:val="center"/>
          </w:tcPr>
          <w:p w14:paraId="020557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0.668</w:t>
            </w:r>
          </w:p>
        </w:tc>
        <w:tc>
          <w:tcPr>
            <w:tcW w:w="1425" w:type="dxa"/>
            <w:vAlign w:val="center"/>
          </w:tcPr>
          <w:p w14:paraId="220339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70D35F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10.75</w:t>
            </w:r>
          </w:p>
        </w:tc>
      </w:tr>
      <w:tr w:rsidR="006D7CF4" w:rsidRPr="00CE6355" w14:paraId="2378897C" w14:textId="77777777" w:rsidTr="00A0291F">
        <w:trPr>
          <w:jc w:val="center"/>
        </w:trPr>
        <w:tc>
          <w:tcPr>
            <w:tcW w:w="1425" w:type="dxa"/>
            <w:vAlign w:val="center"/>
          </w:tcPr>
          <w:p w14:paraId="0FF2CA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425" w:type="dxa"/>
            <w:vAlign w:val="center"/>
          </w:tcPr>
          <w:p w14:paraId="704D5A8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2976C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81.22</w:t>
            </w:r>
          </w:p>
        </w:tc>
        <w:tc>
          <w:tcPr>
            <w:tcW w:w="1425" w:type="dxa"/>
            <w:vAlign w:val="center"/>
          </w:tcPr>
          <w:p w14:paraId="6620A0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0.673</w:t>
            </w:r>
          </w:p>
        </w:tc>
        <w:tc>
          <w:tcPr>
            <w:tcW w:w="1425" w:type="dxa"/>
            <w:vAlign w:val="center"/>
          </w:tcPr>
          <w:p w14:paraId="0CBA32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0.765</w:t>
            </w:r>
          </w:p>
        </w:tc>
        <w:tc>
          <w:tcPr>
            <w:tcW w:w="1425" w:type="dxa"/>
            <w:vAlign w:val="center"/>
          </w:tcPr>
          <w:p w14:paraId="5E39F1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425" w:type="dxa"/>
            <w:vAlign w:val="center"/>
          </w:tcPr>
          <w:p w14:paraId="6FEAF2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10.93</w:t>
            </w:r>
          </w:p>
        </w:tc>
      </w:tr>
      <w:tr w:rsidR="006D7CF4" w:rsidRPr="00CE6355" w14:paraId="72B740F2" w14:textId="77777777" w:rsidTr="00A0291F">
        <w:trPr>
          <w:jc w:val="center"/>
        </w:trPr>
        <w:tc>
          <w:tcPr>
            <w:tcW w:w="1425" w:type="dxa"/>
            <w:vAlign w:val="center"/>
          </w:tcPr>
          <w:p w14:paraId="623F2F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425" w:type="dxa"/>
            <w:vAlign w:val="center"/>
          </w:tcPr>
          <w:p w14:paraId="2CFE65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368568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77.37</w:t>
            </w:r>
          </w:p>
        </w:tc>
        <w:tc>
          <w:tcPr>
            <w:tcW w:w="1425" w:type="dxa"/>
            <w:vAlign w:val="center"/>
          </w:tcPr>
          <w:p w14:paraId="36F78A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0.842</w:t>
            </w:r>
          </w:p>
        </w:tc>
        <w:tc>
          <w:tcPr>
            <w:tcW w:w="1425" w:type="dxa"/>
            <w:vAlign w:val="center"/>
          </w:tcPr>
          <w:p w14:paraId="517828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0.779</w:t>
            </w:r>
          </w:p>
        </w:tc>
        <w:tc>
          <w:tcPr>
            <w:tcW w:w="1425" w:type="dxa"/>
            <w:vAlign w:val="center"/>
          </w:tcPr>
          <w:p w14:paraId="09B2F8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31E67F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</w:t>
            </w:r>
          </w:p>
        </w:tc>
      </w:tr>
      <w:tr w:rsidR="006D7CF4" w:rsidRPr="00CE6355" w14:paraId="43F9DA90" w14:textId="77777777" w:rsidTr="00A0291F">
        <w:trPr>
          <w:jc w:val="center"/>
        </w:trPr>
        <w:tc>
          <w:tcPr>
            <w:tcW w:w="1425" w:type="dxa"/>
            <w:vAlign w:val="center"/>
          </w:tcPr>
          <w:p w14:paraId="7B437B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425" w:type="dxa"/>
            <w:vAlign w:val="center"/>
          </w:tcPr>
          <w:p w14:paraId="66D754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DC4AB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78.62</w:t>
            </w:r>
          </w:p>
        </w:tc>
        <w:tc>
          <w:tcPr>
            <w:tcW w:w="1425" w:type="dxa"/>
            <w:vAlign w:val="center"/>
          </w:tcPr>
          <w:p w14:paraId="2CF3F1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0.609</w:t>
            </w:r>
          </w:p>
        </w:tc>
        <w:tc>
          <w:tcPr>
            <w:tcW w:w="1425" w:type="dxa"/>
            <w:vAlign w:val="center"/>
          </w:tcPr>
          <w:p w14:paraId="258903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0.632</w:t>
            </w:r>
          </w:p>
        </w:tc>
        <w:tc>
          <w:tcPr>
            <w:tcW w:w="1425" w:type="dxa"/>
            <w:vAlign w:val="center"/>
          </w:tcPr>
          <w:p w14:paraId="144AD7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0.036</w:t>
            </w:r>
          </w:p>
        </w:tc>
        <w:tc>
          <w:tcPr>
            <w:tcW w:w="1425" w:type="dxa"/>
            <w:vAlign w:val="center"/>
          </w:tcPr>
          <w:p w14:paraId="16332A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9.86</w:t>
            </w:r>
          </w:p>
        </w:tc>
      </w:tr>
      <w:tr w:rsidR="006D7CF4" w:rsidRPr="00CE6355" w14:paraId="32A1CA93" w14:textId="77777777" w:rsidTr="00A0291F">
        <w:trPr>
          <w:jc w:val="center"/>
        </w:trPr>
        <w:tc>
          <w:tcPr>
            <w:tcW w:w="1425" w:type="dxa"/>
            <w:vAlign w:val="center"/>
          </w:tcPr>
          <w:p w14:paraId="63428F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425" w:type="dxa"/>
            <w:vAlign w:val="center"/>
          </w:tcPr>
          <w:p w14:paraId="0B82E6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37DD6E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78.94</w:t>
            </w:r>
          </w:p>
        </w:tc>
        <w:tc>
          <w:tcPr>
            <w:tcW w:w="1425" w:type="dxa"/>
            <w:vAlign w:val="center"/>
          </w:tcPr>
          <w:p w14:paraId="44F7A6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</w:t>
            </w:r>
          </w:p>
        </w:tc>
        <w:tc>
          <w:tcPr>
            <w:tcW w:w="1425" w:type="dxa"/>
            <w:vAlign w:val="center"/>
          </w:tcPr>
          <w:p w14:paraId="6BCC4C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0.715</w:t>
            </w:r>
          </w:p>
        </w:tc>
        <w:tc>
          <w:tcPr>
            <w:tcW w:w="1425" w:type="dxa"/>
            <w:vAlign w:val="center"/>
          </w:tcPr>
          <w:p w14:paraId="17AE521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425" w:type="dxa"/>
            <w:vAlign w:val="center"/>
          </w:tcPr>
          <w:p w14:paraId="158F39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10.13</w:t>
            </w:r>
          </w:p>
        </w:tc>
      </w:tr>
      <w:tr w:rsidR="006D7CF4" w:rsidRPr="00CE6355" w14:paraId="1E9D638F" w14:textId="77777777" w:rsidTr="00A0291F">
        <w:trPr>
          <w:jc w:val="center"/>
        </w:trPr>
        <w:tc>
          <w:tcPr>
            <w:tcW w:w="1425" w:type="dxa"/>
            <w:vAlign w:val="center"/>
          </w:tcPr>
          <w:p w14:paraId="03E526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425" w:type="dxa"/>
            <w:vAlign w:val="center"/>
          </w:tcPr>
          <w:p w14:paraId="08F065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0977CD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78.09</w:t>
            </w:r>
          </w:p>
        </w:tc>
        <w:tc>
          <w:tcPr>
            <w:tcW w:w="1425" w:type="dxa"/>
            <w:vAlign w:val="center"/>
          </w:tcPr>
          <w:p w14:paraId="5407CC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0.409</w:t>
            </w:r>
          </w:p>
        </w:tc>
        <w:tc>
          <w:tcPr>
            <w:tcW w:w="1425" w:type="dxa"/>
            <w:vAlign w:val="center"/>
          </w:tcPr>
          <w:p w14:paraId="4A460C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0.658</w:t>
            </w:r>
          </w:p>
        </w:tc>
        <w:tc>
          <w:tcPr>
            <w:tcW w:w="1425" w:type="dxa"/>
            <w:vAlign w:val="center"/>
          </w:tcPr>
          <w:p w14:paraId="7C56CF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425" w:type="dxa"/>
            <w:vAlign w:val="center"/>
          </w:tcPr>
          <w:p w14:paraId="29723D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10.28</w:t>
            </w:r>
          </w:p>
        </w:tc>
      </w:tr>
      <w:tr w:rsidR="006D7CF4" w:rsidRPr="00CE6355" w14:paraId="21B8733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70129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1425" w:type="dxa"/>
            <w:vAlign w:val="center"/>
          </w:tcPr>
          <w:p w14:paraId="2293E2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E6271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81.1</w:t>
            </w:r>
          </w:p>
        </w:tc>
        <w:tc>
          <w:tcPr>
            <w:tcW w:w="1425" w:type="dxa"/>
            <w:vAlign w:val="center"/>
          </w:tcPr>
          <w:p w14:paraId="4198BA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</w:t>
            </w:r>
          </w:p>
        </w:tc>
        <w:tc>
          <w:tcPr>
            <w:tcW w:w="1425" w:type="dxa"/>
            <w:vAlign w:val="center"/>
          </w:tcPr>
          <w:p w14:paraId="1B48B5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1425" w:type="dxa"/>
            <w:vAlign w:val="center"/>
          </w:tcPr>
          <w:p w14:paraId="4F79E6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127B5D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10.52</w:t>
            </w:r>
          </w:p>
        </w:tc>
      </w:tr>
      <w:tr w:rsidR="006D7CF4" w:rsidRPr="00CE6355" w14:paraId="01139A95" w14:textId="77777777" w:rsidTr="00A0291F">
        <w:trPr>
          <w:jc w:val="center"/>
        </w:trPr>
        <w:tc>
          <w:tcPr>
            <w:tcW w:w="1425" w:type="dxa"/>
            <w:vAlign w:val="center"/>
          </w:tcPr>
          <w:p w14:paraId="3C2845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1425" w:type="dxa"/>
            <w:vAlign w:val="center"/>
          </w:tcPr>
          <w:p w14:paraId="700E17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7B84E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77.41</w:t>
            </w:r>
          </w:p>
        </w:tc>
        <w:tc>
          <w:tcPr>
            <w:tcW w:w="1425" w:type="dxa"/>
            <w:vAlign w:val="center"/>
          </w:tcPr>
          <w:p w14:paraId="24B837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0.746</w:t>
            </w:r>
          </w:p>
        </w:tc>
        <w:tc>
          <w:tcPr>
            <w:tcW w:w="1425" w:type="dxa"/>
            <w:vAlign w:val="center"/>
          </w:tcPr>
          <w:p w14:paraId="4A43A6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0.625</w:t>
            </w:r>
          </w:p>
        </w:tc>
        <w:tc>
          <w:tcPr>
            <w:tcW w:w="1425" w:type="dxa"/>
            <w:vAlign w:val="center"/>
          </w:tcPr>
          <w:p w14:paraId="204509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13856F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10.29</w:t>
            </w:r>
          </w:p>
        </w:tc>
      </w:tr>
      <w:tr w:rsidR="006D7CF4" w:rsidRPr="00CE6355" w14:paraId="51EB3831" w14:textId="77777777" w:rsidTr="00A0291F">
        <w:trPr>
          <w:jc w:val="center"/>
        </w:trPr>
        <w:tc>
          <w:tcPr>
            <w:tcW w:w="1425" w:type="dxa"/>
            <w:vAlign w:val="center"/>
          </w:tcPr>
          <w:p w14:paraId="681DFD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1425" w:type="dxa"/>
            <w:vAlign w:val="center"/>
          </w:tcPr>
          <w:p w14:paraId="61849A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373772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76.9</w:t>
            </w:r>
          </w:p>
        </w:tc>
        <w:tc>
          <w:tcPr>
            <w:tcW w:w="1425" w:type="dxa"/>
            <w:vAlign w:val="center"/>
          </w:tcPr>
          <w:p w14:paraId="653FB9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0.338</w:t>
            </w:r>
          </w:p>
        </w:tc>
        <w:tc>
          <w:tcPr>
            <w:tcW w:w="1425" w:type="dxa"/>
            <w:vAlign w:val="center"/>
          </w:tcPr>
          <w:p w14:paraId="58B746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0.697</w:t>
            </w:r>
          </w:p>
        </w:tc>
        <w:tc>
          <w:tcPr>
            <w:tcW w:w="1425" w:type="dxa"/>
            <w:vAlign w:val="center"/>
          </w:tcPr>
          <w:p w14:paraId="0A2615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720557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9.84</w:t>
            </w:r>
          </w:p>
        </w:tc>
      </w:tr>
      <w:tr w:rsidR="006D7CF4" w:rsidRPr="00CE6355" w14:paraId="7480B652" w14:textId="77777777" w:rsidTr="00A0291F">
        <w:trPr>
          <w:jc w:val="center"/>
        </w:trPr>
        <w:tc>
          <w:tcPr>
            <w:tcW w:w="1425" w:type="dxa"/>
            <w:vAlign w:val="center"/>
          </w:tcPr>
          <w:p w14:paraId="47D78F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1425" w:type="dxa"/>
            <w:vAlign w:val="center"/>
          </w:tcPr>
          <w:p w14:paraId="339720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7D77A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79.25</w:t>
            </w:r>
          </w:p>
        </w:tc>
        <w:tc>
          <w:tcPr>
            <w:tcW w:w="1425" w:type="dxa"/>
            <w:vAlign w:val="center"/>
          </w:tcPr>
          <w:p w14:paraId="308D9A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0.453</w:t>
            </w:r>
          </w:p>
        </w:tc>
        <w:tc>
          <w:tcPr>
            <w:tcW w:w="1425" w:type="dxa"/>
            <w:vAlign w:val="center"/>
          </w:tcPr>
          <w:p w14:paraId="43693C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0.681</w:t>
            </w:r>
          </w:p>
        </w:tc>
        <w:tc>
          <w:tcPr>
            <w:tcW w:w="1425" w:type="dxa"/>
            <w:vAlign w:val="center"/>
          </w:tcPr>
          <w:p w14:paraId="3735A3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1FBEC4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10.58</w:t>
            </w:r>
          </w:p>
        </w:tc>
      </w:tr>
      <w:tr w:rsidR="006D7CF4" w:rsidRPr="00CE6355" w14:paraId="5DB734CD" w14:textId="77777777" w:rsidTr="00A0291F">
        <w:trPr>
          <w:jc w:val="center"/>
        </w:trPr>
        <w:tc>
          <w:tcPr>
            <w:tcW w:w="1425" w:type="dxa"/>
            <w:vAlign w:val="center"/>
          </w:tcPr>
          <w:p w14:paraId="08DF56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1425" w:type="dxa"/>
            <w:vAlign w:val="center"/>
          </w:tcPr>
          <w:p w14:paraId="7AF36C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78553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80.49</w:t>
            </w:r>
          </w:p>
        </w:tc>
        <w:tc>
          <w:tcPr>
            <w:tcW w:w="1425" w:type="dxa"/>
            <w:vAlign w:val="center"/>
          </w:tcPr>
          <w:p w14:paraId="00DDEC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0.566</w:t>
            </w:r>
          </w:p>
        </w:tc>
        <w:tc>
          <w:tcPr>
            <w:tcW w:w="1425" w:type="dxa"/>
            <w:vAlign w:val="center"/>
          </w:tcPr>
          <w:p w14:paraId="5CD78E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0.624</w:t>
            </w:r>
          </w:p>
        </w:tc>
        <w:tc>
          <w:tcPr>
            <w:tcW w:w="1425" w:type="dxa"/>
            <w:vAlign w:val="center"/>
          </w:tcPr>
          <w:p w14:paraId="5480B4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68A359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10.19</w:t>
            </w:r>
          </w:p>
        </w:tc>
      </w:tr>
      <w:tr w:rsidR="006D7CF4" w:rsidRPr="00CE6355" w14:paraId="0B3F91E5" w14:textId="77777777" w:rsidTr="00A0291F">
        <w:trPr>
          <w:jc w:val="center"/>
        </w:trPr>
        <w:tc>
          <w:tcPr>
            <w:tcW w:w="1425" w:type="dxa"/>
            <w:vAlign w:val="center"/>
          </w:tcPr>
          <w:p w14:paraId="587187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425" w:type="dxa"/>
            <w:vAlign w:val="center"/>
          </w:tcPr>
          <w:p w14:paraId="166F8E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0C378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80.81</w:t>
            </w:r>
          </w:p>
        </w:tc>
        <w:tc>
          <w:tcPr>
            <w:tcW w:w="1425" w:type="dxa"/>
            <w:vAlign w:val="center"/>
          </w:tcPr>
          <w:p w14:paraId="75EBBA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</w:t>
            </w:r>
          </w:p>
        </w:tc>
        <w:tc>
          <w:tcPr>
            <w:tcW w:w="1425" w:type="dxa"/>
            <w:vAlign w:val="center"/>
          </w:tcPr>
          <w:p w14:paraId="6F5343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0.581</w:t>
            </w:r>
          </w:p>
        </w:tc>
        <w:tc>
          <w:tcPr>
            <w:tcW w:w="1425" w:type="dxa"/>
            <w:vAlign w:val="center"/>
          </w:tcPr>
          <w:p w14:paraId="6855DF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416999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10.55</w:t>
            </w:r>
          </w:p>
        </w:tc>
      </w:tr>
      <w:tr w:rsidR="006D7CF4" w:rsidRPr="00CE6355" w14:paraId="5018B581" w14:textId="77777777" w:rsidTr="00A0291F">
        <w:trPr>
          <w:jc w:val="center"/>
        </w:trPr>
        <w:tc>
          <w:tcPr>
            <w:tcW w:w="1425" w:type="dxa"/>
            <w:vAlign w:val="center"/>
          </w:tcPr>
          <w:p w14:paraId="20CCA7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1425" w:type="dxa"/>
            <w:vAlign w:val="center"/>
          </w:tcPr>
          <w:p w14:paraId="66530F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B8A85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77.63</w:t>
            </w:r>
          </w:p>
        </w:tc>
        <w:tc>
          <w:tcPr>
            <w:tcW w:w="1425" w:type="dxa"/>
            <w:vAlign w:val="center"/>
          </w:tcPr>
          <w:p w14:paraId="2C2A91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0.357</w:t>
            </w:r>
          </w:p>
        </w:tc>
        <w:tc>
          <w:tcPr>
            <w:tcW w:w="1425" w:type="dxa"/>
            <w:vAlign w:val="center"/>
          </w:tcPr>
          <w:p w14:paraId="781FCA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0.684</w:t>
            </w:r>
          </w:p>
        </w:tc>
        <w:tc>
          <w:tcPr>
            <w:tcW w:w="1425" w:type="dxa"/>
            <w:vAlign w:val="center"/>
          </w:tcPr>
          <w:p w14:paraId="76A20A7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4178BD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10.53</w:t>
            </w:r>
          </w:p>
        </w:tc>
      </w:tr>
      <w:tr w:rsidR="006D7CF4" w:rsidRPr="00CE6355" w14:paraId="5F9B92D6" w14:textId="77777777" w:rsidTr="00A0291F">
        <w:trPr>
          <w:jc w:val="center"/>
        </w:trPr>
        <w:tc>
          <w:tcPr>
            <w:tcW w:w="1425" w:type="dxa"/>
            <w:vAlign w:val="center"/>
          </w:tcPr>
          <w:p w14:paraId="5EF7F7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1425" w:type="dxa"/>
            <w:vAlign w:val="center"/>
          </w:tcPr>
          <w:p w14:paraId="69D031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72FE98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76.56</w:t>
            </w:r>
          </w:p>
        </w:tc>
        <w:tc>
          <w:tcPr>
            <w:tcW w:w="1425" w:type="dxa"/>
            <w:vAlign w:val="center"/>
          </w:tcPr>
          <w:p w14:paraId="2C288E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0.487</w:t>
            </w:r>
          </w:p>
        </w:tc>
        <w:tc>
          <w:tcPr>
            <w:tcW w:w="1425" w:type="dxa"/>
            <w:vAlign w:val="center"/>
          </w:tcPr>
          <w:p w14:paraId="2AE3B6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0.618</w:t>
            </w:r>
          </w:p>
        </w:tc>
        <w:tc>
          <w:tcPr>
            <w:tcW w:w="1425" w:type="dxa"/>
            <w:vAlign w:val="center"/>
          </w:tcPr>
          <w:p w14:paraId="7CD3CE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649C6A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</w:t>
            </w:r>
          </w:p>
        </w:tc>
      </w:tr>
      <w:tr w:rsidR="006D7CF4" w:rsidRPr="00CE6355" w14:paraId="4460C864" w14:textId="77777777" w:rsidTr="00A0291F">
        <w:trPr>
          <w:jc w:val="center"/>
        </w:trPr>
        <w:tc>
          <w:tcPr>
            <w:tcW w:w="1425" w:type="dxa"/>
            <w:vAlign w:val="center"/>
          </w:tcPr>
          <w:p w14:paraId="6E5CF9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425" w:type="dxa"/>
            <w:vAlign w:val="center"/>
          </w:tcPr>
          <w:p w14:paraId="7FE9FF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EF8F3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79.31</w:t>
            </w:r>
          </w:p>
        </w:tc>
        <w:tc>
          <w:tcPr>
            <w:tcW w:w="1425" w:type="dxa"/>
            <w:vAlign w:val="center"/>
          </w:tcPr>
          <w:p w14:paraId="3FAA2B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0.371</w:t>
            </w:r>
          </w:p>
        </w:tc>
        <w:tc>
          <w:tcPr>
            <w:tcW w:w="1425" w:type="dxa"/>
            <w:vAlign w:val="center"/>
          </w:tcPr>
          <w:p w14:paraId="7E40FE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0.72</w:t>
            </w:r>
          </w:p>
        </w:tc>
        <w:tc>
          <w:tcPr>
            <w:tcW w:w="1425" w:type="dxa"/>
            <w:vAlign w:val="center"/>
          </w:tcPr>
          <w:p w14:paraId="1E625BB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425" w:type="dxa"/>
            <w:vAlign w:val="center"/>
          </w:tcPr>
          <w:p w14:paraId="3E6504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10.22</w:t>
            </w:r>
          </w:p>
        </w:tc>
      </w:tr>
      <w:tr w:rsidR="006D7CF4" w:rsidRPr="00CE6355" w14:paraId="31EA4AB1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F486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1425" w:type="dxa"/>
            <w:vAlign w:val="center"/>
          </w:tcPr>
          <w:p w14:paraId="72DAFA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5D4AF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79.31</w:t>
            </w:r>
          </w:p>
        </w:tc>
        <w:tc>
          <w:tcPr>
            <w:tcW w:w="1425" w:type="dxa"/>
            <w:vAlign w:val="center"/>
          </w:tcPr>
          <w:p w14:paraId="5B5961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0.622</w:t>
            </w:r>
          </w:p>
        </w:tc>
        <w:tc>
          <w:tcPr>
            <w:tcW w:w="1425" w:type="dxa"/>
            <w:vAlign w:val="center"/>
          </w:tcPr>
          <w:p w14:paraId="0EF3B6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0.656</w:t>
            </w:r>
          </w:p>
        </w:tc>
        <w:tc>
          <w:tcPr>
            <w:tcW w:w="1425" w:type="dxa"/>
            <w:vAlign w:val="center"/>
          </w:tcPr>
          <w:p w14:paraId="369A06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4DEDAB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10.51</w:t>
            </w:r>
          </w:p>
        </w:tc>
      </w:tr>
      <w:tr w:rsidR="006D7CF4" w:rsidRPr="00CE6355" w14:paraId="28F3542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44031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1425" w:type="dxa"/>
            <w:vAlign w:val="center"/>
          </w:tcPr>
          <w:p w14:paraId="2DC0AD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3BC79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77.48</w:t>
            </w:r>
          </w:p>
        </w:tc>
        <w:tc>
          <w:tcPr>
            <w:tcW w:w="1425" w:type="dxa"/>
            <w:vAlign w:val="center"/>
          </w:tcPr>
          <w:p w14:paraId="007E09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0.408</w:t>
            </w:r>
          </w:p>
        </w:tc>
        <w:tc>
          <w:tcPr>
            <w:tcW w:w="1425" w:type="dxa"/>
            <w:vAlign w:val="center"/>
          </w:tcPr>
          <w:p w14:paraId="7E4E8C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0.622</w:t>
            </w:r>
          </w:p>
        </w:tc>
        <w:tc>
          <w:tcPr>
            <w:tcW w:w="1425" w:type="dxa"/>
            <w:vAlign w:val="center"/>
          </w:tcPr>
          <w:p w14:paraId="266863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0DCA67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10.99</w:t>
            </w:r>
          </w:p>
        </w:tc>
      </w:tr>
      <w:tr w:rsidR="006D7CF4" w:rsidRPr="00CE6355" w14:paraId="3A10EACE" w14:textId="77777777" w:rsidTr="00A0291F">
        <w:trPr>
          <w:jc w:val="center"/>
        </w:trPr>
        <w:tc>
          <w:tcPr>
            <w:tcW w:w="1425" w:type="dxa"/>
            <w:vAlign w:val="center"/>
          </w:tcPr>
          <w:p w14:paraId="19F044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425" w:type="dxa"/>
            <w:vAlign w:val="center"/>
          </w:tcPr>
          <w:p w14:paraId="317CA3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59BD9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75.79</w:t>
            </w:r>
          </w:p>
        </w:tc>
        <w:tc>
          <w:tcPr>
            <w:tcW w:w="1425" w:type="dxa"/>
            <w:vAlign w:val="center"/>
          </w:tcPr>
          <w:p w14:paraId="16F200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0.706</w:t>
            </w:r>
          </w:p>
        </w:tc>
        <w:tc>
          <w:tcPr>
            <w:tcW w:w="1425" w:type="dxa"/>
            <w:vAlign w:val="center"/>
          </w:tcPr>
          <w:p w14:paraId="5D0CBB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0.749</w:t>
            </w:r>
          </w:p>
        </w:tc>
        <w:tc>
          <w:tcPr>
            <w:tcW w:w="1425" w:type="dxa"/>
            <w:vAlign w:val="center"/>
          </w:tcPr>
          <w:p w14:paraId="4C759A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56C40C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10.43</w:t>
            </w:r>
          </w:p>
        </w:tc>
      </w:tr>
      <w:tr w:rsidR="006D7CF4" w:rsidRPr="00CE6355" w14:paraId="226ABE24" w14:textId="77777777" w:rsidTr="00A0291F">
        <w:trPr>
          <w:jc w:val="center"/>
        </w:trPr>
        <w:tc>
          <w:tcPr>
            <w:tcW w:w="1425" w:type="dxa"/>
            <w:vAlign w:val="center"/>
          </w:tcPr>
          <w:p w14:paraId="360CC4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1425" w:type="dxa"/>
            <w:vAlign w:val="center"/>
          </w:tcPr>
          <w:p w14:paraId="22E93E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92018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76.69</w:t>
            </w:r>
          </w:p>
        </w:tc>
        <w:tc>
          <w:tcPr>
            <w:tcW w:w="1425" w:type="dxa"/>
            <w:vAlign w:val="center"/>
          </w:tcPr>
          <w:p w14:paraId="0F65A4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0.594</w:t>
            </w:r>
          </w:p>
        </w:tc>
        <w:tc>
          <w:tcPr>
            <w:tcW w:w="1425" w:type="dxa"/>
            <w:vAlign w:val="center"/>
          </w:tcPr>
          <w:p w14:paraId="4966BB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0.719</w:t>
            </w:r>
          </w:p>
        </w:tc>
        <w:tc>
          <w:tcPr>
            <w:tcW w:w="1425" w:type="dxa"/>
            <w:vAlign w:val="center"/>
          </w:tcPr>
          <w:p w14:paraId="05255E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05A4E8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10.18</w:t>
            </w:r>
          </w:p>
        </w:tc>
      </w:tr>
      <w:tr w:rsidR="006D7CF4" w:rsidRPr="00CE6355" w14:paraId="0C699D70" w14:textId="77777777" w:rsidTr="00A0291F">
        <w:trPr>
          <w:jc w:val="center"/>
        </w:trPr>
        <w:tc>
          <w:tcPr>
            <w:tcW w:w="1425" w:type="dxa"/>
            <w:vAlign w:val="center"/>
          </w:tcPr>
          <w:p w14:paraId="740D37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1425" w:type="dxa"/>
            <w:vAlign w:val="center"/>
          </w:tcPr>
          <w:p w14:paraId="3A1FD3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720D5B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78.67</w:t>
            </w:r>
          </w:p>
        </w:tc>
        <w:tc>
          <w:tcPr>
            <w:tcW w:w="1425" w:type="dxa"/>
            <w:vAlign w:val="center"/>
          </w:tcPr>
          <w:p w14:paraId="0586C8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0.521</w:t>
            </w:r>
          </w:p>
        </w:tc>
        <w:tc>
          <w:tcPr>
            <w:tcW w:w="1425" w:type="dxa"/>
            <w:vAlign w:val="center"/>
          </w:tcPr>
          <w:p w14:paraId="1EBCE28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0.695</w:t>
            </w:r>
          </w:p>
        </w:tc>
        <w:tc>
          <w:tcPr>
            <w:tcW w:w="1425" w:type="dxa"/>
            <w:vAlign w:val="center"/>
          </w:tcPr>
          <w:p w14:paraId="4F4BB7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25" w:type="dxa"/>
            <w:vAlign w:val="center"/>
          </w:tcPr>
          <w:p w14:paraId="26BF1A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9.82</w:t>
            </w:r>
          </w:p>
        </w:tc>
      </w:tr>
      <w:tr w:rsidR="006D7CF4" w:rsidRPr="00CE6355" w14:paraId="302B04E5" w14:textId="77777777" w:rsidTr="00A0291F">
        <w:trPr>
          <w:jc w:val="center"/>
        </w:trPr>
        <w:tc>
          <w:tcPr>
            <w:tcW w:w="1425" w:type="dxa"/>
            <w:vAlign w:val="center"/>
          </w:tcPr>
          <w:p w14:paraId="4AC996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1425" w:type="dxa"/>
            <w:vAlign w:val="center"/>
          </w:tcPr>
          <w:p w14:paraId="32ACCF6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2A9DBB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77.14</w:t>
            </w:r>
          </w:p>
        </w:tc>
        <w:tc>
          <w:tcPr>
            <w:tcW w:w="1425" w:type="dxa"/>
            <w:vAlign w:val="center"/>
          </w:tcPr>
          <w:p w14:paraId="001D95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0.429</w:t>
            </w:r>
          </w:p>
        </w:tc>
        <w:tc>
          <w:tcPr>
            <w:tcW w:w="1425" w:type="dxa"/>
            <w:vAlign w:val="center"/>
          </w:tcPr>
          <w:p w14:paraId="09F477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0.705</w:t>
            </w:r>
          </w:p>
        </w:tc>
        <w:tc>
          <w:tcPr>
            <w:tcW w:w="1425" w:type="dxa"/>
            <w:vAlign w:val="center"/>
          </w:tcPr>
          <w:p w14:paraId="0288C2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53A65C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10.82</w:t>
            </w:r>
          </w:p>
        </w:tc>
      </w:tr>
      <w:tr w:rsidR="006D7CF4" w:rsidRPr="00CE6355" w14:paraId="14F41EA0" w14:textId="77777777" w:rsidTr="00A0291F">
        <w:trPr>
          <w:jc w:val="center"/>
        </w:trPr>
        <w:tc>
          <w:tcPr>
            <w:tcW w:w="1425" w:type="dxa"/>
            <w:vAlign w:val="center"/>
          </w:tcPr>
          <w:p w14:paraId="7D6780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1425" w:type="dxa"/>
            <w:vAlign w:val="center"/>
          </w:tcPr>
          <w:p w14:paraId="06C93B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70FF0A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80.17</w:t>
            </w:r>
          </w:p>
        </w:tc>
        <w:tc>
          <w:tcPr>
            <w:tcW w:w="1425" w:type="dxa"/>
            <w:vAlign w:val="center"/>
          </w:tcPr>
          <w:p w14:paraId="0333A5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0.389</w:t>
            </w:r>
          </w:p>
        </w:tc>
        <w:tc>
          <w:tcPr>
            <w:tcW w:w="1425" w:type="dxa"/>
            <w:vAlign w:val="center"/>
          </w:tcPr>
          <w:p w14:paraId="6F572A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0.698</w:t>
            </w:r>
          </w:p>
        </w:tc>
        <w:tc>
          <w:tcPr>
            <w:tcW w:w="1425" w:type="dxa"/>
            <w:vAlign w:val="center"/>
          </w:tcPr>
          <w:p w14:paraId="7DF4BE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31473C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9.97</w:t>
            </w:r>
          </w:p>
        </w:tc>
      </w:tr>
      <w:tr w:rsidR="006D7CF4" w:rsidRPr="00CE6355" w14:paraId="0C3E82A5" w14:textId="77777777" w:rsidTr="00A0291F">
        <w:trPr>
          <w:jc w:val="center"/>
        </w:trPr>
        <w:tc>
          <w:tcPr>
            <w:tcW w:w="1425" w:type="dxa"/>
            <w:vAlign w:val="center"/>
          </w:tcPr>
          <w:p w14:paraId="7447A2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1425" w:type="dxa"/>
            <w:vAlign w:val="center"/>
          </w:tcPr>
          <w:p w14:paraId="7B3812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312F46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81.22</w:t>
            </w:r>
          </w:p>
        </w:tc>
        <w:tc>
          <w:tcPr>
            <w:tcW w:w="1425" w:type="dxa"/>
            <w:vAlign w:val="center"/>
          </w:tcPr>
          <w:p w14:paraId="7DBF46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0.643</w:t>
            </w:r>
          </w:p>
        </w:tc>
        <w:tc>
          <w:tcPr>
            <w:tcW w:w="1425" w:type="dxa"/>
            <w:vAlign w:val="center"/>
          </w:tcPr>
          <w:p w14:paraId="2DF928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0.611</w:t>
            </w:r>
          </w:p>
        </w:tc>
        <w:tc>
          <w:tcPr>
            <w:tcW w:w="1425" w:type="dxa"/>
            <w:vAlign w:val="center"/>
          </w:tcPr>
          <w:p w14:paraId="4A8DF5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425" w:type="dxa"/>
            <w:vAlign w:val="center"/>
          </w:tcPr>
          <w:p w14:paraId="42FD58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10.85</w:t>
            </w:r>
          </w:p>
        </w:tc>
      </w:tr>
      <w:tr w:rsidR="006D7CF4" w:rsidRPr="00CE6355" w14:paraId="1EE03A13" w14:textId="77777777" w:rsidTr="00A0291F">
        <w:trPr>
          <w:jc w:val="center"/>
        </w:trPr>
        <w:tc>
          <w:tcPr>
            <w:tcW w:w="1425" w:type="dxa"/>
            <w:vAlign w:val="center"/>
          </w:tcPr>
          <w:p w14:paraId="552699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1425" w:type="dxa"/>
            <w:vAlign w:val="center"/>
          </w:tcPr>
          <w:p w14:paraId="44CC7E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7413FD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78.45</w:t>
            </w:r>
          </w:p>
        </w:tc>
        <w:tc>
          <w:tcPr>
            <w:tcW w:w="1425" w:type="dxa"/>
            <w:vAlign w:val="center"/>
          </w:tcPr>
          <w:p w14:paraId="3DFB41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0.611</w:t>
            </w:r>
          </w:p>
        </w:tc>
        <w:tc>
          <w:tcPr>
            <w:tcW w:w="1425" w:type="dxa"/>
            <w:vAlign w:val="center"/>
          </w:tcPr>
          <w:p w14:paraId="6B1E5A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0.656</w:t>
            </w:r>
          </w:p>
        </w:tc>
        <w:tc>
          <w:tcPr>
            <w:tcW w:w="1425" w:type="dxa"/>
            <w:vAlign w:val="center"/>
          </w:tcPr>
          <w:p w14:paraId="06887B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3D025E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10.93</w:t>
            </w:r>
          </w:p>
        </w:tc>
      </w:tr>
      <w:tr w:rsidR="006D7CF4" w:rsidRPr="00CE6355" w14:paraId="33226F4C" w14:textId="77777777" w:rsidTr="00A0291F">
        <w:trPr>
          <w:jc w:val="center"/>
        </w:trPr>
        <w:tc>
          <w:tcPr>
            <w:tcW w:w="1425" w:type="dxa"/>
            <w:vAlign w:val="center"/>
          </w:tcPr>
          <w:p w14:paraId="1B20BA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1425" w:type="dxa"/>
            <w:vAlign w:val="center"/>
          </w:tcPr>
          <w:p w14:paraId="51A750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AB5DEB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75.45</w:t>
            </w:r>
          </w:p>
        </w:tc>
        <w:tc>
          <w:tcPr>
            <w:tcW w:w="1425" w:type="dxa"/>
            <w:vAlign w:val="center"/>
          </w:tcPr>
          <w:p w14:paraId="4E2D88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43CCA4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0.647</w:t>
            </w:r>
          </w:p>
        </w:tc>
        <w:tc>
          <w:tcPr>
            <w:tcW w:w="1425" w:type="dxa"/>
            <w:vAlign w:val="center"/>
          </w:tcPr>
          <w:p w14:paraId="1CCA9B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23BA0A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10.56</w:t>
            </w:r>
          </w:p>
        </w:tc>
      </w:tr>
      <w:tr w:rsidR="006D7CF4" w:rsidRPr="00CE6355" w14:paraId="14A01EC5" w14:textId="77777777" w:rsidTr="00A0291F">
        <w:trPr>
          <w:jc w:val="center"/>
        </w:trPr>
        <w:tc>
          <w:tcPr>
            <w:tcW w:w="1425" w:type="dxa"/>
            <w:vAlign w:val="center"/>
          </w:tcPr>
          <w:p w14:paraId="4B1487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1425" w:type="dxa"/>
            <w:vAlign w:val="center"/>
          </w:tcPr>
          <w:p w14:paraId="6D8C2D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35C3BF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79.86</w:t>
            </w:r>
          </w:p>
        </w:tc>
        <w:tc>
          <w:tcPr>
            <w:tcW w:w="1425" w:type="dxa"/>
            <w:vAlign w:val="center"/>
          </w:tcPr>
          <w:p w14:paraId="31A76C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0.516</w:t>
            </w:r>
          </w:p>
        </w:tc>
        <w:tc>
          <w:tcPr>
            <w:tcW w:w="1425" w:type="dxa"/>
            <w:vAlign w:val="center"/>
          </w:tcPr>
          <w:p w14:paraId="7EF560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</w:t>
            </w:r>
          </w:p>
        </w:tc>
        <w:tc>
          <w:tcPr>
            <w:tcW w:w="1425" w:type="dxa"/>
            <w:vAlign w:val="center"/>
          </w:tcPr>
          <w:p w14:paraId="26959F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550750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10.08</w:t>
            </w:r>
          </w:p>
        </w:tc>
      </w:tr>
      <w:tr w:rsidR="006D7CF4" w:rsidRPr="00CE6355" w14:paraId="381C45B4" w14:textId="77777777" w:rsidTr="00A0291F">
        <w:trPr>
          <w:jc w:val="center"/>
        </w:trPr>
        <w:tc>
          <w:tcPr>
            <w:tcW w:w="1425" w:type="dxa"/>
            <w:vAlign w:val="center"/>
          </w:tcPr>
          <w:p w14:paraId="5DC9370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1425" w:type="dxa"/>
            <w:vAlign w:val="center"/>
          </w:tcPr>
          <w:p w14:paraId="0B5091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2CE268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76.44</w:t>
            </w:r>
          </w:p>
        </w:tc>
        <w:tc>
          <w:tcPr>
            <w:tcW w:w="1425" w:type="dxa"/>
            <w:vAlign w:val="center"/>
          </w:tcPr>
          <w:p w14:paraId="04D0AF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0.593</w:t>
            </w:r>
          </w:p>
        </w:tc>
        <w:tc>
          <w:tcPr>
            <w:tcW w:w="1425" w:type="dxa"/>
            <w:vAlign w:val="center"/>
          </w:tcPr>
          <w:p w14:paraId="54F149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0.657</w:t>
            </w:r>
          </w:p>
        </w:tc>
        <w:tc>
          <w:tcPr>
            <w:tcW w:w="1425" w:type="dxa"/>
            <w:vAlign w:val="center"/>
          </w:tcPr>
          <w:p w14:paraId="47A768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7C5731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</w:t>
            </w:r>
          </w:p>
        </w:tc>
      </w:tr>
      <w:tr w:rsidR="006D7CF4" w:rsidRPr="00CE6355" w14:paraId="46FA005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AAD1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37</w:t>
            </w:r>
          </w:p>
        </w:tc>
        <w:tc>
          <w:tcPr>
            <w:tcW w:w="1425" w:type="dxa"/>
            <w:vAlign w:val="center"/>
          </w:tcPr>
          <w:p w14:paraId="47399D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084FB9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75.6</w:t>
            </w:r>
          </w:p>
        </w:tc>
        <w:tc>
          <w:tcPr>
            <w:tcW w:w="1425" w:type="dxa"/>
            <w:vAlign w:val="center"/>
          </w:tcPr>
          <w:p w14:paraId="758516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0.864</w:t>
            </w:r>
          </w:p>
        </w:tc>
        <w:tc>
          <w:tcPr>
            <w:tcW w:w="1425" w:type="dxa"/>
            <w:vAlign w:val="center"/>
          </w:tcPr>
          <w:p w14:paraId="0DBBBC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0.717</w:t>
            </w:r>
          </w:p>
        </w:tc>
        <w:tc>
          <w:tcPr>
            <w:tcW w:w="1425" w:type="dxa"/>
            <w:vAlign w:val="center"/>
          </w:tcPr>
          <w:p w14:paraId="7635C2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0782FB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</w:t>
            </w:r>
          </w:p>
        </w:tc>
      </w:tr>
      <w:tr w:rsidR="006D7CF4" w:rsidRPr="00CE6355" w14:paraId="520F00EC" w14:textId="77777777" w:rsidTr="00A0291F">
        <w:trPr>
          <w:jc w:val="center"/>
        </w:trPr>
        <w:tc>
          <w:tcPr>
            <w:tcW w:w="1425" w:type="dxa"/>
            <w:vAlign w:val="center"/>
          </w:tcPr>
          <w:p w14:paraId="7FEC87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1425" w:type="dxa"/>
            <w:vAlign w:val="center"/>
          </w:tcPr>
          <w:p w14:paraId="301B62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25A791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77.01</w:t>
            </w:r>
          </w:p>
        </w:tc>
        <w:tc>
          <w:tcPr>
            <w:tcW w:w="1425" w:type="dxa"/>
            <w:vAlign w:val="center"/>
          </w:tcPr>
          <w:p w14:paraId="289508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0.617</w:t>
            </w:r>
          </w:p>
        </w:tc>
        <w:tc>
          <w:tcPr>
            <w:tcW w:w="1425" w:type="dxa"/>
            <w:vAlign w:val="center"/>
          </w:tcPr>
          <w:p w14:paraId="788588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0.778</w:t>
            </w:r>
          </w:p>
        </w:tc>
        <w:tc>
          <w:tcPr>
            <w:tcW w:w="1425" w:type="dxa"/>
            <w:vAlign w:val="center"/>
          </w:tcPr>
          <w:p w14:paraId="35C42D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421C48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10.23</w:t>
            </w:r>
          </w:p>
        </w:tc>
      </w:tr>
      <w:tr w:rsidR="006D7CF4" w:rsidRPr="00CE6355" w14:paraId="603FD8A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4A352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1425" w:type="dxa"/>
            <w:vAlign w:val="center"/>
          </w:tcPr>
          <w:p w14:paraId="289166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D0E239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75.31</w:t>
            </w:r>
          </w:p>
        </w:tc>
        <w:tc>
          <w:tcPr>
            <w:tcW w:w="1425" w:type="dxa"/>
            <w:vAlign w:val="center"/>
          </w:tcPr>
          <w:p w14:paraId="527811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0.785</w:t>
            </w:r>
          </w:p>
        </w:tc>
        <w:tc>
          <w:tcPr>
            <w:tcW w:w="1425" w:type="dxa"/>
            <w:vAlign w:val="center"/>
          </w:tcPr>
          <w:p w14:paraId="633AA3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</w:t>
            </w:r>
          </w:p>
        </w:tc>
        <w:tc>
          <w:tcPr>
            <w:tcW w:w="1425" w:type="dxa"/>
            <w:vAlign w:val="center"/>
          </w:tcPr>
          <w:p w14:paraId="5B9EA0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6F8870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10.52</w:t>
            </w:r>
          </w:p>
        </w:tc>
      </w:tr>
      <w:tr w:rsidR="006D7CF4" w:rsidRPr="00CE6355" w14:paraId="41BDA80A" w14:textId="77777777" w:rsidTr="00A0291F">
        <w:trPr>
          <w:jc w:val="center"/>
        </w:trPr>
        <w:tc>
          <w:tcPr>
            <w:tcW w:w="1425" w:type="dxa"/>
            <w:vAlign w:val="center"/>
          </w:tcPr>
          <w:p w14:paraId="0C6733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1425" w:type="dxa"/>
            <w:vAlign w:val="center"/>
          </w:tcPr>
          <w:p w14:paraId="6E1E05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0C833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76.97</w:t>
            </w:r>
          </w:p>
        </w:tc>
        <w:tc>
          <w:tcPr>
            <w:tcW w:w="1425" w:type="dxa"/>
            <w:vAlign w:val="center"/>
          </w:tcPr>
          <w:p w14:paraId="6B70E0D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0.779</w:t>
            </w:r>
          </w:p>
        </w:tc>
        <w:tc>
          <w:tcPr>
            <w:tcW w:w="1425" w:type="dxa"/>
            <w:vAlign w:val="center"/>
          </w:tcPr>
          <w:p w14:paraId="646E1A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0.694</w:t>
            </w:r>
          </w:p>
        </w:tc>
        <w:tc>
          <w:tcPr>
            <w:tcW w:w="1425" w:type="dxa"/>
            <w:vAlign w:val="center"/>
          </w:tcPr>
          <w:p w14:paraId="6EF01A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0C234F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10.95</w:t>
            </w:r>
          </w:p>
        </w:tc>
      </w:tr>
      <w:tr w:rsidR="006D7CF4" w:rsidRPr="00CE6355" w14:paraId="5C45366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3E44D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1425" w:type="dxa"/>
            <w:vAlign w:val="center"/>
          </w:tcPr>
          <w:p w14:paraId="088DF2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89874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80.2</w:t>
            </w:r>
          </w:p>
        </w:tc>
        <w:tc>
          <w:tcPr>
            <w:tcW w:w="1425" w:type="dxa"/>
            <w:vAlign w:val="center"/>
          </w:tcPr>
          <w:p w14:paraId="1BB6E6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0.542</w:t>
            </w:r>
          </w:p>
        </w:tc>
        <w:tc>
          <w:tcPr>
            <w:tcW w:w="1425" w:type="dxa"/>
            <w:vAlign w:val="center"/>
          </w:tcPr>
          <w:p w14:paraId="52A3FE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0.641</w:t>
            </w:r>
          </w:p>
        </w:tc>
        <w:tc>
          <w:tcPr>
            <w:tcW w:w="1425" w:type="dxa"/>
            <w:vAlign w:val="center"/>
          </w:tcPr>
          <w:p w14:paraId="785AD7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5007F4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10.35</w:t>
            </w:r>
          </w:p>
        </w:tc>
      </w:tr>
      <w:tr w:rsidR="006D7CF4" w:rsidRPr="00CE6355" w14:paraId="6F42B1F8" w14:textId="77777777" w:rsidTr="00A0291F">
        <w:trPr>
          <w:jc w:val="center"/>
        </w:trPr>
        <w:tc>
          <w:tcPr>
            <w:tcW w:w="1425" w:type="dxa"/>
            <w:vAlign w:val="center"/>
          </w:tcPr>
          <w:p w14:paraId="6644E0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1425" w:type="dxa"/>
            <w:vAlign w:val="center"/>
          </w:tcPr>
          <w:p w14:paraId="7B5D4C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455361D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79.77</w:t>
            </w:r>
          </w:p>
        </w:tc>
        <w:tc>
          <w:tcPr>
            <w:tcW w:w="1425" w:type="dxa"/>
            <w:vAlign w:val="center"/>
          </w:tcPr>
          <w:p w14:paraId="2ADE2D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0.377</w:t>
            </w:r>
          </w:p>
        </w:tc>
        <w:tc>
          <w:tcPr>
            <w:tcW w:w="1425" w:type="dxa"/>
            <w:vAlign w:val="center"/>
          </w:tcPr>
          <w:p w14:paraId="28726C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0.651</w:t>
            </w:r>
          </w:p>
        </w:tc>
        <w:tc>
          <w:tcPr>
            <w:tcW w:w="1425" w:type="dxa"/>
            <w:vAlign w:val="center"/>
          </w:tcPr>
          <w:p w14:paraId="48B036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2B336F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10.39</w:t>
            </w:r>
          </w:p>
        </w:tc>
      </w:tr>
      <w:tr w:rsidR="006D7CF4" w:rsidRPr="00CE6355" w14:paraId="5C778B2E" w14:textId="77777777" w:rsidTr="00A0291F">
        <w:trPr>
          <w:jc w:val="center"/>
        </w:trPr>
        <w:tc>
          <w:tcPr>
            <w:tcW w:w="1425" w:type="dxa"/>
            <w:vAlign w:val="center"/>
          </w:tcPr>
          <w:p w14:paraId="6CB269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1425" w:type="dxa"/>
            <w:vAlign w:val="center"/>
          </w:tcPr>
          <w:p w14:paraId="138F27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75F835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79.19</w:t>
            </w:r>
          </w:p>
        </w:tc>
        <w:tc>
          <w:tcPr>
            <w:tcW w:w="1425" w:type="dxa"/>
            <w:vAlign w:val="center"/>
          </w:tcPr>
          <w:p w14:paraId="4E1BEF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0.636</w:t>
            </w:r>
          </w:p>
        </w:tc>
        <w:tc>
          <w:tcPr>
            <w:tcW w:w="1425" w:type="dxa"/>
            <w:vAlign w:val="center"/>
          </w:tcPr>
          <w:p w14:paraId="20AE0C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0.659</w:t>
            </w:r>
          </w:p>
        </w:tc>
        <w:tc>
          <w:tcPr>
            <w:tcW w:w="1425" w:type="dxa"/>
            <w:vAlign w:val="center"/>
          </w:tcPr>
          <w:p w14:paraId="501EA6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42F8C3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10.27</w:t>
            </w:r>
          </w:p>
        </w:tc>
      </w:tr>
      <w:tr w:rsidR="006D7CF4" w:rsidRPr="00CE6355" w14:paraId="3A4D153B" w14:textId="77777777" w:rsidTr="00A0291F">
        <w:trPr>
          <w:jc w:val="center"/>
        </w:trPr>
        <w:tc>
          <w:tcPr>
            <w:tcW w:w="1425" w:type="dxa"/>
            <w:vAlign w:val="center"/>
          </w:tcPr>
          <w:p w14:paraId="71233A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1425" w:type="dxa"/>
            <w:vAlign w:val="center"/>
          </w:tcPr>
          <w:p w14:paraId="6F8A21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21236E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77.62</w:t>
            </w:r>
          </w:p>
        </w:tc>
        <w:tc>
          <w:tcPr>
            <w:tcW w:w="1425" w:type="dxa"/>
            <w:vAlign w:val="center"/>
          </w:tcPr>
          <w:p w14:paraId="6743CF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</w:t>
            </w:r>
          </w:p>
        </w:tc>
        <w:tc>
          <w:tcPr>
            <w:tcW w:w="1425" w:type="dxa"/>
            <w:vAlign w:val="center"/>
          </w:tcPr>
          <w:p w14:paraId="2F6B56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0.624</w:t>
            </w:r>
          </w:p>
        </w:tc>
        <w:tc>
          <w:tcPr>
            <w:tcW w:w="1425" w:type="dxa"/>
            <w:vAlign w:val="center"/>
          </w:tcPr>
          <w:p w14:paraId="43EA12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05D793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10.22</w:t>
            </w:r>
          </w:p>
        </w:tc>
      </w:tr>
      <w:tr w:rsidR="006D7CF4" w:rsidRPr="00CE6355" w14:paraId="0FA67F18" w14:textId="77777777" w:rsidTr="00A0291F">
        <w:trPr>
          <w:jc w:val="center"/>
        </w:trPr>
        <w:tc>
          <w:tcPr>
            <w:tcW w:w="1425" w:type="dxa"/>
            <w:vAlign w:val="center"/>
          </w:tcPr>
          <w:p w14:paraId="3A344D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1425" w:type="dxa"/>
            <w:vAlign w:val="center"/>
          </w:tcPr>
          <w:p w14:paraId="038A41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69FFF0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78.33</w:t>
            </w:r>
          </w:p>
        </w:tc>
        <w:tc>
          <w:tcPr>
            <w:tcW w:w="1425" w:type="dxa"/>
            <w:vAlign w:val="center"/>
          </w:tcPr>
          <w:p w14:paraId="1ACB29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0.555</w:t>
            </w:r>
          </w:p>
        </w:tc>
        <w:tc>
          <w:tcPr>
            <w:tcW w:w="1425" w:type="dxa"/>
            <w:vAlign w:val="center"/>
          </w:tcPr>
          <w:p w14:paraId="7F0EF4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0.701</w:t>
            </w:r>
          </w:p>
        </w:tc>
        <w:tc>
          <w:tcPr>
            <w:tcW w:w="1425" w:type="dxa"/>
            <w:vAlign w:val="center"/>
          </w:tcPr>
          <w:p w14:paraId="7BD48A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23E127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10.63</w:t>
            </w:r>
          </w:p>
        </w:tc>
      </w:tr>
      <w:tr w:rsidR="006D7CF4" w:rsidRPr="00CE6355" w14:paraId="0441264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16683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1425" w:type="dxa"/>
            <w:vAlign w:val="center"/>
          </w:tcPr>
          <w:p w14:paraId="54C9E0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FA509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76.47</w:t>
            </w:r>
          </w:p>
        </w:tc>
        <w:tc>
          <w:tcPr>
            <w:tcW w:w="1425" w:type="dxa"/>
            <w:vAlign w:val="center"/>
          </w:tcPr>
          <w:p w14:paraId="5972C9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0.491</w:t>
            </w:r>
          </w:p>
        </w:tc>
        <w:tc>
          <w:tcPr>
            <w:tcW w:w="1425" w:type="dxa"/>
            <w:vAlign w:val="center"/>
          </w:tcPr>
          <w:p w14:paraId="23AC4E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0.771</w:t>
            </w:r>
          </w:p>
        </w:tc>
        <w:tc>
          <w:tcPr>
            <w:tcW w:w="1425" w:type="dxa"/>
            <w:vAlign w:val="center"/>
          </w:tcPr>
          <w:p w14:paraId="245F35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73905C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10.18</w:t>
            </w:r>
          </w:p>
        </w:tc>
      </w:tr>
      <w:tr w:rsidR="006D7CF4" w:rsidRPr="00CE6355" w14:paraId="2E38BFC6" w14:textId="77777777" w:rsidTr="00A0291F">
        <w:trPr>
          <w:jc w:val="center"/>
        </w:trPr>
        <w:tc>
          <w:tcPr>
            <w:tcW w:w="1425" w:type="dxa"/>
            <w:vAlign w:val="center"/>
          </w:tcPr>
          <w:p w14:paraId="526657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1425" w:type="dxa"/>
            <w:vAlign w:val="center"/>
          </w:tcPr>
          <w:p w14:paraId="3B30C3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8C310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79.44</w:t>
            </w:r>
          </w:p>
        </w:tc>
        <w:tc>
          <w:tcPr>
            <w:tcW w:w="1425" w:type="dxa"/>
            <w:vAlign w:val="center"/>
          </w:tcPr>
          <w:p w14:paraId="4E4A25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0.675</w:t>
            </w:r>
          </w:p>
        </w:tc>
        <w:tc>
          <w:tcPr>
            <w:tcW w:w="1425" w:type="dxa"/>
            <w:vAlign w:val="center"/>
          </w:tcPr>
          <w:p w14:paraId="0D8979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0.678</w:t>
            </w:r>
          </w:p>
        </w:tc>
        <w:tc>
          <w:tcPr>
            <w:tcW w:w="1425" w:type="dxa"/>
            <w:vAlign w:val="center"/>
          </w:tcPr>
          <w:p w14:paraId="6E07B7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391323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10.07</w:t>
            </w:r>
          </w:p>
        </w:tc>
      </w:tr>
      <w:tr w:rsidR="006D7CF4" w:rsidRPr="00CE6355" w14:paraId="194C872E" w14:textId="77777777" w:rsidTr="00A0291F">
        <w:trPr>
          <w:jc w:val="center"/>
        </w:trPr>
        <w:tc>
          <w:tcPr>
            <w:tcW w:w="1425" w:type="dxa"/>
            <w:vAlign w:val="center"/>
          </w:tcPr>
          <w:p w14:paraId="5221ED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1425" w:type="dxa"/>
            <w:vAlign w:val="center"/>
          </w:tcPr>
          <w:p w14:paraId="7AA676D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F29A3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75.52</w:t>
            </w:r>
          </w:p>
        </w:tc>
        <w:tc>
          <w:tcPr>
            <w:tcW w:w="1425" w:type="dxa"/>
            <w:vAlign w:val="center"/>
          </w:tcPr>
          <w:p w14:paraId="5B700C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0.513</w:t>
            </w:r>
          </w:p>
        </w:tc>
        <w:tc>
          <w:tcPr>
            <w:tcW w:w="1425" w:type="dxa"/>
            <w:vAlign w:val="center"/>
          </w:tcPr>
          <w:p w14:paraId="74A709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0.704</w:t>
            </w:r>
          </w:p>
        </w:tc>
        <w:tc>
          <w:tcPr>
            <w:tcW w:w="1425" w:type="dxa"/>
            <w:vAlign w:val="center"/>
          </w:tcPr>
          <w:p w14:paraId="471AF0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6F793E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10.13</w:t>
            </w:r>
          </w:p>
        </w:tc>
      </w:tr>
      <w:tr w:rsidR="006D7CF4" w:rsidRPr="00CE6355" w14:paraId="1FD38DDF" w14:textId="77777777" w:rsidTr="00A0291F">
        <w:trPr>
          <w:jc w:val="center"/>
        </w:trPr>
        <w:tc>
          <w:tcPr>
            <w:tcW w:w="1425" w:type="dxa"/>
            <w:vAlign w:val="center"/>
          </w:tcPr>
          <w:p w14:paraId="27EAA8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1425" w:type="dxa"/>
            <w:vAlign w:val="center"/>
          </w:tcPr>
          <w:p w14:paraId="705DB0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55408D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76.82</w:t>
            </w:r>
          </w:p>
        </w:tc>
        <w:tc>
          <w:tcPr>
            <w:tcW w:w="1425" w:type="dxa"/>
            <w:vAlign w:val="center"/>
          </w:tcPr>
          <w:p w14:paraId="2877BB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</w:t>
            </w:r>
          </w:p>
        </w:tc>
        <w:tc>
          <w:tcPr>
            <w:tcW w:w="1425" w:type="dxa"/>
            <w:vAlign w:val="center"/>
          </w:tcPr>
          <w:p w14:paraId="144EA8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0.707</w:t>
            </w:r>
          </w:p>
        </w:tc>
        <w:tc>
          <w:tcPr>
            <w:tcW w:w="1425" w:type="dxa"/>
            <w:vAlign w:val="center"/>
          </w:tcPr>
          <w:p w14:paraId="28AE8F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4BB953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10.29</w:t>
            </w:r>
          </w:p>
        </w:tc>
      </w:tr>
      <w:tr w:rsidR="006D7CF4" w:rsidRPr="00CE6355" w14:paraId="6E8B10BD" w14:textId="77777777" w:rsidTr="00A0291F">
        <w:trPr>
          <w:jc w:val="center"/>
        </w:trPr>
        <w:tc>
          <w:tcPr>
            <w:tcW w:w="1425" w:type="dxa"/>
            <w:vAlign w:val="center"/>
          </w:tcPr>
          <w:p w14:paraId="11F661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1425" w:type="dxa"/>
            <w:vAlign w:val="center"/>
          </w:tcPr>
          <w:p w14:paraId="33F9F7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425" w:type="dxa"/>
            <w:vAlign w:val="center"/>
          </w:tcPr>
          <w:p w14:paraId="1794E2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77.33</w:t>
            </w:r>
          </w:p>
        </w:tc>
        <w:tc>
          <w:tcPr>
            <w:tcW w:w="1425" w:type="dxa"/>
            <w:vAlign w:val="center"/>
          </w:tcPr>
          <w:p w14:paraId="45D203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0.523</w:t>
            </w:r>
          </w:p>
        </w:tc>
        <w:tc>
          <w:tcPr>
            <w:tcW w:w="1425" w:type="dxa"/>
            <w:vAlign w:val="center"/>
          </w:tcPr>
          <w:p w14:paraId="24D18D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0.605</w:t>
            </w:r>
          </w:p>
        </w:tc>
        <w:tc>
          <w:tcPr>
            <w:tcW w:w="1425" w:type="dxa"/>
            <w:vAlign w:val="center"/>
          </w:tcPr>
          <w:p w14:paraId="162876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295CF7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10.31</w:t>
            </w:r>
          </w:p>
        </w:tc>
      </w:tr>
    </w:tbl>
    <w:p w14:paraId="680E0DF5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7E3A4E09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  <w:bCs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S1B. </w:t>
      </w:r>
      <w:r w:rsidRPr="00CE6355">
        <w:rPr>
          <w:rFonts w:asciiTheme="majorBidi" w:eastAsia="Times New Roman" w:hAnsiTheme="majorBidi" w:cstheme="majorBidi"/>
          <w:bCs/>
        </w:rPr>
        <w:t>Complete modelling observations for Bitter Gourd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1D981A21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1DD0AD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9AC29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0CC0B7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85C70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D5435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28775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31BC3DB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0DF2E854" w14:textId="77777777" w:rsidTr="00A0291F">
        <w:trPr>
          <w:jc w:val="center"/>
        </w:trPr>
        <w:tc>
          <w:tcPr>
            <w:tcW w:w="1425" w:type="dxa"/>
            <w:vAlign w:val="center"/>
          </w:tcPr>
          <w:p w14:paraId="6F2F21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</w:t>
            </w:r>
          </w:p>
        </w:tc>
        <w:tc>
          <w:tcPr>
            <w:tcW w:w="1425" w:type="dxa"/>
            <w:vAlign w:val="center"/>
          </w:tcPr>
          <w:p w14:paraId="7E2530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3C541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90.87</w:t>
            </w:r>
          </w:p>
        </w:tc>
        <w:tc>
          <w:tcPr>
            <w:tcW w:w="1425" w:type="dxa"/>
            <w:vAlign w:val="center"/>
          </w:tcPr>
          <w:p w14:paraId="7174A4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0.492</w:t>
            </w:r>
          </w:p>
        </w:tc>
        <w:tc>
          <w:tcPr>
            <w:tcW w:w="1425" w:type="dxa"/>
            <w:vAlign w:val="center"/>
          </w:tcPr>
          <w:p w14:paraId="22CAF3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0.853</w:t>
            </w:r>
          </w:p>
        </w:tc>
        <w:tc>
          <w:tcPr>
            <w:tcW w:w="1425" w:type="dxa"/>
            <w:vAlign w:val="center"/>
          </w:tcPr>
          <w:p w14:paraId="5EE261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425" w:type="dxa"/>
            <w:vAlign w:val="center"/>
          </w:tcPr>
          <w:p w14:paraId="2DC231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52.02</w:t>
            </w:r>
          </w:p>
        </w:tc>
      </w:tr>
      <w:tr w:rsidR="006D7CF4" w:rsidRPr="00CE6355" w14:paraId="3728B62C" w14:textId="77777777" w:rsidTr="00A0291F">
        <w:trPr>
          <w:jc w:val="center"/>
        </w:trPr>
        <w:tc>
          <w:tcPr>
            <w:tcW w:w="1425" w:type="dxa"/>
            <w:vAlign w:val="center"/>
          </w:tcPr>
          <w:p w14:paraId="3AC7A1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1425" w:type="dxa"/>
            <w:vAlign w:val="center"/>
          </w:tcPr>
          <w:p w14:paraId="179153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3D4D26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93.6</w:t>
            </w:r>
          </w:p>
        </w:tc>
        <w:tc>
          <w:tcPr>
            <w:tcW w:w="1425" w:type="dxa"/>
            <w:vAlign w:val="center"/>
          </w:tcPr>
          <w:p w14:paraId="53C8FF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0.297</w:t>
            </w:r>
          </w:p>
        </w:tc>
        <w:tc>
          <w:tcPr>
            <w:tcW w:w="1425" w:type="dxa"/>
            <w:vAlign w:val="center"/>
          </w:tcPr>
          <w:p w14:paraId="610F85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0.85</w:t>
            </w:r>
          </w:p>
        </w:tc>
        <w:tc>
          <w:tcPr>
            <w:tcW w:w="1425" w:type="dxa"/>
            <w:vAlign w:val="center"/>
          </w:tcPr>
          <w:p w14:paraId="2B7544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4CD58A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51.9</w:t>
            </w:r>
          </w:p>
        </w:tc>
      </w:tr>
      <w:tr w:rsidR="006D7CF4" w:rsidRPr="00CE6355" w14:paraId="4B6839A0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E180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1425" w:type="dxa"/>
            <w:vAlign w:val="center"/>
          </w:tcPr>
          <w:p w14:paraId="791B5D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29CDF0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91.87</w:t>
            </w:r>
          </w:p>
        </w:tc>
        <w:tc>
          <w:tcPr>
            <w:tcW w:w="1425" w:type="dxa"/>
            <w:vAlign w:val="center"/>
          </w:tcPr>
          <w:p w14:paraId="5C888A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0.585</w:t>
            </w:r>
          </w:p>
        </w:tc>
        <w:tc>
          <w:tcPr>
            <w:tcW w:w="1425" w:type="dxa"/>
            <w:vAlign w:val="center"/>
          </w:tcPr>
          <w:p w14:paraId="7D36F4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0.81</w:t>
            </w:r>
          </w:p>
        </w:tc>
        <w:tc>
          <w:tcPr>
            <w:tcW w:w="1425" w:type="dxa"/>
            <w:vAlign w:val="center"/>
          </w:tcPr>
          <w:p w14:paraId="4045E0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1425" w:type="dxa"/>
            <w:vAlign w:val="center"/>
          </w:tcPr>
          <w:p w14:paraId="53CBC5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51.98</w:t>
            </w:r>
          </w:p>
        </w:tc>
      </w:tr>
      <w:tr w:rsidR="006D7CF4" w:rsidRPr="00CE6355" w14:paraId="1F5B016C" w14:textId="77777777" w:rsidTr="00A0291F">
        <w:trPr>
          <w:jc w:val="center"/>
        </w:trPr>
        <w:tc>
          <w:tcPr>
            <w:tcW w:w="1425" w:type="dxa"/>
            <w:vAlign w:val="center"/>
          </w:tcPr>
          <w:p w14:paraId="78778E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54</w:t>
            </w:r>
          </w:p>
        </w:tc>
        <w:tc>
          <w:tcPr>
            <w:tcW w:w="1425" w:type="dxa"/>
            <w:vAlign w:val="center"/>
          </w:tcPr>
          <w:p w14:paraId="1D91B4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9CA92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90.77</w:t>
            </w:r>
          </w:p>
        </w:tc>
        <w:tc>
          <w:tcPr>
            <w:tcW w:w="1425" w:type="dxa"/>
            <w:vAlign w:val="center"/>
          </w:tcPr>
          <w:p w14:paraId="6B63ED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0.438</w:t>
            </w:r>
          </w:p>
        </w:tc>
        <w:tc>
          <w:tcPr>
            <w:tcW w:w="1425" w:type="dxa"/>
            <w:vAlign w:val="center"/>
          </w:tcPr>
          <w:p w14:paraId="73AC8A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0.916</w:t>
            </w:r>
          </w:p>
        </w:tc>
        <w:tc>
          <w:tcPr>
            <w:tcW w:w="1425" w:type="dxa"/>
            <w:vAlign w:val="center"/>
          </w:tcPr>
          <w:p w14:paraId="3D454B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0.048</w:t>
            </w:r>
          </w:p>
        </w:tc>
        <w:tc>
          <w:tcPr>
            <w:tcW w:w="1425" w:type="dxa"/>
            <w:vAlign w:val="center"/>
          </w:tcPr>
          <w:p w14:paraId="266F85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55.36</w:t>
            </w:r>
          </w:p>
        </w:tc>
      </w:tr>
      <w:tr w:rsidR="006D7CF4" w:rsidRPr="00CE6355" w14:paraId="4E96AB8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15243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</w:t>
            </w:r>
          </w:p>
        </w:tc>
        <w:tc>
          <w:tcPr>
            <w:tcW w:w="1425" w:type="dxa"/>
            <w:vAlign w:val="center"/>
          </w:tcPr>
          <w:p w14:paraId="4BE734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FE2F7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93.84</w:t>
            </w:r>
          </w:p>
        </w:tc>
        <w:tc>
          <w:tcPr>
            <w:tcW w:w="1425" w:type="dxa"/>
            <w:vAlign w:val="center"/>
          </w:tcPr>
          <w:p w14:paraId="41471E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0.392</w:t>
            </w:r>
          </w:p>
        </w:tc>
        <w:tc>
          <w:tcPr>
            <w:tcW w:w="1425" w:type="dxa"/>
            <w:vAlign w:val="center"/>
          </w:tcPr>
          <w:p w14:paraId="607B0B8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0.815</w:t>
            </w:r>
          </w:p>
        </w:tc>
        <w:tc>
          <w:tcPr>
            <w:tcW w:w="1425" w:type="dxa"/>
            <w:vAlign w:val="center"/>
          </w:tcPr>
          <w:p w14:paraId="6B76C7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46CA01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53.66</w:t>
            </w:r>
          </w:p>
        </w:tc>
      </w:tr>
      <w:tr w:rsidR="006D7CF4" w:rsidRPr="00CE6355" w14:paraId="44213EC7" w14:textId="77777777" w:rsidTr="00A0291F">
        <w:trPr>
          <w:jc w:val="center"/>
        </w:trPr>
        <w:tc>
          <w:tcPr>
            <w:tcW w:w="1425" w:type="dxa"/>
            <w:vAlign w:val="center"/>
          </w:tcPr>
          <w:p w14:paraId="053F648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56</w:t>
            </w:r>
          </w:p>
        </w:tc>
        <w:tc>
          <w:tcPr>
            <w:tcW w:w="1425" w:type="dxa"/>
            <w:vAlign w:val="center"/>
          </w:tcPr>
          <w:p w14:paraId="6BFFC2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DE296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94.07</w:t>
            </w:r>
          </w:p>
        </w:tc>
        <w:tc>
          <w:tcPr>
            <w:tcW w:w="1425" w:type="dxa"/>
            <w:vAlign w:val="center"/>
          </w:tcPr>
          <w:p w14:paraId="08AF22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41D556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0.874</w:t>
            </w:r>
          </w:p>
        </w:tc>
        <w:tc>
          <w:tcPr>
            <w:tcW w:w="1425" w:type="dxa"/>
            <w:vAlign w:val="center"/>
          </w:tcPr>
          <w:p w14:paraId="306167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0.052</w:t>
            </w:r>
          </w:p>
        </w:tc>
        <w:tc>
          <w:tcPr>
            <w:tcW w:w="1425" w:type="dxa"/>
            <w:vAlign w:val="center"/>
          </w:tcPr>
          <w:p w14:paraId="23C47DF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52.21</w:t>
            </w:r>
          </w:p>
        </w:tc>
      </w:tr>
      <w:tr w:rsidR="006D7CF4" w:rsidRPr="00CE6355" w14:paraId="2B8ADB25" w14:textId="77777777" w:rsidTr="00A0291F">
        <w:trPr>
          <w:jc w:val="center"/>
        </w:trPr>
        <w:tc>
          <w:tcPr>
            <w:tcW w:w="1425" w:type="dxa"/>
            <w:vAlign w:val="center"/>
          </w:tcPr>
          <w:p w14:paraId="4A722E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57</w:t>
            </w:r>
          </w:p>
        </w:tc>
        <w:tc>
          <w:tcPr>
            <w:tcW w:w="1425" w:type="dxa"/>
            <w:vAlign w:val="center"/>
          </w:tcPr>
          <w:p w14:paraId="1961BA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54B17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97.19</w:t>
            </w:r>
          </w:p>
        </w:tc>
        <w:tc>
          <w:tcPr>
            <w:tcW w:w="1425" w:type="dxa"/>
            <w:vAlign w:val="center"/>
          </w:tcPr>
          <w:p w14:paraId="3CCC2B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</w:t>
            </w:r>
          </w:p>
        </w:tc>
        <w:tc>
          <w:tcPr>
            <w:tcW w:w="1425" w:type="dxa"/>
            <w:vAlign w:val="center"/>
          </w:tcPr>
          <w:p w14:paraId="7FAE53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0.847</w:t>
            </w:r>
          </w:p>
        </w:tc>
        <w:tc>
          <w:tcPr>
            <w:tcW w:w="1425" w:type="dxa"/>
            <w:vAlign w:val="center"/>
          </w:tcPr>
          <w:p w14:paraId="5DD57C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6213C5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52.85</w:t>
            </w:r>
          </w:p>
        </w:tc>
      </w:tr>
      <w:tr w:rsidR="006D7CF4" w:rsidRPr="00CE6355" w14:paraId="12221E13" w14:textId="77777777" w:rsidTr="00A0291F">
        <w:trPr>
          <w:jc w:val="center"/>
        </w:trPr>
        <w:tc>
          <w:tcPr>
            <w:tcW w:w="1425" w:type="dxa"/>
            <w:vAlign w:val="center"/>
          </w:tcPr>
          <w:p w14:paraId="0905D2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1425" w:type="dxa"/>
            <w:vAlign w:val="center"/>
          </w:tcPr>
          <w:p w14:paraId="3F65FA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63F8A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92.22</w:t>
            </w:r>
          </w:p>
        </w:tc>
        <w:tc>
          <w:tcPr>
            <w:tcW w:w="1425" w:type="dxa"/>
            <w:vAlign w:val="center"/>
          </w:tcPr>
          <w:p w14:paraId="0EBDA5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0.434</w:t>
            </w:r>
          </w:p>
        </w:tc>
        <w:tc>
          <w:tcPr>
            <w:tcW w:w="1425" w:type="dxa"/>
            <w:vAlign w:val="center"/>
          </w:tcPr>
          <w:p w14:paraId="1C7D72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0.813</w:t>
            </w:r>
          </w:p>
        </w:tc>
        <w:tc>
          <w:tcPr>
            <w:tcW w:w="1425" w:type="dxa"/>
            <w:vAlign w:val="center"/>
          </w:tcPr>
          <w:p w14:paraId="13A5D9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0.036</w:t>
            </w:r>
          </w:p>
        </w:tc>
        <w:tc>
          <w:tcPr>
            <w:tcW w:w="1425" w:type="dxa"/>
            <w:vAlign w:val="center"/>
          </w:tcPr>
          <w:p w14:paraId="5CA71D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51.57</w:t>
            </w:r>
          </w:p>
        </w:tc>
      </w:tr>
      <w:tr w:rsidR="006D7CF4" w:rsidRPr="00CE6355" w14:paraId="19A6B856" w14:textId="77777777" w:rsidTr="00A0291F">
        <w:trPr>
          <w:jc w:val="center"/>
        </w:trPr>
        <w:tc>
          <w:tcPr>
            <w:tcW w:w="1425" w:type="dxa"/>
            <w:vAlign w:val="center"/>
          </w:tcPr>
          <w:p w14:paraId="41E869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1425" w:type="dxa"/>
            <w:vAlign w:val="center"/>
          </w:tcPr>
          <w:p w14:paraId="0C1454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030BAD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95.21</w:t>
            </w:r>
          </w:p>
        </w:tc>
        <w:tc>
          <w:tcPr>
            <w:tcW w:w="1425" w:type="dxa"/>
            <w:vAlign w:val="center"/>
          </w:tcPr>
          <w:p w14:paraId="720F66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0.264</w:t>
            </w:r>
          </w:p>
        </w:tc>
        <w:tc>
          <w:tcPr>
            <w:tcW w:w="1425" w:type="dxa"/>
            <w:vAlign w:val="center"/>
          </w:tcPr>
          <w:p w14:paraId="53D665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0.786</w:t>
            </w:r>
          </w:p>
        </w:tc>
        <w:tc>
          <w:tcPr>
            <w:tcW w:w="1425" w:type="dxa"/>
            <w:vAlign w:val="center"/>
          </w:tcPr>
          <w:p w14:paraId="62F2C3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163F68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55.69</w:t>
            </w:r>
          </w:p>
        </w:tc>
      </w:tr>
      <w:tr w:rsidR="006D7CF4" w:rsidRPr="00CE6355" w14:paraId="07673D94" w14:textId="77777777" w:rsidTr="00A0291F">
        <w:trPr>
          <w:jc w:val="center"/>
        </w:trPr>
        <w:tc>
          <w:tcPr>
            <w:tcW w:w="1425" w:type="dxa"/>
            <w:vAlign w:val="center"/>
          </w:tcPr>
          <w:p w14:paraId="2BFA6A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425" w:type="dxa"/>
            <w:vAlign w:val="center"/>
          </w:tcPr>
          <w:p w14:paraId="40DE01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FE767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93.77</w:t>
            </w:r>
          </w:p>
        </w:tc>
        <w:tc>
          <w:tcPr>
            <w:tcW w:w="1425" w:type="dxa"/>
            <w:vAlign w:val="center"/>
          </w:tcPr>
          <w:p w14:paraId="0B6C8A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0.581</w:t>
            </w:r>
          </w:p>
        </w:tc>
        <w:tc>
          <w:tcPr>
            <w:tcW w:w="1425" w:type="dxa"/>
            <w:vAlign w:val="center"/>
          </w:tcPr>
          <w:p w14:paraId="5E0824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0.855</w:t>
            </w:r>
          </w:p>
        </w:tc>
        <w:tc>
          <w:tcPr>
            <w:tcW w:w="1425" w:type="dxa"/>
            <w:vAlign w:val="center"/>
          </w:tcPr>
          <w:p w14:paraId="7967BB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1B8990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53.61</w:t>
            </w:r>
          </w:p>
        </w:tc>
      </w:tr>
      <w:tr w:rsidR="006D7CF4" w:rsidRPr="00CE6355" w14:paraId="14BEEBA8" w14:textId="77777777" w:rsidTr="00A0291F">
        <w:trPr>
          <w:jc w:val="center"/>
        </w:trPr>
        <w:tc>
          <w:tcPr>
            <w:tcW w:w="1425" w:type="dxa"/>
            <w:vAlign w:val="center"/>
          </w:tcPr>
          <w:p w14:paraId="1EB212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1425" w:type="dxa"/>
            <w:vAlign w:val="center"/>
          </w:tcPr>
          <w:p w14:paraId="308A4F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511EE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92.0</w:t>
            </w:r>
          </w:p>
        </w:tc>
        <w:tc>
          <w:tcPr>
            <w:tcW w:w="1425" w:type="dxa"/>
            <w:vAlign w:val="center"/>
          </w:tcPr>
          <w:p w14:paraId="5C09E6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0.497</w:t>
            </w:r>
          </w:p>
        </w:tc>
        <w:tc>
          <w:tcPr>
            <w:tcW w:w="1425" w:type="dxa"/>
            <w:vAlign w:val="center"/>
          </w:tcPr>
          <w:p w14:paraId="02CE5C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0.772</w:t>
            </w:r>
          </w:p>
        </w:tc>
        <w:tc>
          <w:tcPr>
            <w:tcW w:w="1425" w:type="dxa"/>
            <w:vAlign w:val="center"/>
          </w:tcPr>
          <w:p w14:paraId="41C906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425" w:type="dxa"/>
            <w:vAlign w:val="center"/>
          </w:tcPr>
          <w:p w14:paraId="5810BA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52.91</w:t>
            </w:r>
          </w:p>
        </w:tc>
      </w:tr>
      <w:tr w:rsidR="006D7CF4" w:rsidRPr="00CE6355" w14:paraId="26F71B01" w14:textId="77777777" w:rsidTr="00A0291F">
        <w:trPr>
          <w:jc w:val="center"/>
        </w:trPr>
        <w:tc>
          <w:tcPr>
            <w:tcW w:w="1425" w:type="dxa"/>
            <w:vAlign w:val="center"/>
          </w:tcPr>
          <w:p w14:paraId="7B6338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62</w:t>
            </w:r>
          </w:p>
        </w:tc>
        <w:tc>
          <w:tcPr>
            <w:tcW w:w="1425" w:type="dxa"/>
            <w:vAlign w:val="center"/>
          </w:tcPr>
          <w:p w14:paraId="2879FC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6AC782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92.99</w:t>
            </w:r>
          </w:p>
        </w:tc>
        <w:tc>
          <w:tcPr>
            <w:tcW w:w="1425" w:type="dxa"/>
            <w:vAlign w:val="center"/>
          </w:tcPr>
          <w:p w14:paraId="02DB96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0.582</w:t>
            </w:r>
          </w:p>
        </w:tc>
        <w:tc>
          <w:tcPr>
            <w:tcW w:w="1425" w:type="dxa"/>
            <w:vAlign w:val="center"/>
          </w:tcPr>
          <w:p w14:paraId="3D1961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0.873</w:t>
            </w:r>
          </w:p>
        </w:tc>
        <w:tc>
          <w:tcPr>
            <w:tcW w:w="1425" w:type="dxa"/>
            <w:vAlign w:val="center"/>
          </w:tcPr>
          <w:p w14:paraId="11B666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1D9638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54.65</w:t>
            </w:r>
          </w:p>
        </w:tc>
      </w:tr>
      <w:tr w:rsidR="006D7CF4" w:rsidRPr="00CE6355" w14:paraId="11A16743" w14:textId="77777777" w:rsidTr="00A0291F">
        <w:trPr>
          <w:jc w:val="center"/>
        </w:trPr>
        <w:tc>
          <w:tcPr>
            <w:tcW w:w="1425" w:type="dxa"/>
            <w:vAlign w:val="center"/>
          </w:tcPr>
          <w:p w14:paraId="70D3AF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63</w:t>
            </w:r>
          </w:p>
        </w:tc>
        <w:tc>
          <w:tcPr>
            <w:tcW w:w="1425" w:type="dxa"/>
            <w:vAlign w:val="center"/>
          </w:tcPr>
          <w:p w14:paraId="03FB26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501D5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94.04</w:t>
            </w:r>
          </w:p>
        </w:tc>
        <w:tc>
          <w:tcPr>
            <w:tcW w:w="1425" w:type="dxa"/>
            <w:vAlign w:val="center"/>
          </w:tcPr>
          <w:p w14:paraId="425EA1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0.522</w:t>
            </w:r>
          </w:p>
        </w:tc>
        <w:tc>
          <w:tcPr>
            <w:tcW w:w="1425" w:type="dxa"/>
            <w:vAlign w:val="center"/>
          </w:tcPr>
          <w:p w14:paraId="435F42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0.715</w:t>
            </w:r>
          </w:p>
        </w:tc>
        <w:tc>
          <w:tcPr>
            <w:tcW w:w="1425" w:type="dxa"/>
            <w:vAlign w:val="center"/>
          </w:tcPr>
          <w:p w14:paraId="387C35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1425" w:type="dxa"/>
            <w:vAlign w:val="center"/>
          </w:tcPr>
          <w:p w14:paraId="100E5A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53.26</w:t>
            </w:r>
          </w:p>
        </w:tc>
      </w:tr>
      <w:tr w:rsidR="006D7CF4" w:rsidRPr="00CE6355" w14:paraId="2F6637AD" w14:textId="77777777" w:rsidTr="00A0291F">
        <w:trPr>
          <w:jc w:val="center"/>
        </w:trPr>
        <w:tc>
          <w:tcPr>
            <w:tcW w:w="1425" w:type="dxa"/>
            <w:vAlign w:val="center"/>
          </w:tcPr>
          <w:p w14:paraId="780334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1425" w:type="dxa"/>
            <w:vAlign w:val="center"/>
          </w:tcPr>
          <w:p w14:paraId="2DF697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682FC5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92.99</w:t>
            </w:r>
          </w:p>
        </w:tc>
        <w:tc>
          <w:tcPr>
            <w:tcW w:w="1425" w:type="dxa"/>
            <w:vAlign w:val="center"/>
          </w:tcPr>
          <w:p w14:paraId="0BB8AE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0.335</w:t>
            </w:r>
          </w:p>
        </w:tc>
        <w:tc>
          <w:tcPr>
            <w:tcW w:w="1425" w:type="dxa"/>
            <w:vAlign w:val="center"/>
          </w:tcPr>
          <w:p w14:paraId="47016C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0.881</w:t>
            </w:r>
          </w:p>
        </w:tc>
        <w:tc>
          <w:tcPr>
            <w:tcW w:w="1425" w:type="dxa"/>
            <w:vAlign w:val="center"/>
          </w:tcPr>
          <w:p w14:paraId="1CA094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1425" w:type="dxa"/>
            <w:vAlign w:val="center"/>
          </w:tcPr>
          <w:p w14:paraId="57749A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50.53</w:t>
            </w:r>
          </w:p>
        </w:tc>
      </w:tr>
      <w:tr w:rsidR="006D7CF4" w:rsidRPr="00CE6355" w14:paraId="6290BE73" w14:textId="77777777" w:rsidTr="00A0291F">
        <w:trPr>
          <w:jc w:val="center"/>
        </w:trPr>
        <w:tc>
          <w:tcPr>
            <w:tcW w:w="1425" w:type="dxa"/>
            <w:vAlign w:val="center"/>
          </w:tcPr>
          <w:p w14:paraId="7F72B9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65</w:t>
            </w:r>
          </w:p>
        </w:tc>
        <w:tc>
          <w:tcPr>
            <w:tcW w:w="1425" w:type="dxa"/>
            <w:vAlign w:val="center"/>
          </w:tcPr>
          <w:p w14:paraId="6F411C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2FFC10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95.21</w:t>
            </w:r>
          </w:p>
        </w:tc>
        <w:tc>
          <w:tcPr>
            <w:tcW w:w="1425" w:type="dxa"/>
            <w:vAlign w:val="center"/>
          </w:tcPr>
          <w:p w14:paraId="74020D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0.423</w:t>
            </w:r>
          </w:p>
        </w:tc>
        <w:tc>
          <w:tcPr>
            <w:tcW w:w="1425" w:type="dxa"/>
            <w:vAlign w:val="center"/>
          </w:tcPr>
          <w:p w14:paraId="0DD894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0.949</w:t>
            </w:r>
          </w:p>
        </w:tc>
        <w:tc>
          <w:tcPr>
            <w:tcW w:w="1425" w:type="dxa"/>
            <w:vAlign w:val="center"/>
          </w:tcPr>
          <w:p w14:paraId="48CC2F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0.048</w:t>
            </w:r>
          </w:p>
        </w:tc>
        <w:tc>
          <w:tcPr>
            <w:tcW w:w="1425" w:type="dxa"/>
            <w:vAlign w:val="center"/>
          </w:tcPr>
          <w:p w14:paraId="5C3E71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53.54</w:t>
            </w:r>
          </w:p>
        </w:tc>
      </w:tr>
      <w:tr w:rsidR="006D7CF4" w:rsidRPr="00CE6355" w14:paraId="453AC045" w14:textId="77777777" w:rsidTr="00A0291F">
        <w:trPr>
          <w:jc w:val="center"/>
        </w:trPr>
        <w:tc>
          <w:tcPr>
            <w:tcW w:w="1425" w:type="dxa"/>
            <w:vAlign w:val="center"/>
          </w:tcPr>
          <w:p w14:paraId="65E739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66</w:t>
            </w:r>
          </w:p>
        </w:tc>
        <w:tc>
          <w:tcPr>
            <w:tcW w:w="1425" w:type="dxa"/>
            <w:vAlign w:val="center"/>
          </w:tcPr>
          <w:p w14:paraId="729BFA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64DAC0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92.29</w:t>
            </w:r>
          </w:p>
        </w:tc>
        <w:tc>
          <w:tcPr>
            <w:tcW w:w="1425" w:type="dxa"/>
            <w:vAlign w:val="center"/>
          </w:tcPr>
          <w:p w14:paraId="3707D7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0.304</w:t>
            </w:r>
          </w:p>
        </w:tc>
        <w:tc>
          <w:tcPr>
            <w:tcW w:w="1425" w:type="dxa"/>
            <w:vAlign w:val="center"/>
          </w:tcPr>
          <w:p w14:paraId="42D587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0.779</w:t>
            </w:r>
          </w:p>
        </w:tc>
        <w:tc>
          <w:tcPr>
            <w:tcW w:w="1425" w:type="dxa"/>
            <w:vAlign w:val="center"/>
          </w:tcPr>
          <w:p w14:paraId="14B82F8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425" w:type="dxa"/>
            <w:vAlign w:val="center"/>
          </w:tcPr>
          <w:p w14:paraId="7904B9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51.18</w:t>
            </w:r>
          </w:p>
        </w:tc>
      </w:tr>
      <w:tr w:rsidR="006D7CF4" w:rsidRPr="00CE6355" w14:paraId="5CFC55B5" w14:textId="77777777" w:rsidTr="00A0291F">
        <w:trPr>
          <w:jc w:val="center"/>
        </w:trPr>
        <w:tc>
          <w:tcPr>
            <w:tcW w:w="1425" w:type="dxa"/>
            <w:vAlign w:val="center"/>
          </w:tcPr>
          <w:p w14:paraId="79EEED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67</w:t>
            </w:r>
          </w:p>
        </w:tc>
        <w:tc>
          <w:tcPr>
            <w:tcW w:w="1425" w:type="dxa"/>
            <w:vAlign w:val="center"/>
          </w:tcPr>
          <w:p w14:paraId="5E1E4B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B48C7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90.36</w:t>
            </w:r>
          </w:p>
        </w:tc>
        <w:tc>
          <w:tcPr>
            <w:tcW w:w="1425" w:type="dxa"/>
            <w:vAlign w:val="center"/>
          </w:tcPr>
          <w:p w14:paraId="422D26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0.502</w:t>
            </w:r>
          </w:p>
        </w:tc>
        <w:tc>
          <w:tcPr>
            <w:tcW w:w="1425" w:type="dxa"/>
            <w:vAlign w:val="center"/>
          </w:tcPr>
          <w:p w14:paraId="593C23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</w:t>
            </w:r>
          </w:p>
        </w:tc>
        <w:tc>
          <w:tcPr>
            <w:tcW w:w="1425" w:type="dxa"/>
            <w:vAlign w:val="center"/>
          </w:tcPr>
          <w:p w14:paraId="73307C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261DB6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52.95</w:t>
            </w:r>
          </w:p>
        </w:tc>
      </w:tr>
      <w:tr w:rsidR="006D7CF4" w:rsidRPr="00CE6355" w14:paraId="211F85BA" w14:textId="77777777" w:rsidTr="00A0291F">
        <w:trPr>
          <w:jc w:val="center"/>
        </w:trPr>
        <w:tc>
          <w:tcPr>
            <w:tcW w:w="1425" w:type="dxa"/>
            <w:vAlign w:val="center"/>
          </w:tcPr>
          <w:p w14:paraId="5770E7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1425" w:type="dxa"/>
            <w:vAlign w:val="center"/>
          </w:tcPr>
          <w:p w14:paraId="216A54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074321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93.08</w:t>
            </w:r>
          </w:p>
        </w:tc>
        <w:tc>
          <w:tcPr>
            <w:tcW w:w="1425" w:type="dxa"/>
            <w:vAlign w:val="center"/>
          </w:tcPr>
          <w:p w14:paraId="3569D3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</w:t>
            </w:r>
          </w:p>
        </w:tc>
        <w:tc>
          <w:tcPr>
            <w:tcW w:w="1425" w:type="dxa"/>
            <w:vAlign w:val="center"/>
          </w:tcPr>
          <w:p w14:paraId="37D9C8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</w:t>
            </w:r>
          </w:p>
        </w:tc>
        <w:tc>
          <w:tcPr>
            <w:tcW w:w="1425" w:type="dxa"/>
            <w:vAlign w:val="center"/>
          </w:tcPr>
          <w:p w14:paraId="38FCA4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4F483B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52.44</w:t>
            </w:r>
          </w:p>
        </w:tc>
      </w:tr>
      <w:tr w:rsidR="006D7CF4" w:rsidRPr="00CE6355" w14:paraId="1EBDE387" w14:textId="77777777" w:rsidTr="00A0291F">
        <w:trPr>
          <w:jc w:val="center"/>
        </w:trPr>
        <w:tc>
          <w:tcPr>
            <w:tcW w:w="1425" w:type="dxa"/>
            <w:vAlign w:val="center"/>
          </w:tcPr>
          <w:p w14:paraId="5159FD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69</w:t>
            </w:r>
          </w:p>
        </w:tc>
        <w:tc>
          <w:tcPr>
            <w:tcW w:w="1425" w:type="dxa"/>
            <w:vAlign w:val="center"/>
          </w:tcPr>
          <w:p w14:paraId="045CE6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AF7AF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92.85</w:t>
            </w:r>
          </w:p>
        </w:tc>
        <w:tc>
          <w:tcPr>
            <w:tcW w:w="1425" w:type="dxa"/>
            <w:vAlign w:val="center"/>
          </w:tcPr>
          <w:p w14:paraId="0B0A44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0.419</w:t>
            </w:r>
          </w:p>
        </w:tc>
        <w:tc>
          <w:tcPr>
            <w:tcW w:w="1425" w:type="dxa"/>
            <w:vAlign w:val="center"/>
          </w:tcPr>
          <w:p w14:paraId="23F582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0.767</w:t>
            </w:r>
          </w:p>
        </w:tc>
        <w:tc>
          <w:tcPr>
            <w:tcW w:w="1425" w:type="dxa"/>
            <w:vAlign w:val="center"/>
          </w:tcPr>
          <w:p w14:paraId="1CA25D4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0.066</w:t>
            </w:r>
          </w:p>
        </w:tc>
        <w:tc>
          <w:tcPr>
            <w:tcW w:w="1425" w:type="dxa"/>
            <w:vAlign w:val="center"/>
          </w:tcPr>
          <w:p w14:paraId="1BE0EB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55.54</w:t>
            </w:r>
          </w:p>
        </w:tc>
      </w:tr>
      <w:tr w:rsidR="006D7CF4" w:rsidRPr="00CE6355" w14:paraId="1ADBE8E4" w14:textId="77777777" w:rsidTr="00A0291F">
        <w:trPr>
          <w:jc w:val="center"/>
        </w:trPr>
        <w:tc>
          <w:tcPr>
            <w:tcW w:w="1425" w:type="dxa"/>
            <w:vAlign w:val="center"/>
          </w:tcPr>
          <w:p w14:paraId="75CE74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70</w:t>
            </w:r>
          </w:p>
        </w:tc>
        <w:tc>
          <w:tcPr>
            <w:tcW w:w="1425" w:type="dxa"/>
            <w:vAlign w:val="center"/>
          </w:tcPr>
          <w:p w14:paraId="0C63D6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6D2CD5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93.98</w:t>
            </w:r>
          </w:p>
        </w:tc>
        <w:tc>
          <w:tcPr>
            <w:tcW w:w="1425" w:type="dxa"/>
            <w:vAlign w:val="center"/>
          </w:tcPr>
          <w:p w14:paraId="6BF9C8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0.352</w:t>
            </w:r>
          </w:p>
        </w:tc>
        <w:tc>
          <w:tcPr>
            <w:tcW w:w="1425" w:type="dxa"/>
            <w:vAlign w:val="center"/>
          </w:tcPr>
          <w:p w14:paraId="688626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0.805</w:t>
            </w:r>
          </w:p>
        </w:tc>
        <w:tc>
          <w:tcPr>
            <w:tcW w:w="1425" w:type="dxa"/>
            <w:vAlign w:val="center"/>
          </w:tcPr>
          <w:p w14:paraId="7D7F4E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17EA84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52.73</w:t>
            </w:r>
          </w:p>
        </w:tc>
      </w:tr>
      <w:tr w:rsidR="006D7CF4" w:rsidRPr="00CE6355" w14:paraId="3C6AC0CA" w14:textId="77777777" w:rsidTr="00A0291F">
        <w:trPr>
          <w:jc w:val="center"/>
        </w:trPr>
        <w:tc>
          <w:tcPr>
            <w:tcW w:w="1425" w:type="dxa"/>
            <w:vAlign w:val="center"/>
          </w:tcPr>
          <w:p w14:paraId="018232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71</w:t>
            </w:r>
          </w:p>
        </w:tc>
        <w:tc>
          <w:tcPr>
            <w:tcW w:w="1425" w:type="dxa"/>
            <w:vAlign w:val="center"/>
          </w:tcPr>
          <w:p w14:paraId="7AE45A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256D49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90.45</w:t>
            </w:r>
          </w:p>
        </w:tc>
        <w:tc>
          <w:tcPr>
            <w:tcW w:w="1425" w:type="dxa"/>
            <w:vAlign w:val="center"/>
          </w:tcPr>
          <w:p w14:paraId="6CB748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0.492</w:t>
            </w:r>
          </w:p>
        </w:tc>
        <w:tc>
          <w:tcPr>
            <w:tcW w:w="1425" w:type="dxa"/>
            <w:vAlign w:val="center"/>
          </w:tcPr>
          <w:p w14:paraId="4E6621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0.828</w:t>
            </w:r>
          </w:p>
        </w:tc>
        <w:tc>
          <w:tcPr>
            <w:tcW w:w="1425" w:type="dxa"/>
            <w:vAlign w:val="center"/>
          </w:tcPr>
          <w:p w14:paraId="3F100B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0.053</w:t>
            </w:r>
          </w:p>
        </w:tc>
        <w:tc>
          <w:tcPr>
            <w:tcW w:w="1425" w:type="dxa"/>
            <w:vAlign w:val="center"/>
          </w:tcPr>
          <w:p w14:paraId="659FBE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50.05</w:t>
            </w:r>
          </w:p>
        </w:tc>
      </w:tr>
      <w:tr w:rsidR="006D7CF4" w:rsidRPr="00CE6355" w14:paraId="5302AD4F" w14:textId="77777777" w:rsidTr="00A0291F">
        <w:trPr>
          <w:jc w:val="center"/>
        </w:trPr>
        <w:tc>
          <w:tcPr>
            <w:tcW w:w="1425" w:type="dxa"/>
            <w:vAlign w:val="center"/>
          </w:tcPr>
          <w:p w14:paraId="6672D3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1425" w:type="dxa"/>
            <w:vAlign w:val="center"/>
          </w:tcPr>
          <w:p w14:paraId="5E2153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3F9E21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93.31</w:t>
            </w:r>
          </w:p>
        </w:tc>
        <w:tc>
          <w:tcPr>
            <w:tcW w:w="1425" w:type="dxa"/>
            <w:vAlign w:val="center"/>
          </w:tcPr>
          <w:p w14:paraId="30654F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0.432</w:t>
            </w:r>
          </w:p>
        </w:tc>
        <w:tc>
          <w:tcPr>
            <w:tcW w:w="1425" w:type="dxa"/>
            <w:vAlign w:val="center"/>
          </w:tcPr>
          <w:p w14:paraId="39A6B79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</w:t>
            </w:r>
          </w:p>
        </w:tc>
        <w:tc>
          <w:tcPr>
            <w:tcW w:w="1425" w:type="dxa"/>
            <w:vAlign w:val="center"/>
          </w:tcPr>
          <w:p w14:paraId="4BDCEA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425" w:type="dxa"/>
            <w:vAlign w:val="center"/>
          </w:tcPr>
          <w:p w14:paraId="7522CC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52.59</w:t>
            </w:r>
          </w:p>
        </w:tc>
      </w:tr>
      <w:tr w:rsidR="006D7CF4" w:rsidRPr="00CE6355" w14:paraId="56C991F4" w14:textId="77777777" w:rsidTr="00A0291F">
        <w:trPr>
          <w:jc w:val="center"/>
        </w:trPr>
        <w:tc>
          <w:tcPr>
            <w:tcW w:w="1425" w:type="dxa"/>
            <w:vAlign w:val="center"/>
          </w:tcPr>
          <w:p w14:paraId="28BF85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73</w:t>
            </w:r>
          </w:p>
        </w:tc>
        <w:tc>
          <w:tcPr>
            <w:tcW w:w="1425" w:type="dxa"/>
            <w:vAlign w:val="center"/>
          </w:tcPr>
          <w:p w14:paraId="56710B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9DE16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95.78</w:t>
            </w:r>
          </w:p>
        </w:tc>
        <w:tc>
          <w:tcPr>
            <w:tcW w:w="1425" w:type="dxa"/>
            <w:vAlign w:val="center"/>
          </w:tcPr>
          <w:p w14:paraId="6803D0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0.457</w:t>
            </w:r>
          </w:p>
        </w:tc>
        <w:tc>
          <w:tcPr>
            <w:tcW w:w="1425" w:type="dxa"/>
            <w:vAlign w:val="center"/>
          </w:tcPr>
          <w:p w14:paraId="755CB0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0.712</w:t>
            </w:r>
          </w:p>
        </w:tc>
        <w:tc>
          <w:tcPr>
            <w:tcW w:w="1425" w:type="dxa"/>
            <w:vAlign w:val="center"/>
          </w:tcPr>
          <w:p w14:paraId="7FE984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425" w:type="dxa"/>
            <w:vAlign w:val="center"/>
          </w:tcPr>
          <w:p w14:paraId="3C990E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52.03</w:t>
            </w:r>
          </w:p>
        </w:tc>
      </w:tr>
      <w:tr w:rsidR="006D7CF4" w:rsidRPr="00CE6355" w14:paraId="20A8DED4" w14:textId="77777777" w:rsidTr="00A0291F">
        <w:trPr>
          <w:jc w:val="center"/>
        </w:trPr>
        <w:tc>
          <w:tcPr>
            <w:tcW w:w="1425" w:type="dxa"/>
            <w:vAlign w:val="center"/>
          </w:tcPr>
          <w:p w14:paraId="0DF11B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74</w:t>
            </w:r>
          </w:p>
        </w:tc>
        <w:tc>
          <w:tcPr>
            <w:tcW w:w="1425" w:type="dxa"/>
            <w:vAlign w:val="center"/>
          </w:tcPr>
          <w:p w14:paraId="75A5B5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1283C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93.1</w:t>
            </w:r>
          </w:p>
        </w:tc>
        <w:tc>
          <w:tcPr>
            <w:tcW w:w="1425" w:type="dxa"/>
            <w:vAlign w:val="center"/>
          </w:tcPr>
          <w:p w14:paraId="2F9E82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425" w:type="dxa"/>
            <w:vAlign w:val="center"/>
          </w:tcPr>
          <w:p w14:paraId="6F0281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0.766</w:t>
            </w:r>
          </w:p>
        </w:tc>
        <w:tc>
          <w:tcPr>
            <w:tcW w:w="1425" w:type="dxa"/>
            <w:vAlign w:val="center"/>
          </w:tcPr>
          <w:p w14:paraId="4E302E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296EF4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53.39</w:t>
            </w:r>
          </w:p>
        </w:tc>
      </w:tr>
      <w:tr w:rsidR="006D7CF4" w:rsidRPr="00CE6355" w14:paraId="77AC3370" w14:textId="77777777" w:rsidTr="00A0291F">
        <w:trPr>
          <w:jc w:val="center"/>
        </w:trPr>
        <w:tc>
          <w:tcPr>
            <w:tcW w:w="1425" w:type="dxa"/>
            <w:vAlign w:val="center"/>
          </w:tcPr>
          <w:p w14:paraId="09792C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1425" w:type="dxa"/>
            <w:vAlign w:val="center"/>
          </w:tcPr>
          <w:p w14:paraId="08AA41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069B73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91.79</w:t>
            </w:r>
          </w:p>
        </w:tc>
        <w:tc>
          <w:tcPr>
            <w:tcW w:w="1425" w:type="dxa"/>
            <w:vAlign w:val="center"/>
          </w:tcPr>
          <w:p w14:paraId="14A989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0.482</w:t>
            </w:r>
          </w:p>
        </w:tc>
        <w:tc>
          <w:tcPr>
            <w:tcW w:w="1425" w:type="dxa"/>
            <w:vAlign w:val="center"/>
          </w:tcPr>
          <w:p w14:paraId="471760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0.931</w:t>
            </w:r>
          </w:p>
        </w:tc>
        <w:tc>
          <w:tcPr>
            <w:tcW w:w="1425" w:type="dxa"/>
            <w:vAlign w:val="center"/>
          </w:tcPr>
          <w:p w14:paraId="66D254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2DF6FF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51.75</w:t>
            </w:r>
          </w:p>
        </w:tc>
      </w:tr>
      <w:tr w:rsidR="006D7CF4" w:rsidRPr="00CE6355" w14:paraId="35D4380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43E38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</w:t>
            </w:r>
          </w:p>
        </w:tc>
        <w:tc>
          <w:tcPr>
            <w:tcW w:w="1425" w:type="dxa"/>
            <w:vAlign w:val="center"/>
          </w:tcPr>
          <w:p w14:paraId="01F998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F63F1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96.84</w:t>
            </w:r>
          </w:p>
        </w:tc>
        <w:tc>
          <w:tcPr>
            <w:tcW w:w="1425" w:type="dxa"/>
            <w:vAlign w:val="center"/>
          </w:tcPr>
          <w:p w14:paraId="1835B4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</w:t>
            </w:r>
          </w:p>
        </w:tc>
        <w:tc>
          <w:tcPr>
            <w:tcW w:w="1425" w:type="dxa"/>
            <w:vAlign w:val="center"/>
          </w:tcPr>
          <w:p w14:paraId="5F5923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0.805</w:t>
            </w:r>
          </w:p>
        </w:tc>
        <w:tc>
          <w:tcPr>
            <w:tcW w:w="1425" w:type="dxa"/>
            <w:vAlign w:val="center"/>
          </w:tcPr>
          <w:p w14:paraId="79BB8E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0.064</w:t>
            </w:r>
          </w:p>
        </w:tc>
        <w:tc>
          <w:tcPr>
            <w:tcW w:w="1425" w:type="dxa"/>
            <w:vAlign w:val="center"/>
          </w:tcPr>
          <w:p w14:paraId="2B56A3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51.04</w:t>
            </w:r>
          </w:p>
        </w:tc>
      </w:tr>
      <w:tr w:rsidR="006D7CF4" w:rsidRPr="00CE6355" w14:paraId="6198B52F" w14:textId="77777777" w:rsidTr="00A0291F">
        <w:trPr>
          <w:jc w:val="center"/>
        </w:trPr>
        <w:tc>
          <w:tcPr>
            <w:tcW w:w="1425" w:type="dxa"/>
            <w:vAlign w:val="center"/>
          </w:tcPr>
          <w:p w14:paraId="2976C2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</w:t>
            </w:r>
          </w:p>
        </w:tc>
        <w:tc>
          <w:tcPr>
            <w:tcW w:w="1425" w:type="dxa"/>
            <w:vAlign w:val="center"/>
          </w:tcPr>
          <w:p w14:paraId="4C0443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AA977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90.67</w:t>
            </w:r>
          </w:p>
        </w:tc>
        <w:tc>
          <w:tcPr>
            <w:tcW w:w="1425" w:type="dxa"/>
            <w:vAlign w:val="center"/>
          </w:tcPr>
          <w:p w14:paraId="325A18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</w:t>
            </w:r>
          </w:p>
        </w:tc>
        <w:tc>
          <w:tcPr>
            <w:tcW w:w="1425" w:type="dxa"/>
            <w:vAlign w:val="center"/>
          </w:tcPr>
          <w:p w14:paraId="455E7C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0.846</w:t>
            </w:r>
          </w:p>
        </w:tc>
        <w:tc>
          <w:tcPr>
            <w:tcW w:w="1425" w:type="dxa"/>
            <w:vAlign w:val="center"/>
          </w:tcPr>
          <w:p w14:paraId="54E566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7F8D0F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54.81</w:t>
            </w:r>
          </w:p>
        </w:tc>
      </w:tr>
      <w:tr w:rsidR="006D7CF4" w:rsidRPr="00CE6355" w14:paraId="247B26CE" w14:textId="77777777" w:rsidTr="00A0291F">
        <w:trPr>
          <w:jc w:val="center"/>
        </w:trPr>
        <w:tc>
          <w:tcPr>
            <w:tcW w:w="1425" w:type="dxa"/>
            <w:vAlign w:val="center"/>
          </w:tcPr>
          <w:p w14:paraId="3A6BA6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</w:t>
            </w:r>
          </w:p>
        </w:tc>
        <w:tc>
          <w:tcPr>
            <w:tcW w:w="1425" w:type="dxa"/>
            <w:vAlign w:val="center"/>
          </w:tcPr>
          <w:p w14:paraId="4EDFD2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BA0E2B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92.33</w:t>
            </w:r>
          </w:p>
        </w:tc>
        <w:tc>
          <w:tcPr>
            <w:tcW w:w="1425" w:type="dxa"/>
            <w:vAlign w:val="center"/>
          </w:tcPr>
          <w:p w14:paraId="6626CA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0.346</w:t>
            </w:r>
          </w:p>
        </w:tc>
        <w:tc>
          <w:tcPr>
            <w:tcW w:w="1425" w:type="dxa"/>
            <w:vAlign w:val="center"/>
          </w:tcPr>
          <w:p w14:paraId="793EA3B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0.81</w:t>
            </w:r>
          </w:p>
        </w:tc>
        <w:tc>
          <w:tcPr>
            <w:tcW w:w="1425" w:type="dxa"/>
            <w:vAlign w:val="center"/>
          </w:tcPr>
          <w:p w14:paraId="731A7D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425" w:type="dxa"/>
            <w:vAlign w:val="center"/>
          </w:tcPr>
          <w:p w14:paraId="5A5C5D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50.11</w:t>
            </w:r>
          </w:p>
        </w:tc>
      </w:tr>
      <w:tr w:rsidR="006D7CF4" w:rsidRPr="00CE6355" w14:paraId="0EDEC849" w14:textId="77777777" w:rsidTr="00A0291F">
        <w:trPr>
          <w:jc w:val="center"/>
        </w:trPr>
        <w:tc>
          <w:tcPr>
            <w:tcW w:w="1425" w:type="dxa"/>
            <w:vAlign w:val="center"/>
          </w:tcPr>
          <w:p w14:paraId="238C6E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</w:t>
            </w:r>
          </w:p>
        </w:tc>
        <w:tc>
          <w:tcPr>
            <w:tcW w:w="1425" w:type="dxa"/>
            <w:vAlign w:val="center"/>
          </w:tcPr>
          <w:p w14:paraId="5D7CB6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4603C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93.63</w:t>
            </w:r>
          </w:p>
        </w:tc>
        <w:tc>
          <w:tcPr>
            <w:tcW w:w="1425" w:type="dxa"/>
            <w:vAlign w:val="center"/>
          </w:tcPr>
          <w:p w14:paraId="4B0973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0.435</w:t>
            </w:r>
          </w:p>
        </w:tc>
        <w:tc>
          <w:tcPr>
            <w:tcW w:w="1425" w:type="dxa"/>
            <w:vAlign w:val="center"/>
          </w:tcPr>
          <w:p w14:paraId="44AFCF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</w:t>
            </w:r>
          </w:p>
        </w:tc>
        <w:tc>
          <w:tcPr>
            <w:tcW w:w="1425" w:type="dxa"/>
            <w:vAlign w:val="center"/>
          </w:tcPr>
          <w:p w14:paraId="27B7CA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0.063</w:t>
            </w:r>
          </w:p>
        </w:tc>
        <w:tc>
          <w:tcPr>
            <w:tcW w:w="1425" w:type="dxa"/>
            <w:vAlign w:val="center"/>
          </w:tcPr>
          <w:p w14:paraId="50D4CD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49.76</w:t>
            </w:r>
          </w:p>
        </w:tc>
      </w:tr>
      <w:tr w:rsidR="006D7CF4" w:rsidRPr="00CE6355" w14:paraId="3B50373F" w14:textId="77777777" w:rsidTr="00A0291F">
        <w:trPr>
          <w:jc w:val="center"/>
        </w:trPr>
        <w:tc>
          <w:tcPr>
            <w:tcW w:w="1425" w:type="dxa"/>
            <w:vAlign w:val="center"/>
          </w:tcPr>
          <w:p w14:paraId="13B64A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1425" w:type="dxa"/>
            <w:vAlign w:val="center"/>
          </w:tcPr>
          <w:p w14:paraId="53466A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F7223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92.54</w:t>
            </w:r>
          </w:p>
        </w:tc>
        <w:tc>
          <w:tcPr>
            <w:tcW w:w="1425" w:type="dxa"/>
            <w:vAlign w:val="center"/>
          </w:tcPr>
          <w:p w14:paraId="68D51A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0.454</w:t>
            </w:r>
          </w:p>
        </w:tc>
        <w:tc>
          <w:tcPr>
            <w:tcW w:w="1425" w:type="dxa"/>
            <w:vAlign w:val="center"/>
          </w:tcPr>
          <w:p w14:paraId="5266EA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0.864</w:t>
            </w:r>
          </w:p>
        </w:tc>
        <w:tc>
          <w:tcPr>
            <w:tcW w:w="1425" w:type="dxa"/>
            <w:vAlign w:val="center"/>
          </w:tcPr>
          <w:p w14:paraId="51450B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0.055</w:t>
            </w:r>
          </w:p>
        </w:tc>
        <w:tc>
          <w:tcPr>
            <w:tcW w:w="1425" w:type="dxa"/>
            <w:vAlign w:val="center"/>
          </w:tcPr>
          <w:p w14:paraId="60D3E0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54.45</w:t>
            </w:r>
          </w:p>
        </w:tc>
      </w:tr>
      <w:tr w:rsidR="006D7CF4" w:rsidRPr="00CE6355" w14:paraId="1B9C4D62" w14:textId="77777777" w:rsidTr="00A0291F">
        <w:trPr>
          <w:jc w:val="center"/>
        </w:trPr>
        <w:tc>
          <w:tcPr>
            <w:tcW w:w="1425" w:type="dxa"/>
            <w:vAlign w:val="center"/>
          </w:tcPr>
          <w:p w14:paraId="0F6446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</w:t>
            </w:r>
          </w:p>
        </w:tc>
        <w:tc>
          <w:tcPr>
            <w:tcW w:w="1425" w:type="dxa"/>
            <w:vAlign w:val="center"/>
          </w:tcPr>
          <w:p w14:paraId="14FEE0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0EFD2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91.34</w:t>
            </w:r>
          </w:p>
        </w:tc>
        <w:tc>
          <w:tcPr>
            <w:tcW w:w="1425" w:type="dxa"/>
            <w:vAlign w:val="center"/>
          </w:tcPr>
          <w:p w14:paraId="5B629B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0.371</w:t>
            </w:r>
          </w:p>
        </w:tc>
        <w:tc>
          <w:tcPr>
            <w:tcW w:w="1425" w:type="dxa"/>
            <w:vAlign w:val="center"/>
          </w:tcPr>
          <w:p w14:paraId="70EBB0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0.839</w:t>
            </w:r>
          </w:p>
        </w:tc>
        <w:tc>
          <w:tcPr>
            <w:tcW w:w="1425" w:type="dxa"/>
            <w:vAlign w:val="center"/>
          </w:tcPr>
          <w:p w14:paraId="1CCF05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4D1E39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49.94</w:t>
            </w:r>
          </w:p>
        </w:tc>
      </w:tr>
      <w:tr w:rsidR="006D7CF4" w:rsidRPr="00CE6355" w14:paraId="57B3D35C" w14:textId="77777777" w:rsidTr="00A0291F">
        <w:trPr>
          <w:jc w:val="center"/>
        </w:trPr>
        <w:tc>
          <w:tcPr>
            <w:tcW w:w="1425" w:type="dxa"/>
            <w:vAlign w:val="center"/>
          </w:tcPr>
          <w:p w14:paraId="56516F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</w:t>
            </w:r>
          </w:p>
        </w:tc>
        <w:tc>
          <w:tcPr>
            <w:tcW w:w="1425" w:type="dxa"/>
            <w:vAlign w:val="center"/>
          </w:tcPr>
          <w:p w14:paraId="0D261B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0A0680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93.63</w:t>
            </w:r>
          </w:p>
        </w:tc>
        <w:tc>
          <w:tcPr>
            <w:tcW w:w="1425" w:type="dxa"/>
            <w:vAlign w:val="center"/>
          </w:tcPr>
          <w:p w14:paraId="367FDB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0.518</w:t>
            </w:r>
          </w:p>
        </w:tc>
        <w:tc>
          <w:tcPr>
            <w:tcW w:w="1425" w:type="dxa"/>
            <w:vAlign w:val="center"/>
          </w:tcPr>
          <w:p w14:paraId="6223E5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0.906</w:t>
            </w:r>
          </w:p>
        </w:tc>
        <w:tc>
          <w:tcPr>
            <w:tcW w:w="1425" w:type="dxa"/>
            <w:vAlign w:val="center"/>
          </w:tcPr>
          <w:p w14:paraId="1627CB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0.053</w:t>
            </w:r>
          </w:p>
        </w:tc>
        <w:tc>
          <w:tcPr>
            <w:tcW w:w="1425" w:type="dxa"/>
            <w:vAlign w:val="center"/>
          </w:tcPr>
          <w:p w14:paraId="0FB96D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53.58</w:t>
            </w:r>
          </w:p>
        </w:tc>
      </w:tr>
      <w:tr w:rsidR="006D7CF4" w:rsidRPr="00CE6355" w14:paraId="1000E1E5" w14:textId="77777777" w:rsidTr="00A0291F">
        <w:trPr>
          <w:jc w:val="center"/>
        </w:trPr>
        <w:tc>
          <w:tcPr>
            <w:tcW w:w="1425" w:type="dxa"/>
            <w:vAlign w:val="center"/>
          </w:tcPr>
          <w:p w14:paraId="28C059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83</w:t>
            </w:r>
          </w:p>
        </w:tc>
        <w:tc>
          <w:tcPr>
            <w:tcW w:w="1425" w:type="dxa"/>
            <w:vAlign w:val="center"/>
          </w:tcPr>
          <w:p w14:paraId="762CA4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29A20C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93.65</w:t>
            </w:r>
          </w:p>
        </w:tc>
        <w:tc>
          <w:tcPr>
            <w:tcW w:w="1425" w:type="dxa"/>
            <w:vAlign w:val="center"/>
          </w:tcPr>
          <w:p w14:paraId="48CAAF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0.424</w:t>
            </w:r>
          </w:p>
        </w:tc>
        <w:tc>
          <w:tcPr>
            <w:tcW w:w="1425" w:type="dxa"/>
            <w:vAlign w:val="center"/>
          </w:tcPr>
          <w:p w14:paraId="22BD061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0.864</w:t>
            </w:r>
          </w:p>
        </w:tc>
        <w:tc>
          <w:tcPr>
            <w:tcW w:w="1425" w:type="dxa"/>
            <w:vAlign w:val="center"/>
          </w:tcPr>
          <w:p w14:paraId="489E98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0.054</w:t>
            </w:r>
          </w:p>
        </w:tc>
        <w:tc>
          <w:tcPr>
            <w:tcW w:w="1425" w:type="dxa"/>
            <w:vAlign w:val="center"/>
          </w:tcPr>
          <w:p w14:paraId="074227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52.65</w:t>
            </w:r>
          </w:p>
        </w:tc>
      </w:tr>
      <w:tr w:rsidR="006D7CF4" w:rsidRPr="00CE6355" w14:paraId="3C3A4141" w14:textId="77777777" w:rsidTr="00A0291F">
        <w:trPr>
          <w:jc w:val="center"/>
        </w:trPr>
        <w:tc>
          <w:tcPr>
            <w:tcW w:w="1425" w:type="dxa"/>
            <w:vAlign w:val="center"/>
          </w:tcPr>
          <w:p w14:paraId="0CE6CB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84</w:t>
            </w:r>
          </w:p>
        </w:tc>
        <w:tc>
          <w:tcPr>
            <w:tcW w:w="1425" w:type="dxa"/>
            <w:vAlign w:val="center"/>
          </w:tcPr>
          <w:p w14:paraId="0D07DE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01F48F7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91.87</w:t>
            </w:r>
          </w:p>
        </w:tc>
        <w:tc>
          <w:tcPr>
            <w:tcW w:w="1425" w:type="dxa"/>
            <w:vAlign w:val="center"/>
          </w:tcPr>
          <w:p w14:paraId="1E30C5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0.626</w:t>
            </w:r>
          </w:p>
        </w:tc>
        <w:tc>
          <w:tcPr>
            <w:tcW w:w="1425" w:type="dxa"/>
            <w:vAlign w:val="center"/>
          </w:tcPr>
          <w:p w14:paraId="500D61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0.765</w:t>
            </w:r>
          </w:p>
        </w:tc>
        <w:tc>
          <w:tcPr>
            <w:tcW w:w="1425" w:type="dxa"/>
            <w:vAlign w:val="center"/>
          </w:tcPr>
          <w:p w14:paraId="2C5F96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425" w:type="dxa"/>
            <w:vAlign w:val="center"/>
          </w:tcPr>
          <w:p w14:paraId="6A222D8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51.61</w:t>
            </w:r>
          </w:p>
        </w:tc>
      </w:tr>
      <w:tr w:rsidR="006D7CF4" w:rsidRPr="00CE6355" w14:paraId="4C21D33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1E63B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85</w:t>
            </w:r>
          </w:p>
        </w:tc>
        <w:tc>
          <w:tcPr>
            <w:tcW w:w="1425" w:type="dxa"/>
            <w:vAlign w:val="center"/>
          </w:tcPr>
          <w:p w14:paraId="18968A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625ABD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93.5</w:t>
            </w:r>
          </w:p>
        </w:tc>
        <w:tc>
          <w:tcPr>
            <w:tcW w:w="1425" w:type="dxa"/>
            <w:vAlign w:val="center"/>
          </w:tcPr>
          <w:p w14:paraId="4E1236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0.311</w:t>
            </w:r>
          </w:p>
        </w:tc>
        <w:tc>
          <w:tcPr>
            <w:tcW w:w="1425" w:type="dxa"/>
            <w:vAlign w:val="center"/>
          </w:tcPr>
          <w:p w14:paraId="2BB3EE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0.732</w:t>
            </w:r>
          </w:p>
        </w:tc>
        <w:tc>
          <w:tcPr>
            <w:tcW w:w="1425" w:type="dxa"/>
            <w:vAlign w:val="center"/>
          </w:tcPr>
          <w:p w14:paraId="30C9D7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0.052</w:t>
            </w:r>
          </w:p>
        </w:tc>
        <w:tc>
          <w:tcPr>
            <w:tcW w:w="1425" w:type="dxa"/>
            <w:vAlign w:val="center"/>
          </w:tcPr>
          <w:p w14:paraId="4A4B770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51.29</w:t>
            </w:r>
          </w:p>
        </w:tc>
      </w:tr>
      <w:tr w:rsidR="006D7CF4" w:rsidRPr="00CE6355" w14:paraId="524233EC" w14:textId="77777777" w:rsidTr="00A0291F">
        <w:trPr>
          <w:jc w:val="center"/>
        </w:trPr>
        <w:tc>
          <w:tcPr>
            <w:tcW w:w="1425" w:type="dxa"/>
            <w:vAlign w:val="center"/>
          </w:tcPr>
          <w:p w14:paraId="48B165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86</w:t>
            </w:r>
          </w:p>
        </w:tc>
        <w:tc>
          <w:tcPr>
            <w:tcW w:w="1425" w:type="dxa"/>
            <w:vAlign w:val="center"/>
          </w:tcPr>
          <w:p w14:paraId="5882B0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28C7AF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92.45</w:t>
            </w:r>
          </w:p>
        </w:tc>
        <w:tc>
          <w:tcPr>
            <w:tcW w:w="1425" w:type="dxa"/>
            <w:vAlign w:val="center"/>
          </w:tcPr>
          <w:p w14:paraId="0F9287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0.372</w:t>
            </w:r>
          </w:p>
        </w:tc>
        <w:tc>
          <w:tcPr>
            <w:tcW w:w="1425" w:type="dxa"/>
            <w:vAlign w:val="center"/>
          </w:tcPr>
          <w:p w14:paraId="03723D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0.87</w:t>
            </w:r>
          </w:p>
        </w:tc>
        <w:tc>
          <w:tcPr>
            <w:tcW w:w="1425" w:type="dxa"/>
            <w:vAlign w:val="center"/>
          </w:tcPr>
          <w:p w14:paraId="50A709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0.045</w:t>
            </w:r>
          </w:p>
        </w:tc>
        <w:tc>
          <w:tcPr>
            <w:tcW w:w="1425" w:type="dxa"/>
            <w:vAlign w:val="center"/>
          </w:tcPr>
          <w:p w14:paraId="332CA1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51.13</w:t>
            </w:r>
          </w:p>
        </w:tc>
      </w:tr>
      <w:tr w:rsidR="006D7CF4" w:rsidRPr="00CE6355" w14:paraId="17791177" w14:textId="77777777" w:rsidTr="00A0291F">
        <w:trPr>
          <w:jc w:val="center"/>
        </w:trPr>
        <w:tc>
          <w:tcPr>
            <w:tcW w:w="1425" w:type="dxa"/>
            <w:vAlign w:val="center"/>
          </w:tcPr>
          <w:p w14:paraId="50CEBD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87</w:t>
            </w:r>
          </w:p>
        </w:tc>
        <w:tc>
          <w:tcPr>
            <w:tcW w:w="1425" w:type="dxa"/>
            <w:vAlign w:val="center"/>
          </w:tcPr>
          <w:p w14:paraId="264F60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E3ABE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94.23</w:t>
            </w:r>
          </w:p>
        </w:tc>
        <w:tc>
          <w:tcPr>
            <w:tcW w:w="1425" w:type="dxa"/>
            <w:vAlign w:val="center"/>
          </w:tcPr>
          <w:p w14:paraId="3EAF0A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0.479</w:t>
            </w:r>
          </w:p>
        </w:tc>
        <w:tc>
          <w:tcPr>
            <w:tcW w:w="1425" w:type="dxa"/>
            <w:vAlign w:val="center"/>
          </w:tcPr>
          <w:p w14:paraId="5C20F1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0.883</w:t>
            </w:r>
          </w:p>
        </w:tc>
        <w:tc>
          <w:tcPr>
            <w:tcW w:w="1425" w:type="dxa"/>
            <w:vAlign w:val="center"/>
          </w:tcPr>
          <w:p w14:paraId="76D534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0.055</w:t>
            </w:r>
          </w:p>
        </w:tc>
        <w:tc>
          <w:tcPr>
            <w:tcW w:w="1425" w:type="dxa"/>
            <w:vAlign w:val="center"/>
          </w:tcPr>
          <w:p w14:paraId="6C4112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55.55</w:t>
            </w:r>
          </w:p>
        </w:tc>
      </w:tr>
      <w:tr w:rsidR="006D7CF4" w:rsidRPr="00CE6355" w14:paraId="57ABCDC7" w14:textId="77777777" w:rsidTr="00A0291F">
        <w:trPr>
          <w:jc w:val="center"/>
        </w:trPr>
        <w:tc>
          <w:tcPr>
            <w:tcW w:w="1425" w:type="dxa"/>
            <w:vAlign w:val="center"/>
          </w:tcPr>
          <w:p w14:paraId="1A9FC1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1425" w:type="dxa"/>
            <w:vAlign w:val="center"/>
          </w:tcPr>
          <w:p w14:paraId="7DC55E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7C78C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93.25</w:t>
            </w:r>
          </w:p>
        </w:tc>
        <w:tc>
          <w:tcPr>
            <w:tcW w:w="1425" w:type="dxa"/>
            <w:vAlign w:val="center"/>
          </w:tcPr>
          <w:p w14:paraId="5D586F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0.264</w:t>
            </w:r>
          </w:p>
        </w:tc>
        <w:tc>
          <w:tcPr>
            <w:tcW w:w="1425" w:type="dxa"/>
            <w:vAlign w:val="center"/>
          </w:tcPr>
          <w:p w14:paraId="24B7E9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0.754</w:t>
            </w:r>
          </w:p>
        </w:tc>
        <w:tc>
          <w:tcPr>
            <w:tcW w:w="1425" w:type="dxa"/>
            <w:vAlign w:val="center"/>
          </w:tcPr>
          <w:p w14:paraId="3E78C3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39DFBE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52.54</w:t>
            </w:r>
          </w:p>
        </w:tc>
      </w:tr>
      <w:tr w:rsidR="006D7CF4" w:rsidRPr="00CE6355" w14:paraId="6C0855F0" w14:textId="77777777" w:rsidTr="00A0291F">
        <w:trPr>
          <w:jc w:val="center"/>
        </w:trPr>
        <w:tc>
          <w:tcPr>
            <w:tcW w:w="1425" w:type="dxa"/>
            <w:vAlign w:val="center"/>
          </w:tcPr>
          <w:p w14:paraId="750243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</w:t>
            </w:r>
          </w:p>
        </w:tc>
        <w:tc>
          <w:tcPr>
            <w:tcW w:w="1425" w:type="dxa"/>
            <w:vAlign w:val="center"/>
          </w:tcPr>
          <w:p w14:paraId="72D247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080AD9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92.49</w:t>
            </w:r>
          </w:p>
        </w:tc>
        <w:tc>
          <w:tcPr>
            <w:tcW w:w="1425" w:type="dxa"/>
            <w:vAlign w:val="center"/>
          </w:tcPr>
          <w:p w14:paraId="233466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0.458</w:t>
            </w:r>
          </w:p>
        </w:tc>
        <w:tc>
          <w:tcPr>
            <w:tcW w:w="1425" w:type="dxa"/>
            <w:vAlign w:val="center"/>
          </w:tcPr>
          <w:p w14:paraId="2C3E43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</w:t>
            </w:r>
          </w:p>
        </w:tc>
        <w:tc>
          <w:tcPr>
            <w:tcW w:w="1425" w:type="dxa"/>
            <w:vAlign w:val="center"/>
          </w:tcPr>
          <w:p w14:paraId="6BAE4F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425" w:type="dxa"/>
            <w:vAlign w:val="center"/>
          </w:tcPr>
          <w:p w14:paraId="1922ED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52.41</w:t>
            </w:r>
          </w:p>
        </w:tc>
      </w:tr>
      <w:tr w:rsidR="006D7CF4" w:rsidRPr="00CE6355" w14:paraId="285AD34A" w14:textId="77777777" w:rsidTr="00A0291F">
        <w:trPr>
          <w:jc w:val="center"/>
        </w:trPr>
        <w:tc>
          <w:tcPr>
            <w:tcW w:w="1425" w:type="dxa"/>
            <w:vAlign w:val="center"/>
          </w:tcPr>
          <w:p w14:paraId="16D5BA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1425" w:type="dxa"/>
            <w:vAlign w:val="center"/>
          </w:tcPr>
          <w:p w14:paraId="207198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10678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91.5</w:t>
            </w:r>
          </w:p>
        </w:tc>
        <w:tc>
          <w:tcPr>
            <w:tcW w:w="1425" w:type="dxa"/>
            <w:vAlign w:val="center"/>
          </w:tcPr>
          <w:p w14:paraId="303A49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0.285</w:t>
            </w:r>
          </w:p>
        </w:tc>
        <w:tc>
          <w:tcPr>
            <w:tcW w:w="1425" w:type="dxa"/>
            <w:vAlign w:val="center"/>
          </w:tcPr>
          <w:p w14:paraId="472834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0.897</w:t>
            </w:r>
          </w:p>
        </w:tc>
        <w:tc>
          <w:tcPr>
            <w:tcW w:w="1425" w:type="dxa"/>
            <w:vAlign w:val="center"/>
          </w:tcPr>
          <w:p w14:paraId="6C7BB2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606BF3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53.0</w:t>
            </w:r>
          </w:p>
        </w:tc>
      </w:tr>
      <w:tr w:rsidR="006D7CF4" w:rsidRPr="00CE6355" w14:paraId="2B2F4732" w14:textId="77777777" w:rsidTr="00A0291F">
        <w:trPr>
          <w:jc w:val="center"/>
        </w:trPr>
        <w:tc>
          <w:tcPr>
            <w:tcW w:w="1425" w:type="dxa"/>
            <w:vAlign w:val="center"/>
          </w:tcPr>
          <w:p w14:paraId="3F688E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</w:t>
            </w:r>
          </w:p>
        </w:tc>
        <w:tc>
          <w:tcPr>
            <w:tcW w:w="1425" w:type="dxa"/>
            <w:vAlign w:val="center"/>
          </w:tcPr>
          <w:p w14:paraId="292A16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E9C8D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93.46</w:t>
            </w:r>
          </w:p>
        </w:tc>
        <w:tc>
          <w:tcPr>
            <w:tcW w:w="1425" w:type="dxa"/>
            <w:vAlign w:val="center"/>
          </w:tcPr>
          <w:p w14:paraId="66F890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0.572</w:t>
            </w:r>
          </w:p>
        </w:tc>
        <w:tc>
          <w:tcPr>
            <w:tcW w:w="1425" w:type="dxa"/>
            <w:vAlign w:val="center"/>
          </w:tcPr>
          <w:p w14:paraId="68DA72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0.879</w:t>
            </w:r>
          </w:p>
        </w:tc>
        <w:tc>
          <w:tcPr>
            <w:tcW w:w="1425" w:type="dxa"/>
            <w:vAlign w:val="center"/>
          </w:tcPr>
          <w:p w14:paraId="1F6B9B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7E4B56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52.59</w:t>
            </w:r>
          </w:p>
        </w:tc>
      </w:tr>
      <w:tr w:rsidR="006D7CF4" w:rsidRPr="00CE6355" w14:paraId="15F1E789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CB13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</w:t>
            </w:r>
          </w:p>
        </w:tc>
        <w:tc>
          <w:tcPr>
            <w:tcW w:w="1425" w:type="dxa"/>
            <w:vAlign w:val="center"/>
          </w:tcPr>
          <w:p w14:paraId="3CA94A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59A14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93.37</w:t>
            </w:r>
          </w:p>
        </w:tc>
        <w:tc>
          <w:tcPr>
            <w:tcW w:w="1425" w:type="dxa"/>
            <w:vAlign w:val="center"/>
          </w:tcPr>
          <w:p w14:paraId="431E47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0.309</w:t>
            </w:r>
          </w:p>
        </w:tc>
        <w:tc>
          <w:tcPr>
            <w:tcW w:w="1425" w:type="dxa"/>
            <w:vAlign w:val="center"/>
          </w:tcPr>
          <w:p w14:paraId="7BAEEF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0.866</w:t>
            </w:r>
          </w:p>
        </w:tc>
        <w:tc>
          <w:tcPr>
            <w:tcW w:w="1425" w:type="dxa"/>
            <w:vAlign w:val="center"/>
          </w:tcPr>
          <w:p w14:paraId="011EB0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425" w:type="dxa"/>
            <w:vAlign w:val="center"/>
          </w:tcPr>
          <w:p w14:paraId="117022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53.67</w:t>
            </w:r>
          </w:p>
        </w:tc>
      </w:tr>
      <w:tr w:rsidR="006D7CF4" w:rsidRPr="00CE6355" w14:paraId="6AF42042" w14:textId="77777777" w:rsidTr="00A0291F">
        <w:trPr>
          <w:jc w:val="center"/>
        </w:trPr>
        <w:tc>
          <w:tcPr>
            <w:tcW w:w="1425" w:type="dxa"/>
            <w:vAlign w:val="center"/>
          </w:tcPr>
          <w:p w14:paraId="7C4C32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93</w:t>
            </w:r>
          </w:p>
        </w:tc>
        <w:tc>
          <w:tcPr>
            <w:tcW w:w="1425" w:type="dxa"/>
            <w:vAlign w:val="center"/>
          </w:tcPr>
          <w:p w14:paraId="122E8B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EBB10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94.31</w:t>
            </w:r>
          </w:p>
        </w:tc>
        <w:tc>
          <w:tcPr>
            <w:tcW w:w="1425" w:type="dxa"/>
            <w:vAlign w:val="center"/>
          </w:tcPr>
          <w:p w14:paraId="09859B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0.328</w:t>
            </w:r>
          </w:p>
        </w:tc>
        <w:tc>
          <w:tcPr>
            <w:tcW w:w="1425" w:type="dxa"/>
            <w:vAlign w:val="center"/>
          </w:tcPr>
          <w:p w14:paraId="659C45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0.901</w:t>
            </w:r>
          </w:p>
        </w:tc>
        <w:tc>
          <w:tcPr>
            <w:tcW w:w="1425" w:type="dxa"/>
            <w:vAlign w:val="center"/>
          </w:tcPr>
          <w:p w14:paraId="372079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0.063</w:t>
            </w:r>
          </w:p>
        </w:tc>
        <w:tc>
          <w:tcPr>
            <w:tcW w:w="1425" w:type="dxa"/>
            <w:vAlign w:val="center"/>
          </w:tcPr>
          <w:p w14:paraId="73CF18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52.3</w:t>
            </w:r>
          </w:p>
        </w:tc>
      </w:tr>
      <w:tr w:rsidR="006D7CF4" w:rsidRPr="00CE6355" w14:paraId="0D4DF74F" w14:textId="77777777" w:rsidTr="00A0291F">
        <w:trPr>
          <w:jc w:val="center"/>
        </w:trPr>
        <w:tc>
          <w:tcPr>
            <w:tcW w:w="1425" w:type="dxa"/>
            <w:vAlign w:val="center"/>
          </w:tcPr>
          <w:p w14:paraId="328686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</w:t>
            </w:r>
          </w:p>
        </w:tc>
        <w:tc>
          <w:tcPr>
            <w:tcW w:w="1425" w:type="dxa"/>
            <w:vAlign w:val="center"/>
          </w:tcPr>
          <w:p w14:paraId="6DF125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7440E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92.34</w:t>
            </w:r>
          </w:p>
        </w:tc>
        <w:tc>
          <w:tcPr>
            <w:tcW w:w="1425" w:type="dxa"/>
            <w:vAlign w:val="center"/>
          </w:tcPr>
          <w:p w14:paraId="68FD71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0.282</w:t>
            </w:r>
          </w:p>
        </w:tc>
        <w:tc>
          <w:tcPr>
            <w:tcW w:w="1425" w:type="dxa"/>
            <w:vAlign w:val="center"/>
          </w:tcPr>
          <w:p w14:paraId="5E0513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</w:t>
            </w:r>
          </w:p>
        </w:tc>
        <w:tc>
          <w:tcPr>
            <w:tcW w:w="1425" w:type="dxa"/>
            <w:vAlign w:val="center"/>
          </w:tcPr>
          <w:p w14:paraId="03C92F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1425" w:type="dxa"/>
            <w:vAlign w:val="center"/>
          </w:tcPr>
          <w:p w14:paraId="582B39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55.95</w:t>
            </w:r>
          </w:p>
        </w:tc>
      </w:tr>
      <w:tr w:rsidR="006D7CF4" w:rsidRPr="00CE6355" w14:paraId="084F8F12" w14:textId="77777777" w:rsidTr="00A0291F">
        <w:trPr>
          <w:jc w:val="center"/>
        </w:trPr>
        <w:tc>
          <w:tcPr>
            <w:tcW w:w="1425" w:type="dxa"/>
            <w:vAlign w:val="center"/>
          </w:tcPr>
          <w:p w14:paraId="031538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1425" w:type="dxa"/>
            <w:vAlign w:val="center"/>
          </w:tcPr>
          <w:p w14:paraId="603156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FCAD6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91.83</w:t>
            </w:r>
          </w:p>
        </w:tc>
        <w:tc>
          <w:tcPr>
            <w:tcW w:w="1425" w:type="dxa"/>
            <w:vAlign w:val="center"/>
          </w:tcPr>
          <w:p w14:paraId="038A23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0.384</w:t>
            </w:r>
          </w:p>
        </w:tc>
        <w:tc>
          <w:tcPr>
            <w:tcW w:w="1425" w:type="dxa"/>
            <w:vAlign w:val="center"/>
          </w:tcPr>
          <w:p w14:paraId="656E8B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0.822</w:t>
            </w:r>
          </w:p>
        </w:tc>
        <w:tc>
          <w:tcPr>
            <w:tcW w:w="1425" w:type="dxa"/>
            <w:vAlign w:val="center"/>
          </w:tcPr>
          <w:p w14:paraId="5CF7E8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2DA0AE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50.57</w:t>
            </w:r>
          </w:p>
        </w:tc>
      </w:tr>
      <w:tr w:rsidR="006D7CF4" w:rsidRPr="00CE6355" w14:paraId="0BECE447" w14:textId="77777777" w:rsidTr="00A0291F">
        <w:trPr>
          <w:jc w:val="center"/>
        </w:trPr>
        <w:tc>
          <w:tcPr>
            <w:tcW w:w="1425" w:type="dxa"/>
            <w:vAlign w:val="center"/>
          </w:tcPr>
          <w:p w14:paraId="6F305D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1425" w:type="dxa"/>
            <w:vAlign w:val="center"/>
          </w:tcPr>
          <w:p w14:paraId="2D7A78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4E7262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92.97</w:t>
            </w:r>
          </w:p>
        </w:tc>
        <w:tc>
          <w:tcPr>
            <w:tcW w:w="1425" w:type="dxa"/>
            <w:vAlign w:val="center"/>
          </w:tcPr>
          <w:p w14:paraId="154044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0.417</w:t>
            </w:r>
          </w:p>
        </w:tc>
        <w:tc>
          <w:tcPr>
            <w:tcW w:w="1425" w:type="dxa"/>
            <w:vAlign w:val="center"/>
          </w:tcPr>
          <w:p w14:paraId="5D8E62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0.848</w:t>
            </w:r>
          </w:p>
        </w:tc>
        <w:tc>
          <w:tcPr>
            <w:tcW w:w="1425" w:type="dxa"/>
            <w:vAlign w:val="center"/>
          </w:tcPr>
          <w:p w14:paraId="3A6076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425" w:type="dxa"/>
            <w:vAlign w:val="center"/>
          </w:tcPr>
          <w:p w14:paraId="21A682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51.98</w:t>
            </w:r>
          </w:p>
        </w:tc>
      </w:tr>
      <w:tr w:rsidR="006D7CF4" w:rsidRPr="00CE6355" w14:paraId="7B473A65" w14:textId="77777777" w:rsidTr="00A0291F">
        <w:trPr>
          <w:jc w:val="center"/>
        </w:trPr>
        <w:tc>
          <w:tcPr>
            <w:tcW w:w="1425" w:type="dxa"/>
            <w:vAlign w:val="center"/>
          </w:tcPr>
          <w:p w14:paraId="19FE30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</w:t>
            </w:r>
          </w:p>
        </w:tc>
        <w:tc>
          <w:tcPr>
            <w:tcW w:w="1425" w:type="dxa"/>
            <w:vAlign w:val="center"/>
          </w:tcPr>
          <w:p w14:paraId="478C7F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3F8C3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95.73</w:t>
            </w:r>
          </w:p>
        </w:tc>
        <w:tc>
          <w:tcPr>
            <w:tcW w:w="1425" w:type="dxa"/>
            <w:vAlign w:val="center"/>
          </w:tcPr>
          <w:p w14:paraId="297DA9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0.295</w:t>
            </w:r>
          </w:p>
        </w:tc>
        <w:tc>
          <w:tcPr>
            <w:tcW w:w="1425" w:type="dxa"/>
            <w:vAlign w:val="center"/>
          </w:tcPr>
          <w:p w14:paraId="54D5EB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0.843</w:t>
            </w:r>
          </w:p>
        </w:tc>
        <w:tc>
          <w:tcPr>
            <w:tcW w:w="1425" w:type="dxa"/>
            <w:vAlign w:val="center"/>
          </w:tcPr>
          <w:p w14:paraId="2DB9AF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0.036</w:t>
            </w:r>
          </w:p>
        </w:tc>
        <w:tc>
          <w:tcPr>
            <w:tcW w:w="1425" w:type="dxa"/>
            <w:vAlign w:val="center"/>
          </w:tcPr>
          <w:p w14:paraId="478CAF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55.13</w:t>
            </w:r>
          </w:p>
        </w:tc>
      </w:tr>
      <w:tr w:rsidR="006D7CF4" w:rsidRPr="00CE6355" w14:paraId="02D3DA79" w14:textId="77777777" w:rsidTr="00A0291F">
        <w:trPr>
          <w:jc w:val="center"/>
        </w:trPr>
        <w:tc>
          <w:tcPr>
            <w:tcW w:w="1425" w:type="dxa"/>
            <w:vAlign w:val="center"/>
          </w:tcPr>
          <w:p w14:paraId="769820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1425" w:type="dxa"/>
            <w:vAlign w:val="center"/>
          </w:tcPr>
          <w:p w14:paraId="4518AA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5E56DB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92.16</w:t>
            </w:r>
          </w:p>
        </w:tc>
        <w:tc>
          <w:tcPr>
            <w:tcW w:w="1425" w:type="dxa"/>
            <w:vAlign w:val="center"/>
          </w:tcPr>
          <w:p w14:paraId="453AFD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0.269</w:t>
            </w:r>
          </w:p>
        </w:tc>
        <w:tc>
          <w:tcPr>
            <w:tcW w:w="1425" w:type="dxa"/>
            <w:vAlign w:val="center"/>
          </w:tcPr>
          <w:p w14:paraId="032A28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0.901</w:t>
            </w:r>
          </w:p>
        </w:tc>
        <w:tc>
          <w:tcPr>
            <w:tcW w:w="1425" w:type="dxa"/>
            <w:vAlign w:val="center"/>
          </w:tcPr>
          <w:p w14:paraId="03701E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0.049</w:t>
            </w:r>
          </w:p>
        </w:tc>
        <w:tc>
          <w:tcPr>
            <w:tcW w:w="1425" w:type="dxa"/>
            <w:vAlign w:val="center"/>
          </w:tcPr>
          <w:p w14:paraId="7F4B32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55.33</w:t>
            </w:r>
          </w:p>
        </w:tc>
      </w:tr>
      <w:tr w:rsidR="006D7CF4" w:rsidRPr="00CE6355" w14:paraId="08C5DAC3" w14:textId="77777777" w:rsidTr="00A0291F">
        <w:trPr>
          <w:jc w:val="center"/>
        </w:trPr>
        <w:tc>
          <w:tcPr>
            <w:tcW w:w="1425" w:type="dxa"/>
            <w:vAlign w:val="center"/>
          </w:tcPr>
          <w:p w14:paraId="147109A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99</w:t>
            </w:r>
          </w:p>
        </w:tc>
        <w:tc>
          <w:tcPr>
            <w:tcW w:w="1425" w:type="dxa"/>
            <w:vAlign w:val="center"/>
          </w:tcPr>
          <w:p w14:paraId="4F8D3B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7821D5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93.06</w:t>
            </w:r>
          </w:p>
        </w:tc>
        <w:tc>
          <w:tcPr>
            <w:tcW w:w="1425" w:type="dxa"/>
            <w:vAlign w:val="center"/>
          </w:tcPr>
          <w:p w14:paraId="4511F7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</w:t>
            </w:r>
          </w:p>
        </w:tc>
        <w:tc>
          <w:tcPr>
            <w:tcW w:w="1425" w:type="dxa"/>
            <w:vAlign w:val="center"/>
          </w:tcPr>
          <w:p w14:paraId="5D4342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0.781</w:t>
            </w:r>
          </w:p>
        </w:tc>
        <w:tc>
          <w:tcPr>
            <w:tcW w:w="1425" w:type="dxa"/>
            <w:vAlign w:val="center"/>
          </w:tcPr>
          <w:p w14:paraId="786A40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425" w:type="dxa"/>
            <w:vAlign w:val="center"/>
          </w:tcPr>
          <w:p w14:paraId="1F2926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51.66</w:t>
            </w:r>
          </w:p>
        </w:tc>
      </w:tr>
      <w:tr w:rsidR="006D7CF4" w:rsidRPr="00CE6355" w14:paraId="15D87C23" w14:textId="77777777" w:rsidTr="00A0291F">
        <w:trPr>
          <w:jc w:val="center"/>
        </w:trPr>
        <w:tc>
          <w:tcPr>
            <w:tcW w:w="1425" w:type="dxa"/>
            <w:vAlign w:val="center"/>
          </w:tcPr>
          <w:p w14:paraId="29662DD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1425" w:type="dxa"/>
            <w:vAlign w:val="center"/>
          </w:tcPr>
          <w:p w14:paraId="4FF8E0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25" w:type="dxa"/>
            <w:vAlign w:val="center"/>
          </w:tcPr>
          <w:p w14:paraId="19C2C6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90.38</w:t>
            </w:r>
          </w:p>
        </w:tc>
        <w:tc>
          <w:tcPr>
            <w:tcW w:w="1425" w:type="dxa"/>
            <w:vAlign w:val="center"/>
          </w:tcPr>
          <w:p w14:paraId="6052F5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0.295</w:t>
            </w:r>
          </w:p>
        </w:tc>
        <w:tc>
          <w:tcPr>
            <w:tcW w:w="1425" w:type="dxa"/>
            <w:vAlign w:val="center"/>
          </w:tcPr>
          <w:p w14:paraId="6993CB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0.82</w:t>
            </w:r>
          </w:p>
        </w:tc>
        <w:tc>
          <w:tcPr>
            <w:tcW w:w="1425" w:type="dxa"/>
            <w:vAlign w:val="center"/>
          </w:tcPr>
          <w:p w14:paraId="65E79B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014A2E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53.4</w:t>
            </w:r>
          </w:p>
        </w:tc>
      </w:tr>
    </w:tbl>
    <w:p w14:paraId="2D1EFD85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18F09C24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S1C. </w:t>
      </w:r>
      <w:r w:rsidRPr="00CE6355">
        <w:rPr>
          <w:rFonts w:asciiTheme="majorBidi" w:eastAsia="Times New Roman" w:hAnsiTheme="majorBidi" w:cstheme="majorBidi"/>
          <w:bCs/>
        </w:rPr>
        <w:t>Complete modelling observations for Green Bell Pepper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143545E5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61A2D1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3E4B26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42210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09E17D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2A903C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7A7671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2CFD80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1A5AE7B0" w14:textId="77777777" w:rsidTr="00A0291F">
        <w:trPr>
          <w:jc w:val="center"/>
        </w:trPr>
        <w:tc>
          <w:tcPr>
            <w:tcW w:w="1425" w:type="dxa"/>
            <w:vAlign w:val="center"/>
          </w:tcPr>
          <w:p w14:paraId="5AC729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101</w:t>
            </w:r>
          </w:p>
        </w:tc>
        <w:tc>
          <w:tcPr>
            <w:tcW w:w="1425" w:type="dxa"/>
            <w:vAlign w:val="center"/>
          </w:tcPr>
          <w:p w14:paraId="259690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C293F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93.33</w:t>
            </w:r>
          </w:p>
        </w:tc>
        <w:tc>
          <w:tcPr>
            <w:tcW w:w="1425" w:type="dxa"/>
            <w:vAlign w:val="center"/>
          </w:tcPr>
          <w:p w14:paraId="7586E6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0.273</w:t>
            </w:r>
          </w:p>
        </w:tc>
        <w:tc>
          <w:tcPr>
            <w:tcW w:w="1425" w:type="dxa"/>
            <w:vAlign w:val="center"/>
          </w:tcPr>
          <w:p w14:paraId="53356B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0.464</w:t>
            </w:r>
          </w:p>
        </w:tc>
        <w:tc>
          <w:tcPr>
            <w:tcW w:w="1425" w:type="dxa"/>
            <w:vAlign w:val="center"/>
          </w:tcPr>
          <w:p w14:paraId="437660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2F603E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76.94</w:t>
            </w:r>
          </w:p>
        </w:tc>
      </w:tr>
      <w:tr w:rsidR="006D7CF4" w:rsidRPr="00CE6355" w14:paraId="2BEA02C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C76F9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102</w:t>
            </w:r>
          </w:p>
        </w:tc>
        <w:tc>
          <w:tcPr>
            <w:tcW w:w="1425" w:type="dxa"/>
            <w:vAlign w:val="center"/>
          </w:tcPr>
          <w:p w14:paraId="6B4A62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FBED9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98.44</w:t>
            </w:r>
          </w:p>
        </w:tc>
        <w:tc>
          <w:tcPr>
            <w:tcW w:w="1425" w:type="dxa"/>
            <w:vAlign w:val="center"/>
          </w:tcPr>
          <w:p w14:paraId="77A806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0.343</w:t>
            </w:r>
          </w:p>
        </w:tc>
        <w:tc>
          <w:tcPr>
            <w:tcW w:w="1425" w:type="dxa"/>
            <w:vAlign w:val="center"/>
          </w:tcPr>
          <w:p w14:paraId="04040B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0.472</w:t>
            </w:r>
          </w:p>
        </w:tc>
        <w:tc>
          <w:tcPr>
            <w:tcW w:w="1425" w:type="dxa"/>
            <w:vAlign w:val="center"/>
          </w:tcPr>
          <w:p w14:paraId="2A30A6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276A16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77.65</w:t>
            </w:r>
          </w:p>
        </w:tc>
      </w:tr>
      <w:tr w:rsidR="006D7CF4" w:rsidRPr="00CE6355" w14:paraId="00C6D1DF" w14:textId="77777777" w:rsidTr="00A0291F">
        <w:trPr>
          <w:jc w:val="center"/>
        </w:trPr>
        <w:tc>
          <w:tcPr>
            <w:tcW w:w="1425" w:type="dxa"/>
            <w:vAlign w:val="center"/>
          </w:tcPr>
          <w:p w14:paraId="4B7936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103</w:t>
            </w:r>
          </w:p>
        </w:tc>
        <w:tc>
          <w:tcPr>
            <w:tcW w:w="1425" w:type="dxa"/>
            <w:vAlign w:val="center"/>
          </w:tcPr>
          <w:p w14:paraId="043A29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65BD69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94.24</w:t>
            </w:r>
          </w:p>
        </w:tc>
        <w:tc>
          <w:tcPr>
            <w:tcW w:w="1425" w:type="dxa"/>
            <w:vAlign w:val="center"/>
          </w:tcPr>
          <w:p w14:paraId="4C431A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0.315</w:t>
            </w:r>
          </w:p>
        </w:tc>
        <w:tc>
          <w:tcPr>
            <w:tcW w:w="1425" w:type="dxa"/>
            <w:vAlign w:val="center"/>
          </w:tcPr>
          <w:p w14:paraId="455584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0.513</w:t>
            </w:r>
          </w:p>
        </w:tc>
        <w:tc>
          <w:tcPr>
            <w:tcW w:w="1425" w:type="dxa"/>
            <w:vAlign w:val="center"/>
          </w:tcPr>
          <w:p w14:paraId="7CCD908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752E00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81.16</w:t>
            </w:r>
          </w:p>
        </w:tc>
      </w:tr>
      <w:tr w:rsidR="006D7CF4" w:rsidRPr="00CE6355" w14:paraId="1DFBF0CF" w14:textId="77777777" w:rsidTr="00A0291F">
        <w:trPr>
          <w:jc w:val="center"/>
        </w:trPr>
        <w:tc>
          <w:tcPr>
            <w:tcW w:w="1425" w:type="dxa"/>
            <w:vAlign w:val="center"/>
          </w:tcPr>
          <w:p w14:paraId="666E05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104</w:t>
            </w:r>
          </w:p>
        </w:tc>
        <w:tc>
          <w:tcPr>
            <w:tcW w:w="1425" w:type="dxa"/>
            <w:vAlign w:val="center"/>
          </w:tcPr>
          <w:p w14:paraId="25CA16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54DF27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93.94</w:t>
            </w:r>
          </w:p>
        </w:tc>
        <w:tc>
          <w:tcPr>
            <w:tcW w:w="1425" w:type="dxa"/>
            <w:vAlign w:val="center"/>
          </w:tcPr>
          <w:p w14:paraId="100198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0.576</w:t>
            </w:r>
          </w:p>
        </w:tc>
        <w:tc>
          <w:tcPr>
            <w:tcW w:w="1425" w:type="dxa"/>
            <w:vAlign w:val="center"/>
          </w:tcPr>
          <w:p w14:paraId="283999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0.456</w:t>
            </w:r>
          </w:p>
        </w:tc>
        <w:tc>
          <w:tcPr>
            <w:tcW w:w="1425" w:type="dxa"/>
            <w:vAlign w:val="center"/>
          </w:tcPr>
          <w:p w14:paraId="44B05E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3D2A61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79.37</w:t>
            </w:r>
          </w:p>
        </w:tc>
      </w:tr>
      <w:tr w:rsidR="006D7CF4" w:rsidRPr="00CE6355" w14:paraId="114E69AD" w14:textId="77777777" w:rsidTr="00A0291F">
        <w:trPr>
          <w:jc w:val="center"/>
        </w:trPr>
        <w:tc>
          <w:tcPr>
            <w:tcW w:w="1425" w:type="dxa"/>
            <w:vAlign w:val="center"/>
          </w:tcPr>
          <w:p w14:paraId="6551E6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105</w:t>
            </w:r>
          </w:p>
        </w:tc>
        <w:tc>
          <w:tcPr>
            <w:tcW w:w="1425" w:type="dxa"/>
            <w:vAlign w:val="center"/>
          </w:tcPr>
          <w:p w14:paraId="120A6A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491CA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93.49</w:t>
            </w:r>
          </w:p>
        </w:tc>
        <w:tc>
          <w:tcPr>
            <w:tcW w:w="1425" w:type="dxa"/>
            <w:vAlign w:val="center"/>
          </w:tcPr>
          <w:p w14:paraId="581879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0.452</w:t>
            </w:r>
          </w:p>
        </w:tc>
        <w:tc>
          <w:tcPr>
            <w:tcW w:w="1425" w:type="dxa"/>
            <w:vAlign w:val="center"/>
          </w:tcPr>
          <w:p w14:paraId="3DFA27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0.478</w:t>
            </w:r>
          </w:p>
        </w:tc>
        <w:tc>
          <w:tcPr>
            <w:tcW w:w="1425" w:type="dxa"/>
            <w:vAlign w:val="center"/>
          </w:tcPr>
          <w:p w14:paraId="40DC5A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0.012</w:t>
            </w:r>
          </w:p>
        </w:tc>
        <w:tc>
          <w:tcPr>
            <w:tcW w:w="1425" w:type="dxa"/>
            <w:vAlign w:val="center"/>
          </w:tcPr>
          <w:p w14:paraId="60900CF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75.91</w:t>
            </w:r>
          </w:p>
        </w:tc>
      </w:tr>
      <w:tr w:rsidR="006D7CF4" w:rsidRPr="00CE6355" w14:paraId="1B8A7374" w14:textId="77777777" w:rsidTr="00A0291F">
        <w:trPr>
          <w:jc w:val="center"/>
        </w:trPr>
        <w:tc>
          <w:tcPr>
            <w:tcW w:w="1425" w:type="dxa"/>
            <w:vAlign w:val="center"/>
          </w:tcPr>
          <w:p w14:paraId="0838D4B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106</w:t>
            </w:r>
          </w:p>
        </w:tc>
        <w:tc>
          <w:tcPr>
            <w:tcW w:w="1425" w:type="dxa"/>
            <w:vAlign w:val="center"/>
          </w:tcPr>
          <w:p w14:paraId="074418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5A658D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93.62</w:t>
            </w:r>
          </w:p>
        </w:tc>
        <w:tc>
          <w:tcPr>
            <w:tcW w:w="1425" w:type="dxa"/>
            <w:vAlign w:val="center"/>
          </w:tcPr>
          <w:p w14:paraId="04F727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0.362</w:t>
            </w:r>
          </w:p>
        </w:tc>
        <w:tc>
          <w:tcPr>
            <w:tcW w:w="1425" w:type="dxa"/>
            <w:vAlign w:val="center"/>
          </w:tcPr>
          <w:p w14:paraId="18BE43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</w:t>
            </w:r>
          </w:p>
        </w:tc>
        <w:tc>
          <w:tcPr>
            <w:tcW w:w="1425" w:type="dxa"/>
            <w:vAlign w:val="center"/>
          </w:tcPr>
          <w:p w14:paraId="56212A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25" w:type="dxa"/>
            <w:vAlign w:val="center"/>
          </w:tcPr>
          <w:p w14:paraId="516E9D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80.22</w:t>
            </w:r>
          </w:p>
        </w:tc>
      </w:tr>
      <w:tr w:rsidR="006D7CF4" w:rsidRPr="00CE6355" w14:paraId="7F9EFE9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97BEA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107</w:t>
            </w:r>
          </w:p>
        </w:tc>
        <w:tc>
          <w:tcPr>
            <w:tcW w:w="1425" w:type="dxa"/>
            <w:vAlign w:val="center"/>
          </w:tcPr>
          <w:p w14:paraId="11D3B3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01A049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91.96</w:t>
            </w:r>
          </w:p>
        </w:tc>
        <w:tc>
          <w:tcPr>
            <w:tcW w:w="1425" w:type="dxa"/>
            <w:vAlign w:val="center"/>
          </w:tcPr>
          <w:p w14:paraId="7D22AF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0.385</w:t>
            </w:r>
          </w:p>
        </w:tc>
        <w:tc>
          <w:tcPr>
            <w:tcW w:w="1425" w:type="dxa"/>
            <w:vAlign w:val="center"/>
          </w:tcPr>
          <w:p w14:paraId="36AF43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0.467</w:t>
            </w:r>
          </w:p>
        </w:tc>
        <w:tc>
          <w:tcPr>
            <w:tcW w:w="1425" w:type="dxa"/>
            <w:vAlign w:val="center"/>
          </w:tcPr>
          <w:p w14:paraId="7CBC94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69A87B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77.47</w:t>
            </w:r>
          </w:p>
        </w:tc>
      </w:tr>
      <w:tr w:rsidR="006D7CF4" w:rsidRPr="00CE6355" w14:paraId="57ECBAF9" w14:textId="77777777" w:rsidTr="00A0291F">
        <w:trPr>
          <w:jc w:val="center"/>
        </w:trPr>
        <w:tc>
          <w:tcPr>
            <w:tcW w:w="1425" w:type="dxa"/>
            <w:vAlign w:val="center"/>
          </w:tcPr>
          <w:p w14:paraId="119A8C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108</w:t>
            </w:r>
          </w:p>
        </w:tc>
        <w:tc>
          <w:tcPr>
            <w:tcW w:w="1425" w:type="dxa"/>
            <w:vAlign w:val="center"/>
          </w:tcPr>
          <w:p w14:paraId="7109FE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782AF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95.37</w:t>
            </w:r>
          </w:p>
        </w:tc>
        <w:tc>
          <w:tcPr>
            <w:tcW w:w="1425" w:type="dxa"/>
            <w:vAlign w:val="center"/>
          </w:tcPr>
          <w:p w14:paraId="5B83BA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</w:t>
            </w:r>
          </w:p>
        </w:tc>
        <w:tc>
          <w:tcPr>
            <w:tcW w:w="1425" w:type="dxa"/>
            <w:vAlign w:val="center"/>
          </w:tcPr>
          <w:p w14:paraId="679012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0.554</w:t>
            </w:r>
          </w:p>
        </w:tc>
        <w:tc>
          <w:tcPr>
            <w:tcW w:w="1425" w:type="dxa"/>
            <w:vAlign w:val="center"/>
          </w:tcPr>
          <w:p w14:paraId="1D2132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1DAB83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78.98</w:t>
            </w:r>
          </w:p>
        </w:tc>
      </w:tr>
      <w:tr w:rsidR="006D7CF4" w:rsidRPr="00CE6355" w14:paraId="7F3174F7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CDB8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109</w:t>
            </w:r>
          </w:p>
        </w:tc>
        <w:tc>
          <w:tcPr>
            <w:tcW w:w="1425" w:type="dxa"/>
            <w:vAlign w:val="center"/>
          </w:tcPr>
          <w:p w14:paraId="022528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668194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93.14</w:t>
            </w:r>
          </w:p>
        </w:tc>
        <w:tc>
          <w:tcPr>
            <w:tcW w:w="1425" w:type="dxa"/>
            <w:vAlign w:val="center"/>
          </w:tcPr>
          <w:p w14:paraId="1424AE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0.421</w:t>
            </w:r>
          </w:p>
        </w:tc>
        <w:tc>
          <w:tcPr>
            <w:tcW w:w="1425" w:type="dxa"/>
            <w:vAlign w:val="center"/>
          </w:tcPr>
          <w:p w14:paraId="5E411D3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0.446</w:t>
            </w:r>
          </w:p>
        </w:tc>
        <w:tc>
          <w:tcPr>
            <w:tcW w:w="1425" w:type="dxa"/>
            <w:vAlign w:val="center"/>
          </w:tcPr>
          <w:p w14:paraId="0309B5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26895F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77.37</w:t>
            </w:r>
          </w:p>
        </w:tc>
      </w:tr>
      <w:tr w:rsidR="006D7CF4" w:rsidRPr="00CE6355" w14:paraId="268977F5" w14:textId="77777777" w:rsidTr="00A0291F">
        <w:trPr>
          <w:jc w:val="center"/>
        </w:trPr>
        <w:tc>
          <w:tcPr>
            <w:tcW w:w="1425" w:type="dxa"/>
            <w:vAlign w:val="center"/>
          </w:tcPr>
          <w:p w14:paraId="27611A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110</w:t>
            </w:r>
          </w:p>
        </w:tc>
        <w:tc>
          <w:tcPr>
            <w:tcW w:w="1425" w:type="dxa"/>
            <w:vAlign w:val="center"/>
          </w:tcPr>
          <w:p w14:paraId="5337C5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D93A8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94.18</w:t>
            </w:r>
          </w:p>
        </w:tc>
        <w:tc>
          <w:tcPr>
            <w:tcW w:w="1425" w:type="dxa"/>
            <w:vAlign w:val="center"/>
          </w:tcPr>
          <w:p w14:paraId="44B566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0.302</w:t>
            </w:r>
          </w:p>
        </w:tc>
        <w:tc>
          <w:tcPr>
            <w:tcW w:w="1425" w:type="dxa"/>
            <w:vAlign w:val="center"/>
          </w:tcPr>
          <w:p w14:paraId="7E1D1D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0.505</w:t>
            </w:r>
          </w:p>
        </w:tc>
        <w:tc>
          <w:tcPr>
            <w:tcW w:w="1425" w:type="dxa"/>
            <w:vAlign w:val="center"/>
          </w:tcPr>
          <w:p w14:paraId="3DF99D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2C17C2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76.98</w:t>
            </w:r>
          </w:p>
        </w:tc>
      </w:tr>
      <w:tr w:rsidR="006D7CF4" w:rsidRPr="00CE6355" w14:paraId="1593445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2CBAE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111</w:t>
            </w:r>
          </w:p>
        </w:tc>
        <w:tc>
          <w:tcPr>
            <w:tcW w:w="1425" w:type="dxa"/>
            <w:vAlign w:val="center"/>
          </w:tcPr>
          <w:p w14:paraId="5AF6E1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C38C0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94.46</w:t>
            </w:r>
          </w:p>
        </w:tc>
        <w:tc>
          <w:tcPr>
            <w:tcW w:w="1425" w:type="dxa"/>
            <w:vAlign w:val="center"/>
          </w:tcPr>
          <w:p w14:paraId="382EDE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0.382</w:t>
            </w:r>
          </w:p>
        </w:tc>
        <w:tc>
          <w:tcPr>
            <w:tcW w:w="1425" w:type="dxa"/>
            <w:vAlign w:val="center"/>
          </w:tcPr>
          <w:p w14:paraId="792400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0.496</w:t>
            </w:r>
          </w:p>
        </w:tc>
        <w:tc>
          <w:tcPr>
            <w:tcW w:w="1425" w:type="dxa"/>
            <w:vAlign w:val="center"/>
          </w:tcPr>
          <w:p w14:paraId="75315A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0178E2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78.04</w:t>
            </w:r>
          </w:p>
        </w:tc>
      </w:tr>
      <w:tr w:rsidR="006D7CF4" w:rsidRPr="00CE6355" w14:paraId="5609C2C5" w14:textId="77777777" w:rsidTr="00A0291F">
        <w:trPr>
          <w:jc w:val="center"/>
        </w:trPr>
        <w:tc>
          <w:tcPr>
            <w:tcW w:w="1425" w:type="dxa"/>
            <w:vAlign w:val="center"/>
          </w:tcPr>
          <w:p w14:paraId="4DB1A8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112</w:t>
            </w:r>
          </w:p>
        </w:tc>
        <w:tc>
          <w:tcPr>
            <w:tcW w:w="1425" w:type="dxa"/>
            <w:vAlign w:val="center"/>
          </w:tcPr>
          <w:p w14:paraId="338CD0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C31193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93.87</w:t>
            </w:r>
          </w:p>
        </w:tc>
        <w:tc>
          <w:tcPr>
            <w:tcW w:w="1425" w:type="dxa"/>
            <w:vAlign w:val="center"/>
          </w:tcPr>
          <w:p w14:paraId="42A00C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0.307</w:t>
            </w:r>
          </w:p>
        </w:tc>
        <w:tc>
          <w:tcPr>
            <w:tcW w:w="1425" w:type="dxa"/>
            <w:vAlign w:val="center"/>
          </w:tcPr>
          <w:p w14:paraId="1100B8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</w:t>
            </w:r>
          </w:p>
        </w:tc>
        <w:tc>
          <w:tcPr>
            <w:tcW w:w="1425" w:type="dxa"/>
            <w:vAlign w:val="center"/>
          </w:tcPr>
          <w:p w14:paraId="63A474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0.012</w:t>
            </w:r>
          </w:p>
        </w:tc>
        <w:tc>
          <w:tcPr>
            <w:tcW w:w="1425" w:type="dxa"/>
            <w:vAlign w:val="center"/>
          </w:tcPr>
          <w:p w14:paraId="37265E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79.36</w:t>
            </w:r>
          </w:p>
        </w:tc>
      </w:tr>
      <w:tr w:rsidR="006D7CF4" w:rsidRPr="00CE6355" w14:paraId="78FD12F1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81EF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113</w:t>
            </w:r>
          </w:p>
        </w:tc>
        <w:tc>
          <w:tcPr>
            <w:tcW w:w="1425" w:type="dxa"/>
            <w:vAlign w:val="center"/>
          </w:tcPr>
          <w:p w14:paraId="46D9B5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91FB4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92.48</w:t>
            </w:r>
          </w:p>
        </w:tc>
        <w:tc>
          <w:tcPr>
            <w:tcW w:w="1425" w:type="dxa"/>
            <w:vAlign w:val="center"/>
          </w:tcPr>
          <w:p w14:paraId="406967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0.303</w:t>
            </w:r>
          </w:p>
        </w:tc>
        <w:tc>
          <w:tcPr>
            <w:tcW w:w="1425" w:type="dxa"/>
            <w:vAlign w:val="center"/>
          </w:tcPr>
          <w:p w14:paraId="26AB2F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0.482</w:t>
            </w:r>
          </w:p>
        </w:tc>
        <w:tc>
          <w:tcPr>
            <w:tcW w:w="1425" w:type="dxa"/>
            <w:vAlign w:val="center"/>
          </w:tcPr>
          <w:p w14:paraId="105ABF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046A31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</w:t>
            </w:r>
          </w:p>
        </w:tc>
      </w:tr>
      <w:tr w:rsidR="006D7CF4" w:rsidRPr="00CE6355" w14:paraId="1CF9541A" w14:textId="77777777" w:rsidTr="00A0291F">
        <w:trPr>
          <w:jc w:val="center"/>
        </w:trPr>
        <w:tc>
          <w:tcPr>
            <w:tcW w:w="1425" w:type="dxa"/>
            <w:vAlign w:val="center"/>
          </w:tcPr>
          <w:p w14:paraId="1FCCA4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114</w:t>
            </w:r>
          </w:p>
        </w:tc>
        <w:tc>
          <w:tcPr>
            <w:tcW w:w="1425" w:type="dxa"/>
            <w:vAlign w:val="center"/>
          </w:tcPr>
          <w:p w14:paraId="08CB0E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101E3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94.56</w:t>
            </w:r>
          </w:p>
        </w:tc>
        <w:tc>
          <w:tcPr>
            <w:tcW w:w="1425" w:type="dxa"/>
            <w:vAlign w:val="center"/>
          </w:tcPr>
          <w:p w14:paraId="707105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0.353</w:t>
            </w:r>
          </w:p>
        </w:tc>
        <w:tc>
          <w:tcPr>
            <w:tcW w:w="1425" w:type="dxa"/>
            <w:vAlign w:val="center"/>
          </w:tcPr>
          <w:p w14:paraId="3ADAAF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0.436</w:t>
            </w:r>
          </w:p>
        </w:tc>
        <w:tc>
          <w:tcPr>
            <w:tcW w:w="1425" w:type="dxa"/>
            <w:vAlign w:val="center"/>
          </w:tcPr>
          <w:p w14:paraId="727DCA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5ED142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77.21</w:t>
            </w:r>
          </w:p>
        </w:tc>
      </w:tr>
      <w:tr w:rsidR="006D7CF4" w:rsidRPr="00CE6355" w14:paraId="5F63427E" w14:textId="77777777" w:rsidTr="00A0291F">
        <w:trPr>
          <w:jc w:val="center"/>
        </w:trPr>
        <w:tc>
          <w:tcPr>
            <w:tcW w:w="1425" w:type="dxa"/>
            <w:vAlign w:val="center"/>
          </w:tcPr>
          <w:p w14:paraId="241C39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115</w:t>
            </w:r>
          </w:p>
        </w:tc>
        <w:tc>
          <w:tcPr>
            <w:tcW w:w="1425" w:type="dxa"/>
            <w:vAlign w:val="center"/>
          </w:tcPr>
          <w:p w14:paraId="69CFCA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639442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94.54</w:t>
            </w:r>
          </w:p>
        </w:tc>
        <w:tc>
          <w:tcPr>
            <w:tcW w:w="1425" w:type="dxa"/>
            <w:vAlign w:val="center"/>
          </w:tcPr>
          <w:p w14:paraId="49D0E9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0.388</w:t>
            </w:r>
          </w:p>
        </w:tc>
        <w:tc>
          <w:tcPr>
            <w:tcW w:w="1425" w:type="dxa"/>
            <w:vAlign w:val="center"/>
          </w:tcPr>
          <w:p w14:paraId="6E89B8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0.532</w:t>
            </w:r>
          </w:p>
        </w:tc>
        <w:tc>
          <w:tcPr>
            <w:tcW w:w="1425" w:type="dxa"/>
            <w:vAlign w:val="center"/>
          </w:tcPr>
          <w:p w14:paraId="346D19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586615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81.97</w:t>
            </w:r>
          </w:p>
        </w:tc>
      </w:tr>
      <w:tr w:rsidR="006D7CF4" w:rsidRPr="00CE6355" w14:paraId="22E8D366" w14:textId="77777777" w:rsidTr="00A0291F">
        <w:trPr>
          <w:jc w:val="center"/>
        </w:trPr>
        <w:tc>
          <w:tcPr>
            <w:tcW w:w="1425" w:type="dxa"/>
            <w:vAlign w:val="center"/>
          </w:tcPr>
          <w:p w14:paraId="7DFAB4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116</w:t>
            </w:r>
          </w:p>
        </w:tc>
        <w:tc>
          <w:tcPr>
            <w:tcW w:w="1425" w:type="dxa"/>
            <w:vAlign w:val="center"/>
          </w:tcPr>
          <w:p w14:paraId="15DC9C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B64C8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93.76</w:t>
            </w:r>
          </w:p>
        </w:tc>
        <w:tc>
          <w:tcPr>
            <w:tcW w:w="1425" w:type="dxa"/>
            <w:vAlign w:val="center"/>
          </w:tcPr>
          <w:p w14:paraId="746BEB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</w:t>
            </w:r>
          </w:p>
        </w:tc>
        <w:tc>
          <w:tcPr>
            <w:tcW w:w="1425" w:type="dxa"/>
            <w:vAlign w:val="center"/>
          </w:tcPr>
          <w:p w14:paraId="6B30BF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0.473</w:t>
            </w:r>
          </w:p>
        </w:tc>
        <w:tc>
          <w:tcPr>
            <w:tcW w:w="1425" w:type="dxa"/>
            <w:vAlign w:val="center"/>
          </w:tcPr>
          <w:p w14:paraId="4826C9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0.012</w:t>
            </w:r>
          </w:p>
        </w:tc>
        <w:tc>
          <w:tcPr>
            <w:tcW w:w="1425" w:type="dxa"/>
            <w:vAlign w:val="center"/>
          </w:tcPr>
          <w:p w14:paraId="1314E0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80.13</w:t>
            </w:r>
          </w:p>
        </w:tc>
      </w:tr>
      <w:tr w:rsidR="006D7CF4" w:rsidRPr="00CE6355" w14:paraId="10EB9851" w14:textId="77777777" w:rsidTr="00A0291F">
        <w:trPr>
          <w:jc w:val="center"/>
        </w:trPr>
        <w:tc>
          <w:tcPr>
            <w:tcW w:w="1425" w:type="dxa"/>
            <w:vAlign w:val="center"/>
          </w:tcPr>
          <w:p w14:paraId="5902BA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117</w:t>
            </w:r>
          </w:p>
        </w:tc>
        <w:tc>
          <w:tcPr>
            <w:tcW w:w="1425" w:type="dxa"/>
            <w:vAlign w:val="center"/>
          </w:tcPr>
          <w:p w14:paraId="58BDC2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02D1C0F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96.21</w:t>
            </w:r>
          </w:p>
        </w:tc>
        <w:tc>
          <w:tcPr>
            <w:tcW w:w="1425" w:type="dxa"/>
            <w:vAlign w:val="center"/>
          </w:tcPr>
          <w:p w14:paraId="43E52BB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0.558</w:t>
            </w:r>
          </w:p>
        </w:tc>
        <w:tc>
          <w:tcPr>
            <w:tcW w:w="1425" w:type="dxa"/>
            <w:vAlign w:val="center"/>
          </w:tcPr>
          <w:p w14:paraId="49CAA6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0.418</w:t>
            </w:r>
          </w:p>
        </w:tc>
        <w:tc>
          <w:tcPr>
            <w:tcW w:w="1425" w:type="dxa"/>
            <w:vAlign w:val="center"/>
          </w:tcPr>
          <w:p w14:paraId="7E5DD0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700528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80.32</w:t>
            </w:r>
          </w:p>
        </w:tc>
      </w:tr>
      <w:tr w:rsidR="006D7CF4" w:rsidRPr="00CE6355" w14:paraId="40208581" w14:textId="77777777" w:rsidTr="00A0291F">
        <w:trPr>
          <w:jc w:val="center"/>
        </w:trPr>
        <w:tc>
          <w:tcPr>
            <w:tcW w:w="1425" w:type="dxa"/>
            <w:vAlign w:val="center"/>
          </w:tcPr>
          <w:p w14:paraId="393F05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118</w:t>
            </w:r>
          </w:p>
        </w:tc>
        <w:tc>
          <w:tcPr>
            <w:tcW w:w="1425" w:type="dxa"/>
            <w:vAlign w:val="center"/>
          </w:tcPr>
          <w:p w14:paraId="41B016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B6231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91.9</w:t>
            </w:r>
          </w:p>
        </w:tc>
        <w:tc>
          <w:tcPr>
            <w:tcW w:w="1425" w:type="dxa"/>
            <w:vAlign w:val="center"/>
          </w:tcPr>
          <w:p w14:paraId="2118A3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0.479</w:t>
            </w:r>
          </w:p>
        </w:tc>
        <w:tc>
          <w:tcPr>
            <w:tcW w:w="1425" w:type="dxa"/>
            <w:vAlign w:val="center"/>
          </w:tcPr>
          <w:p w14:paraId="493F5D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0.463</w:t>
            </w:r>
          </w:p>
        </w:tc>
        <w:tc>
          <w:tcPr>
            <w:tcW w:w="1425" w:type="dxa"/>
            <w:vAlign w:val="center"/>
          </w:tcPr>
          <w:p w14:paraId="1EF5E5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5A6718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79.55</w:t>
            </w:r>
          </w:p>
        </w:tc>
      </w:tr>
      <w:tr w:rsidR="006D7CF4" w:rsidRPr="00CE6355" w14:paraId="29A9AF1B" w14:textId="77777777" w:rsidTr="00A0291F">
        <w:trPr>
          <w:jc w:val="center"/>
        </w:trPr>
        <w:tc>
          <w:tcPr>
            <w:tcW w:w="1425" w:type="dxa"/>
            <w:vAlign w:val="center"/>
          </w:tcPr>
          <w:p w14:paraId="3AAE8E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119</w:t>
            </w:r>
          </w:p>
        </w:tc>
        <w:tc>
          <w:tcPr>
            <w:tcW w:w="1425" w:type="dxa"/>
            <w:vAlign w:val="center"/>
          </w:tcPr>
          <w:p w14:paraId="559954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653C7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93.36</w:t>
            </w:r>
          </w:p>
        </w:tc>
        <w:tc>
          <w:tcPr>
            <w:tcW w:w="1425" w:type="dxa"/>
            <w:vAlign w:val="center"/>
          </w:tcPr>
          <w:p w14:paraId="0723C1D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425" w:type="dxa"/>
            <w:vAlign w:val="center"/>
          </w:tcPr>
          <w:p w14:paraId="01D0E0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0.487</w:t>
            </w:r>
          </w:p>
        </w:tc>
        <w:tc>
          <w:tcPr>
            <w:tcW w:w="1425" w:type="dxa"/>
            <w:vAlign w:val="center"/>
          </w:tcPr>
          <w:p w14:paraId="4553984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425" w:type="dxa"/>
            <w:vAlign w:val="center"/>
          </w:tcPr>
          <w:p w14:paraId="3306DF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75.76</w:t>
            </w:r>
          </w:p>
        </w:tc>
      </w:tr>
      <w:tr w:rsidR="006D7CF4" w:rsidRPr="00CE6355" w14:paraId="323DDA5E" w14:textId="77777777" w:rsidTr="00A0291F">
        <w:trPr>
          <w:jc w:val="center"/>
        </w:trPr>
        <w:tc>
          <w:tcPr>
            <w:tcW w:w="1425" w:type="dxa"/>
            <w:vAlign w:val="center"/>
          </w:tcPr>
          <w:p w14:paraId="6DAF5D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1425" w:type="dxa"/>
            <w:vAlign w:val="center"/>
          </w:tcPr>
          <w:p w14:paraId="7B9B19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0821DB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94.13</w:t>
            </w:r>
          </w:p>
        </w:tc>
        <w:tc>
          <w:tcPr>
            <w:tcW w:w="1425" w:type="dxa"/>
            <w:vAlign w:val="center"/>
          </w:tcPr>
          <w:p w14:paraId="15E2CC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0.214</w:t>
            </w:r>
          </w:p>
        </w:tc>
        <w:tc>
          <w:tcPr>
            <w:tcW w:w="1425" w:type="dxa"/>
            <w:vAlign w:val="center"/>
          </w:tcPr>
          <w:p w14:paraId="38D6D0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0.482</w:t>
            </w:r>
          </w:p>
        </w:tc>
        <w:tc>
          <w:tcPr>
            <w:tcW w:w="1425" w:type="dxa"/>
            <w:vAlign w:val="center"/>
          </w:tcPr>
          <w:p w14:paraId="2401E3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7791DF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76.76</w:t>
            </w:r>
          </w:p>
        </w:tc>
      </w:tr>
      <w:tr w:rsidR="006D7CF4" w:rsidRPr="00CE6355" w14:paraId="43E8B2C5" w14:textId="77777777" w:rsidTr="00A0291F">
        <w:trPr>
          <w:jc w:val="center"/>
        </w:trPr>
        <w:tc>
          <w:tcPr>
            <w:tcW w:w="1425" w:type="dxa"/>
            <w:vAlign w:val="center"/>
          </w:tcPr>
          <w:p w14:paraId="09EF13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121</w:t>
            </w:r>
          </w:p>
        </w:tc>
        <w:tc>
          <w:tcPr>
            <w:tcW w:w="1425" w:type="dxa"/>
            <w:vAlign w:val="center"/>
          </w:tcPr>
          <w:p w14:paraId="33D591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32E6E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95.98</w:t>
            </w:r>
          </w:p>
        </w:tc>
        <w:tc>
          <w:tcPr>
            <w:tcW w:w="1425" w:type="dxa"/>
            <w:vAlign w:val="center"/>
          </w:tcPr>
          <w:p w14:paraId="474A07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0.308</w:t>
            </w:r>
          </w:p>
        </w:tc>
        <w:tc>
          <w:tcPr>
            <w:tcW w:w="1425" w:type="dxa"/>
            <w:vAlign w:val="center"/>
          </w:tcPr>
          <w:p w14:paraId="7DFC01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0.407</w:t>
            </w:r>
          </w:p>
        </w:tc>
        <w:tc>
          <w:tcPr>
            <w:tcW w:w="1425" w:type="dxa"/>
            <w:vAlign w:val="center"/>
          </w:tcPr>
          <w:p w14:paraId="47C490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5AD54C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80.89</w:t>
            </w:r>
          </w:p>
        </w:tc>
      </w:tr>
      <w:tr w:rsidR="006D7CF4" w:rsidRPr="00CE6355" w14:paraId="23EB0753" w14:textId="77777777" w:rsidTr="00A0291F">
        <w:trPr>
          <w:jc w:val="center"/>
        </w:trPr>
        <w:tc>
          <w:tcPr>
            <w:tcW w:w="1425" w:type="dxa"/>
            <w:vAlign w:val="center"/>
          </w:tcPr>
          <w:p w14:paraId="511F0E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122</w:t>
            </w:r>
          </w:p>
        </w:tc>
        <w:tc>
          <w:tcPr>
            <w:tcW w:w="1425" w:type="dxa"/>
            <w:vAlign w:val="center"/>
          </w:tcPr>
          <w:p w14:paraId="2F8D62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5E1753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91.68</w:t>
            </w:r>
          </w:p>
        </w:tc>
        <w:tc>
          <w:tcPr>
            <w:tcW w:w="1425" w:type="dxa"/>
            <w:vAlign w:val="center"/>
          </w:tcPr>
          <w:p w14:paraId="3FE8D9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0.276</w:t>
            </w:r>
          </w:p>
        </w:tc>
        <w:tc>
          <w:tcPr>
            <w:tcW w:w="1425" w:type="dxa"/>
            <w:vAlign w:val="center"/>
          </w:tcPr>
          <w:p w14:paraId="62F215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0.437</w:t>
            </w:r>
          </w:p>
        </w:tc>
        <w:tc>
          <w:tcPr>
            <w:tcW w:w="1425" w:type="dxa"/>
            <w:vAlign w:val="center"/>
          </w:tcPr>
          <w:p w14:paraId="7C3F61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2686FE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78.45</w:t>
            </w:r>
          </w:p>
        </w:tc>
      </w:tr>
      <w:tr w:rsidR="006D7CF4" w:rsidRPr="00CE6355" w14:paraId="6E7A38EF" w14:textId="77777777" w:rsidTr="00A0291F">
        <w:trPr>
          <w:jc w:val="center"/>
        </w:trPr>
        <w:tc>
          <w:tcPr>
            <w:tcW w:w="1425" w:type="dxa"/>
            <w:vAlign w:val="center"/>
          </w:tcPr>
          <w:p w14:paraId="0A84BB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123</w:t>
            </w:r>
          </w:p>
        </w:tc>
        <w:tc>
          <w:tcPr>
            <w:tcW w:w="1425" w:type="dxa"/>
            <w:vAlign w:val="center"/>
          </w:tcPr>
          <w:p w14:paraId="212331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5E2FE9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97.22</w:t>
            </w:r>
          </w:p>
        </w:tc>
        <w:tc>
          <w:tcPr>
            <w:tcW w:w="1425" w:type="dxa"/>
            <w:vAlign w:val="center"/>
          </w:tcPr>
          <w:p w14:paraId="6F1040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0.373</w:t>
            </w:r>
          </w:p>
        </w:tc>
        <w:tc>
          <w:tcPr>
            <w:tcW w:w="1425" w:type="dxa"/>
            <w:vAlign w:val="center"/>
          </w:tcPr>
          <w:p w14:paraId="5D7CE0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0.443</w:t>
            </w:r>
          </w:p>
        </w:tc>
        <w:tc>
          <w:tcPr>
            <w:tcW w:w="1425" w:type="dxa"/>
            <w:vAlign w:val="center"/>
          </w:tcPr>
          <w:p w14:paraId="1AC598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0.015</w:t>
            </w:r>
          </w:p>
        </w:tc>
        <w:tc>
          <w:tcPr>
            <w:tcW w:w="1425" w:type="dxa"/>
            <w:vAlign w:val="center"/>
          </w:tcPr>
          <w:p w14:paraId="298500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78.52</w:t>
            </w:r>
          </w:p>
        </w:tc>
      </w:tr>
      <w:tr w:rsidR="006D7CF4" w:rsidRPr="00CE6355" w14:paraId="506B721A" w14:textId="77777777" w:rsidTr="00A0291F">
        <w:trPr>
          <w:jc w:val="center"/>
        </w:trPr>
        <w:tc>
          <w:tcPr>
            <w:tcW w:w="1425" w:type="dxa"/>
            <w:vAlign w:val="center"/>
          </w:tcPr>
          <w:p w14:paraId="61E726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124</w:t>
            </w:r>
          </w:p>
        </w:tc>
        <w:tc>
          <w:tcPr>
            <w:tcW w:w="1425" w:type="dxa"/>
            <w:vAlign w:val="center"/>
          </w:tcPr>
          <w:p w14:paraId="7BC4A7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2501B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91.91</w:t>
            </w:r>
          </w:p>
        </w:tc>
        <w:tc>
          <w:tcPr>
            <w:tcW w:w="1425" w:type="dxa"/>
            <w:vAlign w:val="center"/>
          </w:tcPr>
          <w:p w14:paraId="1645CA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0.414</w:t>
            </w:r>
          </w:p>
        </w:tc>
        <w:tc>
          <w:tcPr>
            <w:tcW w:w="1425" w:type="dxa"/>
            <w:vAlign w:val="center"/>
          </w:tcPr>
          <w:p w14:paraId="0E7A49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0.429</w:t>
            </w:r>
          </w:p>
        </w:tc>
        <w:tc>
          <w:tcPr>
            <w:tcW w:w="1425" w:type="dxa"/>
            <w:vAlign w:val="center"/>
          </w:tcPr>
          <w:p w14:paraId="046ACE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0.032</w:t>
            </w:r>
          </w:p>
        </w:tc>
        <w:tc>
          <w:tcPr>
            <w:tcW w:w="1425" w:type="dxa"/>
            <w:vAlign w:val="center"/>
          </w:tcPr>
          <w:p w14:paraId="107415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78.23</w:t>
            </w:r>
          </w:p>
        </w:tc>
      </w:tr>
      <w:tr w:rsidR="006D7CF4" w:rsidRPr="00CE6355" w14:paraId="33BEBBB4" w14:textId="77777777" w:rsidTr="00A0291F">
        <w:trPr>
          <w:jc w:val="center"/>
        </w:trPr>
        <w:tc>
          <w:tcPr>
            <w:tcW w:w="1425" w:type="dxa"/>
            <w:vAlign w:val="center"/>
          </w:tcPr>
          <w:p w14:paraId="45052B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125</w:t>
            </w:r>
          </w:p>
        </w:tc>
        <w:tc>
          <w:tcPr>
            <w:tcW w:w="1425" w:type="dxa"/>
            <w:vAlign w:val="center"/>
          </w:tcPr>
          <w:p w14:paraId="727242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47456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95.14</w:t>
            </w:r>
          </w:p>
        </w:tc>
        <w:tc>
          <w:tcPr>
            <w:tcW w:w="1425" w:type="dxa"/>
            <w:vAlign w:val="center"/>
          </w:tcPr>
          <w:p w14:paraId="1E2209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0.232</w:t>
            </w:r>
          </w:p>
        </w:tc>
        <w:tc>
          <w:tcPr>
            <w:tcW w:w="1425" w:type="dxa"/>
            <w:vAlign w:val="center"/>
          </w:tcPr>
          <w:p w14:paraId="1AC4D4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0.437</w:t>
            </w:r>
          </w:p>
        </w:tc>
        <w:tc>
          <w:tcPr>
            <w:tcW w:w="1425" w:type="dxa"/>
            <w:vAlign w:val="center"/>
          </w:tcPr>
          <w:p w14:paraId="0C0DEF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0DA2A5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79.31</w:t>
            </w:r>
          </w:p>
        </w:tc>
      </w:tr>
      <w:tr w:rsidR="006D7CF4" w:rsidRPr="00CE6355" w14:paraId="60608452" w14:textId="77777777" w:rsidTr="00A0291F">
        <w:trPr>
          <w:jc w:val="center"/>
        </w:trPr>
        <w:tc>
          <w:tcPr>
            <w:tcW w:w="1425" w:type="dxa"/>
            <w:vAlign w:val="center"/>
          </w:tcPr>
          <w:p w14:paraId="3733BE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126</w:t>
            </w:r>
          </w:p>
        </w:tc>
        <w:tc>
          <w:tcPr>
            <w:tcW w:w="1425" w:type="dxa"/>
            <w:vAlign w:val="center"/>
          </w:tcPr>
          <w:p w14:paraId="5716C9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04EAF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93.23</w:t>
            </w:r>
          </w:p>
        </w:tc>
        <w:tc>
          <w:tcPr>
            <w:tcW w:w="1425" w:type="dxa"/>
            <w:vAlign w:val="center"/>
          </w:tcPr>
          <w:p w14:paraId="05C284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0.576</w:t>
            </w:r>
          </w:p>
        </w:tc>
        <w:tc>
          <w:tcPr>
            <w:tcW w:w="1425" w:type="dxa"/>
            <w:vAlign w:val="center"/>
          </w:tcPr>
          <w:p w14:paraId="124F07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0.491</w:t>
            </w:r>
          </w:p>
        </w:tc>
        <w:tc>
          <w:tcPr>
            <w:tcW w:w="1425" w:type="dxa"/>
            <w:vAlign w:val="center"/>
          </w:tcPr>
          <w:p w14:paraId="7CD83F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0F0C27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79.94</w:t>
            </w:r>
          </w:p>
        </w:tc>
      </w:tr>
      <w:tr w:rsidR="006D7CF4" w:rsidRPr="00CE6355" w14:paraId="5F087D7E" w14:textId="77777777" w:rsidTr="00A0291F">
        <w:trPr>
          <w:jc w:val="center"/>
        </w:trPr>
        <w:tc>
          <w:tcPr>
            <w:tcW w:w="1425" w:type="dxa"/>
            <w:vAlign w:val="center"/>
          </w:tcPr>
          <w:p w14:paraId="71C120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127</w:t>
            </w:r>
          </w:p>
        </w:tc>
        <w:tc>
          <w:tcPr>
            <w:tcW w:w="1425" w:type="dxa"/>
            <w:vAlign w:val="center"/>
          </w:tcPr>
          <w:p w14:paraId="18FEDE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04A288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96.78</w:t>
            </w:r>
          </w:p>
        </w:tc>
        <w:tc>
          <w:tcPr>
            <w:tcW w:w="1425" w:type="dxa"/>
            <w:vAlign w:val="center"/>
          </w:tcPr>
          <w:p w14:paraId="6A6660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0.259</w:t>
            </w:r>
          </w:p>
        </w:tc>
        <w:tc>
          <w:tcPr>
            <w:tcW w:w="1425" w:type="dxa"/>
            <w:vAlign w:val="center"/>
          </w:tcPr>
          <w:p w14:paraId="74A189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0.471</w:t>
            </w:r>
          </w:p>
        </w:tc>
        <w:tc>
          <w:tcPr>
            <w:tcW w:w="1425" w:type="dxa"/>
            <w:vAlign w:val="center"/>
          </w:tcPr>
          <w:p w14:paraId="74236F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0E7950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77.86</w:t>
            </w:r>
          </w:p>
        </w:tc>
      </w:tr>
      <w:tr w:rsidR="006D7CF4" w:rsidRPr="00CE6355" w14:paraId="77E34597" w14:textId="77777777" w:rsidTr="00A0291F">
        <w:trPr>
          <w:jc w:val="center"/>
        </w:trPr>
        <w:tc>
          <w:tcPr>
            <w:tcW w:w="1425" w:type="dxa"/>
            <w:vAlign w:val="center"/>
          </w:tcPr>
          <w:p w14:paraId="63C3273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128</w:t>
            </w:r>
          </w:p>
        </w:tc>
        <w:tc>
          <w:tcPr>
            <w:tcW w:w="1425" w:type="dxa"/>
            <w:vAlign w:val="center"/>
          </w:tcPr>
          <w:p w14:paraId="50C508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1D7AF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96.52</w:t>
            </w:r>
          </w:p>
        </w:tc>
        <w:tc>
          <w:tcPr>
            <w:tcW w:w="1425" w:type="dxa"/>
            <w:vAlign w:val="center"/>
          </w:tcPr>
          <w:p w14:paraId="3A6D91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0.273</w:t>
            </w:r>
          </w:p>
        </w:tc>
        <w:tc>
          <w:tcPr>
            <w:tcW w:w="1425" w:type="dxa"/>
            <w:vAlign w:val="center"/>
          </w:tcPr>
          <w:p w14:paraId="187DCF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0.515</w:t>
            </w:r>
          </w:p>
        </w:tc>
        <w:tc>
          <w:tcPr>
            <w:tcW w:w="1425" w:type="dxa"/>
            <w:vAlign w:val="center"/>
          </w:tcPr>
          <w:p w14:paraId="2D994C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6D0870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78.53</w:t>
            </w:r>
          </w:p>
        </w:tc>
      </w:tr>
      <w:tr w:rsidR="006D7CF4" w:rsidRPr="00CE6355" w14:paraId="621C09F0" w14:textId="77777777" w:rsidTr="00A0291F">
        <w:trPr>
          <w:jc w:val="center"/>
        </w:trPr>
        <w:tc>
          <w:tcPr>
            <w:tcW w:w="1425" w:type="dxa"/>
            <w:vAlign w:val="center"/>
          </w:tcPr>
          <w:p w14:paraId="64F1AE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129</w:t>
            </w:r>
          </w:p>
        </w:tc>
        <w:tc>
          <w:tcPr>
            <w:tcW w:w="1425" w:type="dxa"/>
            <w:vAlign w:val="center"/>
          </w:tcPr>
          <w:p w14:paraId="26B341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5F4CB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93.79</w:t>
            </w:r>
          </w:p>
        </w:tc>
        <w:tc>
          <w:tcPr>
            <w:tcW w:w="1425" w:type="dxa"/>
            <w:vAlign w:val="center"/>
          </w:tcPr>
          <w:p w14:paraId="5B248D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0.518</w:t>
            </w:r>
          </w:p>
        </w:tc>
        <w:tc>
          <w:tcPr>
            <w:tcW w:w="1425" w:type="dxa"/>
            <w:vAlign w:val="center"/>
          </w:tcPr>
          <w:p w14:paraId="244B46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0.432</w:t>
            </w:r>
          </w:p>
        </w:tc>
        <w:tc>
          <w:tcPr>
            <w:tcW w:w="1425" w:type="dxa"/>
            <w:vAlign w:val="center"/>
          </w:tcPr>
          <w:p w14:paraId="76EE11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2613D69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76.62</w:t>
            </w:r>
          </w:p>
        </w:tc>
      </w:tr>
      <w:tr w:rsidR="006D7CF4" w:rsidRPr="00CE6355" w14:paraId="53127A86" w14:textId="77777777" w:rsidTr="00A0291F">
        <w:trPr>
          <w:jc w:val="center"/>
        </w:trPr>
        <w:tc>
          <w:tcPr>
            <w:tcW w:w="1425" w:type="dxa"/>
            <w:vAlign w:val="center"/>
          </w:tcPr>
          <w:p w14:paraId="68B627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130</w:t>
            </w:r>
          </w:p>
        </w:tc>
        <w:tc>
          <w:tcPr>
            <w:tcW w:w="1425" w:type="dxa"/>
            <w:vAlign w:val="center"/>
          </w:tcPr>
          <w:p w14:paraId="2F045E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55B7E8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93.36</w:t>
            </w:r>
          </w:p>
        </w:tc>
        <w:tc>
          <w:tcPr>
            <w:tcW w:w="1425" w:type="dxa"/>
            <w:vAlign w:val="center"/>
          </w:tcPr>
          <w:p w14:paraId="0B613F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0.309</w:t>
            </w:r>
          </w:p>
        </w:tc>
        <w:tc>
          <w:tcPr>
            <w:tcW w:w="1425" w:type="dxa"/>
            <w:vAlign w:val="center"/>
          </w:tcPr>
          <w:p w14:paraId="2CD814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0.471</w:t>
            </w:r>
          </w:p>
        </w:tc>
        <w:tc>
          <w:tcPr>
            <w:tcW w:w="1425" w:type="dxa"/>
            <w:vAlign w:val="center"/>
          </w:tcPr>
          <w:p w14:paraId="788AD1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008A41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75.8</w:t>
            </w:r>
          </w:p>
        </w:tc>
      </w:tr>
      <w:tr w:rsidR="006D7CF4" w:rsidRPr="00CE6355" w14:paraId="5D373F42" w14:textId="77777777" w:rsidTr="00A0291F">
        <w:trPr>
          <w:jc w:val="center"/>
        </w:trPr>
        <w:tc>
          <w:tcPr>
            <w:tcW w:w="1425" w:type="dxa"/>
            <w:vAlign w:val="center"/>
          </w:tcPr>
          <w:p w14:paraId="06F34A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131</w:t>
            </w:r>
          </w:p>
        </w:tc>
        <w:tc>
          <w:tcPr>
            <w:tcW w:w="1425" w:type="dxa"/>
            <w:vAlign w:val="center"/>
          </w:tcPr>
          <w:p w14:paraId="3E8E99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FA2B1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91.7</w:t>
            </w:r>
          </w:p>
        </w:tc>
        <w:tc>
          <w:tcPr>
            <w:tcW w:w="1425" w:type="dxa"/>
            <w:vAlign w:val="center"/>
          </w:tcPr>
          <w:p w14:paraId="1F793B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0.351</w:t>
            </w:r>
          </w:p>
        </w:tc>
        <w:tc>
          <w:tcPr>
            <w:tcW w:w="1425" w:type="dxa"/>
            <w:vAlign w:val="center"/>
          </w:tcPr>
          <w:p w14:paraId="08F25D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0.544</w:t>
            </w:r>
          </w:p>
        </w:tc>
        <w:tc>
          <w:tcPr>
            <w:tcW w:w="1425" w:type="dxa"/>
            <w:vAlign w:val="center"/>
          </w:tcPr>
          <w:p w14:paraId="54FD679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187BB7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78.5</w:t>
            </w:r>
          </w:p>
        </w:tc>
      </w:tr>
      <w:tr w:rsidR="006D7CF4" w:rsidRPr="00CE6355" w14:paraId="68898EC9" w14:textId="77777777" w:rsidTr="00A0291F">
        <w:trPr>
          <w:jc w:val="center"/>
        </w:trPr>
        <w:tc>
          <w:tcPr>
            <w:tcW w:w="1425" w:type="dxa"/>
            <w:vAlign w:val="center"/>
          </w:tcPr>
          <w:p w14:paraId="2B82AF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132</w:t>
            </w:r>
          </w:p>
        </w:tc>
        <w:tc>
          <w:tcPr>
            <w:tcW w:w="1425" w:type="dxa"/>
            <w:vAlign w:val="center"/>
          </w:tcPr>
          <w:p w14:paraId="4F882A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5DD88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92.84</w:t>
            </w:r>
          </w:p>
        </w:tc>
        <w:tc>
          <w:tcPr>
            <w:tcW w:w="1425" w:type="dxa"/>
            <w:vAlign w:val="center"/>
          </w:tcPr>
          <w:p w14:paraId="0EDCCE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0.328</w:t>
            </w:r>
          </w:p>
        </w:tc>
        <w:tc>
          <w:tcPr>
            <w:tcW w:w="1425" w:type="dxa"/>
            <w:vAlign w:val="center"/>
          </w:tcPr>
          <w:p w14:paraId="47EF37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0.437</w:t>
            </w:r>
          </w:p>
        </w:tc>
        <w:tc>
          <w:tcPr>
            <w:tcW w:w="1425" w:type="dxa"/>
            <w:vAlign w:val="center"/>
          </w:tcPr>
          <w:p w14:paraId="3F2480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7663AA4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80.57</w:t>
            </w:r>
          </w:p>
        </w:tc>
      </w:tr>
      <w:tr w:rsidR="006D7CF4" w:rsidRPr="00CE6355" w14:paraId="1077557E" w14:textId="77777777" w:rsidTr="00A0291F">
        <w:trPr>
          <w:jc w:val="center"/>
        </w:trPr>
        <w:tc>
          <w:tcPr>
            <w:tcW w:w="1425" w:type="dxa"/>
            <w:vAlign w:val="center"/>
          </w:tcPr>
          <w:p w14:paraId="003799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133</w:t>
            </w:r>
          </w:p>
        </w:tc>
        <w:tc>
          <w:tcPr>
            <w:tcW w:w="1425" w:type="dxa"/>
            <w:vAlign w:val="center"/>
          </w:tcPr>
          <w:p w14:paraId="6FF74E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D7864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96.11</w:t>
            </w:r>
          </w:p>
        </w:tc>
        <w:tc>
          <w:tcPr>
            <w:tcW w:w="1425" w:type="dxa"/>
            <w:vAlign w:val="center"/>
          </w:tcPr>
          <w:p w14:paraId="0EBD8F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0.373</w:t>
            </w:r>
          </w:p>
        </w:tc>
        <w:tc>
          <w:tcPr>
            <w:tcW w:w="1425" w:type="dxa"/>
            <w:vAlign w:val="center"/>
          </w:tcPr>
          <w:p w14:paraId="1947A5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</w:t>
            </w:r>
          </w:p>
        </w:tc>
        <w:tc>
          <w:tcPr>
            <w:tcW w:w="1425" w:type="dxa"/>
            <w:vAlign w:val="center"/>
          </w:tcPr>
          <w:p w14:paraId="6CA906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2B73B1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78.48</w:t>
            </w:r>
          </w:p>
        </w:tc>
      </w:tr>
      <w:tr w:rsidR="006D7CF4" w:rsidRPr="00CE6355" w14:paraId="65FCAC59" w14:textId="77777777" w:rsidTr="00A0291F">
        <w:trPr>
          <w:jc w:val="center"/>
        </w:trPr>
        <w:tc>
          <w:tcPr>
            <w:tcW w:w="1425" w:type="dxa"/>
            <w:vAlign w:val="center"/>
          </w:tcPr>
          <w:p w14:paraId="4D1779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134</w:t>
            </w:r>
          </w:p>
        </w:tc>
        <w:tc>
          <w:tcPr>
            <w:tcW w:w="1425" w:type="dxa"/>
            <w:vAlign w:val="center"/>
          </w:tcPr>
          <w:p w14:paraId="189BE1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2F216E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91.59</w:t>
            </w:r>
          </w:p>
        </w:tc>
        <w:tc>
          <w:tcPr>
            <w:tcW w:w="1425" w:type="dxa"/>
            <w:vAlign w:val="center"/>
          </w:tcPr>
          <w:p w14:paraId="309603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0.219</w:t>
            </w:r>
          </w:p>
        </w:tc>
        <w:tc>
          <w:tcPr>
            <w:tcW w:w="1425" w:type="dxa"/>
            <w:vAlign w:val="center"/>
          </w:tcPr>
          <w:p w14:paraId="0613C5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0.413</w:t>
            </w:r>
          </w:p>
        </w:tc>
        <w:tc>
          <w:tcPr>
            <w:tcW w:w="1425" w:type="dxa"/>
            <w:vAlign w:val="center"/>
          </w:tcPr>
          <w:p w14:paraId="3F98AB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5EEDDB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77.8</w:t>
            </w:r>
          </w:p>
        </w:tc>
      </w:tr>
      <w:tr w:rsidR="006D7CF4" w:rsidRPr="00CE6355" w14:paraId="48E767CA" w14:textId="77777777" w:rsidTr="00A0291F">
        <w:trPr>
          <w:jc w:val="center"/>
        </w:trPr>
        <w:tc>
          <w:tcPr>
            <w:tcW w:w="1425" w:type="dxa"/>
            <w:vAlign w:val="center"/>
          </w:tcPr>
          <w:p w14:paraId="296CBBF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135</w:t>
            </w:r>
          </w:p>
        </w:tc>
        <w:tc>
          <w:tcPr>
            <w:tcW w:w="1425" w:type="dxa"/>
            <w:vAlign w:val="center"/>
          </w:tcPr>
          <w:p w14:paraId="4B746A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C217E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92.04</w:t>
            </w:r>
          </w:p>
        </w:tc>
        <w:tc>
          <w:tcPr>
            <w:tcW w:w="1425" w:type="dxa"/>
            <w:vAlign w:val="center"/>
          </w:tcPr>
          <w:p w14:paraId="3BF913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</w:t>
            </w:r>
          </w:p>
        </w:tc>
        <w:tc>
          <w:tcPr>
            <w:tcW w:w="1425" w:type="dxa"/>
            <w:vAlign w:val="center"/>
          </w:tcPr>
          <w:p w14:paraId="5D6415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0.468</w:t>
            </w:r>
          </w:p>
        </w:tc>
        <w:tc>
          <w:tcPr>
            <w:tcW w:w="1425" w:type="dxa"/>
            <w:vAlign w:val="center"/>
          </w:tcPr>
          <w:p w14:paraId="6398CE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7849F9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74.26</w:t>
            </w:r>
          </w:p>
        </w:tc>
      </w:tr>
      <w:tr w:rsidR="006D7CF4" w:rsidRPr="00CE6355" w14:paraId="7B0903C3" w14:textId="77777777" w:rsidTr="00A0291F">
        <w:trPr>
          <w:jc w:val="center"/>
        </w:trPr>
        <w:tc>
          <w:tcPr>
            <w:tcW w:w="1425" w:type="dxa"/>
            <w:vAlign w:val="center"/>
          </w:tcPr>
          <w:p w14:paraId="708593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136</w:t>
            </w:r>
          </w:p>
        </w:tc>
        <w:tc>
          <w:tcPr>
            <w:tcW w:w="1425" w:type="dxa"/>
            <w:vAlign w:val="center"/>
          </w:tcPr>
          <w:p w14:paraId="4F78EE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6D5C73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95.39</w:t>
            </w:r>
          </w:p>
        </w:tc>
        <w:tc>
          <w:tcPr>
            <w:tcW w:w="1425" w:type="dxa"/>
            <w:vAlign w:val="center"/>
          </w:tcPr>
          <w:p w14:paraId="0EBD0F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0.497</w:t>
            </w:r>
          </w:p>
        </w:tc>
        <w:tc>
          <w:tcPr>
            <w:tcW w:w="1425" w:type="dxa"/>
            <w:vAlign w:val="center"/>
          </w:tcPr>
          <w:p w14:paraId="060C3B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</w:t>
            </w:r>
          </w:p>
        </w:tc>
        <w:tc>
          <w:tcPr>
            <w:tcW w:w="1425" w:type="dxa"/>
            <w:vAlign w:val="center"/>
          </w:tcPr>
          <w:p w14:paraId="1E6390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6CA46D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83.37</w:t>
            </w:r>
          </w:p>
        </w:tc>
      </w:tr>
      <w:tr w:rsidR="006D7CF4" w:rsidRPr="00CE6355" w14:paraId="676AA375" w14:textId="77777777" w:rsidTr="00A0291F">
        <w:trPr>
          <w:jc w:val="center"/>
        </w:trPr>
        <w:tc>
          <w:tcPr>
            <w:tcW w:w="1425" w:type="dxa"/>
            <w:vAlign w:val="center"/>
          </w:tcPr>
          <w:p w14:paraId="23E248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137</w:t>
            </w:r>
          </w:p>
        </w:tc>
        <w:tc>
          <w:tcPr>
            <w:tcW w:w="1425" w:type="dxa"/>
            <w:vAlign w:val="center"/>
          </w:tcPr>
          <w:p w14:paraId="3AFA95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A3A5F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95.16</w:t>
            </w:r>
          </w:p>
        </w:tc>
        <w:tc>
          <w:tcPr>
            <w:tcW w:w="1425" w:type="dxa"/>
            <w:vAlign w:val="center"/>
          </w:tcPr>
          <w:p w14:paraId="6C7838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</w:t>
            </w:r>
          </w:p>
        </w:tc>
        <w:tc>
          <w:tcPr>
            <w:tcW w:w="1425" w:type="dxa"/>
            <w:vAlign w:val="center"/>
          </w:tcPr>
          <w:p w14:paraId="5B20E6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0.482</w:t>
            </w:r>
          </w:p>
        </w:tc>
        <w:tc>
          <w:tcPr>
            <w:tcW w:w="1425" w:type="dxa"/>
            <w:vAlign w:val="center"/>
          </w:tcPr>
          <w:p w14:paraId="1837CC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2FA4FC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78.25</w:t>
            </w:r>
          </w:p>
        </w:tc>
      </w:tr>
      <w:tr w:rsidR="006D7CF4" w:rsidRPr="00CE6355" w14:paraId="7C37A382" w14:textId="77777777" w:rsidTr="00A0291F">
        <w:trPr>
          <w:jc w:val="center"/>
        </w:trPr>
        <w:tc>
          <w:tcPr>
            <w:tcW w:w="1425" w:type="dxa"/>
            <w:vAlign w:val="center"/>
          </w:tcPr>
          <w:p w14:paraId="010DB5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138</w:t>
            </w:r>
          </w:p>
        </w:tc>
        <w:tc>
          <w:tcPr>
            <w:tcW w:w="1425" w:type="dxa"/>
            <w:vAlign w:val="center"/>
          </w:tcPr>
          <w:p w14:paraId="05F0C6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00F834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98.49</w:t>
            </w:r>
          </w:p>
        </w:tc>
        <w:tc>
          <w:tcPr>
            <w:tcW w:w="1425" w:type="dxa"/>
            <w:vAlign w:val="center"/>
          </w:tcPr>
          <w:p w14:paraId="4CF6E1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0.482</w:t>
            </w:r>
          </w:p>
        </w:tc>
        <w:tc>
          <w:tcPr>
            <w:tcW w:w="1425" w:type="dxa"/>
            <w:vAlign w:val="center"/>
          </w:tcPr>
          <w:p w14:paraId="3633C2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0.483</w:t>
            </w:r>
          </w:p>
        </w:tc>
        <w:tc>
          <w:tcPr>
            <w:tcW w:w="1425" w:type="dxa"/>
            <w:vAlign w:val="center"/>
          </w:tcPr>
          <w:p w14:paraId="7AB32A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4677C7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83.19</w:t>
            </w:r>
          </w:p>
        </w:tc>
      </w:tr>
      <w:tr w:rsidR="006D7CF4" w:rsidRPr="00CE6355" w14:paraId="50C5CCAB" w14:textId="77777777" w:rsidTr="00A0291F">
        <w:trPr>
          <w:jc w:val="center"/>
        </w:trPr>
        <w:tc>
          <w:tcPr>
            <w:tcW w:w="1425" w:type="dxa"/>
            <w:vAlign w:val="center"/>
          </w:tcPr>
          <w:p w14:paraId="7D88B5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139</w:t>
            </w:r>
          </w:p>
        </w:tc>
        <w:tc>
          <w:tcPr>
            <w:tcW w:w="1425" w:type="dxa"/>
            <w:vAlign w:val="center"/>
          </w:tcPr>
          <w:p w14:paraId="00A212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64B5BC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93.33</w:t>
            </w:r>
          </w:p>
        </w:tc>
        <w:tc>
          <w:tcPr>
            <w:tcW w:w="1425" w:type="dxa"/>
            <w:vAlign w:val="center"/>
          </w:tcPr>
          <w:p w14:paraId="2B1893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0.392</w:t>
            </w:r>
          </w:p>
        </w:tc>
        <w:tc>
          <w:tcPr>
            <w:tcW w:w="1425" w:type="dxa"/>
            <w:vAlign w:val="center"/>
          </w:tcPr>
          <w:p w14:paraId="68D821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0.444</w:t>
            </w:r>
          </w:p>
        </w:tc>
        <w:tc>
          <w:tcPr>
            <w:tcW w:w="1425" w:type="dxa"/>
            <w:vAlign w:val="center"/>
          </w:tcPr>
          <w:p w14:paraId="468FE9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19F7C1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74.35</w:t>
            </w:r>
          </w:p>
        </w:tc>
      </w:tr>
      <w:tr w:rsidR="006D7CF4" w:rsidRPr="00CE6355" w14:paraId="01CB5A14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499F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140</w:t>
            </w:r>
          </w:p>
        </w:tc>
        <w:tc>
          <w:tcPr>
            <w:tcW w:w="1425" w:type="dxa"/>
            <w:vAlign w:val="center"/>
          </w:tcPr>
          <w:p w14:paraId="566C60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6B0C9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93.75</w:t>
            </w:r>
          </w:p>
        </w:tc>
        <w:tc>
          <w:tcPr>
            <w:tcW w:w="1425" w:type="dxa"/>
            <w:vAlign w:val="center"/>
          </w:tcPr>
          <w:p w14:paraId="1731E2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0.422</w:t>
            </w:r>
          </w:p>
        </w:tc>
        <w:tc>
          <w:tcPr>
            <w:tcW w:w="1425" w:type="dxa"/>
            <w:vAlign w:val="center"/>
          </w:tcPr>
          <w:p w14:paraId="6FC530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0.454</w:t>
            </w:r>
          </w:p>
        </w:tc>
        <w:tc>
          <w:tcPr>
            <w:tcW w:w="1425" w:type="dxa"/>
            <w:vAlign w:val="center"/>
          </w:tcPr>
          <w:p w14:paraId="7AF2973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47A0E0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80.4</w:t>
            </w:r>
          </w:p>
        </w:tc>
      </w:tr>
      <w:tr w:rsidR="006D7CF4" w:rsidRPr="00CE6355" w14:paraId="6A90D9FC" w14:textId="77777777" w:rsidTr="00A0291F">
        <w:trPr>
          <w:jc w:val="center"/>
        </w:trPr>
        <w:tc>
          <w:tcPr>
            <w:tcW w:w="1425" w:type="dxa"/>
            <w:vAlign w:val="center"/>
          </w:tcPr>
          <w:p w14:paraId="714B57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141</w:t>
            </w:r>
          </w:p>
        </w:tc>
        <w:tc>
          <w:tcPr>
            <w:tcW w:w="1425" w:type="dxa"/>
            <w:vAlign w:val="center"/>
          </w:tcPr>
          <w:p w14:paraId="725696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ED351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93.78</w:t>
            </w:r>
          </w:p>
        </w:tc>
        <w:tc>
          <w:tcPr>
            <w:tcW w:w="1425" w:type="dxa"/>
            <w:vAlign w:val="center"/>
          </w:tcPr>
          <w:p w14:paraId="0BD9C6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0.477</w:t>
            </w:r>
          </w:p>
        </w:tc>
        <w:tc>
          <w:tcPr>
            <w:tcW w:w="1425" w:type="dxa"/>
            <w:vAlign w:val="center"/>
          </w:tcPr>
          <w:p w14:paraId="3CA3E7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0.442</w:t>
            </w:r>
          </w:p>
        </w:tc>
        <w:tc>
          <w:tcPr>
            <w:tcW w:w="1425" w:type="dxa"/>
            <w:vAlign w:val="center"/>
          </w:tcPr>
          <w:p w14:paraId="76FB65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255FE2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78.65</w:t>
            </w:r>
          </w:p>
        </w:tc>
      </w:tr>
      <w:tr w:rsidR="006D7CF4" w:rsidRPr="00CE6355" w14:paraId="06DDFFB0" w14:textId="77777777" w:rsidTr="00A0291F">
        <w:trPr>
          <w:jc w:val="center"/>
        </w:trPr>
        <w:tc>
          <w:tcPr>
            <w:tcW w:w="1425" w:type="dxa"/>
            <w:vAlign w:val="center"/>
          </w:tcPr>
          <w:p w14:paraId="520794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142</w:t>
            </w:r>
          </w:p>
        </w:tc>
        <w:tc>
          <w:tcPr>
            <w:tcW w:w="1425" w:type="dxa"/>
            <w:vAlign w:val="center"/>
          </w:tcPr>
          <w:p w14:paraId="07D7F6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0323A7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96.56</w:t>
            </w:r>
          </w:p>
        </w:tc>
        <w:tc>
          <w:tcPr>
            <w:tcW w:w="1425" w:type="dxa"/>
            <w:vAlign w:val="center"/>
          </w:tcPr>
          <w:p w14:paraId="09EB5B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0.425</w:t>
            </w:r>
          </w:p>
        </w:tc>
        <w:tc>
          <w:tcPr>
            <w:tcW w:w="1425" w:type="dxa"/>
            <w:vAlign w:val="center"/>
          </w:tcPr>
          <w:p w14:paraId="252D4F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0.469</w:t>
            </w:r>
          </w:p>
        </w:tc>
        <w:tc>
          <w:tcPr>
            <w:tcW w:w="1425" w:type="dxa"/>
            <w:vAlign w:val="center"/>
          </w:tcPr>
          <w:p w14:paraId="564C90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524046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74.7</w:t>
            </w:r>
          </w:p>
        </w:tc>
      </w:tr>
      <w:tr w:rsidR="006D7CF4" w:rsidRPr="00CE6355" w14:paraId="3993FC8F" w14:textId="77777777" w:rsidTr="00A0291F">
        <w:trPr>
          <w:jc w:val="center"/>
        </w:trPr>
        <w:tc>
          <w:tcPr>
            <w:tcW w:w="1425" w:type="dxa"/>
            <w:vAlign w:val="center"/>
          </w:tcPr>
          <w:p w14:paraId="0DA6AC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143</w:t>
            </w:r>
          </w:p>
        </w:tc>
        <w:tc>
          <w:tcPr>
            <w:tcW w:w="1425" w:type="dxa"/>
            <w:vAlign w:val="center"/>
          </w:tcPr>
          <w:p w14:paraId="4E29E3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813C6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96.41</w:t>
            </w:r>
          </w:p>
        </w:tc>
        <w:tc>
          <w:tcPr>
            <w:tcW w:w="1425" w:type="dxa"/>
            <w:vAlign w:val="center"/>
          </w:tcPr>
          <w:p w14:paraId="69C500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0.346</w:t>
            </w:r>
          </w:p>
        </w:tc>
        <w:tc>
          <w:tcPr>
            <w:tcW w:w="1425" w:type="dxa"/>
            <w:vAlign w:val="center"/>
          </w:tcPr>
          <w:p w14:paraId="45A177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0.469</w:t>
            </w:r>
          </w:p>
        </w:tc>
        <w:tc>
          <w:tcPr>
            <w:tcW w:w="1425" w:type="dxa"/>
            <w:vAlign w:val="center"/>
          </w:tcPr>
          <w:p w14:paraId="5E6121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4F5CE3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78.35</w:t>
            </w:r>
          </w:p>
        </w:tc>
      </w:tr>
      <w:tr w:rsidR="006D7CF4" w:rsidRPr="00CE6355" w14:paraId="70E94445" w14:textId="77777777" w:rsidTr="00A0291F">
        <w:trPr>
          <w:jc w:val="center"/>
        </w:trPr>
        <w:tc>
          <w:tcPr>
            <w:tcW w:w="1425" w:type="dxa"/>
            <w:vAlign w:val="center"/>
          </w:tcPr>
          <w:p w14:paraId="7D4CD8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144</w:t>
            </w:r>
          </w:p>
        </w:tc>
        <w:tc>
          <w:tcPr>
            <w:tcW w:w="1425" w:type="dxa"/>
            <w:vAlign w:val="center"/>
          </w:tcPr>
          <w:p w14:paraId="081DB5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6D371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97.65</w:t>
            </w:r>
          </w:p>
        </w:tc>
        <w:tc>
          <w:tcPr>
            <w:tcW w:w="1425" w:type="dxa"/>
            <w:vAlign w:val="center"/>
          </w:tcPr>
          <w:p w14:paraId="28BAFB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0.382</w:t>
            </w:r>
          </w:p>
        </w:tc>
        <w:tc>
          <w:tcPr>
            <w:tcW w:w="1425" w:type="dxa"/>
            <w:vAlign w:val="center"/>
          </w:tcPr>
          <w:p w14:paraId="284628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0.465</w:t>
            </w:r>
          </w:p>
        </w:tc>
        <w:tc>
          <w:tcPr>
            <w:tcW w:w="1425" w:type="dxa"/>
            <w:vAlign w:val="center"/>
          </w:tcPr>
          <w:p w14:paraId="267F79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0.012</w:t>
            </w:r>
          </w:p>
        </w:tc>
        <w:tc>
          <w:tcPr>
            <w:tcW w:w="1425" w:type="dxa"/>
            <w:vAlign w:val="center"/>
          </w:tcPr>
          <w:p w14:paraId="035863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80.66</w:t>
            </w:r>
          </w:p>
        </w:tc>
      </w:tr>
      <w:tr w:rsidR="006D7CF4" w:rsidRPr="00CE6355" w14:paraId="5B3CD3FD" w14:textId="77777777" w:rsidTr="00A0291F">
        <w:trPr>
          <w:jc w:val="center"/>
        </w:trPr>
        <w:tc>
          <w:tcPr>
            <w:tcW w:w="1425" w:type="dxa"/>
            <w:vAlign w:val="center"/>
          </w:tcPr>
          <w:p w14:paraId="3FED08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145</w:t>
            </w:r>
          </w:p>
        </w:tc>
        <w:tc>
          <w:tcPr>
            <w:tcW w:w="1425" w:type="dxa"/>
            <w:vAlign w:val="center"/>
          </w:tcPr>
          <w:p w14:paraId="036EAC7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7DB52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92.77</w:t>
            </w:r>
          </w:p>
        </w:tc>
        <w:tc>
          <w:tcPr>
            <w:tcW w:w="1425" w:type="dxa"/>
            <w:vAlign w:val="center"/>
          </w:tcPr>
          <w:p w14:paraId="44067E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48314B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0.448</w:t>
            </w:r>
          </w:p>
        </w:tc>
        <w:tc>
          <w:tcPr>
            <w:tcW w:w="1425" w:type="dxa"/>
            <w:vAlign w:val="center"/>
          </w:tcPr>
          <w:p w14:paraId="263B7E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53756F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82.31</w:t>
            </w:r>
          </w:p>
        </w:tc>
      </w:tr>
      <w:tr w:rsidR="006D7CF4" w:rsidRPr="00CE6355" w14:paraId="0E17324C" w14:textId="77777777" w:rsidTr="00A0291F">
        <w:trPr>
          <w:jc w:val="center"/>
        </w:trPr>
        <w:tc>
          <w:tcPr>
            <w:tcW w:w="1425" w:type="dxa"/>
            <w:vAlign w:val="center"/>
          </w:tcPr>
          <w:p w14:paraId="479D6F0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146</w:t>
            </w:r>
          </w:p>
        </w:tc>
        <w:tc>
          <w:tcPr>
            <w:tcW w:w="1425" w:type="dxa"/>
            <w:vAlign w:val="center"/>
          </w:tcPr>
          <w:p w14:paraId="7DB8F2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3B2AB1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95.35</w:t>
            </w:r>
          </w:p>
        </w:tc>
        <w:tc>
          <w:tcPr>
            <w:tcW w:w="1425" w:type="dxa"/>
            <w:vAlign w:val="center"/>
          </w:tcPr>
          <w:p w14:paraId="6FE42D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0.288</w:t>
            </w:r>
          </w:p>
        </w:tc>
        <w:tc>
          <w:tcPr>
            <w:tcW w:w="1425" w:type="dxa"/>
            <w:vAlign w:val="center"/>
          </w:tcPr>
          <w:p w14:paraId="1FA169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0.466</w:t>
            </w:r>
          </w:p>
        </w:tc>
        <w:tc>
          <w:tcPr>
            <w:tcW w:w="1425" w:type="dxa"/>
            <w:vAlign w:val="center"/>
          </w:tcPr>
          <w:p w14:paraId="0E4E82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74EB9D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77.92</w:t>
            </w:r>
          </w:p>
        </w:tc>
      </w:tr>
      <w:tr w:rsidR="006D7CF4" w:rsidRPr="00CE6355" w14:paraId="12DC13D8" w14:textId="77777777" w:rsidTr="00A0291F">
        <w:trPr>
          <w:jc w:val="center"/>
        </w:trPr>
        <w:tc>
          <w:tcPr>
            <w:tcW w:w="1425" w:type="dxa"/>
            <w:vAlign w:val="center"/>
          </w:tcPr>
          <w:p w14:paraId="2AF137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147</w:t>
            </w:r>
          </w:p>
        </w:tc>
        <w:tc>
          <w:tcPr>
            <w:tcW w:w="1425" w:type="dxa"/>
            <w:vAlign w:val="center"/>
          </w:tcPr>
          <w:p w14:paraId="02FC0A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A296E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95.22</w:t>
            </w:r>
          </w:p>
        </w:tc>
        <w:tc>
          <w:tcPr>
            <w:tcW w:w="1425" w:type="dxa"/>
            <w:vAlign w:val="center"/>
          </w:tcPr>
          <w:p w14:paraId="428078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425" w:type="dxa"/>
            <w:vAlign w:val="center"/>
          </w:tcPr>
          <w:p w14:paraId="5593BF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0.437</w:t>
            </w:r>
          </w:p>
        </w:tc>
        <w:tc>
          <w:tcPr>
            <w:tcW w:w="1425" w:type="dxa"/>
            <w:vAlign w:val="center"/>
          </w:tcPr>
          <w:p w14:paraId="202BF4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513FACF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75.49</w:t>
            </w:r>
          </w:p>
        </w:tc>
      </w:tr>
      <w:tr w:rsidR="006D7CF4" w:rsidRPr="00CE6355" w14:paraId="4575B68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FF206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148</w:t>
            </w:r>
          </w:p>
        </w:tc>
        <w:tc>
          <w:tcPr>
            <w:tcW w:w="1425" w:type="dxa"/>
            <w:vAlign w:val="center"/>
          </w:tcPr>
          <w:p w14:paraId="22E4F6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44D8E3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96.81</w:t>
            </w:r>
          </w:p>
        </w:tc>
        <w:tc>
          <w:tcPr>
            <w:tcW w:w="1425" w:type="dxa"/>
            <w:vAlign w:val="center"/>
          </w:tcPr>
          <w:p w14:paraId="4F9D9C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0.337</w:t>
            </w:r>
          </w:p>
        </w:tc>
        <w:tc>
          <w:tcPr>
            <w:tcW w:w="1425" w:type="dxa"/>
            <w:vAlign w:val="center"/>
          </w:tcPr>
          <w:p w14:paraId="6C7ED2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0.478</w:t>
            </w:r>
          </w:p>
        </w:tc>
        <w:tc>
          <w:tcPr>
            <w:tcW w:w="1425" w:type="dxa"/>
            <w:vAlign w:val="center"/>
          </w:tcPr>
          <w:p w14:paraId="586167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2BCBD3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78.22</w:t>
            </w:r>
          </w:p>
        </w:tc>
      </w:tr>
      <w:tr w:rsidR="006D7CF4" w:rsidRPr="00CE6355" w14:paraId="06BFA093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E7D0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149</w:t>
            </w:r>
          </w:p>
        </w:tc>
        <w:tc>
          <w:tcPr>
            <w:tcW w:w="1425" w:type="dxa"/>
            <w:vAlign w:val="center"/>
          </w:tcPr>
          <w:p w14:paraId="0B3F43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15017D8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95.43</w:t>
            </w:r>
          </w:p>
        </w:tc>
        <w:tc>
          <w:tcPr>
            <w:tcW w:w="1425" w:type="dxa"/>
            <w:vAlign w:val="center"/>
          </w:tcPr>
          <w:p w14:paraId="753A60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0.398</w:t>
            </w:r>
          </w:p>
        </w:tc>
        <w:tc>
          <w:tcPr>
            <w:tcW w:w="1425" w:type="dxa"/>
            <w:vAlign w:val="center"/>
          </w:tcPr>
          <w:p w14:paraId="5B90B1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0.517</w:t>
            </w:r>
          </w:p>
        </w:tc>
        <w:tc>
          <w:tcPr>
            <w:tcW w:w="1425" w:type="dxa"/>
            <w:vAlign w:val="center"/>
          </w:tcPr>
          <w:p w14:paraId="5902A8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561535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79.31</w:t>
            </w:r>
          </w:p>
        </w:tc>
      </w:tr>
      <w:tr w:rsidR="006D7CF4" w:rsidRPr="00CE6355" w14:paraId="3AD81663" w14:textId="77777777" w:rsidTr="00A0291F">
        <w:trPr>
          <w:jc w:val="center"/>
        </w:trPr>
        <w:tc>
          <w:tcPr>
            <w:tcW w:w="1425" w:type="dxa"/>
            <w:vAlign w:val="center"/>
          </w:tcPr>
          <w:p w14:paraId="007FD9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150</w:t>
            </w:r>
          </w:p>
        </w:tc>
        <w:tc>
          <w:tcPr>
            <w:tcW w:w="1425" w:type="dxa"/>
            <w:vAlign w:val="center"/>
          </w:tcPr>
          <w:p w14:paraId="43CBDD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425" w:type="dxa"/>
            <w:vAlign w:val="center"/>
          </w:tcPr>
          <w:p w14:paraId="7F017C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98.02</w:t>
            </w:r>
          </w:p>
        </w:tc>
        <w:tc>
          <w:tcPr>
            <w:tcW w:w="1425" w:type="dxa"/>
            <w:vAlign w:val="center"/>
          </w:tcPr>
          <w:p w14:paraId="770E02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0.354</w:t>
            </w:r>
          </w:p>
        </w:tc>
        <w:tc>
          <w:tcPr>
            <w:tcW w:w="1425" w:type="dxa"/>
            <w:vAlign w:val="center"/>
          </w:tcPr>
          <w:p w14:paraId="6F7006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0.496</w:t>
            </w:r>
          </w:p>
        </w:tc>
        <w:tc>
          <w:tcPr>
            <w:tcW w:w="1425" w:type="dxa"/>
            <w:vAlign w:val="center"/>
          </w:tcPr>
          <w:p w14:paraId="37AFAB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694944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77.95</w:t>
            </w:r>
          </w:p>
        </w:tc>
      </w:tr>
    </w:tbl>
    <w:p w14:paraId="0EDFB826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37A837A9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S1D. </w:t>
      </w:r>
      <w:r w:rsidRPr="00CE6355">
        <w:rPr>
          <w:rFonts w:asciiTheme="majorBidi" w:eastAsia="Times New Roman" w:hAnsiTheme="majorBidi" w:cstheme="majorBidi"/>
          <w:bCs/>
        </w:rPr>
        <w:t>Complete modelling observations for Broccoli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455EBBF1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4B6C2E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1041CC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47532E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D3735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2A17F6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745F38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040EC3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7AE72175" w14:textId="77777777" w:rsidTr="00A0291F">
        <w:trPr>
          <w:jc w:val="center"/>
        </w:trPr>
        <w:tc>
          <w:tcPr>
            <w:tcW w:w="1425" w:type="dxa"/>
            <w:vAlign w:val="center"/>
          </w:tcPr>
          <w:p w14:paraId="5E5CF9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151</w:t>
            </w:r>
          </w:p>
        </w:tc>
        <w:tc>
          <w:tcPr>
            <w:tcW w:w="1425" w:type="dxa"/>
            <w:vAlign w:val="center"/>
          </w:tcPr>
          <w:p w14:paraId="2FCB1B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DF644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88.76</w:t>
            </w:r>
          </w:p>
        </w:tc>
        <w:tc>
          <w:tcPr>
            <w:tcW w:w="1425" w:type="dxa"/>
            <w:vAlign w:val="center"/>
          </w:tcPr>
          <w:p w14:paraId="0BA1DE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0.504</w:t>
            </w:r>
          </w:p>
        </w:tc>
        <w:tc>
          <w:tcPr>
            <w:tcW w:w="1425" w:type="dxa"/>
            <w:vAlign w:val="center"/>
          </w:tcPr>
          <w:p w14:paraId="5BD01D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1.185</w:t>
            </w:r>
          </w:p>
        </w:tc>
        <w:tc>
          <w:tcPr>
            <w:tcW w:w="1425" w:type="dxa"/>
            <w:vAlign w:val="center"/>
          </w:tcPr>
          <w:p w14:paraId="59FDC3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0.082</w:t>
            </w:r>
          </w:p>
        </w:tc>
        <w:tc>
          <w:tcPr>
            <w:tcW w:w="1425" w:type="dxa"/>
            <w:vAlign w:val="center"/>
          </w:tcPr>
          <w:p w14:paraId="7739AE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79.8</w:t>
            </w:r>
          </w:p>
        </w:tc>
      </w:tr>
      <w:tr w:rsidR="006D7CF4" w:rsidRPr="00CE6355" w14:paraId="566CD2D1" w14:textId="77777777" w:rsidTr="00A0291F">
        <w:trPr>
          <w:jc w:val="center"/>
        </w:trPr>
        <w:tc>
          <w:tcPr>
            <w:tcW w:w="1425" w:type="dxa"/>
            <w:vAlign w:val="center"/>
          </w:tcPr>
          <w:p w14:paraId="0FFB8D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152</w:t>
            </w:r>
          </w:p>
        </w:tc>
        <w:tc>
          <w:tcPr>
            <w:tcW w:w="1425" w:type="dxa"/>
            <w:vAlign w:val="center"/>
          </w:tcPr>
          <w:p w14:paraId="405EF5D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60992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91.38</w:t>
            </w:r>
          </w:p>
        </w:tc>
        <w:tc>
          <w:tcPr>
            <w:tcW w:w="1425" w:type="dxa"/>
            <w:vAlign w:val="center"/>
          </w:tcPr>
          <w:p w14:paraId="08385D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0.443</w:t>
            </w:r>
          </w:p>
        </w:tc>
        <w:tc>
          <w:tcPr>
            <w:tcW w:w="1425" w:type="dxa"/>
            <w:vAlign w:val="center"/>
          </w:tcPr>
          <w:p w14:paraId="75770CD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1.132</w:t>
            </w:r>
          </w:p>
        </w:tc>
        <w:tc>
          <w:tcPr>
            <w:tcW w:w="1425" w:type="dxa"/>
            <w:vAlign w:val="center"/>
          </w:tcPr>
          <w:p w14:paraId="73341D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0.082</w:t>
            </w:r>
          </w:p>
        </w:tc>
        <w:tc>
          <w:tcPr>
            <w:tcW w:w="1425" w:type="dxa"/>
            <w:vAlign w:val="center"/>
          </w:tcPr>
          <w:p w14:paraId="3166F9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79.71</w:t>
            </w:r>
          </w:p>
        </w:tc>
      </w:tr>
      <w:tr w:rsidR="006D7CF4" w:rsidRPr="00CE6355" w14:paraId="180D7589" w14:textId="77777777" w:rsidTr="00A0291F">
        <w:trPr>
          <w:jc w:val="center"/>
        </w:trPr>
        <w:tc>
          <w:tcPr>
            <w:tcW w:w="1425" w:type="dxa"/>
            <w:vAlign w:val="center"/>
          </w:tcPr>
          <w:p w14:paraId="27E082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153</w:t>
            </w:r>
          </w:p>
        </w:tc>
        <w:tc>
          <w:tcPr>
            <w:tcW w:w="1425" w:type="dxa"/>
            <w:vAlign w:val="center"/>
          </w:tcPr>
          <w:p w14:paraId="6AECFC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0A0F7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89.55</w:t>
            </w:r>
          </w:p>
        </w:tc>
        <w:tc>
          <w:tcPr>
            <w:tcW w:w="1425" w:type="dxa"/>
            <w:vAlign w:val="center"/>
          </w:tcPr>
          <w:p w14:paraId="5A4C5A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0.714</w:t>
            </w:r>
          </w:p>
        </w:tc>
        <w:tc>
          <w:tcPr>
            <w:tcW w:w="1425" w:type="dxa"/>
            <w:vAlign w:val="center"/>
          </w:tcPr>
          <w:p w14:paraId="3E26DF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1.143</w:t>
            </w:r>
          </w:p>
        </w:tc>
        <w:tc>
          <w:tcPr>
            <w:tcW w:w="1425" w:type="dxa"/>
            <w:vAlign w:val="center"/>
          </w:tcPr>
          <w:p w14:paraId="7452DE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1425" w:type="dxa"/>
            <w:vAlign w:val="center"/>
          </w:tcPr>
          <w:p w14:paraId="2A3A42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81.15</w:t>
            </w:r>
          </w:p>
        </w:tc>
      </w:tr>
      <w:tr w:rsidR="006D7CF4" w:rsidRPr="00CE6355" w14:paraId="769C8EF7" w14:textId="77777777" w:rsidTr="00A0291F">
        <w:trPr>
          <w:jc w:val="center"/>
        </w:trPr>
        <w:tc>
          <w:tcPr>
            <w:tcW w:w="1425" w:type="dxa"/>
            <w:vAlign w:val="center"/>
          </w:tcPr>
          <w:p w14:paraId="5762D7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154</w:t>
            </w:r>
          </w:p>
        </w:tc>
        <w:tc>
          <w:tcPr>
            <w:tcW w:w="1425" w:type="dxa"/>
            <w:vAlign w:val="center"/>
          </w:tcPr>
          <w:p w14:paraId="05E480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A145C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91.02</w:t>
            </w:r>
          </w:p>
        </w:tc>
        <w:tc>
          <w:tcPr>
            <w:tcW w:w="1425" w:type="dxa"/>
            <w:vAlign w:val="center"/>
          </w:tcPr>
          <w:p w14:paraId="6A1D99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0C9B5C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1.17</w:t>
            </w:r>
          </w:p>
        </w:tc>
        <w:tc>
          <w:tcPr>
            <w:tcW w:w="1425" w:type="dxa"/>
            <w:vAlign w:val="center"/>
          </w:tcPr>
          <w:p w14:paraId="3F3C52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0.055</w:t>
            </w:r>
          </w:p>
        </w:tc>
        <w:tc>
          <w:tcPr>
            <w:tcW w:w="1425" w:type="dxa"/>
            <w:vAlign w:val="center"/>
          </w:tcPr>
          <w:p w14:paraId="083F11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77.94</w:t>
            </w:r>
          </w:p>
        </w:tc>
      </w:tr>
      <w:tr w:rsidR="006D7CF4" w:rsidRPr="00CE6355" w14:paraId="6DAAFDEA" w14:textId="77777777" w:rsidTr="00A0291F">
        <w:trPr>
          <w:jc w:val="center"/>
        </w:trPr>
        <w:tc>
          <w:tcPr>
            <w:tcW w:w="1425" w:type="dxa"/>
            <w:vAlign w:val="center"/>
          </w:tcPr>
          <w:p w14:paraId="6F2591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155</w:t>
            </w:r>
          </w:p>
        </w:tc>
        <w:tc>
          <w:tcPr>
            <w:tcW w:w="1425" w:type="dxa"/>
            <w:vAlign w:val="center"/>
          </w:tcPr>
          <w:p w14:paraId="0F4A66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441DE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91.01</w:t>
            </w:r>
          </w:p>
        </w:tc>
        <w:tc>
          <w:tcPr>
            <w:tcW w:w="1425" w:type="dxa"/>
            <w:vAlign w:val="center"/>
          </w:tcPr>
          <w:p w14:paraId="5E0942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0.567</w:t>
            </w:r>
          </w:p>
        </w:tc>
        <w:tc>
          <w:tcPr>
            <w:tcW w:w="1425" w:type="dxa"/>
            <w:vAlign w:val="center"/>
          </w:tcPr>
          <w:p w14:paraId="24361D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1.195</w:t>
            </w:r>
          </w:p>
        </w:tc>
        <w:tc>
          <w:tcPr>
            <w:tcW w:w="1425" w:type="dxa"/>
            <w:vAlign w:val="center"/>
          </w:tcPr>
          <w:p w14:paraId="4B1371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0.056</w:t>
            </w:r>
          </w:p>
        </w:tc>
        <w:tc>
          <w:tcPr>
            <w:tcW w:w="1425" w:type="dxa"/>
            <w:vAlign w:val="center"/>
          </w:tcPr>
          <w:p w14:paraId="4400CC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77.93</w:t>
            </w:r>
          </w:p>
        </w:tc>
      </w:tr>
      <w:tr w:rsidR="006D7CF4" w:rsidRPr="00CE6355" w14:paraId="0A887458" w14:textId="77777777" w:rsidTr="00A0291F">
        <w:trPr>
          <w:jc w:val="center"/>
        </w:trPr>
        <w:tc>
          <w:tcPr>
            <w:tcW w:w="1425" w:type="dxa"/>
            <w:vAlign w:val="center"/>
          </w:tcPr>
          <w:p w14:paraId="53DBE6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156</w:t>
            </w:r>
          </w:p>
        </w:tc>
        <w:tc>
          <w:tcPr>
            <w:tcW w:w="1425" w:type="dxa"/>
            <w:vAlign w:val="center"/>
          </w:tcPr>
          <w:p w14:paraId="36299D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5825F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88.42</w:t>
            </w:r>
          </w:p>
        </w:tc>
        <w:tc>
          <w:tcPr>
            <w:tcW w:w="1425" w:type="dxa"/>
            <w:vAlign w:val="center"/>
          </w:tcPr>
          <w:p w14:paraId="25A1A3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0.628</w:t>
            </w:r>
          </w:p>
        </w:tc>
        <w:tc>
          <w:tcPr>
            <w:tcW w:w="1425" w:type="dxa"/>
            <w:vAlign w:val="center"/>
          </w:tcPr>
          <w:p w14:paraId="450734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0.981</w:t>
            </w:r>
          </w:p>
        </w:tc>
        <w:tc>
          <w:tcPr>
            <w:tcW w:w="1425" w:type="dxa"/>
            <w:vAlign w:val="center"/>
          </w:tcPr>
          <w:p w14:paraId="40717E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0.074</w:t>
            </w:r>
          </w:p>
        </w:tc>
        <w:tc>
          <w:tcPr>
            <w:tcW w:w="1425" w:type="dxa"/>
            <w:vAlign w:val="center"/>
          </w:tcPr>
          <w:p w14:paraId="5D185B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79.74</w:t>
            </w:r>
          </w:p>
        </w:tc>
      </w:tr>
      <w:tr w:rsidR="006D7CF4" w:rsidRPr="00CE6355" w14:paraId="1778C19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E405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157</w:t>
            </w:r>
          </w:p>
        </w:tc>
        <w:tc>
          <w:tcPr>
            <w:tcW w:w="1425" w:type="dxa"/>
            <w:vAlign w:val="center"/>
          </w:tcPr>
          <w:p w14:paraId="59B9753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AD1A2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91.75</w:t>
            </w:r>
          </w:p>
        </w:tc>
        <w:tc>
          <w:tcPr>
            <w:tcW w:w="1425" w:type="dxa"/>
            <w:vAlign w:val="center"/>
          </w:tcPr>
          <w:p w14:paraId="1740EBF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0.558</w:t>
            </w:r>
          </w:p>
        </w:tc>
        <w:tc>
          <w:tcPr>
            <w:tcW w:w="1425" w:type="dxa"/>
            <w:vAlign w:val="center"/>
          </w:tcPr>
          <w:p w14:paraId="30A90F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1.218</w:t>
            </w:r>
          </w:p>
        </w:tc>
        <w:tc>
          <w:tcPr>
            <w:tcW w:w="1425" w:type="dxa"/>
            <w:vAlign w:val="center"/>
          </w:tcPr>
          <w:p w14:paraId="60D44B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0.046</w:t>
            </w:r>
          </w:p>
        </w:tc>
        <w:tc>
          <w:tcPr>
            <w:tcW w:w="1425" w:type="dxa"/>
            <w:vAlign w:val="center"/>
          </w:tcPr>
          <w:p w14:paraId="4B6C5E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81.96</w:t>
            </w:r>
          </w:p>
        </w:tc>
      </w:tr>
      <w:tr w:rsidR="006D7CF4" w:rsidRPr="00CE6355" w14:paraId="079A636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EA817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158</w:t>
            </w:r>
          </w:p>
        </w:tc>
        <w:tc>
          <w:tcPr>
            <w:tcW w:w="1425" w:type="dxa"/>
            <w:vAlign w:val="center"/>
          </w:tcPr>
          <w:p w14:paraId="61AC7B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11B36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90.27</w:t>
            </w:r>
          </w:p>
        </w:tc>
        <w:tc>
          <w:tcPr>
            <w:tcW w:w="1425" w:type="dxa"/>
            <w:vAlign w:val="center"/>
          </w:tcPr>
          <w:p w14:paraId="7C049D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0.516</w:t>
            </w:r>
          </w:p>
        </w:tc>
        <w:tc>
          <w:tcPr>
            <w:tcW w:w="1425" w:type="dxa"/>
            <w:vAlign w:val="center"/>
          </w:tcPr>
          <w:p w14:paraId="58100C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1.116</w:t>
            </w:r>
          </w:p>
        </w:tc>
        <w:tc>
          <w:tcPr>
            <w:tcW w:w="1425" w:type="dxa"/>
            <w:vAlign w:val="center"/>
          </w:tcPr>
          <w:p w14:paraId="7AC58C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425" w:type="dxa"/>
            <w:vAlign w:val="center"/>
          </w:tcPr>
          <w:p w14:paraId="07B360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79.3</w:t>
            </w:r>
          </w:p>
        </w:tc>
      </w:tr>
      <w:tr w:rsidR="006D7CF4" w:rsidRPr="00CE6355" w14:paraId="082F0B48" w14:textId="77777777" w:rsidTr="00A0291F">
        <w:trPr>
          <w:jc w:val="center"/>
        </w:trPr>
        <w:tc>
          <w:tcPr>
            <w:tcW w:w="1425" w:type="dxa"/>
            <w:vAlign w:val="center"/>
          </w:tcPr>
          <w:p w14:paraId="48E431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159</w:t>
            </w:r>
          </w:p>
        </w:tc>
        <w:tc>
          <w:tcPr>
            <w:tcW w:w="1425" w:type="dxa"/>
            <w:vAlign w:val="center"/>
          </w:tcPr>
          <w:p w14:paraId="75402F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A7096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91.52</w:t>
            </w:r>
          </w:p>
        </w:tc>
        <w:tc>
          <w:tcPr>
            <w:tcW w:w="1425" w:type="dxa"/>
            <w:vAlign w:val="center"/>
          </w:tcPr>
          <w:p w14:paraId="0C5114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0.502</w:t>
            </w:r>
          </w:p>
        </w:tc>
        <w:tc>
          <w:tcPr>
            <w:tcW w:w="1425" w:type="dxa"/>
            <w:vAlign w:val="center"/>
          </w:tcPr>
          <w:p w14:paraId="1D7E39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1.019</w:t>
            </w:r>
          </w:p>
        </w:tc>
        <w:tc>
          <w:tcPr>
            <w:tcW w:w="1425" w:type="dxa"/>
            <w:vAlign w:val="center"/>
          </w:tcPr>
          <w:p w14:paraId="0E6D61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0.046</w:t>
            </w:r>
          </w:p>
        </w:tc>
        <w:tc>
          <w:tcPr>
            <w:tcW w:w="1425" w:type="dxa"/>
            <w:vAlign w:val="center"/>
          </w:tcPr>
          <w:p w14:paraId="15520F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78.01</w:t>
            </w:r>
          </w:p>
        </w:tc>
      </w:tr>
      <w:tr w:rsidR="006D7CF4" w:rsidRPr="00CE6355" w14:paraId="0DF0F45B" w14:textId="77777777" w:rsidTr="00A0291F">
        <w:trPr>
          <w:jc w:val="center"/>
        </w:trPr>
        <w:tc>
          <w:tcPr>
            <w:tcW w:w="1425" w:type="dxa"/>
            <w:vAlign w:val="center"/>
          </w:tcPr>
          <w:p w14:paraId="0FD070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160</w:t>
            </w:r>
          </w:p>
        </w:tc>
        <w:tc>
          <w:tcPr>
            <w:tcW w:w="1425" w:type="dxa"/>
            <w:vAlign w:val="center"/>
          </w:tcPr>
          <w:p w14:paraId="4A7B59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91F69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88.79</w:t>
            </w:r>
          </w:p>
        </w:tc>
        <w:tc>
          <w:tcPr>
            <w:tcW w:w="1425" w:type="dxa"/>
            <w:vAlign w:val="center"/>
          </w:tcPr>
          <w:p w14:paraId="4525CA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0.418</w:t>
            </w:r>
          </w:p>
        </w:tc>
        <w:tc>
          <w:tcPr>
            <w:tcW w:w="1425" w:type="dxa"/>
            <w:vAlign w:val="center"/>
          </w:tcPr>
          <w:p w14:paraId="55C7CA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1.084</w:t>
            </w:r>
          </w:p>
        </w:tc>
        <w:tc>
          <w:tcPr>
            <w:tcW w:w="1425" w:type="dxa"/>
            <w:vAlign w:val="center"/>
          </w:tcPr>
          <w:p w14:paraId="6CB51A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7AD665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78.91</w:t>
            </w:r>
          </w:p>
        </w:tc>
      </w:tr>
      <w:tr w:rsidR="006D7CF4" w:rsidRPr="00CE6355" w14:paraId="2CDBF1A7" w14:textId="77777777" w:rsidTr="00A0291F">
        <w:trPr>
          <w:jc w:val="center"/>
        </w:trPr>
        <w:tc>
          <w:tcPr>
            <w:tcW w:w="1425" w:type="dxa"/>
            <w:vAlign w:val="center"/>
          </w:tcPr>
          <w:p w14:paraId="6FDB08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161</w:t>
            </w:r>
          </w:p>
        </w:tc>
        <w:tc>
          <w:tcPr>
            <w:tcW w:w="1425" w:type="dxa"/>
            <w:vAlign w:val="center"/>
          </w:tcPr>
          <w:p w14:paraId="40D553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5300AF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88.31</w:t>
            </w:r>
          </w:p>
        </w:tc>
        <w:tc>
          <w:tcPr>
            <w:tcW w:w="1425" w:type="dxa"/>
            <w:vAlign w:val="center"/>
          </w:tcPr>
          <w:p w14:paraId="5C5B2D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0.559</w:t>
            </w:r>
          </w:p>
        </w:tc>
        <w:tc>
          <w:tcPr>
            <w:tcW w:w="1425" w:type="dxa"/>
            <w:vAlign w:val="center"/>
          </w:tcPr>
          <w:p w14:paraId="30E114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1.014</w:t>
            </w:r>
          </w:p>
        </w:tc>
        <w:tc>
          <w:tcPr>
            <w:tcW w:w="1425" w:type="dxa"/>
            <w:vAlign w:val="center"/>
          </w:tcPr>
          <w:p w14:paraId="45E412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0.079</w:t>
            </w:r>
          </w:p>
        </w:tc>
        <w:tc>
          <w:tcPr>
            <w:tcW w:w="1425" w:type="dxa"/>
            <w:vAlign w:val="center"/>
          </w:tcPr>
          <w:p w14:paraId="59B26B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79.49</w:t>
            </w:r>
          </w:p>
        </w:tc>
      </w:tr>
      <w:tr w:rsidR="006D7CF4" w:rsidRPr="00CE6355" w14:paraId="7F11270A" w14:textId="77777777" w:rsidTr="00A0291F">
        <w:trPr>
          <w:jc w:val="center"/>
        </w:trPr>
        <w:tc>
          <w:tcPr>
            <w:tcW w:w="1425" w:type="dxa"/>
            <w:vAlign w:val="center"/>
          </w:tcPr>
          <w:p w14:paraId="0CD24B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162</w:t>
            </w:r>
          </w:p>
        </w:tc>
        <w:tc>
          <w:tcPr>
            <w:tcW w:w="1425" w:type="dxa"/>
            <w:vAlign w:val="center"/>
          </w:tcPr>
          <w:p w14:paraId="7AB260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81D5F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90.33</w:t>
            </w:r>
          </w:p>
        </w:tc>
        <w:tc>
          <w:tcPr>
            <w:tcW w:w="1425" w:type="dxa"/>
            <w:vAlign w:val="center"/>
          </w:tcPr>
          <w:p w14:paraId="09D7F3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0.394</w:t>
            </w:r>
          </w:p>
        </w:tc>
        <w:tc>
          <w:tcPr>
            <w:tcW w:w="1425" w:type="dxa"/>
            <w:vAlign w:val="center"/>
          </w:tcPr>
          <w:p w14:paraId="3CB74F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1.067</w:t>
            </w:r>
          </w:p>
        </w:tc>
        <w:tc>
          <w:tcPr>
            <w:tcW w:w="1425" w:type="dxa"/>
            <w:vAlign w:val="center"/>
          </w:tcPr>
          <w:p w14:paraId="5F779C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0.055</w:t>
            </w:r>
          </w:p>
        </w:tc>
        <w:tc>
          <w:tcPr>
            <w:tcW w:w="1425" w:type="dxa"/>
            <w:vAlign w:val="center"/>
          </w:tcPr>
          <w:p w14:paraId="0AB5E4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79.53</w:t>
            </w:r>
          </w:p>
        </w:tc>
      </w:tr>
      <w:tr w:rsidR="006D7CF4" w:rsidRPr="00CE6355" w14:paraId="10B7B832" w14:textId="77777777" w:rsidTr="00A0291F">
        <w:trPr>
          <w:jc w:val="center"/>
        </w:trPr>
        <w:tc>
          <w:tcPr>
            <w:tcW w:w="1425" w:type="dxa"/>
            <w:vAlign w:val="center"/>
          </w:tcPr>
          <w:p w14:paraId="5013A5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163</w:t>
            </w:r>
          </w:p>
        </w:tc>
        <w:tc>
          <w:tcPr>
            <w:tcW w:w="1425" w:type="dxa"/>
            <w:vAlign w:val="center"/>
          </w:tcPr>
          <w:p w14:paraId="1CB04F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2E793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89.0</w:t>
            </w:r>
          </w:p>
        </w:tc>
        <w:tc>
          <w:tcPr>
            <w:tcW w:w="1425" w:type="dxa"/>
            <w:vAlign w:val="center"/>
          </w:tcPr>
          <w:p w14:paraId="790175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0.428</w:t>
            </w:r>
          </w:p>
        </w:tc>
        <w:tc>
          <w:tcPr>
            <w:tcW w:w="1425" w:type="dxa"/>
            <w:vAlign w:val="center"/>
          </w:tcPr>
          <w:p w14:paraId="4816BA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0.976</w:t>
            </w:r>
          </w:p>
        </w:tc>
        <w:tc>
          <w:tcPr>
            <w:tcW w:w="1425" w:type="dxa"/>
            <w:vAlign w:val="center"/>
          </w:tcPr>
          <w:p w14:paraId="2AF9D4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0.053</w:t>
            </w:r>
          </w:p>
        </w:tc>
        <w:tc>
          <w:tcPr>
            <w:tcW w:w="1425" w:type="dxa"/>
            <w:vAlign w:val="center"/>
          </w:tcPr>
          <w:p w14:paraId="4D4951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79.91</w:t>
            </w:r>
          </w:p>
        </w:tc>
      </w:tr>
      <w:tr w:rsidR="006D7CF4" w:rsidRPr="00CE6355" w14:paraId="21367877" w14:textId="77777777" w:rsidTr="00A0291F">
        <w:trPr>
          <w:jc w:val="center"/>
        </w:trPr>
        <w:tc>
          <w:tcPr>
            <w:tcW w:w="1425" w:type="dxa"/>
            <w:vAlign w:val="center"/>
          </w:tcPr>
          <w:p w14:paraId="732200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164</w:t>
            </w:r>
          </w:p>
        </w:tc>
        <w:tc>
          <w:tcPr>
            <w:tcW w:w="1425" w:type="dxa"/>
            <w:vAlign w:val="center"/>
          </w:tcPr>
          <w:p w14:paraId="7A771A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463352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90.1</w:t>
            </w:r>
          </w:p>
        </w:tc>
        <w:tc>
          <w:tcPr>
            <w:tcW w:w="1425" w:type="dxa"/>
            <w:vAlign w:val="center"/>
          </w:tcPr>
          <w:p w14:paraId="39E3E2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0.378</w:t>
            </w:r>
          </w:p>
        </w:tc>
        <w:tc>
          <w:tcPr>
            <w:tcW w:w="1425" w:type="dxa"/>
            <w:vAlign w:val="center"/>
          </w:tcPr>
          <w:p w14:paraId="7680F8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1.109</w:t>
            </w:r>
          </w:p>
        </w:tc>
        <w:tc>
          <w:tcPr>
            <w:tcW w:w="1425" w:type="dxa"/>
            <w:vAlign w:val="center"/>
          </w:tcPr>
          <w:p w14:paraId="4CDBE6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425" w:type="dxa"/>
            <w:vAlign w:val="center"/>
          </w:tcPr>
          <w:p w14:paraId="2B240D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76.86</w:t>
            </w:r>
          </w:p>
        </w:tc>
      </w:tr>
      <w:tr w:rsidR="006D7CF4" w:rsidRPr="00CE6355" w14:paraId="7D4574C9" w14:textId="77777777" w:rsidTr="00A0291F">
        <w:trPr>
          <w:jc w:val="center"/>
        </w:trPr>
        <w:tc>
          <w:tcPr>
            <w:tcW w:w="1425" w:type="dxa"/>
            <w:vAlign w:val="center"/>
          </w:tcPr>
          <w:p w14:paraId="41B838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165</w:t>
            </w:r>
          </w:p>
        </w:tc>
        <w:tc>
          <w:tcPr>
            <w:tcW w:w="1425" w:type="dxa"/>
            <w:vAlign w:val="center"/>
          </w:tcPr>
          <w:p w14:paraId="5357E8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6E8191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90.01</w:t>
            </w:r>
          </w:p>
        </w:tc>
        <w:tc>
          <w:tcPr>
            <w:tcW w:w="1425" w:type="dxa"/>
            <w:vAlign w:val="center"/>
          </w:tcPr>
          <w:p w14:paraId="7BB547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0.363</w:t>
            </w:r>
          </w:p>
        </w:tc>
        <w:tc>
          <w:tcPr>
            <w:tcW w:w="1425" w:type="dxa"/>
            <w:vAlign w:val="center"/>
          </w:tcPr>
          <w:p w14:paraId="7479AE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1.293</w:t>
            </w:r>
          </w:p>
        </w:tc>
        <w:tc>
          <w:tcPr>
            <w:tcW w:w="1425" w:type="dxa"/>
            <w:vAlign w:val="center"/>
          </w:tcPr>
          <w:p w14:paraId="7B17BF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0.077</w:t>
            </w:r>
          </w:p>
        </w:tc>
        <w:tc>
          <w:tcPr>
            <w:tcW w:w="1425" w:type="dxa"/>
            <w:vAlign w:val="center"/>
          </w:tcPr>
          <w:p w14:paraId="590A5A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81.48</w:t>
            </w:r>
          </w:p>
        </w:tc>
      </w:tr>
      <w:tr w:rsidR="006D7CF4" w:rsidRPr="00CE6355" w14:paraId="657140D7" w14:textId="77777777" w:rsidTr="00A0291F">
        <w:trPr>
          <w:jc w:val="center"/>
        </w:trPr>
        <w:tc>
          <w:tcPr>
            <w:tcW w:w="1425" w:type="dxa"/>
            <w:vAlign w:val="center"/>
          </w:tcPr>
          <w:p w14:paraId="6C9E50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166</w:t>
            </w:r>
          </w:p>
        </w:tc>
        <w:tc>
          <w:tcPr>
            <w:tcW w:w="1425" w:type="dxa"/>
            <w:vAlign w:val="center"/>
          </w:tcPr>
          <w:p w14:paraId="107CBC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C678C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88.74</w:t>
            </w:r>
          </w:p>
        </w:tc>
        <w:tc>
          <w:tcPr>
            <w:tcW w:w="1425" w:type="dxa"/>
            <w:vAlign w:val="center"/>
          </w:tcPr>
          <w:p w14:paraId="4B7E9A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0.541</w:t>
            </w:r>
          </w:p>
        </w:tc>
        <w:tc>
          <w:tcPr>
            <w:tcW w:w="1425" w:type="dxa"/>
            <w:vAlign w:val="center"/>
          </w:tcPr>
          <w:p w14:paraId="530763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1.094</w:t>
            </w:r>
          </w:p>
        </w:tc>
        <w:tc>
          <w:tcPr>
            <w:tcW w:w="1425" w:type="dxa"/>
            <w:vAlign w:val="center"/>
          </w:tcPr>
          <w:p w14:paraId="5D71C8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1425" w:type="dxa"/>
            <w:vAlign w:val="center"/>
          </w:tcPr>
          <w:p w14:paraId="711FA10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79.16</w:t>
            </w:r>
          </w:p>
        </w:tc>
      </w:tr>
      <w:tr w:rsidR="006D7CF4" w:rsidRPr="00CE6355" w14:paraId="7662E7FE" w14:textId="77777777" w:rsidTr="00A0291F">
        <w:trPr>
          <w:jc w:val="center"/>
        </w:trPr>
        <w:tc>
          <w:tcPr>
            <w:tcW w:w="1425" w:type="dxa"/>
            <w:vAlign w:val="center"/>
          </w:tcPr>
          <w:p w14:paraId="44D154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167</w:t>
            </w:r>
          </w:p>
        </w:tc>
        <w:tc>
          <w:tcPr>
            <w:tcW w:w="1425" w:type="dxa"/>
            <w:vAlign w:val="center"/>
          </w:tcPr>
          <w:p w14:paraId="2D91FEF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54EF22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88.42</w:t>
            </w:r>
          </w:p>
        </w:tc>
        <w:tc>
          <w:tcPr>
            <w:tcW w:w="1425" w:type="dxa"/>
            <w:vAlign w:val="center"/>
          </w:tcPr>
          <w:p w14:paraId="7517AB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0.449</w:t>
            </w:r>
          </w:p>
        </w:tc>
        <w:tc>
          <w:tcPr>
            <w:tcW w:w="1425" w:type="dxa"/>
            <w:vAlign w:val="center"/>
          </w:tcPr>
          <w:p w14:paraId="280821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1.144</w:t>
            </w:r>
          </w:p>
        </w:tc>
        <w:tc>
          <w:tcPr>
            <w:tcW w:w="1425" w:type="dxa"/>
            <w:vAlign w:val="center"/>
          </w:tcPr>
          <w:p w14:paraId="5AFDDB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0.061</w:t>
            </w:r>
          </w:p>
        </w:tc>
        <w:tc>
          <w:tcPr>
            <w:tcW w:w="1425" w:type="dxa"/>
            <w:vAlign w:val="center"/>
          </w:tcPr>
          <w:p w14:paraId="57DA8D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85.33</w:t>
            </w:r>
          </w:p>
        </w:tc>
      </w:tr>
      <w:tr w:rsidR="006D7CF4" w:rsidRPr="00CE6355" w14:paraId="7FA80F0F" w14:textId="77777777" w:rsidTr="00A0291F">
        <w:trPr>
          <w:jc w:val="center"/>
        </w:trPr>
        <w:tc>
          <w:tcPr>
            <w:tcW w:w="1425" w:type="dxa"/>
            <w:vAlign w:val="center"/>
          </w:tcPr>
          <w:p w14:paraId="4B6AF0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168</w:t>
            </w:r>
          </w:p>
        </w:tc>
        <w:tc>
          <w:tcPr>
            <w:tcW w:w="1425" w:type="dxa"/>
            <w:vAlign w:val="center"/>
          </w:tcPr>
          <w:p w14:paraId="608C3C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EFA9C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90.88</w:t>
            </w:r>
          </w:p>
        </w:tc>
        <w:tc>
          <w:tcPr>
            <w:tcW w:w="1425" w:type="dxa"/>
            <w:vAlign w:val="center"/>
          </w:tcPr>
          <w:p w14:paraId="6F4626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0.604</w:t>
            </w:r>
          </w:p>
        </w:tc>
        <w:tc>
          <w:tcPr>
            <w:tcW w:w="1425" w:type="dxa"/>
            <w:vAlign w:val="center"/>
          </w:tcPr>
          <w:p w14:paraId="713AAA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1.107</w:t>
            </w:r>
          </w:p>
        </w:tc>
        <w:tc>
          <w:tcPr>
            <w:tcW w:w="1425" w:type="dxa"/>
            <w:vAlign w:val="center"/>
          </w:tcPr>
          <w:p w14:paraId="72B1C60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0.052</w:t>
            </w:r>
          </w:p>
        </w:tc>
        <w:tc>
          <w:tcPr>
            <w:tcW w:w="1425" w:type="dxa"/>
            <w:vAlign w:val="center"/>
          </w:tcPr>
          <w:p w14:paraId="2906A9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84.75</w:t>
            </w:r>
          </w:p>
        </w:tc>
      </w:tr>
      <w:tr w:rsidR="006D7CF4" w:rsidRPr="00CE6355" w14:paraId="77E88423" w14:textId="77777777" w:rsidTr="00A0291F">
        <w:trPr>
          <w:jc w:val="center"/>
        </w:trPr>
        <w:tc>
          <w:tcPr>
            <w:tcW w:w="1425" w:type="dxa"/>
            <w:vAlign w:val="center"/>
          </w:tcPr>
          <w:p w14:paraId="6D56C2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169</w:t>
            </w:r>
          </w:p>
        </w:tc>
        <w:tc>
          <w:tcPr>
            <w:tcW w:w="1425" w:type="dxa"/>
            <w:vAlign w:val="center"/>
          </w:tcPr>
          <w:p w14:paraId="345DC7D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0CC7E8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88.81</w:t>
            </w:r>
          </w:p>
        </w:tc>
        <w:tc>
          <w:tcPr>
            <w:tcW w:w="1425" w:type="dxa"/>
            <w:vAlign w:val="center"/>
          </w:tcPr>
          <w:p w14:paraId="6C354A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0.469</w:t>
            </w:r>
          </w:p>
        </w:tc>
        <w:tc>
          <w:tcPr>
            <w:tcW w:w="1425" w:type="dxa"/>
            <w:vAlign w:val="center"/>
          </w:tcPr>
          <w:p w14:paraId="53703A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1.034</w:t>
            </w:r>
          </w:p>
        </w:tc>
        <w:tc>
          <w:tcPr>
            <w:tcW w:w="1425" w:type="dxa"/>
            <w:vAlign w:val="center"/>
          </w:tcPr>
          <w:p w14:paraId="1383E1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0.062</w:t>
            </w:r>
          </w:p>
        </w:tc>
        <w:tc>
          <w:tcPr>
            <w:tcW w:w="1425" w:type="dxa"/>
            <w:vAlign w:val="center"/>
          </w:tcPr>
          <w:p w14:paraId="4576C17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80.01</w:t>
            </w:r>
          </w:p>
        </w:tc>
      </w:tr>
      <w:tr w:rsidR="006D7CF4" w:rsidRPr="00CE6355" w14:paraId="677E90A8" w14:textId="77777777" w:rsidTr="00A0291F">
        <w:trPr>
          <w:jc w:val="center"/>
        </w:trPr>
        <w:tc>
          <w:tcPr>
            <w:tcW w:w="1425" w:type="dxa"/>
            <w:vAlign w:val="center"/>
          </w:tcPr>
          <w:p w14:paraId="2E221C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170</w:t>
            </w:r>
          </w:p>
        </w:tc>
        <w:tc>
          <w:tcPr>
            <w:tcW w:w="1425" w:type="dxa"/>
            <w:vAlign w:val="center"/>
          </w:tcPr>
          <w:p w14:paraId="6DA6FA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9D645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92.84</w:t>
            </w:r>
          </w:p>
        </w:tc>
        <w:tc>
          <w:tcPr>
            <w:tcW w:w="1425" w:type="dxa"/>
            <w:vAlign w:val="center"/>
          </w:tcPr>
          <w:p w14:paraId="6C2359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0.394</w:t>
            </w:r>
          </w:p>
        </w:tc>
        <w:tc>
          <w:tcPr>
            <w:tcW w:w="1425" w:type="dxa"/>
            <w:vAlign w:val="center"/>
          </w:tcPr>
          <w:p w14:paraId="231D93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1.018</w:t>
            </w:r>
          </w:p>
        </w:tc>
        <w:tc>
          <w:tcPr>
            <w:tcW w:w="1425" w:type="dxa"/>
            <w:vAlign w:val="center"/>
          </w:tcPr>
          <w:p w14:paraId="40B584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0.079</w:t>
            </w:r>
          </w:p>
        </w:tc>
        <w:tc>
          <w:tcPr>
            <w:tcW w:w="1425" w:type="dxa"/>
            <w:vAlign w:val="center"/>
          </w:tcPr>
          <w:p w14:paraId="0EA4E8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82.07</w:t>
            </w:r>
          </w:p>
        </w:tc>
      </w:tr>
      <w:tr w:rsidR="006D7CF4" w:rsidRPr="00CE6355" w14:paraId="5A8FEC12" w14:textId="77777777" w:rsidTr="00A0291F">
        <w:trPr>
          <w:jc w:val="center"/>
        </w:trPr>
        <w:tc>
          <w:tcPr>
            <w:tcW w:w="1425" w:type="dxa"/>
            <w:vAlign w:val="center"/>
          </w:tcPr>
          <w:p w14:paraId="7D8061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171</w:t>
            </w:r>
          </w:p>
        </w:tc>
        <w:tc>
          <w:tcPr>
            <w:tcW w:w="1425" w:type="dxa"/>
            <w:vAlign w:val="center"/>
          </w:tcPr>
          <w:p w14:paraId="411B48F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4ECB10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87.75</w:t>
            </w:r>
          </w:p>
        </w:tc>
        <w:tc>
          <w:tcPr>
            <w:tcW w:w="1425" w:type="dxa"/>
            <w:vAlign w:val="center"/>
          </w:tcPr>
          <w:p w14:paraId="5F33F1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</w:t>
            </w:r>
          </w:p>
        </w:tc>
        <w:tc>
          <w:tcPr>
            <w:tcW w:w="1425" w:type="dxa"/>
            <w:vAlign w:val="center"/>
          </w:tcPr>
          <w:p w14:paraId="66C89F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0.957</w:t>
            </w:r>
          </w:p>
        </w:tc>
        <w:tc>
          <w:tcPr>
            <w:tcW w:w="1425" w:type="dxa"/>
            <w:vAlign w:val="center"/>
          </w:tcPr>
          <w:p w14:paraId="399043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6E8760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80.0</w:t>
            </w:r>
          </w:p>
        </w:tc>
      </w:tr>
      <w:tr w:rsidR="006D7CF4" w:rsidRPr="00CE6355" w14:paraId="0C682772" w14:textId="77777777" w:rsidTr="00A0291F">
        <w:trPr>
          <w:jc w:val="center"/>
        </w:trPr>
        <w:tc>
          <w:tcPr>
            <w:tcW w:w="1425" w:type="dxa"/>
            <w:vAlign w:val="center"/>
          </w:tcPr>
          <w:p w14:paraId="5E6049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172</w:t>
            </w:r>
          </w:p>
        </w:tc>
        <w:tc>
          <w:tcPr>
            <w:tcW w:w="1425" w:type="dxa"/>
            <w:vAlign w:val="center"/>
          </w:tcPr>
          <w:p w14:paraId="2EE801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588F4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87.39</w:t>
            </w:r>
          </w:p>
        </w:tc>
        <w:tc>
          <w:tcPr>
            <w:tcW w:w="1425" w:type="dxa"/>
            <w:vAlign w:val="center"/>
          </w:tcPr>
          <w:p w14:paraId="42212F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0.433</w:t>
            </w:r>
          </w:p>
        </w:tc>
        <w:tc>
          <w:tcPr>
            <w:tcW w:w="1425" w:type="dxa"/>
            <w:vAlign w:val="center"/>
          </w:tcPr>
          <w:p w14:paraId="0E3885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1.044</w:t>
            </w:r>
          </w:p>
        </w:tc>
        <w:tc>
          <w:tcPr>
            <w:tcW w:w="1425" w:type="dxa"/>
            <w:vAlign w:val="center"/>
          </w:tcPr>
          <w:p w14:paraId="295F55A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0.051</w:t>
            </w:r>
          </w:p>
        </w:tc>
        <w:tc>
          <w:tcPr>
            <w:tcW w:w="1425" w:type="dxa"/>
            <w:vAlign w:val="center"/>
          </w:tcPr>
          <w:p w14:paraId="4966EB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77.8</w:t>
            </w:r>
          </w:p>
        </w:tc>
      </w:tr>
      <w:tr w:rsidR="006D7CF4" w:rsidRPr="00CE6355" w14:paraId="09405C57" w14:textId="77777777" w:rsidTr="00A0291F">
        <w:trPr>
          <w:jc w:val="center"/>
        </w:trPr>
        <w:tc>
          <w:tcPr>
            <w:tcW w:w="1425" w:type="dxa"/>
            <w:vAlign w:val="center"/>
          </w:tcPr>
          <w:p w14:paraId="12BDE7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173</w:t>
            </w:r>
          </w:p>
        </w:tc>
        <w:tc>
          <w:tcPr>
            <w:tcW w:w="1425" w:type="dxa"/>
            <w:vAlign w:val="center"/>
          </w:tcPr>
          <w:p w14:paraId="1A53D9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DD539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88.37</w:t>
            </w:r>
          </w:p>
        </w:tc>
        <w:tc>
          <w:tcPr>
            <w:tcW w:w="1425" w:type="dxa"/>
            <w:vAlign w:val="center"/>
          </w:tcPr>
          <w:p w14:paraId="18133C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0.413</w:t>
            </w:r>
          </w:p>
        </w:tc>
        <w:tc>
          <w:tcPr>
            <w:tcW w:w="1425" w:type="dxa"/>
            <w:vAlign w:val="center"/>
          </w:tcPr>
          <w:p w14:paraId="34F874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1.042</w:t>
            </w:r>
          </w:p>
        </w:tc>
        <w:tc>
          <w:tcPr>
            <w:tcW w:w="1425" w:type="dxa"/>
            <w:vAlign w:val="center"/>
          </w:tcPr>
          <w:p w14:paraId="3A953B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0A0BFE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83.12</w:t>
            </w:r>
          </w:p>
        </w:tc>
      </w:tr>
      <w:tr w:rsidR="006D7CF4" w:rsidRPr="00CE6355" w14:paraId="2326E4B6" w14:textId="77777777" w:rsidTr="00A0291F">
        <w:trPr>
          <w:jc w:val="center"/>
        </w:trPr>
        <w:tc>
          <w:tcPr>
            <w:tcW w:w="1425" w:type="dxa"/>
            <w:vAlign w:val="center"/>
          </w:tcPr>
          <w:p w14:paraId="052321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174</w:t>
            </w:r>
          </w:p>
        </w:tc>
        <w:tc>
          <w:tcPr>
            <w:tcW w:w="1425" w:type="dxa"/>
            <w:vAlign w:val="center"/>
          </w:tcPr>
          <w:p w14:paraId="2FCC693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4FEDF2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90.61</w:t>
            </w:r>
          </w:p>
        </w:tc>
        <w:tc>
          <w:tcPr>
            <w:tcW w:w="1425" w:type="dxa"/>
            <w:vAlign w:val="center"/>
          </w:tcPr>
          <w:p w14:paraId="76751C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0.468</w:t>
            </w:r>
          </w:p>
        </w:tc>
        <w:tc>
          <w:tcPr>
            <w:tcW w:w="1425" w:type="dxa"/>
            <w:vAlign w:val="center"/>
          </w:tcPr>
          <w:p w14:paraId="05DC2A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1.195</w:t>
            </w:r>
          </w:p>
        </w:tc>
        <w:tc>
          <w:tcPr>
            <w:tcW w:w="1425" w:type="dxa"/>
            <w:vAlign w:val="center"/>
          </w:tcPr>
          <w:p w14:paraId="6A6846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0.082</w:t>
            </w:r>
          </w:p>
        </w:tc>
        <w:tc>
          <w:tcPr>
            <w:tcW w:w="1425" w:type="dxa"/>
            <w:vAlign w:val="center"/>
          </w:tcPr>
          <w:p w14:paraId="3D73EBB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77.82</w:t>
            </w:r>
          </w:p>
        </w:tc>
      </w:tr>
      <w:tr w:rsidR="006D7CF4" w:rsidRPr="00CE6355" w14:paraId="0F57561C" w14:textId="77777777" w:rsidTr="00A0291F">
        <w:trPr>
          <w:jc w:val="center"/>
        </w:trPr>
        <w:tc>
          <w:tcPr>
            <w:tcW w:w="1425" w:type="dxa"/>
            <w:vAlign w:val="center"/>
          </w:tcPr>
          <w:p w14:paraId="2620DF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175</w:t>
            </w:r>
          </w:p>
        </w:tc>
        <w:tc>
          <w:tcPr>
            <w:tcW w:w="1425" w:type="dxa"/>
            <w:vAlign w:val="center"/>
          </w:tcPr>
          <w:p w14:paraId="5619D3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7DD91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93.07</w:t>
            </w:r>
          </w:p>
        </w:tc>
        <w:tc>
          <w:tcPr>
            <w:tcW w:w="1425" w:type="dxa"/>
            <w:vAlign w:val="center"/>
          </w:tcPr>
          <w:p w14:paraId="4A2CFE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0.321</w:t>
            </w:r>
          </w:p>
        </w:tc>
        <w:tc>
          <w:tcPr>
            <w:tcW w:w="1425" w:type="dxa"/>
            <w:vAlign w:val="center"/>
          </w:tcPr>
          <w:p w14:paraId="3B3854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1.117</w:t>
            </w:r>
          </w:p>
        </w:tc>
        <w:tc>
          <w:tcPr>
            <w:tcW w:w="1425" w:type="dxa"/>
            <w:vAlign w:val="center"/>
          </w:tcPr>
          <w:p w14:paraId="7B18CF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0.045</w:t>
            </w:r>
          </w:p>
        </w:tc>
        <w:tc>
          <w:tcPr>
            <w:tcW w:w="1425" w:type="dxa"/>
            <w:vAlign w:val="center"/>
          </w:tcPr>
          <w:p w14:paraId="01ED80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78.67</w:t>
            </w:r>
          </w:p>
        </w:tc>
      </w:tr>
      <w:tr w:rsidR="006D7CF4" w:rsidRPr="00CE6355" w14:paraId="51EA1DE9" w14:textId="77777777" w:rsidTr="00A0291F">
        <w:trPr>
          <w:jc w:val="center"/>
        </w:trPr>
        <w:tc>
          <w:tcPr>
            <w:tcW w:w="1425" w:type="dxa"/>
            <w:vAlign w:val="center"/>
          </w:tcPr>
          <w:p w14:paraId="248F37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176</w:t>
            </w:r>
          </w:p>
        </w:tc>
        <w:tc>
          <w:tcPr>
            <w:tcW w:w="1425" w:type="dxa"/>
            <w:vAlign w:val="center"/>
          </w:tcPr>
          <w:p w14:paraId="2556FD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54601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89.23</w:t>
            </w:r>
          </w:p>
        </w:tc>
        <w:tc>
          <w:tcPr>
            <w:tcW w:w="1425" w:type="dxa"/>
            <w:vAlign w:val="center"/>
          </w:tcPr>
          <w:p w14:paraId="39AD40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0.548</w:t>
            </w:r>
          </w:p>
        </w:tc>
        <w:tc>
          <w:tcPr>
            <w:tcW w:w="1425" w:type="dxa"/>
            <w:vAlign w:val="center"/>
          </w:tcPr>
          <w:p w14:paraId="468D00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1.116</w:t>
            </w:r>
          </w:p>
        </w:tc>
        <w:tc>
          <w:tcPr>
            <w:tcW w:w="1425" w:type="dxa"/>
            <w:vAlign w:val="center"/>
          </w:tcPr>
          <w:p w14:paraId="2A6BEB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094908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77.91</w:t>
            </w:r>
          </w:p>
        </w:tc>
      </w:tr>
      <w:tr w:rsidR="006D7CF4" w:rsidRPr="00CE6355" w14:paraId="48F4295D" w14:textId="77777777" w:rsidTr="00A0291F">
        <w:trPr>
          <w:jc w:val="center"/>
        </w:trPr>
        <w:tc>
          <w:tcPr>
            <w:tcW w:w="1425" w:type="dxa"/>
            <w:vAlign w:val="center"/>
          </w:tcPr>
          <w:p w14:paraId="1D8A4B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177</w:t>
            </w:r>
          </w:p>
        </w:tc>
        <w:tc>
          <w:tcPr>
            <w:tcW w:w="1425" w:type="dxa"/>
            <w:vAlign w:val="center"/>
          </w:tcPr>
          <w:p w14:paraId="5D7523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1E386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91.7</w:t>
            </w:r>
          </w:p>
        </w:tc>
        <w:tc>
          <w:tcPr>
            <w:tcW w:w="1425" w:type="dxa"/>
            <w:vAlign w:val="center"/>
          </w:tcPr>
          <w:p w14:paraId="40AC38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0.519</w:t>
            </w:r>
          </w:p>
        </w:tc>
        <w:tc>
          <w:tcPr>
            <w:tcW w:w="1425" w:type="dxa"/>
            <w:vAlign w:val="center"/>
          </w:tcPr>
          <w:p w14:paraId="2A1138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1.209</w:t>
            </w:r>
          </w:p>
        </w:tc>
        <w:tc>
          <w:tcPr>
            <w:tcW w:w="1425" w:type="dxa"/>
            <w:vAlign w:val="center"/>
          </w:tcPr>
          <w:p w14:paraId="719EA9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0.072</w:t>
            </w:r>
          </w:p>
        </w:tc>
        <w:tc>
          <w:tcPr>
            <w:tcW w:w="1425" w:type="dxa"/>
            <w:vAlign w:val="center"/>
          </w:tcPr>
          <w:p w14:paraId="6ED3A8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82.65</w:t>
            </w:r>
          </w:p>
        </w:tc>
      </w:tr>
      <w:tr w:rsidR="006D7CF4" w:rsidRPr="00CE6355" w14:paraId="08D4F08A" w14:textId="77777777" w:rsidTr="00A0291F">
        <w:trPr>
          <w:jc w:val="center"/>
        </w:trPr>
        <w:tc>
          <w:tcPr>
            <w:tcW w:w="1425" w:type="dxa"/>
            <w:vAlign w:val="center"/>
          </w:tcPr>
          <w:p w14:paraId="59E3C0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178</w:t>
            </w:r>
          </w:p>
        </w:tc>
        <w:tc>
          <w:tcPr>
            <w:tcW w:w="1425" w:type="dxa"/>
            <w:vAlign w:val="center"/>
          </w:tcPr>
          <w:p w14:paraId="114FA3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74192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88.9</w:t>
            </w:r>
          </w:p>
        </w:tc>
        <w:tc>
          <w:tcPr>
            <w:tcW w:w="1425" w:type="dxa"/>
            <w:vAlign w:val="center"/>
          </w:tcPr>
          <w:p w14:paraId="69ADF4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0.444</w:t>
            </w:r>
          </w:p>
        </w:tc>
        <w:tc>
          <w:tcPr>
            <w:tcW w:w="1425" w:type="dxa"/>
            <w:vAlign w:val="center"/>
          </w:tcPr>
          <w:p w14:paraId="517D1B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1.047</w:t>
            </w:r>
          </w:p>
        </w:tc>
        <w:tc>
          <w:tcPr>
            <w:tcW w:w="1425" w:type="dxa"/>
            <w:vAlign w:val="center"/>
          </w:tcPr>
          <w:p w14:paraId="479B47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2B08BA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76.08</w:t>
            </w:r>
          </w:p>
        </w:tc>
      </w:tr>
      <w:tr w:rsidR="006D7CF4" w:rsidRPr="00CE6355" w14:paraId="4808BAAB" w14:textId="77777777" w:rsidTr="00A0291F">
        <w:trPr>
          <w:jc w:val="center"/>
        </w:trPr>
        <w:tc>
          <w:tcPr>
            <w:tcW w:w="1425" w:type="dxa"/>
            <w:vAlign w:val="center"/>
          </w:tcPr>
          <w:p w14:paraId="6C1CA3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179</w:t>
            </w:r>
          </w:p>
        </w:tc>
        <w:tc>
          <w:tcPr>
            <w:tcW w:w="1425" w:type="dxa"/>
            <w:vAlign w:val="center"/>
          </w:tcPr>
          <w:p w14:paraId="21C280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DB725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90.29</w:t>
            </w:r>
          </w:p>
        </w:tc>
        <w:tc>
          <w:tcPr>
            <w:tcW w:w="1425" w:type="dxa"/>
            <w:vAlign w:val="center"/>
          </w:tcPr>
          <w:p w14:paraId="3635C4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0.483</w:t>
            </w:r>
          </w:p>
        </w:tc>
        <w:tc>
          <w:tcPr>
            <w:tcW w:w="1425" w:type="dxa"/>
            <w:vAlign w:val="center"/>
          </w:tcPr>
          <w:p w14:paraId="47C88A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1.09</w:t>
            </w:r>
          </w:p>
        </w:tc>
        <w:tc>
          <w:tcPr>
            <w:tcW w:w="1425" w:type="dxa"/>
            <w:vAlign w:val="center"/>
          </w:tcPr>
          <w:p w14:paraId="737091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1425" w:type="dxa"/>
            <w:vAlign w:val="center"/>
          </w:tcPr>
          <w:p w14:paraId="4095A5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75.84</w:t>
            </w:r>
          </w:p>
        </w:tc>
      </w:tr>
      <w:tr w:rsidR="006D7CF4" w:rsidRPr="00CE6355" w14:paraId="2B7BD6E6" w14:textId="77777777" w:rsidTr="00A0291F">
        <w:trPr>
          <w:jc w:val="center"/>
        </w:trPr>
        <w:tc>
          <w:tcPr>
            <w:tcW w:w="1425" w:type="dxa"/>
            <w:vAlign w:val="center"/>
          </w:tcPr>
          <w:p w14:paraId="11EE127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180</w:t>
            </w:r>
          </w:p>
        </w:tc>
        <w:tc>
          <w:tcPr>
            <w:tcW w:w="1425" w:type="dxa"/>
            <w:vAlign w:val="center"/>
          </w:tcPr>
          <w:p w14:paraId="7547C2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5D088B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91.1</w:t>
            </w:r>
          </w:p>
        </w:tc>
        <w:tc>
          <w:tcPr>
            <w:tcW w:w="1425" w:type="dxa"/>
            <w:vAlign w:val="center"/>
          </w:tcPr>
          <w:p w14:paraId="2BDCE9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0.714</w:t>
            </w:r>
          </w:p>
        </w:tc>
        <w:tc>
          <w:tcPr>
            <w:tcW w:w="1425" w:type="dxa"/>
            <w:vAlign w:val="center"/>
          </w:tcPr>
          <w:p w14:paraId="54E53D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1.052</w:t>
            </w:r>
          </w:p>
        </w:tc>
        <w:tc>
          <w:tcPr>
            <w:tcW w:w="1425" w:type="dxa"/>
            <w:vAlign w:val="center"/>
          </w:tcPr>
          <w:p w14:paraId="797A6C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0.062</w:t>
            </w:r>
          </w:p>
        </w:tc>
        <w:tc>
          <w:tcPr>
            <w:tcW w:w="1425" w:type="dxa"/>
            <w:vAlign w:val="center"/>
          </w:tcPr>
          <w:p w14:paraId="68A560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82.45</w:t>
            </w:r>
          </w:p>
        </w:tc>
      </w:tr>
      <w:tr w:rsidR="006D7CF4" w:rsidRPr="00CE6355" w14:paraId="6A9ADC7F" w14:textId="77777777" w:rsidTr="00A0291F">
        <w:trPr>
          <w:jc w:val="center"/>
        </w:trPr>
        <w:tc>
          <w:tcPr>
            <w:tcW w:w="1425" w:type="dxa"/>
            <w:vAlign w:val="center"/>
          </w:tcPr>
          <w:p w14:paraId="48EFF28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181</w:t>
            </w:r>
          </w:p>
        </w:tc>
        <w:tc>
          <w:tcPr>
            <w:tcW w:w="1425" w:type="dxa"/>
            <w:vAlign w:val="center"/>
          </w:tcPr>
          <w:p w14:paraId="3838B9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323F4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87.15</w:t>
            </w:r>
          </w:p>
        </w:tc>
        <w:tc>
          <w:tcPr>
            <w:tcW w:w="1425" w:type="dxa"/>
            <w:vAlign w:val="center"/>
          </w:tcPr>
          <w:p w14:paraId="455ED2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0.577</w:t>
            </w:r>
          </w:p>
        </w:tc>
        <w:tc>
          <w:tcPr>
            <w:tcW w:w="1425" w:type="dxa"/>
            <w:vAlign w:val="center"/>
          </w:tcPr>
          <w:p w14:paraId="61BE9E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1.128</w:t>
            </w:r>
          </w:p>
        </w:tc>
        <w:tc>
          <w:tcPr>
            <w:tcW w:w="1425" w:type="dxa"/>
            <w:vAlign w:val="center"/>
          </w:tcPr>
          <w:p w14:paraId="68C6A2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0.052</w:t>
            </w:r>
          </w:p>
        </w:tc>
        <w:tc>
          <w:tcPr>
            <w:tcW w:w="1425" w:type="dxa"/>
            <w:vAlign w:val="center"/>
          </w:tcPr>
          <w:p w14:paraId="275107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75.54</w:t>
            </w:r>
          </w:p>
        </w:tc>
      </w:tr>
      <w:tr w:rsidR="006D7CF4" w:rsidRPr="00CE6355" w14:paraId="4F9D7DC3" w14:textId="77777777" w:rsidTr="00A0291F">
        <w:trPr>
          <w:jc w:val="center"/>
        </w:trPr>
        <w:tc>
          <w:tcPr>
            <w:tcW w:w="1425" w:type="dxa"/>
            <w:vAlign w:val="center"/>
          </w:tcPr>
          <w:p w14:paraId="5209EA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182</w:t>
            </w:r>
          </w:p>
        </w:tc>
        <w:tc>
          <w:tcPr>
            <w:tcW w:w="1425" w:type="dxa"/>
            <w:vAlign w:val="center"/>
          </w:tcPr>
          <w:p w14:paraId="616890D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038A5F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92.72</w:t>
            </w:r>
          </w:p>
        </w:tc>
        <w:tc>
          <w:tcPr>
            <w:tcW w:w="1425" w:type="dxa"/>
            <w:vAlign w:val="center"/>
          </w:tcPr>
          <w:p w14:paraId="6E6D5D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0.483</w:t>
            </w:r>
          </w:p>
        </w:tc>
        <w:tc>
          <w:tcPr>
            <w:tcW w:w="1425" w:type="dxa"/>
            <w:vAlign w:val="center"/>
          </w:tcPr>
          <w:p w14:paraId="74B160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1.249</w:t>
            </w:r>
          </w:p>
        </w:tc>
        <w:tc>
          <w:tcPr>
            <w:tcW w:w="1425" w:type="dxa"/>
            <w:vAlign w:val="center"/>
          </w:tcPr>
          <w:p w14:paraId="53D182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0.071</w:t>
            </w:r>
          </w:p>
        </w:tc>
        <w:tc>
          <w:tcPr>
            <w:tcW w:w="1425" w:type="dxa"/>
            <w:vAlign w:val="center"/>
          </w:tcPr>
          <w:p w14:paraId="27825FA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84.45</w:t>
            </w:r>
          </w:p>
        </w:tc>
      </w:tr>
      <w:tr w:rsidR="006D7CF4" w:rsidRPr="00CE6355" w14:paraId="36CCE37F" w14:textId="77777777" w:rsidTr="00A0291F">
        <w:trPr>
          <w:jc w:val="center"/>
        </w:trPr>
        <w:tc>
          <w:tcPr>
            <w:tcW w:w="1425" w:type="dxa"/>
            <w:vAlign w:val="center"/>
          </w:tcPr>
          <w:p w14:paraId="67EE7C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183</w:t>
            </w:r>
          </w:p>
        </w:tc>
        <w:tc>
          <w:tcPr>
            <w:tcW w:w="1425" w:type="dxa"/>
            <w:vAlign w:val="center"/>
          </w:tcPr>
          <w:p w14:paraId="4333D2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60EE8F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90.56</w:t>
            </w:r>
          </w:p>
        </w:tc>
        <w:tc>
          <w:tcPr>
            <w:tcW w:w="1425" w:type="dxa"/>
            <w:vAlign w:val="center"/>
          </w:tcPr>
          <w:p w14:paraId="750BF8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0.426</w:t>
            </w:r>
          </w:p>
        </w:tc>
        <w:tc>
          <w:tcPr>
            <w:tcW w:w="1425" w:type="dxa"/>
            <w:vAlign w:val="center"/>
          </w:tcPr>
          <w:p w14:paraId="675610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1.088</w:t>
            </w:r>
          </w:p>
        </w:tc>
        <w:tc>
          <w:tcPr>
            <w:tcW w:w="1425" w:type="dxa"/>
            <w:vAlign w:val="center"/>
          </w:tcPr>
          <w:p w14:paraId="6BD3E5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0.052</w:t>
            </w:r>
          </w:p>
        </w:tc>
        <w:tc>
          <w:tcPr>
            <w:tcW w:w="1425" w:type="dxa"/>
            <w:vAlign w:val="center"/>
          </w:tcPr>
          <w:p w14:paraId="3B25DE4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78.95</w:t>
            </w:r>
          </w:p>
        </w:tc>
      </w:tr>
      <w:tr w:rsidR="006D7CF4" w:rsidRPr="00CE6355" w14:paraId="4E3C7D03" w14:textId="77777777" w:rsidTr="00A0291F">
        <w:trPr>
          <w:jc w:val="center"/>
        </w:trPr>
        <w:tc>
          <w:tcPr>
            <w:tcW w:w="1425" w:type="dxa"/>
            <w:vAlign w:val="center"/>
          </w:tcPr>
          <w:p w14:paraId="6D403E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184</w:t>
            </w:r>
          </w:p>
        </w:tc>
        <w:tc>
          <w:tcPr>
            <w:tcW w:w="1425" w:type="dxa"/>
            <w:vAlign w:val="center"/>
          </w:tcPr>
          <w:p w14:paraId="54A00E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B5F50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88.19</w:t>
            </w:r>
          </w:p>
        </w:tc>
        <w:tc>
          <w:tcPr>
            <w:tcW w:w="1425" w:type="dxa"/>
            <w:vAlign w:val="center"/>
          </w:tcPr>
          <w:p w14:paraId="32974FF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0.386</w:t>
            </w:r>
          </w:p>
        </w:tc>
        <w:tc>
          <w:tcPr>
            <w:tcW w:w="1425" w:type="dxa"/>
            <w:vAlign w:val="center"/>
          </w:tcPr>
          <w:p w14:paraId="71E39B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1.101</w:t>
            </w:r>
          </w:p>
        </w:tc>
        <w:tc>
          <w:tcPr>
            <w:tcW w:w="1425" w:type="dxa"/>
            <w:vAlign w:val="center"/>
          </w:tcPr>
          <w:p w14:paraId="43E2EF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0.048</w:t>
            </w:r>
          </w:p>
        </w:tc>
        <w:tc>
          <w:tcPr>
            <w:tcW w:w="1425" w:type="dxa"/>
            <w:vAlign w:val="center"/>
          </w:tcPr>
          <w:p w14:paraId="73F9B9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79.17</w:t>
            </w:r>
          </w:p>
        </w:tc>
      </w:tr>
      <w:tr w:rsidR="006D7CF4" w:rsidRPr="00CE6355" w14:paraId="491D40CD" w14:textId="77777777" w:rsidTr="00A0291F">
        <w:trPr>
          <w:jc w:val="center"/>
        </w:trPr>
        <w:tc>
          <w:tcPr>
            <w:tcW w:w="1425" w:type="dxa"/>
            <w:vAlign w:val="center"/>
          </w:tcPr>
          <w:p w14:paraId="0194C7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185</w:t>
            </w:r>
          </w:p>
        </w:tc>
        <w:tc>
          <w:tcPr>
            <w:tcW w:w="1425" w:type="dxa"/>
            <w:vAlign w:val="center"/>
          </w:tcPr>
          <w:p w14:paraId="43C61E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27D60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89.34</w:t>
            </w:r>
          </w:p>
        </w:tc>
        <w:tc>
          <w:tcPr>
            <w:tcW w:w="1425" w:type="dxa"/>
            <w:vAlign w:val="center"/>
          </w:tcPr>
          <w:p w14:paraId="3EEBF5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0.666</w:t>
            </w:r>
          </w:p>
        </w:tc>
        <w:tc>
          <w:tcPr>
            <w:tcW w:w="1425" w:type="dxa"/>
            <w:vAlign w:val="center"/>
          </w:tcPr>
          <w:p w14:paraId="7D314C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1.189</w:t>
            </w:r>
          </w:p>
        </w:tc>
        <w:tc>
          <w:tcPr>
            <w:tcW w:w="1425" w:type="dxa"/>
            <w:vAlign w:val="center"/>
          </w:tcPr>
          <w:p w14:paraId="675B2D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1425" w:type="dxa"/>
            <w:vAlign w:val="center"/>
          </w:tcPr>
          <w:p w14:paraId="2FE040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81.06</w:t>
            </w:r>
          </w:p>
        </w:tc>
      </w:tr>
      <w:tr w:rsidR="006D7CF4" w:rsidRPr="00CE6355" w14:paraId="02915F9C" w14:textId="77777777" w:rsidTr="00A0291F">
        <w:trPr>
          <w:jc w:val="center"/>
        </w:trPr>
        <w:tc>
          <w:tcPr>
            <w:tcW w:w="1425" w:type="dxa"/>
            <w:vAlign w:val="center"/>
          </w:tcPr>
          <w:p w14:paraId="024BD5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186</w:t>
            </w:r>
          </w:p>
        </w:tc>
        <w:tc>
          <w:tcPr>
            <w:tcW w:w="1425" w:type="dxa"/>
            <w:vAlign w:val="center"/>
          </w:tcPr>
          <w:p w14:paraId="323D53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5C575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93.21</w:t>
            </w:r>
          </w:p>
        </w:tc>
        <w:tc>
          <w:tcPr>
            <w:tcW w:w="1425" w:type="dxa"/>
            <w:vAlign w:val="center"/>
          </w:tcPr>
          <w:p w14:paraId="333AD5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0.589</w:t>
            </w:r>
          </w:p>
        </w:tc>
        <w:tc>
          <w:tcPr>
            <w:tcW w:w="1425" w:type="dxa"/>
            <w:vAlign w:val="center"/>
          </w:tcPr>
          <w:p w14:paraId="732BA2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1.103</w:t>
            </w:r>
          </w:p>
        </w:tc>
        <w:tc>
          <w:tcPr>
            <w:tcW w:w="1425" w:type="dxa"/>
            <w:vAlign w:val="center"/>
          </w:tcPr>
          <w:p w14:paraId="6C0233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2B8AB01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82.06</w:t>
            </w:r>
          </w:p>
        </w:tc>
      </w:tr>
      <w:tr w:rsidR="006D7CF4" w:rsidRPr="00CE6355" w14:paraId="107E5F58" w14:textId="77777777" w:rsidTr="00A0291F">
        <w:trPr>
          <w:jc w:val="center"/>
        </w:trPr>
        <w:tc>
          <w:tcPr>
            <w:tcW w:w="1425" w:type="dxa"/>
            <w:vAlign w:val="center"/>
          </w:tcPr>
          <w:p w14:paraId="1E0D98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187</w:t>
            </w:r>
          </w:p>
        </w:tc>
        <w:tc>
          <w:tcPr>
            <w:tcW w:w="1425" w:type="dxa"/>
            <w:vAlign w:val="center"/>
          </w:tcPr>
          <w:p w14:paraId="0AA2FC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9AB3A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89.49</w:t>
            </w:r>
          </w:p>
        </w:tc>
        <w:tc>
          <w:tcPr>
            <w:tcW w:w="1425" w:type="dxa"/>
            <w:vAlign w:val="center"/>
          </w:tcPr>
          <w:p w14:paraId="28F54B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0.452</w:t>
            </w:r>
          </w:p>
        </w:tc>
        <w:tc>
          <w:tcPr>
            <w:tcW w:w="1425" w:type="dxa"/>
            <w:vAlign w:val="center"/>
          </w:tcPr>
          <w:p w14:paraId="655DF7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1.084</w:t>
            </w:r>
          </w:p>
        </w:tc>
        <w:tc>
          <w:tcPr>
            <w:tcW w:w="1425" w:type="dxa"/>
            <w:vAlign w:val="center"/>
          </w:tcPr>
          <w:p w14:paraId="60DFF0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0.067</w:t>
            </w:r>
          </w:p>
        </w:tc>
        <w:tc>
          <w:tcPr>
            <w:tcW w:w="1425" w:type="dxa"/>
            <w:vAlign w:val="center"/>
          </w:tcPr>
          <w:p w14:paraId="0A2034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79.67</w:t>
            </w:r>
          </w:p>
        </w:tc>
      </w:tr>
      <w:tr w:rsidR="006D7CF4" w:rsidRPr="00CE6355" w14:paraId="5F59C672" w14:textId="77777777" w:rsidTr="00A0291F">
        <w:trPr>
          <w:jc w:val="center"/>
        </w:trPr>
        <w:tc>
          <w:tcPr>
            <w:tcW w:w="1425" w:type="dxa"/>
            <w:vAlign w:val="center"/>
          </w:tcPr>
          <w:p w14:paraId="5B1C60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188</w:t>
            </w:r>
          </w:p>
        </w:tc>
        <w:tc>
          <w:tcPr>
            <w:tcW w:w="1425" w:type="dxa"/>
            <w:vAlign w:val="center"/>
          </w:tcPr>
          <w:p w14:paraId="6ABE3E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F768A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87.35</w:t>
            </w:r>
          </w:p>
        </w:tc>
        <w:tc>
          <w:tcPr>
            <w:tcW w:w="1425" w:type="dxa"/>
            <w:vAlign w:val="center"/>
          </w:tcPr>
          <w:p w14:paraId="21AB1C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0.414</w:t>
            </w:r>
          </w:p>
        </w:tc>
        <w:tc>
          <w:tcPr>
            <w:tcW w:w="1425" w:type="dxa"/>
            <w:vAlign w:val="center"/>
          </w:tcPr>
          <w:p w14:paraId="3C7D8E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1.201</w:t>
            </w:r>
          </w:p>
        </w:tc>
        <w:tc>
          <w:tcPr>
            <w:tcW w:w="1425" w:type="dxa"/>
            <w:vAlign w:val="center"/>
          </w:tcPr>
          <w:p w14:paraId="37CF2D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0.082</w:t>
            </w:r>
          </w:p>
        </w:tc>
        <w:tc>
          <w:tcPr>
            <w:tcW w:w="1425" w:type="dxa"/>
            <w:vAlign w:val="center"/>
          </w:tcPr>
          <w:p w14:paraId="22101D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80.74</w:t>
            </w:r>
          </w:p>
        </w:tc>
      </w:tr>
      <w:tr w:rsidR="006D7CF4" w:rsidRPr="00CE6355" w14:paraId="23B83049" w14:textId="77777777" w:rsidTr="00A0291F">
        <w:trPr>
          <w:jc w:val="center"/>
        </w:trPr>
        <w:tc>
          <w:tcPr>
            <w:tcW w:w="1425" w:type="dxa"/>
            <w:vAlign w:val="center"/>
          </w:tcPr>
          <w:p w14:paraId="121EF5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189</w:t>
            </w:r>
          </w:p>
        </w:tc>
        <w:tc>
          <w:tcPr>
            <w:tcW w:w="1425" w:type="dxa"/>
            <w:vAlign w:val="center"/>
          </w:tcPr>
          <w:p w14:paraId="48ACEF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D5FCB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86.82</w:t>
            </w:r>
          </w:p>
        </w:tc>
        <w:tc>
          <w:tcPr>
            <w:tcW w:w="1425" w:type="dxa"/>
            <w:vAlign w:val="center"/>
          </w:tcPr>
          <w:p w14:paraId="4F00F6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0.377</w:t>
            </w:r>
          </w:p>
        </w:tc>
        <w:tc>
          <w:tcPr>
            <w:tcW w:w="1425" w:type="dxa"/>
            <w:vAlign w:val="center"/>
          </w:tcPr>
          <w:p w14:paraId="72F79F1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</w:t>
            </w:r>
          </w:p>
        </w:tc>
        <w:tc>
          <w:tcPr>
            <w:tcW w:w="1425" w:type="dxa"/>
            <w:vAlign w:val="center"/>
          </w:tcPr>
          <w:p w14:paraId="209FA2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1425" w:type="dxa"/>
            <w:vAlign w:val="center"/>
          </w:tcPr>
          <w:p w14:paraId="272724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82.83</w:t>
            </w:r>
          </w:p>
        </w:tc>
      </w:tr>
      <w:tr w:rsidR="006D7CF4" w:rsidRPr="00CE6355" w14:paraId="621F2D7C" w14:textId="77777777" w:rsidTr="00A0291F">
        <w:trPr>
          <w:jc w:val="center"/>
        </w:trPr>
        <w:tc>
          <w:tcPr>
            <w:tcW w:w="1425" w:type="dxa"/>
            <w:vAlign w:val="center"/>
          </w:tcPr>
          <w:p w14:paraId="6C2136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190</w:t>
            </w:r>
          </w:p>
        </w:tc>
        <w:tc>
          <w:tcPr>
            <w:tcW w:w="1425" w:type="dxa"/>
            <w:vAlign w:val="center"/>
          </w:tcPr>
          <w:p w14:paraId="5121F4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EB14D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90.82</w:t>
            </w:r>
          </w:p>
        </w:tc>
        <w:tc>
          <w:tcPr>
            <w:tcW w:w="1425" w:type="dxa"/>
            <w:vAlign w:val="center"/>
          </w:tcPr>
          <w:p w14:paraId="12F513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0.703</w:t>
            </w:r>
          </w:p>
        </w:tc>
        <w:tc>
          <w:tcPr>
            <w:tcW w:w="1425" w:type="dxa"/>
            <w:vAlign w:val="center"/>
          </w:tcPr>
          <w:p w14:paraId="5EFF2C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1.144</w:t>
            </w:r>
          </w:p>
        </w:tc>
        <w:tc>
          <w:tcPr>
            <w:tcW w:w="1425" w:type="dxa"/>
            <w:vAlign w:val="center"/>
          </w:tcPr>
          <w:p w14:paraId="7E5763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1425" w:type="dxa"/>
            <w:vAlign w:val="center"/>
          </w:tcPr>
          <w:p w14:paraId="7994F24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79.65</w:t>
            </w:r>
          </w:p>
        </w:tc>
      </w:tr>
      <w:tr w:rsidR="006D7CF4" w:rsidRPr="00CE6355" w14:paraId="3A04BB1E" w14:textId="77777777" w:rsidTr="00A0291F">
        <w:trPr>
          <w:jc w:val="center"/>
        </w:trPr>
        <w:tc>
          <w:tcPr>
            <w:tcW w:w="1425" w:type="dxa"/>
            <w:vAlign w:val="center"/>
          </w:tcPr>
          <w:p w14:paraId="6120E7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191</w:t>
            </w:r>
          </w:p>
        </w:tc>
        <w:tc>
          <w:tcPr>
            <w:tcW w:w="1425" w:type="dxa"/>
            <w:vAlign w:val="center"/>
          </w:tcPr>
          <w:p w14:paraId="466F69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3B3A1E4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88.06</w:t>
            </w:r>
          </w:p>
        </w:tc>
        <w:tc>
          <w:tcPr>
            <w:tcW w:w="1425" w:type="dxa"/>
            <w:vAlign w:val="center"/>
          </w:tcPr>
          <w:p w14:paraId="3FA991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0.546</w:t>
            </w:r>
          </w:p>
        </w:tc>
        <w:tc>
          <w:tcPr>
            <w:tcW w:w="1425" w:type="dxa"/>
            <w:vAlign w:val="center"/>
          </w:tcPr>
          <w:p w14:paraId="674BE5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1.115</w:t>
            </w:r>
          </w:p>
        </w:tc>
        <w:tc>
          <w:tcPr>
            <w:tcW w:w="1425" w:type="dxa"/>
            <w:vAlign w:val="center"/>
          </w:tcPr>
          <w:p w14:paraId="65C192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4E0F3F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82.27</w:t>
            </w:r>
          </w:p>
        </w:tc>
      </w:tr>
      <w:tr w:rsidR="006D7CF4" w:rsidRPr="00CE6355" w14:paraId="79975B84" w14:textId="77777777" w:rsidTr="00A0291F">
        <w:trPr>
          <w:jc w:val="center"/>
        </w:trPr>
        <w:tc>
          <w:tcPr>
            <w:tcW w:w="1425" w:type="dxa"/>
            <w:vAlign w:val="center"/>
          </w:tcPr>
          <w:p w14:paraId="628B33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192</w:t>
            </w:r>
          </w:p>
        </w:tc>
        <w:tc>
          <w:tcPr>
            <w:tcW w:w="1425" w:type="dxa"/>
            <w:vAlign w:val="center"/>
          </w:tcPr>
          <w:p w14:paraId="114991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4E728E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87.71</w:t>
            </w:r>
          </w:p>
        </w:tc>
        <w:tc>
          <w:tcPr>
            <w:tcW w:w="1425" w:type="dxa"/>
            <w:vAlign w:val="center"/>
          </w:tcPr>
          <w:p w14:paraId="1BD453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</w:t>
            </w:r>
          </w:p>
        </w:tc>
        <w:tc>
          <w:tcPr>
            <w:tcW w:w="1425" w:type="dxa"/>
            <w:vAlign w:val="center"/>
          </w:tcPr>
          <w:p w14:paraId="3BA574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1.276</w:t>
            </w:r>
          </w:p>
        </w:tc>
        <w:tc>
          <w:tcPr>
            <w:tcW w:w="1425" w:type="dxa"/>
            <w:vAlign w:val="center"/>
          </w:tcPr>
          <w:p w14:paraId="556420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0.061</w:t>
            </w:r>
          </w:p>
        </w:tc>
        <w:tc>
          <w:tcPr>
            <w:tcW w:w="1425" w:type="dxa"/>
            <w:vAlign w:val="center"/>
          </w:tcPr>
          <w:p w14:paraId="7D2E70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81.06</w:t>
            </w:r>
          </w:p>
        </w:tc>
      </w:tr>
      <w:tr w:rsidR="006D7CF4" w:rsidRPr="00CE6355" w14:paraId="0DB335A8" w14:textId="77777777" w:rsidTr="00A0291F">
        <w:trPr>
          <w:jc w:val="center"/>
        </w:trPr>
        <w:tc>
          <w:tcPr>
            <w:tcW w:w="1425" w:type="dxa"/>
            <w:vAlign w:val="center"/>
          </w:tcPr>
          <w:p w14:paraId="3E9EC8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193</w:t>
            </w:r>
          </w:p>
        </w:tc>
        <w:tc>
          <w:tcPr>
            <w:tcW w:w="1425" w:type="dxa"/>
            <w:vAlign w:val="center"/>
          </w:tcPr>
          <w:p w14:paraId="6C7D84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655D0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90.13</w:t>
            </w:r>
          </w:p>
        </w:tc>
        <w:tc>
          <w:tcPr>
            <w:tcW w:w="1425" w:type="dxa"/>
            <w:vAlign w:val="center"/>
          </w:tcPr>
          <w:p w14:paraId="452FB1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0.423</w:t>
            </w:r>
          </w:p>
        </w:tc>
        <w:tc>
          <w:tcPr>
            <w:tcW w:w="1425" w:type="dxa"/>
            <w:vAlign w:val="center"/>
          </w:tcPr>
          <w:p w14:paraId="51C039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1.185</w:t>
            </w:r>
          </w:p>
        </w:tc>
        <w:tc>
          <w:tcPr>
            <w:tcW w:w="1425" w:type="dxa"/>
            <w:vAlign w:val="center"/>
          </w:tcPr>
          <w:p w14:paraId="567CF6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0.063</w:t>
            </w:r>
          </w:p>
        </w:tc>
        <w:tc>
          <w:tcPr>
            <w:tcW w:w="1425" w:type="dxa"/>
            <w:vAlign w:val="center"/>
          </w:tcPr>
          <w:p w14:paraId="130A50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84.9</w:t>
            </w:r>
          </w:p>
        </w:tc>
      </w:tr>
      <w:tr w:rsidR="006D7CF4" w:rsidRPr="00CE6355" w14:paraId="3F1DCCEA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1E16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194</w:t>
            </w:r>
          </w:p>
        </w:tc>
        <w:tc>
          <w:tcPr>
            <w:tcW w:w="1425" w:type="dxa"/>
            <w:vAlign w:val="center"/>
          </w:tcPr>
          <w:p w14:paraId="3062FC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606F83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89.97</w:t>
            </w:r>
          </w:p>
        </w:tc>
        <w:tc>
          <w:tcPr>
            <w:tcW w:w="1425" w:type="dxa"/>
            <w:vAlign w:val="center"/>
          </w:tcPr>
          <w:p w14:paraId="310F46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0.483</w:t>
            </w:r>
          </w:p>
        </w:tc>
        <w:tc>
          <w:tcPr>
            <w:tcW w:w="1425" w:type="dxa"/>
            <w:vAlign w:val="center"/>
          </w:tcPr>
          <w:p w14:paraId="321258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1.047</w:t>
            </w:r>
          </w:p>
        </w:tc>
        <w:tc>
          <w:tcPr>
            <w:tcW w:w="1425" w:type="dxa"/>
            <w:vAlign w:val="center"/>
          </w:tcPr>
          <w:p w14:paraId="04E598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0.043</w:t>
            </w:r>
          </w:p>
        </w:tc>
        <w:tc>
          <w:tcPr>
            <w:tcW w:w="1425" w:type="dxa"/>
            <w:vAlign w:val="center"/>
          </w:tcPr>
          <w:p w14:paraId="771A18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76.79</w:t>
            </w:r>
          </w:p>
        </w:tc>
      </w:tr>
      <w:tr w:rsidR="006D7CF4" w:rsidRPr="00CE6355" w14:paraId="0B23D7F6" w14:textId="77777777" w:rsidTr="00A0291F">
        <w:trPr>
          <w:jc w:val="center"/>
        </w:trPr>
        <w:tc>
          <w:tcPr>
            <w:tcW w:w="1425" w:type="dxa"/>
            <w:vAlign w:val="center"/>
          </w:tcPr>
          <w:p w14:paraId="754AF5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195</w:t>
            </w:r>
          </w:p>
        </w:tc>
        <w:tc>
          <w:tcPr>
            <w:tcW w:w="1425" w:type="dxa"/>
            <w:vAlign w:val="center"/>
          </w:tcPr>
          <w:p w14:paraId="57C321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3FBD3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91.16</w:t>
            </w:r>
          </w:p>
        </w:tc>
        <w:tc>
          <w:tcPr>
            <w:tcW w:w="1425" w:type="dxa"/>
            <w:vAlign w:val="center"/>
          </w:tcPr>
          <w:p w14:paraId="1EE737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0.636</w:t>
            </w:r>
          </w:p>
        </w:tc>
        <w:tc>
          <w:tcPr>
            <w:tcW w:w="1425" w:type="dxa"/>
            <w:vAlign w:val="center"/>
          </w:tcPr>
          <w:p w14:paraId="274338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1.161</w:t>
            </w:r>
          </w:p>
        </w:tc>
        <w:tc>
          <w:tcPr>
            <w:tcW w:w="1425" w:type="dxa"/>
            <w:vAlign w:val="center"/>
          </w:tcPr>
          <w:p w14:paraId="58E171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0.078</w:t>
            </w:r>
          </w:p>
        </w:tc>
        <w:tc>
          <w:tcPr>
            <w:tcW w:w="1425" w:type="dxa"/>
            <w:vAlign w:val="center"/>
          </w:tcPr>
          <w:p w14:paraId="5BC762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80.96</w:t>
            </w:r>
          </w:p>
        </w:tc>
      </w:tr>
      <w:tr w:rsidR="006D7CF4" w:rsidRPr="00CE6355" w14:paraId="65811F00" w14:textId="77777777" w:rsidTr="00A0291F">
        <w:trPr>
          <w:jc w:val="center"/>
        </w:trPr>
        <w:tc>
          <w:tcPr>
            <w:tcW w:w="1425" w:type="dxa"/>
            <w:vAlign w:val="center"/>
          </w:tcPr>
          <w:p w14:paraId="7920B0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196</w:t>
            </w:r>
          </w:p>
        </w:tc>
        <w:tc>
          <w:tcPr>
            <w:tcW w:w="1425" w:type="dxa"/>
            <w:vAlign w:val="center"/>
          </w:tcPr>
          <w:p w14:paraId="760E47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CE91B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89.3</w:t>
            </w:r>
          </w:p>
        </w:tc>
        <w:tc>
          <w:tcPr>
            <w:tcW w:w="1425" w:type="dxa"/>
            <w:vAlign w:val="center"/>
          </w:tcPr>
          <w:p w14:paraId="35D0A1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0.475</w:t>
            </w:r>
          </w:p>
        </w:tc>
        <w:tc>
          <w:tcPr>
            <w:tcW w:w="1425" w:type="dxa"/>
            <w:vAlign w:val="center"/>
          </w:tcPr>
          <w:p w14:paraId="1FE352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1.263</w:t>
            </w:r>
          </w:p>
        </w:tc>
        <w:tc>
          <w:tcPr>
            <w:tcW w:w="1425" w:type="dxa"/>
            <w:vAlign w:val="center"/>
          </w:tcPr>
          <w:p w14:paraId="6EDB59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0.067</w:t>
            </w:r>
          </w:p>
        </w:tc>
        <w:tc>
          <w:tcPr>
            <w:tcW w:w="1425" w:type="dxa"/>
            <w:vAlign w:val="center"/>
          </w:tcPr>
          <w:p w14:paraId="6FF357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82.48</w:t>
            </w:r>
          </w:p>
        </w:tc>
      </w:tr>
      <w:tr w:rsidR="006D7CF4" w:rsidRPr="00CE6355" w14:paraId="5EF6A927" w14:textId="77777777" w:rsidTr="00A0291F">
        <w:trPr>
          <w:jc w:val="center"/>
        </w:trPr>
        <w:tc>
          <w:tcPr>
            <w:tcW w:w="1425" w:type="dxa"/>
            <w:vAlign w:val="center"/>
          </w:tcPr>
          <w:p w14:paraId="258F1F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197</w:t>
            </w:r>
          </w:p>
        </w:tc>
        <w:tc>
          <w:tcPr>
            <w:tcW w:w="1425" w:type="dxa"/>
            <w:vAlign w:val="center"/>
          </w:tcPr>
          <w:p w14:paraId="7EAE31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7BB329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92.24</w:t>
            </w:r>
          </w:p>
        </w:tc>
        <w:tc>
          <w:tcPr>
            <w:tcW w:w="1425" w:type="dxa"/>
            <w:vAlign w:val="center"/>
          </w:tcPr>
          <w:p w14:paraId="233FCA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0.581</w:t>
            </w:r>
          </w:p>
        </w:tc>
        <w:tc>
          <w:tcPr>
            <w:tcW w:w="1425" w:type="dxa"/>
            <w:vAlign w:val="center"/>
          </w:tcPr>
          <w:p w14:paraId="614326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1.088</w:t>
            </w:r>
          </w:p>
        </w:tc>
        <w:tc>
          <w:tcPr>
            <w:tcW w:w="1425" w:type="dxa"/>
            <w:vAlign w:val="center"/>
          </w:tcPr>
          <w:p w14:paraId="683B32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0.055</w:t>
            </w:r>
          </w:p>
        </w:tc>
        <w:tc>
          <w:tcPr>
            <w:tcW w:w="1425" w:type="dxa"/>
            <w:vAlign w:val="center"/>
          </w:tcPr>
          <w:p w14:paraId="421948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82.09</w:t>
            </w:r>
          </w:p>
        </w:tc>
      </w:tr>
      <w:tr w:rsidR="006D7CF4" w:rsidRPr="00CE6355" w14:paraId="75EAA72C" w14:textId="77777777" w:rsidTr="00A0291F">
        <w:trPr>
          <w:jc w:val="center"/>
        </w:trPr>
        <w:tc>
          <w:tcPr>
            <w:tcW w:w="1425" w:type="dxa"/>
            <w:vAlign w:val="center"/>
          </w:tcPr>
          <w:p w14:paraId="37C423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198</w:t>
            </w:r>
          </w:p>
        </w:tc>
        <w:tc>
          <w:tcPr>
            <w:tcW w:w="1425" w:type="dxa"/>
            <w:vAlign w:val="center"/>
          </w:tcPr>
          <w:p w14:paraId="7A90A3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19EDC1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88.59</w:t>
            </w:r>
          </w:p>
        </w:tc>
        <w:tc>
          <w:tcPr>
            <w:tcW w:w="1425" w:type="dxa"/>
            <w:vAlign w:val="center"/>
          </w:tcPr>
          <w:p w14:paraId="511D40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0.339</w:t>
            </w:r>
          </w:p>
        </w:tc>
        <w:tc>
          <w:tcPr>
            <w:tcW w:w="1425" w:type="dxa"/>
            <w:vAlign w:val="center"/>
          </w:tcPr>
          <w:p w14:paraId="6A3B6C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1.023</w:t>
            </w:r>
          </w:p>
        </w:tc>
        <w:tc>
          <w:tcPr>
            <w:tcW w:w="1425" w:type="dxa"/>
            <w:vAlign w:val="center"/>
          </w:tcPr>
          <w:p w14:paraId="04BC86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0.041</w:t>
            </w:r>
          </w:p>
        </w:tc>
        <w:tc>
          <w:tcPr>
            <w:tcW w:w="1425" w:type="dxa"/>
            <w:vAlign w:val="center"/>
          </w:tcPr>
          <w:p w14:paraId="4F75D1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81.06</w:t>
            </w:r>
          </w:p>
        </w:tc>
      </w:tr>
      <w:tr w:rsidR="006D7CF4" w:rsidRPr="00CE6355" w14:paraId="6C215142" w14:textId="77777777" w:rsidTr="00A0291F">
        <w:trPr>
          <w:jc w:val="center"/>
        </w:trPr>
        <w:tc>
          <w:tcPr>
            <w:tcW w:w="1425" w:type="dxa"/>
            <w:vAlign w:val="center"/>
          </w:tcPr>
          <w:p w14:paraId="461C32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199</w:t>
            </w:r>
          </w:p>
        </w:tc>
        <w:tc>
          <w:tcPr>
            <w:tcW w:w="1425" w:type="dxa"/>
            <w:vAlign w:val="center"/>
          </w:tcPr>
          <w:p w14:paraId="42B817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2B78C4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88.84</w:t>
            </w:r>
          </w:p>
        </w:tc>
        <w:tc>
          <w:tcPr>
            <w:tcW w:w="1425" w:type="dxa"/>
            <w:vAlign w:val="center"/>
          </w:tcPr>
          <w:p w14:paraId="531120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0.458</w:t>
            </w:r>
          </w:p>
        </w:tc>
        <w:tc>
          <w:tcPr>
            <w:tcW w:w="1425" w:type="dxa"/>
            <w:vAlign w:val="center"/>
          </w:tcPr>
          <w:p w14:paraId="532771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1.134</w:t>
            </w:r>
          </w:p>
        </w:tc>
        <w:tc>
          <w:tcPr>
            <w:tcW w:w="1425" w:type="dxa"/>
            <w:vAlign w:val="center"/>
          </w:tcPr>
          <w:p w14:paraId="2B453D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0.045</w:t>
            </w:r>
          </w:p>
        </w:tc>
        <w:tc>
          <w:tcPr>
            <w:tcW w:w="1425" w:type="dxa"/>
            <w:vAlign w:val="center"/>
          </w:tcPr>
          <w:p w14:paraId="1A593A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81.02</w:t>
            </w:r>
          </w:p>
        </w:tc>
      </w:tr>
      <w:tr w:rsidR="006D7CF4" w:rsidRPr="00CE6355" w14:paraId="4C5D49A5" w14:textId="77777777" w:rsidTr="00A0291F">
        <w:trPr>
          <w:jc w:val="center"/>
        </w:trPr>
        <w:tc>
          <w:tcPr>
            <w:tcW w:w="1425" w:type="dxa"/>
            <w:vAlign w:val="center"/>
          </w:tcPr>
          <w:p w14:paraId="55374F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1425" w:type="dxa"/>
            <w:vAlign w:val="center"/>
          </w:tcPr>
          <w:p w14:paraId="45FB85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425" w:type="dxa"/>
            <w:vAlign w:val="center"/>
          </w:tcPr>
          <w:p w14:paraId="5D4A64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90.73</w:t>
            </w:r>
          </w:p>
        </w:tc>
        <w:tc>
          <w:tcPr>
            <w:tcW w:w="1425" w:type="dxa"/>
            <w:vAlign w:val="center"/>
          </w:tcPr>
          <w:p w14:paraId="09EDCD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</w:t>
            </w:r>
          </w:p>
        </w:tc>
        <w:tc>
          <w:tcPr>
            <w:tcW w:w="1425" w:type="dxa"/>
            <w:vAlign w:val="center"/>
          </w:tcPr>
          <w:p w14:paraId="02F71B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1.307</w:t>
            </w:r>
          </w:p>
        </w:tc>
        <w:tc>
          <w:tcPr>
            <w:tcW w:w="1425" w:type="dxa"/>
            <w:vAlign w:val="center"/>
          </w:tcPr>
          <w:p w14:paraId="5CDCED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228B12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81.9</w:t>
            </w:r>
          </w:p>
        </w:tc>
      </w:tr>
    </w:tbl>
    <w:p w14:paraId="31DF0C7E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54EF1789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  <w:bCs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S1E. </w:t>
      </w:r>
      <w:r w:rsidRPr="00CE6355">
        <w:rPr>
          <w:rFonts w:asciiTheme="majorBidi" w:eastAsia="Times New Roman" w:hAnsiTheme="majorBidi" w:cstheme="majorBidi"/>
          <w:bCs/>
        </w:rPr>
        <w:t>Complete modelling observations for Turnip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348D305E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7366D3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lastRenderedPageBreak/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4AD996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186609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1D85E9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355BDA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1FD826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4246E3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5A489EE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78547D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201</w:t>
            </w:r>
          </w:p>
        </w:tc>
        <w:tc>
          <w:tcPr>
            <w:tcW w:w="1425" w:type="dxa"/>
            <w:vAlign w:val="center"/>
          </w:tcPr>
          <w:p w14:paraId="3F22A8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F9C82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92.5</w:t>
            </w:r>
          </w:p>
        </w:tc>
        <w:tc>
          <w:tcPr>
            <w:tcW w:w="1425" w:type="dxa"/>
            <w:vAlign w:val="center"/>
          </w:tcPr>
          <w:p w14:paraId="224FE2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0.408</w:t>
            </w:r>
          </w:p>
        </w:tc>
        <w:tc>
          <w:tcPr>
            <w:tcW w:w="1425" w:type="dxa"/>
            <w:vAlign w:val="center"/>
          </w:tcPr>
          <w:p w14:paraId="6DA792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0.764</w:t>
            </w:r>
          </w:p>
        </w:tc>
        <w:tc>
          <w:tcPr>
            <w:tcW w:w="1425" w:type="dxa"/>
            <w:vAlign w:val="center"/>
          </w:tcPr>
          <w:p w14:paraId="50A976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1425" w:type="dxa"/>
            <w:vAlign w:val="center"/>
          </w:tcPr>
          <w:p w14:paraId="102E46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43.95</w:t>
            </w:r>
          </w:p>
        </w:tc>
      </w:tr>
      <w:tr w:rsidR="006D7CF4" w:rsidRPr="00CE6355" w14:paraId="3F954C11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058F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202</w:t>
            </w:r>
          </w:p>
        </w:tc>
        <w:tc>
          <w:tcPr>
            <w:tcW w:w="1425" w:type="dxa"/>
            <w:vAlign w:val="center"/>
          </w:tcPr>
          <w:p w14:paraId="03643A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716DC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94.57</w:t>
            </w:r>
          </w:p>
        </w:tc>
        <w:tc>
          <w:tcPr>
            <w:tcW w:w="1425" w:type="dxa"/>
            <w:vAlign w:val="center"/>
          </w:tcPr>
          <w:p w14:paraId="031AE1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0.373</w:t>
            </w:r>
          </w:p>
        </w:tc>
        <w:tc>
          <w:tcPr>
            <w:tcW w:w="1425" w:type="dxa"/>
            <w:vAlign w:val="center"/>
          </w:tcPr>
          <w:p w14:paraId="39539E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0.785</w:t>
            </w:r>
          </w:p>
        </w:tc>
        <w:tc>
          <w:tcPr>
            <w:tcW w:w="1425" w:type="dxa"/>
            <w:vAlign w:val="center"/>
          </w:tcPr>
          <w:p w14:paraId="57E42D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67B255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42.8</w:t>
            </w:r>
          </w:p>
        </w:tc>
      </w:tr>
      <w:tr w:rsidR="006D7CF4" w:rsidRPr="00CE6355" w14:paraId="5AA34F6B" w14:textId="77777777" w:rsidTr="00A0291F">
        <w:trPr>
          <w:jc w:val="center"/>
        </w:trPr>
        <w:tc>
          <w:tcPr>
            <w:tcW w:w="1425" w:type="dxa"/>
            <w:vAlign w:val="center"/>
          </w:tcPr>
          <w:p w14:paraId="5D93EB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203</w:t>
            </w:r>
          </w:p>
        </w:tc>
        <w:tc>
          <w:tcPr>
            <w:tcW w:w="1425" w:type="dxa"/>
            <w:vAlign w:val="center"/>
          </w:tcPr>
          <w:p w14:paraId="0ECE2B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65F10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95.58</w:t>
            </w:r>
          </w:p>
        </w:tc>
        <w:tc>
          <w:tcPr>
            <w:tcW w:w="1425" w:type="dxa"/>
            <w:vAlign w:val="center"/>
          </w:tcPr>
          <w:p w14:paraId="57FFF9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0.452</w:t>
            </w:r>
          </w:p>
        </w:tc>
        <w:tc>
          <w:tcPr>
            <w:tcW w:w="1425" w:type="dxa"/>
            <w:vAlign w:val="center"/>
          </w:tcPr>
          <w:p w14:paraId="122162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0.906</w:t>
            </w:r>
          </w:p>
        </w:tc>
        <w:tc>
          <w:tcPr>
            <w:tcW w:w="1425" w:type="dxa"/>
            <w:vAlign w:val="center"/>
          </w:tcPr>
          <w:p w14:paraId="25BDA94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0.036</w:t>
            </w:r>
          </w:p>
        </w:tc>
        <w:tc>
          <w:tcPr>
            <w:tcW w:w="1425" w:type="dxa"/>
            <w:vAlign w:val="center"/>
          </w:tcPr>
          <w:p w14:paraId="78150D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43.36</w:t>
            </w:r>
          </w:p>
        </w:tc>
      </w:tr>
      <w:tr w:rsidR="006D7CF4" w:rsidRPr="00CE6355" w14:paraId="214D0BA2" w14:textId="77777777" w:rsidTr="00A0291F">
        <w:trPr>
          <w:jc w:val="center"/>
        </w:trPr>
        <w:tc>
          <w:tcPr>
            <w:tcW w:w="1425" w:type="dxa"/>
            <w:vAlign w:val="center"/>
          </w:tcPr>
          <w:p w14:paraId="462A9A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204</w:t>
            </w:r>
          </w:p>
        </w:tc>
        <w:tc>
          <w:tcPr>
            <w:tcW w:w="1425" w:type="dxa"/>
            <w:vAlign w:val="center"/>
          </w:tcPr>
          <w:p w14:paraId="6B7BF0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CBCC3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95.41</w:t>
            </w:r>
          </w:p>
        </w:tc>
        <w:tc>
          <w:tcPr>
            <w:tcW w:w="1425" w:type="dxa"/>
            <w:vAlign w:val="center"/>
          </w:tcPr>
          <w:p w14:paraId="40A705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0.393</w:t>
            </w:r>
          </w:p>
        </w:tc>
        <w:tc>
          <w:tcPr>
            <w:tcW w:w="1425" w:type="dxa"/>
            <w:vAlign w:val="center"/>
          </w:tcPr>
          <w:p w14:paraId="628F28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0.726</w:t>
            </w:r>
          </w:p>
        </w:tc>
        <w:tc>
          <w:tcPr>
            <w:tcW w:w="1425" w:type="dxa"/>
            <w:vAlign w:val="center"/>
          </w:tcPr>
          <w:p w14:paraId="2911E0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1425" w:type="dxa"/>
            <w:vAlign w:val="center"/>
          </w:tcPr>
          <w:p w14:paraId="2DD361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42.11</w:t>
            </w:r>
          </w:p>
        </w:tc>
      </w:tr>
      <w:tr w:rsidR="006D7CF4" w:rsidRPr="00CE6355" w14:paraId="049F044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3C3FD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205</w:t>
            </w:r>
          </w:p>
        </w:tc>
        <w:tc>
          <w:tcPr>
            <w:tcW w:w="1425" w:type="dxa"/>
            <w:vAlign w:val="center"/>
          </w:tcPr>
          <w:p w14:paraId="30DEF6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49313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97.34</w:t>
            </w:r>
          </w:p>
        </w:tc>
        <w:tc>
          <w:tcPr>
            <w:tcW w:w="1425" w:type="dxa"/>
            <w:vAlign w:val="center"/>
          </w:tcPr>
          <w:p w14:paraId="496BF5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0.345</w:t>
            </w:r>
          </w:p>
        </w:tc>
        <w:tc>
          <w:tcPr>
            <w:tcW w:w="1425" w:type="dxa"/>
            <w:vAlign w:val="center"/>
          </w:tcPr>
          <w:p w14:paraId="4DB1ED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0.683</w:t>
            </w:r>
          </w:p>
        </w:tc>
        <w:tc>
          <w:tcPr>
            <w:tcW w:w="1425" w:type="dxa"/>
            <w:vAlign w:val="center"/>
          </w:tcPr>
          <w:p w14:paraId="3DF6B7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3CEA53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44.99</w:t>
            </w:r>
          </w:p>
        </w:tc>
      </w:tr>
      <w:tr w:rsidR="006D7CF4" w:rsidRPr="00CE6355" w14:paraId="6140B8D2" w14:textId="77777777" w:rsidTr="00A0291F">
        <w:trPr>
          <w:jc w:val="center"/>
        </w:trPr>
        <w:tc>
          <w:tcPr>
            <w:tcW w:w="1425" w:type="dxa"/>
            <w:vAlign w:val="center"/>
          </w:tcPr>
          <w:p w14:paraId="6373A8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206</w:t>
            </w:r>
          </w:p>
        </w:tc>
        <w:tc>
          <w:tcPr>
            <w:tcW w:w="1425" w:type="dxa"/>
            <w:vAlign w:val="center"/>
          </w:tcPr>
          <w:p w14:paraId="671423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AAC29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93.99</w:t>
            </w:r>
          </w:p>
        </w:tc>
        <w:tc>
          <w:tcPr>
            <w:tcW w:w="1425" w:type="dxa"/>
            <w:vAlign w:val="center"/>
          </w:tcPr>
          <w:p w14:paraId="09CBBD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0.353</w:t>
            </w:r>
          </w:p>
        </w:tc>
        <w:tc>
          <w:tcPr>
            <w:tcW w:w="1425" w:type="dxa"/>
            <w:vAlign w:val="center"/>
          </w:tcPr>
          <w:p w14:paraId="683FA9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0.771</w:t>
            </w:r>
          </w:p>
        </w:tc>
        <w:tc>
          <w:tcPr>
            <w:tcW w:w="1425" w:type="dxa"/>
            <w:vAlign w:val="center"/>
          </w:tcPr>
          <w:p w14:paraId="6D628B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7886AA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40.93</w:t>
            </w:r>
          </w:p>
        </w:tc>
      </w:tr>
      <w:tr w:rsidR="006D7CF4" w:rsidRPr="00CE6355" w14:paraId="1995CFD1" w14:textId="77777777" w:rsidTr="00A0291F">
        <w:trPr>
          <w:jc w:val="center"/>
        </w:trPr>
        <w:tc>
          <w:tcPr>
            <w:tcW w:w="1425" w:type="dxa"/>
            <w:vAlign w:val="center"/>
          </w:tcPr>
          <w:p w14:paraId="0AFF30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207</w:t>
            </w:r>
          </w:p>
        </w:tc>
        <w:tc>
          <w:tcPr>
            <w:tcW w:w="1425" w:type="dxa"/>
            <w:vAlign w:val="center"/>
          </w:tcPr>
          <w:p w14:paraId="7AF73A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98D90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92.47</w:t>
            </w:r>
          </w:p>
        </w:tc>
        <w:tc>
          <w:tcPr>
            <w:tcW w:w="1425" w:type="dxa"/>
            <w:vAlign w:val="center"/>
          </w:tcPr>
          <w:p w14:paraId="46E8C7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0.599</w:t>
            </w:r>
          </w:p>
        </w:tc>
        <w:tc>
          <w:tcPr>
            <w:tcW w:w="1425" w:type="dxa"/>
            <w:vAlign w:val="center"/>
          </w:tcPr>
          <w:p w14:paraId="6B4434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</w:t>
            </w:r>
          </w:p>
        </w:tc>
        <w:tc>
          <w:tcPr>
            <w:tcW w:w="1425" w:type="dxa"/>
            <w:vAlign w:val="center"/>
          </w:tcPr>
          <w:p w14:paraId="3297F5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0.039</w:t>
            </w:r>
          </w:p>
        </w:tc>
        <w:tc>
          <w:tcPr>
            <w:tcW w:w="1425" w:type="dxa"/>
            <w:vAlign w:val="center"/>
          </w:tcPr>
          <w:p w14:paraId="0AA93D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41.58</w:t>
            </w:r>
          </w:p>
        </w:tc>
      </w:tr>
      <w:tr w:rsidR="006D7CF4" w:rsidRPr="00CE6355" w14:paraId="4E67A964" w14:textId="77777777" w:rsidTr="00A0291F">
        <w:trPr>
          <w:jc w:val="center"/>
        </w:trPr>
        <w:tc>
          <w:tcPr>
            <w:tcW w:w="1425" w:type="dxa"/>
            <w:vAlign w:val="center"/>
          </w:tcPr>
          <w:p w14:paraId="23523B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208</w:t>
            </w:r>
          </w:p>
        </w:tc>
        <w:tc>
          <w:tcPr>
            <w:tcW w:w="1425" w:type="dxa"/>
            <w:vAlign w:val="center"/>
          </w:tcPr>
          <w:p w14:paraId="24CED3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D86E7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93.95</w:t>
            </w:r>
          </w:p>
        </w:tc>
        <w:tc>
          <w:tcPr>
            <w:tcW w:w="1425" w:type="dxa"/>
            <w:vAlign w:val="center"/>
          </w:tcPr>
          <w:p w14:paraId="2B7436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0.476</w:t>
            </w:r>
          </w:p>
        </w:tc>
        <w:tc>
          <w:tcPr>
            <w:tcW w:w="1425" w:type="dxa"/>
            <w:vAlign w:val="center"/>
          </w:tcPr>
          <w:p w14:paraId="246C7E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0.802</w:t>
            </w:r>
          </w:p>
        </w:tc>
        <w:tc>
          <w:tcPr>
            <w:tcW w:w="1425" w:type="dxa"/>
            <w:vAlign w:val="center"/>
          </w:tcPr>
          <w:p w14:paraId="7147D6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6BEBC1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40.22</w:t>
            </w:r>
          </w:p>
        </w:tc>
      </w:tr>
      <w:tr w:rsidR="006D7CF4" w:rsidRPr="00CE6355" w14:paraId="2DEAA1AC" w14:textId="77777777" w:rsidTr="00A0291F">
        <w:trPr>
          <w:jc w:val="center"/>
        </w:trPr>
        <w:tc>
          <w:tcPr>
            <w:tcW w:w="1425" w:type="dxa"/>
            <w:vAlign w:val="center"/>
          </w:tcPr>
          <w:p w14:paraId="79DA4F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209</w:t>
            </w:r>
          </w:p>
        </w:tc>
        <w:tc>
          <w:tcPr>
            <w:tcW w:w="1425" w:type="dxa"/>
            <w:vAlign w:val="center"/>
          </w:tcPr>
          <w:p w14:paraId="47360E9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FDAEA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93.86</w:t>
            </w:r>
          </w:p>
        </w:tc>
        <w:tc>
          <w:tcPr>
            <w:tcW w:w="1425" w:type="dxa"/>
            <w:vAlign w:val="center"/>
          </w:tcPr>
          <w:p w14:paraId="0C6733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0.484</w:t>
            </w:r>
          </w:p>
        </w:tc>
        <w:tc>
          <w:tcPr>
            <w:tcW w:w="1425" w:type="dxa"/>
            <w:vAlign w:val="center"/>
          </w:tcPr>
          <w:p w14:paraId="6E21EF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0.795</w:t>
            </w:r>
          </w:p>
        </w:tc>
        <w:tc>
          <w:tcPr>
            <w:tcW w:w="1425" w:type="dxa"/>
            <w:vAlign w:val="center"/>
          </w:tcPr>
          <w:p w14:paraId="26F0D2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7FBA6C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41.95</w:t>
            </w:r>
          </w:p>
        </w:tc>
      </w:tr>
      <w:tr w:rsidR="006D7CF4" w:rsidRPr="00CE6355" w14:paraId="1E22BE8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D4905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210</w:t>
            </w:r>
          </w:p>
        </w:tc>
        <w:tc>
          <w:tcPr>
            <w:tcW w:w="1425" w:type="dxa"/>
            <w:vAlign w:val="center"/>
          </w:tcPr>
          <w:p w14:paraId="156A73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FE524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93.34</w:t>
            </w:r>
          </w:p>
        </w:tc>
        <w:tc>
          <w:tcPr>
            <w:tcW w:w="1425" w:type="dxa"/>
            <w:vAlign w:val="center"/>
          </w:tcPr>
          <w:p w14:paraId="04B9A6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0.398</w:t>
            </w:r>
          </w:p>
        </w:tc>
        <w:tc>
          <w:tcPr>
            <w:tcW w:w="1425" w:type="dxa"/>
            <w:vAlign w:val="center"/>
          </w:tcPr>
          <w:p w14:paraId="6127CB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0.845</w:t>
            </w:r>
          </w:p>
        </w:tc>
        <w:tc>
          <w:tcPr>
            <w:tcW w:w="1425" w:type="dxa"/>
            <w:vAlign w:val="center"/>
          </w:tcPr>
          <w:p w14:paraId="4EC4786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624C24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43.43</w:t>
            </w:r>
          </w:p>
        </w:tc>
      </w:tr>
      <w:tr w:rsidR="006D7CF4" w:rsidRPr="00CE6355" w14:paraId="5543C4D2" w14:textId="77777777" w:rsidTr="00A0291F">
        <w:trPr>
          <w:jc w:val="center"/>
        </w:trPr>
        <w:tc>
          <w:tcPr>
            <w:tcW w:w="1425" w:type="dxa"/>
            <w:vAlign w:val="center"/>
          </w:tcPr>
          <w:p w14:paraId="35F395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211</w:t>
            </w:r>
          </w:p>
        </w:tc>
        <w:tc>
          <w:tcPr>
            <w:tcW w:w="1425" w:type="dxa"/>
            <w:vAlign w:val="center"/>
          </w:tcPr>
          <w:p w14:paraId="5CBB87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15C3C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95.01</w:t>
            </w:r>
          </w:p>
        </w:tc>
        <w:tc>
          <w:tcPr>
            <w:tcW w:w="1425" w:type="dxa"/>
            <w:vAlign w:val="center"/>
          </w:tcPr>
          <w:p w14:paraId="6A9AA9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</w:t>
            </w:r>
          </w:p>
        </w:tc>
        <w:tc>
          <w:tcPr>
            <w:tcW w:w="1425" w:type="dxa"/>
            <w:vAlign w:val="center"/>
          </w:tcPr>
          <w:p w14:paraId="4A55B2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0.836</w:t>
            </w:r>
          </w:p>
        </w:tc>
        <w:tc>
          <w:tcPr>
            <w:tcW w:w="1425" w:type="dxa"/>
            <w:vAlign w:val="center"/>
          </w:tcPr>
          <w:p w14:paraId="54A99A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09A335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41.67</w:t>
            </w:r>
          </w:p>
        </w:tc>
      </w:tr>
      <w:tr w:rsidR="006D7CF4" w:rsidRPr="00CE6355" w14:paraId="2D8E1AA8" w14:textId="77777777" w:rsidTr="00A0291F">
        <w:trPr>
          <w:jc w:val="center"/>
        </w:trPr>
        <w:tc>
          <w:tcPr>
            <w:tcW w:w="1425" w:type="dxa"/>
            <w:vAlign w:val="center"/>
          </w:tcPr>
          <w:p w14:paraId="23E28C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212</w:t>
            </w:r>
          </w:p>
        </w:tc>
        <w:tc>
          <w:tcPr>
            <w:tcW w:w="1425" w:type="dxa"/>
            <w:vAlign w:val="center"/>
          </w:tcPr>
          <w:p w14:paraId="4531E6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66FF8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93.49</w:t>
            </w:r>
          </w:p>
        </w:tc>
        <w:tc>
          <w:tcPr>
            <w:tcW w:w="1425" w:type="dxa"/>
            <w:vAlign w:val="center"/>
          </w:tcPr>
          <w:p w14:paraId="30A0F3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</w:t>
            </w:r>
          </w:p>
        </w:tc>
        <w:tc>
          <w:tcPr>
            <w:tcW w:w="1425" w:type="dxa"/>
            <w:vAlign w:val="center"/>
          </w:tcPr>
          <w:p w14:paraId="29A1C1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0.898</w:t>
            </w:r>
          </w:p>
        </w:tc>
        <w:tc>
          <w:tcPr>
            <w:tcW w:w="1425" w:type="dxa"/>
            <w:vAlign w:val="center"/>
          </w:tcPr>
          <w:p w14:paraId="3D8E51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425" w:type="dxa"/>
            <w:vAlign w:val="center"/>
          </w:tcPr>
          <w:p w14:paraId="17E0FE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42.03</w:t>
            </w:r>
          </w:p>
        </w:tc>
      </w:tr>
      <w:tr w:rsidR="006D7CF4" w:rsidRPr="00CE6355" w14:paraId="2B2F7027" w14:textId="77777777" w:rsidTr="00A0291F">
        <w:trPr>
          <w:jc w:val="center"/>
        </w:trPr>
        <w:tc>
          <w:tcPr>
            <w:tcW w:w="1425" w:type="dxa"/>
            <w:vAlign w:val="center"/>
          </w:tcPr>
          <w:p w14:paraId="3FA15E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213</w:t>
            </w:r>
          </w:p>
        </w:tc>
        <w:tc>
          <w:tcPr>
            <w:tcW w:w="1425" w:type="dxa"/>
            <w:vAlign w:val="center"/>
          </w:tcPr>
          <w:p w14:paraId="2CA782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14ED5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95.8</w:t>
            </w:r>
          </w:p>
        </w:tc>
        <w:tc>
          <w:tcPr>
            <w:tcW w:w="1425" w:type="dxa"/>
            <w:vAlign w:val="center"/>
          </w:tcPr>
          <w:p w14:paraId="387047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0.315</w:t>
            </w:r>
          </w:p>
        </w:tc>
        <w:tc>
          <w:tcPr>
            <w:tcW w:w="1425" w:type="dxa"/>
            <w:vAlign w:val="center"/>
          </w:tcPr>
          <w:p w14:paraId="467E36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0.894</w:t>
            </w:r>
          </w:p>
        </w:tc>
        <w:tc>
          <w:tcPr>
            <w:tcW w:w="1425" w:type="dxa"/>
            <w:vAlign w:val="center"/>
          </w:tcPr>
          <w:p w14:paraId="72F994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6BCCCF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43.01</w:t>
            </w:r>
          </w:p>
        </w:tc>
      </w:tr>
      <w:tr w:rsidR="006D7CF4" w:rsidRPr="00CE6355" w14:paraId="046D91F2" w14:textId="77777777" w:rsidTr="00A0291F">
        <w:trPr>
          <w:jc w:val="center"/>
        </w:trPr>
        <w:tc>
          <w:tcPr>
            <w:tcW w:w="1425" w:type="dxa"/>
            <w:vAlign w:val="center"/>
          </w:tcPr>
          <w:p w14:paraId="55EE40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214</w:t>
            </w:r>
          </w:p>
        </w:tc>
        <w:tc>
          <w:tcPr>
            <w:tcW w:w="1425" w:type="dxa"/>
            <w:vAlign w:val="center"/>
          </w:tcPr>
          <w:p w14:paraId="3030B2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572C7F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95.33</w:t>
            </w:r>
          </w:p>
        </w:tc>
        <w:tc>
          <w:tcPr>
            <w:tcW w:w="1425" w:type="dxa"/>
            <w:vAlign w:val="center"/>
          </w:tcPr>
          <w:p w14:paraId="6118FB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0.396</w:t>
            </w:r>
          </w:p>
        </w:tc>
        <w:tc>
          <w:tcPr>
            <w:tcW w:w="1425" w:type="dxa"/>
            <w:vAlign w:val="center"/>
          </w:tcPr>
          <w:p w14:paraId="1669E9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0.764</w:t>
            </w:r>
          </w:p>
        </w:tc>
        <w:tc>
          <w:tcPr>
            <w:tcW w:w="1425" w:type="dxa"/>
            <w:vAlign w:val="center"/>
          </w:tcPr>
          <w:p w14:paraId="783998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1425" w:type="dxa"/>
            <w:vAlign w:val="center"/>
          </w:tcPr>
          <w:p w14:paraId="549F75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42.8</w:t>
            </w:r>
          </w:p>
        </w:tc>
      </w:tr>
      <w:tr w:rsidR="006D7CF4" w:rsidRPr="00CE6355" w14:paraId="3B7FAA5C" w14:textId="77777777" w:rsidTr="00A0291F">
        <w:trPr>
          <w:jc w:val="center"/>
        </w:trPr>
        <w:tc>
          <w:tcPr>
            <w:tcW w:w="1425" w:type="dxa"/>
            <w:vAlign w:val="center"/>
          </w:tcPr>
          <w:p w14:paraId="7A849D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215</w:t>
            </w:r>
          </w:p>
        </w:tc>
        <w:tc>
          <w:tcPr>
            <w:tcW w:w="1425" w:type="dxa"/>
            <w:vAlign w:val="center"/>
          </w:tcPr>
          <w:p w14:paraId="4CA38D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978A3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97.95</w:t>
            </w:r>
          </w:p>
        </w:tc>
        <w:tc>
          <w:tcPr>
            <w:tcW w:w="1425" w:type="dxa"/>
            <w:vAlign w:val="center"/>
          </w:tcPr>
          <w:p w14:paraId="64198F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0.403</w:t>
            </w:r>
          </w:p>
        </w:tc>
        <w:tc>
          <w:tcPr>
            <w:tcW w:w="1425" w:type="dxa"/>
            <w:vAlign w:val="center"/>
          </w:tcPr>
          <w:p w14:paraId="439E4A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0.707</w:t>
            </w:r>
          </w:p>
        </w:tc>
        <w:tc>
          <w:tcPr>
            <w:tcW w:w="1425" w:type="dxa"/>
            <w:vAlign w:val="center"/>
          </w:tcPr>
          <w:p w14:paraId="2A98A3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3CB65F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43.18</w:t>
            </w:r>
          </w:p>
        </w:tc>
      </w:tr>
      <w:tr w:rsidR="006D7CF4" w:rsidRPr="00CE6355" w14:paraId="5B42F2BF" w14:textId="77777777" w:rsidTr="00A0291F">
        <w:trPr>
          <w:jc w:val="center"/>
        </w:trPr>
        <w:tc>
          <w:tcPr>
            <w:tcW w:w="1425" w:type="dxa"/>
            <w:vAlign w:val="center"/>
          </w:tcPr>
          <w:p w14:paraId="2BB763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216</w:t>
            </w:r>
          </w:p>
        </w:tc>
        <w:tc>
          <w:tcPr>
            <w:tcW w:w="1425" w:type="dxa"/>
            <w:vAlign w:val="center"/>
          </w:tcPr>
          <w:p w14:paraId="356F90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3F898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94.99</w:t>
            </w:r>
          </w:p>
        </w:tc>
        <w:tc>
          <w:tcPr>
            <w:tcW w:w="1425" w:type="dxa"/>
            <w:vAlign w:val="center"/>
          </w:tcPr>
          <w:p w14:paraId="42F009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0.434</w:t>
            </w:r>
          </w:p>
        </w:tc>
        <w:tc>
          <w:tcPr>
            <w:tcW w:w="1425" w:type="dxa"/>
            <w:vAlign w:val="center"/>
          </w:tcPr>
          <w:p w14:paraId="0D97BE8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0.744</w:t>
            </w:r>
          </w:p>
        </w:tc>
        <w:tc>
          <w:tcPr>
            <w:tcW w:w="1425" w:type="dxa"/>
            <w:vAlign w:val="center"/>
          </w:tcPr>
          <w:p w14:paraId="1175A2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68DF58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43.33</w:t>
            </w:r>
          </w:p>
        </w:tc>
      </w:tr>
      <w:tr w:rsidR="006D7CF4" w:rsidRPr="00CE6355" w14:paraId="65D119A1" w14:textId="77777777" w:rsidTr="00A0291F">
        <w:trPr>
          <w:jc w:val="center"/>
        </w:trPr>
        <w:tc>
          <w:tcPr>
            <w:tcW w:w="1425" w:type="dxa"/>
            <w:vAlign w:val="center"/>
          </w:tcPr>
          <w:p w14:paraId="326770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217</w:t>
            </w:r>
          </w:p>
        </w:tc>
        <w:tc>
          <w:tcPr>
            <w:tcW w:w="1425" w:type="dxa"/>
            <w:vAlign w:val="center"/>
          </w:tcPr>
          <w:p w14:paraId="455062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7F214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91.52</w:t>
            </w:r>
          </w:p>
        </w:tc>
        <w:tc>
          <w:tcPr>
            <w:tcW w:w="1425" w:type="dxa"/>
            <w:vAlign w:val="center"/>
          </w:tcPr>
          <w:p w14:paraId="5CFC9F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0.513</w:t>
            </w:r>
          </w:p>
        </w:tc>
        <w:tc>
          <w:tcPr>
            <w:tcW w:w="1425" w:type="dxa"/>
            <w:vAlign w:val="center"/>
          </w:tcPr>
          <w:p w14:paraId="627CB7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0.822</w:t>
            </w:r>
          </w:p>
        </w:tc>
        <w:tc>
          <w:tcPr>
            <w:tcW w:w="1425" w:type="dxa"/>
            <w:vAlign w:val="center"/>
          </w:tcPr>
          <w:p w14:paraId="65AB69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7BF0F4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41.76</w:t>
            </w:r>
          </w:p>
        </w:tc>
      </w:tr>
      <w:tr w:rsidR="006D7CF4" w:rsidRPr="00CE6355" w14:paraId="695DFB87" w14:textId="77777777" w:rsidTr="00A0291F">
        <w:trPr>
          <w:jc w:val="center"/>
        </w:trPr>
        <w:tc>
          <w:tcPr>
            <w:tcW w:w="1425" w:type="dxa"/>
            <w:vAlign w:val="center"/>
          </w:tcPr>
          <w:p w14:paraId="21D118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218</w:t>
            </w:r>
          </w:p>
        </w:tc>
        <w:tc>
          <w:tcPr>
            <w:tcW w:w="1425" w:type="dxa"/>
            <w:vAlign w:val="center"/>
          </w:tcPr>
          <w:p w14:paraId="6D9ECB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FF83C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94.92</w:t>
            </w:r>
          </w:p>
        </w:tc>
        <w:tc>
          <w:tcPr>
            <w:tcW w:w="1425" w:type="dxa"/>
            <w:vAlign w:val="center"/>
          </w:tcPr>
          <w:p w14:paraId="713DC0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0.425</w:t>
            </w:r>
          </w:p>
        </w:tc>
        <w:tc>
          <w:tcPr>
            <w:tcW w:w="1425" w:type="dxa"/>
            <w:vAlign w:val="center"/>
          </w:tcPr>
          <w:p w14:paraId="691472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0.853</w:t>
            </w:r>
          </w:p>
        </w:tc>
        <w:tc>
          <w:tcPr>
            <w:tcW w:w="1425" w:type="dxa"/>
            <w:vAlign w:val="center"/>
          </w:tcPr>
          <w:p w14:paraId="50797C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5FA573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42.39</w:t>
            </w:r>
          </w:p>
        </w:tc>
      </w:tr>
      <w:tr w:rsidR="006D7CF4" w:rsidRPr="00CE6355" w14:paraId="3F845C58" w14:textId="77777777" w:rsidTr="00A0291F">
        <w:trPr>
          <w:jc w:val="center"/>
        </w:trPr>
        <w:tc>
          <w:tcPr>
            <w:tcW w:w="1425" w:type="dxa"/>
            <w:vAlign w:val="center"/>
          </w:tcPr>
          <w:p w14:paraId="55876A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219</w:t>
            </w:r>
          </w:p>
        </w:tc>
        <w:tc>
          <w:tcPr>
            <w:tcW w:w="1425" w:type="dxa"/>
            <w:vAlign w:val="center"/>
          </w:tcPr>
          <w:p w14:paraId="470C64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416BB9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94.5</w:t>
            </w:r>
          </w:p>
        </w:tc>
        <w:tc>
          <w:tcPr>
            <w:tcW w:w="1425" w:type="dxa"/>
            <w:vAlign w:val="center"/>
          </w:tcPr>
          <w:p w14:paraId="5CA577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0.259</w:t>
            </w:r>
          </w:p>
        </w:tc>
        <w:tc>
          <w:tcPr>
            <w:tcW w:w="1425" w:type="dxa"/>
            <w:vAlign w:val="center"/>
          </w:tcPr>
          <w:p w14:paraId="52E3EB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</w:t>
            </w:r>
          </w:p>
        </w:tc>
        <w:tc>
          <w:tcPr>
            <w:tcW w:w="1425" w:type="dxa"/>
            <w:vAlign w:val="center"/>
          </w:tcPr>
          <w:p w14:paraId="0CC45E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6458D8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41.29</w:t>
            </w:r>
          </w:p>
        </w:tc>
      </w:tr>
      <w:tr w:rsidR="006D7CF4" w:rsidRPr="00CE6355" w14:paraId="5DB5C638" w14:textId="77777777" w:rsidTr="00A0291F">
        <w:trPr>
          <w:jc w:val="center"/>
        </w:trPr>
        <w:tc>
          <w:tcPr>
            <w:tcW w:w="1425" w:type="dxa"/>
            <w:vAlign w:val="center"/>
          </w:tcPr>
          <w:p w14:paraId="53D76F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220</w:t>
            </w:r>
          </w:p>
        </w:tc>
        <w:tc>
          <w:tcPr>
            <w:tcW w:w="1425" w:type="dxa"/>
            <w:vAlign w:val="center"/>
          </w:tcPr>
          <w:p w14:paraId="0ADB02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F09B6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94.54</w:t>
            </w:r>
          </w:p>
        </w:tc>
        <w:tc>
          <w:tcPr>
            <w:tcW w:w="1425" w:type="dxa"/>
            <w:vAlign w:val="center"/>
          </w:tcPr>
          <w:p w14:paraId="02B29F6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0.574</w:t>
            </w:r>
          </w:p>
        </w:tc>
        <w:tc>
          <w:tcPr>
            <w:tcW w:w="1425" w:type="dxa"/>
            <w:vAlign w:val="center"/>
          </w:tcPr>
          <w:p w14:paraId="199A43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0.784</w:t>
            </w:r>
          </w:p>
        </w:tc>
        <w:tc>
          <w:tcPr>
            <w:tcW w:w="1425" w:type="dxa"/>
            <w:vAlign w:val="center"/>
          </w:tcPr>
          <w:p w14:paraId="4E15D2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363D03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41.34</w:t>
            </w:r>
          </w:p>
        </w:tc>
      </w:tr>
      <w:tr w:rsidR="006D7CF4" w:rsidRPr="00CE6355" w14:paraId="7381CD08" w14:textId="77777777" w:rsidTr="00A0291F">
        <w:trPr>
          <w:jc w:val="center"/>
        </w:trPr>
        <w:tc>
          <w:tcPr>
            <w:tcW w:w="1425" w:type="dxa"/>
            <w:vAlign w:val="center"/>
          </w:tcPr>
          <w:p w14:paraId="218233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221</w:t>
            </w:r>
          </w:p>
        </w:tc>
        <w:tc>
          <w:tcPr>
            <w:tcW w:w="1425" w:type="dxa"/>
            <w:vAlign w:val="center"/>
          </w:tcPr>
          <w:p w14:paraId="1AF40C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F93D2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90.93</w:t>
            </w:r>
          </w:p>
        </w:tc>
        <w:tc>
          <w:tcPr>
            <w:tcW w:w="1425" w:type="dxa"/>
            <w:vAlign w:val="center"/>
          </w:tcPr>
          <w:p w14:paraId="04FF43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0.476</w:t>
            </w:r>
          </w:p>
        </w:tc>
        <w:tc>
          <w:tcPr>
            <w:tcW w:w="1425" w:type="dxa"/>
            <w:vAlign w:val="center"/>
          </w:tcPr>
          <w:p w14:paraId="4FD05E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0.745</w:t>
            </w:r>
          </w:p>
        </w:tc>
        <w:tc>
          <w:tcPr>
            <w:tcW w:w="1425" w:type="dxa"/>
            <w:vAlign w:val="center"/>
          </w:tcPr>
          <w:p w14:paraId="07CFF1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425" w:type="dxa"/>
            <w:vAlign w:val="center"/>
          </w:tcPr>
          <w:p w14:paraId="4F7917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42.21</w:t>
            </w:r>
          </w:p>
        </w:tc>
      </w:tr>
      <w:tr w:rsidR="006D7CF4" w:rsidRPr="00CE6355" w14:paraId="384A338B" w14:textId="77777777" w:rsidTr="00A0291F">
        <w:trPr>
          <w:jc w:val="center"/>
        </w:trPr>
        <w:tc>
          <w:tcPr>
            <w:tcW w:w="1425" w:type="dxa"/>
            <w:vAlign w:val="center"/>
          </w:tcPr>
          <w:p w14:paraId="55A396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222</w:t>
            </w:r>
          </w:p>
        </w:tc>
        <w:tc>
          <w:tcPr>
            <w:tcW w:w="1425" w:type="dxa"/>
            <w:vAlign w:val="center"/>
          </w:tcPr>
          <w:p w14:paraId="7FE3E4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64BD95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95.52</w:t>
            </w:r>
          </w:p>
        </w:tc>
        <w:tc>
          <w:tcPr>
            <w:tcW w:w="1425" w:type="dxa"/>
            <w:vAlign w:val="center"/>
          </w:tcPr>
          <w:p w14:paraId="581F88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0.461</w:t>
            </w:r>
          </w:p>
        </w:tc>
        <w:tc>
          <w:tcPr>
            <w:tcW w:w="1425" w:type="dxa"/>
            <w:vAlign w:val="center"/>
          </w:tcPr>
          <w:p w14:paraId="4CD227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</w:t>
            </w:r>
          </w:p>
        </w:tc>
        <w:tc>
          <w:tcPr>
            <w:tcW w:w="1425" w:type="dxa"/>
            <w:vAlign w:val="center"/>
          </w:tcPr>
          <w:p w14:paraId="3549FE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0.037</w:t>
            </w:r>
          </w:p>
        </w:tc>
        <w:tc>
          <w:tcPr>
            <w:tcW w:w="1425" w:type="dxa"/>
            <w:vAlign w:val="center"/>
          </w:tcPr>
          <w:p w14:paraId="72BC2E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42.21</w:t>
            </w:r>
          </w:p>
        </w:tc>
      </w:tr>
      <w:tr w:rsidR="006D7CF4" w:rsidRPr="00CE6355" w14:paraId="42CDE675" w14:textId="77777777" w:rsidTr="00A0291F">
        <w:trPr>
          <w:jc w:val="center"/>
        </w:trPr>
        <w:tc>
          <w:tcPr>
            <w:tcW w:w="1425" w:type="dxa"/>
            <w:vAlign w:val="center"/>
          </w:tcPr>
          <w:p w14:paraId="11A82C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223</w:t>
            </w:r>
          </w:p>
        </w:tc>
        <w:tc>
          <w:tcPr>
            <w:tcW w:w="1425" w:type="dxa"/>
            <w:vAlign w:val="center"/>
          </w:tcPr>
          <w:p w14:paraId="7BAE85F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155A0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93.05</w:t>
            </w:r>
          </w:p>
        </w:tc>
        <w:tc>
          <w:tcPr>
            <w:tcW w:w="1425" w:type="dxa"/>
            <w:vAlign w:val="center"/>
          </w:tcPr>
          <w:p w14:paraId="7D0C9D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0.438</w:t>
            </w:r>
          </w:p>
        </w:tc>
        <w:tc>
          <w:tcPr>
            <w:tcW w:w="1425" w:type="dxa"/>
            <w:vAlign w:val="center"/>
          </w:tcPr>
          <w:p w14:paraId="67F802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0.705</w:t>
            </w:r>
          </w:p>
        </w:tc>
        <w:tc>
          <w:tcPr>
            <w:tcW w:w="1425" w:type="dxa"/>
            <w:vAlign w:val="center"/>
          </w:tcPr>
          <w:p w14:paraId="30755F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21CCA47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41.55</w:t>
            </w:r>
          </w:p>
        </w:tc>
      </w:tr>
      <w:tr w:rsidR="006D7CF4" w:rsidRPr="00CE6355" w14:paraId="217CE789" w14:textId="77777777" w:rsidTr="00A0291F">
        <w:trPr>
          <w:jc w:val="center"/>
        </w:trPr>
        <w:tc>
          <w:tcPr>
            <w:tcW w:w="1425" w:type="dxa"/>
            <w:vAlign w:val="center"/>
          </w:tcPr>
          <w:p w14:paraId="700EFB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224</w:t>
            </w:r>
          </w:p>
        </w:tc>
        <w:tc>
          <w:tcPr>
            <w:tcW w:w="1425" w:type="dxa"/>
            <w:vAlign w:val="center"/>
          </w:tcPr>
          <w:p w14:paraId="09C23F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BFD60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95.61</w:t>
            </w:r>
          </w:p>
        </w:tc>
        <w:tc>
          <w:tcPr>
            <w:tcW w:w="1425" w:type="dxa"/>
            <w:vAlign w:val="center"/>
          </w:tcPr>
          <w:p w14:paraId="42685A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0.375</w:t>
            </w:r>
          </w:p>
        </w:tc>
        <w:tc>
          <w:tcPr>
            <w:tcW w:w="1425" w:type="dxa"/>
            <w:vAlign w:val="center"/>
          </w:tcPr>
          <w:p w14:paraId="3858A6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0.797</w:t>
            </w:r>
          </w:p>
        </w:tc>
        <w:tc>
          <w:tcPr>
            <w:tcW w:w="1425" w:type="dxa"/>
            <w:vAlign w:val="center"/>
          </w:tcPr>
          <w:p w14:paraId="3BECC6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05802E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42.31</w:t>
            </w:r>
          </w:p>
        </w:tc>
      </w:tr>
      <w:tr w:rsidR="006D7CF4" w:rsidRPr="00CE6355" w14:paraId="59512DE4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CB49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225</w:t>
            </w:r>
          </w:p>
        </w:tc>
        <w:tc>
          <w:tcPr>
            <w:tcW w:w="1425" w:type="dxa"/>
            <w:vAlign w:val="center"/>
          </w:tcPr>
          <w:p w14:paraId="44BCD4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B33049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96.99</w:t>
            </w:r>
          </w:p>
        </w:tc>
        <w:tc>
          <w:tcPr>
            <w:tcW w:w="1425" w:type="dxa"/>
            <w:vAlign w:val="center"/>
          </w:tcPr>
          <w:p w14:paraId="0F4490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0.298</w:t>
            </w:r>
          </w:p>
        </w:tc>
        <w:tc>
          <w:tcPr>
            <w:tcW w:w="1425" w:type="dxa"/>
            <w:vAlign w:val="center"/>
          </w:tcPr>
          <w:p w14:paraId="54783C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</w:t>
            </w:r>
          </w:p>
        </w:tc>
        <w:tc>
          <w:tcPr>
            <w:tcW w:w="1425" w:type="dxa"/>
            <w:vAlign w:val="center"/>
          </w:tcPr>
          <w:p w14:paraId="23AFE5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2E143C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41.44</w:t>
            </w:r>
          </w:p>
        </w:tc>
      </w:tr>
      <w:tr w:rsidR="006D7CF4" w:rsidRPr="00CE6355" w14:paraId="2E03A3F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A5A7C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226</w:t>
            </w:r>
          </w:p>
        </w:tc>
        <w:tc>
          <w:tcPr>
            <w:tcW w:w="1425" w:type="dxa"/>
            <w:vAlign w:val="center"/>
          </w:tcPr>
          <w:p w14:paraId="1C5D06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7BD1A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91.64</w:t>
            </w:r>
          </w:p>
        </w:tc>
        <w:tc>
          <w:tcPr>
            <w:tcW w:w="1425" w:type="dxa"/>
            <w:vAlign w:val="center"/>
          </w:tcPr>
          <w:p w14:paraId="6CAF7A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0.497</w:t>
            </w:r>
          </w:p>
        </w:tc>
        <w:tc>
          <w:tcPr>
            <w:tcW w:w="1425" w:type="dxa"/>
            <w:vAlign w:val="center"/>
          </w:tcPr>
          <w:p w14:paraId="2301D2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0.784</w:t>
            </w:r>
          </w:p>
        </w:tc>
        <w:tc>
          <w:tcPr>
            <w:tcW w:w="1425" w:type="dxa"/>
            <w:vAlign w:val="center"/>
          </w:tcPr>
          <w:p w14:paraId="1802E2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41AD3C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42.99</w:t>
            </w:r>
          </w:p>
        </w:tc>
      </w:tr>
      <w:tr w:rsidR="006D7CF4" w:rsidRPr="00CE6355" w14:paraId="7000C219" w14:textId="77777777" w:rsidTr="00A0291F">
        <w:trPr>
          <w:jc w:val="center"/>
        </w:trPr>
        <w:tc>
          <w:tcPr>
            <w:tcW w:w="1425" w:type="dxa"/>
            <w:vAlign w:val="center"/>
          </w:tcPr>
          <w:p w14:paraId="5CB582A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227</w:t>
            </w:r>
          </w:p>
        </w:tc>
        <w:tc>
          <w:tcPr>
            <w:tcW w:w="1425" w:type="dxa"/>
            <w:vAlign w:val="center"/>
          </w:tcPr>
          <w:p w14:paraId="3A6352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F6124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96.51</w:t>
            </w:r>
          </w:p>
        </w:tc>
        <w:tc>
          <w:tcPr>
            <w:tcW w:w="1425" w:type="dxa"/>
            <w:vAlign w:val="center"/>
          </w:tcPr>
          <w:p w14:paraId="1CBDB7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0.312</w:t>
            </w:r>
          </w:p>
        </w:tc>
        <w:tc>
          <w:tcPr>
            <w:tcW w:w="1425" w:type="dxa"/>
            <w:vAlign w:val="center"/>
          </w:tcPr>
          <w:p w14:paraId="353BDC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0.728</w:t>
            </w:r>
          </w:p>
        </w:tc>
        <w:tc>
          <w:tcPr>
            <w:tcW w:w="1425" w:type="dxa"/>
            <w:vAlign w:val="center"/>
          </w:tcPr>
          <w:p w14:paraId="54855D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0.047</w:t>
            </w:r>
          </w:p>
        </w:tc>
        <w:tc>
          <w:tcPr>
            <w:tcW w:w="1425" w:type="dxa"/>
            <w:vAlign w:val="center"/>
          </w:tcPr>
          <w:p w14:paraId="1B5A3D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42.9</w:t>
            </w:r>
          </w:p>
        </w:tc>
      </w:tr>
      <w:tr w:rsidR="006D7CF4" w:rsidRPr="00CE6355" w14:paraId="1D0B7E50" w14:textId="77777777" w:rsidTr="00A0291F">
        <w:trPr>
          <w:jc w:val="center"/>
        </w:trPr>
        <w:tc>
          <w:tcPr>
            <w:tcW w:w="1425" w:type="dxa"/>
            <w:vAlign w:val="center"/>
          </w:tcPr>
          <w:p w14:paraId="68232B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228</w:t>
            </w:r>
          </w:p>
        </w:tc>
        <w:tc>
          <w:tcPr>
            <w:tcW w:w="1425" w:type="dxa"/>
            <w:vAlign w:val="center"/>
          </w:tcPr>
          <w:p w14:paraId="2856EE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2A0261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94.65</w:t>
            </w:r>
          </w:p>
        </w:tc>
        <w:tc>
          <w:tcPr>
            <w:tcW w:w="1425" w:type="dxa"/>
            <w:vAlign w:val="center"/>
          </w:tcPr>
          <w:p w14:paraId="386D4D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0.254</w:t>
            </w:r>
          </w:p>
        </w:tc>
        <w:tc>
          <w:tcPr>
            <w:tcW w:w="1425" w:type="dxa"/>
            <w:vAlign w:val="center"/>
          </w:tcPr>
          <w:p w14:paraId="544BDB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0.831</w:t>
            </w:r>
          </w:p>
        </w:tc>
        <w:tc>
          <w:tcPr>
            <w:tcW w:w="1425" w:type="dxa"/>
            <w:vAlign w:val="center"/>
          </w:tcPr>
          <w:p w14:paraId="7D26D1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553994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41.92</w:t>
            </w:r>
          </w:p>
        </w:tc>
      </w:tr>
      <w:tr w:rsidR="006D7CF4" w:rsidRPr="00CE6355" w14:paraId="3580B4C3" w14:textId="77777777" w:rsidTr="00A0291F">
        <w:trPr>
          <w:jc w:val="center"/>
        </w:trPr>
        <w:tc>
          <w:tcPr>
            <w:tcW w:w="1425" w:type="dxa"/>
            <w:vAlign w:val="center"/>
          </w:tcPr>
          <w:p w14:paraId="5CF975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229</w:t>
            </w:r>
          </w:p>
        </w:tc>
        <w:tc>
          <w:tcPr>
            <w:tcW w:w="1425" w:type="dxa"/>
            <w:vAlign w:val="center"/>
          </w:tcPr>
          <w:p w14:paraId="691480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527F79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94.19</w:t>
            </w:r>
          </w:p>
        </w:tc>
        <w:tc>
          <w:tcPr>
            <w:tcW w:w="1425" w:type="dxa"/>
            <w:vAlign w:val="center"/>
          </w:tcPr>
          <w:p w14:paraId="7F5508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0.376</w:t>
            </w:r>
          </w:p>
        </w:tc>
        <w:tc>
          <w:tcPr>
            <w:tcW w:w="1425" w:type="dxa"/>
            <w:vAlign w:val="center"/>
          </w:tcPr>
          <w:p w14:paraId="7C414E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0.768</w:t>
            </w:r>
          </w:p>
        </w:tc>
        <w:tc>
          <w:tcPr>
            <w:tcW w:w="1425" w:type="dxa"/>
            <w:vAlign w:val="center"/>
          </w:tcPr>
          <w:p w14:paraId="705D99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51D6B8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44.38</w:t>
            </w:r>
          </w:p>
        </w:tc>
      </w:tr>
      <w:tr w:rsidR="006D7CF4" w:rsidRPr="00CE6355" w14:paraId="58A4A4E7" w14:textId="77777777" w:rsidTr="00A0291F">
        <w:trPr>
          <w:jc w:val="center"/>
        </w:trPr>
        <w:tc>
          <w:tcPr>
            <w:tcW w:w="1425" w:type="dxa"/>
            <w:vAlign w:val="center"/>
          </w:tcPr>
          <w:p w14:paraId="25A368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230</w:t>
            </w:r>
          </w:p>
        </w:tc>
        <w:tc>
          <w:tcPr>
            <w:tcW w:w="1425" w:type="dxa"/>
            <w:vAlign w:val="center"/>
          </w:tcPr>
          <w:p w14:paraId="08F8FA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52BAAB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95.69</w:t>
            </w:r>
          </w:p>
        </w:tc>
        <w:tc>
          <w:tcPr>
            <w:tcW w:w="1425" w:type="dxa"/>
            <w:vAlign w:val="center"/>
          </w:tcPr>
          <w:p w14:paraId="5E5A87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0.599</w:t>
            </w:r>
          </w:p>
        </w:tc>
        <w:tc>
          <w:tcPr>
            <w:tcW w:w="1425" w:type="dxa"/>
            <w:vAlign w:val="center"/>
          </w:tcPr>
          <w:p w14:paraId="520C91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0.808</w:t>
            </w:r>
          </w:p>
        </w:tc>
        <w:tc>
          <w:tcPr>
            <w:tcW w:w="1425" w:type="dxa"/>
            <w:vAlign w:val="center"/>
          </w:tcPr>
          <w:p w14:paraId="473642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0.035</w:t>
            </w:r>
          </w:p>
        </w:tc>
        <w:tc>
          <w:tcPr>
            <w:tcW w:w="1425" w:type="dxa"/>
            <w:vAlign w:val="center"/>
          </w:tcPr>
          <w:p w14:paraId="079E22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41.11</w:t>
            </w:r>
          </w:p>
        </w:tc>
      </w:tr>
      <w:tr w:rsidR="006D7CF4" w:rsidRPr="00CE6355" w14:paraId="7A7A3960" w14:textId="77777777" w:rsidTr="00A0291F">
        <w:trPr>
          <w:jc w:val="center"/>
        </w:trPr>
        <w:tc>
          <w:tcPr>
            <w:tcW w:w="1425" w:type="dxa"/>
            <w:vAlign w:val="center"/>
          </w:tcPr>
          <w:p w14:paraId="3F5727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231</w:t>
            </w:r>
          </w:p>
        </w:tc>
        <w:tc>
          <w:tcPr>
            <w:tcW w:w="1425" w:type="dxa"/>
            <w:vAlign w:val="center"/>
          </w:tcPr>
          <w:p w14:paraId="0D89D3B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B8AD0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93.25</w:t>
            </w:r>
          </w:p>
        </w:tc>
        <w:tc>
          <w:tcPr>
            <w:tcW w:w="1425" w:type="dxa"/>
            <w:vAlign w:val="center"/>
          </w:tcPr>
          <w:p w14:paraId="175D00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0.412</w:t>
            </w:r>
          </w:p>
        </w:tc>
        <w:tc>
          <w:tcPr>
            <w:tcW w:w="1425" w:type="dxa"/>
            <w:vAlign w:val="center"/>
          </w:tcPr>
          <w:p w14:paraId="65F4B6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0.798</w:t>
            </w:r>
          </w:p>
        </w:tc>
        <w:tc>
          <w:tcPr>
            <w:tcW w:w="1425" w:type="dxa"/>
            <w:vAlign w:val="center"/>
          </w:tcPr>
          <w:p w14:paraId="780D1A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29B0B0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42.62</w:t>
            </w:r>
          </w:p>
        </w:tc>
      </w:tr>
      <w:tr w:rsidR="006D7CF4" w:rsidRPr="00CE6355" w14:paraId="6DB03B01" w14:textId="77777777" w:rsidTr="00A0291F">
        <w:trPr>
          <w:jc w:val="center"/>
        </w:trPr>
        <w:tc>
          <w:tcPr>
            <w:tcW w:w="1425" w:type="dxa"/>
            <w:vAlign w:val="center"/>
          </w:tcPr>
          <w:p w14:paraId="3DF800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232</w:t>
            </w:r>
          </w:p>
        </w:tc>
        <w:tc>
          <w:tcPr>
            <w:tcW w:w="1425" w:type="dxa"/>
            <w:vAlign w:val="center"/>
          </w:tcPr>
          <w:p w14:paraId="6E3711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51ADED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95.15</w:t>
            </w:r>
          </w:p>
        </w:tc>
        <w:tc>
          <w:tcPr>
            <w:tcW w:w="1425" w:type="dxa"/>
            <w:vAlign w:val="center"/>
          </w:tcPr>
          <w:p w14:paraId="186AA4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0.282</w:t>
            </w:r>
          </w:p>
        </w:tc>
        <w:tc>
          <w:tcPr>
            <w:tcW w:w="1425" w:type="dxa"/>
            <w:vAlign w:val="center"/>
          </w:tcPr>
          <w:p w14:paraId="4E2CC1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0.677</w:t>
            </w:r>
          </w:p>
        </w:tc>
        <w:tc>
          <w:tcPr>
            <w:tcW w:w="1425" w:type="dxa"/>
            <w:vAlign w:val="center"/>
          </w:tcPr>
          <w:p w14:paraId="26096F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425" w:type="dxa"/>
            <w:vAlign w:val="center"/>
          </w:tcPr>
          <w:p w14:paraId="5311D1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41.8</w:t>
            </w:r>
          </w:p>
        </w:tc>
      </w:tr>
      <w:tr w:rsidR="006D7CF4" w:rsidRPr="00CE6355" w14:paraId="4EC8F610" w14:textId="77777777" w:rsidTr="00A0291F">
        <w:trPr>
          <w:jc w:val="center"/>
        </w:trPr>
        <w:tc>
          <w:tcPr>
            <w:tcW w:w="1425" w:type="dxa"/>
            <w:vAlign w:val="center"/>
          </w:tcPr>
          <w:p w14:paraId="1CD48C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233</w:t>
            </w:r>
          </w:p>
        </w:tc>
        <w:tc>
          <w:tcPr>
            <w:tcW w:w="1425" w:type="dxa"/>
            <w:vAlign w:val="center"/>
          </w:tcPr>
          <w:p w14:paraId="211EDD2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816BB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94.12</w:t>
            </w:r>
          </w:p>
        </w:tc>
        <w:tc>
          <w:tcPr>
            <w:tcW w:w="1425" w:type="dxa"/>
            <w:vAlign w:val="center"/>
          </w:tcPr>
          <w:p w14:paraId="5B2B5A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0.409</w:t>
            </w:r>
          </w:p>
        </w:tc>
        <w:tc>
          <w:tcPr>
            <w:tcW w:w="1425" w:type="dxa"/>
            <w:vAlign w:val="center"/>
          </w:tcPr>
          <w:p w14:paraId="294295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0.757</w:t>
            </w:r>
          </w:p>
        </w:tc>
        <w:tc>
          <w:tcPr>
            <w:tcW w:w="1425" w:type="dxa"/>
            <w:vAlign w:val="center"/>
          </w:tcPr>
          <w:p w14:paraId="7A7AF7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5A6E26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44.27</w:t>
            </w:r>
          </w:p>
        </w:tc>
      </w:tr>
      <w:tr w:rsidR="006D7CF4" w:rsidRPr="00CE6355" w14:paraId="1547F0CE" w14:textId="77777777" w:rsidTr="00A0291F">
        <w:trPr>
          <w:jc w:val="center"/>
        </w:trPr>
        <w:tc>
          <w:tcPr>
            <w:tcW w:w="1425" w:type="dxa"/>
            <w:vAlign w:val="center"/>
          </w:tcPr>
          <w:p w14:paraId="0E94A8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234</w:t>
            </w:r>
          </w:p>
        </w:tc>
        <w:tc>
          <w:tcPr>
            <w:tcW w:w="1425" w:type="dxa"/>
            <w:vAlign w:val="center"/>
          </w:tcPr>
          <w:p w14:paraId="78176E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5F06D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95.12</w:t>
            </w:r>
          </w:p>
        </w:tc>
        <w:tc>
          <w:tcPr>
            <w:tcW w:w="1425" w:type="dxa"/>
            <w:vAlign w:val="center"/>
          </w:tcPr>
          <w:p w14:paraId="63B5D5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0.523</w:t>
            </w:r>
          </w:p>
        </w:tc>
        <w:tc>
          <w:tcPr>
            <w:tcW w:w="1425" w:type="dxa"/>
            <w:vAlign w:val="center"/>
          </w:tcPr>
          <w:p w14:paraId="51D2E0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0.74</w:t>
            </w:r>
          </w:p>
        </w:tc>
        <w:tc>
          <w:tcPr>
            <w:tcW w:w="1425" w:type="dxa"/>
            <w:vAlign w:val="center"/>
          </w:tcPr>
          <w:p w14:paraId="21F2F7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011B74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40.13</w:t>
            </w:r>
          </w:p>
        </w:tc>
      </w:tr>
      <w:tr w:rsidR="006D7CF4" w:rsidRPr="00CE6355" w14:paraId="07EBDE80" w14:textId="77777777" w:rsidTr="00A0291F">
        <w:trPr>
          <w:jc w:val="center"/>
        </w:trPr>
        <w:tc>
          <w:tcPr>
            <w:tcW w:w="1425" w:type="dxa"/>
            <w:vAlign w:val="center"/>
          </w:tcPr>
          <w:p w14:paraId="03EDC6B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235</w:t>
            </w:r>
          </w:p>
        </w:tc>
        <w:tc>
          <w:tcPr>
            <w:tcW w:w="1425" w:type="dxa"/>
            <w:vAlign w:val="center"/>
          </w:tcPr>
          <w:p w14:paraId="53EDEC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699AD1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95.72</w:t>
            </w:r>
          </w:p>
        </w:tc>
        <w:tc>
          <w:tcPr>
            <w:tcW w:w="1425" w:type="dxa"/>
            <w:vAlign w:val="center"/>
          </w:tcPr>
          <w:p w14:paraId="735F814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0.444</w:t>
            </w:r>
          </w:p>
        </w:tc>
        <w:tc>
          <w:tcPr>
            <w:tcW w:w="1425" w:type="dxa"/>
            <w:vAlign w:val="center"/>
          </w:tcPr>
          <w:p w14:paraId="31F06B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0.777</w:t>
            </w:r>
          </w:p>
        </w:tc>
        <w:tc>
          <w:tcPr>
            <w:tcW w:w="1425" w:type="dxa"/>
            <w:vAlign w:val="center"/>
          </w:tcPr>
          <w:p w14:paraId="6F6AF2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74F221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43.86</w:t>
            </w:r>
          </w:p>
        </w:tc>
      </w:tr>
      <w:tr w:rsidR="006D7CF4" w:rsidRPr="00CE6355" w14:paraId="1EE6EF93" w14:textId="77777777" w:rsidTr="00A0291F">
        <w:trPr>
          <w:jc w:val="center"/>
        </w:trPr>
        <w:tc>
          <w:tcPr>
            <w:tcW w:w="1425" w:type="dxa"/>
            <w:vAlign w:val="center"/>
          </w:tcPr>
          <w:p w14:paraId="7EC38D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236</w:t>
            </w:r>
          </w:p>
        </w:tc>
        <w:tc>
          <w:tcPr>
            <w:tcW w:w="1425" w:type="dxa"/>
            <w:vAlign w:val="center"/>
          </w:tcPr>
          <w:p w14:paraId="2F07CA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58F802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95.61</w:t>
            </w:r>
          </w:p>
        </w:tc>
        <w:tc>
          <w:tcPr>
            <w:tcW w:w="1425" w:type="dxa"/>
            <w:vAlign w:val="center"/>
          </w:tcPr>
          <w:p w14:paraId="3D9341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0.26</w:t>
            </w:r>
          </w:p>
        </w:tc>
        <w:tc>
          <w:tcPr>
            <w:tcW w:w="1425" w:type="dxa"/>
            <w:vAlign w:val="center"/>
          </w:tcPr>
          <w:p w14:paraId="5531F0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0.787</w:t>
            </w:r>
          </w:p>
        </w:tc>
        <w:tc>
          <w:tcPr>
            <w:tcW w:w="1425" w:type="dxa"/>
            <w:vAlign w:val="center"/>
          </w:tcPr>
          <w:p w14:paraId="77EAD5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070D28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41.81</w:t>
            </w:r>
          </w:p>
        </w:tc>
      </w:tr>
      <w:tr w:rsidR="006D7CF4" w:rsidRPr="00CE6355" w14:paraId="1F2D691A" w14:textId="77777777" w:rsidTr="00A0291F">
        <w:trPr>
          <w:jc w:val="center"/>
        </w:trPr>
        <w:tc>
          <w:tcPr>
            <w:tcW w:w="1425" w:type="dxa"/>
            <w:vAlign w:val="center"/>
          </w:tcPr>
          <w:p w14:paraId="1C81A3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237</w:t>
            </w:r>
          </w:p>
        </w:tc>
        <w:tc>
          <w:tcPr>
            <w:tcW w:w="1425" w:type="dxa"/>
            <w:vAlign w:val="center"/>
          </w:tcPr>
          <w:p w14:paraId="345A3D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5021E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95.35</w:t>
            </w:r>
          </w:p>
        </w:tc>
        <w:tc>
          <w:tcPr>
            <w:tcW w:w="1425" w:type="dxa"/>
            <w:vAlign w:val="center"/>
          </w:tcPr>
          <w:p w14:paraId="3D5C72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0.355</w:t>
            </w:r>
          </w:p>
        </w:tc>
        <w:tc>
          <w:tcPr>
            <w:tcW w:w="1425" w:type="dxa"/>
            <w:vAlign w:val="center"/>
          </w:tcPr>
          <w:p w14:paraId="1E9CBF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0.764</w:t>
            </w:r>
          </w:p>
        </w:tc>
        <w:tc>
          <w:tcPr>
            <w:tcW w:w="1425" w:type="dxa"/>
            <w:vAlign w:val="center"/>
          </w:tcPr>
          <w:p w14:paraId="7E7780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49961E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42.88</w:t>
            </w:r>
          </w:p>
        </w:tc>
      </w:tr>
      <w:tr w:rsidR="006D7CF4" w:rsidRPr="00CE6355" w14:paraId="208E8A4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C25DF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238</w:t>
            </w:r>
          </w:p>
        </w:tc>
        <w:tc>
          <w:tcPr>
            <w:tcW w:w="1425" w:type="dxa"/>
            <w:vAlign w:val="center"/>
          </w:tcPr>
          <w:p w14:paraId="44043E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1CE73D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94.34</w:t>
            </w:r>
          </w:p>
        </w:tc>
        <w:tc>
          <w:tcPr>
            <w:tcW w:w="1425" w:type="dxa"/>
            <w:vAlign w:val="center"/>
          </w:tcPr>
          <w:p w14:paraId="183F9C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0.405</w:t>
            </w:r>
          </w:p>
        </w:tc>
        <w:tc>
          <w:tcPr>
            <w:tcW w:w="1425" w:type="dxa"/>
            <w:vAlign w:val="center"/>
          </w:tcPr>
          <w:p w14:paraId="5B69BB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0.846</w:t>
            </w:r>
          </w:p>
        </w:tc>
        <w:tc>
          <w:tcPr>
            <w:tcW w:w="1425" w:type="dxa"/>
            <w:vAlign w:val="center"/>
          </w:tcPr>
          <w:p w14:paraId="0258D7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0.042</w:t>
            </w:r>
          </w:p>
        </w:tc>
        <w:tc>
          <w:tcPr>
            <w:tcW w:w="1425" w:type="dxa"/>
            <w:vAlign w:val="center"/>
          </w:tcPr>
          <w:p w14:paraId="254343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42.1</w:t>
            </w:r>
          </w:p>
        </w:tc>
      </w:tr>
      <w:tr w:rsidR="006D7CF4" w:rsidRPr="00CE6355" w14:paraId="3790C80C" w14:textId="77777777" w:rsidTr="00A0291F">
        <w:trPr>
          <w:jc w:val="center"/>
        </w:trPr>
        <w:tc>
          <w:tcPr>
            <w:tcW w:w="1425" w:type="dxa"/>
            <w:vAlign w:val="center"/>
          </w:tcPr>
          <w:p w14:paraId="175C1B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239</w:t>
            </w:r>
          </w:p>
        </w:tc>
        <w:tc>
          <w:tcPr>
            <w:tcW w:w="1425" w:type="dxa"/>
            <w:vAlign w:val="center"/>
          </w:tcPr>
          <w:p w14:paraId="438626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C80BE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94.36</w:t>
            </w:r>
          </w:p>
        </w:tc>
        <w:tc>
          <w:tcPr>
            <w:tcW w:w="1425" w:type="dxa"/>
            <w:vAlign w:val="center"/>
          </w:tcPr>
          <w:p w14:paraId="422BE7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0.314</w:t>
            </w:r>
          </w:p>
        </w:tc>
        <w:tc>
          <w:tcPr>
            <w:tcW w:w="1425" w:type="dxa"/>
            <w:vAlign w:val="center"/>
          </w:tcPr>
          <w:p w14:paraId="296568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0.847</w:t>
            </w:r>
          </w:p>
        </w:tc>
        <w:tc>
          <w:tcPr>
            <w:tcW w:w="1425" w:type="dxa"/>
            <w:vAlign w:val="center"/>
          </w:tcPr>
          <w:p w14:paraId="326E28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0.034</w:t>
            </w:r>
          </w:p>
        </w:tc>
        <w:tc>
          <w:tcPr>
            <w:tcW w:w="1425" w:type="dxa"/>
            <w:vAlign w:val="center"/>
          </w:tcPr>
          <w:p w14:paraId="47237D7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42.14</w:t>
            </w:r>
          </w:p>
        </w:tc>
      </w:tr>
      <w:tr w:rsidR="006D7CF4" w:rsidRPr="00CE6355" w14:paraId="11DA3B73" w14:textId="77777777" w:rsidTr="00A0291F">
        <w:trPr>
          <w:jc w:val="center"/>
        </w:trPr>
        <w:tc>
          <w:tcPr>
            <w:tcW w:w="1425" w:type="dxa"/>
            <w:vAlign w:val="center"/>
          </w:tcPr>
          <w:p w14:paraId="485746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240</w:t>
            </w:r>
          </w:p>
        </w:tc>
        <w:tc>
          <w:tcPr>
            <w:tcW w:w="1425" w:type="dxa"/>
            <w:vAlign w:val="center"/>
          </w:tcPr>
          <w:p w14:paraId="5731F9C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3482B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93.14</w:t>
            </w:r>
          </w:p>
        </w:tc>
        <w:tc>
          <w:tcPr>
            <w:tcW w:w="1425" w:type="dxa"/>
            <w:vAlign w:val="center"/>
          </w:tcPr>
          <w:p w14:paraId="72B5B5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0.559</w:t>
            </w:r>
          </w:p>
        </w:tc>
        <w:tc>
          <w:tcPr>
            <w:tcW w:w="1425" w:type="dxa"/>
            <w:vAlign w:val="center"/>
          </w:tcPr>
          <w:p w14:paraId="3FF955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0.809</w:t>
            </w:r>
          </w:p>
        </w:tc>
        <w:tc>
          <w:tcPr>
            <w:tcW w:w="1425" w:type="dxa"/>
            <w:vAlign w:val="center"/>
          </w:tcPr>
          <w:p w14:paraId="5B555D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74E50A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43.03</w:t>
            </w:r>
          </w:p>
        </w:tc>
      </w:tr>
      <w:tr w:rsidR="006D7CF4" w:rsidRPr="00CE6355" w14:paraId="63727DE4" w14:textId="77777777" w:rsidTr="00A0291F">
        <w:trPr>
          <w:jc w:val="center"/>
        </w:trPr>
        <w:tc>
          <w:tcPr>
            <w:tcW w:w="1425" w:type="dxa"/>
            <w:vAlign w:val="center"/>
          </w:tcPr>
          <w:p w14:paraId="7C275A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241</w:t>
            </w:r>
          </w:p>
        </w:tc>
        <w:tc>
          <w:tcPr>
            <w:tcW w:w="1425" w:type="dxa"/>
            <w:vAlign w:val="center"/>
          </w:tcPr>
          <w:p w14:paraId="0CBC7C4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5F834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95.15</w:t>
            </w:r>
          </w:p>
        </w:tc>
        <w:tc>
          <w:tcPr>
            <w:tcW w:w="1425" w:type="dxa"/>
            <w:vAlign w:val="center"/>
          </w:tcPr>
          <w:p w14:paraId="0E0EEF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</w:t>
            </w:r>
          </w:p>
        </w:tc>
        <w:tc>
          <w:tcPr>
            <w:tcW w:w="1425" w:type="dxa"/>
            <w:vAlign w:val="center"/>
          </w:tcPr>
          <w:p w14:paraId="6E16FA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0.739</w:t>
            </w:r>
          </w:p>
        </w:tc>
        <w:tc>
          <w:tcPr>
            <w:tcW w:w="1425" w:type="dxa"/>
            <w:vAlign w:val="center"/>
          </w:tcPr>
          <w:p w14:paraId="02A1D6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0.038</w:t>
            </w:r>
          </w:p>
        </w:tc>
        <w:tc>
          <w:tcPr>
            <w:tcW w:w="1425" w:type="dxa"/>
            <w:vAlign w:val="center"/>
          </w:tcPr>
          <w:p w14:paraId="15A484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41.19</w:t>
            </w:r>
          </w:p>
        </w:tc>
      </w:tr>
      <w:tr w:rsidR="006D7CF4" w:rsidRPr="00CE6355" w14:paraId="70303E5C" w14:textId="77777777" w:rsidTr="00A0291F">
        <w:trPr>
          <w:jc w:val="center"/>
        </w:trPr>
        <w:tc>
          <w:tcPr>
            <w:tcW w:w="1425" w:type="dxa"/>
            <w:vAlign w:val="center"/>
          </w:tcPr>
          <w:p w14:paraId="3A5481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242</w:t>
            </w:r>
          </w:p>
        </w:tc>
        <w:tc>
          <w:tcPr>
            <w:tcW w:w="1425" w:type="dxa"/>
            <w:vAlign w:val="center"/>
          </w:tcPr>
          <w:p w14:paraId="56EE49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E74DC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98.43</w:t>
            </w:r>
          </w:p>
        </w:tc>
        <w:tc>
          <w:tcPr>
            <w:tcW w:w="1425" w:type="dxa"/>
            <w:vAlign w:val="center"/>
          </w:tcPr>
          <w:p w14:paraId="343FBCD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0.404</w:t>
            </w:r>
          </w:p>
        </w:tc>
        <w:tc>
          <w:tcPr>
            <w:tcW w:w="1425" w:type="dxa"/>
            <w:vAlign w:val="center"/>
          </w:tcPr>
          <w:p w14:paraId="0C3D37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0.758</w:t>
            </w:r>
          </w:p>
        </w:tc>
        <w:tc>
          <w:tcPr>
            <w:tcW w:w="1425" w:type="dxa"/>
            <w:vAlign w:val="center"/>
          </w:tcPr>
          <w:p w14:paraId="238B46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312B96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44.85</w:t>
            </w:r>
          </w:p>
        </w:tc>
      </w:tr>
      <w:tr w:rsidR="006D7CF4" w:rsidRPr="00CE6355" w14:paraId="05DB1FDE" w14:textId="77777777" w:rsidTr="00A0291F">
        <w:trPr>
          <w:jc w:val="center"/>
        </w:trPr>
        <w:tc>
          <w:tcPr>
            <w:tcW w:w="1425" w:type="dxa"/>
            <w:vAlign w:val="center"/>
          </w:tcPr>
          <w:p w14:paraId="05D54E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243</w:t>
            </w:r>
          </w:p>
        </w:tc>
        <w:tc>
          <w:tcPr>
            <w:tcW w:w="1425" w:type="dxa"/>
            <w:vAlign w:val="center"/>
          </w:tcPr>
          <w:p w14:paraId="6325E1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F3F55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97.1</w:t>
            </w:r>
          </w:p>
        </w:tc>
        <w:tc>
          <w:tcPr>
            <w:tcW w:w="1425" w:type="dxa"/>
            <w:vAlign w:val="center"/>
          </w:tcPr>
          <w:p w14:paraId="7BC2D5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0.387</w:t>
            </w:r>
          </w:p>
        </w:tc>
        <w:tc>
          <w:tcPr>
            <w:tcW w:w="1425" w:type="dxa"/>
            <w:vAlign w:val="center"/>
          </w:tcPr>
          <w:p w14:paraId="7C93B44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0.774</w:t>
            </w:r>
          </w:p>
        </w:tc>
        <w:tc>
          <w:tcPr>
            <w:tcW w:w="1425" w:type="dxa"/>
            <w:vAlign w:val="center"/>
          </w:tcPr>
          <w:p w14:paraId="497934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49EF8C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41.66</w:t>
            </w:r>
          </w:p>
        </w:tc>
      </w:tr>
      <w:tr w:rsidR="006D7CF4" w:rsidRPr="00CE6355" w14:paraId="7852FDD6" w14:textId="77777777" w:rsidTr="00A0291F">
        <w:trPr>
          <w:jc w:val="center"/>
        </w:trPr>
        <w:tc>
          <w:tcPr>
            <w:tcW w:w="1425" w:type="dxa"/>
            <w:vAlign w:val="center"/>
          </w:tcPr>
          <w:p w14:paraId="426233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244</w:t>
            </w:r>
          </w:p>
        </w:tc>
        <w:tc>
          <w:tcPr>
            <w:tcW w:w="1425" w:type="dxa"/>
            <w:vAlign w:val="center"/>
          </w:tcPr>
          <w:p w14:paraId="4C6958F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00870F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90.93</w:t>
            </w:r>
          </w:p>
        </w:tc>
        <w:tc>
          <w:tcPr>
            <w:tcW w:w="1425" w:type="dxa"/>
            <w:vAlign w:val="center"/>
          </w:tcPr>
          <w:p w14:paraId="5872AF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0.599</w:t>
            </w:r>
          </w:p>
        </w:tc>
        <w:tc>
          <w:tcPr>
            <w:tcW w:w="1425" w:type="dxa"/>
            <w:vAlign w:val="center"/>
          </w:tcPr>
          <w:p w14:paraId="42BE01A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0.774</w:t>
            </w:r>
          </w:p>
        </w:tc>
        <w:tc>
          <w:tcPr>
            <w:tcW w:w="1425" w:type="dxa"/>
            <w:vAlign w:val="center"/>
          </w:tcPr>
          <w:p w14:paraId="0E52A0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0.044</w:t>
            </w:r>
          </w:p>
        </w:tc>
        <w:tc>
          <w:tcPr>
            <w:tcW w:w="1425" w:type="dxa"/>
            <w:vAlign w:val="center"/>
          </w:tcPr>
          <w:p w14:paraId="12DB0B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40.75</w:t>
            </w:r>
          </w:p>
        </w:tc>
      </w:tr>
      <w:tr w:rsidR="006D7CF4" w:rsidRPr="00CE6355" w14:paraId="08798983" w14:textId="77777777" w:rsidTr="00A0291F">
        <w:trPr>
          <w:jc w:val="center"/>
        </w:trPr>
        <w:tc>
          <w:tcPr>
            <w:tcW w:w="1425" w:type="dxa"/>
            <w:vAlign w:val="center"/>
          </w:tcPr>
          <w:p w14:paraId="22E0EA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245</w:t>
            </w:r>
          </w:p>
        </w:tc>
        <w:tc>
          <w:tcPr>
            <w:tcW w:w="1425" w:type="dxa"/>
            <w:vAlign w:val="center"/>
          </w:tcPr>
          <w:p w14:paraId="298CA4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38894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93.58</w:t>
            </w:r>
          </w:p>
        </w:tc>
        <w:tc>
          <w:tcPr>
            <w:tcW w:w="1425" w:type="dxa"/>
            <w:vAlign w:val="center"/>
          </w:tcPr>
          <w:p w14:paraId="79C0C9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0.365</w:t>
            </w:r>
          </w:p>
        </w:tc>
        <w:tc>
          <w:tcPr>
            <w:tcW w:w="1425" w:type="dxa"/>
            <w:vAlign w:val="center"/>
          </w:tcPr>
          <w:p w14:paraId="73F740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0.816</w:t>
            </w:r>
          </w:p>
        </w:tc>
        <w:tc>
          <w:tcPr>
            <w:tcW w:w="1425" w:type="dxa"/>
            <w:vAlign w:val="center"/>
          </w:tcPr>
          <w:p w14:paraId="6F63EB7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0.033</w:t>
            </w:r>
          </w:p>
        </w:tc>
        <w:tc>
          <w:tcPr>
            <w:tcW w:w="1425" w:type="dxa"/>
            <w:vAlign w:val="center"/>
          </w:tcPr>
          <w:p w14:paraId="674CCD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44.17</w:t>
            </w:r>
          </w:p>
        </w:tc>
      </w:tr>
      <w:tr w:rsidR="006D7CF4" w:rsidRPr="00CE6355" w14:paraId="2B58E069" w14:textId="77777777" w:rsidTr="00A0291F">
        <w:trPr>
          <w:jc w:val="center"/>
        </w:trPr>
        <w:tc>
          <w:tcPr>
            <w:tcW w:w="1425" w:type="dxa"/>
            <w:vAlign w:val="center"/>
          </w:tcPr>
          <w:p w14:paraId="399D08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246</w:t>
            </w:r>
          </w:p>
        </w:tc>
        <w:tc>
          <w:tcPr>
            <w:tcW w:w="1425" w:type="dxa"/>
            <w:vAlign w:val="center"/>
          </w:tcPr>
          <w:p w14:paraId="586B8D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311ED8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94.11</w:t>
            </w:r>
          </w:p>
        </w:tc>
        <w:tc>
          <w:tcPr>
            <w:tcW w:w="1425" w:type="dxa"/>
            <w:vAlign w:val="center"/>
          </w:tcPr>
          <w:p w14:paraId="075B47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0.313</w:t>
            </w:r>
          </w:p>
        </w:tc>
        <w:tc>
          <w:tcPr>
            <w:tcW w:w="1425" w:type="dxa"/>
            <w:vAlign w:val="center"/>
          </w:tcPr>
          <w:p w14:paraId="53D2C6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0.778</w:t>
            </w:r>
          </w:p>
        </w:tc>
        <w:tc>
          <w:tcPr>
            <w:tcW w:w="1425" w:type="dxa"/>
            <w:vAlign w:val="center"/>
          </w:tcPr>
          <w:p w14:paraId="5805B9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6E9D80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41.82</w:t>
            </w:r>
          </w:p>
        </w:tc>
      </w:tr>
      <w:tr w:rsidR="006D7CF4" w:rsidRPr="00CE6355" w14:paraId="50223B46" w14:textId="77777777" w:rsidTr="00A0291F">
        <w:trPr>
          <w:jc w:val="center"/>
        </w:trPr>
        <w:tc>
          <w:tcPr>
            <w:tcW w:w="1425" w:type="dxa"/>
            <w:vAlign w:val="center"/>
          </w:tcPr>
          <w:p w14:paraId="0BA5F1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247</w:t>
            </w:r>
          </w:p>
        </w:tc>
        <w:tc>
          <w:tcPr>
            <w:tcW w:w="1425" w:type="dxa"/>
            <w:vAlign w:val="center"/>
          </w:tcPr>
          <w:p w14:paraId="782E1D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C40EA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94.4</w:t>
            </w:r>
          </w:p>
        </w:tc>
        <w:tc>
          <w:tcPr>
            <w:tcW w:w="1425" w:type="dxa"/>
            <w:vAlign w:val="center"/>
          </w:tcPr>
          <w:p w14:paraId="01691D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0.309</w:t>
            </w:r>
          </w:p>
        </w:tc>
        <w:tc>
          <w:tcPr>
            <w:tcW w:w="1425" w:type="dxa"/>
            <w:vAlign w:val="center"/>
          </w:tcPr>
          <w:p w14:paraId="389AEB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0.806</w:t>
            </w:r>
          </w:p>
        </w:tc>
        <w:tc>
          <w:tcPr>
            <w:tcW w:w="1425" w:type="dxa"/>
            <w:vAlign w:val="center"/>
          </w:tcPr>
          <w:p w14:paraId="2A3C7A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6D4020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41.79</w:t>
            </w:r>
          </w:p>
        </w:tc>
      </w:tr>
      <w:tr w:rsidR="006D7CF4" w:rsidRPr="00CE6355" w14:paraId="764EA5E9" w14:textId="77777777" w:rsidTr="00A0291F">
        <w:trPr>
          <w:jc w:val="center"/>
        </w:trPr>
        <w:tc>
          <w:tcPr>
            <w:tcW w:w="1425" w:type="dxa"/>
            <w:vAlign w:val="center"/>
          </w:tcPr>
          <w:p w14:paraId="4C48C85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248</w:t>
            </w:r>
          </w:p>
        </w:tc>
        <w:tc>
          <w:tcPr>
            <w:tcW w:w="1425" w:type="dxa"/>
            <w:vAlign w:val="center"/>
          </w:tcPr>
          <w:p w14:paraId="1F3B93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4B87BE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95.24</w:t>
            </w:r>
          </w:p>
        </w:tc>
        <w:tc>
          <w:tcPr>
            <w:tcW w:w="1425" w:type="dxa"/>
            <w:vAlign w:val="center"/>
          </w:tcPr>
          <w:p w14:paraId="31B6C8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0.584</w:t>
            </w:r>
          </w:p>
        </w:tc>
        <w:tc>
          <w:tcPr>
            <w:tcW w:w="1425" w:type="dxa"/>
            <w:vAlign w:val="center"/>
          </w:tcPr>
          <w:p w14:paraId="4C3B7E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0.701</w:t>
            </w:r>
          </w:p>
        </w:tc>
        <w:tc>
          <w:tcPr>
            <w:tcW w:w="1425" w:type="dxa"/>
            <w:vAlign w:val="center"/>
          </w:tcPr>
          <w:p w14:paraId="216B804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3424794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40.75</w:t>
            </w:r>
          </w:p>
        </w:tc>
      </w:tr>
      <w:tr w:rsidR="006D7CF4" w:rsidRPr="00CE6355" w14:paraId="690C8D5B" w14:textId="77777777" w:rsidTr="00A0291F">
        <w:trPr>
          <w:jc w:val="center"/>
        </w:trPr>
        <w:tc>
          <w:tcPr>
            <w:tcW w:w="1425" w:type="dxa"/>
            <w:vAlign w:val="center"/>
          </w:tcPr>
          <w:p w14:paraId="423FD02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249</w:t>
            </w:r>
          </w:p>
        </w:tc>
        <w:tc>
          <w:tcPr>
            <w:tcW w:w="1425" w:type="dxa"/>
            <w:vAlign w:val="center"/>
          </w:tcPr>
          <w:p w14:paraId="252179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1048B8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92.67</w:t>
            </w:r>
          </w:p>
        </w:tc>
        <w:tc>
          <w:tcPr>
            <w:tcW w:w="1425" w:type="dxa"/>
            <w:vAlign w:val="center"/>
          </w:tcPr>
          <w:p w14:paraId="50CE99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</w:t>
            </w:r>
          </w:p>
        </w:tc>
        <w:tc>
          <w:tcPr>
            <w:tcW w:w="1425" w:type="dxa"/>
            <w:vAlign w:val="center"/>
          </w:tcPr>
          <w:p w14:paraId="20D42C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0.782</w:t>
            </w:r>
          </w:p>
        </w:tc>
        <w:tc>
          <w:tcPr>
            <w:tcW w:w="1425" w:type="dxa"/>
            <w:vAlign w:val="center"/>
          </w:tcPr>
          <w:p w14:paraId="06BBEA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722DFB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42.64</w:t>
            </w:r>
          </w:p>
        </w:tc>
      </w:tr>
      <w:tr w:rsidR="006D7CF4" w:rsidRPr="00CE6355" w14:paraId="1DFDBEC3" w14:textId="77777777" w:rsidTr="00A0291F">
        <w:trPr>
          <w:jc w:val="center"/>
        </w:trPr>
        <w:tc>
          <w:tcPr>
            <w:tcW w:w="1425" w:type="dxa"/>
            <w:vAlign w:val="center"/>
          </w:tcPr>
          <w:p w14:paraId="2197C4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250</w:t>
            </w:r>
          </w:p>
        </w:tc>
        <w:tc>
          <w:tcPr>
            <w:tcW w:w="1425" w:type="dxa"/>
            <w:vAlign w:val="center"/>
          </w:tcPr>
          <w:p w14:paraId="5657B1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25" w:type="dxa"/>
            <w:vAlign w:val="center"/>
          </w:tcPr>
          <w:p w14:paraId="7D336B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91.13</w:t>
            </w:r>
          </w:p>
        </w:tc>
        <w:tc>
          <w:tcPr>
            <w:tcW w:w="1425" w:type="dxa"/>
            <w:vAlign w:val="center"/>
          </w:tcPr>
          <w:p w14:paraId="38A640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0.268</w:t>
            </w:r>
          </w:p>
        </w:tc>
        <w:tc>
          <w:tcPr>
            <w:tcW w:w="1425" w:type="dxa"/>
            <w:vAlign w:val="center"/>
          </w:tcPr>
          <w:p w14:paraId="5D028F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0.826</w:t>
            </w:r>
          </w:p>
        </w:tc>
        <w:tc>
          <w:tcPr>
            <w:tcW w:w="1425" w:type="dxa"/>
            <w:vAlign w:val="center"/>
          </w:tcPr>
          <w:p w14:paraId="463CB6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22331D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43.03</w:t>
            </w:r>
          </w:p>
        </w:tc>
      </w:tr>
    </w:tbl>
    <w:p w14:paraId="2A8C0D97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59F23006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  <w:bCs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S1F. </w:t>
      </w:r>
      <w:r w:rsidRPr="00CE6355">
        <w:rPr>
          <w:rFonts w:asciiTheme="majorBidi" w:eastAsia="Times New Roman" w:hAnsiTheme="majorBidi" w:cstheme="majorBidi"/>
          <w:bCs/>
        </w:rPr>
        <w:t>Complete modelling observations for Ash Gourd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38157B47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3B292B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357D48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2265F4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3C53E7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79F5BA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2FBED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75C23F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2325F23B" w14:textId="77777777" w:rsidTr="00A0291F">
        <w:trPr>
          <w:jc w:val="center"/>
        </w:trPr>
        <w:tc>
          <w:tcPr>
            <w:tcW w:w="1425" w:type="dxa"/>
            <w:vAlign w:val="center"/>
          </w:tcPr>
          <w:p w14:paraId="2B271F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251</w:t>
            </w:r>
          </w:p>
        </w:tc>
        <w:tc>
          <w:tcPr>
            <w:tcW w:w="1425" w:type="dxa"/>
            <w:vAlign w:val="center"/>
          </w:tcPr>
          <w:p w14:paraId="16EE2B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9FF65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94.33</w:t>
            </w:r>
          </w:p>
        </w:tc>
        <w:tc>
          <w:tcPr>
            <w:tcW w:w="1425" w:type="dxa"/>
            <w:vAlign w:val="center"/>
          </w:tcPr>
          <w:p w14:paraId="65DE87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0.359</w:t>
            </w:r>
          </w:p>
        </w:tc>
        <w:tc>
          <w:tcPr>
            <w:tcW w:w="1425" w:type="dxa"/>
            <w:vAlign w:val="center"/>
          </w:tcPr>
          <w:p w14:paraId="24F0DC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0.654</w:t>
            </w:r>
          </w:p>
        </w:tc>
        <w:tc>
          <w:tcPr>
            <w:tcW w:w="1425" w:type="dxa"/>
            <w:vAlign w:val="center"/>
          </w:tcPr>
          <w:p w14:paraId="47353F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425" w:type="dxa"/>
            <w:vAlign w:val="center"/>
          </w:tcPr>
          <w:p w14:paraId="60CFE8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15.72</w:t>
            </w:r>
          </w:p>
        </w:tc>
      </w:tr>
      <w:tr w:rsidR="006D7CF4" w:rsidRPr="00CE6355" w14:paraId="27B3E80E" w14:textId="77777777" w:rsidTr="00A0291F">
        <w:trPr>
          <w:jc w:val="center"/>
        </w:trPr>
        <w:tc>
          <w:tcPr>
            <w:tcW w:w="1425" w:type="dxa"/>
            <w:vAlign w:val="center"/>
          </w:tcPr>
          <w:p w14:paraId="01CA89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252</w:t>
            </w:r>
          </w:p>
        </w:tc>
        <w:tc>
          <w:tcPr>
            <w:tcW w:w="1425" w:type="dxa"/>
            <w:vAlign w:val="center"/>
          </w:tcPr>
          <w:p w14:paraId="5218BC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19F52E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98.61</w:t>
            </w:r>
          </w:p>
        </w:tc>
        <w:tc>
          <w:tcPr>
            <w:tcW w:w="1425" w:type="dxa"/>
            <w:vAlign w:val="center"/>
          </w:tcPr>
          <w:p w14:paraId="6DFA5B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0.393</w:t>
            </w:r>
          </w:p>
        </w:tc>
        <w:tc>
          <w:tcPr>
            <w:tcW w:w="1425" w:type="dxa"/>
            <w:vAlign w:val="center"/>
          </w:tcPr>
          <w:p w14:paraId="38A587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0.631</w:t>
            </w:r>
          </w:p>
        </w:tc>
        <w:tc>
          <w:tcPr>
            <w:tcW w:w="1425" w:type="dxa"/>
            <w:vAlign w:val="center"/>
          </w:tcPr>
          <w:p w14:paraId="414D77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53DEDC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14.32</w:t>
            </w:r>
          </w:p>
        </w:tc>
      </w:tr>
      <w:tr w:rsidR="006D7CF4" w:rsidRPr="00CE6355" w14:paraId="15EF23A3" w14:textId="77777777" w:rsidTr="00A0291F">
        <w:trPr>
          <w:jc w:val="center"/>
        </w:trPr>
        <w:tc>
          <w:tcPr>
            <w:tcW w:w="1425" w:type="dxa"/>
            <w:vAlign w:val="center"/>
          </w:tcPr>
          <w:p w14:paraId="3BDA170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253</w:t>
            </w:r>
          </w:p>
        </w:tc>
        <w:tc>
          <w:tcPr>
            <w:tcW w:w="1425" w:type="dxa"/>
            <w:vAlign w:val="center"/>
          </w:tcPr>
          <w:p w14:paraId="38B285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33C0A8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95.19</w:t>
            </w:r>
          </w:p>
        </w:tc>
        <w:tc>
          <w:tcPr>
            <w:tcW w:w="1425" w:type="dxa"/>
            <w:vAlign w:val="center"/>
          </w:tcPr>
          <w:p w14:paraId="010679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0.318</w:t>
            </w:r>
          </w:p>
        </w:tc>
        <w:tc>
          <w:tcPr>
            <w:tcW w:w="1425" w:type="dxa"/>
            <w:vAlign w:val="center"/>
          </w:tcPr>
          <w:p w14:paraId="7060CB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0.574</w:t>
            </w:r>
          </w:p>
        </w:tc>
        <w:tc>
          <w:tcPr>
            <w:tcW w:w="1425" w:type="dxa"/>
            <w:vAlign w:val="center"/>
          </w:tcPr>
          <w:p w14:paraId="4C695E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0150DB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15.17</w:t>
            </w:r>
          </w:p>
        </w:tc>
      </w:tr>
      <w:tr w:rsidR="006D7CF4" w:rsidRPr="00CE6355" w14:paraId="6E1A950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236EF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254</w:t>
            </w:r>
          </w:p>
        </w:tc>
        <w:tc>
          <w:tcPr>
            <w:tcW w:w="1425" w:type="dxa"/>
            <w:vAlign w:val="center"/>
          </w:tcPr>
          <w:p w14:paraId="6089D5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22D485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95.56</w:t>
            </w:r>
          </w:p>
        </w:tc>
        <w:tc>
          <w:tcPr>
            <w:tcW w:w="1425" w:type="dxa"/>
            <w:vAlign w:val="center"/>
          </w:tcPr>
          <w:p w14:paraId="4E1038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0.235</w:t>
            </w:r>
          </w:p>
        </w:tc>
        <w:tc>
          <w:tcPr>
            <w:tcW w:w="1425" w:type="dxa"/>
            <w:vAlign w:val="center"/>
          </w:tcPr>
          <w:p w14:paraId="5F4FFCD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</w:t>
            </w:r>
          </w:p>
        </w:tc>
        <w:tc>
          <w:tcPr>
            <w:tcW w:w="1425" w:type="dxa"/>
            <w:vAlign w:val="center"/>
          </w:tcPr>
          <w:p w14:paraId="1AA48E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35F75F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15.15</w:t>
            </w:r>
          </w:p>
        </w:tc>
      </w:tr>
      <w:tr w:rsidR="006D7CF4" w:rsidRPr="00CE6355" w14:paraId="3C173DF5" w14:textId="77777777" w:rsidTr="00A0291F">
        <w:trPr>
          <w:jc w:val="center"/>
        </w:trPr>
        <w:tc>
          <w:tcPr>
            <w:tcW w:w="1425" w:type="dxa"/>
            <w:vAlign w:val="center"/>
          </w:tcPr>
          <w:p w14:paraId="0CD3BC0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255</w:t>
            </w:r>
          </w:p>
        </w:tc>
        <w:tc>
          <w:tcPr>
            <w:tcW w:w="1425" w:type="dxa"/>
            <w:vAlign w:val="center"/>
          </w:tcPr>
          <w:p w14:paraId="31E04E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052E74B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94.6</w:t>
            </w:r>
          </w:p>
        </w:tc>
        <w:tc>
          <w:tcPr>
            <w:tcW w:w="1425" w:type="dxa"/>
            <w:vAlign w:val="center"/>
          </w:tcPr>
          <w:p w14:paraId="623F2E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0.293</w:t>
            </w:r>
          </w:p>
        </w:tc>
        <w:tc>
          <w:tcPr>
            <w:tcW w:w="1425" w:type="dxa"/>
            <w:vAlign w:val="center"/>
          </w:tcPr>
          <w:p w14:paraId="2CE4BEB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0.637</w:t>
            </w:r>
          </w:p>
        </w:tc>
        <w:tc>
          <w:tcPr>
            <w:tcW w:w="1425" w:type="dxa"/>
            <w:vAlign w:val="center"/>
          </w:tcPr>
          <w:p w14:paraId="5E74AE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3D4C88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14.31</w:t>
            </w:r>
          </w:p>
        </w:tc>
      </w:tr>
      <w:tr w:rsidR="006D7CF4" w:rsidRPr="00CE6355" w14:paraId="4AFBE387" w14:textId="77777777" w:rsidTr="00A0291F">
        <w:trPr>
          <w:jc w:val="center"/>
        </w:trPr>
        <w:tc>
          <w:tcPr>
            <w:tcW w:w="1425" w:type="dxa"/>
            <w:vAlign w:val="center"/>
          </w:tcPr>
          <w:p w14:paraId="62B0BD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256</w:t>
            </w:r>
          </w:p>
        </w:tc>
        <w:tc>
          <w:tcPr>
            <w:tcW w:w="1425" w:type="dxa"/>
            <w:vAlign w:val="center"/>
          </w:tcPr>
          <w:p w14:paraId="315D7F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6AE060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93.95</w:t>
            </w:r>
          </w:p>
        </w:tc>
        <w:tc>
          <w:tcPr>
            <w:tcW w:w="1425" w:type="dxa"/>
            <w:vAlign w:val="center"/>
          </w:tcPr>
          <w:p w14:paraId="3CDC56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0.376</w:t>
            </w:r>
          </w:p>
        </w:tc>
        <w:tc>
          <w:tcPr>
            <w:tcW w:w="1425" w:type="dxa"/>
            <w:vAlign w:val="center"/>
          </w:tcPr>
          <w:p w14:paraId="6BE97A7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0.674</w:t>
            </w:r>
          </w:p>
        </w:tc>
        <w:tc>
          <w:tcPr>
            <w:tcW w:w="1425" w:type="dxa"/>
            <w:vAlign w:val="center"/>
          </w:tcPr>
          <w:p w14:paraId="770BCA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1A625FA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15.1</w:t>
            </w:r>
          </w:p>
        </w:tc>
      </w:tr>
      <w:tr w:rsidR="006D7CF4" w:rsidRPr="00CE6355" w14:paraId="551FDA7D" w14:textId="77777777" w:rsidTr="00A0291F">
        <w:trPr>
          <w:jc w:val="center"/>
        </w:trPr>
        <w:tc>
          <w:tcPr>
            <w:tcW w:w="1425" w:type="dxa"/>
            <w:vAlign w:val="center"/>
          </w:tcPr>
          <w:p w14:paraId="3C54A0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257</w:t>
            </w:r>
          </w:p>
        </w:tc>
        <w:tc>
          <w:tcPr>
            <w:tcW w:w="1425" w:type="dxa"/>
            <w:vAlign w:val="center"/>
          </w:tcPr>
          <w:p w14:paraId="15A92A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15D7A2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94.61</w:t>
            </w:r>
          </w:p>
        </w:tc>
        <w:tc>
          <w:tcPr>
            <w:tcW w:w="1425" w:type="dxa"/>
            <w:vAlign w:val="center"/>
          </w:tcPr>
          <w:p w14:paraId="0C8DEF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0.298</w:t>
            </w:r>
          </w:p>
        </w:tc>
        <w:tc>
          <w:tcPr>
            <w:tcW w:w="1425" w:type="dxa"/>
            <w:vAlign w:val="center"/>
          </w:tcPr>
          <w:p w14:paraId="3C2D28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0.617</w:t>
            </w:r>
          </w:p>
        </w:tc>
        <w:tc>
          <w:tcPr>
            <w:tcW w:w="1425" w:type="dxa"/>
            <w:vAlign w:val="center"/>
          </w:tcPr>
          <w:p w14:paraId="2B6A58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29C3BC6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15.47</w:t>
            </w:r>
          </w:p>
        </w:tc>
      </w:tr>
      <w:tr w:rsidR="006D7CF4" w:rsidRPr="00CE6355" w14:paraId="6E16C020" w14:textId="77777777" w:rsidTr="00A0291F">
        <w:trPr>
          <w:jc w:val="center"/>
        </w:trPr>
        <w:tc>
          <w:tcPr>
            <w:tcW w:w="1425" w:type="dxa"/>
            <w:vAlign w:val="center"/>
          </w:tcPr>
          <w:p w14:paraId="420DDF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258</w:t>
            </w:r>
          </w:p>
        </w:tc>
        <w:tc>
          <w:tcPr>
            <w:tcW w:w="1425" w:type="dxa"/>
            <w:vAlign w:val="center"/>
          </w:tcPr>
          <w:p w14:paraId="2936AA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313E31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98.73</w:t>
            </w:r>
          </w:p>
        </w:tc>
        <w:tc>
          <w:tcPr>
            <w:tcW w:w="1425" w:type="dxa"/>
            <w:vAlign w:val="center"/>
          </w:tcPr>
          <w:p w14:paraId="39F410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0.222</w:t>
            </w:r>
          </w:p>
        </w:tc>
        <w:tc>
          <w:tcPr>
            <w:tcW w:w="1425" w:type="dxa"/>
            <w:vAlign w:val="center"/>
          </w:tcPr>
          <w:p w14:paraId="632B18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0.679</w:t>
            </w:r>
          </w:p>
        </w:tc>
        <w:tc>
          <w:tcPr>
            <w:tcW w:w="1425" w:type="dxa"/>
            <w:vAlign w:val="center"/>
          </w:tcPr>
          <w:p w14:paraId="075DCA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342AEE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15.04</w:t>
            </w:r>
          </w:p>
        </w:tc>
      </w:tr>
      <w:tr w:rsidR="006D7CF4" w:rsidRPr="00CE6355" w14:paraId="75B82FDD" w14:textId="77777777" w:rsidTr="00A0291F">
        <w:trPr>
          <w:jc w:val="center"/>
        </w:trPr>
        <w:tc>
          <w:tcPr>
            <w:tcW w:w="1425" w:type="dxa"/>
            <w:vAlign w:val="center"/>
          </w:tcPr>
          <w:p w14:paraId="79D56D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259</w:t>
            </w:r>
          </w:p>
        </w:tc>
        <w:tc>
          <w:tcPr>
            <w:tcW w:w="1425" w:type="dxa"/>
            <w:vAlign w:val="center"/>
          </w:tcPr>
          <w:p w14:paraId="0BCA6A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6F6D6C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98.17</w:t>
            </w:r>
          </w:p>
        </w:tc>
        <w:tc>
          <w:tcPr>
            <w:tcW w:w="1425" w:type="dxa"/>
            <w:vAlign w:val="center"/>
          </w:tcPr>
          <w:p w14:paraId="53F627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0.274</w:t>
            </w:r>
          </w:p>
        </w:tc>
        <w:tc>
          <w:tcPr>
            <w:tcW w:w="1425" w:type="dxa"/>
            <w:vAlign w:val="center"/>
          </w:tcPr>
          <w:p w14:paraId="2554B7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0.604</w:t>
            </w:r>
          </w:p>
        </w:tc>
        <w:tc>
          <w:tcPr>
            <w:tcW w:w="1425" w:type="dxa"/>
            <w:vAlign w:val="center"/>
          </w:tcPr>
          <w:p w14:paraId="3E08F2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784121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15.15</w:t>
            </w:r>
          </w:p>
        </w:tc>
      </w:tr>
      <w:tr w:rsidR="006D7CF4" w:rsidRPr="00CE6355" w14:paraId="594DEAE5" w14:textId="77777777" w:rsidTr="00A0291F">
        <w:trPr>
          <w:jc w:val="center"/>
        </w:trPr>
        <w:tc>
          <w:tcPr>
            <w:tcW w:w="1425" w:type="dxa"/>
            <w:vAlign w:val="center"/>
          </w:tcPr>
          <w:p w14:paraId="36113A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260</w:t>
            </w:r>
          </w:p>
        </w:tc>
        <w:tc>
          <w:tcPr>
            <w:tcW w:w="1425" w:type="dxa"/>
            <w:vAlign w:val="center"/>
          </w:tcPr>
          <w:p w14:paraId="4DF1CB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00B8C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92.68</w:t>
            </w:r>
          </w:p>
        </w:tc>
        <w:tc>
          <w:tcPr>
            <w:tcW w:w="1425" w:type="dxa"/>
            <w:vAlign w:val="center"/>
          </w:tcPr>
          <w:p w14:paraId="660E9C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0.351</w:t>
            </w:r>
          </w:p>
        </w:tc>
        <w:tc>
          <w:tcPr>
            <w:tcW w:w="1425" w:type="dxa"/>
            <w:vAlign w:val="center"/>
          </w:tcPr>
          <w:p w14:paraId="5994E7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0.635</w:t>
            </w:r>
          </w:p>
        </w:tc>
        <w:tc>
          <w:tcPr>
            <w:tcW w:w="1425" w:type="dxa"/>
            <w:vAlign w:val="center"/>
          </w:tcPr>
          <w:p w14:paraId="408BBA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425" w:type="dxa"/>
            <w:vAlign w:val="center"/>
          </w:tcPr>
          <w:p w14:paraId="4B74C2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14.51</w:t>
            </w:r>
          </w:p>
        </w:tc>
      </w:tr>
      <w:tr w:rsidR="006D7CF4" w:rsidRPr="00CE6355" w14:paraId="07CE8758" w14:textId="77777777" w:rsidTr="00A0291F">
        <w:trPr>
          <w:jc w:val="center"/>
        </w:trPr>
        <w:tc>
          <w:tcPr>
            <w:tcW w:w="1425" w:type="dxa"/>
            <w:vAlign w:val="center"/>
          </w:tcPr>
          <w:p w14:paraId="1D3929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261</w:t>
            </w:r>
          </w:p>
        </w:tc>
        <w:tc>
          <w:tcPr>
            <w:tcW w:w="1425" w:type="dxa"/>
            <w:vAlign w:val="center"/>
          </w:tcPr>
          <w:p w14:paraId="34FA43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00025F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96.24</w:t>
            </w:r>
          </w:p>
        </w:tc>
        <w:tc>
          <w:tcPr>
            <w:tcW w:w="1425" w:type="dxa"/>
            <w:vAlign w:val="center"/>
          </w:tcPr>
          <w:p w14:paraId="760EA3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</w:t>
            </w:r>
          </w:p>
        </w:tc>
        <w:tc>
          <w:tcPr>
            <w:tcW w:w="1425" w:type="dxa"/>
            <w:vAlign w:val="center"/>
          </w:tcPr>
          <w:p w14:paraId="2A98BFE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0.699</w:t>
            </w:r>
          </w:p>
        </w:tc>
        <w:tc>
          <w:tcPr>
            <w:tcW w:w="1425" w:type="dxa"/>
            <w:vAlign w:val="center"/>
          </w:tcPr>
          <w:p w14:paraId="41064A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296E4E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14.18</w:t>
            </w:r>
          </w:p>
        </w:tc>
      </w:tr>
      <w:tr w:rsidR="006D7CF4" w:rsidRPr="00CE6355" w14:paraId="4F133CCE" w14:textId="77777777" w:rsidTr="00A0291F">
        <w:trPr>
          <w:jc w:val="center"/>
        </w:trPr>
        <w:tc>
          <w:tcPr>
            <w:tcW w:w="1425" w:type="dxa"/>
            <w:vAlign w:val="center"/>
          </w:tcPr>
          <w:p w14:paraId="192AEB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262</w:t>
            </w:r>
          </w:p>
        </w:tc>
        <w:tc>
          <w:tcPr>
            <w:tcW w:w="1425" w:type="dxa"/>
            <w:vAlign w:val="center"/>
          </w:tcPr>
          <w:p w14:paraId="1EA001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7B74A0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97.48</w:t>
            </w:r>
          </w:p>
        </w:tc>
        <w:tc>
          <w:tcPr>
            <w:tcW w:w="1425" w:type="dxa"/>
            <w:vAlign w:val="center"/>
          </w:tcPr>
          <w:p w14:paraId="443B5C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0.381</w:t>
            </w:r>
          </w:p>
        </w:tc>
        <w:tc>
          <w:tcPr>
            <w:tcW w:w="1425" w:type="dxa"/>
            <w:vAlign w:val="center"/>
          </w:tcPr>
          <w:p w14:paraId="3451B7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1425" w:type="dxa"/>
            <w:vAlign w:val="center"/>
          </w:tcPr>
          <w:p w14:paraId="3DEDA0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604195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15.22</w:t>
            </w:r>
          </w:p>
        </w:tc>
      </w:tr>
      <w:tr w:rsidR="006D7CF4" w:rsidRPr="00CE6355" w14:paraId="10E13024" w14:textId="77777777" w:rsidTr="00A0291F">
        <w:trPr>
          <w:jc w:val="center"/>
        </w:trPr>
        <w:tc>
          <w:tcPr>
            <w:tcW w:w="1425" w:type="dxa"/>
            <w:vAlign w:val="center"/>
          </w:tcPr>
          <w:p w14:paraId="30108AF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263</w:t>
            </w:r>
          </w:p>
        </w:tc>
        <w:tc>
          <w:tcPr>
            <w:tcW w:w="1425" w:type="dxa"/>
            <w:vAlign w:val="center"/>
          </w:tcPr>
          <w:p w14:paraId="05B027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1EE30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95.88</w:t>
            </w:r>
          </w:p>
        </w:tc>
        <w:tc>
          <w:tcPr>
            <w:tcW w:w="1425" w:type="dxa"/>
            <w:vAlign w:val="center"/>
          </w:tcPr>
          <w:p w14:paraId="39C84C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0.249</w:t>
            </w:r>
          </w:p>
        </w:tc>
        <w:tc>
          <w:tcPr>
            <w:tcW w:w="1425" w:type="dxa"/>
            <w:vAlign w:val="center"/>
          </w:tcPr>
          <w:p w14:paraId="5418E5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0.632</w:t>
            </w:r>
          </w:p>
        </w:tc>
        <w:tc>
          <w:tcPr>
            <w:tcW w:w="1425" w:type="dxa"/>
            <w:vAlign w:val="center"/>
          </w:tcPr>
          <w:p w14:paraId="5A39C9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75EC9A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14.38</w:t>
            </w:r>
          </w:p>
        </w:tc>
      </w:tr>
      <w:tr w:rsidR="006D7CF4" w:rsidRPr="00CE6355" w14:paraId="3F4D6A6E" w14:textId="77777777" w:rsidTr="00A0291F">
        <w:trPr>
          <w:jc w:val="center"/>
        </w:trPr>
        <w:tc>
          <w:tcPr>
            <w:tcW w:w="1425" w:type="dxa"/>
            <w:vAlign w:val="center"/>
          </w:tcPr>
          <w:p w14:paraId="2A0094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264</w:t>
            </w:r>
          </w:p>
        </w:tc>
        <w:tc>
          <w:tcPr>
            <w:tcW w:w="1425" w:type="dxa"/>
            <w:vAlign w:val="center"/>
          </w:tcPr>
          <w:p w14:paraId="7343ED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0FEB21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91.91</w:t>
            </w:r>
          </w:p>
        </w:tc>
        <w:tc>
          <w:tcPr>
            <w:tcW w:w="1425" w:type="dxa"/>
            <w:vAlign w:val="center"/>
          </w:tcPr>
          <w:p w14:paraId="4A69B6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0.374</w:t>
            </w:r>
          </w:p>
        </w:tc>
        <w:tc>
          <w:tcPr>
            <w:tcW w:w="1425" w:type="dxa"/>
            <w:vAlign w:val="center"/>
          </w:tcPr>
          <w:p w14:paraId="547B0A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0.568</w:t>
            </w:r>
          </w:p>
        </w:tc>
        <w:tc>
          <w:tcPr>
            <w:tcW w:w="1425" w:type="dxa"/>
            <w:vAlign w:val="center"/>
          </w:tcPr>
          <w:p w14:paraId="0F3DD7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528B266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14.49</w:t>
            </w:r>
          </w:p>
        </w:tc>
      </w:tr>
      <w:tr w:rsidR="006D7CF4" w:rsidRPr="00CE6355" w14:paraId="7FE47885" w14:textId="77777777" w:rsidTr="00A0291F">
        <w:trPr>
          <w:jc w:val="center"/>
        </w:trPr>
        <w:tc>
          <w:tcPr>
            <w:tcW w:w="1425" w:type="dxa"/>
            <w:vAlign w:val="center"/>
          </w:tcPr>
          <w:p w14:paraId="17F8C1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265</w:t>
            </w:r>
          </w:p>
        </w:tc>
        <w:tc>
          <w:tcPr>
            <w:tcW w:w="1425" w:type="dxa"/>
            <w:vAlign w:val="center"/>
          </w:tcPr>
          <w:p w14:paraId="3D14AC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D2400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94.88</w:t>
            </w:r>
          </w:p>
        </w:tc>
        <w:tc>
          <w:tcPr>
            <w:tcW w:w="1425" w:type="dxa"/>
            <w:vAlign w:val="center"/>
          </w:tcPr>
          <w:p w14:paraId="4945AD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0.347</w:t>
            </w:r>
          </w:p>
        </w:tc>
        <w:tc>
          <w:tcPr>
            <w:tcW w:w="1425" w:type="dxa"/>
            <w:vAlign w:val="center"/>
          </w:tcPr>
          <w:p w14:paraId="11110F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0.627</w:t>
            </w:r>
          </w:p>
        </w:tc>
        <w:tc>
          <w:tcPr>
            <w:tcW w:w="1425" w:type="dxa"/>
            <w:vAlign w:val="center"/>
          </w:tcPr>
          <w:p w14:paraId="5683192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7E683C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15.56</w:t>
            </w:r>
          </w:p>
        </w:tc>
      </w:tr>
      <w:tr w:rsidR="006D7CF4" w:rsidRPr="00CE6355" w14:paraId="74AA5D1E" w14:textId="77777777" w:rsidTr="00A0291F">
        <w:trPr>
          <w:jc w:val="center"/>
        </w:trPr>
        <w:tc>
          <w:tcPr>
            <w:tcW w:w="1425" w:type="dxa"/>
            <w:vAlign w:val="center"/>
          </w:tcPr>
          <w:p w14:paraId="7AF077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266</w:t>
            </w:r>
          </w:p>
        </w:tc>
        <w:tc>
          <w:tcPr>
            <w:tcW w:w="1425" w:type="dxa"/>
            <w:vAlign w:val="center"/>
          </w:tcPr>
          <w:p w14:paraId="762C47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1BC655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96.37</w:t>
            </w:r>
          </w:p>
        </w:tc>
        <w:tc>
          <w:tcPr>
            <w:tcW w:w="1425" w:type="dxa"/>
            <w:vAlign w:val="center"/>
          </w:tcPr>
          <w:p w14:paraId="22DA05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0.346</w:t>
            </w:r>
          </w:p>
        </w:tc>
        <w:tc>
          <w:tcPr>
            <w:tcW w:w="1425" w:type="dxa"/>
            <w:vAlign w:val="center"/>
          </w:tcPr>
          <w:p w14:paraId="2120AB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0.647</w:t>
            </w:r>
          </w:p>
        </w:tc>
        <w:tc>
          <w:tcPr>
            <w:tcW w:w="1425" w:type="dxa"/>
            <w:vAlign w:val="center"/>
          </w:tcPr>
          <w:p w14:paraId="7D53FC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19FC07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15.35</w:t>
            </w:r>
          </w:p>
        </w:tc>
      </w:tr>
      <w:tr w:rsidR="006D7CF4" w:rsidRPr="00CE6355" w14:paraId="56C7273A" w14:textId="77777777" w:rsidTr="00A0291F">
        <w:trPr>
          <w:jc w:val="center"/>
        </w:trPr>
        <w:tc>
          <w:tcPr>
            <w:tcW w:w="1425" w:type="dxa"/>
            <w:vAlign w:val="center"/>
          </w:tcPr>
          <w:p w14:paraId="46C349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267</w:t>
            </w:r>
          </w:p>
        </w:tc>
        <w:tc>
          <w:tcPr>
            <w:tcW w:w="1425" w:type="dxa"/>
            <w:vAlign w:val="center"/>
          </w:tcPr>
          <w:p w14:paraId="4CF3FC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7229E8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96.79</w:t>
            </w:r>
          </w:p>
        </w:tc>
        <w:tc>
          <w:tcPr>
            <w:tcW w:w="1425" w:type="dxa"/>
            <w:vAlign w:val="center"/>
          </w:tcPr>
          <w:p w14:paraId="1627FC8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0.251</w:t>
            </w:r>
          </w:p>
        </w:tc>
        <w:tc>
          <w:tcPr>
            <w:tcW w:w="1425" w:type="dxa"/>
            <w:vAlign w:val="center"/>
          </w:tcPr>
          <w:p w14:paraId="17109B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0.66</w:t>
            </w:r>
          </w:p>
        </w:tc>
        <w:tc>
          <w:tcPr>
            <w:tcW w:w="1425" w:type="dxa"/>
            <w:vAlign w:val="center"/>
          </w:tcPr>
          <w:p w14:paraId="73367E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0CA5FC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14.99</w:t>
            </w:r>
          </w:p>
        </w:tc>
      </w:tr>
      <w:tr w:rsidR="006D7CF4" w:rsidRPr="00CE6355" w14:paraId="7F57E157" w14:textId="77777777" w:rsidTr="00A0291F">
        <w:trPr>
          <w:jc w:val="center"/>
        </w:trPr>
        <w:tc>
          <w:tcPr>
            <w:tcW w:w="1425" w:type="dxa"/>
            <w:vAlign w:val="center"/>
          </w:tcPr>
          <w:p w14:paraId="3138CB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268</w:t>
            </w:r>
          </w:p>
        </w:tc>
        <w:tc>
          <w:tcPr>
            <w:tcW w:w="1425" w:type="dxa"/>
            <w:vAlign w:val="center"/>
          </w:tcPr>
          <w:p w14:paraId="6AEBF7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7989C3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96.13</w:t>
            </w:r>
          </w:p>
        </w:tc>
        <w:tc>
          <w:tcPr>
            <w:tcW w:w="1425" w:type="dxa"/>
            <w:vAlign w:val="center"/>
          </w:tcPr>
          <w:p w14:paraId="3530FC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0.463</w:t>
            </w:r>
          </w:p>
        </w:tc>
        <w:tc>
          <w:tcPr>
            <w:tcW w:w="1425" w:type="dxa"/>
            <w:vAlign w:val="center"/>
          </w:tcPr>
          <w:p w14:paraId="3346616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0.645</w:t>
            </w:r>
          </w:p>
        </w:tc>
        <w:tc>
          <w:tcPr>
            <w:tcW w:w="1425" w:type="dxa"/>
            <w:vAlign w:val="center"/>
          </w:tcPr>
          <w:p w14:paraId="2E1267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1313F2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14.45</w:t>
            </w:r>
          </w:p>
        </w:tc>
      </w:tr>
      <w:tr w:rsidR="006D7CF4" w:rsidRPr="00CE6355" w14:paraId="5BA4CDBF" w14:textId="77777777" w:rsidTr="00A0291F">
        <w:trPr>
          <w:jc w:val="center"/>
        </w:trPr>
        <w:tc>
          <w:tcPr>
            <w:tcW w:w="1425" w:type="dxa"/>
            <w:vAlign w:val="center"/>
          </w:tcPr>
          <w:p w14:paraId="696CD27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269</w:t>
            </w:r>
          </w:p>
        </w:tc>
        <w:tc>
          <w:tcPr>
            <w:tcW w:w="1425" w:type="dxa"/>
            <w:vAlign w:val="center"/>
          </w:tcPr>
          <w:p w14:paraId="0ED430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7D5FDF3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94.63</w:t>
            </w:r>
          </w:p>
        </w:tc>
        <w:tc>
          <w:tcPr>
            <w:tcW w:w="1425" w:type="dxa"/>
            <w:vAlign w:val="center"/>
          </w:tcPr>
          <w:p w14:paraId="62031F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0.467</w:t>
            </w:r>
          </w:p>
        </w:tc>
        <w:tc>
          <w:tcPr>
            <w:tcW w:w="1425" w:type="dxa"/>
            <w:vAlign w:val="center"/>
          </w:tcPr>
          <w:p w14:paraId="2CCF74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0.563</w:t>
            </w:r>
          </w:p>
        </w:tc>
        <w:tc>
          <w:tcPr>
            <w:tcW w:w="1425" w:type="dxa"/>
            <w:vAlign w:val="center"/>
          </w:tcPr>
          <w:p w14:paraId="2DB683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4DD7675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14.08</w:t>
            </w:r>
          </w:p>
        </w:tc>
      </w:tr>
      <w:tr w:rsidR="006D7CF4" w:rsidRPr="00CE6355" w14:paraId="76BB64A1" w14:textId="77777777" w:rsidTr="00A0291F">
        <w:trPr>
          <w:jc w:val="center"/>
        </w:trPr>
        <w:tc>
          <w:tcPr>
            <w:tcW w:w="1425" w:type="dxa"/>
            <w:vAlign w:val="center"/>
          </w:tcPr>
          <w:p w14:paraId="5C7601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270</w:t>
            </w:r>
          </w:p>
        </w:tc>
        <w:tc>
          <w:tcPr>
            <w:tcW w:w="1425" w:type="dxa"/>
            <w:vAlign w:val="center"/>
          </w:tcPr>
          <w:p w14:paraId="361F12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611A1C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93.52</w:t>
            </w:r>
          </w:p>
        </w:tc>
        <w:tc>
          <w:tcPr>
            <w:tcW w:w="1425" w:type="dxa"/>
            <w:vAlign w:val="center"/>
          </w:tcPr>
          <w:p w14:paraId="41BD8F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0.307</w:t>
            </w:r>
          </w:p>
        </w:tc>
        <w:tc>
          <w:tcPr>
            <w:tcW w:w="1425" w:type="dxa"/>
            <w:vAlign w:val="center"/>
          </w:tcPr>
          <w:p w14:paraId="203E56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0.733</w:t>
            </w:r>
          </w:p>
        </w:tc>
        <w:tc>
          <w:tcPr>
            <w:tcW w:w="1425" w:type="dxa"/>
            <w:vAlign w:val="center"/>
          </w:tcPr>
          <w:p w14:paraId="128C97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36A86F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15.71</w:t>
            </w:r>
          </w:p>
        </w:tc>
      </w:tr>
      <w:tr w:rsidR="006D7CF4" w:rsidRPr="00CE6355" w14:paraId="26F8BA45" w14:textId="77777777" w:rsidTr="00A0291F">
        <w:trPr>
          <w:jc w:val="center"/>
        </w:trPr>
        <w:tc>
          <w:tcPr>
            <w:tcW w:w="1425" w:type="dxa"/>
            <w:vAlign w:val="center"/>
          </w:tcPr>
          <w:p w14:paraId="0E105E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271</w:t>
            </w:r>
          </w:p>
        </w:tc>
        <w:tc>
          <w:tcPr>
            <w:tcW w:w="1425" w:type="dxa"/>
            <w:vAlign w:val="center"/>
          </w:tcPr>
          <w:p w14:paraId="24F563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74E7CD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95.73</w:t>
            </w:r>
          </w:p>
        </w:tc>
        <w:tc>
          <w:tcPr>
            <w:tcW w:w="1425" w:type="dxa"/>
            <w:vAlign w:val="center"/>
          </w:tcPr>
          <w:p w14:paraId="7BCC97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0.365</w:t>
            </w:r>
          </w:p>
        </w:tc>
        <w:tc>
          <w:tcPr>
            <w:tcW w:w="1425" w:type="dxa"/>
            <w:vAlign w:val="center"/>
          </w:tcPr>
          <w:p w14:paraId="72E509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0.679</w:t>
            </w:r>
          </w:p>
        </w:tc>
        <w:tc>
          <w:tcPr>
            <w:tcW w:w="1425" w:type="dxa"/>
            <w:vAlign w:val="center"/>
          </w:tcPr>
          <w:p w14:paraId="5798C2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1A681BA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14.84</w:t>
            </w:r>
          </w:p>
        </w:tc>
      </w:tr>
      <w:tr w:rsidR="006D7CF4" w:rsidRPr="00CE6355" w14:paraId="63A3D4E4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0EA7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272</w:t>
            </w:r>
          </w:p>
        </w:tc>
        <w:tc>
          <w:tcPr>
            <w:tcW w:w="1425" w:type="dxa"/>
            <w:vAlign w:val="center"/>
          </w:tcPr>
          <w:p w14:paraId="60307F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3FA3D1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95.28</w:t>
            </w:r>
          </w:p>
        </w:tc>
        <w:tc>
          <w:tcPr>
            <w:tcW w:w="1425" w:type="dxa"/>
            <w:vAlign w:val="center"/>
          </w:tcPr>
          <w:p w14:paraId="0AA85F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0.403</w:t>
            </w:r>
          </w:p>
        </w:tc>
        <w:tc>
          <w:tcPr>
            <w:tcW w:w="1425" w:type="dxa"/>
            <w:vAlign w:val="center"/>
          </w:tcPr>
          <w:p w14:paraId="78557F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0.647</w:t>
            </w:r>
          </w:p>
        </w:tc>
        <w:tc>
          <w:tcPr>
            <w:tcW w:w="1425" w:type="dxa"/>
            <w:vAlign w:val="center"/>
          </w:tcPr>
          <w:p w14:paraId="030C126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012AD7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14.97</w:t>
            </w:r>
          </w:p>
        </w:tc>
      </w:tr>
      <w:tr w:rsidR="006D7CF4" w:rsidRPr="00CE6355" w14:paraId="0CF1416E" w14:textId="77777777" w:rsidTr="00A0291F">
        <w:trPr>
          <w:jc w:val="center"/>
        </w:trPr>
        <w:tc>
          <w:tcPr>
            <w:tcW w:w="1425" w:type="dxa"/>
            <w:vAlign w:val="center"/>
          </w:tcPr>
          <w:p w14:paraId="1F2B0E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273</w:t>
            </w:r>
          </w:p>
        </w:tc>
        <w:tc>
          <w:tcPr>
            <w:tcW w:w="1425" w:type="dxa"/>
            <w:vAlign w:val="center"/>
          </w:tcPr>
          <w:p w14:paraId="51C9F6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C110F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96.92</w:t>
            </w:r>
          </w:p>
        </w:tc>
        <w:tc>
          <w:tcPr>
            <w:tcW w:w="1425" w:type="dxa"/>
            <w:vAlign w:val="center"/>
          </w:tcPr>
          <w:p w14:paraId="45869B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0.337</w:t>
            </w:r>
          </w:p>
        </w:tc>
        <w:tc>
          <w:tcPr>
            <w:tcW w:w="1425" w:type="dxa"/>
            <w:vAlign w:val="center"/>
          </w:tcPr>
          <w:p w14:paraId="580C4D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0.614</w:t>
            </w:r>
          </w:p>
        </w:tc>
        <w:tc>
          <w:tcPr>
            <w:tcW w:w="1425" w:type="dxa"/>
            <w:vAlign w:val="center"/>
          </w:tcPr>
          <w:p w14:paraId="6B0E5F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217126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14.76</w:t>
            </w:r>
          </w:p>
        </w:tc>
      </w:tr>
      <w:tr w:rsidR="006D7CF4" w:rsidRPr="00CE6355" w14:paraId="4BAF26E7" w14:textId="77777777" w:rsidTr="00A0291F">
        <w:trPr>
          <w:jc w:val="center"/>
        </w:trPr>
        <w:tc>
          <w:tcPr>
            <w:tcW w:w="1425" w:type="dxa"/>
            <w:vAlign w:val="center"/>
          </w:tcPr>
          <w:p w14:paraId="1E67CF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274</w:t>
            </w:r>
          </w:p>
        </w:tc>
        <w:tc>
          <w:tcPr>
            <w:tcW w:w="1425" w:type="dxa"/>
            <w:vAlign w:val="center"/>
          </w:tcPr>
          <w:p w14:paraId="0F7F51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22733A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96.19</w:t>
            </w:r>
          </w:p>
        </w:tc>
        <w:tc>
          <w:tcPr>
            <w:tcW w:w="1425" w:type="dxa"/>
            <w:vAlign w:val="center"/>
          </w:tcPr>
          <w:p w14:paraId="39AAB0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0.308</w:t>
            </w:r>
          </w:p>
        </w:tc>
        <w:tc>
          <w:tcPr>
            <w:tcW w:w="1425" w:type="dxa"/>
            <w:vAlign w:val="center"/>
          </w:tcPr>
          <w:p w14:paraId="6450B8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0.711</w:t>
            </w:r>
          </w:p>
        </w:tc>
        <w:tc>
          <w:tcPr>
            <w:tcW w:w="1425" w:type="dxa"/>
            <w:vAlign w:val="center"/>
          </w:tcPr>
          <w:p w14:paraId="07B19E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441744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14.69</w:t>
            </w:r>
          </w:p>
        </w:tc>
      </w:tr>
      <w:tr w:rsidR="006D7CF4" w:rsidRPr="00CE6355" w14:paraId="3AC1F765" w14:textId="77777777" w:rsidTr="00A0291F">
        <w:trPr>
          <w:jc w:val="center"/>
        </w:trPr>
        <w:tc>
          <w:tcPr>
            <w:tcW w:w="1425" w:type="dxa"/>
            <w:vAlign w:val="center"/>
          </w:tcPr>
          <w:p w14:paraId="197441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275</w:t>
            </w:r>
          </w:p>
        </w:tc>
        <w:tc>
          <w:tcPr>
            <w:tcW w:w="1425" w:type="dxa"/>
            <w:vAlign w:val="center"/>
          </w:tcPr>
          <w:p w14:paraId="1C0C9C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2AC99FF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95.88</w:t>
            </w:r>
          </w:p>
        </w:tc>
        <w:tc>
          <w:tcPr>
            <w:tcW w:w="1425" w:type="dxa"/>
            <w:vAlign w:val="center"/>
          </w:tcPr>
          <w:p w14:paraId="140B8DA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0.327</w:t>
            </w:r>
          </w:p>
        </w:tc>
        <w:tc>
          <w:tcPr>
            <w:tcW w:w="1425" w:type="dxa"/>
            <w:vAlign w:val="center"/>
          </w:tcPr>
          <w:p w14:paraId="1A45B9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</w:t>
            </w:r>
          </w:p>
        </w:tc>
        <w:tc>
          <w:tcPr>
            <w:tcW w:w="1425" w:type="dxa"/>
            <w:vAlign w:val="center"/>
          </w:tcPr>
          <w:p w14:paraId="7FEB279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7B59B0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14.5</w:t>
            </w:r>
          </w:p>
        </w:tc>
      </w:tr>
      <w:tr w:rsidR="006D7CF4" w:rsidRPr="00CE6355" w14:paraId="40A88EA4" w14:textId="77777777" w:rsidTr="00A0291F">
        <w:trPr>
          <w:jc w:val="center"/>
        </w:trPr>
        <w:tc>
          <w:tcPr>
            <w:tcW w:w="1425" w:type="dxa"/>
            <w:vAlign w:val="center"/>
          </w:tcPr>
          <w:p w14:paraId="3E3CC03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276</w:t>
            </w:r>
          </w:p>
        </w:tc>
        <w:tc>
          <w:tcPr>
            <w:tcW w:w="1425" w:type="dxa"/>
            <w:vAlign w:val="center"/>
          </w:tcPr>
          <w:p w14:paraId="3BA71F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156009F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96.76</w:t>
            </w:r>
          </w:p>
        </w:tc>
        <w:tc>
          <w:tcPr>
            <w:tcW w:w="1425" w:type="dxa"/>
            <w:vAlign w:val="center"/>
          </w:tcPr>
          <w:p w14:paraId="206B68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0.276</w:t>
            </w:r>
          </w:p>
        </w:tc>
        <w:tc>
          <w:tcPr>
            <w:tcW w:w="1425" w:type="dxa"/>
            <w:vAlign w:val="center"/>
          </w:tcPr>
          <w:p w14:paraId="539F73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0.624</w:t>
            </w:r>
          </w:p>
        </w:tc>
        <w:tc>
          <w:tcPr>
            <w:tcW w:w="1425" w:type="dxa"/>
            <w:vAlign w:val="center"/>
          </w:tcPr>
          <w:p w14:paraId="27200F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13EE86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14.67</w:t>
            </w:r>
          </w:p>
        </w:tc>
      </w:tr>
      <w:tr w:rsidR="006D7CF4" w:rsidRPr="00CE6355" w14:paraId="589A77BA" w14:textId="77777777" w:rsidTr="00A0291F">
        <w:trPr>
          <w:jc w:val="center"/>
        </w:trPr>
        <w:tc>
          <w:tcPr>
            <w:tcW w:w="1425" w:type="dxa"/>
            <w:vAlign w:val="center"/>
          </w:tcPr>
          <w:p w14:paraId="1D7511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277</w:t>
            </w:r>
          </w:p>
        </w:tc>
        <w:tc>
          <w:tcPr>
            <w:tcW w:w="1425" w:type="dxa"/>
            <w:vAlign w:val="center"/>
          </w:tcPr>
          <w:p w14:paraId="2F2D59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79C4FE5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96.05</w:t>
            </w:r>
          </w:p>
        </w:tc>
        <w:tc>
          <w:tcPr>
            <w:tcW w:w="1425" w:type="dxa"/>
            <w:vAlign w:val="center"/>
          </w:tcPr>
          <w:p w14:paraId="155DCA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0.329</w:t>
            </w:r>
          </w:p>
        </w:tc>
        <w:tc>
          <w:tcPr>
            <w:tcW w:w="1425" w:type="dxa"/>
            <w:vAlign w:val="center"/>
          </w:tcPr>
          <w:p w14:paraId="4A3A4F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0.671</w:t>
            </w:r>
          </w:p>
        </w:tc>
        <w:tc>
          <w:tcPr>
            <w:tcW w:w="1425" w:type="dxa"/>
            <w:vAlign w:val="center"/>
          </w:tcPr>
          <w:p w14:paraId="3A05D57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0CDB6A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14.82</w:t>
            </w:r>
          </w:p>
        </w:tc>
      </w:tr>
      <w:tr w:rsidR="006D7CF4" w:rsidRPr="00CE6355" w14:paraId="43CA54B6" w14:textId="77777777" w:rsidTr="00A0291F">
        <w:trPr>
          <w:jc w:val="center"/>
        </w:trPr>
        <w:tc>
          <w:tcPr>
            <w:tcW w:w="1425" w:type="dxa"/>
            <w:vAlign w:val="center"/>
          </w:tcPr>
          <w:p w14:paraId="38EFF4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278</w:t>
            </w:r>
          </w:p>
        </w:tc>
        <w:tc>
          <w:tcPr>
            <w:tcW w:w="1425" w:type="dxa"/>
            <w:vAlign w:val="center"/>
          </w:tcPr>
          <w:p w14:paraId="688BB1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21D9F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97.97</w:t>
            </w:r>
          </w:p>
        </w:tc>
        <w:tc>
          <w:tcPr>
            <w:tcW w:w="1425" w:type="dxa"/>
            <w:vAlign w:val="center"/>
          </w:tcPr>
          <w:p w14:paraId="558B4A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0.375</w:t>
            </w:r>
          </w:p>
        </w:tc>
        <w:tc>
          <w:tcPr>
            <w:tcW w:w="1425" w:type="dxa"/>
            <w:vAlign w:val="center"/>
          </w:tcPr>
          <w:p w14:paraId="5BB474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0.633</w:t>
            </w:r>
          </w:p>
        </w:tc>
        <w:tc>
          <w:tcPr>
            <w:tcW w:w="1425" w:type="dxa"/>
            <w:vAlign w:val="center"/>
          </w:tcPr>
          <w:p w14:paraId="34F561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425" w:type="dxa"/>
            <w:vAlign w:val="center"/>
          </w:tcPr>
          <w:p w14:paraId="44B737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14.97</w:t>
            </w:r>
          </w:p>
        </w:tc>
      </w:tr>
      <w:tr w:rsidR="006D7CF4" w:rsidRPr="00CE6355" w14:paraId="035D91AA" w14:textId="77777777" w:rsidTr="00A0291F">
        <w:trPr>
          <w:jc w:val="center"/>
        </w:trPr>
        <w:tc>
          <w:tcPr>
            <w:tcW w:w="1425" w:type="dxa"/>
            <w:vAlign w:val="center"/>
          </w:tcPr>
          <w:p w14:paraId="4420A9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279</w:t>
            </w:r>
          </w:p>
        </w:tc>
        <w:tc>
          <w:tcPr>
            <w:tcW w:w="1425" w:type="dxa"/>
            <w:vAlign w:val="center"/>
          </w:tcPr>
          <w:p w14:paraId="341935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63398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95.74</w:t>
            </w:r>
          </w:p>
        </w:tc>
        <w:tc>
          <w:tcPr>
            <w:tcW w:w="1425" w:type="dxa"/>
            <w:vAlign w:val="center"/>
          </w:tcPr>
          <w:p w14:paraId="447EA6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</w:t>
            </w:r>
          </w:p>
        </w:tc>
        <w:tc>
          <w:tcPr>
            <w:tcW w:w="1425" w:type="dxa"/>
            <w:vAlign w:val="center"/>
          </w:tcPr>
          <w:p w14:paraId="49D1AC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0.678</w:t>
            </w:r>
          </w:p>
        </w:tc>
        <w:tc>
          <w:tcPr>
            <w:tcW w:w="1425" w:type="dxa"/>
            <w:vAlign w:val="center"/>
          </w:tcPr>
          <w:p w14:paraId="0BDD87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4CAC26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13.96</w:t>
            </w:r>
          </w:p>
        </w:tc>
      </w:tr>
      <w:tr w:rsidR="006D7CF4" w:rsidRPr="00CE6355" w14:paraId="649AA4A1" w14:textId="77777777" w:rsidTr="00A0291F">
        <w:trPr>
          <w:jc w:val="center"/>
        </w:trPr>
        <w:tc>
          <w:tcPr>
            <w:tcW w:w="1425" w:type="dxa"/>
            <w:vAlign w:val="center"/>
          </w:tcPr>
          <w:p w14:paraId="37A9D2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280</w:t>
            </w:r>
          </w:p>
        </w:tc>
        <w:tc>
          <w:tcPr>
            <w:tcW w:w="1425" w:type="dxa"/>
            <w:vAlign w:val="center"/>
          </w:tcPr>
          <w:p w14:paraId="08EF8F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695E85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96.72</w:t>
            </w:r>
          </w:p>
        </w:tc>
        <w:tc>
          <w:tcPr>
            <w:tcW w:w="1425" w:type="dxa"/>
            <w:vAlign w:val="center"/>
          </w:tcPr>
          <w:p w14:paraId="6A3F88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0.237</w:t>
            </w:r>
          </w:p>
        </w:tc>
        <w:tc>
          <w:tcPr>
            <w:tcW w:w="1425" w:type="dxa"/>
            <w:vAlign w:val="center"/>
          </w:tcPr>
          <w:p w14:paraId="2272C1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0.664</w:t>
            </w:r>
          </w:p>
        </w:tc>
        <w:tc>
          <w:tcPr>
            <w:tcW w:w="1425" w:type="dxa"/>
            <w:vAlign w:val="center"/>
          </w:tcPr>
          <w:p w14:paraId="2782D4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612507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15.82</w:t>
            </w:r>
          </w:p>
        </w:tc>
      </w:tr>
      <w:tr w:rsidR="006D7CF4" w:rsidRPr="00CE6355" w14:paraId="785DB10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BAAB1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281</w:t>
            </w:r>
          </w:p>
        </w:tc>
        <w:tc>
          <w:tcPr>
            <w:tcW w:w="1425" w:type="dxa"/>
            <w:vAlign w:val="center"/>
          </w:tcPr>
          <w:p w14:paraId="7E7B40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96B34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96.04</w:t>
            </w:r>
          </w:p>
        </w:tc>
        <w:tc>
          <w:tcPr>
            <w:tcW w:w="1425" w:type="dxa"/>
            <w:vAlign w:val="center"/>
          </w:tcPr>
          <w:p w14:paraId="00D4C3D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0.398</w:t>
            </w:r>
          </w:p>
        </w:tc>
        <w:tc>
          <w:tcPr>
            <w:tcW w:w="1425" w:type="dxa"/>
            <w:vAlign w:val="center"/>
          </w:tcPr>
          <w:p w14:paraId="7D69A0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0.739</w:t>
            </w:r>
          </w:p>
        </w:tc>
        <w:tc>
          <w:tcPr>
            <w:tcW w:w="1425" w:type="dxa"/>
            <w:vAlign w:val="center"/>
          </w:tcPr>
          <w:p w14:paraId="584A3A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32A4D3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14.17</w:t>
            </w:r>
          </w:p>
        </w:tc>
      </w:tr>
      <w:tr w:rsidR="006D7CF4" w:rsidRPr="00CE6355" w14:paraId="1D783DCB" w14:textId="77777777" w:rsidTr="00A0291F">
        <w:trPr>
          <w:jc w:val="center"/>
        </w:trPr>
        <w:tc>
          <w:tcPr>
            <w:tcW w:w="1425" w:type="dxa"/>
            <w:vAlign w:val="center"/>
          </w:tcPr>
          <w:p w14:paraId="3D5CCEF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282</w:t>
            </w:r>
          </w:p>
        </w:tc>
        <w:tc>
          <w:tcPr>
            <w:tcW w:w="1425" w:type="dxa"/>
            <w:vAlign w:val="center"/>
          </w:tcPr>
          <w:p w14:paraId="2C7D35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A7FD9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95.97</w:t>
            </w:r>
          </w:p>
        </w:tc>
        <w:tc>
          <w:tcPr>
            <w:tcW w:w="1425" w:type="dxa"/>
            <w:vAlign w:val="center"/>
          </w:tcPr>
          <w:p w14:paraId="75BC66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0.398</w:t>
            </w:r>
          </w:p>
        </w:tc>
        <w:tc>
          <w:tcPr>
            <w:tcW w:w="1425" w:type="dxa"/>
            <w:vAlign w:val="center"/>
          </w:tcPr>
          <w:p w14:paraId="57BCAD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0.618</w:t>
            </w:r>
          </w:p>
        </w:tc>
        <w:tc>
          <w:tcPr>
            <w:tcW w:w="1425" w:type="dxa"/>
            <w:vAlign w:val="center"/>
          </w:tcPr>
          <w:p w14:paraId="7C571F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355F20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14.91</w:t>
            </w:r>
          </w:p>
        </w:tc>
      </w:tr>
      <w:tr w:rsidR="006D7CF4" w:rsidRPr="00CE6355" w14:paraId="081B9F3F" w14:textId="77777777" w:rsidTr="00A0291F">
        <w:trPr>
          <w:jc w:val="center"/>
        </w:trPr>
        <w:tc>
          <w:tcPr>
            <w:tcW w:w="1425" w:type="dxa"/>
            <w:vAlign w:val="center"/>
          </w:tcPr>
          <w:p w14:paraId="28E758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283</w:t>
            </w:r>
          </w:p>
        </w:tc>
        <w:tc>
          <w:tcPr>
            <w:tcW w:w="1425" w:type="dxa"/>
            <w:vAlign w:val="center"/>
          </w:tcPr>
          <w:p w14:paraId="4E4008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0981ECB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92.57</w:t>
            </w:r>
          </w:p>
        </w:tc>
        <w:tc>
          <w:tcPr>
            <w:tcW w:w="1425" w:type="dxa"/>
            <w:vAlign w:val="center"/>
          </w:tcPr>
          <w:p w14:paraId="5861C91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0.357</w:t>
            </w:r>
          </w:p>
        </w:tc>
        <w:tc>
          <w:tcPr>
            <w:tcW w:w="1425" w:type="dxa"/>
            <w:vAlign w:val="center"/>
          </w:tcPr>
          <w:p w14:paraId="3A6D72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</w:t>
            </w:r>
          </w:p>
        </w:tc>
        <w:tc>
          <w:tcPr>
            <w:tcW w:w="1425" w:type="dxa"/>
            <w:vAlign w:val="center"/>
          </w:tcPr>
          <w:p w14:paraId="13BCEA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5174C7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15.13</w:t>
            </w:r>
          </w:p>
        </w:tc>
      </w:tr>
      <w:tr w:rsidR="006D7CF4" w:rsidRPr="00CE6355" w14:paraId="5FE63F6D" w14:textId="77777777" w:rsidTr="00A0291F">
        <w:trPr>
          <w:jc w:val="center"/>
        </w:trPr>
        <w:tc>
          <w:tcPr>
            <w:tcW w:w="1425" w:type="dxa"/>
            <w:vAlign w:val="center"/>
          </w:tcPr>
          <w:p w14:paraId="26B8DE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284</w:t>
            </w:r>
          </w:p>
        </w:tc>
        <w:tc>
          <w:tcPr>
            <w:tcW w:w="1425" w:type="dxa"/>
            <w:vAlign w:val="center"/>
          </w:tcPr>
          <w:p w14:paraId="1D295C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6D3298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94.92</w:t>
            </w:r>
          </w:p>
        </w:tc>
        <w:tc>
          <w:tcPr>
            <w:tcW w:w="1425" w:type="dxa"/>
            <w:vAlign w:val="center"/>
          </w:tcPr>
          <w:p w14:paraId="7DEE3F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0.348</w:t>
            </w:r>
          </w:p>
        </w:tc>
        <w:tc>
          <w:tcPr>
            <w:tcW w:w="1425" w:type="dxa"/>
            <w:vAlign w:val="center"/>
          </w:tcPr>
          <w:p w14:paraId="37F673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0.609</w:t>
            </w:r>
          </w:p>
        </w:tc>
        <w:tc>
          <w:tcPr>
            <w:tcW w:w="1425" w:type="dxa"/>
            <w:vAlign w:val="center"/>
          </w:tcPr>
          <w:p w14:paraId="04B9C6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66121C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14.23</w:t>
            </w:r>
          </w:p>
        </w:tc>
      </w:tr>
      <w:tr w:rsidR="006D7CF4" w:rsidRPr="00CE6355" w14:paraId="52D9F9D5" w14:textId="77777777" w:rsidTr="00A0291F">
        <w:trPr>
          <w:jc w:val="center"/>
        </w:trPr>
        <w:tc>
          <w:tcPr>
            <w:tcW w:w="1425" w:type="dxa"/>
            <w:vAlign w:val="center"/>
          </w:tcPr>
          <w:p w14:paraId="1F1C299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285</w:t>
            </w:r>
          </w:p>
        </w:tc>
        <w:tc>
          <w:tcPr>
            <w:tcW w:w="1425" w:type="dxa"/>
            <w:vAlign w:val="center"/>
          </w:tcPr>
          <w:p w14:paraId="16745C6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090987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95.84</w:t>
            </w:r>
          </w:p>
        </w:tc>
        <w:tc>
          <w:tcPr>
            <w:tcW w:w="1425" w:type="dxa"/>
            <w:vAlign w:val="center"/>
          </w:tcPr>
          <w:p w14:paraId="4D8DE6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0.452</w:t>
            </w:r>
          </w:p>
        </w:tc>
        <w:tc>
          <w:tcPr>
            <w:tcW w:w="1425" w:type="dxa"/>
            <w:vAlign w:val="center"/>
          </w:tcPr>
          <w:p w14:paraId="57CE61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0.555</w:t>
            </w:r>
          </w:p>
        </w:tc>
        <w:tc>
          <w:tcPr>
            <w:tcW w:w="1425" w:type="dxa"/>
            <w:vAlign w:val="center"/>
          </w:tcPr>
          <w:p w14:paraId="237208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68C7C4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14.51</w:t>
            </w:r>
          </w:p>
        </w:tc>
      </w:tr>
      <w:tr w:rsidR="006D7CF4" w:rsidRPr="00CE6355" w14:paraId="106CD2EC" w14:textId="77777777" w:rsidTr="00A0291F">
        <w:trPr>
          <w:jc w:val="center"/>
        </w:trPr>
        <w:tc>
          <w:tcPr>
            <w:tcW w:w="1425" w:type="dxa"/>
            <w:vAlign w:val="center"/>
          </w:tcPr>
          <w:p w14:paraId="0F523C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286</w:t>
            </w:r>
          </w:p>
        </w:tc>
        <w:tc>
          <w:tcPr>
            <w:tcW w:w="1425" w:type="dxa"/>
            <w:vAlign w:val="center"/>
          </w:tcPr>
          <w:p w14:paraId="60E3A4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182199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93.74</w:t>
            </w:r>
          </w:p>
        </w:tc>
        <w:tc>
          <w:tcPr>
            <w:tcW w:w="1425" w:type="dxa"/>
            <w:vAlign w:val="center"/>
          </w:tcPr>
          <w:p w14:paraId="5C1134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0.231</w:t>
            </w:r>
          </w:p>
        </w:tc>
        <w:tc>
          <w:tcPr>
            <w:tcW w:w="1425" w:type="dxa"/>
            <w:vAlign w:val="center"/>
          </w:tcPr>
          <w:p w14:paraId="1B1AC4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1425" w:type="dxa"/>
            <w:vAlign w:val="center"/>
          </w:tcPr>
          <w:p w14:paraId="6CE28F2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4A99FC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14.39</w:t>
            </w:r>
          </w:p>
        </w:tc>
      </w:tr>
      <w:tr w:rsidR="006D7CF4" w:rsidRPr="00CE6355" w14:paraId="53835726" w14:textId="77777777" w:rsidTr="00A0291F">
        <w:trPr>
          <w:jc w:val="center"/>
        </w:trPr>
        <w:tc>
          <w:tcPr>
            <w:tcW w:w="1425" w:type="dxa"/>
            <w:vAlign w:val="center"/>
          </w:tcPr>
          <w:p w14:paraId="39E469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287</w:t>
            </w:r>
          </w:p>
        </w:tc>
        <w:tc>
          <w:tcPr>
            <w:tcW w:w="1425" w:type="dxa"/>
            <w:vAlign w:val="center"/>
          </w:tcPr>
          <w:p w14:paraId="0AB0FF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34A09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95.65</w:t>
            </w:r>
          </w:p>
        </w:tc>
        <w:tc>
          <w:tcPr>
            <w:tcW w:w="1425" w:type="dxa"/>
            <w:vAlign w:val="center"/>
          </w:tcPr>
          <w:p w14:paraId="0A570A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0.455</w:t>
            </w:r>
          </w:p>
        </w:tc>
        <w:tc>
          <w:tcPr>
            <w:tcW w:w="1425" w:type="dxa"/>
            <w:vAlign w:val="center"/>
          </w:tcPr>
          <w:p w14:paraId="48362F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0.595</w:t>
            </w:r>
          </w:p>
        </w:tc>
        <w:tc>
          <w:tcPr>
            <w:tcW w:w="1425" w:type="dxa"/>
            <w:vAlign w:val="center"/>
          </w:tcPr>
          <w:p w14:paraId="61BFF9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1CC52E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14.72</w:t>
            </w:r>
          </w:p>
        </w:tc>
      </w:tr>
      <w:tr w:rsidR="006D7CF4" w:rsidRPr="00CE6355" w14:paraId="14EDA3C6" w14:textId="77777777" w:rsidTr="00A0291F">
        <w:trPr>
          <w:jc w:val="center"/>
        </w:trPr>
        <w:tc>
          <w:tcPr>
            <w:tcW w:w="1425" w:type="dxa"/>
            <w:vAlign w:val="center"/>
          </w:tcPr>
          <w:p w14:paraId="70B324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288</w:t>
            </w:r>
          </w:p>
        </w:tc>
        <w:tc>
          <w:tcPr>
            <w:tcW w:w="1425" w:type="dxa"/>
            <w:vAlign w:val="center"/>
          </w:tcPr>
          <w:p w14:paraId="23967C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F405E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93.18</w:t>
            </w:r>
          </w:p>
        </w:tc>
        <w:tc>
          <w:tcPr>
            <w:tcW w:w="1425" w:type="dxa"/>
            <w:vAlign w:val="center"/>
          </w:tcPr>
          <w:p w14:paraId="436BEF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0.373</w:t>
            </w:r>
          </w:p>
        </w:tc>
        <w:tc>
          <w:tcPr>
            <w:tcW w:w="1425" w:type="dxa"/>
            <w:vAlign w:val="center"/>
          </w:tcPr>
          <w:p w14:paraId="1ED4A0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0.622</w:t>
            </w:r>
          </w:p>
        </w:tc>
        <w:tc>
          <w:tcPr>
            <w:tcW w:w="1425" w:type="dxa"/>
            <w:vAlign w:val="center"/>
          </w:tcPr>
          <w:p w14:paraId="5E0DAF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4E0AF1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15.39</w:t>
            </w:r>
          </w:p>
        </w:tc>
      </w:tr>
      <w:tr w:rsidR="006D7CF4" w:rsidRPr="00CE6355" w14:paraId="251626AD" w14:textId="77777777" w:rsidTr="00A0291F">
        <w:trPr>
          <w:jc w:val="center"/>
        </w:trPr>
        <w:tc>
          <w:tcPr>
            <w:tcW w:w="1425" w:type="dxa"/>
            <w:vAlign w:val="center"/>
          </w:tcPr>
          <w:p w14:paraId="7BB099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289</w:t>
            </w:r>
          </w:p>
        </w:tc>
        <w:tc>
          <w:tcPr>
            <w:tcW w:w="1425" w:type="dxa"/>
            <w:vAlign w:val="center"/>
          </w:tcPr>
          <w:p w14:paraId="40F9E0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D1DF8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92.04</w:t>
            </w:r>
          </w:p>
        </w:tc>
        <w:tc>
          <w:tcPr>
            <w:tcW w:w="1425" w:type="dxa"/>
            <w:vAlign w:val="center"/>
          </w:tcPr>
          <w:p w14:paraId="11CBB3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0.392</w:t>
            </w:r>
          </w:p>
        </w:tc>
        <w:tc>
          <w:tcPr>
            <w:tcW w:w="1425" w:type="dxa"/>
            <w:vAlign w:val="center"/>
          </w:tcPr>
          <w:p w14:paraId="4EB16C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0.623</w:t>
            </w:r>
          </w:p>
        </w:tc>
        <w:tc>
          <w:tcPr>
            <w:tcW w:w="1425" w:type="dxa"/>
            <w:vAlign w:val="center"/>
          </w:tcPr>
          <w:p w14:paraId="078EA7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425" w:type="dxa"/>
            <w:vAlign w:val="center"/>
          </w:tcPr>
          <w:p w14:paraId="06CDED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15.04</w:t>
            </w:r>
          </w:p>
        </w:tc>
      </w:tr>
      <w:tr w:rsidR="006D7CF4" w:rsidRPr="00CE6355" w14:paraId="34D4BAEA" w14:textId="77777777" w:rsidTr="00A0291F">
        <w:trPr>
          <w:jc w:val="center"/>
        </w:trPr>
        <w:tc>
          <w:tcPr>
            <w:tcW w:w="1425" w:type="dxa"/>
            <w:vAlign w:val="center"/>
          </w:tcPr>
          <w:p w14:paraId="5DD684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290</w:t>
            </w:r>
          </w:p>
        </w:tc>
        <w:tc>
          <w:tcPr>
            <w:tcW w:w="1425" w:type="dxa"/>
            <w:vAlign w:val="center"/>
          </w:tcPr>
          <w:p w14:paraId="0994D2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2D5567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92.37</w:t>
            </w:r>
          </w:p>
        </w:tc>
        <w:tc>
          <w:tcPr>
            <w:tcW w:w="1425" w:type="dxa"/>
            <w:vAlign w:val="center"/>
          </w:tcPr>
          <w:p w14:paraId="406A160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0.358</w:t>
            </w:r>
          </w:p>
        </w:tc>
        <w:tc>
          <w:tcPr>
            <w:tcW w:w="1425" w:type="dxa"/>
            <w:vAlign w:val="center"/>
          </w:tcPr>
          <w:p w14:paraId="40DBBE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0.667</w:t>
            </w:r>
          </w:p>
        </w:tc>
        <w:tc>
          <w:tcPr>
            <w:tcW w:w="1425" w:type="dxa"/>
            <w:vAlign w:val="center"/>
          </w:tcPr>
          <w:p w14:paraId="4926D6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7207EB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15.33</w:t>
            </w:r>
          </w:p>
        </w:tc>
      </w:tr>
      <w:tr w:rsidR="006D7CF4" w:rsidRPr="00CE6355" w14:paraId="53421AD3" w14:textId="77777777" w:rsidTr="00A0291F">
        <w:trPr>
          <w:jc w:val="center"/>
        </w:trPr>
        <w:tc>
          <w:tcPr>
            <w:tcW w:w="1425" w:type="dxa"/>
            <w:vAlign w:val="center"/>
          </w:tcPr>
          <w:p w14:paraId="6013802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291</w:t>
            </w:r>
          </w:p>
        </w:tc>
        <w:tc>
          <w:tcPr>
            <w:tcW w:w="1425" w:type="dxa"/>
            <w:vAlign w:val="center"/>
          </w:tcPr>
          <w:p w14:paraId="6727DC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7F4EFB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95.13</w:t>
            </w:r>
          </w:p>
        </w:tc>
        <w:tc>
          <w:tcPr>
            <w:tcW w:w="1425" w:type="dxa"/>
            <w:vAlign w:val="center"/>
          </w:tcPr>
          <w:p w14:paraId="1410FC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0.235</w:t>
            </w:r>
          </w:p>
        </w:tc>
        <w:tc>
          <w:tcPr>
            <w:tcW w:w="1425" w:type="dxa"/>
            <w:vAlign w:val="center"/>
          </w:tcPr>
          <w:p w14:paraId="6ABD8F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0.651</w:t>
            </w:r>
          </w:p>
        </w:tc>
        <w:tc>
          <w:tcPr>
            <w:tcW w:w="1425" w:type="dxa"/>
            <w:vAlign w:val="center"/>
          </w:tcPr>
          <w:p w14:paraId="052765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537890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15.01</w:t>
            </w:r>
          </w:p>
        </w:tc>
      </w:tr>
      <w:tr w:rsidR="006D7CF4" w:rsidRPr="00CE6355" w14:paraId="5ABA7A3F" w14:textId="77777777" w:rsidTr="00A0291F">
        <w:trPr>
          <w:jc w:val="center"/>
        </w:trPr>
        <w:tc>
          <w:tcPr>
            <w:tcW w:w="1425" w:type="dxa"/>
            <w:vAlign w:val="center"/>
          </w:tcPr>
          <w:p w14:paraId="2A0BE0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292</w:t>
            </w:r>
          </w:p>
        </w:tc>
        <w:tc>
          <w:tcPr>
            <w:tcW w:w="1425" w:type="dxa"/>
            <w:vAlign w:val="center"/>
          </w:tcPr>
          <w:p w14:paraId="249D478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0CEC7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98.73</w:t>
            </w:r>
          </w:p>
        </w:tc>
        <w:tc>
          <w:tcPr>
            <w:tcW w:w="1425" w:type="dxa"/>
            <w:vAlign w:val="center"/>
          </w:tcPr>
          <w:p w14:paraId="57B963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0.281</w:t>
            </w:r>
          </w:p>
        </w:tc>
        <w:tc>
          <w:tcPr>
            <w:tcW w:w="1425" w:type="dxa"/>
            <w:vAlign w:val="center"/>
          </w:tcPr>
          <w:p w14:paraId="7E31A9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0.613</w:t>
            </w:r>
          </w:p>
        </w:tc>
        <w:tc>
          <w:tcPr>
            <w:tcW w:w="1425" w:type="dxa"/>
            <w:vAlign w:val="center"/>
          </w:tcPr>
          <w:p w14:paraId="524FFC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425" w:type="dxa"/>
            <w:vAlign w:val="center"/>
          </w:tcPr>
          <w:p w14:paraId="61A039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15.14</w:t>
            </w:r>
          </w:p>
        </w:tc>
      </w:tr>
      <w:tr w:rsidR="006D7CF4" w:rsidRPr="00CE6355" w14:paraId="597E0AFB" w14:textId="77777777" w:rsidTr="00A0291F">
        <w:trPr>
          <w:jc w:val="center"/>
        </w:trPr>
        <w:tc>
          <w:tcPr>
            <w:tcW w:w="1425" w:type="dxa"/>
            <w:vAlign w:val="center"/>
          </w:tcPr>
          <w:p w14:paraId="3EF0B5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293</w:t>
            </w:r>
          </w:p>
        </w:tc>
        <w:tc>
          <w:tcPr>
            <w:tcW w:w="1425" w:type="dxa"/>
            <w:vAlign w:val="center"/>
          </w:tcPr>
          <w:p w14:paraId="337972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551914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94.16</w:t>
            </w:r>
          </w:p>
        </w:tc>
        <w:tc>
          <w:tcPr>
            <w:tcW w:w="1425" w:type="dxa"/>
            <w:vAlign w:val="center"/>
          </w:tcPr>
          <w:p w14:paraId="3E303E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</w:t>
            </w:r>
          </w:p>
        </w:tc>
        <w:tc>
          <w:tcPr>
            <w:tcW w:w="1425" w:type="dxa"/>
            <w:vAlign w:val="center"/>
          </w:tcPr>
          <w:p w14:paraId="5BEC15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0.585</w:t>
            </w:r>
          </w:p>
        </w:tc>
        <w:tc>
          <w:tcPr>
            <w:tcW w:w="1425" w:type="dxa"/>
            <w:vAlign w:val="center"/>
          </w:tcPr>
          <w:p w14:paraId="0B0CEFF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0A5E2A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14.99</w:t>
            </w:r>
          </w:p>
        </w:tc>
      </w:tr>
      <w:tr w:rsidR="006D7CF4" w:rsidRPr="00CE6355" w14:paraId="6AF0B633" w14:textId="77777777" w:rsidTr="00A0291F">
        <w:trPr>
          <w:jc w:val="center"/>
        </w:trPr>
        <w:tc>
          <w:tcPr>
            <w:tcW w:w="1425" w:type="dxa"/>
            <w:vAlign w:val="center"/>
          </w:tcPr>
          <w:p w14:paraId="537815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294</w:t>
            </w:r>
          </w:p>
        </w:tc>
        <w:tc>
          <w:tcPr>
            <w:tcW w:w="1425" w:type="dxa"/>
            <w:vAlign w:val="center"/>
          </w:tcPr>
          <w:p w14:paraId="40EC12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3B86412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97.01</w:t>
            </w:r>
          </w:p>
        </w:tc>
        <w:tc>
          <w:tcPr>
            <w:tcW w:w="1425" w:type="dxa"/>
            <w:vAlign w:val="center"/>
          </w:tcPr>
          <w:p w14:paraId="287F40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0.315</w:t>
            </w:r>
          </w:p>
        </w:tc>
        <w:tc>
          <w:tcPr>
            <w:tcW w:w="1425" w:type="dxa"/>
            <w:vAlign w:val="center"/>
          </w:tcPr>
          <w:p w14:paraId="34CED1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0.633</w:t>
            </w:r>
          </w:p>
        </w:tc>
        <w:tc>
          <w:tcPr>
            <w:tcW w:w="1425" w:type="dxa"/>
            <w:vAlign w:val="center"/>
          </w:tcPr>
          <w:p w14:paraId="7D388D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7D98D3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14.6</w:t>
            </w:r>
          </w:p>
        </w:tc>
      </w:tr>
      <w:tr w:rsidR="006D7CF4" w:rsidRPr="00CE6355" w14:paraId="57A32FA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F8ABDA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295</w:t>
            </w:r>
          </w:p>
        </w:tc>
        <w:tc>
          <w:tcPr>
            <w:tcW w:w="1425" w:type="dxa"/>
            <w:vAlign w:val="center"/>
          </w:tcPr>
          <w:p w14:paraId="7899DA7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15F40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93.49</w:t>
            </w:r>
          </w:p>
        </w:tc>
        <w:tc>
          <w:tcPr>
            <w:tcW w:w="1425" w:type="dxa"/>
            <w:vAlign w:val="center"/>
          </w:tcPr>
          <w:p w14:paraId="7E273D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0.288</w:t>
            </w:r>
          </w:p>
        </w:tc>
        <w:tc>
          <w:tcPr>
            <w:tcW w:w="1425" w:type="dxa"/>
            <w:vAlign w:val="center"/>
          </w:tcPr>
          <w:p w14:paraId="426F61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0.573</w:t>
            </w:r>
          </w:p>
        </w:tc>
        <w:tc>
          <w:tcPr>
            <w:tcW w:w="1425" w:type="dxa"/>
            <w:vAlign w:val="center"/>
          </w:tcPr>
          <w:p w14:paraId="45F175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5B4095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14.5</w:t>
            </w:r>
          </w:p>
        </w:tc>
      </w:tr>
      <w:tr w:rsidR="006D7CF4" w:rsidRPr="00CE6355" w14:paraId="0855146A" w14:textId="77777777" w:rsidTr="00A0291F">
        <w:trPr>
          <w:jc w:val="center"/>
        </w:trPr>
        <w:tc>
          <w:tcPr>
            <w:tcW w:w="1425" w:type="dxa"/>
            <w:vAlign w:val="center"/>
          </w:tcPr>
          <w:p w14:paraId="2A67CC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296</w:t>
            </w:r>
          </w:p>
        </w:tc>
        <w:tc>
          <w:tcPr>
            <w:tcW w:w="1425" w:type="dxa"/>
            <w:vAlign w:val="center"/>
          </w:tcPr>
          <w:p w14:paraId="6B2D36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4090B2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95.57</w:t>
            </w:r>
          </w:p>
        </w:tc>
        <w:tc>
          <w:tcPr>
            <w:tcW w:w="1425" w:type="dxa"/>
            <w:vAlign w:val="center"/>
          </w:tcPr>
          <w:p w14:paraId="0A1334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0.295</w:t>
            </w:r>
          </w:p>
        </w:tc>
        <w:tc>
          <w:tcPr>
            <w:tcW w:w="1425" w:type="dxa"/>
            <w:vAlign w:val="center"/>
          </w:tcPr>
          <w:p w14:paraId="1DDFE68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0.618</w:t>
            </w:r>
          </w:p>
        </w:tc>
        <w:tc>
          <w:tcPr>
            <w:tcW w:w="1425" w:type="dxa"/>
            <w:vAlign w:val="center"/>
          </w:tcPr>
          <w:p w14:paraId="319C17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4C3780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15.42</w:t>
            </w:r>
          </w:p>
        </w:tc>
      </w:tr>
      <w:tr w:rsidR="006D7CF4" w:rsidRPr="00CE6355" w14:paraId="2AF7EB14" w14:textId="77777777" w:rsidTr="00A0291F">
        <w:trPr>
          <w:jc w:val="center"/>
        </w:trPr>
        <w:tc>
          <w:tcPr>
            <w:tcW w:w="1425" w:type="dxa"/>
            <w:vAlign w:val="center"/>
          </w:tcPr>
          <w:p w14:paraId="42FCD5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297</w:t>
            </w:r>
          </w:p>
        </w:tc>
        <w:tc>
          <w:tcPr>
            <w:tcW w:w="1425" w:type="dxa"/>
            <w:vAlign w:val="center"/>
          </w:tcPr>
          <w:p w14:paraId="788892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2A6DDCD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92.11</w:t>
            </w:r>
          </w:p>
        </w:tc>
        <w:tc>
          <w:tcPr>
            <w:tcW w:w="1425" w:type="dxa"/>
            <w:vAlign w:val="center"/>
          </w:tcPr>
          <w:p w14:paraId="53BE005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</w:t>
            </w:r>
          </w:p>
        </w:tc>
        <w:tc>
          <w:tcPr>
            <w:tcW w:w="1425" w:type="dxa"/>
            <w:vAlign w:val="center"/>
          </w:tcPr>
          <w:p w14:paraId="3B1FFA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1425" w:type="dxa"/>
            <w:vAlign w:val="center"/>
          </w:tcPr>
          <w:p w14:paraId="54D7D6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774847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13.95</w:t>
            </w:r>
          </w:p>
        </w:tc>
      </w:tr>
      <w:tr w:rsidR="006D7CF4" w:rsidRPr="00CE6355" w14:paraId="24C9FA2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402232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298</w:t>
            </w:r>
          </w:p>
        </w:tc>
        <w:tc>
          <w:tcPr>
            <w:tcW w:w="1425" w:type="dxa"/>
            <w:vAlign w:val="center"/>
          </w:tcPr>
          <w:p w14:paraId="610A59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651FB7A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95.73</w:t>
            </w:r>
          </w:p>
        </w:tc>
        <w:tc>
          <w:tcPr>
            <w:tcW w:w="1425" w:type="dxa"/>
            <w:vAlign w:val="center"/>
          </w:tcPr>
          <w:p w14:paraId="0CD6B3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0.299</w:t>
            </w:r>
          </w:p>
        </w:tc>
        <w:tc>
          <w:tcPr>
            <w:tcW w:w="1425" w:type="dxa"/>
            <w:vAlign w:val="center"/>
          </w:tcPr>
          <w:p w14:paraId="23AB6A6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0.697</w:t>
            </w:r>
          </w:p>
        </w:tc>
        <w:tc>
          <w:tcPr>
            <w:tcW w:w="1425" w:type="dxa"/>
            <w:vAlign w:val="center"/>
          </w:tcPr>
          <w:p w14:paraId="021E8C3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0.026</w:t>
            </w:r>
          </w:p>
        </w:tc>
        <w:tc>
          <w:tcPr>
            <w:tcW w:w="1425" w:type="dxa"/>
            <w:vAlign w:val="center"/>
          </w:tcPr>
          <w:p w14:paraId="68F547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14.07</w:t>
            </w:r>
          </w:p>
        </w:tc>
      </w:tr>
      <w:tr w:rsidR="006D7CF4" w:rsidRPr="00CE6355" w14:paraId="79AA3818" w14:textId="77777777" w:rsidTr="00A0291F">
        <w:trPr>
          <w:jc w:val="center"/>
        </w:trPr>
        <w:tc>
          <w:tcPr>
            <w:tcW w:w="1425" w:type="dxa"/>
            <w:vAlign w:val="center"/>
          </w:tcPr>
          <w:p w14:paraId="738E95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299</w:t>
            </w:r>
          </w:p>
        </w:tc>
        <w:tc>
          <w:tcPr>
            <w:tcW w:w="1425" w:type="dxa"/>
            <w:vAlign w:val="center"/>
          </w:tcPr>
          <w:p w14:paraId="3FF795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181D91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97.1</w:t>
            </w:r>
          </w:p>
        </w:tc>
        <w:tc>
          <w:tcPr>
            <w:tcW w:w="1425" w:type="dxa"/>
            <w:vAlign w:val="center"/>
          </w:tcPr>
          <w:p w14:paraId="416B5D8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0.325</w:t>
            </w:r>
          </w:p>
        </w:tc>
        <w:tc>
          <w:tcPr>
            <w:tcW w:w="1425" w:type="dxa"/>
            <w:vAlign w:val="center"/>
          </w:tcPr>
          <w:p w14:paraId="4EF044F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0.695</w:t>
            </w:r>
          </w:p>
        </w:tc>
        <w:tc>
          <w:tcPr>
            <w:tcW w:w="1425" w:type="dxa"/>
            <w:vAlign w:val="center"/>
          </w:tcPr>
          <w:p w14:paraId="729346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1710C6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13.97</w:t>
            </w:r>
          </w:p>
        </w:tc>
      </w:tr>
      <w:tr w:rsidR="006D7CF4" w:rsidRPr="00CE6355" w14:paraId="4A2D8560" w14:textId="77777777" w:rsidTr="00A0291F">
        <w:trPr>
          <w:jc w:val="center"/>
        </w:trPr>
        <w:tc>
          <w:tcPr>
            <w:tcW w:w="1425" w:type="dxa"/>
            <w:vAlign w:val="center"/>
          </w:tcPr>
          <w:p w14:paraId="1236DD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1425" w:type="dxa"/>
            <w:vAlign w:val="center"/>
          </w:tcPr>
          <w:p w14:paraId="5DE860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425" w:type="dxa"/>
            <w:vAlign w:val="center"/>
          </w:tcPr>
          <w:p w14:paraId="36C678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96.54</w:t>
            </w:r>
          </w:p>
        </w:tc>
        <w:tc>
          <w:tcPr>
            <w:tcW w:w="1425" w:type="dxa"/>
            <w:vAlign w:val="center"/>
          </w:tcPr>
          <w:p w14:paraId="76F86C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0.332</w:t>
            </w:r>
          </w:p>
        </w:tc>
        <w:tc>
          <w:tcPr>
            <w:tcW w:w="1425" w:type="dxa"/>
            <w:vAlign w:val="center"/>
          </w:tcPr>
          <w:p w14:paraId="33676C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0.636</w:t>
            </w:r>
          </w:p>
        </w:tc>
        <w:tc>
          <w:tcPr>
            <w:tcW w:w="1425" w:type="dxa"/>
            <w:vAlign w:val="center"/>
          </w:tcPr>
          <w:p w14:paraId="21B1AA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0.013</w:t>
            </w:r>
          </w:p>
        </w:tc>
        <w:tc>
          <w:tcPr>
            <w:tcW w:w="1425" w:type="dxa"/>
            <w:vAlign w:val="center"/>
          </w:tcPr>
          <w:p w14:paraId="37E0E7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14.57</w:t>
            </w:r>
          </w:p>
        </w:tc>
      </w:tr>
    </w:tbl>
    <w:p w14:paraId="4F628266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11316AAF" w14:textId="77777777" w:rsidR="006D7CF4" w:rsidRPr="00CE6355" w:rsidRDefault="006D7CF4" w:rsidP="00471E00">
      <w:pPr>
        <w:spacing w:before="120" w:after="60" w:line="360" w:lineRule="auto"/>
        <w:rPr>
          <w:rFonts w:asciiTheme="majorBidi" w:hAnsiTheme="majorBidi" w:cstheme="majorBidi"/>
          <w:bCs/>
        </w:rPr>
      </w:pPr>
      <w:r w:rsidRPr="00CE6355">
        <w:rPr>
          <w:rFonts w:asciiTheme="majorBidi" w:eastAsia="Times New Roman" w:hAnsiTheme="majorBidi" w:cstheme="majorBidi"/>
          <w:b/>
        </w:rPr>
        <w:t xml:space="preserve">Table S1G. </w:t>
      </w:r>
      <w:r w:rsidRPr="00CE6355">
        <w:rPr>
          <w:rFonts w:asciiTheme="majorBidi" w:eastAsia="Times New Roman" w:hAnsiTheme="majorBidi" w:cstheme="majorBidi"/>
          <w:bCs/>
        </w:rPr>
        <w:t>Complete modelling observations for Tomato (n = 50).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3"/>
        <w:gridCol w:w="1559"/>
        <w:gridCol w:w="1269"/>
        <w:gridCol w:w="1323"/>
        <w:gridCol w:w="837"/>
        <w:gridCol w:w="891"/>
        <w:gridCol w:w="1984"/>
      </w:tblGrid>
      <w:tr w:rsidR="006D7CF4" w:rsidRPr="00CE6355" w14:paraId="6DD9933E" w14:textId="77777777" w:rsidTr="00A0291F">
        <w:trPr>
          <w:tblHeader/>
          <w:jc w:val="center"/>
        </w:trPr>
        <w:tc>
          <w:tcPr>
            <w:tcW w:w="1425" w:type="dxa"/>
            <w:shd w:val="clear" w:color="auto" w:fill="D9EAF7"/>
            <w:vAlign w:val="center"/>
          </w:tcPr>
          <w:p w14:paraId="2FD6771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Sample_ID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1A2A98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Vegetable_Code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684F99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0BC148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Moisture_SD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5A6D37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Ash_%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2B0247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Ash_SD</w:t>
            </w:r>
          </w:p>
        </w:tc>
        <w:tc>
          <w:tcPr>
            <w:tcW w:w="1425" w:type="dxa"/>
            <w:shd w:val="clear" w:color="auto" w:fill="D9EAF7"/>
            <w:vAlign w:val="center"/>
          </w:tcPr>
          <w:p w14:paraId="116BC1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  <w:b/>
              </w:rPr>
              <w:t>Vitamin_C_mg_100g</w:t>
            </w:r>
          </w:p>
        </w:tc>
      </w:tr>
      <w:tr w:rsidR="006D7CF4" w:rsidRPr="00CE6355" w14:paraId="58579132" w14:textId="77777777" w:rsidTr="00A0291F">
        <w:trPr>
          <w:jc w:val="center"/>
        </w:trPr>
        <w:tc>
          <w:tcPr>
            <w:tcW w:w="1425" w:type="dxa"/>
            <w:vAlign w:val="center"/>
          </w:tcPr>
          <w:p w14:paraId="4EF29FF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301</w:t>
            </w:r>
          </w:p>
        </w:tc>
        <w:tc>
          <w:tcPr>
            <w:tcW w:w="1425" w:type="dxa"/>
            <w:vAlign w:val="center"/>
          </w:tcPr>
          <w:p w14:paraId="4CEFBD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43421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92.65</w:t>
            </w:r>
          </w:p>
        </w:tc>
        <w:tc>
          <w:tcPr>
            <w:tcW w:w="1425" w:type="dxa"/>
            <w:vAlign w:val="center"/>
          </w:tcPr>
          <w:p w14:paraId="7EF897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0.464</w:t>
            </w:r>
          </w:p>
        </w:tc>
        <w:tc>
          <w:tcPr>
            <w:tcW w:w="1425" w:type="dxa"/>
            <w:vAlign w:val="center"/>
          </w:tcPr>
          <w:p w14:paraId="21EA7B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0.319</w:t>
            </w:r>
          </w:p>
        </w:tc>
        <w:tc>
          <w:tcPr>
            <w:tcW w:w="1425" w:type="dxa"/>
            <w:vAlign w:val="center"/>
          </w:tcPr>
          <w:p w14:paraId="3B90D4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3E2624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17.1</w:t>
            </w:r>
          </w:p>
        </w:tc>
      </w:tr>
      <w:tr w:rsidR="006D7CF4" w:rsidRPr="00CE6355" w14:paraId="02B394E2" w14:textId="77777777" w:rsidTr="00A0291F">
        <w:trPr>
          <w:jc w:val="center"/>
        </w:trPr>
        <w:tc>
          <w:tcPr>
            <w:tcW w:w="1425" w:type="dxa"/>
            <w:vAlign w:val="center"/>
          </w:tcPr>
          <w:p w14:paraId="326A16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302</w:t>
            </w:r>
          </w:p>
        </w:tc>
        <w:tc>
          <w:tcPr>
            <w:tcW w:w="1425" w:type="dxa"/>
            <w:vAlign w:val="center"/>
          </w:tcPr>
          <w:p w14:paraId="2AE10B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67FF0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93.21</w:t>
            </w:r>
          </w:p>
        </w:tc>
        <w:tc>
          <w:tcPr>
            <w:tcW w:w="1425" w:type="dxa"/>
            <w:vAlign w:val="center"/>
          </w:tcPr>
          <w:p w14:paraId="453EDB0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0.419</w:t>
            </w:r>
          </w:p>
        </w:tc>
        <w:tc>
          <w:tcPr>
            <w:tcW w:w="1425" w:type="dxa"/>
            <w:vAlign w:val="center"/>
          </w:tcPr>
          <w:p w14:paraId="176673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</w:t>
            </w:r>
          </w:p>
        </w:tc>
        <w:tc>
          <w:tcPr>
            <w:tcW w:w="1425" w:type="dxa"/>
            <w:vAlign w:val="center"/>
          </w:tcPr>
          <w:p w14:paraId="50572C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3B5338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16.58</w:t>
            </w:r>
          </w:p>
        </w:tc>
      </w:tr>
      <w:tr w:rsidR="006D7CF4" w:rsidRPr="00CE6355" w14:paraId="62189016" w14:textId="77777777" w:rsidTr="00A0291F">
        <w:trPr>
          <w:jc w:val="center"/>
        </w:trPr>
        <w:tc>
          <w:tcPr>
            <w:tcW w:w="1425" w:type="dxa"/>
            <w:vAlign w:val="center"/>
          </w:tcPr>
          <w:p w14:paraId="3E6351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303</w:t>
            </w:r>
          </w:p>
        </w:tc>
        <w:tc>
          <w:tcPr>
            <w:tcW w:w="1425" w:type="dxa"/>
            <w:vAlign w:val="center"/>
          </w:tcPr>
          <w:p w14:paraId="034447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D6600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93.0</w:t>
            </w:r>
          </w:p>
        </w:tc>
        <w:tc>
          <w:tcPr>
            <w:tcW w:w="1425" w:type="dxa"/>
            <w:vAlign w:val="center"/>
          </w:tcPr>
          <w:p w14:paraId="7D3405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0.408</w:t>
            </w:r>
          </w:p>
        </w:tc>
        <w:tc>
          <w:tcPr>
            <w:tcW w:w="1425" w:type="dxa"/>
            <w:vAlign w:val="center"/>
          </w:tcPr>
          <w:p w14:paraId="4FC1E4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0.382</w:t>
            </w:r>
          </w:p>
        </w:tc>
        <w:tc>
          <w:tcPr>
            <w:tcW w:w="1425" w:type="dxa"/>
            <w:vAlign w:val="center"/>
          </w:tcPr>
          <w:p w14:paraId="5C5D11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796CE84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17.04</w:t>
            </w:r>
          </w:p>
        </w:tc>
      </w:tr>
      <w:tr w:rsidR="006D7CF4" w:rsidRPr="00CE6355" w14:paraId="53CF891D" w14:textId="77777777" w:rsidTr="00A0291F">
        <w:trPr>
          <w:jc w:val="center"/>
        </w:trPr>
        <w:tc>
          <w:tcPr>
            <w:tcW w:w="1425" w:type="dxa"/>
            <w:vAlign w:val="center"/>
          </w:tcPr>
          <w:p w14:paraId="635C8C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304</w:t>
            </w:r>
          </w:p>
        </w:tc>
        <w:tc>
          <w:tcPr>
            <w:tcW w:w="1425" w:type="dxa"/>
            <w:vAlign w:val="center"/>
          </w:tcPr>
          <w:p w14:paraId="7079D7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0D4D95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94.47</w:t>
            </w:r>
          </w:p>
        </w:tc>
        <w:tc>
          <w:tcPr>
            <w:tcW w:w="1425" w:type="dxa"/>
            <w:vAlign w:val="center"/>
          </w:tcPr>
          <w:p w14:paraId="746E4D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0.348</w:t>
            </w:r>
          </w:p>
        </w:tc>
        <w:tc>
          <w:tcPr>
            <w:tcW w:w="1425" w:type="dxa"/>
            <w:vAlign w:val="center"/>
          </w:tcPr>
          <w:p w14:paraId="4696C8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0.385</w:t>
            </w:r>
          </w:p>
        </w:tc>
        <w:tc>
          <w:tcPr>
            <w:tcW w:w="1425" w:type="dxa"/>
            <w:vAlign w:val="center"/>
          </w:tcPr>
          <w:p w14:paraId="2193C3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3CBA580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17.22</w:t>
            </w:r>
          </w:p>
        </w:tc>
      </w:tr>
      <w:tr w:rsidR="006D7CF4" w:rsidRPr="00CE6355" w14:paraId="6884CA20" w14:textId="77777777" w:rsidTr="00A0291F">
        <w:trPr>
          <w:jc w:val="center"/>
        </w:trPr>
        <w:tc>
          <w:tcPr>
            <w:tcW w:w="1425" w:type="dxa"/>
            <w:vAlign w:val="center"/>
          </w:tcPr>
          <w:p w14:paraId="5BCBFA7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305</w:t>
            </w:r>
          </w:p>
        </w:tc>
        <w:tc>
          <w:tcPr>
            <w:tcW w:w="1425" w:type="dxa"/>
            <w:vAlign w:val="center"/>
          </w:tcPr>
          <w:p w14:paraId="3B53CA3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8829CC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90.84</w:t>
            </w:r>
          </w:p>
        </w:tc>
        <w:tc>
          <w:tcPr>
            <w:tcW w:w="1425" w:type="dxa"/>
            <w:vAlign w:val="center"/>
          </w:tcPr>
          <w:p w14:paraId="65C4E8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0.371</w:t>
            </w:r>
          </w:p>
        </w:tc>
        <w:tc>
          <w:tcPr>
            <w:tcW w:w="1425" w:type="dxa"/>
            <w:vAlign w:val="center"/>
          </w:tcPr>
          <w:p w14:paraId="4E2362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0.357</w:t>
            </w:r>
          </w:p>
        </w:tc>
        <w:tc>
          <w:tcPr>
            <w:tcW w:w="1425" w:type="dxa"/>
            <w:vAlign w:val="center"/>
          </w:tcPr>
          <w:p w14:paraId="3E7B30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16EEF6F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16.74</w:t>
            </w:r>
          </w:p>
        </w:tc>
      </w:tr>
      <w:tr w:rsidR="006D7CF4" w:rsidRPr="00CE6355" w14:paraId="62736155" w14:textId="77777777" w:rsidTr="00A0291F">
        <w:trPr>
          <w:jc w:val="center"/>
        </w:trPr>
        <w:tc>
          <w:tcPr>
            <w:tcW w:w="1425" w:type="dxa"/>
            <w:vAlign w:val="center"/>
          </w:tcPr>
          <w:p w14:paraId="494B25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306</w:t>
            </w:r>
          </w:p>
        </w:tc>
        <w:tc>
          <w:tcPr>
            <w:tcW w:w="1425" w:type="dxa"/>
            <w:vAlign w:val="center"/>
          </w:tcPr>
          <w:p w14:paraId="62EADE0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75522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93.87</w:t>
            </w:r>
          </w:p>
        </w:tc>
        <w:tc>
          <w:tcPr>
            <w:tcW w:w="1425" w:type="dxa"/>
            <w:vAlign w:val="center"/>
          </w:tcPr>
          <w:p w14:paraId="4817FA3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0.515</w:t>
            </w:r>
          </w:p>
        </w:tc>
        <w:tc>
          <w:tcPr>
            <w:tcW w:w="1425" w:type="dxa"/>
            <w:vAlign w:val="center"/>
          </w:tcPr>
          <w:p w14:paraId="5AE7A2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0.409</w:t>
            </w:r>
          </w:p>
        </w:tc>
        <w:tc>
          <w:tcPr>
            <w:tcW w:w="1425" w:type="dxa"/>
            <w:vAlign w:val="center"/>
          </w:tcPr>
          <w:p w14:paraId="035E0F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4A8B70C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17.71</w:t>
            </w:r>
          </w:p>
        </w:tc>
      </w:tr>
      <w:tr w:rsidR="006D7CF4" w:rsidRPr="00CE6355" w14:paraId="04ECDBF3" w14:textId="77777777" w:rsidTr="00A0291F">
        <w:trPr>
          <w:jc w:val="center"/>
        </w:trPr>
        <w:tc>
          <w:tcPr>
            <w:tcW w:w="1425" w:type="dxa"/>
            <w:vAlign w:val="center"/>
          </w:tcPr>
          <w:p w14:paraId="7F69D3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307</w:t>
            </w:r>
          </w:p>
        </w:tc>
        <w:tc>
          <w:tcPr>
            <w:tcW w:w="1425" w:type="dxa"/>
            <w:vAlign w:val="center"/>
          </w:tcPr>
          <w:p w14:paraId="19D7EC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0B95BB3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91.65</w:t>
            </w:r>
          </w:p>
        </w:tc>
        <w:tc>
          <w:tcPr>
            <w:tcW w:w="1425" w:type="dxa"/>
            <w:vAlign w:val="center"/>
          </w:tcPr>
          <w:p w14:paraId="0A3ACC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0.557</w:t>
            </w:r>
          </w:p>
        </w:tc>
        <w:tc>
          <w:tcPr>
            <w:tcW w:w="1425" w:type="dxa"/>
            <w:vAlign w:val="center"/>
          </w:tcPr>
          <w:p w14:paraId="0CC9B6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</w:t>
            </w:r>
          </w:p>
        </w:tc>
        <w:tc>
          <w:tcPr>
            <w:tcW w:w="1425" w:type="dxa"/>
            <w:vAlign w:val="center"/>
          </w:tcPr>
          <w:p w14:paraId="316092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60D5CB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17.5</w:t>
            </w:r>
          </w:p>
        </w:tc>
      </w:tr>
      <w:tr w:rsidR="006D7CF4" w:rsidRPr="00CE6355" w14:paraId="512F648B" w14:textId="77777777" w:rsidTr="00A0291F">
        <w:trPr>
          <w:jc w:val="center"/>
        </w:trPr>
        <w:tc>
          <w:tcPr>
            <w:tcW w:w="1425" w:type="dxa"/>
            <w:vAlign w:val="center"/>
          </w:tcPr>
          <w:p w14:paraId="0DBEA2B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308</w:t>
            </w:r>
          </w:p>
        </w:tc>
        <w:tc>
          <w:tcPr>
            <w:tcW w:w="1425" w:type="dxa"/>
            <w:vAlign w:val="center"/>
          </w:tcPr>
          <w:p w14:paraId="65750B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5638400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92.08</w:t>
            </w:r>
          </w:p>
        </w:tc>
        <w:tc>
          <w:tcPr>
            <w:tcW w:w="1425" w:type="dxa"/>
            <w:vAlign w:val="center"/>
          </w:tcPr>
          <w:p w14:paraId="46FE68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0.398</w:t>
            </w:r>
          </w:p>
        </w:tc>
        <w:tc>
          <w:tcPr>
            <w:tcW w:w="1425" w:type="dxa"/>
            <w:vAlign w:val="center"/>
          </w:tcPr>
          <w:p w14:paraId="28F043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0.328</w:t>
            </w:r>
          </w:p>
        </w:tc>
        <w:tc>
          <w:tcPr>
            <w:tcW w:w="1425" w:type="dxa"/>
            <w:vAlign w:val="center"/>
          </w:tcPr>
          <w:p w14:paraId="24669A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1425" w:type="dxa"/>
            <w:vAlign w:val="center"/>
          </w:tcPr>
          <w:p w14:paraId="0F37226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16.68</w:t>
            </w:r>
          </w:p>
        </w:tc>
      </w:tr>
      <w:tr w:rsidR="006D7CF4" w:rsidRPr="00CE6355" w14:paraId="0567C89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230F8E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309</w:t>
            </w:r>
          </w:p>
        </w:tc>
        <w:tc>
          <w:tcPr>
            <w:tcW w:w="1425" w:type="dxa"/>
            <w:vAlign w:val="center"/>
          </w:tcPr>
          <w:p w14:paraId="4BC93F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028AC2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95.42</w:t>
            </w:r>
          </w:p>
        </w:tc>
        <w:tc>
          <w:tcPr>
            <w:tcW w:w="1425" w:type="dxa"/>
            <w:vAlign w:val="center"/>
          </w:tcPr>
          <w:p w14:paraId="2047FDB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0.436</w:t>
            </w:r>
          </w:p>
        </w:tc>
        <w:tc>
          <w:tcPr>
            <w:tcW w:w="1425" w:type="dxa"/>
            <w:vAlign w:val="center"/>
          </w:tcPr>
          <w:p w14:paraId="04DDD0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0.337</w:t>
            </w:r>
          </w:p>
        </w:tc>
        <w:tc>
          <w:tcPr>
            <w:tcW w:w="1425" w:type="dxa"/>
            <w:vAlign w:val="center"/>
          </w:tcPr>
          <w:p w14:paraId="4C916F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026C07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16.16</w:t>
            </w:r>
          </w:p>
        </w:tc>
      </w:tr>
      <w:tr w:rsidR="006D7CF4" w:rsidRPr="00CE6355" w14:paraId="1BDA1B1A" w14:textId="77777777" w:rsidTr="00A0291F">
        <w:trPr>
          <w:jc w:val="center"/>
        </w:trPr>
        <w:tc>
          <w:tcPr>
            <w:tcW w:w="1425" w:type="dxa"/>
            <w:vAlign w:val="center"/>
          </w:tcPr>
          <w:p w14:paraId="7986E0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310</w:t>
            </w:r>
          </w:p>
        </w:tc>
        <w:tc>
          <w:tcPr>
            <w:tcW w:w="1425" w:type="dxa"/>
            <w:vAlign w:val="center"/>
          </w:tcPr>
          <w:p w14:paraId="465542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4FD36C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90.35</w:t>
            </w:r>
          </w:p>
        </w:tc>
        <w:tc>
          <w:tcPr>
            <w:tcW w:w="1425" w:type="dxa"/>
            <w:vAlign w:val="center"/>
          </w:tcPr>
          <w:p w14:paraId="7CE4F0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0.424</w:t>
            </w:r>
          </w:p>
        </w:tc>
        <w:tc>
          <w:tcPr>
            <w:tcW w:w="1425" w:type="dxa"/>
            <w:vAlign w:val="center"/>
          </w:tcPr>
          <w:p w14:paraId="75E0180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0.361</w:t>
            </w:r>
          </w:p>
        </w:tc>
        <w:tc>
          <w:tcPr>
            <w:tcW w:w="1425" w:type="dxa"/>
            <w:vAlign w:val="center"/>
          </w:tcPr>
          <w:p w14:paraId="3106278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5427F47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17.72</w:t>
            </w:r>
          </w:p>
        </w:tc>
      </w:tr>
      <w:tr w:rsidR="006D7CF4" w:rsidRPr="00CE6355" w14:paraId="27407F23" w14:textId="77777777" w:rsidTr="00A0291F">
        <w:trPr>
          <w:jc w:val="center"/>
        </w:trPr>
        <w:tc>
          <w:tcPr>
            <w:tcW w:w="1425" w:type="dxa"/>
            <w:vAlign w:val="center"/>
          </w:tcPr>
          <w:p w14:paraId="194E6BD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311</w:t>
            </w:r>
          </w:p>
        </w:tc>
        <w:tc>
          <w:tcPr>
            <w:tcW w:w="1425" w:type="dxa"/>
            <w:vAlign w:val="center"/>
          </w:tcPr>
          <w:p w14:paraId="708B13A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27EE3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96.9</w:t>
            </w:r>
          </w:p>
        </w:tc>
        <w:tc>
          <w:tcPr>
            <w:tcW w:w="1425" w:type="dxa"/>
            <w:vAlign w:val="center"/>
          </w:tcPr>
          <w:p w14:paraId="78E9EDD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0.447</w:t>
            </w:r>
          </w:p>
        </w:tc>
        <w:tc>
          <w:tcPr>
            <w:tcW w:w="1425" w:type="dxa"/>
            <w:vAlign w:val="center"/>
          </w:tcPr>
          <w:p w14:paraId="4155B9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0.309</w:t>
            </w:r>
          </w:p>
        </w:tc>
        <w:tc>
          <w:tcPr>
            <w:tcW w:w="1425" w:type="dxa"/>
            <w:vAlign w:val="center"/>
          </w:tcPr>
          <w:p w14:paraId="10B77B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6A0A46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17.77</w:t>
            </w:r>
          </w:p>
        </w:tc>
      </w:tr>
      <w:tr w:rsidR="006D7CF4" w:rsidRPr="00CE6355" w14:paraId="70DF25A5" w14:textId="77777777" w:rsidTr="00A0291F">
        <w:trPr>
          <w:jc w:val="center"/>
        </w:trPr>
        <w:tc>
          <w:tcPr>
            <w:tcW w:w="1425" w:type="dxa"/>
            <w:vAlign w:val="center"/>
          </w:tcPr>
          <w:p w14:paraId="705A30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312</w:t>
            </w:r>
          </w:p>
        </w:tc>
        <w:tc>
          <w:tcPr>
            <w:tcW w:w="1425" w:type="dxa"/>
            <w:vAlign w:val="center"/>
          </w:tcPr>
          <w:p w14:paraId="4EF97B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540EAF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92.9</w:t>
            </w:r>
          </w:p>
        </w:tc>
        <w:tc>
          <w:tcPr>
            <w:tcW w:w="1425" w:type="dxa"/>
            <w:vAlign w:val="center"/>
          </w:tcPr>
          <w:p w14:paraId="5280E6A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0.443</w:t>
            </w:r>
          </w:p>
        </w:tc>
        <w:tc>
          <w:tcPr>
            <w:tcW w:w="1425" w:type="dxa"/>
            <w:vAlign w:val="center"/>
          </w:tcPr>
          <w:p w14:paraId="361C70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7C2038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7B2FB92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16.07</w:t>
            </w:r>
          </w:p>
        </w:tc>
      </w:tr>
      <w:tr w:rsidR="006D7CF4" w:rsidRPr="00CE6355" w14:paraId="605898BE" w14:textId="77777777" w:rsidTr="00A0291F">
        <w:trPr>
          <w:jc w:val="center"/>
        </w:trPr>
        <w:tc>
          <w:tcPr>
            <w:tcW w:w="1425" w:type="dxa"/>
            <w:vAlign w:val="center"/>
          </w:tcPr>
          <w:p w14:paraId="3BB41D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313</w:t>
            </w:r>
          </w:p>
        </w:tc>
        <w:tc>
          <w:tcPr>
            <w:tcW w:w="1425" w:type="dxa"/>
            <w:vAlign w:val="center"/>
          </w:tcPr>
          <w:p w14:paraId="07D713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12681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93.39</w:t>
            </w:r>
          </w:p>
        </w:tc>
        <w:tc>
          <w:tcPr>
            <w:tcW w:w="1425" w:type="dxa"/>
            <w:vAlign w:val="center"/>
          </w:tcPr>
          <w:p w14:paraId="1D52BF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0.535</w:t>
            </w:r>
          </w:p>
        </w:tc>
        <w:tc>
          <w:tcPr>
            <w:tcW w:w="1425" w:type="dxa"/>
            <w:vAlign w:val="center"/>
          </w:tcPr>
          <w:p w14:paraId="0A98EF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0.327</w:t>
            </w:r>
          </w:p>
        </w:tc>
        <w:tc>
          <w:tcPr>
            <w:tcW w:w="1425" w:type="dxa"/>
            <w:vAlign w:val="center"/>
          </w:tcPr>
          <w:p w14:paraId="281DD2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1B2E75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17.68</w:t>
            </w:r>
          </w:p>
        </w:tc>
      </w:tr>
      <w:tr w:rsidR="006D7CF4" w:rsidRPr="00CE6355" w14:paraId="414EAF01" w14:textId="77777777" w:rsidTr="00A0291F">
        <w:trPr>
          <w:jc w:val="center"/>
        </w:trPr>
        <w:tc>
          <w:tcPr>
            <w:tcW w:w="1425" w:type="dxa"/>
            <w:vAlign w:val="center"/>
          </w:tcPr>
          <w:p w14:paraId="41E8A0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314</w:t>
            </w:r>
          </w:p>
        </w:tc>
        <w:tc>
          <w:tcPr>
            <w:tcW w:w="1425" w:type="dxa"/>
            <w:vAlign w:val="center"/>
          </w:tcPr>
          <w:p w14:paraId="146E4C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668EF5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95.08</w:t>
            </w:r>
          </w:p>
        </w:tc>
        <w:tc>
          <w:tcPr>
            <w:tcW w:w="1425" w:type="dxa"/>
            <w:vAlign w:val="center"/>
          </w:tcPr>
          <w:p w14:paraId="62B3655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0.482</w:t>
            </w:r>
          </w:p>
        </w:tc>
        <w:tc>
          <w:tcPr>
            <w:tcW w:w="1425" w:type="dxa"/>
            <w:vAlign w:val="center"/>
          </w:tcPr>
          <w:p w14:paraId="174317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0.381</w:t>
            </w:r>
          </w:p>
        </w:tc>
        <w:tc>
          <w:tcPr>
            <w:tcW w:w="1425" w:type="dxa"/>
            <w:vAlign w:val="center"/>
          </w:tcPr>
          <w:p w14:paraId="03DF633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0.028</w:t>
            </w:r>
          </w:p>
        </w:tc>
        <w:tc>
          <w:tcPr>
            <w:tcW w:w="1425" w:type="dxa"/>
            <w:vAlign w:val="center"/>
          </w:tcPr>
          <w:p w14:paraId="2BED15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17.48</w:t>
            </w:r>
          </w:p>
        </w:tc>
      </w:tr>
      <w:tr w:rsidR="006D7CF4" w:rsidRPr="00CE6355" w14:paraId="12E91AC6" w14:textId="77777777" w:rsidTr="00A0291F">
        <w:trPr>
          <w:jc w:val="center"/>
        </w:trPr>
        <w:tc>
          <w:tcPr>
            <w:tcW w:w="1425" w:type="dxa"/>
            <w:vAlign w:val="center"/>
          </w:tcPr>
          <w:p w14:paraId="029C942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315</w:t>
            </w:r>
          </w:p>
        </w:tc>
        <w:tc>
          <w:tcPr>
            <w:tcW w:w="1425" w:type="dxa"/>
            <w:vAlign w:val="center"/>
          </w:tcPr>
          <w:p w14:paraId="4BED61E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CD0E5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94.08</w:t>
            </w:r>
          </w:p>
        </w:tc>
        <w:tc>
          <w:tcPr>
            <w:tcW w:w="1425" w:type="dxa"/>
            <w:vAlign w:val="center"/>
          </w:tcPr>
          <w:p w14:paraId="24F8E5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0.455</w:t>
            </w:r>
          </w:p>
        </w:tc>
        <w:tc>
          <w:tcPr>
            <w:tcW w:w="1425" w:type="dxa"/>
            <w:vAlign w:val="center"/>
          </w:tcPr>
          <w:p w14:paraId="7B7FD0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0.366</w:t>
            </w:r>
          </w:p>
        </w:tc>
        <w:tc>
          <w:tcPr>
            <w:tcW w:w="1425" w:type="dxa"/>
            <w:vAlign w:val="center"/>
          </w:tcPr>
          <w:p w14:paraId="7164CE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434D98B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16.3</w:t>
            </w:r>
          </w:p>
        </w:tc>
      </w:tr>
      <w:tr w:rsidR="006D7CF4" w:rsidRPr="00CE6355" w14:paraId="0B0BAFDD" w14:textId="77777777" w:rsidTr="00A0291F">
        <w:trPr>
          <w:jc w:val="center"/>
        </w:trPr>
        <w:tc>
          <w:tcPr>
            <w:tcW w:w="1425" w:type="dxa"/>
            <w:vAlign w:val="center"/>
          </w:tcPr>
          <w:p w14:paraId="13B4D36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316</w:t>
            </w:r>
          </w:p>
        </w:tc>
        <w:tc>
          <w:tcPr>
            <w:tcW w:w="1425" w:type="dxa"/>
            <w:vAlign w:val="center"/>
          </w:tcPr>
          <w:p w14:paraId="1B1FF0F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336BEA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93.21</w:t>
            </w:r>
          </w:p>
        </w:tc>
        <w:tc>
          <w:tcPr>
            <w:tcW w:w="1425" w:type="dxa"/>
            <w:vAlign w:val="center"/>
          </w:tcPr>
          <w:p w14:paraId="4E1308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0.496</w:t>
            </w:r>
          </w:p>
        </w:tc>
        <w:tc>
          <w:tcPr>
            <w:tcW w:w="1425" w:type="dxa"/>
            <w:vAlign w:val="center"/>
          </w:tcPr>
          <w:p w14:paraId="4B2AD39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0.335</w:t>
            </w:r>
          </w:p>
        </w:tc>
        <w:tc>
          <w:tcPr>
            <w:tcW w:w="1425" w:type="dxa"/>
            <w:vAlign w:val="center"/>
          </w:tcPr>
          <w:p w14:paraId="450340C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28D83F9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17.46</w:t>
            </w:r>
          </w:p>
        </w:tc>
      </w:tr>
      <w:tr w:rsidR="006D7CF4" w:rsidRPr="00CE6355" w14:paraId="26E23648" w14:textId="77777777" w:rsidTr="00A0291F">
        <w:trPr>
          <w:jc w:val="center"/>
        </w:trPr>
        <w:tc>
          <w:tcPr>
            <w:tcW w:w="1425" w:type="dxa"/>
            <w:vAlign w:val="center"/>
          </w:tcPr>
          <w:p w14:paraId="5A66735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317</w:t>
            </w:r>
          </w:p>
        </w:tc>
        <w:tc>
          <w:tcPr>
            <w:tcW w:w="1425" w:type="dxa"/>
            <w:vAlign w:val="center"/>
          </w:tcPr>
          <w:p w14:paraId="2764E5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4BD49A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91.57</w:t>
            </w:r>
          </w:p>
        </w:tc>
        <w:tc>
          <w:tcPr>
            <w:tcW w:w="1425" w:type="dxa"/>
            <w:vAlign w:val="center"/>
          </w:tcPr>
          <w:p w14:paraId="4CBFA2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0.422</w:t>
            </w:r>
          </w:p>
        </w:tc>
        <w:tc>
          <w:tcPr>
            <w:tcW w:w="1425" w:type="dxa"/>
            <w:vAlign w:val="center"/>
          </w:tcPr>
          <w:p w14:paraId="6EDB13D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0.366</w:t>
            </w:r>
          </w:p>
        </w:tc>
        <w:tc>
          <w:tcPr>
            <w:tcW w:w="1425" w:type="dxa"/>
            <w:vAlign w:val="center"/>
          </w:tcPr>
          <w:p w14:paraId="6595684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2FCEAD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17.34</w:t>
            </w:r>
          </w:p>
        </w:tc>
      </w:tr>
      <w:tr w:rsidR="006D7CF4" w:rsidRPr="00CE6355" w14:paraId="6CA58FB2" w14:textId="77777777" w:rsidTr="00A0291F">
        <w:trPr>
          <w:jc w:val="center"/>
        </w:trPr>
        <w:tc>
          <w:tcPr>
            <w:tcW w:w="1425" w:type="dxa"/>
            <w:vAlign w:val="center"/>
          </w:tcPr>
          <w:p w14:paraId="4F491F8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318</w:t>
            </w:r>
          </w:p>
        </w:tc>
        <w:tc>
          <w:tcPr>
            <w:tcW w:w="1425" w:type="dxa"/>
            <w:vAlign w:val="center"/>
          </w:tcPr>
          <w:p w14:paraId="434B60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3DCD5B6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92.77</w:t>
            </w:r>
          </w:p>
        </w:tc>
        <w:tc>
          <w:tcPr>
            <w:tcW w:w="1425" w:type="dxa"/>
            <w:vAlign w:val="center"/>
          </w:tcPr>
          <w:p w14:paraId="0A37A0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</w:t>
            </w:r>
          </w:p>
        </w:tc>
        <w:tc>
          <w:tcPr>
            <w:tcW w:w="1425" w:type="dxa"/>
            <w:vAlign w:val="center"/>
          </w:tcPr>
          <w:p w14:paraId="130DCB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0.311</w:t>
            </w:r>
          </w:p>
        </w:tc>
        <w:tc>
          <w:tcPr>
            <w:tcW w:w="1425" w:type="dxa"/>
            <w:vAlign w:val="center"/>
          </w:tcPr>
          <w:p w14:paraId="1337191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43CB631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16.9</w:t>
            </w:r>
          </w:p>
        </w:tc>
      </w:tr>
      <w:tr w:rsidR="006D7CF4" w:rsidRPr="00CE6355" w14:paraId="45EFC6CF" w14:textId="77777777" w:rsidTr="00A0291F">
        <w:trPr>
          <w:jc w:val="center"/>
        </w:trPr>
        <w:tc>
          <w:tcPr>
            <w:tcW w:w="1425" w:type="dxa"/>
            <w:vAlign w:val="center"/>
          </w:tcPr>
          <w:p w14:paraId="268682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319</w:t>
            </w:r>
          </w:p>
        </w:tc>
        <w:tc>
          <w:tcPr>
            <w:tcW w:w="1425" w:type="dxa"/>
            <w:vAlign w:val="center"/>
          </w:tcPr>
          <w:p w14:paraId="11548B9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737B5A7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92.77</w:t>
            </w:r>
          </w:p>
        </w:tc>
        <w:tc>
          <w:tcPr>
            <w:tcW w:w="1425" w:type="dxa"/>
            <w:vAlign w:val="center"/>
          </w:tcPr>
          <w:p w14:paraId="5E4AA6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0.302</w:t>
            </w:r>
          </w:p>
        </w:tc>
        <w:tc>
          <w:tcPr>
            <w:tcW w:w="1425" w:type="dxa"/>
            <w:vAlign w:val="center"/>
          </w:tcPr>
          <w:p w14:paraId="70D50A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0.299</w:t>
            </w:r>
          </w:p>
        </w:tc>
        <w:tc>
          <w:tcPr>
            <w:tcW w:w="1425" w:type="dxa"/>
            <w:vAlign w:val="center"/>
          </w:tcPr>
          <w:p w14:paraId="37EF4D1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726C75C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15.97</w:t>
            </w:r>
          </w:p>
        </w:tc>
      </w:tr>
      <w:tr w:rsidR="006D7CF4" w:rsidRPr="00CE6355" w14:paraId="3B07ADE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AAAD9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320</w:t>
            </w:r>
          </w:p>
        </w:tc>
        <w:tc>
          <w:tcPr>
            <w:tcW w:w="1425" w:type="dxa"/>
            <w:vAlign w:val="center"/>
          </w:tcPr>
          <w:p w14:paraId="2777341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31510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94.26</w:t>
            </w:r>
          </w:p>
        </w:tc>
        <w:tc>
          <w:tcPr>
            <w:tcW w:w="1425" w:type="dxa"/>
            <w:vAlign w:val="center"/>
          </w:tcPr>
          <w:p w14:paraId="7A36EFA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0.346</w:t>
            </w:r>
          </w:p>
        </w:tc>
        <w:tc>
          <w:tcPr>
            <w:tcW w:w="1425" w:type="dxa"/>
            <w:vAlign w:val="center"/>
          </w:tcPr>
          <w:p w14:paraId="28956D5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0.332</w:t>
            </w:r>
          </w:p>
        </w:tc>
        <w:tc>
          <w:tcPr>
            <w:tcW w:w="1425" w:type="dxa"/>
            <w:vAlign w:val="center"/>
          </w:tcPr>
          <w:p w14:paraId="079013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1425" w:type="dxa"/>
            <w:vAlign w:val="center"/>
          </w:tcPr>
          <w:p w14:paraId="3D3F28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16.56</w:t>
            </w:r>
          </w:p>
        </w:tc>
      </w:tr>
      <w:tr w:rsidR="006D7CF4" w:rsidRPr="00CE6355" w14:paraId="0466B72E" w14:textId="77777777" w:rsidTr="00A0291F">
        <w:trPr>
          <w:jc w:val="center"/>
        </w:trPr>
        <w:tc>
          <w:tcPr>
            <w:tcW w:w="1425" w:type="dxa"/>
            <w:vAlign w:val="center"/>
          </w:tcPr>
          <w:p w14:paraId="30A6DD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321</w:t>
            </w:r>
          </w:p>
        </w:tc>
        <w:tc>
          <w:tcPr>
            <w:tcW w:w="1425" w:type="dxa"/>
            <w:vAlign w:val="center"/>
          </w:tcPr>
          <w:p w14:paraId="0C7E9B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7027F1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93.46</w:t>
            </w:r>
          </w:p>
        </w:tc>
        <w:tc>
          <w:tcPr>
            <w:tcW w:w="1425" w:type="dxa"/>
            <w:vAlign w:val="center"/>
          </w:tcPr>
          <w:p w14:paraId="4777F68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0.353</w:t>
            </w:r>
          </w:p>
        </w:tc>
        <w:tc>
          <w:tcPr>
            <w:tcW w:w="1425" w:type="dxa"/>
            <w:vAlign w:val="center"/>
          </w:tcPr>
          <w:p w14:paraId="603930C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0.343</w:t>
            </w:r>
          </w:p>
        </w:tc>
        <w:tc>
          <w:tcPr>
            <w:tcW w:w="1425" w:type="dxa"/>
            <w:vAlign w:val="center"/>
          </w:tcPr>
          <w:p w14:paraId="0D11CB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7EC5C6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17.01</w:t>
            </w:r>
          </w:p>
        </w:tc>
      </w:tr>
      <w:tr w:rsidR="006D7CF4" w:rsidRPr="00CE6355" w14:paraId="34D249D8" w14:textId="77777777" w:rsidTr="00A0291F">
        <w:trPr>
          <w:jc w:val="center"/>
        </w:trPr>
        <w:tc>
          <w:tcPr>
            <w:tcW w:w="1425" w:type="dxa"/>
            <w:vAlign w:val="center"/>
          </w:tcPr>
          <w:p w14:paraId="738E03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322</w:t>
            </w:r>
          </w:p>
        </w:tc>
        <w:tc>
          <w:tcPr>
            <w:tcW w:w="1425" w:type="dxa"/>
            <w:vAlign w:val="center"/>
          </w:tcPr>
          <w:p w14:paraId="2A3884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553FAC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94.18</w:t>
            </w:r>
          </w:p>
        </w:tc>
        <w:tc>
          <w:tcPr>
            <w:tcW w:w="1425" w:type="dxa"/>
            <w:vAlign w:val="center"/>
          </w:tcPr>
          <w:p w14:paraId="06B6F1E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0.561</w:t>
            </w:r>
          </w:p>
        </w:tc>
        <w:tc>
          <w:tcPr>
            <w:tcW w:w="1425" w:type="dxa"/>
            <w:vAlign w:val="center"/>
          </w:tcPr>
          <w:p w14:paraId="336B7D6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0.352</w:t>
            </w:r>
          </w:p>
        </w:tc>
        <w:tc>
          <w:tcPr>
            <w:tcW w:w="1425" w:type="dxa"/>
            <w:vAlign w:val="center"/>
          </w:tcPr>
          <w:p w14:paraId="3DB647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14F2772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17.82</w:t>
            </w:r>
          </w:p>
        </w:tc>
      </w:tr>
      <w:tr w:rsidR="006D7CF4" w:rsidRPr="00CE6355" w14:paraId="463DD858" w14:textId="77777777" w:rsidTr="00A0291F">
        <w:trPr>
          <w:jc w:val="center"/>
        </w:trPr>
        <w:tc>
          <w:tcPr>
            <w:tcW w:w="1425" w:type="dxa"/>
            <w:vAlign w:val="center"/>
          </w:tcPr>
          <w:p w14:paraId="0267B7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323</w:t>
            </w:r>
          </w:p>
        </w:tc>
        <w:tc>
          <w:tcPr>
            <w:tcW w:w="1425" w:type="dxa"/>
            <w:vAlign w:val="center"/>
          </w:tcPr>
          <w:p w14:paraId="5FEA9BF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466E97D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93.85</w:t>
            </w:r>
          </w:p>
        </w:tc>
        <w:tc>
          <w:tcPr>
            <w:tcW w:w="1425" w:type="dxa"/>
            <w:vAlign w:val="center"/>
          </w:tcPr>
          <w:p w14:paraId="1BC50C8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0.349</w:t>
            </w:r>
          </w:p>
        </w:tc>
        <w:tc>
          <w:tcPr>
            <w:tcW w:w="1425" w:type="dxa"/>
            <w:vAlign w:val="center"/>
          </w:tcPr>
          <w:p w14:paraId="717E21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0.385</w:t>
            </w:r>
          </w:p>
        </w:tc>
        <w:tc>
          <w:tcPr>
            <w:tcW w:w="1425" w:type="dxa"/>
            <w:vAlign w:val="center"/>
          </w:tcPr>
          <w:p w14:paraId="0ECDC9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0.019</w:t>
            </w:r>
          </w:p>
        </w:tc>
        <w:tc>
          <w:tcPr>
            <w:tcW w:w="1425" w:type="dxa"/>
            <w:vAlign w:val="center"/>
          </w:tcPr>
          <w:p w14:paraId="07AE56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16.77</w:t>
            </w:r>
          </w:p>
        </w:tc>
      </w:tr>
      <w:tr w:rsidR="006D7CF4" w:rsidRPr="00CE6355" w14:paraId="615677FE" w14:textId="77777777" w:rsidTr="00A0291F">
        <w:trPr>
          <w:jc w:val="center"/>
        </w:trPr>
        <w:tc>
          <w:tcPr>
            <w:tcW w:w="1425" w:type="dxa"/>
            <w:vAlign w:val="center"/>
          </w:tcPr>
          <w:p w14:paraId="4DA185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324</w:t>
            </w:r>
          </w:p>
        </w:tc>
        <w:tc>
          <w:tcPr>
            <w:tcW w:w="1425" w:type="dxa"/>
            <w:vAlign w:val="center"/>
          </w:tcPr>
          <w:p w14:paraId="4898ECE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DC4A1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97.14</w:t>
            </w:r>
          </w:p>
        </w:tc>
        <w:tc>
          <w:tcPr>
            <w:tcW w:w="1425" w:type="dxa"/>
            <w:vAlign w:val="center"/>
          </w:tcPr>
          <w:p w14:paraId="6B74679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0.505</w:t>
            </w:r>
          </w:p>
        </w:tc>
        <w:tc>
          <w:tcPr>
            <w:tcW w:w="1425" w:type="dxa"/>
            <w:vAlign w:val="center"/>
          </w:tcPr>
          <w:p w14:paraId="6BB6FF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0.355</w:t>
            </w:r>
          </w:p>
        </w:tc>
        <w:tc>
          <w:tcPr>
            <w:tcW w:w="1425" w:type="dxa"/>
            <w:vAlign w:val="center"/>
          </w:tcPr>
          <w:p w14:paraId="667942A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54FF4DB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16.58</w:t>
            </w:r>
          </w:p>
        </w:tc>
      </w:tr>
      <w:tr w:rsidR="006D7CF4" w:rsidRPr="00CE6355" w14:paraId="25E4A969" w14:textId="77777777" w:rsidTr="00A0291F">
        <w:trPr>
          <w:jc w:val="center"/>
        </w:trPr>
        <w:tc>
          <w:tcPr>
            <w:tcW w:w="1425" w:type="dxa"/>
            <w:vAlign w:val="center"/>
          </w:tcPr>
          <w:p w14:paraId="4D4642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325</w:t>
            </w:r>
          </w:p>
        </w:tc>
        <w:tc>
          <w:tcPr>
            <w:tcW w:w="1425" w:type="dxa"/>
            <w:vAlign w:val="center"/>
          </w:tcPr>
          <w:p w14:paraId="1B7CE7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1DCE65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92.0</w:t>
            </w:r>
          </w:p>
        </w:tc>
        <w:tc>
          <w:tcPr>
            <w:tcW w:w="1425" w:type="dxa"/>
            <w:vAlign w:val="center"/>
          </w:tcPr>
          <w:p w14:paraId="327DAD7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0.381</w:t>
            </w:r>
          </w:p>
        </w:tc>
        <w:tc>
          <w:tcPr>
            <w:tcW w:w="1425" w:type="dxa"/>
            <w:vAlign w:val="center"/>
          </w:tcPr>
          <w:p w14:paraId="1A746C8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0.324</w:t>
            </w:r>
          </w:p>
        </w:tc>
        <w:tc>
          <w:tcPr>
            <w:tcW w:w="1425" w:type="dxa"/>
            <w:vAlign w:val="center"/>
          </w:tcPr>
          <w:p w14:paraId="7F731BC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7DFE753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16.02</w:t>
            </w:r>
          </w:p>
        </w:tc>
      </w:tr>
      <w:tr w:rsidR="006D7CF4" w:rsidRPr="00CE6355" w14:paraId="63F30252" w14:textId="77777777" w:rsidTr="00A0291F">
        <w:trPr>
          <w:jc w:val="center"/>
        </w:trPr>
        <w:tc>
          <w:tcPr>
            <w:tcW w:w="1425" w:type="dxa"/>
            <w:vAlign w:val="center"/>
          </w:tcPr>
          <w:p w14:paraId="5043EB8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326</w:t>
            </w:r>
          </w:p>
        </w:tc>
        <w:tc>
          <w:tcPr>
            <w:tcW w:w="1425" w:type="dxa"/>
            <w:vAlign w:val="center"/>
          </w:tcPr>
          <w:p w14:paraId="58B041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7CDB73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93.82</w:t>
            </w:r>
          </w:p>
        </w:tc>
        <w:tc>
          <w:tcPr>
            <w:tcW w:w="1425" w:type="dxa"/>
            <w:vAlign w:val="center"/>
          </w:tcPr>
          <w:p w14:paraId="09E178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0.425</w:t>
            </w:r>
          </w:p>
        </w:tc>
        <w:tc>
          <w:tcPr>
            <w:tcW w:w="1425" w:type="dxa"/>
            <w:vAlign w:val="center"/>
          </w:tcPr>
          <w:p w14:paraId="29E24C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0.322</w:t>
            </w:r>
          </w:p>
        </w:tc>
        <w:tc>
          <w:tcPr>
            <w:tcW w:w="1425" w:type="dxa"/>
            <w:vAlign w:val="center"/>
          </w:tcPr>
          <w:p w14:paraId="69A0495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45297ED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16.89</w:t>
            </w:r>
          </w:p>
        </w:tc>
      </w:tr>
      <w:tr w:rsidR="006D7CF4" w:rsidRPr="00CE6355" w14:paraId="27F517D3" w14:textId="77777777" w:rsidTr="00A0291F">
        <w:trPr>
          <w:jc w:val="center"/>
        </w:trPr>
        <w:tc>
          <w:tcPr>
            <w:tcW w:w="1425" w:type="dxa"/>
            <w:vAlign w:val="center"/>
          </w:tcPr>
          <w:p w14:paraId="7CAD014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327</w:t>
            </w:r>
          </w:p>
        </w:tc>
        <w:tc>
          <w:tcPr>
            <w:tcW w:w="1425" w:type="dxa"/>
            <w:vAlign w:val="center"/>
          </w:tcPr>
          <w:p w14:paraId="14177D9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43A516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90.49</w:t>
            </w:r>
          </w:p>
        </w:tc>
        <w:tc>
          <w:tcPr>
            <w:tcW w:w="1425" w:type="dxa"/>
            <w:vAlign w:val="center"/>
          </w:tcPr>
          <w:p w14:paraId="2C5138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0.354</w:t>
            </w:r>
          </w:p>
        </w:tc>
        <w:tc>
          <w:tcPr>
            <w:tcW w:w="1425" w:type="dxa"/>
            <w:vAlign w:val="center"/>
          </w:tcPr>
          <w:p w14:paraId="42DE4D9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0.343</w:t>
            </w:r>
          </w:p>
        </w:tc>
        <w:tc>
          <w:tcPr>
            <w:tcW w:w="1425" w:type="dxa"/>
            <w:vAlign w:val="center"/>
          </w:tcPr>
          <w:p w14:paraId="655266E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425" w:type="dxa"/>
            <w:vAlign w:val="center"/>
          </w:tcPr>
          <w:p w14:paraId="254375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17.48</w:t>
            </w:r>
          </w:p>
        </w:tc>
      </w:tr>
      <w:tr w:rsidR="006D7CF4" w:rsidRPr="00CE6355" w14:paraId="05B28EDC" w14:textId="77777777" w:rsidTr="00A0291F">
        <w:trPr>
          <w:jc w:val="center"/>
        </w:trPr>
        <w:tc>
          <w:tcPr>
            <w:tcW w:w="1425" w:type="dxa"/>
            <w:vAlign w:val="center"/>
          </w:tcPr>
          <w:p w14:paraId="009FC6C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328</w:t>
            </w:r>
          </w:p>
        </w:tc>
        <w:tc>
          <w:tcPr>
            <w:tcW w:w="1425" w:type="dxa"/>
            <w:vAlign w:val="center"/>
          </w:tcPr>
          <w:p w14:paraId="0C98B06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58B54F6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90.7</w:t>
            </w:r>
          </w:p>
        </w:tc>
        <w:tc>
          <w:tcPr>
            <w:tcW w:w="1425" w:type="dxa"/>
            <w:vAlign w:val="center"/>
          </w:tcPr>
          <w:p w14:paraId="3EB396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0.319</w:t>
            </w:r>
          </w:p>
        </w:tc>
        <w:tc>
          <w:tcPr>
            <w:tcW w:w="1425" w:type="dxa"/>
            <w:vAlign w:val="center"/>
          </w:tcPr>
          <w:p w14:paraId="0A91E1F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0.317</w:t>
            </w:r>
          </w:p>
        </w:tc>
        <w:tc>
          <w:tcPr>
            <w:tcW w:w="1425" w:type="dxa"/>
            <w:vAlign w:val="center"/>
          </w:tcPr>
          <w:p w14:paraId="1995E8D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2712577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16.91</w:t>
            </w:r>
          </w:p>
        </w:tc>
      </w:tr>
      <w:tr w:rsidR="006D7CF4" w:rsidRPr="00CE6355" w14:paraId="4D9A9317" w14:textId="77777777" w:rsidTr="00A0291F">
        <w:trPr>
          <w:jc w:val="center"/>
        </w:trPr>
        <w:tc>
          <w:tcPr>
            <w:tcW w:w="1425" w:type="dxa"/>
            <w:vAlign w:val="center"/>
          </w:tcPr>
          <w:p w14:paraId="2E1F2F7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329</w:t>
            </w:r>
          </w:p>
        </w:tc>
        <w:tc>
          <w:tcPr>
            <w:tcW w:w="1425" w:type="dxa"/>
            <w:vAlign w:val="center"/>
          </w:tcPr>
          <w:p w14:paraId="7D6DB6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7504581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94.34</w:t>
            </w:r>
          </w:p>
        </w:tc>
        <w:tc>
          <w:tcPr>
            <w:tcW w:w="1425" w:type="dxa"/>
            <w:vAlign w:val="center"/>
          </w:tcPr>
          <w:p w14:paraId="42B452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0.416</w:t>
            </w:r>
          </w:p>
        </w:tc>
        <w:tc>
          <w:tcPr>
            <w:tcW w:w="1425" w:type="dxa"/>
            <w:vAlign w:val="center"/>
          </w:tcPr>
          <w:p w14:paraId="1AC56B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0.359</w:t>
            </w:r>
          </w:p>
        </w:tc>
        <w:tc>
          <w:tcPr>
            <w:tcW w:w="1425" w:type="dxa"/>
            <w:vAlign w:val="center"/>
          </w:tcPr>
          <w:p w14:paraId="22BDA57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0.023</w:t>
            </w:r>
          </w:p>
        </w:tc>
        <w:tc>
          <w:tcPr>
            <w:tcW w:w="1425" w:type="dxa"/>
            <w:vAlign w:val="center"/>
          </w:tcPr>
          <w:p w14:paraId="6080F09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15.97</w:t>
            </w:r>
          </w:p>
        </w:tc>
      </w:tr>
      <w:tr w:rsidR="006D7CF4" w:rsidRPr="00CE6355" w14:paraId="1632D5E5" w14:textId="77777777" w:rsidTr="00A0291F">
        <w:trPr>
          <w:jc w:val="center"/>
        </w:trPr>
        <w:tc>
          <w:tcPr>
            <w:tcW w:w="1425" w:type="dxa"/>
            <w:vAlign w:val="center"/>
          </w:tcPr>
          <w:p w14:paraId="3E09C9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330</w:t>
            </w:r>
          </w:p>
        </w:tc>
        <w:tc>
          <w:tcPr>
            <w:tcW w:w="1425" w:type="dxa"/>
            <w:vAlign w:val="center"/>
          </w:tcPr>
          <w:p w14:paraId="1873B11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95CF1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93.72</w:t>
            </w:r>
          </w:p>
        </w:tc>
        <w:tc>
          <w:tcPr>
            <w:tcW w:w="1425" w:type="dxa"/>
            <w:vAlign w:val="center"/>
          </w:tcPr>
          <w:p w14:paraId="6D9E46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0.354</w:t>
            </w:r>
          </w:p>
        </w:tc>
        <w:tc>
          <w:tcPr>
            <w:tcW w:w="1425" w:type="dxa"/>
            <w:vAlign w:val="center"/>
          </w:tcPr>
          <w:p w14:paraId="6C0E604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0.355</w:t>
            </w:r>
          </w:p>
        </w:tc>
        <w:tc>
          <w:tcPr>
            <w:tcW w:w="1425" w:type="dxa"/>
            <w:vAlign w:val="center"/>
          </w:tcPr>
          <w:p w14:paraId="7E8FE3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7106352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16.79</w:t>
            </w:r>
          </w:p>
        </w:tc>
      </w:tr>
      <w:tr w:rsidR="006D7CF4" w:rsidRPr="00CE6355" w14:paraId="380E096E" w14:textId="77777777" w:rsidTr="00A0291F">
        <w:trPr>
          <w:jc w:val="center"/>
        </w:trPr>
        <w:tc>
          <w:tcPr>
            <w:tcW w:w="1425" w:type="dxa"/>
            <w:vAlign w:val="center"/>
          </w:tcPr>
          <w:p w14:paraId="37445DE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331</w:t>
            </w:r>
          </w:p>
        </w:tc>
        <w:tc>
          <w:tcPr>
            <w:tcW w:w="1425" w:type="dxa"/>
            <w:vAlign w:val="center"/>
          </w:tcPr>
          <w:p w14:paraId="54D230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E919A8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92.06</w:t>
            </w:r>
          </w:p>
        </w:tc>
        <w:tc>
          <w:tcPr>
            <w:tcW w:w="1425" w:type="dxa"/>
            <w:vAlign w:val="center"/>
          </w:tcPr>
          <w:p w14:paraId="52E13A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0.551</w:t>
            </w:r>
          </w:p>
        </w:tc>
        <w:tc>
          <w:tcPr>
            <w:tcW w:w="1425" w:type="dxa"/>
            <w:vAlign w:val="center"/>
          </w:tcPr>
          <w:p w14:paraId="259B9D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0.401</w:t>
            </w:r>
          </w:p>
        </w:tc>
        <w:tc>
          <w:tcPr>
            <w:tcW w:w="1425" w:type="dxa"/>
            <w:vAlign w:val="center"/>
          </w:tcPr>
          <w:p w14:paraId="5E067A0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3984D5E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17.53</w:t>
            </w:r>
          </w:p>
        </w:tc>
      </w:tr>
      <w:tr w:rsidR="006D7CF4" w:rsidRPr="00CE6355" w14:paraId="3B9EFBD7" w14:textId="77777777" w:rsidTr="00A0291F">
        <w:trPr>
          <w:jc w:val="center"/>
        </w:trPr>
        <w:tc>
          <w:tcPr>
            <w:tcW w:w="1425" w:type="dxa"/>
            <w:vAlign w:val="center"/>
          </w:tcPr>
          <w:p w14:paraId="0D8CA1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332</w:t>
            </w:r>
          </w:p>
        </w:tc>
        <w:tc>
          <w:tcPr>
            <w:tcW w:w="1425" w:type="dxa"/>
            <w:vAlign w:val="center"/>
          </w:tcPr>
          <w:p w14:paraId="672F6FB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1DE26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94.38</w:t>
            </w:r>
          </w:p>
        </w:tc>
        <w:tc>
          <w:tcPr>
            <w:tcW w:w="1425" w:type="dxa"/>
            <w:vAlign w:val="center"/>
          </w:tcPr>
          <w:p w14:paraId="62717D1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0.649</w:t>
            </w:r>
          </w:p>
        </w:tc>
        <w:tc>
          <w:tcPr>
            <w:tcW w:w="1425" w:type="dxa"/>
            <w:vAlign w:val="center"/>
          </w:tcPr>
          <w:p w14:paraId="36D7EE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0.32</w:t>
            </w:r>
          </w:p>
        </w:tc>
        <w:tc>
          <w:tcPr>
            <w:tcW w:w="1425" w:type="dxa"/>
            <w:vAlign w:val="center"/>
          </w:tcPr>
          <w:p w14:paraId="14E4E7D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2C9DC5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17.32</w:t>
            </w:r>
          </w:p>
        </w:tc>
      </w:tr>
      <w:tr w:rsidR="006D7CF4" w:rsidRPr="00CE6355" w14:paraId="5868F3FF" w14:textId="77777777" w:rsidTr="00A0291F">
        <w:trPr>
          <w:jc w:val="center"/>
        </w:trPr>
        <w:tc>
          <w:tcPr>
            <w:tcW w:w="1425" w:type="dxa"/>
            <w:vAlign w:val="center"/>
          </w:tcPr>
          <w:p w14:paraId="5D3043F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333</w:t>
            </w:r>
          </w:p>
        </w:tc>
        <w:tc>
          <w:tcPr>
            <w:tcW w:w="1425" w:type="dxa"/>
            <w:vAlign w:val="center"/>
          </w:tcPr>
          <w:p w14:paraId="1FAB50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0A38C08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93.22</w:t>
            </w:r>
          </w:p>
        </w:tc>
        <w:tc>
          <w:tcPr>
            <w:tcW w:w="1425" w:type="dxa"/>
            <w:vAlign w:val="center"/>
          </w:tcPr>
          <w:p w14:paraId="3E3E187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0.438</w:t>
            </w:r>
          </w:p>
        </w:tc>
        <w:tc>
          <w:tcPr>
            <w:tcW w:w="1425" w:type="dxa"/>
            <w:vAlign w:val="center"/>
          </w:tcPr>
          <w:p w14:paraId="6F3C590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0.346</w:t>
            </w:r>
          </w:p>
        </w:tc>
        <w:tc>
          <w:tcPr>
            <w:tcW w:w="1425" w:type="dxa"/>
            <w:vAlign w:val="center"/>
          </w:tcPr>
          <w:p w14:paraId="793041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425" w:type="dxa"/>
            <w:vAlign w:val="center"/>
          </w:tcPr>
          <w:p w14:paraId="4B4606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16.52</w:t>
            </w:r>
          </w:p>
        </w:tc>
      </w:tr>
      <w:tr w:rsidR="006D7CF4" w:rsidRPr="00CE6355" w14:paraId="22E98237" w14:textId="77777777" w:rsidTr="00A0291F">
        <w:trPr>
          <w:jc w:val="center"/>
        </w:trPr>
        <w:tc>
          <w:tcPr>
            <w:tcW w:w="1425" w:type="dxa"/>
            <w:vAlign w:val="center"/>
          </w:tcPr>
          <w:p w14:paraId="4D65682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334</w:t>
            </w:r>
          </w:p>
        </w:tc>
        <w:tc>
          <w:tcPr>
            <w:tcW w:w="1425" w:type="dxa"/>
            <w:vAlign w:val="center"/>
          </w:tcPr>
          <w:p w14:paraId="465AB82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1578B4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90.9</w:t>
            </w:r>
          </w:p>
        </w:tc>
        <w:tc>
          <w:tcPr>
            <w:tcW w:w="1425" w:type="dxa"/>
            <w:vAlign w:val="center"/>
          </w:tcPr>
          <w:p w14:paraId="36871E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0.616</w:t>
            </w:r>
          </w:p>
        </w:tc>
        <w:tc>
          <w:tcPr>
            <w:tcW w:w="1425" w:type="dxa"/>
            <w:vAlign w:val="center"/>
          </w:tcPr>
          <w:p w14:paraId="789E6A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0.376</w:t>
            </w:r>
          </w:p>
        </w:tc>
        <w:tc>
          <w:tcPr>
            <w:tcW w:w="1425" w:type="dxa"/>
            <w:vAlign w:val="center"/>
          </w:tcPr>
          <w:p w14:paraId="706BD1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0.022</w:t>
            </w:r>
          </w:p>
        </w:tc>
        <w:tc>
          <w:tcPr>
            <w:tcW w:w="1425" w:type="dxa"/>
            <w:vAlign w:val="center"/>
          </w:tcPr>
          <w:p w14:paraId="734115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16.36</w:t>
            </w:r>
          </w:p>
        </w:tc>
      </w:tr>
      <w:tr w:rsidR="006D7CF4" w:rsidRPr="00CE6355" w14:paraId="2A06EB78" w14:textId="77777777" w:rsidTr="00A0291F">
        <w:trPr>
          <w:jc w:val="center"/>
        </w:trPr>
        <w:tc>
          <w:tcPr>
            <w:tcW w:w="1425" w:type="dxa"/>
            <w:vAlign w:val="center"/>
          </w:tcPr>
          <w:p w14:paraId="73352EE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335</w:t>
            </w:r>
          </w:p>
        </w:tc>
        <w:tc>
          <w:tcPr>
            <w:tcW w:w="1425" w:type="dxa"/>
            <w:vAlign w:val="center"/>
          </w:tcPr>
          <w:p w14:paraId="5A5533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19B13B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91.56</w:t>
            </w:r>
          </w:p>
        </w:tc>
        <w:tc>
          <w:tcPr>
            <w:tcW w:w="1425" w:type="dxa"/>
            <w:vAlign w:val="center"/>
          </w:tcPr>
          <w:p w14:paraId="054FE63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0.649</w:t>
            </w:r>
          </w:p>
        </w:tc>
        <w:tc>
          <w:tcPr>
            <w:tcW w:w="1425" w:type="dxa"/>
            <w:vAlign w:val="center"/>
          </w:tcPr>
          <w:p w14:paraId="653F8F3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526522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0CD6DDC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16.02</w:t>
            </w:r>
          </w:p>
        </w:tc>
      </w:tr>
      <w:tr w:rsidR="006D7CF4" w:rsidRPr="00CE6355" w14:paraId="51E2AA41" w14:textId="77777777" w:rsidTr="00A0291F">
        <w:trPr>
          <w:jc w:val="center"/>
        </w:trPr>
        <w:tc>
          <w:tcPr>
            <w:tcW w:w="1425" w:type="dxa"/>
            <w:vAlign w:val="center"/>
          </w:tcPr>
          <w:p w14:paraId="66841B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336</w:t>
            </w:r>
          </w:p>
        </w:tc>
        <w:tc>
          <w:tcPr>
            <w:tcW w:w="1425" w:type="dxa"/>
            <w:vAlign w:val="center"/>
          </w:tcPr>
          <w:p w14:paraId="7527C2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1642B1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94.31</w:t>
            </w:r>
          </w:p>
        </w:tc>
        <w:tc>
          <w:tcPr>
            <w:tcW w:w="1425" w:type="dxa"/>
            <w:vAlign w:val="center"/>
          </w:tcPr>
          <w:p w14:paraId="4AD696E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0.591</w:t>
            </w:r>
          </w:p>
        </w:tc>
        <w:tc>
          <w:tcPr>
            <w:tcW w:w="1425" w:type="dxa"/>
            <w:vAlign w:val="center"/>
          </w:tcPr>
          <w:p w14:paraId="256906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0.347</w:t>
            </w:r>
          </w:p>
        </w:tc>
        <w:tc>
          <w:tcPr>
            <w:tcW w:w="1425" w:type="dxa"/>
            <w:vAlign w:val="center"/>
          </w:tcPr>
          <w:p w14:paraId="49282E8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0.024</w:t>
            </w:r>
          </w:p>
        </w:tc>
        <w:tc>
          <w:tcPr>
            <w:tcW w:w="1425" w:type="dxa"/>
            <w:vAlign w:val="center"/>
          </w:tcPr>
          <w:p w14:paraId="258DF45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16.65</w:t>
            </w:r>
          </w:p>
        </w:tc>
      </w:tr>
      <w:tr w:rsidR="006D7CF4" w:rsidRPr="00CE6355" w14:paraId="147FF4E1" w14:textId="77777777" w:rsidTr="00A0291F">
        <w:trPr>
          <w:jc w:val="center"/>
        </w:trPr>
        <w:tc>
          <w:tcPr>
            <w:tcW w:w="1425" w:type="dxa"/>
            <w:vAlign w:val="center"/>
          </w:tcPr>
          <w:p w14:paraId="7FAA6FD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337</w:t>
            </w:r>
          </w:p>
        </w:tc>
        <w:tc>
          <w:tcPr>
            <w:tcW w:w="1425" w:type="dxa"/>
            <w:vAlign w:val="center"/>
          </w:tcPr>
          <w:p w14:paraId="489202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4691A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92.56</w:t>
            </w:r>
          </w:p>
        </w:tc>
        <w:tc>
          <w:tcPr>
            <w:tcW w:w="1425" w:type="dxa"/>
            <w:vAlign w:val="center"/>
          </w:tcPr>
          <w:p w14:paraId="6F24275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0.343</w:t>
            </w:r>
          </w:p>
        </w:tc>
        <w:tc>
          <w:tcPr>
            <w:tcW w:w="1425" w:type="dxa"/>
            <w:vAlign w:val="center"/>
          </w:tcPr>
          <w:p w14:paraId="5906F79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0.338</w:t>
            </w:r>
          </w:p>
        </w:tc>
        <w:tc>
          <w:tcPr>
            <w:tcW w:w="1425" w:type="dxa"/>
            <w:vAlign w:val="center"/>
          </w:tcPr>
          <w:p w14:paraId="7B566A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0.027</w:t>
            </w:r>
          </w:p>
        </w:tc>
        <w:tc>
          <w:tcPr>
            <w:tcW w:w="1425" w:type="dxa"/>
            <w:vAlign w:val="center"/>
          </w:tcPr>
          <w:p w14:paraId="3D4829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17.01</w:t>
            </w:r>
          </w:p>
        </w:tc>
      </w:tr>
      <w:tr w:rsidR="006D7CF4" w:rsidRPr="00CE6355" w14:paraId="00B2BB8E" w14:textId="77777777" w:rsidTr="00A0291F">
        <w:trPr>
          <w:jc w:val="center"/>
        </w:trPr>
        <w:tc>
          <w:tcPr>
            <w:tcW w:w="1425" w:type="dxa"/>
            <w:vAlign w:val="center"/>
          </w:tcPr>
          <w:p w14:paraId="0BE21C0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338</w:t>
            </w:r>
          </w:p>
        </w:tc>
        <w:tc>
          <w:tcPr>
            <w:tcW w:w="1425" w:type="dxa"/>
            <w:vAlign w:val="center"/>
          </w:tcPr>
          <w:p w14:paraId="7C5A0C8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59FD55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91.91</w:t>
            </w:r>
          </w:p>
        </w:tc>
        <w:tc>
          <w:tcPr>
            <w:tcW w:w="1425" w:type="dxa"/>
            <w:vAlign w:val="center"/>
          </w:tcPr>
          <w:p w14:paraId="7FC9125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0.413</w:t>
            </w:r>
          </w:p>
        </w:tc>
        <w:tc>
          <w:tcPr>
            <w:tcW w:w="1425" w:type="dxa"/>
            <w:vAlign w:val="center"/>
          </w:tcPr>
          <w:p w14:paraId="5FD1B7B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0.385</w:t>
            </w:r>
          </w:p>
        </w:tc>
        <w:tc>
          <w:tcPr>
            <w:tcW w:w="1425" w:type="dxa"/>
            <w:vAlign w:val="center"/>
          </w:tcPr>
          <w:p w14:paraId="0B81201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0.016</w:t>
            </w:r>
          </w:p>
        </w:tc>
        <w:tc>
          <w:tcPr>
            <w:tcW w:w="1425" w:type="dxa"/>
            <w:vAlign w:val="center"/>
          </w:tcPr>
          <w:p w14:paraId="73B84E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16.92</w:t>
            </w:r>
          </w:p>
        </w:tc>
      </w:tr>
      <w:tr w:rsidR="006D7CF4" w:rsidRPr="00CE6355" w14:paraId="2E95DFDD" w14:textId="77777777" w:rsidTr="00A0291F">
        <w:trPr>
          <w:jc w:val="center"/>
        </w:trPr>
        <w:tc>
          <w:tcPr>
            <w:tcW w:w="1425" w:type="dxa"/>
            <w:vAlign w:val="center"/>
          </w:tcPr>
          <w:p w14:paraId="63D1DDE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339</w:t>
            </w:r>
          </w:p>
        </w:tc>
        <w:tc>
          <w:tcPr>
            <w:tcW w:w="1425" w:type="dxa"/>
            <w:vAlign w:val="center"/>
          </w:tcPr>
          <w:p w14:paraId="053B8E7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58D42C9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91.7</w:t>
            </w:r>
          </w:p>
        </w:tc>
        <w:tc>
          <w:tcPr>
            <w:tcW w:w="1425" w:type="dxa"/>
            <w:vAlign w:val="center"/>
          </w:tcPr>
          <w:p w14:paraId="5EC059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0.279</w:t>
            </w:r>
          </w:p>
        </w:tc>
        <w:tc>
          <w:tcPr>
            <w:tcW w:w="1425" w:type="dxa"/>
            <w:vAlign w:val="center"/>
          </w:tcPr>
          <w:p w14:paraId="142DD54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0.359</w:t>
            </w:r>
          </w:p>
        </w:tc>
        <w:tc>
          <w:tcPr>
            <w:tcW w:w="1425" w:type="dxa"/>
            <w:vAlign w:val="center"/>
          </w:tcPr>
          <w:p w14:paraId="3D5AFDF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0.029</w:t>
            </w:r>
          </w:p>
        </w:tc>
        <w:tc>
          <w:tcPr>
            <w:tcW w:w="1425" w:type="dxa"/>
            <w:vAlign w:val="center"/>
          </w:tcPr>
          <w:p w14:paraId="66CF023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16.65</w:t>
            </w:r>
          </w:p>
        </w:tc>
      </w:tr>
      <w:tr w:rsidR="006D7CF4" w:rsidRPr="00CE6355" w14:paraId="2683E8BE" w14:textId="77777777" w:rsidTr="00A0291F">
        <w:trPr>
          <w:jc w:val="center"/>
        </w:trPr>
        <w:tc>
          <w:tcPr>
            <w:tcW w:w="1425" w:type="dxa"/>
            <w:vAlign w:val="center"/>
          </w:tcPr>
          <w:p w14:paraId="46B9E4D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340</w:t>
            </w:r>
          </w:p>
        </w:tc>
        <w:tc>
          <w:tcPr>
            <w:tcW w:w="1425" w:type="dxa"/>
            <w:vAlign w:val="center"/>
          </w:tcPr>
          <w:p w14:paraId="648E12B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39707F7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91.77</w:t>
            </w:r>
          </w:p>
        </w:tc>
        <w:tc>
          <w:tcPr>
            <w:tcW w:w="1425" w:type="dxa"/>
            <w:vAlign w:val="center"/>
          </w:tcPr>
          <w:p w14:paraId="2BD7170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0.465</w:t>
            </w:r>
          </w:p>
        </w:tc>
        <w:tc>
          <w:tcPr>
            <w:tcW w:w="1425" w:type="dxa"/>
            <w:vAlign w:val="center"/>
          </w:tcPr>
          <w:p w14:paraId="759A573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0.378</w:t>
            </w:r>
          </w:p>
        </w:tc>
        <w:tc>
          <w:tcPr>
            <w:tcW w:w="1425" w:type="dxa"/>
            <w:vAlign w:val="center"/>
          </w:tcPr>
          <w:p w14:paraId="3D11526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5C93A09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16.37</w:t>
            </w:r>
          </w:p>
        </w:tc>
      </w:tr>
      <w:tr w:rsidR="006D7CF4" w:rsidRPr="00CE6355" w14:paraId="5A005486" w14:textId="77777777" w:rsidTr="00A0291F">
        <w:trPr>
          <w:jc w:val="center"/>
        </w:trPr>
        <w:tc>
          <w:tcPr>
            <w:tcW w:w="1425" w:type="dxa"/>
            <w:vAlign w:val="center"/>
          </w:tcPr>
          <w:p w14:paraId="2D84837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341</w:t>
            </w:r>
          </w:p>
        </w:tc>
        <w:tc>
          <w:tcPr>
            <w:tcW w:w="1425" w:type="dxa"/>
            <w:vAlign w:val="center"/>
          </w:tcPr>
          <w:p w14:paraId="4FB50A4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F593F8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94.6</w:t>
            </w:r>
          </w:p>
        </w:tc>
        <w:tc>
          <w:tcPr>
            <w:tcW w:w="1425" w:type="dxa"/>
            <w:vAlign w:val="center"/>
          </w:tcPr>
          <w:p w14:paraId="4DE62AA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0.535</w:t>
            </w:r>
          </w:p>
        </w:tc>
        <w:tc>
          <w:tcPr>
            <w:tcW w:w="1425" w:type="dxa"/>
            <w:vAlign w:val="center"/>
          </w:tcPr>
          <w:p w14:paraId="11FF2D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0.408</w:t>
            </w:r>
          </w:p>
        </w:tc>
        <w:tc>
          <w:tcPr>
            <w:tcW w:w="1425" w:type="dxa"/>
            <w:vAlign w:val="center"/>
          </w:tcPr>
          <w:p w14:paraId="056E14C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6B2087A2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15.97</w:t>
            </w:r>
          </w:p>
        </w:tc>
      </w:tr>
      <w:tr w:rsidR="006D7CF4" w:rsidRPr="00CE6355" w14:paraId="30F2A5ED" w14:textId="77777777" w:rsidTr="00A0291F">
        <w:trPr>
          <w:jc w:val="center"/>
        </w:trPr>
        <w:tc>
          <w:tcPr>
            <w:tcW w:w="1425" w:type="dxa"/>
            <w:vAlign w:val="center"/>
          </w:tcPr>
          <w:p w14:paraId="59B7907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342</w:t>
            </w:r>
          </w:p>
        </w:tc>
        <w:tc>
          <w:tcPr>
            <w:tcW w:w="1425" w:type="dxa"/>
            <w:vAlign w:val="center"/>
          </w:tcPr>
          <w:p w14:paraId="722EF64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0EAA1C9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91.61</w:t>
            </w:r>
          </w:p>
        </w:tc>
        <w:tc>
          <w:tcPr>
            <w:tcW w:w="1425" w:type="dxa"/>
            <w:vAlign w:val="center"/>
          </w:tcPr>
          <w:p w14:paraId="2F16B16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0.484</w:t>
            </w:r>
          </w:p>
        </w:tc>
        <w:tc>
          <w:tcPr>
            <w:tcW w:w="1425" w:type="dxa"/>
            <w:vAlign w:val="center"/>
          </w:tcPr>
          <w:p w14:paraId="149FB3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0.341</w:t>
            </w:r>
          </w:p>
        </w:tc>
        <w:tc>
          <w:tcPr>
            <w:tcW w:w="1425" w:type="dxa"/>
            <w:vAlign w:val="center"/>
          </w:tcPr>
          <w:p w14:paraId="4DBF9A9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4A9AD53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16.97</w:t>
            </w:r>
          </w:p>
        </w:tc>
      </w:tr>
      <w:tr w:rsidR="006D7CF4" w:rsidRPr="00CE6355" w14:paraId="05F332AA" w14:textId="77777777" w:rsidTr="00A0291F">
        <w:trPr>
          <w:jc w:val="center"/>
        </w:trPr>
        <w:tc>
          <w:tcPr>
            <w:tcW w:w="1425" w:type="dxa"/>
            <w:vAlign w:val="center"/>
          </w:tcPr>
          <w:p w14:paraId="67D4541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lastRenderedPageBreak/>
              <w:t>343</w:t>
            </w:r>
          </w:p>
        </w:tc>
        <w:tc>
          <w:tcPr>
            <w:tcW w:w="1425" w:type="dxa"/>
            <w:vAlign w:val="center"/>
          </w:tcPr>
          <w:p w14:paraId="57AB75E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7D841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93.71</w:t>
            </w:r>
          </w:p>
        </w:tc>
        <w:tc>
          <w:tcPr>
            <w:tcW w:w="1425" w:type="dxa"/>
            <w:vAlign w:val="center"/>
          </w:tcPr>
          <w:p w14:paraId="6E5FE4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0.392</w:t>
            </w:r>
          </w:p>
        </w:tc>
        <w:tc>
          <w:tcPr>
            <w:tcW w:w="1425" w:type="dxa"/>
            <w:vAlign w:val="center"/>
          </w:tcPr>
          <w:p w14:paraId="6FC55D1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0.342</w:t>
            </w:r>
          </w:p>
        </w:tc>
        <w:tc>
          <w:tcPr>
            <w:tcW w:w="1425" w:type="dxa"/>
            <w:vAlign w:val="center"/>
          </w:tcPr>
          <w:p w14:paraId="019151B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0.014</w:t>
            </w:r>
          </w:p>
        </w:tc>
        <w:tc>
          <w:tcPr>
            <w:tcW w:w="1425" w:type="dxa"/>
            <w:vAlign w:val="center"/>
          </w:tcPr>
          <w:p w14:paraId="3EF9886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16.63</w:t>
            </w:r>
          </w:p>
        </w:tc>
      </w:tr>
      <w:tr w:rsidR="006D7CF4" w:rsidRPr="00CE6355" w14:paraId="463E8504" w14:textId="77777777" w:rsidTr="00A0291F">
        <w:trPr>
          <w:jc w:val="center"/>
        </w:trPr>
        <w:tc>
          <w:tcPr>
            <w:tcW w:w="1425" w:type="dxa"/>
            <w:vAlign w:val="center"/>
          </w:tcPr>
          <w:p w14:paraId="5DEB4E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344</w:t>
            </w:r>
          </w:p>
        </w:tc>
        <w:tc>
          <w:tcPr>
            <w:tcW w:w="1425" w:type="dxa"/>
            <w:vAlign w:val="center"/>
          </w:tcPr>
          <w:p w14:paraId="2739991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67B2995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92.27</w:t>
            </w:r>
          </w:p>
        </w:tc>
        <w:tc>
          <w:tcPr>
            <w:tcW w:w="1425" w:type="dxa"/>
            <w:vAlign w:val="center"/>
          </w:tcPr>
          <w:p w14:paraId="49B168D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0.494</w:t>
            </w:r>
          </w:p>
        </w:tc>
        <w:tc>
          <w:tcPr>
            <w:tcW w:w="1425" w:type="dxa"/>
            <w:vAlign w:val="center"/>
          </w:tcPr>
          <w:p w14:paraId="361099F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0.358</w:t>
            </w:r>
          </w:p>
        </w:tc>
        <w:tc>
          <w:tcPr>
            <w:tcW w:w="1425" w:type="dxa"/>
            <w:vAlign w:val="center"/>
          </w:tcPr>
          <w:p w14:paraId="35F03F2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5CB27BA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16.61</w:t>
            </w:r>
          </w:p>
        </w:tc>
      </w:tr>
      <w:tr w:rsidR="006D7CF4" w:rsidRPr="00CE6355" w14:paraId="33DD097D" w14:textId="77777777" w:rsidTr="00A0291F">
        <w:trPr>
          <w:jc w:val="center"/>
        </w:trPr>
        <w:tc>
          <w:tcPr>
            <w:tcW w:w="1425" w:type="dxa"/>
            <w:vAlign w:val="center"/>
          </w:tcPr>
          <w:p w14:paraId="6781D20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345</w:t>
            </w:r>
          </w:p>
        </w:tc>
        <w:tc>
          <w:tcPr>
            <w:tcW w:w="1425" w:type="dxa"/>
            <w:vAlign w:val="center"/>
          </w:tcPr>
          <w:p w14:paraId="7A624B4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27EDBCC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94.23</w:t>
            </w:r>
          </w:p>
        </w:tc>
        <w:tc>
          <w:tcPr>
            <w:tcW w:w="1425" w:type="dxa"/>
            <w:vAlign w:val="center"/>
          </w:tcPr>
          <w:p w14:paraId="666EFE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0.622</w:t>
            </w:r>
          </w:p>
        </w:tc>
        <w:tc>
          <w:tcPr>
            <w:tcW w:w="1425" w:type="dxa"/>
            <w:vAlign w:val="center"/>
          </w:tcPr>
          <w:p w14:paraId="4B19B1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0.305</w:t>
            </w:r>
          </w:p>
        </w:tc>
        <w:tc>
          <w:tcPr>
            <w:tcW w:w="1425" w:type="dxa"/>
            <w:vAlign w:val="center"/>
          </w:tcPr>
          <w:p w14:paraId="33B9965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71C87FD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17.03</w:t>
            </w:r>
          </w:p>
        </w:tc>
      </w:tr>
      <w:tr w:rsidR="006D7CF4" w:rsidRPr="00CE6355" w14:paraId="7F8E4ACC" w14:textId="77777777" w:rsidTr="00A0291F">
        <w:trPr>
          <w:jc w:val="center"/>
        </w:trPr>
        <w:tc>
          <w:tcPr>
            <w:tcW w:w="1425" w:type="dxa"/>
            <w:vAlign w:val="center"/>
          </w:tcPr>
          <w:p w14:paraId="41C1C4A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346</w:t>
            </w:r>
          </w:p>
        </w:tc>
        <w:tc>
          <w:tcPr>
            <w:tcW w:w="1425" w:type="dxa"/>
            <w:vAlign w:val="center"/>
          </w:tcPr>
          <w:p w14:paraId="41A2C02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BB3089E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91.05</w:t>
            </w:r>
          </w:p>
        </w:tc>
        <w:tc>
          <w:tcPr>
            <w:tcW w:w="1425" w:type="dxa"/>
            <w:vAlign w:val="center"/>
          </w:tcPr>
          <w:p w14:paraId="3E5E447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0.451</w:t>
            </w:r>
          </w:p>
        </w:tc>
        <w:tc>
          <w:tcPr>
            <w:tcW w:w="1425" w:type="dxa"/>
            <w:vAlign w:val="center"/>
          </w:tcPr>
          <w:p w14:paraId="4174F2A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0.313</w:t>
            </w:r>
          </w:p>
        </w:tc>
        <w:tc>
          <w:tcPr>
            <w:tcW w:w="1425" w:type="dxa"/>
            <w:vAlign w:val="center"/>
          </w:tcPr>
          <w:p w14:paraId="3E8EBD33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0.018</w:t>
            </w:r>
          </w:p>
        </w:tc>
        <w:tc>
          <w:tcPr>
            <w:tcW w:w="1425" w:type="dxa"/>
            <w:vAlign w:val="center"/>
          </w:tcPr>
          <w:p w14:paraId="04FD2C0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17.56</w:t>
            </w:r>
          </w:p>
        </w:tc>
      </w:tr>
      <w:tr w:rsidR="006D7CF4" w:rsidRPr="00CE6355" w14:paraId="3CF4A334" w14:textId="77777777" w:rsidTr="00A0291F">
        <w:trPr>
          <w:jc w:val="center"/>
        </w:trPr>
        <w:tc>
          <w:tcPr>
            <w:tcW w:w="1425" w:type="dxa"/>
            <w:vAlign w:val="center"/>
          </w:tcPr>
          <w:p w14:paraId="10D880E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347</w:t>
            </w:r>
          </w:p>
        </w:tc>
        <w:tc>
          <w:tcPr>
            <w:tcW w:w="1425" w:type="dxa"/>
            <w:vAlign w:val="center"/>
          </w:tcPr>
          <w:p w14:paraId="5CD5DD1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38F4D3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96.35</w:t>
            </w:r>
          </w:p>
        </w:tc>
        <w:tc>
          <w:tcPr>
            <w:tcW w:w="1425" w:type="dxa"/>
            <w:vAlign w:val="center"/>
          </w:tcPr>
          <w:p w14:paraId="7B910D1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0.537</w:t>
            </w:r>
          </w:p>
        </w:tc>
        <w:tc>
          <w:tcPr>
            <w:tcW w:w="1425" w:type="dxa"/>
            <w:vAlign w:val="center"/>
          </w:tcPr>
          <w:p w14:paraId="06B11A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0.386</w:t>
            </w:r>
          </w:p>
        </w:tc>
        <w:tc>
          <w:tcPr>
            <w:tcW w:w="1425" w:type="dxa"/>
            <w:vAlign w:val="center"/>
          </w:tcPr>
          <w:p w14:paraId="534722B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0.031</w:t>
            </w:r>
          </w:p>
        </w:tc>
        <w:tc>
          <w:tcPr>
            <w:tcW w:w="1425" w:type="dxa"/>
            <w:vAlign w:val="center"/>
          </w:tcPr>
          <w:p w14:paraId="6B0BC0E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16.93</w:t>
            </w:r>
          </w:p>
        </w:tc>
      </w:tr>
      <w:tr w:rsidR="006D7CF4" w:rsidRPr="00CE6355" w14:paraId="768E6C70" w14:textId="77777777" w:rsidTr="00A0291F">
        <w:trPr>
          <w:jc w:val="center"/>
        </w:trPr>
        <w:tc>
          <w:tcPr>
            <w:tcW w:w="1425" w:type="dxa"/>
            <w:vAlign w:val="center"/>
          </w:tcPr>
          <w:p w14:paraId="1025E5C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348</w:t>
            </w:r>
          </w:p>
        </w:tc>
        <w:tc>
          <w:tcPr>
            <w:tcW w:w="1425" w:type="dxa"/>
            <w:vAlign w:val="center"/>
          </w:tcPr>
          <w:p w14:paraId="18EC9547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47278F0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92.39</w:t>
            </w:r>
          </w:p>
        </w:tc>
        <w:tc>
          <w:tcPr>
            <w:tcW w:w="1425" w:type="dxa"/>
            <w:vAlign w:val="center"/>
          </w:tcPr>
          <w:p w14:paraId="53A7996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0.475</w:t>
            </w:r>
          </w:p>
        </w:tc>
        <w:tc>
          <w:tcPr>
            <w:tcW w:w="1425" w:type="dxa"/>
            <w:vAlign w:val="center"/>
          </w:tcPr>
          <w:p w14:paraId="5FB5AACF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0.409</w:t>
            </w:r>
          </w:p>
        </w:tc>
        <w:tc>
          <w:tcPr>
            <w:tcW w:w="1425" w:type="dxa"/>
            <w:vAlign w:val="center"/>
          </w:tcPr>
          <w:p w14:paraId="5766BA9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0.025</w:t>
            </w:r>
          </w:p>
        </w:tc>
        <w:tc>
          <w:tcPr>
            <w:tcW w:w="1425" w:type="dxa"/>
            <w:vAlign w:val="center"/>
          </w:tcPr>
          <w:p w14:paraId="1B1102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16.52</w:t>
            </w:r>
          </w:p>
        </w:tc>
      </w:tr>
      <w:tr w:rsidR="006D7CF4" w:rsidRPr="00CE6355" w14:paraId="17022531" w14:textId="77777777" w:rsidTr="00A0291F">
        <w:trPr>
          <w:jc w:val="center"/>
        </w:trPr>
        <w:tc>
          <w:tcPr>
            <w:tcW w:w="1425" w:type="dxa"/>
            <w:vAlign w:val="center"/>
          </w:tcPr>
          <w:p w14:paraId="50E305F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349</w:t>
            </w:r>
          </w:p>
        </w:tc>
        <w:tc>
          <w:tcPr>
            <w:tcW w:w="1425" w:type="dxa"/>
            <w:vAlign w:val="center"/>
          </w:tcPr>
          <w:p w14:paraId="3067AEC4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14A8623B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90.4</w:t>
            </w:r>
          </w:p>
        </w:tc>
        <w:tc>
          <w:tcPr>
            <w:tcW w:w="1425" w:type="dxa"/>
            <w:vAlign w:val="center"/>
          </w:tcPr>
          <w:p w14:paraId="1ACD40C9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0.523</w:t>
            </w:r>
          </w:p>
        </w:tc>
        <w:tc>
          <w:tcPr>
            <w:tcW w:w="1425" w:type="dxa"/>
            <w:vAlign w:val="center"/>
          </w:tcPr>
          <w:p w14:paraId="4F3B203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0.345</w:t>
            </w:r>
          </w:p>
        </w:tc>
        <w:tc>
          <w:tcPr>
            <w:tcW w:w="1425" w:type="dxa"/>
            <w:vAlign w:val="center"/>
          </w:tcPr>
          <w:p w14:paraId="2A4F6C2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0.017</w:t>
            </w:r>
          </w:p>
        </w:tc>
        <w:tc>
          <w:tcPr>
            <w:tcW w:w="1425" w:type="dxa"/>
            <w:vAlign w:val="center"/>
          </w:tcPr>
          <w:p w14:paraId="43F48795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16.74</w:t>
            </w:r>
          </w:p>
        </w:tc>
      </w:tr>
      <w:tr w:rsidR="006D7CF4" w:rsidRPr="00CE6355" w14:paraId="7CECDDC3" w14:textId="77777777" w:rsidTr="00A0291F">
        <w:trPr>
          <w:jc w:val="center"/>
        </w:trPr>
        <w:tc>
          <w:tcPr>
            <w:tcW w:w="1425" w:type="dxa"/>
            <w:vAlign w:val="center"/>
          </w:tcPr>
          <w:p w14:paraId="485975E8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350</w:t>
            </w:r>
          </w:p>
        </w:tc>
        <w:tc>
          <w:tcPr>
            <w:tcW w:w="1425" w:type="dxa"/>
            <w:vAlign w:val="center"/>
          </w:tcPr>
          <w:p w14:paraId="2B0D2C76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425" w:type="dxa"/>
            <w:vAlign w:val="center"/>
          </w:tcPr>
          <w:p w14:paraId="336F62EA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90.42</w:t>
            </w:r>
          </w:p>
        </w:tc>
        <w:tc>
          <w:tcPr>
            <w:tcW w:w="1425" w:type="dxa"/>
            <w:vAlign w:val="center"/>
          </w:tcPr>
          <w:p w14:paraId="53327FC0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0.625</w:t>
            </w:r>
          </w:p>
        </w:tc>
        <w:tc>
          <w:tcPr>
            <w:tcW w:w="1425" w:type="dxa"/>
            <w:vAlign w:val="center"/>
          </w:tcPr>
          <w:p w14:paraId="535BD34C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0.358</w:t>
            </w:r>
          </w:p>
        </w:tc>
        <w:tc>
          <w:tcPr>
            <w:tcW w:w="1425" w:type="dxa"/>
            <w:vAlign w:val="center"/>
          </w:tcPr>
          <w:p w14:paraId="04C5EFB1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0.021</w:t>
            </w:r>
          </w:p>
        </w:tc>
        <w:tc>
          <w:tcPr>
            <w:tcW w:w="1425" w:type="dxa"/>
            <w:vAlign w:val="center"/>
          </w:tcPr>
          <w:p w14:paraId="38890E0D" w14:textId="77777777" w:rsidR="006D7CF4" w:rsidRPr="00CE6355" w:rsidRDefault="006D7CF4" w:rsidP="00471E00">
            <w:pPr>
              <w:spacing w:line="360" w:lineRule="auto"/>
              <w:rPr>
                <w:rFonts w:asciiTheme="majorBidi" w:hAnsiTheme="majorBidi" w:cstheme="majorBidi"/>
              </w:rPr>
            </w:pPr>
            <w:r w:rsidRPr="00CE6355">
              <w:rPr>
                <w:rFonts w:asciiTheme="majorBidi" w:hAnsiTheme="majorBidi" w:cstheme="majorBidi"/>
              </w:rPr>
              <w:t>16.97</w:t>
            </w:r>
          </w:p>
        </w:tc>
      </w:tr>
    </w:tbl>
    <w:p w14:paraId="26048843" w14:textId="77777777" w:rsidR="006D7CF4" w:rsidRPr="00CE6355" w:rsidRDefault="006D7CF4" w:rsidP="00471E00">
      <w:pPr>
        <w:spacing w:line="360" w:lineRule="auto"/>
        <w:rPr>
          <w:rFonts w:asciiTheme="majorBidi" w:hAnsiTheme="majorBidi" w:cstheme="majorBidi"/>
        </w:rPr>
      </w:pPr>
    </w:p>
    <w:p w14:paraId="53577725" w14:textId="77777777" w:rsidR="00CC7F58" w:rsidRPr="00CE6355" w:rsidRDefault="00CC7F58" w:rsidP="00471E00">
      <w:pPr>
        <w:spacing w:line="360" w:lineRule="auto"/>
        <w:rPr>
          <w:rFonts w:asciiTheme="majorBidi" w:hAnsiTheme="majorBidi" w:cstheme="majorBidi"/>
        </w:rPr>
      </w:pPr>
    </w:p>
    <w:sectPr w:rsidR="00CC7F58" w:rsidRPr="00CE63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B53306"/>
    <w:multiLevelType w:val="hybridMultilevel"/>
    <w:tmpl w:val="80001706"/>
    <w:lvl w:ilvl="0" w:tplc="58C04AA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954841">
    <w:abstractNumId w:val="8"/>
  </w:num>
  <w:num w:numId="2" w16cid:durableId="1856771301">
    <w:abstractNumId w:val="6"/>
  </w:num>
  <w:num w:numId="3" w16cid:durableId="1023869978">
    <w:abstractNumId w:val="5"/>
  </w:num>
  <w:num w:numId="4" w16cid:durableId="389613539">
    <w:abstractNumId w:val="4"/>
  </w:num>
  <w:num w:numId="5" w16cid:durableId="327559513">
    <w:abstractNumId w:val="7"/>
  </w:num>
  <w:num w:numId="6" w16cid:durableId="1688408587">
    <w:abstractNumId w:val="3"/>
  </w:num>
  <w:num w:numId="7" w16cid:durableId="2040666257">
    <w:abstractNumId w:val="2"/>
  </w:num>
  <w:num w:numId="8" w16cid:durableId="389115707">
    <w:abstractNumId w:val="1"/>
  </w:num>
  <w:num w:numId="9" w16cid:durableId="1512184463">
    <w:abstractNumId w:val="0"/>
  </w:num>
  <w:num w:numId="10" w16cid:durableId="1786390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F1"/>
    <w:rsid w:val="0000022D"/>
    <w:rsid w:val="00125574"/>
    <w:rsid w:val="00147464"/>
    <w:rsid w:val="001649EB"/>
    <w:rsid w:val="00166C96"/>
    <w:rsid w:val="00202EA0"/>
    <w:rsid w:val="002528F1"/>
    <w:rsid w:val="002867D2"/>
    <w:rsid w:val="002D1B4C"/>
    <w:rsid w:val="002F07C0"/>
    <w:rsid w:val="00321FE5"/>
    <w:rsid w:val="003411D7"/>
    <w:rsid w:val="003B53D2"/>
    <w:rsid w:val="00463D3E"/>
    <w:rsid w:val="00471E00"/>
    <w:rsid w:val="0048045F"/>
    <w:rsid w:val="00484495"/>
    <w:rsid w:val="004C2E7B"/>
    <w:rsid w:val="004F0919"/>
    <w:rsid w:val="00573249"/>
    <w:rsid w:val="00601AB8"/>
    <w:rsid w:val="0063167D"/>
    <w:rsid w:val="0063191F"/>
    <w:rsid w:val="006713FC"/>
    <w:rsid w:val="006927FC"/>
    <w:rsid w:val="00692B9B"/>
    <w:rsid w:val="006D7CF4"/>
    <w:rsid w:val="007138EB"/>
    <w:rsid w:val="00762314"/>
    <w:rsid w:val="00790376"/>
    <w:rsid w:val="00814DEC"/>
    <w:rsid w:val="0087639B"/>
    <w:rsid w:val="00946466"/>
    <w:rsid w:val="009A36FC"/>
    <w:rsid w:val="00A54492"/>
    <w:rsid w:val="00AA691B"/>
    <w:rsid w:val="00B00971"/>
    <w:rsid w:val="00B06B2E"/>
    <w:rsid w:val="00B845C5"/>
    <w:rsid w:val="00C04E93"/>
    <w:rsid w:val="00CC7F58"/>
    <w:rsid w:val="00CE6355"/>
    <w:rsid w:val="00D11236"/>
    <w:rsid w:val="00D21C16"/>
    <w:rsid w:val="00D66508"/>
    <w:rsid w:val="00DD79E2"/>
    <w:rsid w:val="00F10701"/>
    <w:rsid w:val="00F40739"/>
    <w:rsid w:val="00F56477"/>
    <w:rsid w:val="00FB54E4"/>
    <w:rsid w:val="00FC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A6353"/>
  <w15:chartTrackingRefBased/>
  <w15:docId w15:val="{CE4A783B-DC71-414C-9F5B-33C080C9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2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28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528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528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F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F56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564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7CF4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D7CF4"/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D7CF4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D7CF4"/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6D7CF4"/>
    <w:pPr>
      <w:spacing w:after="120" w:line="276" w:lineRule="auto"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6D7CF4"/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6D7CF4"/>
    <w:pPr>
      <w:spacing w:after="120" w:line="480" w:lineRule="auto"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6D7CF4"/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6D7CF4"/>
    <w:pPr>
      <w:spacing w:after="120" w:line="276" w:lineRule="auto"/>
    </w:pPr>
    <w:rPr>
      <w:rFonts w:ascii="Times New Roman" w:eastAsiaTheme="minorEastAsia" w:hAnsi="Times New Roman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6D7CF4"/>
    <w:rPr>
      <w:rFonts w:ascii="Times New Roman" w:eastAsiaTheme="minorEastAsia" w:hAnsi="Times New Roman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6D7CF4"/>
    <w:pPr>
      <w:spacing w:after="200" w:line="276" w:lineRule="auto"/>
      <w:ind w:left="360" w:hanging="36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2">
    <w:name w:val="List 2"/>
    <w:basedOn w:val="Normal"/>
    <w:uiPriority w:val="99"/>
    <w:unhideWhenUsed/>
    <w:rsid w:val="006D7CF4"/>
    <w:pPr>
      <w:spacing w:after="200" w:line="276" w:lineRule="auto"/>
      <w:ind w:left="720" w:hanging="36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3">
    <w:name w:val="List 3"/>
    <w:basedOn w:val="Normal"/>
    <w:uiPriority w:val="99"/>
    <w:unhideWhenUsed/>
    <w:rsid w:val="006D7CF4"/>
    <w:pPr>
      <w:spacing w:after="200" w:line="276" w:lineRule="auto"/>
      <w:ind w:left="1080" w:hanging="36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Bullet">
    <w:name w:val="List Bullet"/>
    <w:basedOn w:val="Normal"/>
    <w:uiPriority w:val="99"/>
    <w:unhideWhenUsed/>
    <w:rsid w:val="006D7CF4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Bullet2">
    <w:name w:val="List Bullet 2"/>
    <w:basedOn w:val="Normal"/>
    <w:uiPriority w:val="99"/>
    <w:unhideWhenUsed/>
    <w:rsid w:val="006D7CF4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Bullet3">
    <w:name w:val="List Bullet 3"/>
    <w:basedOn w:val="Normal"/>
    <w:uiPriority w:val="99"/>
    <w:unhideWhenUsed/>
    <w:rsid w:val="006D7CF4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Number">
    <w:name w:val="List Number"/>
    <w:basedOn w:val="Normal"/>
    <w:uiPriority w:val="99"/>
    <w:unhideWhenUsed/>
    <w:rsid w:val="006D7CF4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unhideWhenUsed/>
    <w:rsid w:val="006D7CF4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Number3">
    <w:name w:val="List Number 3"/>
    <w:basedOn w:val="Normal"/>
    <w:uiPriority w:val="99"/>
    <w:unhideWhenUsed/>
    <w:rsid w:val="006D7CF4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Continue">
    <w:name w:val="List Continue"/>
    <w:basedOn w:val="Normal"/>
    <w:uiPriority w:val="99"/>
    <w:unhideWhenUsed/>
    <w:rsid w:val="006D7CF4"/>
    <w:pPr>
      <w:spacing w:after="120" w:line="276" w:lineRule="auto"/>
      <w:ind w:left="36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Continue2">
    <w:name w:val="List Continue 2"/>
    <w:basedOn w:val="Normal"/>
    <w:uiPriority w:val="99"/>
    <w:unhideWhenUsed/>
    <w:rsid w:val="006D7CF4"/>
    <w:pPr>
      <w:spacing w:after="120" w:line="276" w:lineRule="auto"/>
      <w:ind w:left="72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ListContinue3">
    <w:name w:val="List Continue 3"/>
    <w:basedOn w:val="Normal"/>
    <w:uiPriority w:val="99"/>
    <w:unhideWhenUsed/>
    <w:rsid w:val="006D7CF4"/>
    <w:pPr>
      <w:spacing w:after="120" w:line="276" w:lineRule="auto"/>
      <w:ind w:left="1080"/>
      <w:contextualSpacing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MacroText">
    <w:name w:val="macro"/>
    <w:link w:val="MacroTextChar"/>
    <w:uiPriority w:val="99"/>
    <w:unhideWhenUsed/>
    <w:rsid w:val="006D7CF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6D7CF4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7CF4"/>
    <w:pPr>
      <w:spacing w:after="200" w:line="240" w:lineRule="auto"/>
    </w:pPr>
    <w:rPr>
      <w:rFonts w:ascii="Times New Roman" w:eastAsiaTheme="minorEastAsia" w:hAnsi="Times New Roman"/>
      <w:b/>
      <w:bCs/>
      <w:color w:val="4472C4" w:themeColor="accent1"/>
      <w:kern w:val="0"/>
      <w:sz w:val="18"/>
      <w:szCs w:val="1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6D7CF4"/>
    <w:rPr>
      <w:b/>
      <w:bCs/>
    </w:rPr>
  </w:style>
  <w:style w:type="character" w:styleId="Emphasis">
    <w:name w:val="Emphasis"/>
    <w:basedOn w:val="DefaultParagraphFont"/>
    <w:uiPriority w:val="20"/>
    <w:qFormat/>
    <w:rsid w:val="006D7CF4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D7CF4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D7CF4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6D7CF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7CF4"/>
    <w:pPr>
      <w:spacing w:before="480" w:after="0" w:line="276" w:lineRule="auto"/>
      <w:outlineLvl w:val="9"/>
    </w:pPr>
    <w:rPr>
      <w:b/>
      <w:bCs/>
      <w:color w:val="2E5B8E"/>
      <w:kern w:val="0"/>
      <w:sz w:val="28"/>
      <w:szCs w:val="28"/>
      <w:lang w:val="en-US"/>
      <w14:ligatures w14:val="none"/>
    </w:rPr>
  </w:style>
  <w:style w:type="table" w:styleId="LightShading">
    <w:name w:val="Light Shading"/>
    <w:basedOn w:val="TableNormal"/>
    <w:uiPriority w:val="60"/>
    <w:rsid w:val="006D7CF4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D7CF4"/>
    <w:pPr>
      <w:spacing w:after="0" w:line="240" w:lineRule="auto"/>
    </w:pPr>
    <w:rPr>
      <w:rFonts w:eastAsiaTheme="minorEastAsia"/>
      <w:color w:val="2F5496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7CF4"/>
    <w:pPr>
      <w:spacing w:after="0" w:line="240" w:lineRule="auto"/>
    </w:pPr>
    <w:rPr>
      <w:rFonts w:eastAsiaTheme="minorEastAsia"/>
      <w:color w:val="C45911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D7CF4"/>
    <w:pPr>
      <w:spacing w:after="0" w:line="240" w:lineRule="auto"/>
    </w:pPr>
    <w:rPr>
      <w:rFonts w:eastAsiaTheme="minorEastAsia"/>
      <w:color w:val="7B7B7B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D7CF4"/>
    <w:pPr>
      <w:spacing w:after="0" w:line="240" w:lineRule="auto"/>
    </w:pPr>
    <w:rPr>
      <w:rFonts w:eastAsiaTheme="minorEastAsia"/>
      <w:color w:val="BF8F00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D7CF4"/>
    <w:pPr>
      <w:spacing w:after="0" w:line="240" w:lineRule="auto"/>
    </w:pPr>
    <w:rPr>
      <w:rFonts w:eastAsiaTheme="minorEastAsia"/>
      <w:color w:val="2E74B5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D7CF4"/>
    <w:pPr>
      <w:spacing w:after="0" w:line="240" w:lineRule="auto"/>
    </w:pPr>
    <w:rPr>
      <w:rFonts w:eastAsiaTheme="minorEastAsia"/>
      <w:color w:val="538135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D7C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D7C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D7CF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D7CF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464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6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24mschem114@student.cuet.ac.bd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49585-7F4E-4ECF-A321-661607E2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25</Pages>
  <Words>2925</Words>
  <Characters>16674</Characters>
  <Application>Microsoft Office Word</Application>
  <DocSecurity>0</DocSecurity>
  <Lines>138</Lines>
  <Paragraphs>39</Paragraphs>
  <ScaleCrop>false</ScaleCrop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Masum Howlader</dc:creator>
  <cp:keywords/>
  <dc:description/>
  <cp:lastModifiedBy>M A H KHAN EIMON</cp:lastModifiedBy>
  <cp:revision>73</cp:revision>
  <dcterms:created xsi:type="dcterms:W3CDTF">2026-07-19T17:09:00Z</dcterms:created>
  <dcterms:modified xsi:type="dcterms:W3CDTF">2026-08-23T21:36:00Z</dcterms:modified>
</cp:coreProperties>
</file>