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DD51CF" w14:textId="77777777" w:rsidR="00CB6B33" w:rsidRDefault="00953EAD">
      <w:r>
        <w:rPr>
          <w:b/>
          <w:sz w:val="28"/>
        </w:rPr>
        <w:t>Supplementary File 1. Checklist for Reporting Results of Internet E-Surveys (CHERRIES)</w:t>
      </w:r>
    </w:p>
    <w:p w14:paraId="4B9855C7" w14:textId="77777777" w:rsidR="00CB6B33" w:rsidRDefault="00953EAD">
      <w:r>
        <w:rPr>
          <w:i/>
        </w:rPr>
        <w:t>Working finalisation copy. Items marked [AUTHOR TO CONFIRM] require verification against the original Qualtrics configuration, participant information sheet and/or analytic dataset before submission. CHERRIES response metrics are interpreted using the corrected numerator/denominator definitions published by Eysenbach (2012).</w:t>
      </w:r>
    </w:p>
    <w:tbl>
      <w:tblPr>
        <w:tblStyle w:val="TableGrid"/>
        <w:tblW w:w="0" w:type="auto"/>
        <w:jc w:val="center"/>
        <w:tblLook w:val="04A0" w:firstRow="1" w:lastRow="0" w:firstColumn="1" w:lastColumn="0" w:noHBand="0" w:noVBand="1"/>
      </w:tblPr>
      <w:tblGrid>
        <w:gridCol w:w="1666"/>
        <w:gridCol w:w="7195"/>
        <w:gridCol w:w="1651"/>
      </w:tblGrid>
      <w:tr w:rsidR="00D0375F" w14:paraId="2DEBAC1A" w14:textId="77777777" w:rsidTr="00D0375F">
        <w:trPr>
          <w:tblHeader/>
          <w:jc w:val="center"/>
        </w:trPr>
        <w:tc>
          <w:tcPr>
            <w:tcW w:w="1666" w:type="dxa"/>
            <w:shd w:val="clear" w:color="auto" w:fill="D9EAF7"/>
          </w:tcPr>
          <w:p w14:paraId="2E1F9C7E" w14:textId="77777777" w:rsidR="00D0375F" w:rsidRDefault="00D0375F">
            <w:r>
              <w:rPr>
                <w:b/>
              </w:rPr>
              <w:t>Checklist item</w:t>
            </w:r>
          </w:p>
        </w:tc>
        <w:tc>
          <w:tcPr>
            <w:tcW w:w="7195" w:type="dxa"/>
            <w:shd w:val="clear" w:color="auto" w:fill="D9EAF7"/>
          </w:tcPr>
          <w:p w14:paraId="0DC36884" w14:textId="77777777" w:rsidR="00D0375F" w:rsidRDefault="00D0375F">
            <w:r>
              <w:rPr>
                <w:b/>
              </w:rPr>
              <w:t>CHERRIES explanation</w:t>
            </w:r>
          </w:p>
        </w:tc>
        <w:tc>
          <w:tcPr>
            <w:tcW w:w="1651" w:type="dxa"/>
            <w:shd w:val="clear" w:color="auto" w:fill="D9EAF7"/>
          </w:tcPr>
          <w:p w14:paraId="1C8D4228" w14:textId="77777777" w:rsidR="00D0375F" w:rsidRDefault="00D0375F">
            <w:r>
              <w:rPr>
                <w:b/>
              </w:rPr>
              <w:t>Reporting location</w:t>
            </w:r>
          </w:p>
        </w:tc>
      </w:tr>
      <w:tr w:rsidR="00D0375F" w14:paraId="224B2BBD" w14:textId="77777777" w:rsidTr="00D0375F">
        <w:trPr>
          <w:jc w:val="center"/>
        </w:trPr>
        <w:tc>
          <w:tcPr>
            <w:tcW w:w="1666" w:type="dxa"/>
          </w:tcPr>
          <w:p w14:paraId="4536294D" w14:textId="77777777" w:rsidR="00D0375F" w:rsidRDefault="00D0375F">
            <w:r>
              <w:rPr>
                <w:sz w:val="16"/>
              </w:rPr>
              <w:t>Describe survey design</w:t>
            </w:r>
          </w:p>
        </w:tc>
        <w:tc>
          <w:tcPr>
            <w:tcW w:w="7195" w:type="dxa"/>
          </w:tcPr>
          <w:p w14:paraId="49DB503B" w14:textId="77777777" w:rsidR="00D0375F" w:rsidRDefault="00D0375F">
            <w:r>
              <w:rPr>
                <w:sz w:val="16"/>
              </w:rPr>
              <w:t>Describe target population, sample frame. Is the sample a convenience sample? (In “open” surveys this is most likely.)</w:t>
            </w:r>
          </w:p>
        </w:tc>
        <w:tc>
          <w:tcPr>
            <w:tcW w:w="1651" w:type="dxa"/>
          </w:tcPr>
          <w:p w14:paraId="7DA1B86D" w14:textId="07F405F7" w:rsidR="00D0375F" w:rsidRDefault="00D0375F">
            <w:r>
              <w:rPr>
                <w:sz w:val="16"/>
              </w:rPr>
              <w:t xml:space="preserve"> p. 4</w:t>
            </w:r>
          </w:p>
        </w:tc>
      </w:tr>
      <w:tr w:rsidR="00D0375F" w14:paraId="529FED39" w14:textId="77777777" w:rsidTr="00D0375F">
        <w:trPr>
          <w:jc w:val="center"/>
        </w:trPr>
        <w:tc>
          <w:tcPr>
            <w:tcW w:w="1666" w:type="dxa"/>
          </w:tcPr>
          <w:p w14:paraId="38D9BA0B" w14:textId="77777777" w:rsidR="00D0375F" w:rsidRDefault="00D0375F">
            <w:r>
              <w:rPr>
                <w:sz w:val="16"/>
              </w:rPr>
              <w:t>IRB approval</w:t>
            </w:r>
          </w:p>
        </w:tc>
        <w:tc>
          <w:tcPr>
            <w:tcW w:w="7195" w:type="dxa"/>
          </w:tcPr>
          <w:p w14:paraId="13C2FD4F" w14:textId="77777777" w:rsidR="00D0375F" w:rsidRDefault="00D0375F">
            <w:r>
              <w:rPr>
                <w:sz w:val="16"/>
              </w:rPr>
              <w:t>Mention whether the study has been approved by an IRB.</w:t>
            </w:r>
          </w:p>
        </w:tc>
        <w:tc>
          <w:tcPr>
            <w:tcW w:w="1651" w:type="dxa"/>
          </w:tcPr>
          <w:p w14:paraId="3A7C73DA" w14:textId="37958057" w:rsidR="00D0375F" w:rsidRDefault="00D0375F">
            <w:r>
              <w:rPr>
                <w:sz w:val="16"/>
              </w:rPr>
              <w:t xml:space="preserve"> p. 6; Declarations p. 16</w:t>
            </w:r>
          </w:p>
        </w:tc>
      </w:tr>
      <w:tr w:rsidR="00D0375F" w14:paraId="7CBD9767" w14:textId="77777777" w:rsidTr="00D0375F">
        <w:trPr>
          <w:jc w:val="center"/>
        </w:trPr>
        <w:tc>
          <w:tcPr>
            <w:tcW w:w="1666" w:type="dxa"/>
          </w:tcPr>
          <w:p w14:paraId="5C5C754D" w14:textId="77777777" w:rsidR="00D0375F" w:rsidRDefault="00D0375F">
            <w:r>
              <w:rPr>
                <w:sz w:val="16"/>
              </w:rPr>
              <w:t>Informed consent</w:t>
            </w:r>
          </w:p>
        </w:tc>
        <w:tc>
          <w:tcPr>
            <w:tcW w:w="7195" w:type="dxa"/>
          </w:tcPr>
          <w:p w14:paraId="620D03C1" w14:textId="77777777" w:rsidR="00D0375F" w:rsidRDefault="00D0375F">
            <w:r>
              <w:rPr>
                <w:sz w:val="16"/>
              </w:rPr>
              <w:t>Describe the informed consent process. Where were the participants told the length of time of the survey, which data were stored and where and for how long, who the investigator was, and the purpose of the study?</w:t>
            </w:r>
          </w:p>
        </w:tc>
        <w:tc>
          <w:tcPr>
            <w:tcW w:w="1651" w:type="dxa"/>
          </w:tcPr>
          <w:p w14:paraId="2855FBD3" w14:textId="7D695880" w:rsidR="00D0375F" w:rsidRDefault="00D0375F">
            <w:r>
              <w:rPr>
                <w:sz w:val="16"/>
              </w:rPr>
              <w:t xml:space="preserve"> pp. 4, 6; Declarations p. 16</w:t>
            </w:r>
          </w:p>
        </w:tc>
      </w:tr>
      <w:tr w:rsidR="00D0375F" w14:paraId="0364E5BE" w14:textId="77777777" w:rsidTr="00D0375F">
        <w:trPr>
          <w:jc w:val="center"/>
        </w:trPr>
        <w:tc>
          <w:tcPr>
            <w:tcW w:w="1666" w:type="dxa"/>
          </w:tcPr>
          <w:p w14:paraId="10663FE9" w14:textId="77777777" w:rsidR="00D0375F" w:rsidRDefault="00D0375F">
            <w:r>
              <w:rPr>
                <w:sz w:val="16"/>
              </w:rPr>
              <w:t>Data protection</w:t>
            </w:r>
          </w:p>
        </w:tc>
        <w:tc>
          <w:tcPr>
            <w:tcW w:w="7195" w:type="dxa"/>
          </w:tcPr>
          <w:p w14:paraId="3DAE79ED" w14:textId="77777777" w:rsidR="00D0375F" w:rsidRDefault="00D0375F">
            <w:r>
              <w:rPr>
                <w:sz w:val="16"/>
              </w:rPr>
              <w:t>If any personal information was collected or stored, describe what mechanisms were used to protect unauthorized access.</w:t>
            </w:r>
          </w:p>
        </w:tc>
        <w:tc>
          <w:tcPr>
            <w:tcW w:w="1651" w:type="dxa"/>
          </w:tcPr>
          <w:p w14:paraId="69886059" w14:textId="4D7530F8" w:rsidR="00D0375F" w:rsidRDefault="00D0375F">
            <w:r>
              <w:rPr>
                <w:sz w:val="16"/>
              </w:rPr>
              <w:t xml:space="preserve"> pp. 4, 6, 16</w:t>
            </w:r>
          </w:p>
        </w:tc>
      </w:tr>
      <w:tr w:rsidR="00D0375F" w14:paraId="77ACF453" w14:textId="77777777" w:rsidTr="00D0375F">
        <w:trPr>
          <w:jc w:val="center"/>
        </w:trPr>
        <w:tc>
          <w:tcPr>
            <w:tcW w:w="1666" w:type="dxa"/>
          </w:tcPr>
          <w:p w14:paraId="50CE6E95" w14:textId="77777777" w:rsidR="00D0375F" w:rsidRDefault="00D0375F">
            <w:r>
              <w:rPr>
                <w:sz w:val="16"/>
              </w:rPr>
              <w:t>Development and testing</w:t>
            </w:r>
          </w:p>
        </w:tc>
        <w:tc>
          <w:tcPr>
            <w:tcW w:w="7195" w:type="dxa"/>
          </w:tcPr>
          <w:p w14:paraId="1A752BB0" w14:textId="77777777" w:rsidR="00D0375F" w:rsidRDefault="00D0375F">
            <w:r>
              <w:rPr>
                <w:sz w:val="16"/>
              </w:rPr>
              <w:t>State how the survey was developed, including whether the usability and technical functionality of the electronic questionnaire had been tested before fielding the questionnaire.</w:t>
            </w:r>
          </w:p>
        </w:tc>
        <w:tc>
          <w:tcPr>
            <w:tcW w:w="1651" w:type="dxa"/>
          </w:tcPr>
          <w:p w14:paraId="1C19C573" w14:textId="23E46759" w:rsidR="00D0375F" w:rsidRDefault="00D0375F">
            <w:r>
              <w:rPr>
                <w:sz w:val="16"/>
              </w:rPr>
              <w:t xml:space="preserve"> pp. 4–5</w:t>
            </w:r>
          </w:p>
        </w:tc>
      </w:tr>
      <w:tr w:rsidR="00D0375F" w14:paraId="3EA81892" w14:textId="77777777" w:rsidTr="00D0375F">
        <w:trPr>
          <w:jc w:val="center"/>
        </w:trPr>
        <w:tc>
          <w:tcPr>
            <w:tcW w:w="1666" w:type="dxa"/>
          </w:tcPr>
          <w:p w14:paraId="41261B2C" w14:textId="77777777" w:rsidR="00D0375F" w:rsidRDefault="00D0375F">
            <w:r>
              <w:rPr>
                <w:sz w:val="16"/>
              </w:rPr>
              <w:t>Open survey versus closed survey</w:t>
            </w:r>
          </w:p>
        </w:tc>
        <w:tc>
          <w:tcPr>
            <w:tcW w:w="7195" w:type="dxa"/>
          </w:tcPr>
          <w:p w14:paraId="6DED4CF6" w14:textId="77777777" w:rsidR="00D0375F" w:rsidRDefault="00D0375F">
            <w:r>
              <w:rPr>
                <w:sz w:val="16"/>
              </w:rPr>
              <w:t>An “open survey” is a survey open for each visitor of a site, while a closed survey is only open to a sample which the investigator knows (password-protected survey).</w:t>
            </w:r>
          </w:p>
        </w:tc>
        <w:tc>
          <w:tcPr>
            <w:tcW w:w="1651" w:type="dxa"/>
          </w:tcPr>
          <w:p w14:paraId="43AE5B60" w14:textId="0C5D7F3A" w:rsidR="00D0375F" w:rsidRDefault="00D0375F">
            <w:r>
              <w:rPr>
                <w:sz w:val="16"/>
              </w:rPr>
              <w:t xml:space="preserve"> p. 4</w:t>
            </w:r>
          </w:p>
        </w:tc>
      </w:tr>
      <w:tr w:rsidR="00D0375F" w14:paraId="4016FC5F" w14:textId="77777777" w:rsidTr="00D0375F">
        <w:trPr>
          <w:jc w:val="center"/>
        </w:trPr>
        <w:tc>
          <w:tcPr>
            <w:tcW w:w="1666" w:type="dxa"/>
          </w:tcPr>
          <w:p w14:paraId="51C369BC" w14:textId="77777777" w:rsidR="00D0375F" w:rsidRDefault="00D0375F">
            <w:r>
              <w:rPr>
                <w:sz w:val="16"/>
              </w:rPr>
              <w:t>Contact mode</w:t>
            </w:r>
          </w:p>
        </w:tc>
        <w:tc>
          <w:tcPr>
            <w:tcW w:w="7195" w:type="dxa"/>
          </w:tcPr>
          <w:p w14:paraId="50BC4330" w14:textId="77777777" w:rsidR="00D0375F" w:rsidRDefault="00D0375F">
            <w:r>
              <w:rPr>
                <w:sz w:val="16"/>
              </w:rPr>
              <w:t>Indicate whether or not the initial contact with the potential participants was made on the Internet. (Investigators may also send out questionnaires by mail and allow for Web-based data entry.)</w:t>
            </w:r>
          </w:p>
        </w:tc>
        <w:tc>
          <w:tcPr>
            <w:tcW w:w="1651" w:type="dxa"/>
          </w:tcPr>
          <w:p w14:paraId="616A65DF" w14:textId="79E688E4" w:rsidR="00D0375F" w:rsidRDefault="00D0375F">
            <w:r>
              <w:rPr>
                <w:sz w:val="16"/>
              </w:rPr>
              <w:t xml:space="preserve"> p. 4</w:t>
            </w:r>
          </w:p>
        </w:tc>
      </w:tr>
      <w:tr w:rsidR="00D0375F" w14:paraId="416E928A" w14:textId="77777777" w:rsidTr="00D0375F">
        <w:trPr>
          <w:jc w:val="center"/>
        </w:trPr>
        <w:tc>
          <w:tcPr>
            <w:tcW w:w="1666" w:type="dxa"/>
          </w:tcPr>
          <w:p w14:paraId="4CDCA8B8" w14:textId="77777777" w:rsidR="00D0375F" w:rsidRDefault="00D0375F">
            <w:r>
              <w:rPr>
                <w:sz w:val="16"/>
              </w:rPr>
              <w:t>Advertising the survey</w:t>
            </w:r>
          </w:p>
        </w:tc>
        <w:tc>
          <w:tcPr>
            <w:tcW w:w="7195" w:type="dxa"/>
          </w:tcPr>
          <w:p w14:paraId="48417D60" w14:textId="77777777" w:rsidR="00D0375F" w:rsidRDefault="00D0375F">
            <w:r>
              <w:rPr>
                <w:sz w:val="16"/>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651" w:type="dxa"/>
          </w:tcPr>
          <w:p w14:paraId="1373A03F" w14:textId="1C1E9535" w:rsidR="00D0375F" w:rsidRDefault="00D0375F">
            <w:r>
              <w:rPr>
                <w:sz w:val="16"/>
              </w:rPr>
              <w:t xml:space="preserve"> p. 4</w:t>
            </w:r>
          </w:p>
        </w:tc>
      </w:tr>
      <w:tr w:rsidR="00D0375F" w14:paraId="6597EF07" w14:textId="77777777" w:rsidTr="00D0375F">
        <w:trPr>
          <w:jc w:val="center"/>
        </w:trPr>
        <w:tc>
          <w:tcPr>
            <w:tcW w:w="1666" w:type="dxa"/>
          </w:tcPr>
          <w:p w14:paraId="49F8915F" w14:textId="77777777" w:rsidR="00D0375F" w:rsidRDefault="00D0375F">
            <w:r>
              <w:rPr>
                <w:sz w:val="16"/>
              </w:rPr>
              <w:t>Web/E-mail</w:t>
            </w:r>
          </w:p>
        </w:tc>
        <w:tc>
          <w:tcPr>
            <w:tcW w:w="7195" w:type="dxa"/>
          </w:tcPr>
          <w:p w14:paraId="5FEDD029" w14:textId="77777777" w:rsidR="00D0375F" w:rsidRDefault="00D0375F">
            <w:r>
              <w:rPr>
                <w:sz w:val="16"/>
              </w:rPr>
              <w:t>State the type of e-survey (eg, one posted on a Web site, or one sent out through e-mail). If it is an e-mail survey, were the responses entered manually into a database, or was there an automatic method for capturing responses?</w:t>
            </w:r>
          </w:p>
        </w:tc>
        <w:tc>
          <w:tcPr>
            <w:tcW w:w="1651" w:type="dxa"/>
          </w:tcPr>
          <w:p w14:paraId="4157AF41" w14:textId="5C4EC7D4" w:rsidR="00D0375F" w:rsidRDefault="00D0375F">
            <w:r>
              <w:rPr>
                <w:sz w:val="16"/>
              </w:rPr>
              <w:t xml:space="preserve"> pp. 4–5</w:t>
            </w:r>
          </w:p>
        </w:tc>
      </w:tr>
      <w:tr w:rsidR="00D0375F" w14:paraId="75BE0F74" w14:textId="77777777" w:rsidTr="00D0375F">
        <w:trPr>
          <w:jc w:val="center"/>
        </w:trPr>
        <w:tc>
          <w:tcPr>
            <w:tcW w:w="1666" w:type="dxa"/>
          </w:tcPr>
          <w:p w14:paraId="10B9DD47" w14:textId="77777777" w:rsidR="00D0375F" w:rsidRDefault="00D0375F">
            <w:r>
              <w:rPr>
                <w:sz w:val="16"/>
              </w:rPr>
              <w:t>Context</w:t>
            </w:r>
          </w:p>
        </w:tc>
        <w:tc>
          <w:tcPr>
            <w:tcW w:w="7195" w:type="dxa"/>
          </w:tcPr>
          <w:p w14:paraId="456A9854" w14:textId="77777777" w:rsidR="00D0375F" w:rsidRDefault="00D0375F">
            <w:r>
              <w:rPr>
                <w:sz w:val="16"/>
              </w:rPr>
              <w:t>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a anti-immunization Web site will have different results from a Web survey conducted on a government Web site</w:t>
            </w:r>
          </w:p>
        </w:tc>
        <w:tc>
          <w:tcPr>
            <w:tcW w:w="1651" w:type="dxa"/>
          </w:tcPr>
          <w:p w14:paraId="25629673" w14:textId="5554E4FC" w:rsidR="00D0375F" w:rsidRDefault="00D0375F">
            <w:r>
              <w:rPr>
                <w:sz w:val="16"/>
              </w:rPr>
              <w:t xml:space="preserve"> p. 4</w:t>
            </w:r>
          </w:p>
        </w:tc>
      </w:tr>
      <w:tr w:rsidR="00D0375F" w14:paraId="0D25F175" w14:textId="77777777" w:rsidTr="00D0375F">
        <w:trPr>
          <w:jc w:val="center"/>
        </w:trPr>
        <w:tc>
          <w:tcPr>
            <w:tcW w:w="1666" w:type="dxa"/>
          </w:tcPr>
          <w:p w14:paraId="1763BCEB" w14:textId="77777777" w:rsidR="00D0375F" w:rsidRDefault="00D0375F">
            <w:r>
              <w:rPr>
                <w:sz w:val="16"/>
              </w:rPr>
              <w:t>Mandatory/voluntary</w:t>
            </w:r>
          </w:p>
        </w:tc>
        <w:tc>
          <w:tcPr>
            <w:tcW w:w="7195" w:type="dxa"/>
          </w:tcPr>
          <w:p w14:paraId="68534CE0" w14:textId="77777777" w:rsidR="00D0375F" w:rsidRDefault="00D0375F">
            <w:r>
              <w:rPr>
                <w:sz w:val="16"/>
              </w:rPr>
              <w:t>Was it a mandatory survey to be filled in by every visitor who wanted to enter the Web site, or was it a voluntary survey?</w:t>
            </w:r>
          </w:p>
        </w:tc>
        <w:tc>
          <w:tcPr>
            <w:tcW w:w="1651" w:type="dxa"/>
          </w:tcPr>
          <w:p w14:paraId="5EB90E7B" w14:textId="34E170A3" w:rsidR="00D0375F" w:rsidRDefault="00D0375F">
            <w:r>
              <w:rPr>
                <w:sz w:val="16"/>
              </w:rPr>
              <w:t xml:space="preserve"> p. 4</w:t>
            </w:r>
          </w:p>
        </w:tc>
      </w:tr>
      <w:tr w:rsidR="00D0375F" w14:paraId="13C84376" w14:textId="77777777" w:rsidTr="00D0375F">
        <w:trPr>
          <w:jc w:val="center"/>
        </w:trPr>
        <w:tc>
          <w:tcPr>
            <w:tcW w:w="1666" w:type="dxa"/>
          </w:tcPr>
          <w:p w14:paraId="03ACBB59" w14:textId="77777777" w:rsidR="00D0375F" w:rsidRDefault="00D0375F">
            <w:r>
              <w:rPr>
                <w:sz w:val="16"/>
              </w:rPr>
              <w:t>Incentives</w:t>
            </w:r>
          </w:p>
        </w:tc>
        <w:tc>
          <w:tcPr>
            <w:tcW w:w="7195" w:type="dxa"/>
          </w:tcPr>
          <w:p w14:paraId="149BEE65" w14:textId="77777777" w:rsidR="00D0375F" w:rsidRDefault="00D0375F">
            <w:r>
              <w:rPr>
                <w:sz w:val="16"/>
              </w:rPr>
              <w:t>Were any incentives offered (eg, monetary, prizes, or non-monetary incentives such as an offer to provide the survey results)?</w:t>
            </w:r>
          </w:p>
        </w:tc>
        <w:tc>
          <w:tcPr>
            <w:tcW w:w="1651" w:type="dxa"/>
          </w:tcPr>
          <w:p w14:paraId="3D1560D9" w14:textId="47AAF5EE" w:rsidR="00D0375F" w:rsidRDefault="00D0375F">
            <w:r>
              <w:rPr>
                <w:sz w:val="16"/>
              </w:rPr>
              <w:t xml:space="preserve"> p. 4</w:t>
            </w:r>
          </w:p>
        </w:tc>
      </w:tr>
      <w:tr w:rsidR="00D0375F" w14:paraId="5B37F814" w14:textId="77777777" w:rsidTr="00D0375F">
        <w:trPr>
          <w:jc w:val="center"/>
        </w:trPr>
        <w:tc>
          <w:tcPr>
            <w:tcW w:w="1666" w:type="dxa"/>
          </w:tcPr>
          <w:p w14:paraId="04D0C87B" w14:textId="77777777" w:rsidR="00D0375F" w:rsidRDefault="00D0375F">
            <w:r>
              <w:rPr>
                <w:sz w:val="16"/>
              </w:rPr>
              <w:t>Time/Date</w:t>
            </w:r>
          </w:p>
        </w:tc>
        <w:tc>
          <w:tcPr>
            <w:tcW w:w="7195" w:type="dxa"/>
          </w:tcPr>
          <w:p w14:paraId="58A7DC84" w14:textId="77777777" w:rsidR="00D0375F" w:rsidRDefault="00D0375F">
            <w:r>
              <w:rPr>
                <w:sz w:val="16"/>
              </w:rPr>
              <w:t>In what timeframe were the data collected?</w:t>
            </w:r>
          </w:p>
        </w:tc>
        <w:tc>
          <w:tcPr>
            <w:tcW w:w="1651" w:type="dxa"/>
          </w:tcPr>
          <w:p w14:paraId="3AC398E2" w14:textId="04A987B4" w:rsidR="00D0375F" w:rsidRDefault="00D0375F">
            <w:r>
              <w:rPr>
                <w:sz w:val="16"/>
              </w:rPr>
              <w:t xml:space="preserve"> p. 4</w:t>
            </w:r>
          </w:p>
        </w:tc>
      </w:tr>
      <w:tr w:rsidR="00D0375F" w14:paraId="58ED440C" w14:textId="77777777" w:rsidTr="00D0375F">
        <w:trPr>
          <w:jc w:val="center"/>
        </w:trPr>
        <w:tc>
          <w:tcPr>
            <w:tcW w:w="1666" w:type="dxa"/>
          </w:tcPr>
          <w:p w14:paraId="0D34F6A7" w14:textId="77777777" w:rsidR="00D0375F" w:rsidRDefault="00D0375F">
            <w:r>
              <w:rPr>
                <w:sz w:val="16"/>
              </w:rPr>
              <w:t>Randomization of items or questionnaires</w:t>
            </w:r>
          </w:p>
        </w:tc>
        <w:tc>
          <w:tcPr>
            <w:tcW w:w="7195" w:type="dxa"/>
          </w:tcPr>
          <w:p w14:paraId="43E720E9" w14:textId="77777777" w:rsidR="00D0375F" w:rsidRDefault="00D0375F">
            <w:r>
              <w:rPr>
                <w:sz w:val="16"/>
              </w:rPr>
              <w:t>To prevent biases items can be randomized or alternated.</w:t>
            </w:r>
          </w:p>
        </w:tc>
        <w:tc>
          <w:tcPr>
            <w:tcW w:w="1651" w:type="dxa"/>
          </w:tcPr>
          <w:p w14:paraId="14E665FC" w14:textId="76C7A881" w:rsidR="00D0375F" w:rsidRDefault="00D0375F">
            <w:r>
              <w:rPr>
                <w:sz w:val="16"/>
              </w:rPr>
              <w:t xml:space="preserve"> p. 5</w:t>
            </w:r>
          </w:p>
        </w:tc>
      </w:tr>
      <w:tr w:rsidR="00D0375F" w14:paraId="2112320B" w14:textId="77777777" w:rsidTr="00D0375F">
        <w:trPr>
          <w:jc w:val="center"/>
        </w:trPr>
        <w:tc>
          <w:tcPr>
            <w:tcW w:w="1666" w:type="dxa"/>
          </w:tcPr>
          <w:p w14:paraId="21585614" w14:textId="77777777" w:rsidR="00D0375F" w:rsidRDefault="00D0375F">
            <w:r>
              <w:rPr>
                <w:sz w:val="16"/>
              </w:rPr>
              <w:t>Adaptive questioning</w:t>
            </w:r>
          </w:p>
        </w:tc>
        <w:tc>
          <w:tcPr>
            <w:tcW w:w="7195" w:type="dxa"/>
          </w:tcPr>
          <w:p w14:paraId="54EB0F50" w14:textId="77777777" w:rsidR="00D0375F" w:rsidRDefault="00D0375F">
            <w:r>
              <w:rPr>
                <w:sz w:val="16"/>
              </w:rPr>
              <w:t>Use adaptive questioning (certain items, or only conditionally displayed based on responses to other items) to reduce number and complexity of the questions.</w:t>
            </w:r>
          </w:p>
        </w:tc>
        <w:tc>
          <w:tcPr>
            <w:tcW w:w="1651" w:type="dxa"/>
          </w:tcPr>
          <w:p w14:paraId="58B745EE" w14:textId="64984BD5" w:rsidR="00D0375F" w:rsidRDefault="00D0375F">
            <w:r>
              <w:rPr>
                <w:sz w:val="16"/>
              </w:rPr>
              <w:t xml:space="preserve"> p. 5</w:t>
            </w:r>
          </w:p>
        </w:tc>
      </w:tr>
      <w:tr w:rsidR="00D0375F" w14:paraId="1908B96F" w14:textId="77777777" w:rsidTr="00D0375F">
        <w:trPr>
          <w:jc w:val="center"/>
        </w:trPr>
        <w:tc>
          <w:tcPr>
            <w:tcW w:w="1666" w:type="dxa"/>
          </w:tcPr>
          <w:p w14:paraId="52168A5D" w14:textId="77777777" w:rsidR="00D0375F" w:rsidRDefault="00D0375F">
            <w:r>
              <w:rPr>
                <w:sz w:val="16"/>
              </w:rPr>
              <w:t>Number of Items</w:t>
            </w:r>
          </w:p>
        </w:tc>
        <w:tc>
          <w:tcPr>
            <w:tcW w:w="7195" w:type="dxa"/>
          </w:tcPr>
          <w:p w14:paraId="45C6FEBB" w14:textId="77777777" w:rsidR="00D0375F" w:rsidRDefault="00D0375F">
            <w:r>
              <w:rPr>
                <w:sz w:val="16"/>
              </w:rPr>
              <w:t>What was the number of questionnaire items per page? The number of items is an important factor for the completion rate.</w:t>
            </w:r>
          </w:p>
        </w:tc>
        <w:tc>
          <w:tcPr>
            <w:tcW w:w="1651" w:type="dxa"/>
          </w:tcPr>
          <w:p w14:paraId="7E2729D1" w14:textId="41A204AB" w:rsidR="00D0375F" w:rsidRDefault="00D0375F">
            <w:r>
              <w:rPr>
                <w:sz w:val="16"/>
              </w:rPr>
              <w:t xml:space="preserve"> p. 5</w:t>
            </w:r>
          </w:p>
        </w:tc>
      </w:tr>
      <w:tr w:rsidR="00D0375F" w14:paraId="24662442" w14:textId="77777777" w:rsidTr="00D0375F">
        <w:trPr>
          <w:jc w:val="center"/>
        </w:trPr>
        <w:tc>
          <w:tcPr>
            <w:tcW w:w="1666" w:type="dxa"/>
          </w:tcPr>
          <w:p w14:paraId="7EBE936A" w14:textId="77777777" w:rsidR="00D0375F" w:rsidRDefault="00D0375F">
            <w:r>
              <w:rPr>
                <w:sz w:val="16"/>
              </w:rPr>
              <w:t>Number of screens (pages)</w:t>
            </w:r>
          </w:p>
        </w:tc>
        <w:tc>
          <w:tcPr>
            <w:tcW w:w="7195" w:type="dxa"/>
          </w:tcPr>
          <w:p w14:paraId="702A3D45" w14:textId="77777777" w:rsidR="00D0375F" w:rsidRDefault="00D0375F">
            <w:r>
              <w:rPr>
                <w:sz w:val="16"/>
              </w:rPr>
              <w:t>Over how many pages was the questionnaire distributed? The number of items is an important factor for the completion rate.</w:t>
            </w:r>
          </w:p>
        </w:tc>
        <w:tc>
          <w:tcPr>
            <w:tcW w:w="1651" w:type="dxa"/>
          </w:tcPr>
          <w:p w14:paraId="1F7D7256" w14:textId="7F99E93C" w:rsidR="00D0375F" w:rsidRDefault="00D0375F">
            <w:r>
              <w:rPr>
                <w:sz w:val="16"/>
              </w:rPr>
              <w:t xml:space="preserve"> p. 5</w:t>
            </w:r>
          </w:p>
        </w:tc>
      </w:tr>
      <w:tr w:rsidR="00D0375F" w14:paraId="4B021A86" w14:textId="77777777" w:rsidTr="00D0375F">
        <w:trPr>
          <w:jc w:val="center"/>
        </w:trPr>
        <w:tc>
          <w:tcPr>
            <w:tcW w:w="1666" w:type="dxa"/>
          </w:tcPr>
          <w:p w14:paraId="7D89C91F" w14:textId="77777777" w:rsidR="00D0375F" w:rsidRDefault="00D0375F">
            <w:r>
              <w:rPr>
                <w:sz w:val="16"/>
              </w:rPr>
              <w:t>Completeness check</w:t>
            </w:r>
          </w:p>
        </w:tc>
        <w:tc>
          <w:tcPr>
            <w:tcW w:w="7195" w:type="dxa"/>
          </w:tcPr>
          <w:p w14:paraId="29F59F9A" w14:textId="77777777" w:rsidR="00D0375F" w:rsidRDefault="00D0375F">
            <w:r>
              <w:rPr>
                <w:sz w:val="16"/>
              </w:rPr>
              <w:t>It is technically possible to do consistency or completeness checks before the questionnaire is submitted. Was this done, and if “yes”, how (usually JAVAScript)?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651" w:type="dxa"/>
          </w:tcPr>
          <w:p w14:paraId="4EF89BA7" w14:textId="77777777" w:rsidR="00D0375F" w:rsidRDefault="00D0375F">
            <w:r>
              <w:rPr>
                <w:sz w:val="16"/>
              </w:rPr>
              <w:t>Author action required</w:t>
            </w:r>
          </w:p>
        </w:tc>
      </w:tr>
      <w:tr w:rsidR="00D0375F" w14:paraId="79203893" w14:textId="77777777" w:rsidTr="00D0375F">
        <w:trPr>
          <w:jc w:val="center"/>
        </w:trPr>
        <w:tc>
          <w:tcPr>
            <w:tcW w:w="1666" w:type="dxa"/>
          </w:tcPr>
          <w:p w14:paraId="2AC05E59" w14:textId="77777777" w:rsidR="00D0375F" w:rsidRDefault="00D0375F">
            <w:r>
              <w:rPr>
                <w:sz w:val="16"/>
              </w:rPr>
              <w:t>Review step</w:t>
            </w:r>
          </w:p>
        </w:tc>
        <w:tc>
          <w:tcPr>
            <w:tcW w:w="7195" w:type="dxa"/>
          </w:tcPr>
          <w:p w14:paraId="30F043BD" w14:textId="77777777" w:rsidR="00D0375F" w:rsidRDefault="00D0375F">
            <w:r>
              <w:rPr>
                <w:sz w:val="16"/>
              </w:rPr>
              <w:t>State whether respondents were able to review and change their answers (eg, through a Back button or a Review step which displays a summary of the responses and asks the respondents if they are correct).</w:t>
            </w:r>
          </w:p>
        </w:tc>
        <w:tc>
          <w:tcPr>
            <w:tcW w:w="1651" w:type="dxa"/>
          </w:tcPr>
          <w:p w14:paraId="0C638779" w14:textId="4E95B030" w:rsidR="00D0375F" w:rsidRDefault="00D0375F">
            <w:r>
              <w:rPr>
                <w:sz w:val="16"/>
              </w:rPr>
              <w:t xml:space="preserve"> p. 5</w:t>
            </w:r>
          </w:p>
        </w:tc>
      </w:tr>
      <w:tr w:rsidR="00D0375F" w14:paraId="61399408" w14:textId="77777777" w:rsidTr="00D0375F">
        <w:trPr>
          <w:jc w:val="center"/>
        </w:trPr>
        <w:tc>
          <w:tcPr>
            <w:tcW w:w="1666" w:type="dxa"/>
          </w:tcPr>
          <w:p w14:paraId="642767D8" w14:textId="77777777" w:rsidR="00D0375F" w:rsidRDefault="00D0375F">
            <w:r>
              <w:rPr>
                <w:sz w:val="16"/>
              </w:rPr>
              <w:t>Unique site visitor</w:t>
            </w:r>
          </w:p>
        </w:tc>
        <w:tc>
          <w:tcPr>
            <w:tcW w:w="7195" w:type="dxa"/>
          </w:tcPr>
          <w:p w14:paraId="56C7C0D4" w14:textId="77777777" w:rsidR="00D0375F" w:rsidRDefault="00D0375F">
            <w:r>
              <w:rPr>
                <w:sz w:val="16"/>
              </w:rPr>
              <w:t>If you provide view rates or participation rates, you need to define how you determined a unique visitor. There are different techniques available, based on IP addresses or cookies or both.</w:t>
            </w:r>
          </w:p>
        </w:tc>
        <w:tc>
          <w:tcPr>
            <w:tcW w:w="1651" w:type="dxa"/>
          </w:tcPr>
          <w:p w14:paraId="483D6C6B" w14:textId="5F94F1FC" w:rsidR="00D0375F" w:rsidRDefault="00D0375F">
            <w:r>
              <w:rPr>
                <w:sz w:val="16"/>
              </w:rPr>
              <w:t xml:space="preserve"> p. 5</w:t>
            </w:r>
          </w:p>
        </w:tc>
      </w:tr>
      <w:tr w:rsidR="00D0375F" w14:paraId="49D3CD74" w14:textId="77777777" w:rsidTr="00D0375F">
        <w:trPr>
          <w:jc w:val="center"/>
        </w:trPr>
        <w:tc>
          <w:tcPr>
            <w:tcW w:w="1666" w:type="dxa"/>
          </w:tcPr>
          <w:p w14:paraId="78F0E293" w14:textId="77777777" w:rsidR="00D0375F" w:rsidRDefault="00D0375F">
            <w:r>
              <w:rPr>
                <w:sz w:val="16"/>
              </w:rPr>
              <w:t>View rate (Ratio of unique survey visitors/unique site visitors)</w:t>
            </w:r>
          </w:p>
        </w:tc>
        <w:tc>
          <w:tcPr>
            <w:tcW w:w="7195" w:type="dxa"/>
          </w:tcPr>
          <w:p w14:paraId="4C312247" w14:textId="77777777" w:rsidR="00D0375F" w:rsidRDefault="00D0375F">
            <w:r>
              <w:rPr>
                <w:sz w:val="16"/>
              </w:rPr>
              <w:t>Requires counting unique visitors to the first page of the survey, divided by the number of unique site visitors (not page views!). It is not unusual to have view rates of less than 0.1 % if the survey is voluntary.</w:t>
            </w:r>
          </w:p>
        </w:tc>
        <w:tc>
          <w:tcPr>
            <w:tcW w:w="1651" w:type="dxa"/>
          </w:tcPr>
          <w:p w14:paraId="13FCE7D2" w14:textId="70143480" w:rsidR="00D0375F" w:rsidRDefault="00D0375F">
            <w:r>
              <w:rPr>
                <w:sz w:val="16"/>
              </w:rPr>
              <w:t xml:space="preserve"> p. 5</w:t>
            </w:r>
          </w:p>
        </w:tc>
      </w:tr>
      <w:tr w:rsidR="00D0375F" w14:paraId="1C72C316" w14:textId="77777777" w:rsidTr="00D0375F">
        <w:trPr>
          <w:jc w:val="center"/>
        </w:trPr>
        <w:tc>
          <w:tcPr>
            <w:tcW w:w="1666" w:type="dxa"/>
          </w:tcPr>
          <w:p w14:paraId="5D7DAD8F" w14:textId="77777777" w:rsidR="00D0375F" w:rsidRDefault="00D0375F">
            <w:r>
              <w:rPr>
                <w:sz w:val="16"/>
              </w:rPr>
              <w:t>Participation rate (Ratio of unique visitors who agreed to participate/unique first survey page visitors)</w:t>
            </w:r>
          </w:p>
        </w:tc>
        <w:tc>
          <w:tcPr>
            <w:tcW w:w="7195" w:type="dxa"/>
          </w:tcPr>
          <w:p w14:paraId="39783FA9" w14:textId="77777777" w:rsidR="00D0375F" w:rsidRDefault="00D0375F">
            <w:r>
              <w:rPr>
                <w:sz w:val="16"/>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651" w:type="dxa"/>
          </w:tcPr>
          <w:p w14:paraId="552F01C5" w14:textId="522EF82D" w:rsidR="00D0375F" w:rsidRDefault="00D0375F">
            <w:r>
              <w:rPr>
                <w:sz w:val="16"/>
              </w:rPr>
              <w:t xml:space="preserve"> p. 5</w:t>
            </w:r>
          </w:p>
        </w:tc>
      </w:tr>
      <w:tr w:rsidR="00D0375F" w14:paraId="7FFDA82A" w14:textId="77777777" w:rsidTr="00D0375F">
        <w:trPr>
          <w:jc w:val="center"/>
        </w:trPr>
        <w:tc>
          <w:tcPr>
            <w:tcW w:w="1666" w:type="dxa"/>
          </w:tcPr>
          <w:p w14:paraId="79B2F5A3" w14:textId="77777777" w:rsidR="00D0375F" w:rsidRDefault="00D0375F">
            <w:r>
              <w:rPr>
                <w:sz w:val="16"/>
              </w:rPr>
              <w:lastRenderedPageBreak/>
              <w:t>Completion rate (Ratio of users who finished the survey/users who agreed to participate)</w:t>
            </w:r>
          </w:p>
        </w:tc>
        <w:tc>
          <w:tcPr>
            <w:tcW w:w="7195" w:type="dxa"/>
          </w:tcPr>
          <w:p w14:paraId="61865577" w14:textId="77777777" w:rsidR="00D0375F" w:rsidRDefault="00D0375F">
            <w:r>
              <w:rPr>
                <w:sz w:val="16"/>
              </w:rPr>
              <w:t>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“completion” can involve leaving questionnaire items blank. This is not a measure for how completely questionnaires were filled in. (If you need a measure for this, use the word “completeness rate”.)</w:t>
            </w:r>
          </w:p>
        </w:tc>
        <w:tc>
          <w:tcPr>
            <w:tcW w:w="1651" w:type="dxa"/>
          </w:tcPr>
          <w:p w14:paraId="79899B9B" w14:textId="5AE1FAB5" w:rsidR="00D0375F" w:rsidRDefault="00D0375F">
            <w:r>
              <w:rPr>
                <w:sz w:val="16"/>
              </w:rPr>
              <w:t>p. 5</w:t>
            </w:r>
          </w:p>
        </w:tc>
      </w:tr>
      <w:tr w:rsidR="00D0375F" w14:paraId="581C931D" w14:textId="77777777" w:rsidTr="00D0375F">
        <w:trPr>
          <w:jc w:val="center"/>
        </w:trPr>
        <w:tc>
          <w:tcPr>
            <w:tcW w:w="1666" w:type="dxa"/>
          </w:tcPr>
          <w:p w14:paraId="41295B2E" w14:textId="77777777" w:rsidR="00D0375F" w:rsidRDefault="00D0375F">
            <w:r>
              <w:rPr>
                <w:sz w:val="16"/>
              </w:rPr>
              <w:t>Cookies used</w:t>
            </w:r>
          </w:p>
        </w:tc>
        <w:tc>
          <w:tcPr>
            <w:tcW w:w="7195" w:type="dxa"/>
          </w:tcPr>
          <w:p w14:paraId="6A9BBA37" w14:textId="77777777" w:rsidR="00D0375F" w:rsidRDefault="00D0375F">
            <w:r>
              <w:rPr>
                <w:sz w:val="16"/>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(eg, the first entry or the most recent)?</w:t>
            </w:r>
          </w:p>
        </w:tc>
        <w:tc>
          <w:tcPr>
            <w:tcW w:w="1651" w:type="dxa"/>
          </w:tcPr>
          <w:p w14:paraId="7343CD42" w14:textId="2C0870F4" w:rsidR="00D0375F" w:rsidRDefault="00D0375F">
            <w:r>
              <w:rPr>
                <w:sz w:val="16"/>
              </w:rPr>
              <w:t>p. 5</w:t>
            </w:r>
          </w:p>
        </w:tc>
      </w:tr>
      <w:tr w:rsidR="00D0375F" w14:paraId="3341AD2B" w14:textId="77777777" w:rsidTr="00D0375F">
        <w:trPr>
          <w:jc w:val="center"/>
        </w:trPr>
        <w:tc>
          <w:tcPr>
            <w:tcW w:w="1666" w:type="dxa"/>
          </w:tcPr>
          <w:p w14:paraId="5B44AC7B" w14:textId="77777777" w:rsidR="00D0375F" w:rsidRDefault="00D0375F">
            <w:r>
              <w:rPr>
                <w:sz w:val="16"/>
              </w:rPr>
              <w:t>IP check</w:t>
            </w:r>
          </w:p>
        </w:tc>
        <w:tc>
          <w:tcPr>
            <w:tcW w:w="7195" w:type="dxa"/>
          </w:tcPr>
          <w:p w14:paraId="7499C891" w14:textId="77777777" w:rsidR="00D0375F" w:rsidRDefault="00D0375F">
            <w:r>
              <w:rPr>
                <w:sz w:val="16"/>
              </w:rPr>
              <w:t>Indicate whether the IP address of the client computer was used to identify potential duplicate entries from the same user. If so, mention the period of time for which no two entries from the same IP address were allowed (eg, 24 hours). Were duplicate entries avoided by preventing users with the same IP address access to the survey twice; or were duplicate database entries having the same IP address within a given period of time eliminated before analysis? If the latter, which entries were kept for analysis (eg, the first entry or the most recent)?</w:t>
            </w:r>
          </w:p>
        </w:tc>
        <w:tc>
          <w:tcPr>
            <w:tcW w:w="1651" w:type="dxa"/>
          </w:tcPr>
          <w:p w14:paraId="4AB0535E" w14:textId="651D31B2" w:rsidR="00D0375F" w:rsidRDefault="00D0375F">
            <w:r>
              <w:rPr>
                <w:sz w:val="16"/>
              </w:rPr>
              <w:t>p. 5</w:t>
            </w:r>
          </w:p>
        </w:tc>
      </w:tr>
      <w:tr w:rsidR="00D0375F" w14:paraId="30BEE5C8" w14:textId="77777777" w:rsidTr="00D0375F">
        <w:trPr>
          <w:jc w:val="center"/>
        </w:trPr>
        <w:tc>
          <w:tcPr>
            <w:tcW w:w="1666" w:type="dxa"/>
          </w:tcPr>
          <w:p w14:paraId="799D1805" w14:textId="77777777" w:rsidR="00D0375F" w:rsidRDefault="00D0375F">
            <w:r>
              <w:rPr>
                <w:sz w:val="16"/>
              </w:rPr>
              <w:t>Log file analysis</w:t>
            </w:r>
          </w:p>
        </w:tc>
        <w:tc>
          <w:tcPr>
            <w:tcW w:w="7195" w:type="dxa"/>
          </w:tcPr>
          <w:p w14:paraId="1AAF6A02" w14:textId="77777777" w:rsidR="00D0375F" w:rsidRDefault="00D0375F">
            <w:r>
              <w:rPr>
                <w:sz w:val="16"/>
              </w:rPr>
              <w:t>Indicate whether other techniques to analyze the log file for identification of multiple entries were used. If so, please describe.</w:t>
            </w:r>
          </w:p>
        </w:tc>
        <w:tc>
          <w:tcPr>
            <w:tcW w:w="1651" w:type="dxa"/>
          </w:tcPr>
          <w:p w14:paraId="5682A1AC" w14:textId="5A7251B8" w:rsidR="00D0375F" w:rsidRDefault="00D0375F">
            <w:r>
              <w:rPr>
                <w:sz w:val="16"/>
              </w:rPr>
              <w:t>p.5</w:t>
            </w:r>
          </w:p>
        </w:tc>
      </w:tr>
      <w:tr w:rsidR="00D0375F" w14:paraId="532B72BE" w14:textId="77777777" w:rsidTr="00D0375F">
        <w:trPr>
          <w:jc w:val="center"/>
        </w:trPr>
        <w:tc>
          <w:tcPr>
            <w:tcW w:w="1666" w:type="dxa"/>
          </w:tcPr>
          <w:p w14:paraId="2681FBDB" w14:textId="77777777" w:rsidR="00D0375F" w:rsidRDefault="00D0375F">
            <w:r>
              <w:rPr>
                <w:sz w:val="16"/>
              </w:rPr>
              <w:t>Registration</w:t>
            </w:r>
          </w:p>
        </w:tc>
        <w:tc>
          <w:tcPr>
            <w:tcW w:w="7195" w:type="dxa"/>
          </w:tcPr>
          <w:p w14:paraId="63A7BDFF" w14:textId="77777777" w:rsidR="00D0375F" w:rsidRDefault="00D0375F">
            <w:r>
              <w:rPr>
                <w:sz w:val="16"/>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(eg, the first entry or the most recent)?</w:t>
            </w:r>
          </w:p>
        </w:tc>
        <w:tc>
          <w:tcPr>
            <w:tcW w:w="1651" w:type="dxa"/>
          </w:tcPr>
          <w:p w14:paraId="3530DDBE" w14:textId="77777777" w:rsidR="00D0375F" w:rsidRDefault="00D0375F">
            <w:r>
              <w:rPr>
                <w:sz w:val="16"/>
              </w:rPr>
              <w:t>N/A</w:t>
            </w:r>
          </w:p>
        </w:tc>
      </w:tr>
      <w:tr w:rsidR="00D0375F" w14:paraId="70CEF931" w14:textId="77777777" w:rsidTr="00D0375F">
        <w:trPr>
          <w:jc w:val="center"/>
        </w:trPr>
        <w:tc>
          <w:tcPr>
            <w:tcW w:w="1666" w:type="dxa"/>
          </w:tcPr>
          <w:p w14:paraId="44DDCD1F" w14:textId="77777777" w:rsidR="00D0375F" w:rsidRDefault="00D0375F">
            <w:r>
              <w:rPr>
                <w:sz w:val="16"/>
              </w:rPr>
              <w:t>Handling of incomplete questionnaires</w:t>
            </w:r>
          </w:p>
        </w:tc>
        <w:tc>
          <w:tcPr>
            <w:tcW w:w="7195" w:type="dxa"/>
          </w:tcPr>
          <w:p w14:paraId="0C12FFE6" w14:textId="77777777" w:rsidR="00D0375F" w:rsidRDefault="00D0375F">
            <w:r>
              <w:rPr>
                <w:sz w:val="16"/>
              </w:rPr>
              <w:t>Were only completed questionnaires analyzed? Were questionnaires which terminated early (where, for example, users did not go through all questionnaire pages) also analyzed?</w:t>
            </w:r>
          </w:p>
        </w:tc>
        <w:tc>
          <w:tcPr>
            <w:tcW w:w="1651" w:type="dxa"/>
          </w:tcPr>
          <w:p w14:paraId="4FEFC1AB" w14:textId="6EF3C2EB" w:rsidR="00D0375F" w:rsidRDefault="00D0375F">
            <w:r>
              <w:rPr>
                <w:sz w:val="16"/>
              </w:rPr>
              <w:t xml:space="preserve"> p. 5</w:t>
            </w:r>
          </w:p>
        </w:tc>
      </w:tr>
      <w:tr w:rsidR="00D0375F" w14:paraId="576267F4" w14:textId="77777777" w:rsidTr="00D0375F">
        <w:trPr>
          <w:jc w:val="center"/>
        </w:trPr>
        <w:tc>
          <w:tcPr>
            <w:tcW w:w="1666" w:type="dxa"/>
          </w:tcPr>
          <w:p w14:paraId="4F3AD04D" w14:textId="77777777" w:rsidR="00D0375F" w:rsidRDefault="00D0375F">
            <w:r>
              <w:rPr>
                <w:sz w:val="16"/>
              </w:rPr>
              <w:t>Questionnaires submitted with an atypical timestamp</w:t>
            </w:r>
          </w:p>
        </w:tc>
        <w:tc>
          <w:tcPr>
            <w:tcW w:w="7195" w:type="dxa"/>
          </w:tcPr>
          <w:p w14:paraId="1E55EB6C" w14:textId="77777777" w:rsidR="00D0375F" w:rsidRDefault="00D0375F">
            <w:r>
              <w:rPr>
                <w:sz w:val="16"/>
              </w:rPr>
              <w:t>Some investigators may measure the time people needed to fill in a questionnaire and exclude questionnaires that were submitted too soon. Specify the timeframe that was used as a cut-off point, and describe how this point was determined.</w:t>
            </w:r>
          </w:p>
        </w:tc>
        <w:tc>
          <w:tcPr>
            <w:tcW w:w="1651" w:type="dxa"/>
          </w:tcPr>
          <w:p w14:paraId="613552B8" w14:textId="188992C8" w:rsidR="00D0375F" w:rsidRDefault="00D0375F">
            <w:r>
              <w:rPr>
                <w:sz w:val="16"/>
              </w:rPr>
              <w:t xml:space="preserve"> p. 5</w:t>
            </w:r>
          </w:p>
        </w:tc>
      </w:tr>
      <w:tr w:rsidR="00D0375F" w14:paraId="527EF0C0" w14:textId="77777777" w:rsidTr="00D0375F">
        <w:trPr>
          <w:jc w:val="center"/>
        </w:trPr>
        <w:tc>
          <w:tcPr>
            <w:tcW w:w="1666" w:type="dxa"/>
          </w:tcPr>
          <w:p w14:paraId="753AD22E" w14:textId="77777777" w:rsidR="00D0375F" w:rsidRDefault="00D0375F">
            <w:r>
              <w:rPr>
                <w:sz w:val="16"/>
              </w:rPr>
              <w:t>Statistical correction</w:t>
            </w:r>
          </w:p>
        </w:tc>
        <w:tc>
          <w:tcPr>
            <w:tcW w:w="7195" w:type="dxa"/>
          </w:tcPr>
          <w:p w14:paraId="6C9E270B" w14:textId="77777777" w:rsidR="00D0375F" w:rsidRDefault="00D0375F">
            <w:r>
              <w:rPr>
                <w:sz w:val="16"/>
              </w:rPr>
              <w:t>Indicate whether any methods such as weighting of items or propensity scores have been used to adjust for the non-representative sample; if so, please describe the methods.</w:t>
            </w:r>
          </w:p>
        </w:tc>
        <w:tc>
          <w:tcPr>
            <w:tcW w:w="1651" w:type="dxa"/>
          </w:tcPr>
          <w:p w14:paraId="0A4CC643" w14:textId="70D0BB39" w:rsidR="00D0375F" w:rsidRDefault="00D0375F">
            <w:r>
              <w:rPr>
                <w:sz w:val="16"/>
              </w:rPr>
              <w:t xml:space="preserve"> p. 5</w:t>
            </w:r>
          </w:p>
        </w:tc>
      </w:tr>
    </w:tbl>
    <w:p w14:paraId="737F50FF" w14:textId="77777777" w:rsidR="00953EAD" w:rsidRDefault="00953EAD"/>
    <w:sectPr w:rsidR="00953EAD"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2680717">
    <w:abstractNumId w:val="8"/>
  </w:num>
  <w:num w:numId="2" w16cid:durableId="836001806">
    <w:abstractNumId w:val="6"/>
  </w:num>
  <w:num w:numId="3" w16cid:durableId="1451897270">
    <w:abstractNumId w:val="5"/>
  </w:num>
  <w:num w:numId="4" w16cid:durableId="1553690799">
    <w:abstractNumId w:val="4"/>
  </w:num>
  <w:num w:numId="5" w16cid:durableId="1243181989">
    <w:abstractNumId w:val="7"/>
  </w:num>
  <w:num w:numId="6" w16cid:durableId="886533019">
    <w:abstractNumId w:val="3"/>
  </w:num>
  <w:num w:numId="7" w16cid:durableId="27990441">
    <w:abstractNumId w:val="2"/>
  </w:num>
  <w:num w:numId="8" w16cid:durableId="123819492">
    <w:abstractNumId w:val="1"/>
  </w:num>
  <w:num w:numId="9" w16cid:durableId="4664361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5"/>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CBA"/>
    <w:rsid w:val="0029639D"/>
    <w:rsid w:val="00326F90"/>
    <w:rsid w:val="00542558"/>
    <w:rsid w:val="00953EAD"/>
    <w:rsid w:val="00AA1D8D"/>
    <w:rsid w:val="00B47730"/>
    <w:rsid w:val="00C5478E"/>
    <w:rsid w:val="00CB0664"/>
    <w:rsid w:val="00CB6B33"/>
    <w:rsid w:val="00D0375F"/>
    <w:rsid w:val="00EC79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675008A-F92E-FA45-82DA-3C1E3642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rial" w:hAnsi="Arial"/>
      <w:sz w:val="18"/>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18"/>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EL-OSTA, Austen (IMPERIAL COLLEGE HEALTHCARE NHS TRUST)</cp:lastModifiedBy>
  <cp:revision>5</cp:revision>
  <dcterms:created xsi:type="dcterms:W3CDTF">2013-12-23T23:15:00Z</dcterms:created>
  <dcterms:modified xsi:type="dcterms:W3CDTF">2026-08-24T08:44:00Z</dcterms:modified>
  <cp:category/>
</cp:coreProperties>
</file>