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AA448" w14:textId="77777777" w:rsidR="002764FB" w:rsidRDefault="002764FB" w:rsidP="002764FB">
      <w:pPr>
        <w:pBdr>
          <w:bottom w:val="single" w:sz="6" w:space="1" w:color="auto"/>
        </w:pBdr>
        <w:spacing w:after="0" w:line="240" w:lineRule="auto"/>
        <w:contextualSpacing/>
        <w:rPr>
          <w:rFonts w:ascii="Arial" w:hAnsi="Arial"/>
          <w:b/>
          <w:sz w:val="40"/>
          <w:szCs w:val="36"/>
        </w:rPr>
      </w:pPr>
      <w:r w:rsidRPr="002764FB">
        <w:rPr>
          <w:rFonts w:ascii="Arial" w:hAnsi="Arial"/>
          <w:b/>
          <w:sz w:val="40"/>
          <w:szCs w:val="36"/>
        </w:rPr>
        <w:t>Supplementary Tables 1-5</w:t>
      </w:r>
    </w:p>
    <w:p w14:paraId="5F9DD380" w14:textId="77777777" w:rsidR="002764FB" w:rsidRPr="002764FB" w:rsidRDefault="002764FB" w:rsidP="002764FB">
      <w:pPr>
        <w:pBdr>
          <w:bottom w:val="single" w:sz="6" w:space="1" w:color="auto"/>
        </w:pBdr>
        <w:spacing w:after="0" w:line="240" w:lineRule="auto"/>
        <w:contextualSpacing/>
        <w:rPr>
          <w:rFonts w:ascii="Arial" w:hAnsi="Arial"/>
          <w:b/>
          <w:szCs w:val="21"/>
        </w:rPr>
      </w:pPr>
    </w:p>
    <w:p w14:paraId="3E329DF0" w14:textId="77777777" w:rsidR="002764FB" w:rsidRDefault="002764FB" w:rsidP="002764FB">
      <w:pPr>
        <w:spacing w:after="0" w:line="240" w:lineRule="auto"/>
        <w:contextualSpacing/>
        <w:rPr>
          <w:rFonts w:ascii="Arial" w:hAnsi="Arial"/>
          <w:b/>
          <w:sz w:val="24"/>
        </w:rPr>
      </w:pPr>
    </w:p>
    <w:p w14:paraId="458C2B13" w14:textId="7D5D3525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b/>
          <w:sz w:val="24"/>
        </w:rPr>
        <w:t>Supplementary Table 1. Main survey findings among consenting respondents (N=14,678)</w:t>
      </w:r>
    </w:p>
    <w:p w14:paraId="2D5D4D3F" w14:textId="77777777" w:rsidR="00BF29BC" w:rsidRDefault="006E2929" w:rsidP="002764FB">
      <w:pPr>
        <w:spacing w:after="0" w:line="240" w:lineRule="auto"/>
        <w:contextualSpacing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Unless otherwise stated, percentages use N=14,678 as the denominator. Multi-select percentages for Q4 and Q5 use the eligible derived denominators shown. Q11 and Q13 were displayed only to current/past PrEP users (n=450), whereas Q16 and Q17 were displayed only to respondents reporting that they had never taken PrEP (n=13,931). Item non-response is reported explicitly. Structural skips were not coded as “No”.</w:t>
      </w:r>
    </w:p>
    <w:p w14:paraId="70259877" w14:textId="77777777" w:rsidR="002764FB" w:rsidRDefault="002764FB" w:rsidP="002764FB">
      <w:pPr>
        <w:spacing w:after="0" w:line="240" w:lineRule="auto"/>
        <w:contextualSpacing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F29BC" w14:paraId="0E77E28D" w14:textId="77777777">
        <w:trPr>
          <w:tblHeader/>
          <w:jc w:val="center"/>
        </w:trPr>
        <w:tc>
          <w:tcPr>
            <w:tcW w:w="3552" w:type="dxa"/>
            <w:shd w:val="clear" w:color="auto" w:fill="D9EAF7"/>
            <w:vAlign w:val="center"/>
          </w:tcPr>
          <w:p w14:paraId="6F693F7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Survey item / response</w:t>
            </w:r>
          </w:p>
        </w:tc>
        <w:tc>
          <w:tcPr>
            <w:tcW w:w="3552" w:type="dxa"/>
            <w:shd w:val="clear" w:color="auto" w:fill="D9EAF7"/>
            <w:vAlign w:val="center"/>
          </w:tcPr>
          <w:p w14:paraId="33B42F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w="3552" w:type="dxa"/>
            <w:shd w:val="clear" w:color="auto" w:fill="D9EAF7"/>
            <w:vAlign w:val="center"/>
          </w:tcPr>
          <w:p w14:paraId="229378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6"/>
              </w:rPr>
              <w:t>%</w:t>
            </w:r>
          </w:p>
        </w:tc>
      </w:tr>
      <w:tr w:rsidR="00BF29BC" w14:paraId="767FAABC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83AE56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Q3. Were you previously aware of PrEP as a medication that can help prevent HIV?</w:t>
            </w:r>
          </w:p>
        </w:tc>
      </w:tr>
      <w:tr w:rsidR="00BF29BC" w14:paraId="709E6635" w14:textId="77777777">
        <w:trPr>
          <w:jc w:val="center"/>
        </w:trPr>
        <w:tc>
          <w:tcPr>
            <w:tcW w:w="3552" w:type="dxa"/>
            <w:vAlign w:val="center"/>
          </w:tcPr>
          <w:p w14:paraId="1AC5D3F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w="3552" w:type="dxa"/>
            <w:vAlign w:val="center"/>
          </w:tcPr>
          <w:p w14:paraId="3261E4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4,753</w:t>
            </w:r>
          </w:p>
        </w:tc>
        <w:tc>
          <w:tcPr>
            <w:tcW w:w="3552" w:type="dxa"/>
            <w:vAlign w:val="center"/>
          </w:tcPr>
          <w:p w14:paraId="7075C1F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(32.4)</w:t>
            </w:r>
          </w:p>
        </w:tc>
      </w:tr>
      <w:tr w:rsidR="00BF29BC" w14:paraId="01C09961" w14:textId="77777777">
        <w:trPr>
          <w:jc w:val="center"/>
        </w:trPr>
        <w:tc>
          <w:tcPr>
            <w:tcW w:w="3552" w:type="dxa"/>
            <w:vAlign w:val="center"/>
          </w:tcPr>
          <w:p w14:paraId="07C404D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w="3552" w:type="dxa"/>
            <w:vAlign w:val="center"/>
          </w:tcPr>
          <w:p w14:paraId="05FAF3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9,890</w:t>
            </w:r>
          </w:p>
        </w:tc>
        <w:tc>
          <w:tcPr>
            <w:tcW w:w="3552" w:type="dxa"/>
            <w:vAlign w:val="center"/>
          </w:tcPr>
          <w:p w14:paraId="076D28B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(67.4)</w:t>
            </w:r>
          </w:p>
        </w:tc>
      </w:tr>
      <w:tr w:rsidR="00BF29BC" w14:paraId="0B4917EC" w14:textId="77777777">
        <w:trPr>
          <w:jc w:val="center"/>
        </w:trPr>
        <w:tc>
          <w:tcPr>
            <w:tcW w:w="3552" w:type="dxa"/>
            <w:vAlign w:val="center"/>
          </w:tcPr>
          <w:p w14:paraId="54C8D2F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75308F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35</w:t>
            </w:r>
          </w:p>
        </w:tc>
        <w:tc>
          <w:tcPr>
            <w:tcW w:w="3552" w:type="dxa"/>
            <w:vAlign w:val="center"/>
          </w:tcPr>
          <w:p w14:paraId="078B6FB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(0.2)</w:t>
            </w:r>
          </w:p>
        </w:tc>
      </w:tr>
      <w:tr w:rsidR="00BF29BC" w14:paraId="404D9263" w14:textId="77777777">
        <w:trPr>
          <w:jc w:val="center"/>
        </w:trPr>
        <w:tc>
          <w:tcPr>
            <w:tcW w:w="3552" w:type="dxa"/>
            <w:vAlign w:val="center"/>
          </w:tcPr>
          <w:p w14:paraId="0E276FC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3552" w:type="dxa"/>
            <w:vAlign w:val="center"/>
          </w:tcPr>
          <w:p w14:paraId="19F91F1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14,678</w:t>
            </w:r>
          </w:p>
        </w:tc>
        <w:tc>
          <w:tcPr>
            <w:tcW w:w="3552" w:type="dxa"/>
            <w:vAlign w:val="center"/>
          </w:tcPr>
          <w:p w14:paraId="052A3C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(100.0)</w:t>
            </w:r>
          </w:p>
        </w:tc>
      </w:tr>
      <w:tr w:rsidR="00BF29BC" w14:paraId="41335682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7AF5C27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Q4. How did you hear about PrEP?</w:t>
            </w:r>
          </w:p>
        </w:tc>
      </w:tr>
      <w:tr w:rsidR="00BF29BC" w14:paraId="0DA691DE" w14:textId="77777777">
        <w:trPr>
          <w:jc w:val="center"/>
        </w:trPr>
        <w:tc>
          <w:tcPr>
            <w:tcW w:w="3552" w:type="dxa"/>
            <w:vAlign w:val="center"/>
          </w:tcPr>
          <w:p w14:paraId="698A80E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 have never heard of PrEP</w:t>
            </w:r>
          </w:p>
        </w:tc>
        <w:tc>
          <w:tcPr>
            <w:tcW w:w="3552" w:type="dxa"/>
            <w:vAlign w:val="center"/>
          </w:tcPr>
          <w:p w14:paraId="0181242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9,311</w:t>
            </w:r>
          </w:p>
        </w:tc>
        <w:tc>
          <w:tcPr>
            <w:tcW w:w="3552" w:type="dxa"/>
            <w:vAlign w:val="center"/>
          </w:tcPr>
          <w:p w14:paraId="525478A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(63.4)</w:t>
            </w:r>
          </w:p>
        </w:tc>
      </w:tr>
      <w:tr w:rsidR="00BF29BC" w14:paraId="0AFAF470" w14:textId="77777777">
        <w:trPr>
          <w:jc w:val="center"/>
        </w:trPr>
        <w:tc>
          <w:tcPr>
            <w:tcW w:w="3552" w:type="dxa"/>
            <w:vAlign w:val="center"/>
          </w:tcPr>
          <w:p w14:paraId="4A36AAB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2E4124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w="3552" w:type="dxa"/>
            <w:vAlign w:val="center"/>
          </w:tcPr>
          <w:p w14:paraId="1425D8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44EBED9D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880167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Q4 sources among respondents who had heard of PrEP (n=5,218; multiple responses permitted)</w:t>
            </w:r>
          </w:p>
        </w:tc>
      </w:tr>
      <w:tr w:rsidR="00BF29BC" w14:paraId="6E9CDCF4" w14:textId="77777777">
        <w:trPr>
          <w:jc w:val="center"/>
        </w:trPr>
        <w:tc>
          <w:tcPr>
            <w:tcW w:w="3552" w:type="dxa"/>
            <w:vAlign w:val="center"/>
          </w:tcPr>
          <w:p w14:paraId="2A0773F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Friend or family member</w:t>
            </w:r>
          </w:p>
        </w:tc>
        <w:tc>
          <w:tcPr>
            <w:tcW w:w="3552" w:type="dxa"/>
            <w:vAlign w:val="center"/>
          </w:tcPr>
          <w:p w14:paraId="7AF842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1,161</w:t>
            </w:r>
          </w:p>
        </w:tc>
        <w:tc>
          <w:tcPr>
            <w:tcW w:w="3552" w:type="dxa"/>
            <w:vAlign w:val="center"/>
          </w:tcPr>
          <w:p w14:paraId="2112F0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(22.2)</w:t>
            </w:r>
          </w:p>
        </w:tc>
      </w:tr>
      <w:tr w:rsidR="00BF29BC" w14:paraId="4152EFDB" w14:textId="77777777">
        <w:trPr>
          <w:jc w:val="center"/>
        </w:trPr>
        <w:tc>
          <w:tcPr>
            <w:tcW w:w="3552" w:type="dxa"/>
            <w:vAlign w:val="center"/>
          </w:tcPr>
          <w:p w14:paraId="12D5786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Television / radio</w:t>
            </w:r>
          </w:p>
        </w:tc>
        <w:tc>
          <w:tcPr>
            <w:tcW w:w="3552" w:type="dxa"/>
            <w:vAlign w:val="center"/>
          </w:tcPr>
          <w:p w14:paraId="2279A3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1,527</w:t>
            </w:r>
          </w:p>
        </w:tc>
        <w:tc>
          <w:tcPr>
            <w:tcW w:w="3552" w:type="dxa"/>
            <w:vAlign w:val="center"/>
          </w:tcPr>
          <w:p w14:paraId="2F8CA2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(29.3)</w:t>
            </w:r>
          </w:p>
        </w:tc>
      </w:tr>
      <w:tr w:rsidR="00BF29BC" w14:paraId="7E5D38A8" w14:textId="77777777">
        <w:trPr>
          <w:jc w:val="center"/>
        </w:trPr>
        <w:tc>
          <w:tcPr>
            <w:tcW w:w="3552" w:type="dxa"/>
            <w:vAlign w:val="center"/>
          </w:tcPr>
          <w:p w14:paraId="25C8804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Social media / online forums</w:t>
            </w:r>
          </w:p>
        </w:tc>
        <w:tc>
          <w:tcPr>
            <w:tcW w:w="3552" w:type="dxa"/>
            <w:vAlign w:val="center"/>
          </w:tcPr>
          <w:p w14:paraId="17EDBD7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1,407</w:t>
            </w:r>
          </w:p>
        </w:tc>
        <w:tc>
          <w:tcPr>
            <w:tcW w:w="3552" w:type="dxa"/>
            <w:vAlign w:val="center"/>
          </w:tcPr>
          <w:p w14:paraId="168B703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(27.0)</w:t>
            </w:r>
          </w:p>
        </w:tc>
      </w:tr>
      <w:tr w:rsidR="00BF29BC" w14:paraId="2FEBE8DA" w14:textId="77777777">
        <w:trPr>
          <w:jc w:val="center"/>
        </w:trPr>
        <w:tc>
          <w:tcPr>
            <w:tcW w:w="3552" w:type="dxa"/>
            <w:vAlign w:val="center"/>
          </w:tcPr>
          <w:p w14:paraId="5953923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Healthcare professional / doctor / GP</w:t>
            </w:r>
          </w:p>
        </w:tc>
        <w:tc>
          <w:tcPr>
            <w:tcW w:w="3552" w:type="dxa"/>
            <w:vAlign w:val="center"/>
          </w:tcPr>
          <w:p w14:paraId="761C6A1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822</w:t>
            </w:r>
          </w:p>
        </w:tc>
        <w:tc>
          <w:tcPr>
            <w:tcW w:w="3552" w:type="dxa"/>
            <w:vAlign w:val="center"/>
          </w:tcPr>
          <w:p w14:paraId="3B1F04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(15.8)</w:t>
            </w:r>
          </w:p>
        </w:tc>
      </w:tr>
      <w:tr w:rsidR="00BF29BC" w14:paraId="677F7B06" w14:textId="77777777">
        <w:trPr>
          <w:jc w:val="center"/>
        </w:trPr>
        <w:tc>
          <w:tcPr>
            <w:tcW w:w="3552" w:type="dxa"/>
            <w:vAlign w:val="center"/>
          </w:tcPr>
          <w:p w14:paraId="0850C38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Pharmacist</w:t>
            </w:r>
          </w:p>
        </w:tc>
        <w:tc>
          <w:tcPr>
            <w:tcW w:w="3552" w:type="dxa"/>
            <w:vAlign w:val="center"/>
          </w:tcPr>
          <w:p w14:paraId="1D6994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70</w:t>
            </w:r>
          </w:p>
        </w:tc>
        <w:tc>
          <w:tcPr>
            <w:tcW w:w="3552" w:type="dxa"/>
            <w:vAlign w:val="center"/>
          </w:tcPr>
          <w:p w14:paraId="766DA5D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  <w:tr w:rsidR="00BF29BC" w14:paraId="33DC4D1D" w14:textId="77777777">
        <w:trPr>
          <w:jc w:val="center"/>
        </w:trPr>
        <w:tc>
          <w:tcPr>
            <w:tcW w:w="3552" w:type="dxa"/>
            <w:vAlign w:val="center"/>
          </w:tcPr>
          <w:p w14:paraId="209F7A4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Sexual health clinic / organisation</w:t>
            </w:r>
          </w:p>
        </w:tc>
        <w:tc>
          <w:tcPr>
            <w:tcW w:w="3552" w:type="dxa"/>
            <w:vAlign w:val="center"/>
          </w:tcPr>
          <w:p w14:paraId="2122111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901</w:t>
            </w:r>
          </w:p>
        </w:tc>
        <w:tc>
          <w:tcPr>
            <w:tcW w:w="3552" w:type="dxa"/>
            <w:vAlign w:val="center"/>
          </w:tcPr>
          <w:p w14:paraId="32F6746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(17.3)</w:t>
            </w:r>
          </w:p>
        </w:tc>
      </w:tr>
      <w:tr w:rsidR="00BF29BC" w14:paraId="04F62649" w14:textId="77777777">
        <w:trPr>
          <w:jc w:val="center"/>
        </w:trPr>
        <w:tc>
          <w:tcPr>
            <w:tcW w:w="3552" w:type="dxa"/>
            <w:vAlign w:val="center"/>
          </w:tcPr>
          <w:p w14:paraId="2587262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LGBTQI+ organisation/s</w:t>
            </w:r>
          </w:p>
        </w:tc>
        <w:tc>
          <w:tcPr>
            <w:tcW w:w="3552" w:type="dxa"/>
            <w:vAlign w:val="center"/>
          </w:tcPr>
          <w:p w14:paraId="4CCE9C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1,104</w:t>
            </w:r>
          </w:p>
        </w:tc>
        <w:tc>
          <w:tcPr>
            <w:tcW w:w="3552" w:type="dxa"/>
            <w:vAlign w:val="center"/>
          </w:tcPr>
          <w:p w14:paraId="2D5A86E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(21.2)</w:t>
            </w:r>
          </w:p>
        </w:tc>
      </w:tr>
      <w:tr w:rsidR="00BF29BC" w14:paraId="2E2013BD" w14:textId="77777777">
        <w:trPr>
          <w:jc w:val="center"/>
        </w:trPr>
        <w:tc>
          <w:tcPr>
            <w:tcW w:w="3552" w:type="dxa"/>
            <w:vAlign w:val="center"/>
          </w:tcPr>
          <w:p w14:paraId="7227743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African organisation/s</w:t>
            </w:r>
          </w:p>
        </w:tc>
        <w:tc>
          <w:tcPr>
            <w:tcW w:w="3552" w:type="dxa"/>
            <w:vAlign w:val="center"/>
          </w:tcPr>
          <w:p w14:paraId="6EA351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w="3552" w:type="dxa"/>
            <w:vAlign w:val="center"/>
          </w:tcPr>
          <w:p w14:paraId="0A77B9D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(0.7)</w:t>
            </w:r>
          </w:p>
        </w:tc>
      </w:tr>
      <w:tr w:rsidR="00BF29BC" w14:paraId="0C515364" w14:textId="77777777">
        <w:trPr>
          <w:jc w:val="center"/>
        </w:trPr>
        <w:tc>
          <w:tcPr>
            <w:tcW w:w="3552" w:type="dxa"/>
            <w:vAlign w:val="center"/>
          </w:tcPr>
          <w:p w14:paraId="1FA215D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282C03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962</w:t>
            </w:r>
          </w:p>
        </w:tc>
        <w:tc>
          <w:tcPr>
            <w:tcW w:w="3552" w:type="dxa"/>
            <w:vAlign w:val="center"/>
          </w:tcPr>
          <w:p w14:paraId="3B822EF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(18.4)</w:t>
            </w:r>
          </w:p>
        </w:tc>
      </w:tr>
      <w:tr w:rsidR="00BF29BC" w14:paraId="321C1C9B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6F8CEA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Q5. Interest in seeking more information about PrEP (derived binary outcome)</w:t>
            </w:r>
          </w:p>
        </w:tc>
      </w:tr>
      <w:tr w:rsidR="00BF29BC" w14:paraId="29F67CC9" w14:textId="77777777">
        <w:trPr>
          <w:jc w:val="center"/>
        </w:trPr>
        <w:tc>
          <w:tcPr>
            <w:tcW w:w="3552" w:type="dxa"/>
            <w:vAlign w:val="center"/>
          </w:tcPr>
          <w:p w14:paraId="7B82348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w="3552" w:type="dxa"/>
            <w:vAlign w:val="center"/>
          </w:tcPr>
          <w:p w14:paraId="4D2637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9,257</w:t>
            </w:r>
          </w:p>
        </w:tc>
        <w:tc>
          <w:tcPr>
            <w:tcW w:w="3552" w:type="dxa"/>
            <w:vAlign w:val="center"/>
          </w:tcPr>
          <w:p w14:paraId="4E2CDBB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(63.1)</w:t>
            </w:r>
          </w:p>
        </w:tc>
      </w:tr>
      <w:tr w:rsidR="00BF29BC" w14:paraId="2C53BA5A" w14:textId="77777777">
        <w:trPr>
          <w:jc w:val="center"/>
        </w:trPr>
        <w:tc>
          <w:tcPr>
            <w:tcW w:w="3552" w:type="dxa"/>
            <w:vAlign w:val="center"/>
          </w:tcPr>
          <w:p w14:paraId="701DFB6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w="3552" w:type="dxa"/>
            <w:vAlign w:val="center"/>
          </w:tcPr>
          <w:p w14:paraId="49430DE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5,360</w:t>
            </w:r>
          </w:p>
        </w:tc>
        <w:tc>
          <w:tcPr>
            <w:tcW w:w="3552" w:type="dxa"/>
            <w:vAlign w:val="center"/>
          </w:tcPr>
          <w:p w14:paraId="2C78AB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(36.5)</w:t>
            </w:r>
          </w:p>
        </w:tc>
      </w:tr>
      <w:tr w:rsidR="00BF29BC" w14:paraId="082F5B25" w14:textId="77777777">
        <w:trPr>
          <w:jc w:val="center"/>
        </w:trPr>
        <w:tc>
          <w:tcPr>
            <w:tcW w:w="3552" w:type="dxa"/>
            <w:vAlign w:val="center"/>
          </w:tcPr>
          <w:p w14:paraId="2320C9D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BEB167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w="3552" w:type="dxa"/>
            <w:vAlign w:val="center"/>
          </w:tcPr>
          <w:p w14:paraId="44C9AE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(0.4)</w:t>
            </w:r>
          </w:p>
        </w:tc>
      </w:tr>
      <w:tr w:rsidR="00BF29BC" w14:paraId="61CA953F" w14:textId="77777777">
        <w:trPr>
          <w:jc w:val="center"/>
        </w:trPr>
        <w:tc>
          <w:tcPr>
            <w:tcW w:w="3552" w:type="dxa"/>
            <w:vAlign w:val="center"/>
          </w:tcPr>
          <w:p w14:paraId="1BC8584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3552" w:type="dxa"/>
            <w:vAlign w:val="center"/>
          </w:tcPr>
          <w:p w14:paraId="6FEEB0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14,678</w:t>
            </w:r>
          </w:p>
        </w:tc>
        <w:tc>
          <w:tcPr>
            <w:tcW w:w="3552" w:type="dxa"/>
            <w:vAlign w:val="center"/>
          </w:tcPr>
          <w:p w14:paraId="32EA4E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(100.0)</w:t>
            </w:r>
          </w:p>
        </w:tc>
      </w:tr>
      <w:tr w:rsidR="00BF29BC" w14:paraId="4525268B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33CC715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Q5 information sources among interested respondents (n=9,257; multiple responses permitted)</w:t>
            </w:r>
          </w:p>
        </w:tc>
      </w:tr>
      <w:tr w:rsidR="00BF29BC" w14:paraId="1919E230" w14:textId="77777777">
        <w:trPr>
          <w:jc w:val="center"/>
        </w:trPr>
        <w:tc>
          <w:tcPr>
            <w:tcW w:w="3552" w:type="dxa"/>
            <w:vAlign w:val="center"/>
          </w:tcPr>
          <w:p w14:paraId="3D4479B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Friend or family member</w:t>
            </w:r>
          </w:p>
        </w:tc>
        <w:tc>
          <w:tcPr>
            <w:tcW w:w="3552" w:type="dxa"/>
            <w:vAlign w:val="center"/>
          </w:tcPr>
          <w:p w14:paraId="06FE25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448</w:t>
            </w:r>
          </w:p>
        </w:tc>
        <w:tc>
          <w:tcPr>
            <w:tcW w:w="3552" w:type="dxa"/>
            <w:vAlign w:val="center"/>
          </w:tcPr>
          <w:p w14:paraId="5EEF30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(4.8)</w:t>
            </w:r>
          </w:p>
        </w:tc>
      </w:tr>
      <w:tr w:rsidR="00BF29BC" w14:paraId="30C84627" w14:textId="77777777">
        <w:trPr>
          <w:jc w:val="center"/>
        </w:trPr>
        <w:tc>
          <w:tcPr>
            <w:tcW w:w="3552" w:type="dxa"/>
            <w:vAlign w:val="center"/>
          </w:tcPr>
          <w:p w14:paraId="1106F8F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Television / radio</w:t>
            </w:r>
          </w:p>
        </w:tc>
        <w:tc>
          <w:tcPr>
            <w:tcW w:w="3552" w:type="dxa"/>
            <w:vAlign w:val="center"/>
          </w:tcPr>
          <w:p w14:paraId="538B12E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508</w:t>
            </w:r>
          </w:p>
        </w:tc>
        <w:tc>
          <w:tcPr>
            <w:tcW w:w="3552" w:type="dxa"/>
            <w:vAlign w:val="center"/>
          </w:tcPr>
          <w:p w14:paraId="1960C7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(5.5)</w:t>
            </w:r>
          </w:p>
        </w:tc>
      </w:tr>
      <w:tr w:rsidR="00BF29BC" w14:paraId="2D56EFAD" w14:textId="77777777">
        <w:trPr>
          <w:jc w:val="center"/>
        </w:trPr>
        <w:tc>
          <w:tcPr>
            <w:tcW w:w="3552" w:type="dxa"/>
            <w:vAlign w:val="center"/>
          </w:tcPr>
          <w:p w14:paraId="0E381B9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Social media / online forums</w:t>
            </w:r>
          </w:p>
        </w:tc>
        <w:tc>
          <w:tcPr>
            <w:tcW w:w="3552" w:type="dxa"/>
            <w:vAlign w:val="center"/>
          </w:tcPr>
          <w:p w14:paraId="198726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2,167</w:t>
            </w:r>
          </w:p>
        </w:tc>
        <w:tc>
          <w:tcPr>
            <w:tcW w:w="3552" w:type="dxa"/>
            <w:vAlign w:val="center"/>
          </w:tcPr>
          <w:p w14:paraId="70CAC0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(23.4)</w:t>
            </w:r>
          </w:p>
        </w:tc>
      </w:tr>
      <w:tr w:rsidR="00BF29BC" w14:paraId="601AE14F" w14:textId="77777777">
        <w:trPr>
          <w:jc w:val="center"/>
        </w:trPr>
        <w:tc>
          <w:tcPr>
            <w:tcW w:w="3552" w:type="dxa"/>
            <w:vAlign w:val="center"/>
          </w:tcPr>
          <w:p w14:paraId="7B359BA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Pharmacist</w:t>
            </w:r>
          </w:p>
        </w:tc>
        <w:tc>
          <w:tcPr>
            <w:tcW w:w="3552" w:type="dxa"/>
            <w:vAlign w:val="center"/>
          </w:tcPr>
          <w:p w14:paraId="52A083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1,427</w:t>
            </w:r>
          </w:p>
        </w:tc>
        <w:tc>
          <w:tcPr>
            <w:tcW w:w="3552" w:type="dxa"/>
            <w:vAlign w:val="center"/>
          </w:tcPr>
          <w:p w14:paraId="72D7E9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(15.4)</w:t>
            </w:r>
          </w:p>
        </w:tc>
      </w:tr>
      <w:tr w:rsidR="00BF29BC" w14:paraId="275ABFD9" w14:textId="77777777">
        <w:trPr>
          <w:jc w:val="center"/>
        </w:trPr>
        <w:tc>
          <w:tcPr>
            <w:tcW w:w="3552" w:type="dxa"/>
            <w:vAlign w:val="center"/>
          </w:tcPr>
          <w:p w14:paraId="024276F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Healthcare professional / doctor / GP</w:t>
            </w:r>
          </w:p>
        </w:tc>
        <w:tc>
          <w:tcPr>
            <w:tcW w:w="3552" w:type="dxa"/>
            <w:vAlign w:val="center"/>
          </w:tcPr>
          <w:p w14:paraId="4ADB488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5,978</w:t>
            </w:r>
          </w:p>
        </w:tc>
        <w:tc>
          <w:tcPr>
            <w:tcW w:w="3552" w:type="dxa"/>
            <w:vAlign w:val="center"/>
          </w:tcPr>
          <w:p w14:paraId="59798E7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(64.6)</w:t>
            </w:r>
          </w:p>
        </w:tc>
      </w:tr>
      <w:tr w:rsidR="00BF29BC" w14:paraId="4CCA2252" w14:textId="77777777">
        <w:trPr>
          <w:jc w:val="center"/>
        </w:trPr>
        <w:tc>
          <w:tcPr>
            <w:tcW w:w="3552" w:type="dxa"/>
            <w:vAlign w:val="center"/>
          </w:tcPr>
          <w:p w14:paraId="5F7EBB2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Sexual health clinic / organisation</w:t>
            </w:r>
          </w:p>
        </w:tc>
        <w:tc>
          <w:tcPr>
            <w:tcW w:w="3552" w:type="dxa"/>
            <w:vAlign w:val="center"/>
          </w:tcPr>
          <w:p w14:paraId="1BDEA0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3,644</w:t>
            </w:r>
          </w:p>
        </w:tc>
        <w:tc>
          <w:tcPr>
            <w:tcW w:w="3552" w:type="dxa"/>
            <w:vAlign w:val="center"/>
          </w:tcPr>
          <w:p w14:paraId="46BC9C6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(39.4)</w:t>
            </w:r>
          </w:p>
        </w:tc>
      </w:tr>
      <w:tr w:rsidR="00BF29BC" w14:paraId="2CC66BB5" w14:textId="77777777">
        <w:trPr>
          <w:jc w:val="center"/>
        </w:trPr>
        <w:tc>
          <w:tcPr>
            <w:tcW w:w="3552" w:type="dxa"/>
            <w:vAlign w:val="center"/>
          </w:tcPr>
          <w:p w14:paraId="01936F0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LGBTQI+ organisation/s</w:t>
            </w:r>
          </w:p>
        </w:tc>
        <w:tc>
          <w:tcPr>
            <w:tcW w:w="3552" w:type="dxa"/>
            <w:vAlign w:val="center"/>
          </w:tcPr>
          <w:p w14:paraId="1016D46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929</w:t>
            </w:r>
          </w:p>
        </w:tc>
        <w:tc>
          <w:tcPr>
            <w:tcW w:w="3552" w:type="dxa"/>
            <w:vAlign w:val="center"/>
          </w:tcPr>
          <w:p w14:paraId="56DE649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(10.0)</w:t>
            </w:r>
          </w:p>
        </w:tc>
      </w:tr>
      <w:tr w:rsidR="00BF29BC" w14:paraId="2674BDDA" w14:textId="77777777">
        <w:trPr>
          <w:jc w:val="center"/>
        </w:trPr>
        <w:tc>
          <w:tcPr>
            <w:tcW w:w="3552" w:type="dxa"/>
            <w:vAlign w:val="center"/>
          </w:tcPr>
          <w:p w14:paraId="531ED55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African organisation/s</w:t>
            </w:r>
          </w:p>
        </w:tc>
        <w:tc>
          <w:tcPr>
            <w:tcW w:w="3552" w:type="dxa"/>
            <w:vAlign w:val="center"/>
          </w:tcPr>
          <w:p w14:paraId="60EC767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55</w:t>
            </w:r>
          </w:p>
        </w:tc>
        <w:tc>
          <w:tcPr>
            <w:tcW w:w="3552" w:type="dxa"/>
            <w:vAlign w:val="center"/>
          </w:tcPr>
          <w:p w14:paraId="6A890A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(0.6)</w:t>
            </w:r>
          </w:p>
        </w:tc>
      </w:tr>
      <w:tr w:rsidR="00BF29BC" w14:paraId="38ACCE2F" w14:textId="77777777">
        <w:trPr>
          <w:jc w:val="center"/>
        </w:trPr>
        <w:tc>
          <w:tcPr>
            <w:tcW w:w="3552" w:type="dxa"/>
            <w:vAlign w:val="center"/>
          </w:tcPr>
          <w:p w14:paraId="67A41DE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1E1CDC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810</w:t>
            </w:r>
          </w:p>
        </w:tc>
        <w:tc>
          <w:tcPr>
            <w:tcW w:w="3552" w:type="dxa"/>
            <w:vAlign w:val="center"/>
          </w:tcPr>
          <w:p w14:paraId="544D68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(8.8)</w:t>
            </w:r>
          </w:p>
        </w:tc>
      </w:tr>
      <w:tr w:rsidR="00BF29BC" w14:paraId="2764FE74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86EA2B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Q6_1. PrEP should be available over-the-counter in pharmacies</w:t>
            </w:r>
          </w:p>
        </w:tc>
      </w:tr>
      <w:tr w:rsidR="00BF29BC" w14:paraId="29286CDC" w14:textId="77777777">
        <w:trPr>
          <w:jc w:val="center"/>
        </w:trPr>
        <w:tc>
          <w:tcPr>
            <w:tcW w:w="3552" w:type="dxa"/>
            <w:vAlign w:val="center"/>
          </w:tcPr>
          <w:p w14:paraId="688275E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agree</w:t>
            </w:r>
          </w:p>
        </w:tc>
        <w:tc>
          <w:tcPr>
            <w:tcW w:w="3552" w:type="dxa"/>
            <w:vAlign w:val="center"/>
          </w:tcPr>
          <w:p w14:paraId="6FF280A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4,608</w:t>
            </w:r>
          </w:p>
        </w:tc>
        <w:tc>
          <w:tcPr>
            <w:tcW w:w="3552" w:type="dxa"/>
            <w:vAlign w:val="center"/>
          </w:tcPr>
          <w:p w14:paraId="453F51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(31.4)</w:t>
            </w:r>
          </w:p>
        </w:tc>
      </w:tr>
      <w:tr w:rsidR="00BF29BC" w14:paraId="2E658B61" w14:textId="77777777">
        <w:trPr>
          <w:jc w:val="center"/>
        </w:trPr>
        <w:tc>
          <w:tcPr>
            <w:tcW w:w="3552" w:type="dxa"/>
            <w:vAlign w:val="center"/>
          </w:tcPr>
          <w:p w14:paraId="0EE4F73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Agree</w:t>
            </w:r>
          </w:p>
        </w:tc>
        <w:tc>
          <w:tcPr>
            <w:tcW w:w="3552" w:type="dxa"/>
            <w:vAlign w:val="center"/>
          </w:tcPr>
          <w:p w14:paraId="00EC8A7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4,506</w:t>
            </w:r>
          </w:p>
        </w:tc>
        <w:tc>
          <w:tcPr>
            <w:tcW w:w="3552" w:type="dxa"/>
            <w:vAlign w:val="center"/>
          </w:tcPr>
          <w:p w14:paraId="0D87D0E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(30.7)</w:t>
            </w:r>
          </w:p>
        </w:tc>
      </w:tr>
      <w:tr w:rsidR="00BF29BC" w14:paraId="574D40AC" w14:textId="77777777">
        <w:trPr>
          <w:jc w:val="center"/>
        </w:trPr>
        <w:tc>
          <w:tcPr>
            <w:tcW w:w="3552" w:type="dxa"/>
            <w:vAlign w:val="center"/>
          </w:tcPr>
          <w:p w14:paraId="08A0D15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Neither agree nor disagree</w:t>
            </w:r>
          </w:p>
        </w:tc>
        <w:tc>
          <w:tcPr>
            <w:tcW w:w="3552" w:type="dxa"/>
            <w:vAlign w:val="center"/>
          </w:tcPr>
          <w:p w14:paraId="1C8B77D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3,574</w:t>
            </w:r>
          </w:p>
        </w:tc>
        <w:tc>
          <w:tcPr>
            <w:tcW w:w="3552" w:type="dxa"/>
            <w:vAlign w:val="center"/>
          </w:tcPr>
          <w:p w14:paraId="2D8160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(24.3)</w:t>
            </w:r>
          </w:p>
        </w:tc>
      </w:tr>
      <w:tr w:rsidR="00BF29BC" w14:paraId="61DAA1AD" w14:textId="77777777">
        <w:trPr>
          <w:jc w:val="center"/>
        </w:trPr>
        <w:tc>
          <w:tcPr>
            <w:tcW w:w="3552" w:type="dxa"/>
            <w:vAlign w:val="center"/>
          </w:tcPr>
          <w:p w14:paraId="49B6E60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Disagree</w:t>
            </w:r>
          </w:p>
        </w:tc>
        <w:tc>
          <w:tcPr>
            <w:tcW w:w="3552" w:type="dxa"/>
            <w:vAlign w:val="center"/>
          </w:tcPr>
          <w:p w14:paraId="08A487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704</w:t>
            </w:r>
          </w:p>
        </w:tc>
        <w:tc>
          <w:tcPr>
            <w:tcW w:w="3552" w:type="dxa"/>
            <w:vAlign w:val="center"/>
          </w:tcPr>
          <w:p w14:paraId="2B0109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(4.8)</w:t>
            </w:r>
          </w:p>
        </w:tc>
      </w:tr>
      <w:tr w:rsidR="00BF29BC" w14:paraId="3563BDE9" w14:textId="77777777">
        <w:trPr>
          <w:jc w:val="center"/>
        </w:trPr>
        <w:tc>
          <w:tcPr>
            <w:tcW w:w="3552" w:type="dxa"/>
            <w:vAlign w:val="center"/>
          </w:tcPr>
          <w:p w14:paraId="1B795B4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disagree</w:t>
            </w:r>
          </w:p>
        </w:tc>
        <w:tc>
          <w:tcPr>
            <w:tcW w:w="3552" w:type="dxa"/>
            <w:vAlign w:val="center"/>
          </w:tcPr>
          <w:p w14:paraId="19AFFFE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1,198</w:t>
            </w:r>
          </w:p>
        </w:tc>
        <w:tc>
          <w:tcPr>
            <w:tcW w:w="3552" w:type="dxa"/>
            <w:vAlign w:val="center"/>
          </w:tcPr>
          <w:p w14:paraId="0FF7ED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(8.2)</w:t>
            </w:r>
          </w:p>
        </w:tc>
      </w:tr>
      <w:tr w:rsidR="00BF29BC" w14:paraId="6B0FD19E" w14:textId="77777777">
        <w:trPr>
          <w:jc w:val="center"/>
        </w:trPr>
        <w:tc>
          <w:tcPr>
            <w:tcW w:w="3552" w:type="dxa"/>
            <w:vAlign w:val="center"/>
          </w:tcPr>
          <w:p w14:paraId="4E79629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21C9327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w="3552" w:type="dxa"/>
            <w:vAlign w:val="center"/>
          </w:tcPr>
          <w:p w14:paraId="3EA2151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(0.6)</w:t>
            </w:r>
          </w:p>
        </w:tc>
      </w:tr>
      <w:tr w:rsidR="00BF29BC" w14:paraId="14897B5F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8E9986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Q6_2. I have enough information to take PrEP safely &amp; effectively</w:t>
            </w:r>
          </w:p>
        </w:tc>
      </w:tr>
      <w:tr w:rsidR="00BF29BC" w14:paraId="36427929" w14:textId="77777777">
        <w:trPr>
          <w:jc w:val="center"/>
        </w:trPr>
        <w:tc>
          <w:tcPr>
            <w:tcW w:w="3552" w:type="dxa"/>
            <w:vAlign w:val="center"/>
          </w:tcPr>
          <w:p w14:paraId="794EA2F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agree</w:t>
            </w:r>
          </w:p>
        </w:tc>
        <w:tc>
          <w:tcPr>
            <w:tcW w:w="3552" w:type="dxa"/>
            <w:vAlign w:val="center"/>
          </w:tcPr>
          <w:p w14:paraId="58CE7AB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1,027</w:t>
            </w:r>
          </w:p>
        </w:tc>
        <w:tc>
          <w:tcPr>
            <w:tcW w:w="3552" w:type="dxa"/>
            <w:vAlign w:val="center"/>
          </w:tcPr>
          <w:p w14:paraId="044716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(7.0)</w:t>
            </w:r>
          </w:p>
        </w:tc>
      </w:tr>
      <w:tr w:rsidR="00BF29BC" w14:paraId="66985AFD" w14:textId="77777777">
        <w:trPr>
          <w:jc w:val="center"/>
        </w:trPr>
        <w:tc>
          <w:tcPr>
            <w:tcW w:w="3552" w:type="dxa"/>
            <w:vAlign w:val="center"/>
          </w:tcPr>
          <w:p w14:paraId="2F2EE6B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Agree</w:t>
            </w:r>
          </w:p>
        </w:tc>
        <w:tc>
          <w:tcPr>
            <w:tcW w:w="3552" w:type="dxa"/>
            <w:vAlign w:val="center"/>
          </w:tcPr>
          <w:p w14:paraId="35551B7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1,668</w:t>
            </w:r>
          </w:p>
        </w:tc>
        <w:tc>
          <w:tcPr>
            <w:tcW w:w="3552" w:type="dxa"/>
            <w:vAlign w:val="center"/>
          </w:tcPr>
          <w:p w14:paraId="1D0BBE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(11.4)</w:t>
            </w:r>
          </w:p>
        </w:tc>
      </w:tr>
      <w:tr w:rsidR="00BF29BC" w14:paraId="2B59A736" w14:textId="77777777">
        <w:trPr>
          <w:jc w:val="center"/>
        </w:trPr>
        <w:tc>
          <w:tcPr>
            <w:tcW w:w="3552" w:type="dxa"/>
            <w:vAlign w:val="center"/>
          </w:tcPr>
          <w:p w14:paraId="7DE78CF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Neither agree nor disagree</w:t>
            </w:r>
          </w:p>
        </w:tc>
        <w:tc>
          <w:tcPr>
            <w:tcW w:w="3552" w:type="dxa"/>
            <w:vAlign w:val="center"/>
          </w:tcPr>
          <w:p w14:paraId="3718305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4,744</w:t>
            </w:r>
          </w:p>
        </w:tc>
        <w:tc>
          <w:tcPr>
            <w:tcW w:w="3552" w:type="dxa"/>
            <w:vAlign w:val="center"/>
          </w:tcPr>
          <w:p w14:paraId="3602FAB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(32.3)</w:t>
            </w:r>
          </w:p>
        </w:tc>
      </w:tr>
      <w:tr w:rsidR="00BF29BC" w14:paraId="203E7C52" w14:textId="77777777">
        <w:trPr>
          <w:jc w:val="center"/>
        </w:trPr>
        <w:tc>
          <w:tcPr>
            <w:tcW w:w="3552" w:type="dxa"/>
            <w:vAlign w:val="center"/>
          </w:tcPr>
          <w:p w14:paraId="29707CD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Disagree</w:t>
            </w:r>
          </w:p>
        </w:tc>
        <w:tc>
          <w:tcPr>
            <w:tcW w:w="3552" w:type="dxa"/>
            <w:vAlign w:val="center"/>
          </w:tcPr>
          <w:p w14:paraId="5B71FC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3,806</w:t>
            </w:r>
          </w:p>
        </w:tc>
        <w:tc>
          <w:tcPr>
            <w:tcW w:w="3552" w:type="dxa"/>
            <w:vAlign w:val="center"/>
          </w:tcPr>
          <w:p w14:paraId="3EFA37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(25.9)</w:t>
            </w:r>
          </w:p>
        </w:tc>
      </w:tr>
      <w:tr w:rsidR="00BF29BC" w14:paraId="3C1E1074" w14:textId="77777777">
        <w:trPr>
          <w:jc w:val="center"/>
        </w:trPr>
        <w:tc>
          <w:tcPr>
            <w:tcW w:w="3552" w:type="dxa"/>
            <w:vAlign w:val="center"/>
          </w:tcPr>
          <w:p w14:paraId="1834178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disagree</w:t>
            </w:r>
          </w:p>
        </w:tc>
        <w:tc>
          <w:tcPr>
            <w:tcW w:w="3552" w:type="dxa"/>
            <w:vAlign w:val="center"/>
          </w:tcPr>
          <w:p w14:paraId="21766E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3,079</w:t>
            </w:r>
          </w:p>
        </w:tc>
        <w:tc>
          <w:tcPr>
            <w:tcW w:w="3552" w:type="dxa"/>
            <w:vAlign w:val="center"/>
          </w:tcPr>
          <w:p w14:paraId="57859E7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(21.0)</w:t>
            </w:r>
          </w:p>
        </w:tc>
      </w:tr>
      <w:tr w:rsidR="00BF29BC" w14:paraId="20B34360" w14:textId="77777777">
        <w:trPr>
          <w:jc w:val="center"/>
        </w:trPr>
        <w:tc>
          <w:tcPr>
            <w:tcW w:w="3552" w:type="dxa"/>
            <w:vAlign w:val="center"/>
          </w:tcPr>
          <w:p w14:paraId="686A135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487421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354</w:t>
            </w:r>
          </w:p>
        </w:tc>
        <w:tc>
          <w:tcPr>
            <w:tcW w:w="3552" w:type="dxa"/>
            <w:vAlign w:val="center"/>
          </w:tcPr>
          <w:p w14:paraId="2A29CD3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(2.4)</w:t>
            </w:r>
          </w:p>
        </w:tc>
      </w:tr>
      <w:tr w:rsidR="00BF29BC" w14:paraId="7F14FD34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182C85C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Q6_3. I would be happy to obtain PrEP if it were available from my local pharmacy</w:t>
            </w:r>
          </w:p>
        </w:tc>
      </w:tr>
      <w:tr w:rsidR="00BF29BC" w14:paraId="2C76E6B8" w14:textId="77777777">
        <w:trPr>
          <w:jc w:val="center"/>
        </w:trPr>
        <w:tc>
          <w:tcPr>
            <w:tcW w:w="3552" w:type="dxa"/>
            <w:vAlign w:val="center"/>
          </w:tcPr>
          <w:p w14:paraId="6342B2E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agree</w:t>
            </w:r>
          </w:p>
        </w:tc>
        <w:tc>
          <w:tcPr>
            <w:tcW w:w="3552" w:type="dxa"/>
            <w:vAlign w:val="center"/>
          </w:tcPr>
          <w:p w14:paraId="10D5D0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3,013</w:t>
            </w:r>
          </w:p>
        </w:tc>
        <w:tc>
          <w:tcPr>
            <w:tcW w:w="3552" w:type="dxa"/>
            <w:vAlign w:val="center"/>
          </w:tcPr>
          <w:p w14:paraId="75ADED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(20.5)</w:t>
            </w:r>
          </w:p>
        </w:tc>
      </w:tr>
      <w:tr w:rsidR="00BF29BC" w14:paraId="45629CF6" w14:textId="77777777">
        <w:trPr>
          <w:jc w:val="center"/>
        </w:trPr>
        <w:tc>
          <w:tcPr>
            <w:tcW w:w="3552" w:type="dxa"/>
            <w:vAlign w:val="center"/>
          </w:tcPr>
          <w:p w14:paraId="687DD8A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Agree</w:t>
            </w:r>
          </w:p>
        </w:tc>
        <w:tc>
          <w:tcPr>
            <w:tcW w:w="3552" w:type="dxa"/>
            <w:vAlign w:val="center"/>
          </w:tcPr>
          <w:p w14:paraId="3EEDD7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4,633</w:t>
            </w:r>
          </w:p>
        </w:tc>
        <w:tc>
          <w:tcPr>
            <w:tcW w:w="3552" w:type="dxa"/>
            <w:vAlign w:val="center"/>
          </w:tcPr>
          <w:p w14:paraId="4582C8E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(31.6)</w:t>
            </w:r>
          </w:p>
        </w:tc>
      </w:tr>
      <w:tr w:rsidR="00BF29BC" w14:paraId="0D5513AD" w14:textId="77777777">
        <w:trPr>
          <w:jc w:val="center"/>
        </w:trPr>
        <w:tc>
          <w:tcPr>
            <w:tcW w:w="3552" w:type="dxa"/>
            <w:vAlign w:val="center"/>
          </w:tcPr>
          <w:p w14:paraId="732C6F0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Neither agree nor disagree</w:t>
            </w:r>
          </w:p>
        </w:tc>
        <w:tc>
          <w:tcPr>
            <w:tcW w:w="3552" w:type="dxa"/>
            <w:vAlign w:val="center"/>
          </w:tcPr>
          <w:p w14:paraId="0AACE57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4,728</w:t>
            </w:r>
          </w:p>
        </w:tc>
        <w:tc>
          <w:tcPr>
            <w:tcW w:w="3552" w:type="dxa"/>
            <w:vAlign w:val="center"/>
          </w:tcPr>
          <w:p w14:paraId="25ECED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(32.2)</w:t>
            </w:r>
          </w:p>
        </w:tc>
      </w:tr>
      <w:tr w:rsidR="00BF29BC" w14:paraId="6A5E659A" w14:textId="77777777">
        <w:trPr>
          <w:jc w:val="center"/>
        </w:trPr>
        <w:tc>
          <w:tcPr>
            <w:tcW w:w="3552" w:type="dxa"/>
            <w:vAlign w:val="center"/>
          </w:tcPr>
          <w:p w14:paraId="13E08C4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Disagree</w:t>
            </w:r>
          </w:p>
        </w:tc>
        <w:tc>
          <w:tcPr>
            <w:tcW w:w="3552" w:type="dxa"/>
            <w:vAlign w:val="center"/>
          </w:tcPr>
          <w:p w14:paraId="2872044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948</w:t>
            </w:r>
          </w:p>
        </w:tc>
        <w:tc>
          <w:tcPr>
            <w:tcW w:w="3552" w:type="dxa"/>
            <w:vAlign w:val="center"/>
          </w:tcPr>
          <w:p w14:paraId="391B60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(6.5)</w:t>
            </w:r>
          </w:p>
        </w:tc>
      </w:tr>
      <w:tr w:rsidR="00BF29BC" w14:paraId="13A87924" w14:textId="77777777">
        <w:trPr>
          <w:jc w:val="center"/>
        </w:trPr>
        <w:tc>
          <w:tcPr>
            <w:tcW w:w="3552" w:type="dxa"/>
            <w:vAlign w:val="center"/>
          </w:tcPr>
          <w:p w14:paraId="426CB4D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disagree</w:t>
            </w:r>
          </w:p>
        </w:tc>
        <w:tc>
          <w:tcPr>
            <w:tcW w:w="3552" w:type="dxa"/>
            <w:vAlign w:val="center"/>
          </w:tcPr>
          <w:p w14:paraId="5F6170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949</w:t>
            </w:r>
          </w:p>
        </w:tc>
        <w:tc>
          <w:tcPr>
            <w:tcW w:w="3552" w:type="dxa"/>
            <w:vAlign w:val="center"/>
          </w:tcPr>
          <w:p w14:paraId="382C398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(6.5)</w:t>
            </w:r>
          </w:p>
        </w:tc>
      </w:tr>
      <w:tr w:rsidR="00BF29BC" w14:paraId="1B59D24A" w14:textId="77777777">
        <w:trPr>
          <w:jc w:val="center"/>
        </w:trPr>
        <w:tc>
          <w:tcPr>
            <w:tcW w:w="3552" w:type="dxa"/>
            <w:vAlign w:val="center"/>
          </w:tcPr>
          <w:p w14:paraId="413C264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B95679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407</w:t>
            </w:r>
          </w:p>
        </w:tc>
        <w:tc>
          <w:tcPr>
            <w:tcW w:w="3552" w:type="dxa"/>
            <w:vAlign w:val="center"/>
          </w:tcPr>
          <w:p w14:paraId="6DB3874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(2.8)</w:t>
            </w:r>
          </w:p>
        </w:tc>
      </w:tr>
      <w:tr w:rsidR="00BF29BC" w14:paraId="743F0897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FE5216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Q6_4. I would feel comfortable getting information about PrEP from my pharmacist/pharmacy</w:t>
            </w:r>
          </w:p>
        </w:tc>
      </w:tr>
      <w:tr w:rsidR="00BF29BC" w14:paraId="35B341CB" w14:textId="77777777">
        <w:trPr>
          <w:jc w:val="center"/>
        </w:trPr>
        <w:tc>
          <w:tcPr>
            <w:tcW w:w="3552" w:type="dxa"/>
            <w:vAlign w:val="center"/>
          </w:tcPr>
          <w:p w14:paraId="31396E1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agree</w:t>
            </w:r>
          </w:p>
        </w:tc>
        <w:tc>
          <w:tcPr>
            <w:tcW w:w="3552" w:type="dxa"/>
            <w:vAlign w:val="center"/>
          </w:tcPr>
          <w:p w14:paraId="034104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3,284</w:t>
            </w:r>
          </w:p>
        </w:tc>
        <w:tc>
          <w:tcPr>
            <w:tcW w:w="3552" w:type="dxa"/>
            <w:vAlign w:val="center"/>
          </w:tcPr>
          <w:p w14:paraId="706033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(22.4)</w:t>
            </w:r>
          </w:p>
        </w:tc>
      </w:tr>
      <w:tr w:rsidR="00BF29BC" w14:paraId="7501CEB8" w14:textId="77777777">
        <w:trPr>
          <w:jc w:val="center"/>
        </w:trPr>
        <w:tc>
          <w:tcPr>
            <w:tcW w:w="3552" w:type="dxa"/>
            <w:vAlign w:val="center"/>
          </w:tcPr>
          <w:p w14:paraId="38EFC75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Agree</w:t>
            </w:r>
          </w:p>
        </w:tc>
        <w:tc>
          <w:tcPr>
            <w:tcW w:w="3552" w:type="dxa"/>
            <w:vAlign w:val="center"/>
          </w:tcPr>
          <w:p w14:paraId="61BE15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6,132</w:t>
            </w:r>
          </w:p>
        </w:tc>
        <w:tc>
          <w:tcPr>
            <w:tcW w:w="3552" w:type="dxa"/>
            <w:vAlign w:val="center"/>
          </w:tcPr>
          <w:p w14:paraId="5441A2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(41.8)</w:t>
            </w:r>
          </w:p>
        </w:tc>
      </w:tr>
      <w:tr w:rsidR="00BF29BC" w14:paraId="11869798" w14:textId="77777777">
        <w:trPr>
          <w:jc w:val="center"/>
        </w:trPr>
        <w:tc>
          <w:tcPr>
            <w:tcW w:w="3552" w:type="dxa"/>
            <w:vAlign w:val="center"/>
          </w:tcPr>
          <w:p w14:paraId="61646AD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Neither agree nor disagree</w:t>
            </w:r>
          </w:p>
        </w:tc>
        <w:tc>
          <w:tcPr>
            <w:tcW w:w="3552" w:type="dxa"/>
            <w:vAlign w:val="center"/>
          </w:tcPr>
          <w:p w14:paraId="6463C00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2,656</w:t>
            </w:r>
          </w:p>
        </w:tc>
        <w:tc>
          <w:tcPr>
            <w:tcW w:w="3552" w:type="dxa"/>
            <w:vAlign w:val="center"/>
          </w:tcPr>
          <w:p w14:paraId="61C9B0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(18.1)</w:t>
            </w:r>
          </w:p>
        </w:tc>
      </w:tr>
      <w:tr w:rsidR="00BF29BC" w14:paraId="4A275592" w14:textId="77777777">
        <w:trPr>
          <w:jc w:val="center"/>
        </w:trPr>
        <w:tc>
          <w:tcPr>
            <w:tcW w:w="3552" w:type="dxa"/>
            <w:vAlign w:val="center"/>
          </w:tcPr>
          <w:p w14:paraId="7372668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Disagree</w:t>
            </w:r>
          </w:p>
        </w:tc>
        <w:tc>
          <w:tcPr>
            <w:tcW w:w="3552" w:type="dxa"/>
            <w:vAlign w:val="center"/>
          </w:tcPr>
          <w:p w14:paraId="06D522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1,296</w:t>
            </w:r>
          </w:p>
        </w:tc>
        <w:tc>
          <w:tcPr>
            <w:tcW w:w="3552" w:type="dxa"/>
            <w:vAlign w:val="center"/>
          </w:tcPr>
          <w:p w14:paraId="398F51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(8.8)</w:t>
            </w:r>
          </w:p>
        </w:tc>
      </w:tr>
      <w:tr w:rsidR="00BF29BC" w14:paraId="36F0619D" w14:textId="77777777">
        <w:trPr>
          <w:jc w:val="center"/>
        </w:trPr>
        <w:tc>
          <w:tcPr>
            <w:tcW w:w="3552" w:type="dxa"/>
            <w:vAlign w:val="center"/>
          </w:tcPr>
          <w:p w14:paraId="620A96E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Strongly disagree</w:t>
            </w:r>
          </w:p>
        </w:tc>
        <w:tc>
          <w:tcPr>
            <w:tcW w:w="3552" w:type="dxa"/>
            <w:vAlign w:val="center"/>
          </w:tcPr>
          <w:p w14:paraId="4B4D20F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749</w:t>
            </w:r>
          </w:p>
        </w:tc>
        <w:tc>
          <w:tcPr>
            <w:tcW w:w="3552" w:type="dxa"/>
            <w:vAlign w:val="center"/>
          </w:tcPr>
          <w:p w14:paraId="68F5C0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(5.1)</w:t>
            </w:r>
          </w:p>
        </w:tc>
      </w:tr>
      <w:tr w:rsidR="00BF29BC" w14:paraId="4A5ED0F0" w14:textId="77777777">
        <w:trPr>
          <w:jc w:val="center"/>
        </w:trPr>
        <w:tc>
          <w:tcPr>
            <w:tcW w:w="3552" w:type="dxa"/>
            <w:vAlign w:val="center"/>
          </w:tcPr>
          <w:p w14:paraId="3EDD920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5538407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561</w:t>
            </w:r>
          </w:p>
        </w:tc>
        <w:tc>
          <w:tcPr>
            <w:tcW w:w="3552" w:type="dxa"/>
            <w:vAlign w:val="center"/>
          </w:tcPr>
          <w:p w14:paraId="6A0E870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(3.8)</w:t>
            </w:r>
          </w:p>
        </w:tc>
      </w:tr>
      <w:tr w:rsidR="00BF29BC" w14:paraId="4F9A5229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3282664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Q7_1. Convenience of obtaining PrEP: sexual health clinic</w:t>
            </w:r>
          </w:p>
        </w:tc>
      </w:tr>
      <w:tr w:rsidR="00BF29BC" w14:paraId="650937EF" w14:textId="77777777">
        <w:trPr>
          <w:jc w:val="center"/>
        </w:trPr>
        <w:tc>
          <w:tcPr>
            <w:tcW w:w="3552" w:type="dxa"/>
            <w:vAlign w:val="center"/>
          </w:tcPr>
          <w:p w14:paraId="6E4EDAB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lastRenderedPageBreak/>
              <w:t>Most (5)</w:t>
            </w:r>
          </w:p>
        </w:tc>
        <w:tc>
          <w:tcPr>
            <w:tcW w:w="3552" w:type="dxa"/>
            <w:vAlign w:val="center"/>
          </w:tcPr>
          <w:p w14:paraId="622986E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2,779</w:t>
            </w:r>
          </w:p>
        </w:tc>
        <w:tc>
          <w:tcPr>
            <w:tcW w:w="3552" w:type="dxa"/>
            <w:vAlign w:val="center"/>
          </w:tcPr>
          <w:p w14:paraId="6E2A3A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(18.9)</w:t>
            </w:r>
          </w:p>
        </w:tc>
      </w:tr>
      <w:tr w:rsidR="00BF29BC" w14:paraId="0F0AC660" w14:textId="77777777">
        <w:trPr>
          <w:jc w:val="center"/>
        </w:trPr>
        <w:tc>
          <w:tcPr>
            <w:tcW w:w="3552" w:type="dxa"/>
            <w:vAlign w:val="center"/>
          </w:tcPr>
          <w:p w14:paraId="2DB3BCB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More than average (4)</w:t>
            </w:r>
          </w:p>
        </w:tc>
        <w:tc>
          <w:tcPr>
            <w:tcW w:w="3552" w:type="dxa"/>
            <w:vAlign w:val="center"/>
          </w:tcPr>
          <w:p w14:paraId="635C949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1,407</w:t>
            </w:r>
          </w:p>
        </w:tc>
        <w:tc>
          <w:tcPr>
            <w:tcW w:w="3552" w:type="dxa"/>
            <w:vAlign w:val="center"/>
          </w:tcPr>
          <w:p w14:paraId="71BD87A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(9.6)</w:t>
            </w:r>
          </w:p>
        </w:tc>
      </w:tr>
      <w:tr w:rsidR="00BF29BC" w14:paraId="67A846BD" w14:textId="77777777">
        <w:trPr>
          <w:jc w:val="center"/>
        </w:trPr>
        <w:tc>
          <w:tcPr>
            <w:tcW w:w="3552" w:type="dxa"/>
            <w:vAlign w:val="center"/>
          </w:tcPr>
          <w:p w14:paraId="2B69122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Average (3)</w:t>
            </w:r>
          </w:p>
        </w:tc>
        <w:tc>
          <w:tcPr>
            <w:tcW w:w="3552" w:type="dxa"/>
            <w:vAlign w:val="center"/>
          </w:tcPr>
          <w:p w14:paraId="78E9AA9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3,024</w:t>
            </w:r>
          </w:p>
        </w:tc>
        <w:tc>
          <w:tcPr>
            <w:tcW w:w="3552" w:type="dxa"/>
            <w:vAlign w:val="center"/>
          </w:tcPr>
          <w:p w14:paraId="3741856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(20.6)</w:t>
            </w:r>
          </w:p>
        </w:tc>
      </w:tr>
      <w:tr w:rsidR="00BF29BC" w14:paraId="62CA7002" w14:textId="77777777">
        <w:trPr>
          <w:jc w:val="center"/>
        </w:trPr>
        <w:tc>
          <w:tcPr>
            <w:tcW w:w="3552" w:type="dxa"/>
            <w:vAlign w:val="center"/>
          </w:tcPr>
          <w:p w14:paraId="3DAEBDF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Less than average (2)</w:t>
            </w:r>
          </w:p>
        </w:tc>
        <w:tc>
          <w:tcPr>
            <w:tcW w:w="3552" w:type="dxa"/>
            <w:vAlign w:val="center"/>
          </w:tcPr>
          <w:p w14:paraId="73B994F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1,875</w:t>
            </w:r>
          </w:p>
        </w:tc>
        <w:tc>
          <w:tcPr>
            <w:tcW w:w="3552" w:type="dxa"/>
            <w:vAlign w:val="center"/>
          </w:tcPr>
          <w:p w14:paraId="319601A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(12.8)</w:t>
            </w:r>
          </w:p>
        </w:tc>
      </w:tr>
      <w:tr w:rsidR="00BF29BC" w14:paraId="3AE6DA89" w14:textId="77777777">
        <w:trPr>
          <w:jc w:val="center"/>
        </w:trPr>
        <w:tc>
          <w:tcPr>
            <w:tcW w:w="3552" w:type="dxa"/>
            <w:vAlign w:val="center"/>
          </w:tcPr>
          <w:p w14:paraId="0B37DEB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Least (1)</w:t>
            </w:r>
          </w:p>
        </w:tc>
        <w:tc>
          <w:tcPr>
            <w:tcW w:w="3552" w:type="dxa"/>
            <w:vAlign w:val="center"/>
          </w:tcPr>
          <w:p w14:paraId="79689C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4,816</w:t>
            </w:r>
          </w:p>
        </w:tc>
        <w:tc>
          <w:tcPr>
            <w:tcW w:w="3552" w:type="dxa"/>
            <w:vAlign w:val="center"/>
          </w:tcPr>
          <w:p w14:paraId="3D3F27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(32.8)</w:t>
            </w:r>
          </w:p>
        </w:tc>
      </w:tr>
      <w:tr w:rsidR="00BF29BC" w14:paraId="77E826EA" w14:textId="77777777">
        <w:trPr>
          <w:jc w:val="center"/>
        </w:trPr>
        <w:tc>
          <w:tcPr>
            <w:tcW w:w="3552" w:type="dxa"/>
            <w:vAlign w:val="center"/>
          </w:tcPr>
          <w:p w14:paraId="455A854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CB8920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777</w:t>
            </w:r>
          </w:p>
        </w:tc>
        <w:tc>
          <w:tcPr>
            <w:tcW w:w="3552" w:type="dxa"/>
            <w:vAlign w:val="center"/>
          </w:tcPr>
          <w:p w14:paraId="0FC79D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(5.3)</w:t>
            </w:r>
          </w:p>
        </w:tc>
      </w:tr>
      <w:tr w:rsidR="00BF29BC" w14:paraId="0259414D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029E59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Q7_2. Convenience of obtaining PrEP: pharmacy</w:t>
            </w:r>
          </w:p>
        </w:tc>
      </w:tr>
      <w:tr w:rsidR="00BF29BC" w14:paraId="5E25F157" w14:textId="77777777">
        <w:trPr>
          <w:jc w:val="center"/>
        </w:trPr>
        <w:tc>
          <w:tcPr>
            <w:tcW w:w="3552" w:type="dxa"/>
            <w:vAlign w:val="center"/>
          </w:tcPr>
          <w:p w14:paraId="352AD4F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Most (5)</w:t>
            </w:r>
          </w:p>
        </w:tc>
        <w:tc>
          <w:tcPr>
            <w:tcW w:w="3552" w:type="dxa"/>
            <w:vAlign w:val="center"/>
          </w:tcPr>
          <w:p w14:paraId="473968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7,669</w:t>
            </w:r>
          </w:p>
        </w:tc>
        <w:tc>
          <w:tcPr>
            <w:tcW w:w="3552" w:type="dxa"/>
            <w:vAlign w:val="center"/>
          </w:tcPr>
          <w:p w14:paraId="0079DD2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(52.2)</w:t>
            </w:r>
          </w:p>
        </w:tc>
      </w:tr>
      <w:tr w:rsidR="00BF29BC" w14:paraId="679FABDF" w14:textId="77777777">
        <w:trPr>
          <w:jc w:val="center"/>
        </w:trPr>
        <w:tc>
          <w:tcPr>
            <w:tcW w:w="3552" w:type="dxa"/>
            <w:vAlign w:val="center"/>
          </w:tcPr>
          <w:p w14:paraId="70A87E1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More than average (4)</w:t>
            </w:r>
          </w:p>
        </w:tc>
        <w:tc>
          <w:tcPr>
            <w:tcW w:w="3552" w:type="dxa"/>
            <w:vAlign w:val="center"/>
          </w:tcPr>
          <w:p w14:paraId="0AF9CB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2,598</w:t>
            </w:r>
          </w:p>
        </w:tc>
        <w:tc>
          <w:tcPr>
            <w:tcW w:w="3552" w:type="dxa"/>
            <w:vAlign w:val="center"/>
          </w:tcPr>
          <w:p w14:paraId="2BEE14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(17.7)</w:t>
            </w:r>
          </w:p>
        </w:tc>
      </w:tr>
      <w:tr w:rsidR="00BF29BC" w14:paraId="42669F4D" w14:textId="77777777">
        <w:trPr>
          <w:jc w:val="center"/>
        </w:trPr>
        <w:tc>
          <w:tcPr>
            <w:tcW w:w="3552" w:type="dxa"/>
            <w:vAlign w:val="center"/>
          </w:tcPr>
          <w:p w14:paraId="73916FD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Average (3)</w:t>
            </w:r>
          </w:p>
        </w:tc>
        <w:tc>
          <w:tcPr>
            <w:tcW w:w="3552" w:type="dxa"/>
            <w:vAlign w:val="center"/>
          </w:tcPr>
          <w:p w14:paraId="2D7C5F2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1,984</w:t>
            </w:r>
          </w:p>
        </w:tc>
        <w:tc>
          <w:tcPr>
            <w:tcW w:w="3552" w:type="dxa"/>
            <w:vAlign w:val="center"/>
          </w:tcPr>
          <w:p w14:paraId="175C138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(13.5)</w:t>
            </w:r>
          </w:p>
        </w:tc>
      </w:tr>
      <w:tr w:rsidR="00BF29BC" w14:paraId="7379B7FB" w14:textId="77777777">
        <w:trPr>
          <w:jc w:val="center"/>
        </w:trPr>
        <w:tc>
          <w:tcPr>
            <w:tcW w:w="3552" w:type="dxa"/>
            <w:vAlign w:val="center"/>
          </w:tcPr>
          <w:p w14:paraId="75FA24B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Less than average (2)</w:t>
            </w:r>
          </w:p>
        </w:tc>
        <w:tc>
          <w:tcPr>
            <w:tcW w:w="3552" w:type="dxa"/>
            <w:vAlign w:val="center"/>
          </w:tcPr>
          <w:p w14:paraId="185F4ED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506</w:t>
            </w:r>
          </w:p>
        </w:tc>
        <w:tc>
          <w:tcPr>
            <w:tcW w:w="3552" w:type="dxa"/>
            <w:vAlign w:val="center"/>
          </w:tcPr>
          <w:p w14:paraId="1B61014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(3.4)</w:t>
            </w:r>
          </w:p>
        </w:tc>
      </w:tr>
      <w:tr w:rsidR="00BF29BC" w14:paraId="29FF0C84" w14:textId="77777777">
        <w:trPr>
          <w:jc w:val="center"/>
        </w:trPr>
        <w:tc>
          <w:tcPr>
            <w:tcW w:w="3552" w:type="dxa"/>
            <w:vAlign w:val="center"/>
          </w:tcPr>
          <w:p w14:paraId="1F94202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Least (1)</w:t>
            </w:r>
          </w:p>
        </w:tc>
        <w:tc>
          <w:tcPr>
            <w:tcW w:w="3552" w:type="dxa"/>
            <w:vAlign w:val="center"/>
          </w:tcPr>
          <w:p w14:paraId="10A3524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1,223</w:t>
            </w:r>
          </w:p>
        </w:tc>
        <w:tc>
          <w:tcPr>
            <w:tcW w:w="3552" w:type="dxa"/>
            <w:vAlign w:val="center"/>
          </w:tcPr>
          <w:p w14:paraId="6497AE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(8.3)</w:t>
            </w:r>
          </w:p>
        </w:tc>
      </w:tr>
      <w:tr w:rsidR="00BF29BC" w14:paraId="2A8FBAB0" w14:textId="77777777">
        <w:trPr>
          <w:jc w:val="center"/>
        </w:trPr>
        <w:tc>
          <w:tcPr>
            <w:tcW w:w="3552" w:type="dxa"/>
            <w:vAlign w:val="center"/>
          </w:tcPr>
          <w:p w14:paraId="388FDB1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01D542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698</w:t>
            </w:r>
          </w:p>
        </w:tc>
        <w:tc>
          <w:tcPr>
            <w:tcW w:w="3552" w:type="dxa"/>
            <w:vAlign w:val="center"/>
          </w:tcPr>
          <w:p w14:paraId="6D5D2C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(4.8)</w:t>
            </w:r>
          </w:p>
        </w:tc>
      </w:tr>
      <w:tr w:rsidR="00BF29BC" w14:paraId="1684748E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66F9C19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Q7_3. Convenience of obtaining PrEP: online website</w:t>
            </w:r>
          </w:p>
        </w:tc>
      </w:tr>
      <w:tr w:rsidR="00BF29BC" w14:paraId="363234F6" w14:textId="77777777">
        <w:trPr>
          <w:jc w:val="center"/>
        </w:trPr>
        <w:tc>
          <w:tcPr>
            <w:tcW w:w="3552" w:type="dxa"/>
            <w:vAlign w:val="center"/>
          </w:tcPr>
          <w:p w14:paraId="727835F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Most (5)</w:t>
            </w:r>
          </w:p>
        </w:tc>
        <w:tc>
          <w:tcPr>
            <w:tcW w:w="3552" w:type="dxa"/>
            <w:vAlign w:val="center"/>
          </w:tcPr>
          <w:p w14:paraId="08BC12E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6,059</w:t>
            </w:r>
          </w:p>
        </w:tc>
        <w:tc>
          <w:tcPr>
            <w:tcW w:w="3552" w:type="dxa"/>
            <w:vAlign w:val="center"/>
          </w:tcPr>
          <w:p w14:paraId="322E52F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(41.3)</w:t>
            </w:r>
          </w:p>
        </w:tc>
      </w:tr>
      <w:tr w:rsidR="00BF29BC" w14:paraId="201D5C31" w14:textId="77777777">
        <w:trPr>
          <w:jc w:val="center"/>
        </w:trPr>
        <w:tc>
          <w:tcPr>
            <w:tcW w:w="3552" w:type="dxa"/>
            <w:vAlign w:val="center"/>
          </w:tcPr>
          <w:p w14:paraId="3F2689A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More than average (4)</w:t>
            </w:r>
          </w:p>
        </w:tc>
        <w:tc>
          <w:tcPr>
            <w:tcW w:w="3552" w:type="dxa"/>
            <w:vAlign w:val="center"/>
          </w:tcPr>
          <w:p w14:paraId="447C70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1,874</w:t>
            </w:r>
          </w:p>
        </w:tc>
        <w:tc>
          <w:tcPr>
            <w:tcW w:w="3552" w:type="dxa"/>
            <w:vAlign w:val="center"/>
          </w:tcPr>
          <w:p w14:paraId="74E8C0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(12.8)</w:t>
            </w:r>
          </w:p>
        </w:tc>
      </w:tr>
      <w:tr w:rsidR="00BF29BC" w14:paraId="6D2C33D2" w14:textId="77777777">
        <w:trPr>
          <w:jc w:val="center"/>
        </w:trPr>
        <w:tc>
          <w:tcPr>
            <w:tcW w:w="3552" w:type="dxa"/>
            <w:vAlign w:val="center"/>
          </w:tcPr>
          <w:p w14:paraId="21667BA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Average (3)</w:t>
            </w:r>
          </w:p>
        </w:tc>
        <w:tc>
          <w:tcPr>
            <w:tcW w:w="3552" w:type="dxa"/>
            <w:vAlign w:val="center"/>
          </w:tcPr>
          <w:p w14:paraId="73A168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2,194</w:t>
            </w:r>
          </w:p>
        </w:tc>
        <w:tc>
          <w:tcPr>
            <w:tcW w:w="3552" w:type="dxa"/>
            <w:vAlign w:val="center"/>
          </w:tcPr>
          <w:p w14:paraId="12449C4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(14.9)</w:t>
            </w:r>
          </w:p>
        </w:tc>
      </w:tr>
      <w:tr w:rsidR="00BF29BC" w14:paraId="40D4E424" w14:textId="77777777">
        <w:trPr>
          <w:jc w:val="center"/>
        </w:trPr>
        <w:tc>
          <w:tcPr>
            <w:tcW w:w="3552" w:type="dxa"/>
            <w:vAlign w:val="center"/>
          </w:tcPr>
          <w:p w14:paraId="53CCEBE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Less than average (2)</w:t>
            </w:r>
          </w:p>
        </w:tc>
        <w:tc>
          <w:tcPr>
            <w:tcW w:w="3552" w:type="dxa"/>
            <w:vAlign w:val="center"/>
          </w:tcPr>
          <w:p w14:paraId="778418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830</w:t>
            </w:r>
          </w:p>
        </w:tc>
        <w:tc>
          <w:tcPr>
            <w:tcW w:w="3552" w:type="dxa"/>
            <w:vAlign w:val="center"/>
          </w:tcPr>
          <w:p w14:paraId="21A137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(5.7)</w:t>
            </w:r>
          </w:p>
        </w:tc>
      </w:tr>
      <w:tr w:rsidR="00BF29BC" w14:paraId="629DB7CF" w14:textId="77777777">
        <w:trPr>
          <w:jc w:val="center"/>
        </w:trPr>
        <w:tc>
          <w:tcPr>
            <w:tcW w:w="3552" w:type="dxa"/>
            <w:vAlign w:val="center"/>
          </w:tcPr>
          <w:p w14:paraId="4241034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Least (1)</w:t>
            </w:r>
          </w:p>
        </w:tc>
        <w:tc>
          <w:tcPr>
            <w:tcW w:w="3552" w:type="dxa"/>
            <w:vAlign w:val="center"/>
          </w:tcPr>
          <w:p w14:paraId="5326CE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2,634</w:t>
            </w:r>
          </w:p>
        </w:tc>
        <w:tc>
          <w:tcPr>
            <w:tcW w:w="3552" w:type="dxa"/>
            <w:vAlign w:val="center"/>
          </w:tcPr>
          <w:p w14:paraId="12BC73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(17.9)</w:t>
            </w:r>
          </w:p>
        </w:tc>
      </w:tr>
      <w:tr w:rsidR="00BF29BC" w14:paraId="2ED112C2" w14:textId="77777777">
        <w:trPr>
          <w:jc w:val="center"/>
        </w:trPr>
        <w:tc>
          <w:tcPr>
            <w:tcW w:w="3552" w:type="dxa"/>
            <w:vAlign w:val="center"/>
          </w:tcPr>
          <w:p w14:paraId="57A1796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68BC6D1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1,087</w:t>
            </w:r>
          </w:p>
        </w:tc>
        <w:tc>
          <w:tcPr>
            <w:tcW w:w="3552" w:type="dxa"/>
            <w:vAlign w:val="center"/>
          </w:tcPr>
          <w:p w14:paraId="1FB2F0E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(7.4)</w:t>
            </w:r>
          </w:p>
        </w:tc>
      </w:tr>
      <w:tr w:rsidR="00BF29BC" w14:paraId="38072A10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5C9567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Q9. Have you ever taken PrEP?</w:t>
            </w:r>
          </w:p>
        </w:tc>
      </w:tr>
      <w:tr w:rsidR="00BF29BC" w14:paraId="160AE6C2" w14:textId="77777777">
        <w:trPr>
          <w:jc w:val="center"/>
        </w:trPr>
        <w:tc>
          <w:tcPr>
            <w:tcW w:w="3552" w:type="dxa"/>
            <w:vAlign w:val="center"/>
          </w:tcPr>
          <w:p w14:paraId="05E573F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No, I have never taken PrEP</w:t>
            </w:r>
          </w:p>
        </w:tc>
        <w:tc>
          <w:tcPr>
            <w:tcW w:w="3552" w:type="dxa"/>
            <w:vAlign w:val="center"/>
          </w:tcPr>
          <w:p w14:paraId="4E9DAD0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13,931</w:t>
            </w:r>
          </w:p>
        </w:tc>
        <w:tc>
          <w:tcPr>
            <w:tcW w:w="3552" w:type="dxa"/>
            <w:vAlign w:val="center"/>
          </w:tcPr>
          <w:p w14:paraId="1202F20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(94.9)</w:t>
            </w:r>
          </w:p>
        </w:tc>
      </w:tr>
      <w:tr w:rsidR="00BF29BC" w14:paraId="1311BC2E" w14:textId="77777777">
        <w:trPr>
          <w:jc w:val="center"/>
        </w:trPr>
        <w:tc>
          <w:tcPr>
            <w:tcW w:w="3552" w:type="dxa"/>
            <w:vAlign w:val="center"/>
          </w:tcPr>
          <w:p w14:paraId="3B43648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Yes, I am currently taking PrEP</w:t>
            </w:r>
          </w:p>
        </w:tc>
        <w:tc>
          <w:tcPr>
            <w:tcW w:w="3552" w:type="dxa"/>
            <w:vAlign w:val="center"/>
          </w:tcPr>
          <w:p w14:paraId="2373CCB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271</w:t>
            </w:r>
          </w:p>
        </w:tc>
        <w:tc>
          <w:tcPr>
            <w:tcW w:w="3552" w:type="dxa"/>
            <w:vAlign w:val="center"/>
          </w:tcPr>
          <w:p w14:paraId="2C82054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(1.8)</w:t>
            </w:r>
          </w:p>
        </w:tc>
      </w:tr>
      <w:tr w:rsidR="00BF29BC" w14:paraId="57E6A46D" w14:textId="77777777">
        <w:trPr>
          <w:jc w:val="center"/>
        </w:trPr>
        <w:tc>
          <w:tcPr>
            <w:tcW w:w="3552" w:type="dxa"/>
            <w:vAlign w:val="center"/>
          </w:tcPr>
          <w:p w14:paraId="2A6CF17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Yes, I have in the past</w:t>
            </w:r>
          </w:p>
        </w:tc>
        <w:tc>
          <w:tcPr>
            <w:tcW w:w="3552" w:type="dxa"/>
            <w:vAlign w:val="center"/>
          </w:tcPr>
          <w:p w14:paraId="3077A03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179</w:t>
            </w:r>
          </w:p>
        </w:tc>
        <w:tc>
          <w:tcPr>
            <w:tcW w:w="3552" w:type="dxa"/>
            <w:vAlign w:val="center"/>
          </w:tcPr>
          <w:p w14:paraId="784A5D3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(1.2)</w:t>
            </w:r>
          </w:p>
        </w:tc>
      </w:tr>
      <w:tr w:rsidR="00BF29BC" w14:paraId="206C9503" w14:textId="77777777">
        <w:trPr>
          <w:jc w:val="center"/>
        </w:trPr>
        <w:tc>
          <w:tcPr>
            <w:tcW w:w="3552" w:type="dxa"/>
            <w:vAlign w:val="center"/>
          </w:tcPr>
          <w:p w14:paraId="463ED24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 (please specify)</w:t>
            </w:r>
          </w:p>
        </w:tc>
        <w:tc>
          <w:tcPr>
            <w:tcW w:w="3552" w:type="dxa"/>
            <w:vAlign w:val="center"/>
          </w:tcPr>
          <w:p w14:paraId="731597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204</w:t>
            </w:r>
          </w:p>
        </w:tc>
        <w:tc>
          <w:tcPr>
            <w:tcW w:w="3552" w:type="dxa"/>
            <w:vAlign w:val="center"/>
          </w:tcPr>
          <w:p w14:paraId="1E6B96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(1.4)</w:t>
            </w:r>
          </w:p>
        </w:tc>
      </w:tr>
      <w:tr w:rsidR="00BF29BC" w14:paraId="3826673D" w14:textId="77777777">
        <w:trPr>
          <w:jc w:val="center"/>
        </w:trPr>
        <w:tc>
          <w:tcPr>
            <w:tcW w:w="3552" w:type="dxa"/>
            <w:vAlign w:val="center"/>
          </w:tcPr>
          <w:p w14:paraId="009D601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07B4D0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93</w:t>
            </w:r>
          </w:p>
        </w:tc>
        <w:tc>
          <w:tcPr>
            <w:tcW w:w="3552" w:type="dxa"/>
            <w:vAlign w:val="center"/>
          </w:tcPr>
          <w:p w14:paraId="05480C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(0.6)</w:t>
            </w:r>
          </w:p>
        </w:tc>
      </w:tr>
      <w:tr w:rsidR="00BF29BC" w14:paraId="0307053F" w14:textId="77777777">
        <w:trPr>
          <w:jc w:val="center"/>
        </w:trPr>
        <w:tc>
          <w:tcPr>
            <w:tcW w:w="3552" w:type="dxa"/>
            <w:vAlign w:val="center"/>
          </w:tcPr>
          <w:p w14:paraId="345368E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Total</w:t>
            </w:r>
          </w:p>
        </w:tc>
        <w:tc>
          <w:tcPr>
            <w:tcW w:w="3552" w:type="dxa"/>
            <w:vAlign w:val="center"/>
          </w:tcPr>
          <w:p w14:paraId="7EEBA6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14,678</w:t>
            </w:r>
          </w:p>
        </w:tc>
        <w:tc>
          <w:tcPr>
            <w:tcW w:w="3552" w:type="dxa"/>
            <w:vAlign w:val="center"/>
          </w:tcPr>
          <w:p w14:paraId="316ECE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(100.0)</w:t>
            </w:r>
          </w:p>
        </w:tc>
      </w:tr>
      <w:tr w:rsidR="00BF29BC" w14:paraId="04673156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3F60ECB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Derived current/past PrEP-use outcome from Q9</w:t>
            </w:r>
          </w:p>
        </w:tc>
      </w:tr>
      <w:tr w:rsidR="00BF29BC" w14:paraId="0F198830" w14:textId="77777777">
        <w:trPr>
          <w:jc w:val="center"/>
        </w:trPr>
        <w:tc>
          <w:tcPr>
            <w:tcW w:w="3552" w:type="dxa"/>
            <w:vAlign w:val="center"/>
          </w:tcPr>
          <w:p w14:paraId="05DC617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Current/past</w:t>
            </w:r>
          </w:p>
        </w:tc>
        <w:tc>
          <w:tcPr>
            <w:tcW w:w="3552" w:type="dxa"/>
            <w:vAlign w:val="center"/>
          </w:tcPr>
          <w:p w14:paraId="72941F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450</w:t>
            </w:r>
          </w:p>
        </w:tc>
        <w:tc>
          <w:tcPr>
            <w:tcW w:w="3552" w:type="dxa"/>
            <w:vAlign w:val="center"/>
          </w:tcPr>
          <w:p w14:paraId="378547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(3.1)</w:t>
            </w:r>
          </w:p>
        </w:tc>
      </w:tr>
      <w:tr w:rsidR="00BF29BC" w14:paraId="6694B72C" w14:textId="77777777">
        <w:trPr>
          <w:jc w:val="center"/>
        </w:trPr>
        <w:tc>
          <w:tcPr>
            <w:tcW w:w="3552" w:type="dxa"/>
            <w:vAlign w:val="center"/>
          </w:tcPr>
          <w:p w14:paraId="618A62B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Never</w:t>
            </w:r>
          </w:p>
        </w:tc>
        <w:tc>
          <w:tcPr>
            <w:tcW w:w="3552" w:type="dxa"/>
            <w:vAlign w:val="center"/>
          </w:tcPr>
          <w:p w14:paraId="14F9F90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13,931</w:t>
            </w:r>
          </w:p>
        </w:tc>
        <w:tc>
          <w:tcPr>
            <w:tcW w:w="3552" w:type="dxa"/>
            <w:vAlign w:val="center"/>
          </w:tcPr>
          <w:p w14:paraId="54D410C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(94.9)</w:t>
            </w:r>
          </w:p>
        </w:tc>
      </w:tr>
      <w:tr w:rsidR="00BF29BC" w14:paraId="49D92318" w14:textId="77777777">
        <w:trPr>
          <w:jc w:val="center"/>
        </w:trPr>
        <w:tc>
          <w:tcPr>
            <w:tcW w:w="3552" w:type="dxa"/>
            <w:vAlign w:val="center"/>
          </w:tcPr>
          <w:p w14:paraId="7244101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Excluded from binary outcome (Other/missing)</w:t>
            </w:r>
          </w:p>
        </w:tc>
        <w:tc>
          <w:tcPr>
            <w:tcW w:w="3552" w:type="dxa"/>
            <w:vAlign w:val="center"/>
          </w:tcPr>
          <w:p w14:paraId="382B0F6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297</w:t>
            </w:r>
          </w:p>
        </w:tc>
        <w:tc>
          <w:tcPr>
            <w:tcW w:w="3552" w:type="dxa"/>
            <w:vAlign w:val="center"/>
          </w:tcPr>
          <w:p w14:paraId="66FB18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(2.0)</w:t>
            </w:r>
          </w:p>
        </w:tc>
      </w:tr>
      <w:tr w:rsidR="00BF29BC" w14:paraId="4A04917B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A2434A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Q11. Reasons for taking PrEP among current/past users (n=450; multiple responses permitted)</w:t>
            </w:r>
          </w:p>
        </w:tc>
      </w:tr>
      <w:tr w:rsidR="00BF29BC" w14:paraId="58AC208B" w14:textId="77777777">
        <w:trPr>
          <w:jc w:val="center"/>
        </w:trPr>
        <w:tc>
          <w:tcPr>
            <w:tcW w:w="3552" w:type="dxa"/>
            <w:vAlign w:val="center"/>
          </w:tcPr>
          <w:p w14:paraId="2C4DF8F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 am at a high risk of contracting HIV</w:t>
            </w:r>
          </w:p>
        </w:tc>
        <w:tc>
          <w:tcPr>
            <w:tcW w:w="3552" w:type="dxa"/>
            <w:vAlign w:val="center"/>
          </w:tcPr>
          <w:p w14:paraId="4655216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170</w:t>
            </w:r>
          </w:p>
        </w:tc>
        <w:tc>
          <w:tcPr>
            <w:tcW w:w="3552" w:type="dxa"/>
            <w:vAlign w:val="center"/>
          </w:tcPr>
          <w:p w14:paraId="4AEF480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(37.8)</w:t>
            </w:r>
          </w:p>
        </w:tc>
      </w:tr>
      <w:tr w:rsidR="00BF29BC" w14:paraId="40EABDDC" w14:textId="77777777">
        <w:trPr>
          <w:jc w:val="center"/>
        </w:trPr>
        <w:tc>
          <w:tcPr>
            <w:tcW w:w="3552" w:type="dxa"/>
            <w:vAlign w:val="center"/>
          </w:tcPr>
          <w:p w14:paraId="5E695E1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Encouraged by a healthcare professional</w:t>
            </w:r>
          </w:p>
        </w:tc>
        <w:tc>
          <w:tcPr>
            <w:tcW w:w="3552" w:type="dxa"/>
            <w:vAlign w:val="center"/>
          </w:tcPr>
          <w:p w14:paraId="0B4AAF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152</w:t>
            </w:r>
          </w:p>
        </w:tc>
        <w:tc>
          <w:tcPr>
            <w:tcW w:w="3552" w:type="dxa"/>
            <w:vAlign w:val="center"/>
          </w:tcPr>
          <w:p w14:paraId="4B45697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(33.8)</w:t>
            </w:r>
          </w:p>
        </w:tc>
      </w:tr>
      <w:tr w:rsidR="00BF29BC" w14:paraId="1B9BFE51" w14:textId="77777777">
        <w:trPr>
          <w:jc w:val="center"/>
        </w:trPr>
        <w:tc>
          <w:tcPr>
            <w:tcW w:w="3552" w:type="dxa"/>
            <w:vAlign w:val="center"/>
          </w:tcPr>
          <w:p w14:paraId="0882886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Encouraged by a friend, partner or family member</w:t>
            </w:r>
          </w:p>
        </w:tc>
        <w:tc>
          <w:tcPr>
            <w:tcW w:w="3552" w:type="dxa"/>
            <w:vAlign w:val="center"/>
          </w:tcPr>
          <w:p w14:paraId="12B784F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87</w:t>
            </w:r>
          </w:p>
        </w:tc>
        <w:tc>
          <w:tcPr>
            <w:tcW w:w="3552" w:type="dxa"/>
            <w:vAlign w:val="center"/>
          </w:tcPr>
          <w:p w14:paraId="25752F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(19.3)</w:t>
            </w:r>
          </w:p>
        </w:tc>
      </w:tr>
      <w:tr w:rsidR="00BF29BC" w14:paraId="4A2B5C7B" w14:textId="77777777">
        <w:trPr>
          <w:jc w:val="center"/>
        </w:trPr>
        <w:tc>
          <w:tcPr>
            <w:tcW w:w="3552" w:type="dxa"/>
            <w:vAlign w:val="center"/>
          </w:tcPr>
          <w:p w14:paraId="4A781A0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Appropriate for my lifestyle choices</w:t>
            </w:r>
          </w:p>
        </w:tc>
        <w:tc>
          <w:tcPr>
            <w:tcW w:w="3552" w:type="dxa"/>
            <w:vAlign w:val="center"/>
          </w:tcPr>
          <w:p w14:paraId="7C8C608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271</w:t>
            </w:r>
          </w:p>
        </w:tc>
        <w:tc>
          <w:tcPr>
            <w:tcW w:w="3552" w:type="dxa"/>
            <w:vAlign w:val="center"/>
          </w:tcPr>
          <w:p w14:paraId="305F116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(60.2)</w:t>
            </w:r>
          </w:p>
        </w:tc>
      </w:tr>
      <w:tr w:rsidR="00BF29BC" w14:paraId="5B85E197" w14:textId="77777777">
        <w:trPr>
          <w:jc w:val="center"/>
        </w:trPr>
        <w:tc>
          <w:tcPr>
            <w:tcW w:w="3552" w:type="dxa"/>
            <w:vAlign w:val="center"/>
          </w:tcPr>
          <w:p w14:paraId="7C87C02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7EE2D6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w="3552" w:type="dxa"/>
            <w:vAlign w:val="center"/>
          </w:tcPr>
          <w:p w14:paraId="5F4455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(6.9)</w:t>
            </w:r>
          </w:p>
        </w:tc>
      </w:tr>
      <w:tr w:rsidR="00BF29BC" w14:paraId="6C4C23C1" w14:textId="77777777">
        <w:trPr>
          <w:jc w:val="center"/>
        </w:trPr>
        <w:tc>
          <w:tcPr>
            <w:tcW w:w="3552" w:type="dxa"/>
            <w:vAlign w:val="center"/>
          </w:tcPr>
          <w:p w14:paraId="3A2C4A0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5021B9A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</w:t>
            </w:r>
          </w:p>
        </w:tc>
        <w:tc>
          <w:tcPr>
            <w:tcW w:w="3552" w:type="dxa"/>
            <w:vAlign w:val="center"/>
          </w:tcPr>
          <w:p w14:paraId="38DC08D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(0.9)</w:t>
            </w:r>
          </w:p>
        </w:tc>
      </w:tr>
      <w:tr w:rsidR="00BF29BC" w14:paraId="080C44E0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4004826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Q13. How PrEP was obtained among current/past users (n=450; multiple responses permitted)</w:t>
            </w:r>
          </w:p>
        </w:tc>
      </w:tr>
      <w:tr w:rsidR="00BF29BC" w14:paraId="7447E710" w14:textId="77777777">
        <w:trPr>
          <w:jc w:val="center"/>
        </w:trPr>
        <w:tc>
          <w:tcPr>
            <w:tcW w:w="3552" w:type="dxa"/>
            <w:vAlign w:val="center"/>
          </w:tcPr>
          <w:p w14:paraId="59BAFE7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Bought through an online pharmacy or GP in UK</w:t>
            </w:r>
          </w:p>
        </w:tc>
        <w:tc>
          <w:tcPr>
            <w:tcW w:w="3552" w:type="dxa"/>
            <w:vAlign w:val="center"/>
          </w:tcPr>
          <w:p w14:paraId="75C12B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w="3552" w:type="dxa"/>
            <w:vAlign w:val="center"/>
          </w:tcPr>
          <w:p w14:paraId="0EA1E7D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(6.9)</w:t>
            </w:r>
          </w:p>
        </w:tc>
      </w:tr>
      <w:tr w:rsidR="00BF29BC" w14:paraId="3DA98686" w14:textId="77777777">
        <w:trPr>
          <w:jc w:val="center"/>
        </w:trPr>
        <w:tc>
          <w:tcPr>
            <w:tcW w:w="3552" w:type="dxa"/>
            <w:vAlign w:val="center"/>
          </w:tcPr>
          <w:p w14:paraId="0578475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Online website (not from a pharmacy or GP)</w:t>
            </w:r>
          </w:p>
        </w:tc>
        <w:tc>
          <w:tcPr>
            <w:tcW w:w="3552" w:type="dxa"/>
            <w:vAlign w:val="center"/>
          </w:tcPr>
          <w:p w14:paraId="725608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51</w:t>
            </w:r>
          </w:p>
        </w:tc>
        <w:tc>
          <w:tcPr>
            <w:tcW w:w="3552" w:type="dxa"/>
            <w:vAlign w:val="center"/>
          </w:tcPr>
          <w:p w14:paraId="699CC1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(11.3)</w:t>
            </w:r>
          </w:p>
        </w:tc>
      </w:tr>
      <w:tr w:rsidR="00BF29BC" w14:paraId="40E8EBA7" w14:textId="77777777">
        <w:trPr>
          <w:jc w:val="center"/>
        </w:trPr>
        <w:tc>
          <w:tcPr>
            <w:tcW w:w="3552" w:type="dxa"/>
            <w:vAlign w:val="center"/>
          </w:tcPr>
          <w:p w14:paraId="2B9A885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Sexual health clinic</w:t>
            </w:r>
          </w:p>
        </w:tc>
        <w:tc>
          <w:tcPr>
            <w:tcW w:w="3552" w:type="dxa"/>
            <w:vAlign w:val="center"/>
          </w:tcPr>
          <w:p w14:paraId="626E2E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378</w:t>
            </w:r>
          </w:p>
        </w:tc>
        <w:tc>
          <w:tcPr>
            <w:tcW w:w="3552" w:type="dxa"/>
            <w:vAlign w:val="center"/>
          </w:tcPr>
          <w:p w14:paraId="38055DB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(84.0)</w:t>
            </w:r>
          </w:p>
        </w:tc>
      </w:tr>
      <w:tr w:rsidR="00BF29BC" w14:paraId="53F35B00" w14:textId="77777777">
        <w:trPr>
          <w:jc w:val="center"/>
        </w:trPr>
        <w:tc>
          <w:tcPr>
            <w:tcW w:w="3552" w:type="dxa"/>
            <w:vAlign w:val="center"/>
          </w:tcPr>
          <w:p w14:paraId="42A54C0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Through a friend, partner or family member</w:t>
            </w:r>
          </w:p>
        </w:tc>
        <w:tc>
          <w:tcPr>
            <w:tcW w:w="3552" w:type="dxa"/>
            <w:vAlign w:val="center"/>
          </w:tcPr>
          <w:p w14:paraId="5A623A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w="3552" w:type="dxa"/>
            <w:vAlign w:val="center"/>
          </w:tcPr>
          <w:p w14:paraId="056377B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(2.4)</w:t>
            </w:r>
          </w:p>
        </w:tc>
      </w:tr>
      <w:tr w:rsidR="00BF29BC" w14:paraId="5A514F3A" w14:textId="77777777">
        <w:trPr>
          <w:jc w:val="center"/>
        </w:trPr>
        <w:tc>
          <w:tcPr>
            <w:tcW w:w="3552" w:type="dxa"/>
            <w:vAlign w:val="center"/>
          </w:tcPr>
          <w:p w14:paraId="39F6F47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Through a clinical trial</w:t>
            </w:r>
          </w:p>
        </w:tc>
        <w:tc>
          <w:tcPr>
            <w:tcW w:w="3552" w:type="dxa"/>
            <w:vAlign w:val="center"/>
          </w:tcPr>
          <w:p w14:paraId="520CDDB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w="3552" w:type="dxa"/>
            <w:vAlign w:val="center"/>
          </w:tcPr>
          <w:p w14:paraId="52A335B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(4.7)</w:t>
            </w:r>
          </w:p>
        </w:tc>
      </w:tr>
      <w:tr w:rsidR="00BF29BC" w14:paraId="1A0C32FF" w14:textId="77777777">
        <w:trPr>
          <w:jc w:val="center"/>
        </w:trPr>
        <w:tc>
          <w:tcPr>
            <w:tcW w:w="3552" w:type="dxa"/>
            <w:vAlign w:val="center"/>
          </w:tcPr>
          <w:p w14:paraId="7C594D6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08FBEA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18</w:t>
            </w:r>
          </w:p>
        </w:tc>
        <w:tc>
          <w:tcPr>
            <w:tcW w:w="3552" w:type="dxa"/>
            <w:vAlign w:val="center"/>
          </w:tcPr>
          <w:p w14:paraId="4361CD4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(4.0)</w:t>
            </w:r>
          </w:p>
        </w:tc>
      </w:tr>
      <w:tr w:rsidR="00BF29BC" w14:paraId="56F03E82" w14:textId="77777777">
        <w:trPr>
          <w:jc w:val="center"/>
        </w:trPr>
        <w:tc>
          <w:tcPr>
            <w:tcW w:w="3552" w:type="dxa"/>
            <w:vAlign w:val="center"/>
          </w:tcPr>
          <w:p w14:paraId="610D283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50CBCB8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w="3552" w:type="dxa"/>
            <w:vAlign w:val="center"/>
          </w:tcPr>
          <w:p w14:paraId="354C9B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  <w:tr w:rsidR="00BF29BC" w14:paraId="2500EAC8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99ADC4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Q16. Have you ever considered taking PrEP? Among respondents who had never taken PrEP (n=13,931)</w:t>
            </w:r>
          </w:p>
        </w:tc>
      </w:tr>
      <w:tr w:rsidR="00BF29BC" w14:paraId="478B6E3F" w14:textId="77777777">
        <w:trPr>
          <w:jc w:val="center"/>
        </w:trPr>
        <w:tc>
          <w:tcPr>
            <w:tcW w:w="3552" w:type="dxa"/>
            <w:vAlign w:val="center"/>
          </w:tcPr>
          <w:p w14:paraId="2F3BB87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w="3552" w:type="dxa"/>
            <w:vAlign w:val="center"/>
          </w:tcPr>
          <w:p w14:paraId="2120CE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12,920</w:t>
            </w:r>
          </w:p>
        </w:tc>
        <w:tc>
          <w:tcPr>
            <w:tcW w:w="3552" w:type="dxa"/>
            <w:vAlign w:val="center"/>
          </w:tcPr>
          <w:p w14:paraId="029274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(92.7)</w:t>
            </w:r>
          </w:p>
        </w:tc>
      </w:tr>
      <w:tr w:rsidR="00BF29BC" w14:paraId="5C762804" w14:textId="77777777">
        <w:trPr>
          <w:jc w:val="center"/>
        </w:trPr>
        <w:tc>
          <w:tcPr>
            <w:tcW w:w="3552" w:type="dxa"/>
            <w:vAlign w:val="center"/>
          </w:tcPr>
          <w:p w14:paraId="4B113F6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 - but I never took it</w:t>
            </w:r>
          </w:p>
        </w:tc>
        <w:tc>
          <w:tcPr>
            <w:tcW w:w="3552" w:type="dxa"/>
            <w:vAlign w:val="center"/>
          </w:tcPr>
          <w:p w14:paraId="6FB94A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955</w:t>
            </w:r>
          </w:p>
        </w:tc>
        <w:tc>
          <w:tcPr>
            <w:tcW w:w="3552" w:type="dxa"/>
            <w:vAlign w:val="center"/>
          </w:tcPr>
          <w:p w14:paraId="326EB7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(6.9)</w:t>
            </w:r>
          </w:p>
        </w:tc>
      </w:tr>
      <w:tr w:rsidR="00BF29BC" w14:paraId="4F1C2977" w14:textId="77777777">
        <w:trPr>
          <w:jc w:val="center"/>
        </w:trPr>
        <w:tc>
          <w:tcPr>
            <w:tcW w:w="3552" w:type="dxa"/>
            <w:vAlign w:val="center"/>
          </w:tcPr>
          <w:p w14:paraId="3BEA062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1BFB0B2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56</w:t>
            </w:r>
          </w:p>
        </w:tc>
        <w:tc>
          <w:tcPr>
            <w:tcW w:w="3552" w:type="dxa"/>
            <w:vAlign w:val="center"/>
          </w:tcPr>
          <w:p w14:paraId="08E833E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(0.4)</w:t>
            </w:r>
          </w:p>
        </w:tc>
      </w:tr>
      <w:tr w:rsidR="00BF29BC" w14:paraId="036A92E0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066FA07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Q17. Reasons for not using PrEP among respondents who had never taken PrEP (n=13,931; multiple responses permitted)</w:t>
            </w:r>
          </w:p>
        </w:tc>
      </w:tr>
      <w:tr w:rsidR="00BF29BC" w14:paraId="238A613C" w14:textId="77777777">
        <w:trPr>
          <w:jc w:val="center"/>
        </w:trPr>
        <w:tc>
          <w:tcPr>
            <w:tcW w:w="3552" w:type="dxa"/>
            <w:vAlign w:val="center"/>
          </w:tcPr>
          <w:p w14:paraId="2A9158F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enough evidence on safety &amp; effectiveness</w:t>
            </w:r>
          </w:p>
        </w:tc>
        <w:tc>
          <w:tcPr>
            <w:tcW w:w="3552" w:type="dxa"/>
            <w:vAlign w:val="center"/>
          </w:tcPr>
          <w:p w14:paraId="250EE1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1,011</w:t>
            </w:r>
          </w:p>
        </w:tc>
        <w:tc>
          <w:tcPr>
            <w:tcW w:w="3552" w:type="dxa"/>
            <w:vAlign w:val="center"/>
          </w:tcPr>
          <w:p w14:paraId="46EA3F4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(7.3)</w:t>
            </w:r>
          </w:p>
        </w:tc>
      </w:tr>
      <w:tr w:rsidR="00BF29BC" w14:paraId="1B751BE9" w14:textId="77777777">
        <w:trPr>
          <w:jc w:val="center"/>
        </w:trPr>
        <w:tc>
          <w:tcPr>
            <w:tcW w:w="3552" w:type="dxa"/>
            <w:vAlign w:val="center"/>
          </w:tcPr>
          <w:p w14:paraId="0EC0F77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Difficult / unable to access PrEP</w:t>
            </w:r>
          </w:p>
        </w:tc>
        <w:tc>
          <w:tcPr>
            <w:tcW w:w="3552" w:type="dxa"/>
            <w:vAlign w:val="center"/>
          </w:tcPr>
          <w:p w14:paraId="1BE355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619</w:t>
            </w:r>
          </w:p>
        </w:tc>
        <w:tc>
          <w:tcPr>
            <w:tcW w:w="3552" w:type="dxa"/>
            <w:vAlign w:val="center"/>
          </w:tcPr>
          <w:p w14:paraId="7B48306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(4.4)</w:t>
            </w:r>
          </w:p>
        </w:tc>
      </w:tr>
      <w:tr w:rsidR="00BF29BC" w14:paraId="061FB8E5" w14:textId="77777777">
        <w:trPr>
          <w:jc w:val="center"/>
        </w:trPr>
        <w:tc>
          <w:tcPr>
            <w:tcW w:w="3552" w:type="dxa"/>
            <w:vAlign w:val="center"/>
          </w:tcPr>
          <w:p w14:paraId="76BC7A4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 support available for taking PrEP</w:t>
            </w:r>
          </w:p>
        </w:tc>
        <w:tc>
          <w:tcPr>
            <w:tcW w:w="3552" w:type="dxa"/>
            <w:vAlign w:val="center"/>
          </w:tcPr>
          <w:p w14:paraId="37ACF92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401</w:t>
            </w:r>
          </w:p>
        </w:tc>
        <w:tc>
          <w:tcPr>
            <w:tcW w:w="3552" w:type="dxa"/>
            <w:vAlign w:val="center"/>
          </w:tcPr>
          <w:p w14:paraId="01DFE9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(2.9)</w:t>
            </w:r>
          </w:p>
        </w:tc>
      </w:tr>
      <w:tr w:rsidR="00BF29BC" w14:paraId="15E55848" w14:textId="77777777">
        <w:trPr>
          <w:jc w:val="center"/>
        </w:trPr>
        <w:tc>
          <w:tcPr>
            <w:tcW w:w="3552" w:type="dxa"/>
            <w:vAlign w:val="center"/>
          </w:tcPr>
          <w:p w14:paraId="0A04EEF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Fear of side effects</w:t>
            </w:r>
          </w:p>
        </w:tc>
        <w:tc>
          <w:tcPr>
            <w:tcW w:w="3552" w:type="dxa"/>
            <w:vAlign w:val="center"/>
          </w:tcPr>
          <w:p w14:paraId="7A4FD53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698</w:t>
            </w:r>
          </w:p>
        </w:tc>
        <w:tc>
          <w:tcPr>
            <w:tcW w:w="3552" w:type="dxa"/>
            <w:vAlign w:val="center"/>
          </w:tcPr>
          <w:p w14:paraId="63B445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(5.0)</w:t>
            </w:r>
          </w:p>
        </w:tc>
      </w:tr>
      <w:tr w:rsidR="00BF29BC" w14:paraId="7B9006C9" w14:textId="77777777">
        <w:trPr>
          <w:jc w:val="center"/>
        </w:trPr>
        <w:tc>
          <w:tcPr>
            <w:tcW w:w="3552" w:type="dxa"/>
            <w:vAlign w:val="center"/>
          </w:tcPr>
          <w:p w14:paraId="1A78811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Inconvenience of routine medication</w:t>
            </w:r>
          </w:p>
        </w:tc>
        <w:tc>
          <w:tcPr>
            <w:tcW w:w="3552" w:type="dxa"/>
            <w:vAlign w:val="center"/>
          </w:tcPr>
          <w:p w14:paraId="1BFD65B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297</w:t>
            </w:r>
          </w:p>
        </w:tc>
        <w:tc>
          <w:tcPr>
            <w:tcW w:w="3552" w:type="dxa"/>
            <w:vAlign w:val="center"/>
          </w:tcPr>
          <w:p w14:paraId="6334CC5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(2.1)</w:t>
            </w:r>
          </w:p>
        </w:tc>
      </w:tr>
      <w:tr w:rsidR="00BF29BC" w14:paraId="517D2AEE" w14:textId="77777777">
        <w:trPr>
          <w:jc w:val="center"/>
        </w:trPr>
        <w:tc>
          <w:tcPr>
            <w:tcW w:w="3552" w:type="dxa"/>
            <w:vAlign w:val="center"/>
          </w:tcPr>
          <w:p w14:paraId="5F613D6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Fear of interaction with other medications</w:t>
            </w:r>
          </w:p>
        </w:tc>
        <w:tc>
          <w:tcPr>
            <w:tcW w:w="3552" w:type="dxa"/>
            <w:vAlign w:val="center"/>
          </w:tcPr>
          <w:p w14:paraId="307DD0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681</w:t>
            </w:r>
          </w:p>
        </w:tc>
        <w:tc>
          <w:tcPr>
            <w:tcW w:w="3552" w:type="dxa"/>
            <w:vAlign w:val="center"/>
          </w:tcPr>
          <w:p w14:paraId="65BAFCB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(4.9)</w:t>
            </w:r>
          </w:p>
        </w:tc>
      </w:tr>
      <w:tr w:rsidR="00BF29BC" w14:paraId="1354934F" w14:textId="77777777">
        <w:trPr>
          <w:jc w:val="center"/>
        </w:trPr>
        <w:tc>
          <w:tcPr>
            <w:tcW w:w="3552" w:type="dxa"/>
            <w:vAlign w:val="center"/>
          </w:tcPr>
          <w:p w14:paraId="49E4C66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High cost</w:t>
            </w:r>
          </w:p>
        </w:tc>
        <w:tc>
          <w:tcPr>
            <w:tcW w:w="3552" w:type="dxa"/>
            <w:vAlign w:val="center"/>
          </w:tcPr>
          <w:p w14:paraId="689B29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332</w:t>
            </w:r>
          </w:p>
        </w:tc>
        <w:tc>
          <w:tcPr>
            <w:tcW w:w="3552" w:type="dxa"/>
            <w:vAlign w:val="center"/>
          </w:tcPr>
          <w:p w14:paraId="239482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(2.4)</w:t>
            </w:r>
          </w:p>
        </w:tc>
      </w:tr>
      <w:tr w:rsidR="00BF29BC" w14:paraId="4975E1A5" w14:textId="77777777">
        <w:trPr>
          <w:jc w:val="center"/>
        </w:trPr>
        <w:tc>
          <w:tcPr>
            <w:tcW w:w="3552" w:type="dxa"/>
            <w:vAlign w:val="center"/>
          </w:tcPr>
          <w:p w14:paraId="2EA405E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Cultural / religious sensitivities</w:t>
            </w:r>
          </w:p>
        </w:tc>
        <w:tc>
          <w:tcPr>
            <w:tcW w:w="3552" w:type="dxa"/>
            <w:vAlign w:val="center"/>
          </w:tcPr>
          <w:p w14:paraId="658459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176</w:t>
            </w:r>
          </w:p>
        </w:tc>
        <w:tc>
          <w:tcPr>
            <w:tcW w:w="3552" w:type="dxa"/>
            <w:vAlign w:val="center"/>
          </w:tcPr>
          <w:p w14:paraId="215EB5E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  <w:tr w:rsidR="00BF29BC" w14:paraId="4845F4CC" w14:textId="77777777">
        <w:trPr>
          <w:jc w:val="center"/>
        </w:trPr>
        <w:tc>
          <w:tcPr>
            <w:tcW w:w="3552" w:type="dxa"/>
            <w:vAlign w:val="center"/>
          </w:tcPr>
          <w:p w14:paraId="4A5E58A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Unsure what PrEP is</w:t>
            </w:r>
          </w:p>
        </w:tc>
        <w:tc>
          <w:tcPr>
            <w:tcW w:w="3552" w:type="dxa"/>
            <w:vAlign w:val="center"/>
          </w:tcPr>
          <w:p w14:paraId="207BAC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5,323</w:t>
            </w:r>
          </w:p>
        </w:tc>
        <w:tc>
          <w:tcPr>
            <w:tcW w:w="3552" w:type="dxa"/>
            <w:vAlign w:val="center"/>
          </w:tcPr>
          <w:p w14:paraId="439F10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(38.2)</w:t>
            </w:r>
          </w:p>
        </w:tc>
      </w:tr>
      <w:tr w:rsidR="00BF29BC" w14:paraId="440872BD" w14:textId="77777777">
        <w:trPr>
          <w:jc w:val="center"/>
        </w:trPr>
        <w:tc>
          <w:tcPr>
            <w:tcW w:w="3552" w:type="dxa"/>
            <w:vAlign w:val="center"/>
          </w:tcPr>
          <w:p w14:paraId="3ECD0FB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Person living with HIV</w:t>
            </w:r>
          </w:p>
        </w:tc>
        <w:tc>
          <w:tcPr>
            <w:tcW w:w="3552" w:type="dxa"/>
            <w:vAlign w:val="center"/>
          </w:tcPr>
          <w:p w14:paraId="5BE10F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106</w:t>
            </w:r>
          </w:p>
        </w:tc>
        <w:tc>
          <w:tcPr>
            <w:tcW w:w="3552" w:type="dxa"/>
            <w:vAlign w:val="center"/>
          </w:tcPr>
          <w:p w14:paraId="64163BF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(0.8)</w:t>
            </w:r>
          </w:p>
        </w:tc>
      </w:tr>
      <w:tr w:rsidR="00BF29BC" w14:paraId="4BFF7292" w14:textId="77777777">
        <w:trPr>
          <w:jc w:val="center"/>
        </w:trPr>
        <w:tc>
          <w:tcPr>
            <w:tcW w:w="3552" w:type="dxa"/>
            <w:vAlign w:val="center"/>
          </w:tcPr>
          <w:p w14:paraId="132692F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49E1644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6,205</w:t>
            </w:r>
          </w:p>
        </w:tc>
        <w:tc>
          <w:tcPr>
            <w:tcW w:w="3552" w:type="dxa"/>
            <w:vAlign w:val="center"/>
          </w:tcPr>
          <w:p w14:paraId="66CFC6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(44.5)</w:t>
            </w:r>
          </w:p>
        </w:tc>
      </w:tr>
      <w:tr w:rsidR="00BF29BC" w14:paraId="4CAB4685" w14:textId="77777777">
        <w:trPr>
          <w:jc w:val="center"/>
        </w:trPr>
        <w:tc>
          <w:tcPr>
            <w:tcW w:w="3552" w:type="dxa"/>
            <w:vAlign w:val="center"/>
          </w:tcPr>
          <w:p w14:paraId="21DB22D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6ED500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769</w:t>
            </w:r>
          </w:p>
        </w:tc>
        <w:tc>
          <w:tcPr>
            <w:tcW w:w="3552" w:type="dxa"/>
            <w:vAlign w:val="center"/>
          </w:tcPr>
          <w:p w14:paraId="7C9073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(5.5)</w:t>
            </w:r>
          </w:p>
        </w:tc>
      </w:tr>
      <w:tr w:rsidR="00BF29BC" w14:paraId="337A26B4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61BD3A8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Q18_1. Not easily available</w:t>
            </w:r>
          </w:p>
        </w:tc>
      </w:tr>
      <w:tr w:rsidR="00BF29BC" w14:paraId="2BA7A09C" w14:textId="77777777">
        <w:trPr>
          <w:jc w:val="center"/>
        </w:trPr>
        <w:tc>
          <w:tcPr>
            <w:tcW w:w="3552" w:type="dxa"/>
            <w:vAlign w:val="center"/>
          </w:tcPr>
          <w:p w14:paraId="702B97F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5370B62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4,241</w:t>
            </w:r>
          </w:p>
        </w:tc>
        <w:tc>
          <w:tcPr>
            <w:tcW w:w="3552" w:type="dxa"/>
            <w:vAlign w:val="center"/>
          </w:tcPr>
          <w:p w14:paraId="260868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(28.9)</w:t>
            </w:r>
          </w:p>
        </w:tc>
      </w:tr>
      <w:tr w:rsidR="00BF29BC" w14:paraId="392DD9C8" w14:textId="77777777">
        <w:trPr>
          <w:jc w:val="center"/>
        </w:trPr>
        <w:tc>
          <w:tcPr>
            <w:tcW w:w="3552" w:type="dxa"/>
            <w:vAlign w:val="center"/>
          </w:tcPr>
          <w:p w14:paraId="58C95B1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3FB9243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2,084</w:t>
            </w:r>
          </w:p>
        </w:tc>
        <w:tc>
          <w:tcPr>
            <w:tcW w:w="3552" w:type="dxa"/>
            <w:vAlign w:val="center"/>
          </w:tcPr>
          <w:p w14:paraId="3CAFA3D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(14.2)</w:t>
            </w:r>
          </w:p>
        </w:tc>
      </w:tr>
      <w:tr w:rsidR="00BF29BC" w14:paraId="5A606E9C" w14:textId="77777777">
        <w:trPr>
          <w:jc w:val="center"/>
        </w:trPr>
        <w:tc>
          <w:tcPr>
            <w:tcW w:w="3552" w:type="dxa"/>
            <w:vAlign w:val="center"/>
          </w:tcPr>
          <w:p w14:paraId="2F08A39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79790B8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3,610</w:t>
            </w:r>
          </w:p>
        </w:tc>
        <w:tc>
          <w:tcPr>
            <w:tcW w:w="3552" w:type="dxa"/>
            <w:vAlign w:val="center"/>
          </w:tcPr>
          <w:p w14:paraId="33BC50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(24.6)</w:t>
            </w:r>
          </w:p>
        </w:tc>
      </w:tr>
      <w:tr w:rsidR="00BF29BC" w14:paraId="3F47D331" w14:textId="77777777">
        <w:trPr>
          <w:jc w:val="center"/>
        </w:trPr>
        <w:tc>
          <w:tcPr>
            <w:tcW w:w="3552" w:type="dxa"/>
            <w:vAlign w:val="center"/>
          </w:tcPr>
          <w:p w14:paraId="4080471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14331C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860</w:t>
            </w:r>
          </w:p>
        </w:tc>
        <w:tc>
          <w:tcPr>
            <w:tcW w:w="3552" w:type="dxa"/>
            <w:vAlign w:val="center"/>
          </w:tcPr>
          <w:p w14:paraId="07D2DBD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(5.9)</w:t>
            </w:r>
          </w:p>
        </w:tc>
      </w:tr>
      <w:tr w:rsidR="00BF29BC" w14:paraId="315AE702" w14:textId="77777777">
        <w:trPr>
          <w:jc w:val="center"/>
        </w:trPr>
        <w:tc>
          <w:tcPr>
            <w:tcW w:w="3552" w:type="dxa"/>
            <w:vAlign w:val="center"/>
          </w:tcPr>
          <w:p w14:paraId="417DD8B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13EFBD2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2,977</w:t>
            </w:r>
          </w:p>
        </w:tc>
        <w:tc>
          <w:tcPr>
            <w:tcW w:w="3552" w:type="dxa"/>
            <w:vAlign w:val="center"/>
          </w:tcPr>
          <w:p w14:paraId="6F37238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(20.3)</w:t>
            </w:r>
          </w:p>
        </w:tc>
      </w:tr>
      <w:tr w:rsidR="00BF29BC" w14:paraId="73798BFB" w14:textId="77777777">
        <w:trPr>
          <w:jc w:val="center"/>
        </w:trPr>
        <w:tc>
          <w:tcPr>
            <w:tcW w:w="3552" w:type="dxa"/>
            <w:vAlign w:val="center"/>
          </w:tcPr>
          <w:p w14:paraId="075D000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15D717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w="3552" w:type="dxa"/>
            <w:vAlign w:val="center"/>
          </w:tcPr>
          <w:p w14:paraId="77B19A4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(6.2)</w:t>
            </w:r>
          </w:p>
        </w:tc>
      </w:tr>
      <w:tr w:rsidR="00BF29BC" w14:paraId="1B808C37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18FC20B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Q18_2. Lack of information</w:t>
            </w:r>
          </w:p>
        </w:tc>
      </w:tr>
      <w:tr w:rsidR="00BF29BC" w14:paraId="7FB0F099" w14:textId="77777777">
        <w:trPr>
          <w:jc w:val="center"/>
        </w:trPr>
        <w:tc>
          <w:tcPr>
            <w:tcW w:w="3552" w:type="dxa"/>
            <w:vAlign w:val="center"/>
          </w:tcPr>
          <w:p w14:paraId="2D8FCB2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0070B7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5,453</w:t>
            </w:r>
          </w:p>
        </w:tc>
        <w:tc>
          <w:tcPr>
            <w:tcW w:w="3552" w:type="dxa"/>
            <w:vAlign w:val="center"/>
          </w:tcPr>
          <w:p w14:paraId="7F306C1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(37.2)</w:t>
            </w:r>
          </w:p>
        </w:tc>
      </w:tr>
      <w:tr w:rsidR="00BF29BC" w14:paraId="3E9F8B4D" w14:textId="77777777">
        <w:trPr>
          <w:jc w:val="center"/>
        </w:trPr>
        <w:tc>
          <w:tcPr>
            <w:tcW w:w="3552" w:type="dxa"/>
            <w:vAlign w:val="center"/>
          </w:tcPr>
          <w:p w14:paraId="420B153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3E3AC8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2,320</w:t>
            </w:r>
          </w:p>
        </w:tc>
        <w:tc>
          <w:tcPr>
            <w:tcW w:w="3552" w:type="dxa"/>
            <w:vAlign w:val="center"/>
          </w:tcPr>
          <w:p w14:paraId="702B0D0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(15.8)</w:t>
            </w:r>
          </w:p>
        </w:tc>
      </w:tr>
      <w:tr w:rsidR="00BF29BC" w14:paraId="59F0B504" w14:textId="77777777">
        <w:trPr>
          <w:jc w:val="center"/>
        </w:trPr>
        <w:tc>
          <w:tcPr>
            <w:tcW w:w="3552" w:type="dxa"/>
            <w:vAlign w:val="center"/>
          </w:tcPr>
          <w:p w14:paraId="09AFE70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3C3E0FF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2,729</w:t>
            </w:r>
          </w:p>
        </w:tc>
        <w:tc>
          <w:tcPr>
            <w:tcW w:w="3552" w:type="dxa"/>
            <w:vAlign w:val="center"/>
          </w:tcPr>
          <w:p w14:paraId="33F85C1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(18.6)</w:t>
            </w:r>
          </w:p>
        </w:tc>
      </w:tr>
      <w:tr w:rsidR="00BF29BC" w14:paraId="0FC9E32B" w14:textId="77777777">
        <w:trPr>
          <w:jc w:val="center"/>
        </w:trPr>
        <w:tc>
          <w:tcPr>
            <w:tcW w:w="3552" w:type="dxa"/>
            <w:vAlign w:val="center"/>
          </w:tcPr>
          <w:p w14:paraId="025D472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4F80525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822</w:t>
            </w:r>
          </w:p>
        </w:tc>
        <w:tc>
          <w:tcPr>
            <w:tcW w:w="3552" w:type="dxa"/>
            <w:vAlign w:val="center"/>
          </w:tcPr>
          <w:p w14:paraId="08E337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(5.6)</w:t>
            </w:r>
          </w:p>
        </w:tc>
      </w:tr>
      <w:tr w:rsidR="00BF29BC" w14:paraId="4D891B76" w14:textId="77777777">
        <w:trPr>
          <w:jc w:val="center"/>
        </w:trPr>
        <w:tc>
          <w:tcPr>
            <w:tcW w:w="3552" w:type="dxa"/>
            <w:vAlign w:val="center"/>
          </w:tcPr>
          <w:p w14:paraId="4F1CA63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lastRenderedPageBreak/>
              <w:t>Not at all</w:t>
            </w:r>
          </w:p>
        </w:tc>
        <w:tc>
          <w:tcPr>
            <w:tcW w:w="3552" w:type="dxa"/>
            <w:vAlign w:val="center"/>
          </w:tcPr>
          <w:p w14:paraId="19214B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2,198</w:t>
            </w:r>
          </w:p>
        </w:tc>
        <w:tc>
          <w:tcPr>
            <w:tcW w:w="3552" w:type="dxa"/>
            <w:vAlign w:val="center"/>
          </w:tcPr>
          <w:p w14:paraId="2D5268B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(15.0)</w:t>
            </w:r>
          </w:p>
        </w:tc>
      </w:tr>
      <w:tr w:rsidR="00BF29BC" w14:paraId="4E38E313" w14:textId="77777777">
        <w:trPr>
          <w:jc w:val="center"/>
        </w:trPr>
        <w:tc>
          <w:tcPr>
            <w:tcW w:w="3552" w:type="dxa"/>
            <w:vAlign w:val="center"/>
          </w:tcPr>
          <w:p w14:paraId="1FEF60E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D661C8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1,156</w:t>
            </w:r>
          </w:p>
        </w:tc>
        <w:tc>
          <w:tcPr>
            <w:tcW w:w="3552" w:type="dxa"/>
            <w:vAlign w:val="center"/>
          </w:tcPr>
          <w:p w14:paraId="1160EB8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(7.9)</w:t>
            </w:r>
          </w:p>
        </w:tc>
      </w:tr>
      <w:tr w:rsidR="00BF29BC" w14:paraId="0D813911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776C36D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Q18_3. Lack of support</w:t>
            </w:r>
          </w:p>
        </w:tc>
      </w:tr>
      <w:tr w:rsidR="00BF29BC" w14:paraId="797E2EBB" w14:textId="77777777">
        <w:trPr>
          <w:jc w:val="center"/>
        </w:trPr>
        <w:tc>
          <w:tcPr>
            <w:tcW w:w="3552" w:type="dxa"/>
            <w:vAlign w:val="center"/>
          </w:tcPr>
          <w:p w14:paraId="3176FBF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3CAE2F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3,243</w:t>
            </w:r>
          </w:p>
        </w:tc>
        <w:tc>
          <w:tcPr>
            <w:tcW w:w="3552" w:type="dxa"/>
            <w:vAlign w:val="center"/>
          </w:tcPr>
          <w:p w14:paraId="0167784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(22.1)</w:t>
            </w:r>
          </w:p>
        </w:tc>
      </w:tr>
      <w:tr w:rsidR="00BF29BC" w14:paraId="54CA23C9" w14:textId="77777777">
        <w:trPr>
          <w:jc w:val="center"/>
        </w:trPr>
        <w:tc>
          <w:tcPr>
            <w:tcW w:w="3552" w:type="dxa"/>
            <w:vAlign w:val="center"/>
          </w:tcPr>
          <w:p w14:paraId="78D3AE3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6BCEBFE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2,276</w:t>
            </w:r>
          </w:p>
        </w:tc>
        <w:tc>
          <w:tcPr>
            <w:tcW w:w="3552" w:type="dxa"/>
            <w:vAlign w:val="center"/>
          </w:tcPr>
          <w:p w14:paraId="75A4F7F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(15.5)</w:t>
            </w:r>
          </w:p>
        </w:tc>
      </w:tr>
      <w:tr w:rsidR="00BF29BC" w14:paraId="1F3407B1" w14:textId="77777777">
        <w:trPr>
          <w:jc w:val="center"/>
        </w:trPr>
        <w:tc>
          <w:tcPr>
            <w:tcW w:w="3552" w:type="dxa"/>
            <w:vAlign w:val="center"/>
          </w:tcPr>
          <w:p w14:paraId="69CBBA7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47BE8A3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4,090</w:t>
            </w:r>
          </w:p>
        </w:tc>
        <w:tc>
          <w:tcPr>
            <w:tcW w:w="3552" w:type="dxa"/>
            <w:vAlign w:val="center"/>
          </w:tcPr>
          <w:p w14:paraId="73C9C9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(27.9)</w:t>
            </w:r>
          </w:p>
        </w:tc>
      </w:tr>
      <w:tr w:rsidR="00BF29BC" w14:paraId="2F9C699C" w14:textId="77777777">
        <w:trPr>
          <w:jc w:val="center"/>
        </w:trPr>
        <w:tc>
          <w:tcPr>
            <w:tcW w:w="3552" w:type="dxa"/>
            <w:vAlign w:val="center"/>
          </w:tcPr>
          <w:p w14:paraId="2A17DBB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705470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w="3552" w:type="dxa"/>
            <w:vAlign w:val="center"/>
          </w:tcPr>
          <w:p w14:paraId="72688AA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(8.5)</w:t>
            </w:r>
          </w:p>
        </w:tc>
      </w:tr>
      <w:tr w:rsidR="00BF29BC" w14:paraId="28C694C6" w14:textId="77777777">
        <w:trPr>
          <w:jc w:val="center"/>
        </w:trPr>
        <w:tc>
          <w:tcPr>
            <w:tcW w:w="3552" w:type="dxa"/>
            <w:vAlign w:val="center"/>
          </w:tcPr>
          <w:p w14:paraId="1E8C550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08A6885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2,444</w:t>
            </w:r>
          </w:p>
        </w:tc>
        <w:tc>
          <w:tcPr>
            <w:tcW w:w="3552" w:type="dxa"/>
            <w:vAlign w:val="center"/>
          </w:tcPr>
          <w:p w14:paraId="77CA590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(16.7)</w:t>
            </w:r>
          </w:p>
        </w:tc>
      </w:tr>
      <w:tr w:rsidR="00BF29BC" w14:paraId="5CDADEEB" w14:textId="77777777">
        <w:trPr>
          <w:jc w:val="center"/>
        </w:trPr>
        <w:tc>
          <w:tcPr>
            <w:tcW w:w="3552" w:type="dxa"/>
            <w:vAlign w:val="center"/>
          </w:tcPr>
          <w:p w14:paraId="654635F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5191FE6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1,380</w:t>
            </w:r>
          </w:p>
        </w:tc>
        <w:tc>
          <w:tcPr>
            <w:tcW w:w="3552" w:type="dxa"/>
            <w:vAlign w:val="center"/>
          </w:tcPr>
          <w:p w14:paraId="68D8B66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(9.4)</w:t>
            </w:r>
          </w:p>
        </w:tc>
      </w:tr>
      <w:tr w:rsidR="00BF29BC" w14:paraId="3D0BED15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3A6B21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Q18_4. High cost</w:t>
            </w:r>
          </w:p>
        </w:tc>
      </w:tr>
      <w:tr w:rsidR="00BF29BC" w14:paraId="3EC9745C" w14:textId="77777777">
        <w:trPr>
          <w:jc w:val="center"/>
        </w:trPr>
        <w:tc>
          <w:tcPr>
            <w:tcW w:w="3552" w:type="dxa"/>
            <w:vAlign w:val="center"/>
          </w:tcPr>
          <w:p w14:paraId="0D9323B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60CDB1D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4,827</w:t>
            </w:r>
          </w:p>
        </w:tc>
        <w:tc>
          <w:tcPr>
            <w:tcW w:w="3552" w:type="dxa"/>
            <w:vAlign w:val="center"/>
          </w:tcPr>
          <w:p w14:paraId="4E2D66B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(32.9)</w:t>
            </w:r>
          </w:p>
        </w:tc>
      </w:tr>
      <w:tr w:rsidR="00BF29BC" w14:paraId="4ABD89CA" w14:textId="77777777">
        <w:trPr>
          <w:jc w:val="center"/>
        </w:trPr>
        <w:tc>
          <w:tcPr>
            <w:tcW w:w="3552" w:type="dxa"/>
            <w:vAlign w:val="center"/>
          </w:tcPr>
          <w:p w14:paraId="5181C20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79FCF01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1,840</w:t>
            </w:r>
          </w:p>
        </w:tc>
        <w:tc>
          <w:tcPr>
            <w:tcW w:w="3552" w:type="dxa"/>
            <w:vAlign w:val="center"/>
          </w:tcPr>
          <w:p w14:paraId="779283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(12.5)</w:t>
            </w:r>
          </w:p>
        </w:tc>
      </w:tr>
      <w:tr w:rsidR="00BF29BC" w14:paraId="763711DA" w14:textId="77777777">
        <w:trPr>
          <w:jc w:val="center"/>
        </w:trPr>
        <w:tc>
          <w:tcPr>
            <w:tcW w:w="3552" w:type="dxa"/>
            <w:vAlign w:val="center"/>
          </w:tcPr>
          <w:p w14:paraId="645BED8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35B3A0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3,272</w:t>
            </w:r>
          </w:p>
        </w:tc>
        <w:tc>
          <w:tcPr>
            <w:tcW w:w="3552" w:type="dxa"/>
            <w:vAlign w:val="center"/>
          </w:tcPr>
          <w:p w14:paraId="471B1D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(22.3)</w:t>
            </w:r>
          </w:p>
        </w:tc>
      </w:tr>
      <w:tr w:rsidR="00BF29BC" w14:paraId="7845A96F" w14:textId="77777777">
        <w:trPr>
          <w:jc w:val="center"/>
        </w:trPr>
        <w:tc>
          <w:tcPr>
            <w:tcW w:w="3552" w:type="dxa"/>
            <w:vAlign w:val="center"/>
          </w:tcPr>
          <w:p w14:paraId="39B4E1F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6B4E82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807</w:t>
            </w:r>
          </w:p>
        </w:tc>
        <w:tc>
          <w:tcPr>
            <w:tcW w:w="3552" w:type="dxa"/>
            <w:vAlign w:val="center"/>
          </w:tcPr>
          <w:p w14:paraId="3DE794D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(5.5)</w:t>
            </w:r>
          </w:p>
        </w:tc>
      </w:tr>
      <w:tr w:rsidR="00BF29BC" w14:paraId="70789E15" w14:textId="77777777">
        <w:trPr>
          <w:jc w:val="center"/>
        </w:trPr>
        <w:tc>
          <w:tcPr>
            <w:tcW w:w="3552" w:type="dxa"/>
            <w:vAlign w:val="center"/>
          </w:tcPr>
          <w:p w14:paraId="2382036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4DC97E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2,410</w:t>
            </w:r>
          </w:p>
        </w:tc>
        <w:tc>
          <w:tcPr>
            <w:tcW w:w="3552" w:type="dxa"/>
            <w:vAlign w:val="center"/>
          </w:tcPr>
          <w:p w14:paraId="461360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(16.4)</w:t>
            </w:r>
          </w:p>
        </w:tc>
      </w:tr>
      <w:tr w:rsidR="00BF29BC" w14:paraId="260F4DB6" w14:textId="77777777">
        <w:trPr>
          <w:jc w:val="center"/>
        </w:trPr>
        <w:tc>
          <w:tcPr>
            <w:tcW w:w="3552" w:type="dxa"/>
            <w:vAlign w:val="center"/>
          </w:tcPr>
          <w:p w14:paraId="5E557F9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110DB12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1,522</w:t>
            </w:r>
          </w:p>
        </w:tc>
        <w:tc>
          <w:tcPr>
            <w:tcW w:w="3552" w:type="dxa"/>
            <w:vAlign w:val="center"/>
          </w:tcPr>
          <w:p w14:paraId="55512BE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(10.4)</w:t>
            </w:r>
          </w:p>
        </w:tc>
      </w:tr>
      <w:tr w:rsidR="00BF29BC" w14:paraId="0BE83B73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3425097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Q18_5. Stigma</w:t>
            </w:r>
          </w:p>
        </w:tc>
      </w:tr>
      <w:tr w:rsidR="00BF29BC" w14:paraId="02DDE231" w14:textId="77777777">
        <w:trPr>
          <w:jc w:val="center"/>
        </w:trPr>
        <w:tc>
          <w:tcPr>
            <w:tcW w:w="3552" w:type="dxa"/>
            <w:vAlign w:val="center"/>
          </w:tcPr>
          <w:p w14:paraId="673D66D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39A0466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2,174</w:t>
            </w:r>
          </w:p>
        </w:tc>
        <w:tc>
          <w:tcPr>
            <w:tcW w:w="3552" w:type="dxa"/>
            <w:vAlign w:val="center"/>
          </w:tcPr>
          <w:p w14:paraId="54BA1C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(14.8)</w:t>
            </w:r>
          </w:p>
        </w:tc>
      </w:tr>
      <w:tr w:rsidR="00BF29BC" w14:paraId="070C1E32" w14:textId="77777777">
        <w:trPr>
          <w:jc w:val="center"/>
        </w:trPr>
        <w:tc>
          <w:tcPr>
            <w:tcW w:w="3552" w:type="dxa"/>
            <w:vAlign w:val="center"/>
          </w:tcPr>
          <w:p w14:paraId="153B283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198201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1,282</w:t>
            </w:r>
          </w:p>
        </w:tc>
        <w:tc>
          <w:tcPr>
            <w:tcW w:w="3552" w:type="dxa"/>
            <w:vAlign w:val="center"/>
          </w:tcPr>
          <w:p w14:paraId="2B7D755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(8.7)</w:t>
            </w:r>
          </w:p>
        </w:tc>
      </w:tr>
      <w:tr w:rsidR="00BF29BC" w14:paraId="1CD0B983" w14:textId="77777777">
        <w:trPr>
          <w:jc w:val="center"/>
        </w:trPr>
        <w:tc>
          <w:tcPr>
            <w:tcW w:w="3552" w:type="dxa"/>
            <w:vAlign w:val="center"/>
          </w:tcPr>
          <w:p w14:paraId="76EF1A7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4DD7FB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3,444</w:t>
            </w:r>
          </w:p>
        </w:tc>
        <w:tc>
          <w:tcPr>
            <w:tcW w:w="3552" w:type="dxa"/>
            <w:vAlign w:val="center"/>
          </w:tcPr>
          <w:p w14:paraId="71D1E87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(23.5)</w:t>
            </w:r>
          </w:p>
        </w:tc>
      </w:tr>
      <w:tr w:rsidR="00BF29BC" w14:paraId="1E2C64F1" w14:textId="77777777">
        <w:trPr>
          <w:jc w:val="center"/>
        </w:trPr>
        <w:tc>
          <w:tcPr>
            <w:tcW w:w="3552" w:type="dxa"/>
            <w:vAlign w:val="center"/>
          </w:tcPr>
          <w:p w14:paraId="0E698F9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02B7364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1,607</w:t>
            </w:r>
          </w:p>
        </w:tc>
        <w:tc>
          <w:tcPr>
            <w:tcW w:w="3552" w:type="dxa"/>
            <w:vAlign w:val="center"/>
          </w:tcPr>
          <w:p w14:paraId="49AA1D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(10.9)</w:t>
            </w:r>
          </w:p>
        </w:tc>
      </w:tr>
      <w:tr w:rsidR="00BF29BC" w14:paraId="02BFEA5D" w14:textId="77777777">
        <w:trPr>
          <w:jc w:val="center"/>
        </w:trPr>
        <w:tc>
          <w:tcPr>
            <w:tcW w:w="3552" w:type="dxa"/>
            <w:vAlign w:val="center"/>
          </w:tcPr>
          <w:p w14:paraId="282935E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500512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4,615</w:t>
            </w:r>
          </w:p>
        </w:tc>
        <w:tc>
          <w:tcPr>
            <w:tcW w:w="3552" w:type="dxa"/>
            <w:vAlign w:val="center"/>
          </w:tcPr>
          <w:p w14:paraId="6D94DB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(31.4)</w:t>
            </w:r>
          </w:p>
        </w:tc>
      </w:tr>
      <w:tr w:rsidR="00BF29BC" w14:paraId="79C3242D" w14:textId="77777777">
        <w:trPr>
          <w:jc w:val="center"/>
        </w:trPr>
        <w:tc>
          <w:tcPr>
            <w:tcW w:w="3552" w:type="dxa"/>
            <w:vAlign w:val="center"/>
          </w:tcPr>
          <w:p w14:paraId="178EA48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564A0E4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1,556</w:t>
            </w:r>
          </w:p>
        </w:tc>
        <w:tc>
          <w:tcPr>
            <w:tcW w:w="3552" w:type="dxa"/>
            <w:vAlign w:val="center"/>
          </w:tcPr>
          <w:p w14:paraId="7213B9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(10.6)</w:t>
            </w:r>
          </w:p>
        </w:tc>
      </w:tr>
      <w:tr w:rsidR="00BF29BC" w14:paraId="64DA9929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4E4FC23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Q18_6. Cultural / religious sensitivities</w:t>
            </w:r>
          </w:p>
        </w:tc>
      </w:tr>
      <w:tr w:rsidR="00BF29BC" w14:paraId="44434B4E" w14:textId="77777777">
        <w:trPr>
          <w:jc w:val="center"/>
        </w:trPr>
        <w:tc>
          <w:tcPr>
            <w:tcW w:w="3552" w:type="dxa"/>
            <w:vAlign w:val="center"/>
          </w:tcPr>
          <w:p w14:paraId="3132AA4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7FBB9E0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1,061</w:t>
            </w:r>
          </w:p>
        </w:tc>
        <w:tc>
          <w:tcPr>
            <w:tcW w:w="3552" w:type="dxa"/>
            <w:vAlign w:val="center"/>
          </w:tcPr>
          <w:p w14:paraId="5BAAD8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(7.2)</w:t>
            </w:r>
          </w:p>
        </w:tc>
      </w:tr>
      <w:tr w:rsidR="00BF29BC" w14:paraId="3A1BA1AF" w14:textId="77777777">
        <w:trPr>
          <w:jc w:val="center"/>
        </w:trPr>
        <w:tc>
          <w:tcPr>
            <w:tcW w:w="3552" w:type="dxa"/>
            <w:vAlign w:val="center"/>
          </w:tcPr>
          <w:p w14:paraId="64ACC93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53B174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452</w:t>
            </w:r>
          </w:p>
        </w:tc>
        <w:tc>
          <w:tcPr>
            <w:tcW w:w="3552" w:type="dxa"/>
            <w:vAlign w:val="center"/>
          </w:tcPr>
          <w:p w14:paraId="59DE241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(3.1)</w:t>
            </w:r>
          </w:p>
        </w:tc>
      </w:tr>
      <w:tr w:rsidR="00BF29BC" w14:paraId="04C13E06" w14:textId="77777777">
        <w:trPr>
          <w:jc w:val="center"/>
        </w:trPr>
        <w:tc>
          <w:tcPr>
            <w:tcW w:w="3552" w:type="dxa"/>
            <w:vAlign w:val="center"/>
          </w:tcPr>
          <w:p w14:paraId="51167EC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670B82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1,835</w:t>
            </w:r>
          </w:p>
        </w:tc>
        <w:tc>
          <w:tcPr>
            <w:tcW w:w="3552" w:type="dxa"/>
            <w:vAlign w:val="center"/>
          </w:tcPr>
          <w:p w14:paraId="3F9CFDC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(12.5)</w:t>
            </w:r>
          </w:p>
        </w:tc>
      </w:tr>
      <w:tr w:rsidR="00BF29BC" w14:paraId="3EF6FF2C" w14:textId="77777777">
        <w:trPr>
          <w:jc w:val="center"/>
        </w:trPr>
        <w:tc>
          <w:tcPr>
            <w:tcW w:w="3552" w:type="dxa"/>
            <w:vAlign w:val="center"/>
          </w:tcPr>
          <w:p w14:paraId="0475278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1D7A142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952</w:t>
            </w:r>
          </w:p>
        </w:tc>
        <w:tc>
          <w:tcPr>
            <w:tcW w:w="3552" w:type="dxa"/>
            <w:vAlign w:val="center"/>
          </w:tcPr>
          <w:p w14:paraId="6F62DE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(6.5)</w:t>
            </w:r>
          </w:p>
        </w:tc>
      </w:tr>
      <w:tr w:rsidR="00BF29BC" w14:paraId="650ADB50" w14:textId="77777777">
        <w:trPr>
          <w:jc w:val="center"/>
        </w:trPr>
        <w:tc>
          <w:tcPr>
            <w:tcW w:w="3552" w:type="dxa"/>
            <w:vAlign w:val="center"/>
          </w:tcPr>
          <w:p w14:paraId="24A814A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5F2DF49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8,728</w:t>
            </w:r>
          </w:p>
        </w:tc>
        <w:tc>
          <w:tcPr>
            <w:tcW w:w="3552" w:type="dxa"/>
            <w:vAlign w:val="center"/>
          </w:tcPr>
          <w:p w14:paraId="010CD9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(59.5)</w:t>
            </w:r>
          </w:p>
        </w:tc>
      </w:tr>
      <w:tr w:rsidR="00BF29BC" w14:paraId="409FCF03" w14:textId="77777777">
        <w:trPr>
          <w:jc w:val="center"/>
        </w:trPr>
        <w:tc>
          <w:tcPr>
            <w:tcW w:w="3552" w:type="dxa"/>
            <w:vAlign w:val="center"/>
          </w:tcPr>
          <w:p w14:paraId="6C8C853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65DFB5F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1,650</w:t>
            </w:r>
          </w:p>
        </w:tc>
        <w:tc>
          <w:tcPr>
            <w:tcW w:w="3552" w:type="dxa"/>
            <w:vAlign w:val="center"/>
          </w:tcPr>
          <w:p w14:paraId="5255CC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(11.2)</w:t>
            </w:r>
          </w:p>
        </w:tc>
      </w:tr>
      <w:tr w:rsidR="00BF29BC" w14:paraId="1094366A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4DD5727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Q18_7. Concerns about side effects</w:t>
            </w:r>
          </w:p>
        </w:tc>
      </w:tr>
      <w:tr w:rsidR="00BF29BC" w14:paraId="2FD32142" w14:textId="77777777">
        <w:trPr>
          <w:jc w:val="center"/>
        </w:trPr>
        <w:tc>
          <w:tcPr>
            <w:tcW w:w="3552" w:type="dxa"/>
            <w:vAlign w:val="center"/>
          </w:tcPr>
          <w:p w14:paraId="20F8406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6ECC46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2,849</w:t>
            </w:r>
          </w:p>
        </w:tc>
        <w:tc>
          <w:tcPr>
            <w:tcW w:w="3552" w:type="dxa"/>
            <w:vAlign w:val="center"/>
          </w:tcPr>
          <w:p w14:paraId="2DC313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(19.4)</w:t>
            </w:r>
          </w:p>
        </w:tc>
      </w:tr>
      <w:tr w:rsidR="00BF29BC" w14:paraId="33222DAF" w14:textId="77777777">
        <w:trPr>
          <w:jc w:val="center"/>
        </w:trPr>
        <w:tc>
          <w:tcPr>
            <w:tcW w:w="3552" w:type="dxa"/>
            <w:vAlign w:val="center"/>
          </w:tcPr>
          <w:p w14:paraId="51AFAA8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5B2EF1A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2,326</w:t>
            </w:r>
          </w:p>
        </w:tc>
        <w:tc>
          <w:tcPr>
            <w:tcW w:w="3552" w:type="dxa"/>
            <w:vAlign w:val="center"/>
          </w:tcPr>
          <w:p w14:paraId="32F9C5B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(15.8)</w:t>
            </w:r>
          </w:p>
        </w:tc>
      </w:tr>
      <w:tr w:rsidR="00BF29BC" w14:paraId="09376B3E" w14:textId="77777777">
        <w:trPr>
          <w:jc w:val="center"/>
        </w:trPr>
        <w:tc>
          <w:tcPr>
            <w:tcW w:w="3552" w:type="dxa"/>
            <w:vAlign w:val="center"/>
          </w:tcPr>
          <w:p w14:paraId="413F5B4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369CADC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4,119</w:t>
            </w:r>
          </w:p>
        </w:tc>
        <w:tc>
          <w:tcPr>
            <w:tcW w:w="3552" w:type="dxa"/>
            <w:vAlign w:val="center"/>
          </w:tcPr>
          <w:p w14:paraId="33C4352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(28.1)</w:t>
            </w:r>
          </w:p>
        </w:tc>
      </w:tr>
      <w:tr w:rsidR="00BF29BC" w14:paraId="509318B6" w14:textId="77777777">
        <w:trPr>
          <w:jc w:val="center"/>
        </w:trPr>
        <w:tc>
          <w:tcPr>
            <w:tcW w:w="3552" w:type="dxa"/>
            <w:vAlign w:val="center"/>
          </w:tcPr>
          <w:p w14:paraId="2E19CFB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2F43519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1,368</w:t>
            </w:r>
          </w:p>
        </w:tc>
        <w:tc>
          <w:tcPr>
            <w:tcW w:w="3552" w:type="dxa"/>
            <w:vAlign w:val="center"/>
          </w:tcPr>
          <w:p w14:paraId="449CDB3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(9.3)</w:t>
            </w:r>
          </w:p>
        </w:tc>
      </w:tr>
      <w:tr w:rsidR="00BF29BC" w14:paraId="376BBF04" w14:textId="77777777">
        <w:trPr>
          <w:jc w:val="center"/>
        </w:trPr>
        <w:tc>
          <w:tcPr>
            <w:tcW w:w="3552" w:type="dxa"/>
            <w:vAlign w:val="center"/>
          </w:tcPr>
          <w:p w14:paraId="3627D36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30E54B9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2,382</w:t>
            </w:r>
          </w:p>
        </w:tc>
        <w:tc>
          <w:tcPr>
            <w:tcW w:w="3552" w:type="dxa"/>
            <w:vAlign w:val="center"/>
          </w:tcPr>
          <w:p w14:paraId="6790C1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(16.2)</w:t>
            </w:r>
          </w:p>
        </w:tc>
      </w:tr>
      <w:tr w:rsidR="00BF29BC" w14:paraId="6B9D4B31" w14:textId="77777777">
        <w:trPr>
          <w:jc w:val="center"/>
        </w:trPr>
        <w:tc>
          <w:tcPr>
            <w:tcW w:w="3552" w:type="dxa"/>
            <w:vAlign w:val="center"/>
          </w:tcPr>
          <w:p w14:paraId="3B8BDF3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7FFEDD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1,634</w:t>
            </w:r>
          </w:p>
        </w:tc>
        <w:tc>
          <w:tcPr>
            <w:tcW w:w="3552" w:type="dxa"/>
            <w:vAlign w:val="center"/>
          </w:tcPr>
          <w:p w14:paraId="6F8565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(11.1)</w:t>
            </w:r>
          </w:p>
        </w:tc>
      </w:tr>
      <w:tr w:rsidR="00BF29BC" w14:paraId="08B66641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0C5A8BE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Q18_8. Unsure if PrEP offers 100% protection</w:t>
            </w:r>
          </w:p>
        </w:tc>
      </w:tr>
      <w:tr w:rsidR="00BF29BC" w14:paraId="634EA625" w14:textId="77777777">
        <w:trPr>
          <w:jc w:val="center"/>
        </w:trPr>
        <w:tc>
          <w:tcPr>
            <w:tcW w:w="3552" w:type="dxa"/>
            <w:vAlign w:val="center"/>
          </w:tcPr>
          <w:p w14:paraId="587D81B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61E6028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2,587</w:t>
            </w:r>
          </w:p>
        </w:tc>
        <w:tc>
          <w:tcPr>
            <w:tcW w:w="3552" w:type="dxa"/>
            <w:vAlign w:val="center"/>
          </w:tcPr>
          <w:p w14:paraId="4FFACB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(17.6)</w:t>
            </w:r>
          </w:p>
        </w:tc>
      </w:tr>
      <w:tr w:rsidR="00BF29BC" w14:paraId="5418579A" w14:textId="77777777">
        <w:trPr>
          <w:jc w:val="center"/>
        </w:trPr>
        <w:tc>
          <w:tcPr>
            <w:tcW w:w="3552" w:type="dxa"/>
            <w:vAlign w:val="center"/>
          </w:tcPr>
          <w:p w14:paraId="5B48C36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117CA7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1,922</w:t>
            </w:r>
          </w:p>
        </w:tc>
        <w:tc>
          <w:tcPr>
            <w:tcW w:w="3552" w:type="dxa"/>
            <w:vAlign w:val="center"/>
          </w:tcPr>
          <w:p w14:paraId="762066E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(13.1)</w:t>
            </w:r>
          </w:p>
        </w:tc>
      </w:tr>
      <w:tr w:rsidR="00BF29BC" w14:paraId="7FB0A4FA" w14:textId="77777777">
        <w:trPr>
          <w:jc w:val="center"/>
        </w:trPr>
        <w:tc>
          <w:tcPr>
            <w:tcW w:w="3552" w:type="dxa"/>
            <w:vAlign w:val="center"/>
          </w:tcPr>
          <w:p w14:paraId="44E584E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3427DF6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4,180</w:t>
            </w:r>
          </w:p>
        </w:tc>
        <w:tc>
          <w:tcPr>
            <w:tcW w:w="3552" w:type="dxa"/>
            <w:vAlign w:val="center"/>
          </w:tcPr>
          <w:p w14:paraId="78B2D55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(28.5)</w:t>
            </w:r>
          </w:p>
        </w:tc>
      </w:tr>
      <w:tr w:rsidR="00BF29BC" w14:paraId="1A91B6CA" w14:textId="77777777">
        <w:trPr>
          <w:jc w:val="center"/>
        </w:trPr>
        <w:tc>
          <w:tcPr>
            <w:tcW w:w="3552" w:type="dxa"/>
            <w:vAlign w:val="center"/>
          </w:tcPr>
          <w:p w14:paraId="36B61A9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03279C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1,356</w:t>
            </w:r>
          </w:p>
        </w:tc>
        <w:tc>
          <w:tcPr>
            <w:tcW w:w="3552" w:type="dxa"/>
            <w:vAlign w:val="center"/>
          </w:tcPr>
          <w:p w14:paraId="21998BB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(9.2)</w:t>
            </w:r>
          </w:p>
        </w:tc>
      </w:tr>
      <w:tr w:rsidR="00BF29BC" w14:paraId="699B5D4E" w14:textId="77777777">
        <w:trPr>
          <w:jc w:val="center"/>
        </w:trPr>
        <w:tc>
          <w:tcPr>
            <w:tcW w:w="3552" w:type="dxa"/>
            <w:vAlign w:val="center"/>
          </w:tcPr>
          <w:p w14:paraId="631E1C8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153A3DC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2,947</w:t>
            </w:r>
          </w:p>
        </w:tc>
        <w:tc>
          <w:tcPr>
            <w:tcW w:w="3552" w:type="dxa"/>
            <w:vAlign w:val="center"/>
          </w:tcPr>
          <w:p w14:paraId="76605B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(20.1)</w:t>
            </w:r>
          </w:p>
        </w:tc>
      </w:tr>
      <w:tr w:rsidR="00BF29BC" w14:paraId="371D479C" w14:textId="77777777">
        <w:trPr>
          <w:jc w:val="center"/>
        </w:trPr>
        <w:tc>
          <w:tcPr>
            <w:tcW w:w="3552" w:type="dxa"/>
            <w:vAlign w:val="center"/>
          </w:tcPr>
          <w:p w14:paraId="08576C5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1CE48B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1,686</w:t>
            </w:r>
          </w:p>
        </w:tc>
        <w:tc>
          <w:tcPr>
            <w:tcW w:w="3552" w:type="dxa"/>
            <w:vAlign w:val="center"/>
          </w:tcPr>
          <w:p w14:paraId="06CB0F7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(11.5)</w:t>
            </w:r>
          </w:p>
        </w:tc>
      </w:tr>
      <w:tr w:rsidR="00BF29BC" w14:paraId="3316D23B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7950FD6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Q18_9. Inconvenience of having to take medication regularly</w:t>
            </w:r>
          </w:p>
        </w:tc>
      </w:tr>
      <w:tr w:rsidR="00BF29BC" w14:paraId="24500963" w14:textId="77777777">
        <w:trPr>
          <w:jc w:val="center"/>
        </w:trPr>
        <w:tc>
          <w:tcPr>
            <w:tcW w:w="3552" w:type="dxa"/>
            <w:vAlign w:val="center"/>
          </w:tcPr>
          <w:p w14:paraId="0D8BEB8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 lot</w:t>
            </w:r>
          </w:p>
        </w:tc>
        <w:tc>
          <w:tcPr>
            <w:tcW w:w="3552" w:type="dxa"/>
            <w:vAlign w:val="center"/>
          </w:tcPr>
          <w:p w14:paraId="4BD7D94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1,880</w:t>
            </w:r>
          </w:p>
        </w:tc>
        <w:tc>
          <w:tcPr>
            <w:tcW w:w="3552" w:type="dxa"/>
            <w:vAlign w:val="center"/>
          </w:tcPr>
          <w:p w14:paraId="32B6A7C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(12.8)</w:t>
            </w:r>
          </w:p>
        </w:tc>
      </w:tr>
      <w:tr w:rsidR="00BF29BC" w14:paraId="6F1A8A4B" w14:textId="77777777">
        <w:trPr>
          <w:jc w:val="center"/>
        </w:trPr>
        <w:tc>
          <w:tcPr>
            <w:tcW w:w="3552" w:type="dxa"/>
            <w:vAlign w:val="center"/>
          </w:tcPr>
          <w:p w14:paraId="2D84F15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Very much</w:t>
            </w:r>
          </w:p>
        </w:tc>
        <w:tc>
          <w:tcPr>
            <w:tcW w:w="3552" w:type="dxa"/>
            <w:vAlign w:val="center"/>
          </w:tcPr>
          <w:p w14:paraId="602C1A7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1,469</w:t>
            </w:r>
          </w:p>
        </w:tc>
        <w:tc>
          <w:tcPr>
            <w:tcW w:w="3552" w:type="dxa"/>
            <w:vAlign w:val="center"/>
          </w:tcPr>
          <w:p w14:paraId="16FFD1A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(10.0)</w:t>
            </w:r>
          </w:p>
        </w:tc>
      </w:tr>
      <w:tr w:rsidR="00BF29BC" w14:paraId="73D92BBB" w14:textId="77777777">
        <w:trPr>
          <w:jc w:val="center"/>
        </w:trPr>
        <w:tc>
          <w:tcPr>
            <w:tcW w:w="3552" w:type="dxa"/>
            <w:vAlign w:val="center"/>
          </w:tcPr>
          <w:p w14:paraId="683859E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Moderately</w:t>
            </w:r>
          </w:p>
        </w:tc>
        <w:tc>
          <w:tcPr>
            <w:tcW w:w="3552" w:type="dxa"/>
            <w:vAlign w:val="center"/>
          </w:tcPr>
          <w:p w14:paraId="54DDDA1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3,383</w:t>
            </w:r>
          </w:p>
        </w:tc>
        <w:tc>
          <w:tcPr>
            <w:tcW w:w="3552" w:type="dxa"/>
            <w:vAlign w:val="center"/>
          </w:tcPr>
          <w:p w14:paraId="5E04A92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(23.0)</w:t>
            </w:r>
          </w:p>
        </w:tc>
      </w:tr>
      <w:tr w:rsidR="00BF29BC" w14:paraId="391422A1" w14:textId="77777777">
        <w:trPr>
          <w:jc w:val="center"/>
        </w:trPr>
        <w:tc>
          <w:tcPr>
            <w:tcW w:w="3552" w:type="dxa"/>
            <w:vAlign w:val="center"/>
          </w:tcPr>
          <w:p w14:paraId="6D6F8F7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Slightly</w:t>
            </w:r>
          </w:p>
        </w:tc>
        <w:tc>
          <w:tcPr>
            <w:tcW w:w="3552" w:type="dxa"/>
            <w:vAlign w:val="center"/>
          </w:tcPr>
          <w:p w14:paraId="6BE046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1,650</w:t>
            </w:r>
          </w:p>
        </w:tc>
        <w:tc>
          <w:tcPr>
            <w:tcW w:w="3552" w:type="dxa"/>
            <w:vAlign w:val="center"/>
          </w:tcPr>
          <w:p w14:paraId="160782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(11.2)</w:t>
            </w:r>
          </w:p>
        </w:tc>
      </w:tr>
      <w:tr w:rsidR="00BF29BC" w14:paraId="06E369C8" w14:textId="77777777">
        <w:trPr>
          <w:jc w:val="center"/>
        </w:trPr>
        <w:tc>
          <w:tcPr>
            <w:tcW w:w="3552" w:type="dxa"/>
            <w:vAlign w:val="center"/>
          </w:tcPr>
          <w:p w14:paraId="54815D6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Not at all</w:t>
            </w:r>
          </w:p>
        </w:tc>
        <w:tc>
          <w:tcPr>
            <w:tcW w:w="3552" w:type="dxa"/>
            <w:vAlign w:val="center"/>
          </w:tcPr>
          <w:p w14:paraId="01E8BC8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4,550</w:t>
            </w:r>
          </w:p>
        </w:tc>
        <w:tc>
          <w:tcPr>
            <w:tcW w:w="3552" w:type="dxa"/>
            <w:vAlign w:val="center"/>
          </w:tcPr>
          <w:p w14:paraId="5895D3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(31.0)</w:t>
            </w:r>
          </w:p>
        </w:tc>
      </w:tr>
      <w:tr w:rsidR="00BF29BC" w14:paraId="3E7EEE51" w14:textId="77777777">
        <w:trPr>
          <w:jc w:val="center"/>
        </w:trPr>
        <w:tc>
          <w:tcPr>
            <w:tcW w:w="3552" w:type="dxa"/>
            <w:vAlign w:val="center"/>
          </w:tcPr>
          <w:p w14:paraId="5D5DD5E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73E4CEB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1,746</w:t>
            </w:r>
          </w:p>
        </w:tc>
        <w:tc>
          <w:tcPr>
            <w:tcW w:w="3552" w:type="dxa"/>
            <w:vAlign w:val="center"/>
          </w:tcPr>
          <w:p w14:paraId="2BDC53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(11.9)</w:t>
            </w:r>
          </w:p>
        </w:tc>
      </w:tr>
      <w:tr w:rsidR="00BF29BC" w14:paraId="01BEAD63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68970F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Q19. Awareness that PrEP was available free on the NHS through sexual health clinics</w:t>
            </w:r>
          </w:p>
        </w:tc>
      </w:tr>
      <w:tr w:rsidR="00BF29BC" w14:paraId="56899D24" w14:textId="77777777">
        <w:trPr>
          <w:jc w:val="center"/>
        </w:trPr>
        <w:tc>
          <w:tcPr>
            <w:tcW w:w="3552" w:type="dxa"/>
            <w:vAlign w:val="center"/>
          </w:tcPr>
          <w:p w14:paraId="0B0E6EA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w="3552" w:type="dxa"/>
            <w:vAlign w:val="center"/>
          </w:tcPr>
          <w:p w14:paraId="43B7E5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1,891</w:t>
            </w:r>
          </w:p>
        </w:tc>
        <w:tc>
          <w:tcPr>
            <w:tcW w:w="3552" w:type="dxa"/>
            <w:vAlign w:val="center"/>
          </w:tcPr>
          <w:p w14:paraId="00F1C7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(12.9)</w:t>
            </w:r>
          </w:p>
        </w:tc>
      </w:tr>
      <w:tr w:rsidR="00BF29BC" w14:paraId="3E2B866F" w14:textId="77777777">
        <w:trPr>
          <w:jc w:val="center"/>
        </w:trPr>
        <w:tc>
          <w:tcPr>
            <w:tcW w:w="3552" w:type="dxa"/>
            <w:vAlign w:val="center"/>
          </w:tcPr>
          <w:p w14:paraId="785E605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w="3552" w:type="dxa"/>
            <w:vAlign w:val="center"/>
          </w:tcPr>
          <w:p w14:paraId="57A2F5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12,598</w:t>
            </w:r>
          </w:p>
        </w:tc>
        <w:tc>
          <w:tcPr>
            <w:tcW w:w="3552" w:type="dxa"/>
            <w:vAlign w:val="center"/>
          </w:tcPr>
          <w:p w14:paraId="21AB28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(85.8)</w:t>
            </w:r>
          </w:p>
        </w:tc>
      </w:tr>
      <w:tr w:rsidR="00BF29BC" w14:paraId="5820E827" w14:textId="77777777">
        <w:trPr>
          <w:jc w:val="center"/>
        </w:trPr>
        <w:tc>
          <w:tcPr>
            <w:tcW w:w="3552" w:type="dxa"/>
            <w:vAlign w:val="center"/>
          </w:tcPr>
          <w:p w14:paraId="26D12DC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41D558B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189</w:t>
            </w:r>
          </w:p>
        </w:tc>
        <w:tc>
          <w:tcPr>
            <w:tcW w:w="3552" w:type="dxa"/>
            <w:vAlign w:val="center"/>
          </w:tcPr>
          <w:p w14:paraId="30B984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  <w:tr w:rsidR="00BF29BC" w14:paraId="4DAF6165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017702B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Q21. Gender</w:t>
            </w:r>
          </w:p>
        </w:tc>
      </w:tr>
      <w:tr w:rsidR="00BF29BC" w14:paraId="3DE27B46" w14:textId="77777777">
        <w:trPr>
          <w:jc w:val="center"/>
        </w:trPr>
        <w:tc>
          <w:tcPr>
            <w:tcW w:w="3552" w:type="dxa"/>
            <w:vAlign w:val="center"/>
          </w:tcPr>
          <w:p w14:paraId="5C384DC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Female (including trans woman)</w:t>
            </w:r>
          </w:p>
        </w:tc>
        <w:tc>
          <w:tcPr>
            <w:tcW w:w="3552" w:type="dxa"/>
            <w:vAlign w:val="center"/>
          </w:tcPr>
          <w:p w14:paraId="770C109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8,127</w:t>
            </w:r>
          </w:p>
        </w:tc>
        <w:tc>
          <w:tcPr>
            <w:tcW w:w="3552" w:type="dxa"/>
            <w:vAlign w:val="center"/>
          </w:tcPr>
          <w:p w14:paraId="24E69B5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(55.4)</w:t>
            </w:r>
          </w:p>
        </w:tc>
      </w:tr>
      <w:tr w:rsidR="00BF29BC" w14:paraId="0A3D166F" w14:textId="77777777">
        <w:trPr>
          <w:jc w:val="center"/>
        </w:trPr>
        <w:tc>
          <w:tcPr>
            <w:tcW w:w="3552" w:type="dxa"/>
            <w:vAlign w:val="center"/>
          </w:tcPr>
          <w:p w14:paraId="34A0136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Male (including trans man)</w:t>
            </w:r>
          </w:p>
        </w:tc>
        <w:tc>
          <w:tcPr>
            <w:tcW w:w="3552" w:type="dxa"/>
            <w:vAlign w:val="center"/>
          </w:tcPr>
          <w:p w14:paraId="7C1460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5,786</w:t>
            </w:r>
          </w:p>
        </w:tc>
        <w:tc>
          <w:tcPr>
            <w:tcW w:w="3552" w:type="dxa"/>
            <w:vAlign w:val="center"/>
          </w:tcPr>
          <w:p w14:paraId="34B7CC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(39.4)</w:t>
            </w:r>
          </w:p>
        </w:tc>
      </w:tr>
      <w:tr w:rsidR="00BF29BC" w14:paraId="0C37319D" w14:textId="77777777">
        <w:trPr>
          <w:jc w:val="center"/>
        </w:trPr>
        <w:tc>
          <w:tcPr>
            <w:tcW w:w="3552" w:type="dxa"/>
            <w:vAlign w:val="center"/>
          </w:tcPr>
          <w:p w14:paraId="6492699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Non-binary</w:t>
            </w:r>
          </w:p>
        </w:tc>
        <w:tc>
          <w:tcPr>
            <w:tcW w:w="3552" w:type="dxa"/>
            <w:vAlign w:val="center"/>
          </w:tcPr>
          <w:p w14:paraId="5FEA2B8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160</w:t>
            </w:r>
          </w:p>
        </w:tc>
        <w:tc>
          <w:tcPr>
            <w:tcW w:w="3552" w:type="dxa"/>
            <w:vAlign w:val="center"/>
          </w:tcPr>
          <w:p w14:paraId="359410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(1.1)</w:t>
            </w:r>
          </w:p>
        </w:tc>
      </w:tr>
      <w:tr w:rsidR="00BF29BC" w14:paraId="501EE0D8" w14:textId="77777777">
        <w:trPr>
          <w:jc w:val="center"/>
        </w:trPr>
        <w:tc>
          <w:tcPr>
            <w:tcW w:w="3552" w:type="dxa"/>
            <w:vAlign w:val="center"/>
          </w:tcPr>
          <w:p w14:paraId="3C77047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 (please specify)</w:t>
            </w:r>
          </w:p>
        </w:tc>
        <w:tc>
          <w:tcPr>
            <w:tcW w:w="3552" w:type="dxa"/>
            <w:vAlign w:val="center"/>
          </w:tcPr>
          <w:p w14:paraId="3CF2239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299</w:t>
            </w:r>
          </w:p>
        </w:tc>
        <w:tc>
          <w:tcPr>
            <w:tcW w:w="3552" w:type="dxa"/>
            <w:vAlign w:val="center"/>
          </w:tcPr>
          <w:p w14:paraId="304B34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(2.0)</w:t>
            </w:r>
          </w:p>
        </w:tc>
      </w:tr>
      <w:tr w:rsidR="00BF29BC" w14:paraId="4202864E" w14:textId="77777777">
        <w:trPr>
          <w:jc w:val="center"/>
        </w:trPr>
        <w:tc>
          <w:tcPr>
            <w:tcW w:w="3552" w:type="dxa"/>
            <w:vAlign w:val="center"/>
          </w:tcPr>
          <w:p w14:paraId="4BA4A78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Prefer not to say</w:t>
            </w:r>
          </w:p>
        </w:tc>
        <w:tc>
          <w:tcPr>
            <w:tcW w:w="3552" w:type="dxa"/>
            <w:vAlign w:val="center"/>
          </w:tcPr>
          <w:p w14:paraId="06BB661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175</w:t>
            </w:r>
          </w:p>
        </w:tc>
        <w:tc>
          <w:tcPr>
            <w:tcW w:w="3552" w:type="dxa"/>
            <w:vAlign w:val="center"/>
          </w:tcPr>
          <w:p w14:paraId="5E496DB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(1.2)</w:t>
            </w:r>
          </w:p>
        </w:tc>
      </w:tr>
      <w:tr w:rsidR="00BF29BC" w14:paraId="2D620C26" w14:textId="77777777">
        <w:trPr>
          <w:jc w:val="center"/>
        </w:trPr>
        <w:tc>
          <w:tcPr>
            <w:tcW w:w="3552" w:type="dxa"/>
            <w:vAlign w:val="center"/>
          </w:tcPr>
          <w:p w14:paraId="75E7381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4260082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131</w:t>
            </w:r>
          </w:p>
        </w:tc>
        <w:tc>
          <w:tcPr>
            <w:tcW w:w="3552" w:type="dxa"/>
            <w:vAlign w:val="center"/>
          </w:tcPr>
          <w:p w14:paraId="792577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(0.9)</w:t>
            </w:r>
          </w:p>
        </w:tc>
      </w:tr>
      <w:tr w:rsidR="00BF29BC" w14:paraId="28280FF7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2578D8F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Q22. Is this the same as the sex assigned at birth?</w:t>
            </w:r>
          </w:p>
        </w:tc>
      </w:tr>
      <w:tr w:rsidR="00BF29BC" w14:paraId="41425B19" w14:textId="77777777">
        <w:trPr>
          <w:jc w:val="center"/>
        </w:trPr>
        <w:tc>
          <w:tcPr>
            <w:tcW w:w="3552" w:type="dxa"/>
            <w:vAlign w:val="center"/>
          </w:tcPr>
          <w:p w14:paraId="23F92BD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Yes</w:t>
            </w:r>
          </w:p>
        </w:tc>
        <w:tc>
          <w:tcPr>
            <w:tcW w:w="3552" w:type="dxa"/>
            <w:vAlign w:val="center"/>
          </w:tcPr>
          <w:p w14:paraId="291442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14,237</w:t>
            </w:r>
          </w:p>
        </w:tc>
        <w:tc>
          <w:tcPr>
            <w:tcW w:w="3552" w:type="dxa"/>
            <w:vAlign w:val="center"/>
          </w:tcPr>
          <w:p w14:paraId="0937EB1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(97.0)</w:t>
            </w:r>
          </w:p>
        </w:tc>
      </w:tr>
      <w:tr w:rsidR="00BF29BC" w14:paraId="3C3FDB10" w14:textId="77777777">
        <w:trPr>
          <w:jc w:val="center"/>
        </w:trPr>
        <w:tc>
          <w:tcPr>
            <w:tcW w:w="3552" w:type="dxa"/>
            <w:vAlign w:val="center"/>
          </w:tcPr>
          <w:p w14:paraId="29AD991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No</w:t>
            </w:r>
          </w:p>
        </w:tc>
        <w:tc>
          <w:tcPr>
            <w:tcW w:w="3552" w:type="dxa"/>
            <w:vAlign w:val="center"/>
          </w:tcPr>
          <w:p w14:paraId="03D6B4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291</w:t>
            </w:r>
          </w:p>
        </w:tc>
        <w:tc>
          <w:tcPr>
            <w:tcW w:w="3552" w:type="dxa"/>
            <w:vAlign w:val="center"/>
          </w:tcPr>
          <w:p w14:paraId="5EC4BAD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(2.0)</w:t>
            </w:r>
          </w:p>
        </w:tc>
      </w:tr>
      <w:tr w:rsidR="00BF29BC" w14:paraId="0FE108FE" w14:textId="77777777">
        <w:trPr>
          <w:jc w:val="center"/>
        </w:trPr>
        <w:tc>
          <w:tcPr>
            <w:tcW w:w="3552" w:type="dxa"/>
            <w:vAlign w:val="center"/>
          </w:tcPr>
          <w:p w14:paraId="78C3C74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09C1FB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150</w:t>
            </w:r>
          </w:p>
        </w:tc>
        <w:tc>
          <w:tcPr>
            <w:tcW w:w="3552" w:type="dxa"/>
            <w:vAlign w:val="center"/>
          </w:tcPr>
          <w:p w14:paraId="71C78FB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1BC14CC8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4722C3E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Q23. Sexuality</w:t>
            </w:r>
          </w:p>
        </w:tc>
      </w:tr>
      <w:tr w:rsidR="00BF29BC" w14:paraId="3BB61DA1" w14:textId="77777777">
        <w:trPr>
          <w:jc w:val="center"/>
        </w:trPr>
        <w:tc>
          <w:tcPr>
            <w:tcW w:w="3552" w:type="dxa"/>
            <w:vAlign w:val="center"/>
          </w:tcPr>
          <w:p w14:paraId="61AB576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Heterosexual</w:t>
            </w:r>
          </w:p>
        </w:tc>
        <w:tc>
          <w:tcPr>
            <w:tcW w:w="3552" w:type="dxa"/>
            <w:vAlign w:val="center"/>
          </w:tcPr>
          <w:p w14:paraId="054577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11,470</w:t>
            </w:r>
          </w:p>
        </w:tc>
        <w:tc>
          <w:tcPr>
            <w:tcW w:w="3552" w:type="dxa"/>
            <w:vAlign w:val="center"/>
          </w:tcPr>
          <w:p w14:paraId="550BAB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(78.1)</w:t>
            </w:r>
          </w:p>
        </w:tc>
      </w:tr>
      <w:tr w:rsidR="00BF29BC" w14:paraId="0BBD6296" w14:textId="77777777">
        <w:trPr>
          <w:jc w:val="center"/>
        </w:trPr>
        <w:tc>
          <w:tcPr>
            <w:tcW w:w="3552" w:type="dxa"/>
            <w:vAlign w:val="center"/>
          </w:tcPr>
          <w:p w14:paraId="549B7FB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Homosexual</w:t>
            </w:r>
          </w:p>
        </w:tc>
        <w:tc>
          <w:tcPr>
            <w:tcW w:w="3552" w:type="dxa"/>
            <w:vAlign w:val="center"/>
          </w:tcPr>
          <w:p w14:paraId="6C8005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1,199</w:t>
            </w:r>
          </w:p>
        </w:tc>
        <w:tc>
          <w:tcPr>
            <w:tcW w:w="3552" w:type="dxa"/>
            <w:vAlign w:val="center"/>
          </w:tcPr>
          <w:p w14:paraId="065BD3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(8.2)</w:t>
            </w:r>
          </w:p>
        </w:tc>
      </w:tr>
      <w:tr w:rsidR="00BF29BC" w14:paraId="59EC2A3A" w14:textId="77777777">
        <w:trPr>
          <w:jc w:val="center"/>
        </w:trPr>
        <w:tc>
          <w:tcPr>
            <w:tcW w:w="3552" w:type="dxa"/>
            <w:vAlign w:val="center"/>
          </w:tcPr>
          <w:p w14:paraId="7B7BD06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Bisexual</w:t>
            </w:r>
          </w:p>
        </w:tc>
        <w:tc>
          <w:tcPr>
            <w:tcW w:w="3552" w:type="dxa"/>
            <w:vAlign w:val="center"/>
          </w:tcPr>
          <w:p w14:paraId="57F8182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1,062</w:t>
            </w:r>
          </w:p>
        </w:tc>
        <w:tc>
          <w:tcPr>
            <w:tcW w:w="3552" w:type="dxa"/>
            <w:vAlign w:val="center"/>
          </w:tcPr>
          <w:p w14:paraId="63C364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(7.2)</w:t>
            </w:r>
          </w:p>
        </w:tc>
      </w:tr>
      <w:tr w:rsidR="00BF29BC" w14:paraId="4C1EB40B" w14:textId="77777777">
        <w:trPr>
          <w:jc w:val="center"/>
        </w:trPr>
        <w:tc>
          <w:tcPr>
            <w:tcW w:w="3552" w:type="dxa"/>
            <w:vAlign w:val="center"/>
          </w:tcPr>
          <w:p w14:paraId="541CD2C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 (please specify)</w:t>
            </w:r>
          </w:p>
        </w:tc>
        <w:tc>
          <w:tcPr>
            <w:tcW w:w="3552" w:type="dxa"/>
            <w:vAlign w:val="center"/>
          </w:tcPr>
          <w:p w14:paraId="70CE0E3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236</w:t>
            </w:r>
          </w:p>
        </w:tc>
        <w:tc>
          <w:tcPr>
            <w:tcW w:w="3552" w:type="dxa"/>
            <w:vAlign w:val="center"/>
          </w:tcPr>
          <w:p w14:paraId="2C04B84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(1.6)</w:t>
            </w:r>
          </w:p>
        </w:tc>
      </w:tr>
      <w:tr w:rsidR="00BF29BC" w14:paraId="4E706AE4" w14:textId="77777777">
        <w:trPr>
          <w:jc w:val="center"/>
        </w:trPr>
        <w:tc>
          <w:tcPr>
            <w:tcW w:w="3552" w:type="dxa"/>
            <w:vAlign w:val="center"/>
          </w:tcPr>
          <w:p w14:paraId="50EDD69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Pansexual</w:t>
            </w:r>
          </w:p>
        </w:tc>
        <w:tc>
          <w:tcPr>
            <w:tcW w:w="3552" w:type="dxa"/>
            <w:vAlign w:val="center"/>
          </w:tcPr>
          <w:p w14:paraId="4F4D914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217</w:t>
            </w:r>
          </w:p>
        </w:tc>
        <w:tc>
          <w:tcPr>
            <w:tcW w:w="3552" w:type="dxa"/>
            <w:vAlign w:val="center"/>
          </w:tcPr>
          <w:p w14:paraId="6DCC37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(1.5)</w:t>
            </w:r>
          </w:p>
        </w:tc>
      </w:tr>
      <w:tr w:rsidR="00BF29BC" w14:paraId="3538A8C6" w14:textId="77777777">
        <w:trPr>
          <w:jc w:val="center"/>
        </w:trPr>
        <w:tc>
          <w:tcPr>
            <w:tcW w:w="3552" w:type="dxa"/>
            <w:vAlign w:val="center"/>
          </w:tcPr>
          <w:p w14:paraId="49C1822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Prefer not to say</w:t>
            </w:r>
          </w:p>
        </w:tc>
        <w:tc>
          <w:tcPr>
            <w:tcW w:w="3552" w:type="dxa"/>
            <w:vAlign w:val="center"/>
          </w:tcPr>
          <w:p w14:paraId="1FABA7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360</w:t>
            </w:r>
          </w:p>
        </w:tc>
        <w:tc>
          <w:tcPr>
            <w:tcW w:w="3552" w:type="dxa"/>
            <w:vAlign w:val="center"/>
          </w:tcPr>
          <w:p w14:paraId="1747B6B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(2.5)</w:t>
            </w:r>
          </w:p>
        </w:tc>
      </w:tr>
      <w:tr w:rsidR="00BF29BC" w14:paraId="4032770C" w14:textId="77777777">
        <w:trPr>
          <w:jc w:val="center"/>
        </w:trPr>
        <w:tc>
          <w:tcPr>
            <w:tcW w:w="3552" w:type="dxa"/>
            <w:vAlign w:val="center"/>
          </w:tcPr>
          <w:p w14:paraId="59AF932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3FAD86E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134</w:t>
            </w:r>
          </w:p>
        </w:tc>
        <w:tc>
          <w:tcPr>
            <w:tcW w:w="3552" w:type="dxa"/>
            <w:vAlign w:val="center"/>
          </w:tcPr>
          <w:p w14:paraId="7F1E15A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(0.9)</w:t>
            </w:r>
          </w:p>
        </w:tc>
      </w:tr>
      <w:tr w:rsidR="00BF29BC" w14:paraId="0EA7B1A7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6B0DE21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Q24. Highest level of education</w:t>
            </w:r>
          </w:p>
        </w:tc>
      </w:tr>
      <w:tr w:rsidR="00BF29BC" w14:paraId="130C082D" w14:textId="77777777">
        <w:trPr>
          <w:jc w:val="center"/>
        </w:trPr>
        <w:tc>
          <w:tcPr>
            <w:tcW w:w="3552" w:type="dxa"/>
            <w:vAlign w:val="center"/>
          </w:tcPr>
          <w:p w14:paraId="5256FB9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lastRenderedPageBreak/>
              <w:t>A level / college</w:t>
            </w:r>
          </w:p>
        </w:tc>
        <w:tc>
          <w:tcPr>
            <w:tcW w:w="3552" w:type="dxa"/>
            <w:vAlign w:val="center"/>
          </w:tcPr>
          <w:p w14:paraId="6DFF3C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3,771</w:t>
            </w:r>
          </w:p>
        </w:tc>
        <w:tc>
          <w:tcPr>
            <w:tcW w:w="3552" w:type="dxa"/>
            <w:vAlign w:val="center"/>
          </w:tcPr>
          <w:p w14:paraId="73AEC6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(25.7)</w:t>
            </w:r>
          </w:p>
        </w:tc>
      </w:tr>
      <w:tr w:rsidR="00BF29BC" w14:paraId="58474FDB" w14:textId="77777777">
        <w:trPr>
          <w:jc w:val="center"/>
        </w:trPr>
        <w:tc>
          <w:tcPr>
            <w:tcW w:w="3552" w:type="dxa"/>
            <w:vAlign w:val="center"/>
          </w:tcPr>
          <w:p w14:paraId="4FA2580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Secondary school / high school</w:t>
            </w:r>
          </w:p>
        </w:tc>
        <w:tc>
          <w:tcPr>
            <w:tcW w:w="3552" w:type="dxa"/>
            <w:vAlign w:val="center"/>
          </w:tcPr>
          <w:p w14:paraId="2217C86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2,412</w:t>
            </w:r>
          </w:p>
        </w:tc>
        <w:tc>
          <w:tcPr>
            <w:tcW w:w="3552" w:type="dxa"/>
            <w:vAlign w:val="center"/>
          </w:tcPr>
          <w:p w14:paraId="0570ED2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(16.4)</w:t>
            </w:r>
          </w:p>
        </w:tc>
      </w:tr>
      <w:tr w:rsidR="00BF29BC" w14:paraId="27017290" w14:textId="77777777">
        <w:trPr>
          <w:jc w:val="center"/>
        </w:trPr>
        <w:tc>
          <w:tcPr>
            <w:tcW w:w="3552" w:type="dxa"/>
            <w:vAlign w:val="center"/>
          </w:tcPr>
          <w:p w14:paraId="42CF581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University degree or higher</w:t>
            </w:r>
          </w:p>
        </w:tc>
        <w:tc>
          <w:tcPr>
            <w:tcW w:w="3552" w:type="dxa"/>
            <w:vAlign w:val="center"/>
          </w:tcPr>
          <w:p w14:paraId="2773CB9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8,350</w:t>
            </w:r>
          </w:p>
        </w:tc>
        <w:tc>
          <w:tcPr>
            <w:tcW w:w="3552" w:type="dxa"/>
            <w:vAlign w:val="center"/>
          </w:tcPr>
          <w:p w14:paraId="20563A2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(56.9)</w:t>
            </w:r>
          </w:p>
        </w:tc>
      </w:tr>
      <w:tr w:rsidR="00BF29BC" w14:paraId="3AEFA83C" w14:textId="77777777">
        <w:trPr>
          <w:jc w:val="center"/>
        </w:trPr>
        <w:tc>
          <w:tcPr>
            <w:tcW w:w="3552" w:type="dxa"/>
            <w:vAlign w:val="center"/>
          </w:tcPr>
          <w:p w14:paraId="7D94BEF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4E6F4D4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145</w:t>
            </w:r>
          </w:p>
        </w:tc>
        <w:tc>
          <w:tcPr>
            <w:tcW w:w="3552" w:type="dxa"/>
            <w:vAlign w:val="center"/>
          </w:tcPr>
          <w:p w14:paraId="1EF5133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3A2EE48C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1715CB8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Q26. Relationship status</w:t>
            </w:r>
          </w:p>
        </w:tc>
      </w:tr>
      <w:tr w:rsidR="00BF29BC" w14:paraId="6593A7FB" w14:textId="77777777">
        <w:trPr>
          <w:jc w:val="center"/>
        </w:trPr>
        <w:tc>
          <w:tcPr>
            <w:tcW w:w="3552" w:type="dxa"/>
            <w:vAlign w:val="center"/>
          </w:tcPr>
          <w:p w14:paraId="3402A02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In a relationship</w:t>
            </w:r>
          </w:p>
        </w:tc>
        <w:tc>
          <w:tcPr>
            <w:tcW w:w="3552" w:type="dxa"/>
            <w:vAlign w:val="center"/>
          </w:tcPr>
          <w:p w14:paraId="63C6FB7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3,095</w:t>
            </w:r>
          </w:p>
        </w:tc>
        <w:tc>
          <w:tcPr>
            <w:tcW w:w="3552" w:type="dxa"/>
            <w:vAlign w:val="center"/>
          </w:tcPr>
          <w:p w14:paraId="63A900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(21.1)</w:t>
            </w:r>
          </w:p>
        </w:tc>
      </w:tr>
      <w:tr w:rsidR="00BF29BC" w14:paraId="07BC3FDC" w14:textId="77777777">
        <w:trPr>
          <w:jc w:val="center"/>
        </w:trPr>
        <w:tc>
          <w:tcPr>
            <w:tcW w:w="3552" w:type="dxa"/>
            <w:vAlign w:val="center"/>
          </w:tcPr>
          <w:p w14:paraId="6CA025C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Married / partnered</w:t>
            </w:r>
          </w:p>
        </w:tc>
        <w:tc>
          <w:tcPr>
            <w:tcW w:w="3552" w:type="dxa"/>
            <w:vAlign w:val="center"/>
          </w:tcPr>
          <w:p w14:paraId="56D5CB6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7,102</w:t>
            </w:r>
          </w:p>
        </w:tc>
        <w:tc>
          <w:tcPr>
            <w:tcW w:w="3552" w:type="dxa"/>
            <w:vAlign w:val="center"/>
          </w:tcPr>
          <w:p w14:paraId="62E860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(48.4)</w:t>
            </w:r>
          </w:p>
        </w:tc>
      </w:tr>
      <w:tr w:rsidR="00BF29BC" w14:paraId="4FA2980D" w14:textId="77777777">
        <w:trPr>
          <w:jc w:val="center"/>
        </w:trPr>
        <w:tc>
          <w:tcPr>
            <w:tcW w:w="3552" w:type="dxa"/>
            <w:vAlign w:val="center"/>
          </w:tcPr>
          <w:p w14:paraId="5BEA900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Other</w:t>
            </w:r>
          </w:p>
        </w:tc>
        <w:tc>
          <w:tcPr>
            <w:tcW w:w="3552" w:type="dxa"/>
            <w:vAlign w:val="center"/>
          </w:tcPr>
          <w:p w14:paraId="50A4ED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422</w:t>
            </w:r>
          </w:p>
        </w:tc>
        <w:tc>
          <w:tcPr>
            <w:tcW w:w="3552" w:type="dxa"/>
            <w:vAlign w:val="center"/>
          </w:tcPr>
          <w:p w14:paraId="6246C2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(2.9)</w:t>
            </w:r>
          </w:p>
        </w:tc>
      </w:tr>
      <w:tr w:rsidR="00BF29BC" w14:paraId="42783215" w14:textId="77777777">
        <w:trPr>
          <w:jc w:val="center"/>
        </w:trPr>
        <w:tc>
          <w:tcPr>
            <w:tcW w:w="3552" w:type="dxa"/>
            <w:vAlign w:val="center"/>
          </w:tcPr>
          <w:p w14:paraId="2BB01C1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Single</w:t>
            </w:r>
          </w:p>
        </w:tc>
        <w:tc>
          <w:tcPr>
            <w:tcW w:w="3552" w:type="dxa"/>
            <w:vAlign w:val="center"/>
          </w:tcPr>
          <w:p w14:paraId="1E32716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3,907</w:t>
            </w:r>
          </w:p>
        </w:tc>
        <w:tc>
          <w:tcPr>
            <w:tcW w:w="3552" w:type="dxa"/>
            <w:vAlign w:val="center"/>
          </w:tcPr>
          <w:p w14:paraId="1034539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(26.6)</w:t>
            </w:r>
          </w:p>
        </w:tc>
      </w:tr>
      <w:tr w:rsidR="00BF29BC" w14:paraId="2A031713" w14:textId="77777777">
        <w:trPr>
          <w:jc w:val="center"/>
        </w:trPr>
        <w:tc>
          <w:tcPr>
            <w:tcW w:w="3552" w:type="dxa"/>
            <w:vAlign w:val="center"/>
          </w:tcPr>
          <w:p w14:paraId="1826222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09F7FE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152</w:t>
            </w:r>
          </w:p>
        </w:tc>
        <w:tc>
          <w:tcPr>
            <w:tcW w:w="3552" w:type="dxa"/>
            <w:vAlign w:val="center"/>
          </w:tcPr>
          <w:p w14:paraId="09FC2AD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2F8EDC45" w14:textId="77777777">
        <w:trPr>
          <w:jc w:val="center"/>
        </w:trPr>
        <w:tc>
          <w:tcPr>
            <w:tcW w:w="10656" w:type="dxa"/>
            <w:gridSpan w:val="3"/>
            <w:shd w:val="clear" w:color="auto" w:fill="EDEDED"/>
            <w:vAlign w:val="center"/>
          </w:tcPr>
          <w:p w14:paraId="5398FF8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6"/>
              </w:rPr>
              <w:t>Q27. Ethnic group or background (original response categories)</w:t>
            </w:r>
          </w:p>
        </w:tc>
      </w:tr>
      <w:tr w:rsidR="00BF29BC" w14:paraId="01638DAF" w14:textId="77777777">
        <w:trPr>
          <w:jc w:val="center"/>
        </w:trPr>
        <w:tc>
          <w:tcPr>
            <w:tcW w:w="3552" w:type="dxa"/>
            <w:vAlign w:val="center"/>
          </w:tcPr>
          <w:p w14:paraId="16A505D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African</w:t>
            </w:r>
          </w:p>
        </w:tc>
        <w:tc>
          <w:tcPr>
            <w:tcW w:w="3552" w:type="dxa"/>
            <w:vAlign w:val="center"/>
          </w:tcPr>
          <w:p w14:paraId="53DD69C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413</w:t>
            </w:r>
          </w:p>
        </w:tc>
        <w:tc>
          <w:tcPr>
            <w:tcW w:w="3552" w:type="dxa"/>
            <w:vAlign w:val="center"/>
          </w:tcPr>
          <w:p w14:paraId="703020B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(2.8)</w:t>
            </w:r>
          </w:p>
        </w:tc>
      </w:tr>
      <w:tr w:rsidR="00BF29BC" w14:paraId="7842E455" w14:textId="77777777">
        <w:trPr>
          <w:jc w:val="center"/>
        </w:trPr>
        <w:tc>
          <w:tcPr>
            <w:tcW w:w="3552" w:type="dxa"/>
            <w:vAlign w:val="center"/>
          </w:tcPr>
          <w:p w14:paraId="633F227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Any other Asian background, please describe</w:t>
            </w:r>
          </w:p>
        </w:tc>
        <w:tc>
          <w:tcPr>
            <w:tcW w:w="3552" w:type="dxa"/>
            <w:vAlign w:val="center"/>
          </w:tcPr>
          <w:p w14:paraId="0819989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205</w:t>
            </w:r>
          </w:p>
        </w:tc>
        <w:tc>
          <w:tcPr>
            <w:tcW w:w="3552" w:type="dxa"/>
            <w:vAlign w:val="center"/>
          </w:tcPr>
          <w:p w14:paraId="590036C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(1.4)</w:t>
            </w:r>
          </w:p>
        </w:tc>
      </w:tr>
      <w:tr w:rsidR="00BF29BC" w14:paraId="4889DFD9" w14:textId="77777777">
        <w:trPr>
          <w:jc w:val="center"/>
        </w:trPr>
        <w:tc>
          <w:tcPr>
            <w:tcW w:w="3552" w:type="dxa"/>
            <w:vAlign w:val="center"/>
          </w:tcPr>
          <w:p w14:paraId="393E81D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Any other Black/African/Caribbean background, please describe</w:t>
            </w:r>
          </w:p>
        </w:tc>
        <w:tc>
          <w:tcPr>
            <w:tcW w:w="3552" w:type="dxa"/>
            <w:vAlign w:val="center"/>
          </w:tcPr>
          <w:p w14:paraId="2E091E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w="3552" w:type="dxa"/>
            <w:vAlign w:val="center"/>
          </w:tcPr>
          <w:p w14:paraId="2EE5FF8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(0.3)</w:t>
            </w:r>
          </w:p>
        </w:tc>
      </w:tr>
      <w:tr w:rsidR="00BF29BC" w14:paraId="3CEC4F9C" w14:textId="77777777">
        <w:trPr>
          <w:jc w:val="center"/>
        </w:trPr>
        <w:tc>
          <w:tcPr>
            <w:tcW w:w="3552" w:type="dxa"/>
            <w:vAlign w:val="center"/>
          </w:tcPr>
          <w:p w14:paraId="6C5D6BE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Any other ethnic group, please describe</w:t>
            </w:r>
          </w:p>
        </w:tc>
        <w:tc>
          <w:tcPr>
            <w:tcW w:w="3552" w:type="dxa"/>
            <w:vAlign w:val="center"/>
          </w:tcPr>
          <w:p w14:paraId="5702A37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142</w:t>
            </w:r>
          </w:p>
        </w:tc>
        <w:tc>
          <w:tcPr>
            <w:tcW w:w="3552" w:type="dxa"/>
            <w:vAlign w:val="center"/>
          </w:tcPr>
          <w:p w14:paraId="1B44E40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648711E3" w14:textId="77777777">
        <w:trPr>
          <w:jc w:val="center"/>
        </w:trPr>
        <w:tc>
          <w:tcPr>
            <w:tcW w:w="3552" w:type="dxa"/>
            <w:vAlign w:val="center"/>
          </w:tcPr>
          <w:p w14:paraId="50B6EB9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Any other Mixed/Multiple ethnic background, please describe</w:t>
            </w:r>
          </w:p>
        </w:tc>
        <w:tc>
          <w:tcPr>
            <w:tcW w:w="3552" w:type="dxa"/>
            <w:vAlign w:val="center"/>
          </w:tcPr>
          <w:p w14:paraId="1477CFA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155</w:t>
            </w:r>
          </w:p>
        </w:tc>
        <w:tc>
          <w:tcPr>
            <w:tcW w:w="3552" w:type="dxa"/>
            <w:vAlign w:val="center"/>
          </w:tcPr>
          <w:p w14:paraId="5364FE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(1.1)</w:t>
            </w:r>
          </w:p>
        </w:tc>
      </w:tr>
      <w:tr w:rsidR="00BF29BC" w14:paraId="09258628" w14:textId="77777777">
        <w:trPr>
          <w:jc w:val="center"/>
        </w:trPr>
        <w:tc>
          <w:tcPr>
            <w:tcW w:w="3552" w:type="dxa"/>
            <w:vAlign w:val="center"/>
          </w:tcPr>
          <w:p w14:paraId="2CC60C0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Any other White background, please describe</w:t>
            </w:r>
          </w:p>
        </w:tc>
        <w:tc>
          <w:tcPr>
            <w:tcW w:w="3552" w:type="dxa"/>
            <w:vAlign w:val="center"/>
          </w:tcPr>
          <w:p w14:paraId="44C93FB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1,418</w:t>
            </w:r>
          </w:p>
        </w:tc>
        <w:tc>
          <w:tcPr>
            <w:tcW w:w="3552" w:type="dxa"/>
            <w:vAlign w:val="center"/>
          </w:tcPr>
          <w:p w14:paraId="779E260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(9.7)</w:t>
            </w:r>
          </w:p>
        </w:tc>
      </w:tr>
      <w:tr w:rsidR="00BF29BC" w14:paraId="3748EE09" w14:textId="77777777">
        <w:trPr>
          <w:jc w:val="center"/>
        </w:trPr>
        <w:tc>
          <w:tcPr>
            <w:tcW w:w="3552" w:type="dxa"/>
            <w:vAlign w:val="center"/>
          </w:tcPr>
          <w:p w14:paraId="7F98551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Arab</w:t>
            </w:r>
          </w:p>
        </w:tc>
        <w:tc>
          <w:tcPr>
            <w:tcW w:w="3552" w:type="dxa"/>
            <w:vAlign w:val="center"/>
          </w:tcPr>
          <w:p w14:paraId="1204514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89</w:t>
            </w:r>
          </w:p>
        </w:tc>
        <w:tc>
          <w:tcPr>
            <w:tcW w:w="3552" w:type="dxa"/>
            <w:vAlign w:val="center"/>
          </w:tcPr>
          <w:p w14:paraId="4AAF046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(0.6)</w:t>
            </w:r>
          </w:p>
        </w:tc>
      </w:tr>
      <w:tr w:rsidR="00BF29BC" w14:paraId="5B200CCC" w14:textId="77777777">
        <w:trPr>
          <w:jc w:val="center"/>
        </w:trPr>
        <w:tc>
          <w:tcPr>
            <w:tcW w:w="3552" w:type="dxa"/>
            <w:vAlign w:val="center"/>
          </w:tcPr>
          <w:p w14:paraId="03E0AA7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Bangladeshi</w:t>
            </w:r>
          </w:p>
        </w:tc>
        <w:tc>
          <w:tcPr>
            <w:tcW w:w="3552" w:type="dxa"/>
            <w:vAlign w:val="center"/>
          </w:tcPr>
          <w:p w14:paraId="5CF8268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35</w:t>
            </w:r>
          </w:p>
        </w:tc>
        <w:tc>
          <w:tcPr>
            <w:tcW w:w="3552" w:type="dxa"/>
            <w:vAlign w:val="center"/>
          </w:tcPr>
          <w:p w14:paraId="36EA71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(0.2)</w:t>
            </w:r>
          </w:p>
        </w:tc>
      </w:tr>
      <w:tr w:rsidR="00BF29BC" w14:paraId="50A7D951" w14:textId="77777777">
        <w:trPr>
          <w:jc w:val="center"/>
        </w:trPr>
        <w:tc>
          <w:tcPr>
            <w:tcW w:w="3552" w:type="dxa"/>
            <w:vAlign w:val="center"/>
          </w:tcPr>
          <w:p w14:paraId="7797C73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Caribbean</w:t>
            </w:r>
          </w:p>
        </w:tc>
        <w:tc>
          <w:tcPr>
            <w:tcW w:w="3552" w:type="dxa"/>
            <w:vAlign w:val="center"/>
          </w:tcPr>
          <w:p w14:paraId="14C1C8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113</w:t>
            </w:r>
          </w:p>
        </w:tc>
        <w:tc>
          <w:tcPr>
            <w:tcW w:w="3552" w:type="dxa"/>
            <w:vAlign w:val="center"/>
          </w:tcPr>
          <w:p w14:paraId="692BCE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(0.8)</w:t>
            </w:r>
          </w:p>
        </w:tc>
      </w:tr>
      <w:tr w:rsidR="00BF29BC" w14:paraId="75FAD01B" w14:textId="77777777">
        <w:trPr>
          <w:jc w:val="center"/>
        </w:trPr>
        <w:tc>
          <w:tcPr>
            <w:tcW w:w="3552" w:type="dxa"/>
            <w:vAlign w:val="center"/>
          </w:tcPr>
          <w:p w14:paraId="5248E76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Chinese</w:t>
            </w:r>
          </w:p>
        </w:tc>
        <w:tc>
          <w:tcPr>
            <w:tcW w:w="3552" w:type="dxa"/>
            <w:vAlign w:val="center"/>
          </w:tcPr>
          <w:p w14:paraId="51E1E7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164</w:t>
            </w:r>
          </w:p>
        </w:tc>
        <w:tc>
          <w:tcPr>
            <w:tcW w:w="3552" w:type="dxa"/>
            <w:vAlign w:val="center"/>
          </w:tcPr>
          <w:p w14:paraId="628A7D6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(1.1)</w:t>
            </w:r>
          </w:p>
        </w:tc>
      </w:tr>
      <w:tr w:rsidR="00BF29BC" w14:paraId="36574F31" w14:textId="77777777">
        <w:trPr>
          <w:jc w:val="center"/>
        </w:trPr>
        <w:tc>
          <w:tcPr>
            <w:tcW w:w="3552" w:type="dxa"/>
            <w:vAlign w:val="center"/>
          </w:tcPr>
          <w:p w14:paraId="320E924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English/Welsh/Scottish/Northern Irish/British</w:t>
            </w:r>
          </w:p>
        </w:tc>
        <w:tc>
          <w:tcPr>
            <w:tcW w:w="3552" w:type="dxa"/>
            <w:vAlign w:val="center"/>
          </w:tcPr>
          <w:p w14:paraId="740E41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10,479</w:t>
            </w:r>
          </w:p>
        </w:tc>
        <w:tc>
          <w:tcPr>
            <w:tcW w:w="3552" w:type="dxa"/>
            <w:vAlign w:val="center"/>
          </w:tcPr>
          <w:p w14:paraId="61F95C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(71.4)</w:t>
            </w:r>
          </w:p>
        </w:tc>
      </w:tr>
      <w:tr w:rsidR="00BF29BC" w14:paraId="50E6D6CD" w14:textId="77777777">
        <w:trPr>
          <w:jc w:val="center"/>
        </w:trPr>
        <w:tc>
          <w:tcPr>
            <w:tcW w:w="3552" w:type="dxa"/>
            <w:vAlign w:val="center"/>
          </w:tcPr>
          <w:p w14:paraId="4E85D46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Gypsy or Irish Traveller</w:t>
            </w:r>
          </w:p>
        </w:tc>
        <w:tc>
          <w:tcPr>
            <w:tcW w:w="3552" w:type="dxa"/>
            <w:vAlign w:val="center"/>
          </w:tcPr>
          <w:p w14:paraId="7F31754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w="3552" w:type="dxa"/>
            <w:vAlign w:val="center"/>
          </w:tcPr>
          <w:p w14:paraId="276E63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(0.1)</w:t>
            </w:r>
          </w:p>
        </w:tc>
      </w:tr>
      <w:tr w:rsidR="00BF29BC" w14:paraId="1230F68C" w14:textId="77777777">
        <w:trPr>
          <w:jc w:val="center"/>
        </w:trPr>
        <w:tc>
          <w:tcPr>
            <w:tcW w:w="3552" w:type="dxa"/>
            <w:vAlign w:val="center"/>
          </w:tcPr>
          <w:p w14:paraId="42CB658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Indian</w:t>
            </w:r>
          </w:p>
        </w:tc>
        <w:tc>
          <w:tcPr>
            <w:tcW w:w="3552" w:type="dxa"/>
            <w:vAlign w:val="center"/>
          </w:tcPr>
          <w:p w14:paraId="10025A2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528</w:t>
            </w:r>
          </w:p>
        </w:tc>
        <w:tc>
          <w:tcPr>
            <w:tcW w:w="3552" w:type="dxa"/>
            <w:vAlign w:val="center"/>
          </w:tcPr>
          <w:p w14:paraId="4548BAB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(3.6)</w:t>
            </w:r>
          </w:p>
        </w:tc>
      </w:tr>
      <w:tr w:rsidR="00BF29BC" w14:paraId="04BD7D28" w14:textId="77777777">
        <w:trPr>
          <w:jc w:val="center"/>
        </w:trPr>
        <w:tc>
          <w:tcPr>
            <w:tcW w:w="3552" w:type="dxa"/>
            <w:vAlign w:val="center"/>
          </w:tcPr>
          <w:p w14:paraId="7B6F256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Irish</w:t>
            </w:r>
          </w:p>
        </w:tc>
        <w:tc>
          <w:tcPr>
            <w:tcW w:w="3552" w:type="dxa"/>
            <w:vAlign w:val="center"/>
          </w:tcPr>
          <w:p w14:paraId="71FC05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197</w:t>
            </w:r>
          </w:p>
        </w:tc>
        <w:tc>
          <w:tcPr>
            <w:tcW w:w="3552" w:type="dxa"/>
            <w:vAlign w:val="center"/>
          </w:tcPr>
          <w:p w14:paraId="6C6F4BD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  <w:tr w:rsidR="00BF29BC" w14:paraId="3BB16E2E" w14:textId="77777777">
        <w:trPr>
          <w:jc w:val="center"/>
        </w:trPr>
        <w:tc>
          <w:tcPr>
            <w:tcW w:w="3552" w:type="dxa"/>
            <w:vAlign w:val="center"/>
          </w:tcPr>
          <w:p w14:paraId="7477195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Mixed White and Asian</w:t>
            </w:r>
          </w:p>
        </w:tc>
        <w:tc>
          <w:tcPr>
            <w:tcW w:w="3552" w:type="dxa"/>
            <w:vAlign w:val="center"/>
          </w:tcPr>
          <w:p w14:paraId="1814B0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167</w:t>
            </w:r>
          </w:p>
        </w:tc>
        <w:tc>
          <w:tcPr>
            <w:tcW w:w="3552" w:type="dxa"/>
            <w:vAlign w:val="center"/>
          </w:tcPr>
          <w:p w14:paraId="6CBA21D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(1.1)</w:t>
            </w:r>
          </w:p>
        </w:tc>
      </w:tr>
      <w:tr w:rsidR="00BF29BC" w14:paraId="08B22644" w14:textId="77777777">
        <w:trPr>
          <w:jc w:val="center"/>
        </w:trPr>
        <w:tc>
          <w:tcPr>
            <w:tcW w:w="3552" w:type="dxa"/>
            <w:vAlign w:val="center"/>
          </w:tcPr>
          <w:p w14:paraId="20DCA73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Mixed White and Black African</w:t>
            </w:r>
          </w:p>
        </w:tc>
        <w:tc>
          <w:tcPr>
            <w:tcW w:w="3552" w:type="dxa"/>
            <w:vAlign w:val="center"/>
          </w:tcPr>
          <w:p w14:paraId="4C07ADE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59</w:t>
            </w:r>
          </w:p>
        </w:tc>
        <w:tc>
          <w:tcPr>
            <w:tcW w:w="3552" w:type="dxa"/>
            <w:vAlign w:val="center"/>
          </w:tcPr>
          <w:p w14:paraId="5DA7C80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(0.4)</w:t>
            </w:r>
          </w:p>
        </w:tc>
      </w:tr>
      <w:tr w:rsidR="00BF29BC" w14:paraId="525C43A9" w14:textId="77777777">
        <w:trPr>
          <w:jc w:val="center"/>
        </w:trPr>
        <w:tc>
          <w:tcPr>
            <w:tcW w:w="3552" w:type="dxa"/>
            <w:vAlign w:val="center"/>
          </w:tcPr>
          <w:p w14:paraId="3572B12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Mixed White and Black Caribbean</w:t>
            </w:r>
          </w:p>
        </w:tc>
        <w:tc>
          <w:tcPr>
            <w:tcW w:w="3552" w:type="dxa"/>
            <w:vAlign w:val="center"/>
          </w:tcPr>
          <w:p w14:paraId="0C0222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141</w:t>
            </w:r>
          </w:p>
        </w:tc>
        <w:tc>
          <w:tcPr>
            <w:tcW w:w="3552" w:type="dxa"/>
            <w:vAlign w:val="center"/>
          </w:tcPr>
          <w:p w14:paraId="48E69E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(1.0)</w:t>
            </w:r>
          </w:p>
        </w:tc>
      </w:tr>
      <w:tr w:rsidR="00BF29BC" w14:paraId="7B798841" w14:textId="77777777">
        <w:trPr>
          <w:jc w:val="center"/>
        </w:trPr>
        <w:tc>
          <w:tcPr>
            <w:tcW w:w="3552" w:type="dxa"/>
            <w:vAlign w:val="center"/>
          </w:tcPr>
          <w:p w14:paraId="389C811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Pakistani</w:t>
            </w:r>
          </w:p>
        </w:tc>
        <w:tc>
          <w:tcPr>
            <w:tcW w:w="3552" w:type="dxa"/>
            <w:vAlign w:val="center"/>
          </w:tcPr>
          <w:p w14:paraId="671108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122</w:t>
            </w:r>
          </w:p>
        </w:tc>
        <w:tc>
          <w:tcPr>
            <w:tcW w:w="3552" w:type="dxa"/>
            <w:vAlign w:val="center"/>
          </w:tcPr>
          <w:p w14:paraId="138F4C9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(0.8)</w:t>
            </w:r>
          </w:p>
        </w:tc>
      </w:tr>
      <w:tr w:rsidR="00BF29BC" w14:paraId="2349A0FD" w14:textId="77777777">
        <w:trPr>
          <w:jc w:val="center"/>
        </w:trPr>
        <w:tc>
          <w:tcPr>
            <w:tcW w:w="3552" w:type="dxa"/>
            <w:vAlign w:val="center"/>
          </w:tcPr>
          <w:p w14:paraId="006D123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5"/>
              </w:rPr>
              <w:t>Did not answer</w:t>
            </w:r>
          </w:p>
        </w:tc>
        <w:tc>
          <w:tcPr>
            <w:tcW w:w="3552" w:type="dxa"/>
            <w:vAlign w:val="center"/>
          </w:tcPr>
          <w:p w14:paraId="735F76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187</w:t>
            </w:r>
          </w:p>
        </w:tc>
        <w:tc>
          <w:tcPr>
            <w:tcW w:w="3552" w:type="dxa"/>
            <w:vAlign w:val="center"/>
          </w:tcPr>
          <w:p w14:paraId="30540B7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5"/>
              </w:rPr>
              <w:t>(1.3)</w:t>
            </w:r>
          </w:p>
        </w:tc>
      </w:tr>
    </w:tbl>
    <w:p w14:paraId="5AB1D6EF" w14:textId="77777777" w:rsidR="00BF29BC" w:rsidRDefault="00BF29BC" w:rsidP="002764FB">
      <w:pPr>
        <w:spacing w:after="0" w:line="240" w:lineRule="auto"/>
        <w:contextualSpacing/>
        <w:sectPr w:rsidR="00BF29BC">
          <w:footerReference w:type="even" r:id="rId8"/>
          <w:footerReference w:type="default" r:id="rId9"/>
          <w:pgSz w:w="12240" w:h="15840"/>
          <w:pgMar w:top="792" w:right="792" w:bottom="792" w:left="792" w:header="720" w:footer="720" w:gutter="0"/>
          <w:cols w:space="720"/>
          <w:docGrid w:linePitch="360"/>
        </w:sectPr>
      </w:pPr>
    </w:p>
    <w:p w14:paraId="738F8489" w14:textId="77777777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b/>
        </w:rPr>
        <w:lastRenderedPageBreak/>
        <w:t>Supplementary Table 2. Participant characteristics and their association with current/past PrEP use (univariable and multivariable)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:rsidR="00BF29BC" w14:paraId="277E1CC1" w14:textId="77777777" w:rsidTr="002764FB">
        <w:trPr>
          <w:jc w:val="center"/>
        </w:trPr>
        <w:tc>
          <w:tcPr>
            <w:tcW w:w="2078" w:type="dxa"/>
            <w:vAlign w:val="center"/>
          </w:tcPr>
          <w:p w14:paraId="63DC6352" w14:textId="77777777" w:rsidR="00BF29BC" w:rsidRDefault="00BF29BC" w:rsidP="002764FB">
            <w:pPr>
              <w:contextualSpacing/>
            </w:pPr>
          </w:p>
        </w:tc>
        <w:tc>
          <w:tcPr>
            <w:tcW w:w="6234" w:type="dxa"/>
            <w:gridSpan w:val="3"/>
            <w:vAlign w:val="center"/>
          </w:tcPr>
          <w:p w14:paraId="18DB1BA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Univariable</w:t>
            </w:r>
          </w:p>
        </w:tc>
        <w:tc>
          <w:tcPr>
            <w:tcW w:w="6234" w:type="dxa"/>
            <w:gridSpan w:val="3"/>
            <w:vAlign w:val="center"/>
          </w:tcPr>
          <w:p w14:paraId="28C1A25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Multivariable</w:t>
            </w:r>
          </w:p>
        </w:tc>
      </w:tr>
      <w:tr w:rsidR="00BF29BC" w14:paraId="142EE7F6" w14:textId="77777777">
        <w:trPr>
          <w:tblHeader/>
          <w:jc w:val="center"/>
        </w:trPr>
        <w:tc>
          <w:tcPr>
            <w:tcW w:w="2078" w:type="dxa"/>
            <w:shd w:val="clear" w:color="auto" w:fill="EDEDED"/>
            <w:vAlign w:val="center"/>
          </w:tcPr>
          <w:p w14:paraId="2C21EB96" w14:textId="77777777" w:rsidR="00BF29BC" w:rsidRDefault="00BF29BC" w:rsidP="002764FB">
            <w:pPr>
              <w:contextualSpacing/>
            </w:pPr>
          </w:p>
        </w:tc>
        <w:tc>
          <w:tcPr>
            <w:tcW w:w="2078" w:type="dxa"/>
            <w:shd w:val="clear" w:color="auto" w:fill="EDEDED"/>
            <w:vAlign w:val="center"/>
          </w:tcPr>
          <w:p w14:paraId="2C579A4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37C780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7BA2F4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357C80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aOR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045BECD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559A1BF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</w:tr>
      <w:tr w:rsidR="00BF29BC" w14:paraId="2ADB7468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6685820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Age</w:t>
            </w:r>
          </w:p>
        </w:tc>
      </w:tr>
      <w:tr w:rsidR="00BF29BC" w14:paraId="6B5F6F9B" w14:textId="77777777">
        <w:trPr>
          <w:jc w:val="center"/>
        </w:trPr>
        <w:tc>
          <w:tcPr>
            <w:tcW w:w="2078" w:type="dxa"/>
            <w:vAlign w:val="center"/>
          </w:tcPr>
          <w:p w14:paraId="400D966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≥65</w:t>
            </w:r>
          </w:p>
        </w:tc>
        <w:tc>
          <w:tcPr>
            <w:tcW w:w="2078" w:type="dxa"/>
            <w:vAlign w:val="center"/>
          </w:tcPr>
          <w:p w14:paraId="644F67A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54825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BD9ED3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26DED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E300EB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4B2687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663B667F" w14:textId="77777777">
        <w:trPr>
          <w:jc w:val="center"/>
        </w:trPr>
        <w:tc>
          <w:tcPr>
            <w:tcW w:w="2078" w:type="dxa"/>
            <w:vAlign w:val="center"/>
          </w:tcPr>
          <w:p w14:paraId="4749723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&lt;25</w:t>
            </w:r>
          </w:p>
        </w:tc>
        <w:tc>
          <w:tcPr>
            <w:tcW w:w="2078" w:type="dxa"/>
            <w:vAlign w:val="center"/>
          </w:tcPr>
          <w:p w14:paraId="67B05B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4.43</w:t>
            </w:r>
          </w:p>
        </w:tc>
        <w:tc>
          <w:tcPr>
            <w:tcW w:w="2078" w:type="dxa"/>
            <w:vAlign w:val="center"/>
          </w:tcPr>
          <w:p w14:paraId="73AFAF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(2.44, 8.03)</w:t>
            </w:r>
          </w:p>
        </w:tc>
        <w:tc>
          <w:tcPr>
            <w:tcW w:w="2078" w:type="dxa"/>
            <w:vAlign w:val="center"/>
          </w:tcPr>
          <w:p w14:paraId="35E8B7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BCAA19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2.37</w:t>
            </w:r>
          </w:p>
        </w:tc>
        <w:tc>
          <w:tcPr>
            <w:tcW w:w="2078" w:type="dxa"/>
            <w:vAlign w:val="center"/>
          </w:tcPr>
          <w:p w14:paraId="67A6C0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(1.20, 4.69)</w:t>
            </w:r>
          </w:p>
        </w:tc>
        <w:tc>
          <w:tcPr>
            <w:tcW w:w="2078" w:type="dxa"/>
            <w:vAlign w:val="center"/>
          </w:tcPr>
          <w:p w14:paraId="0336BE9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0.013</w:t>
            </w:r>
          </w:p>
        </w:tc>
      </w:tr>
      <w:tr w:rsidR="00BF29BC" w14:paraId="5F71B9EE" w14:textId="77777777">
        <w:trPr>
          <w:jc w:val="center"/>
        </w:trPr>
        <w:tc>
          <w:tcPr>
            <w:tcW w:w="2078" w:type="dxa"/>
            <w:vAlign w:val="center"/>
          </w:tcPr>
          <w:p w14:paraId="0FD811B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25–44</w:t>
            </w:r>
          </w:p>
        </w:tc>
        <w:tc>
          <w:tcPr>
            <w:tcW w:w="2078" w:type="dxa"/>
            <w:vAlign w:val="center"/>
          </w:tcPr>
          <w:p w14:paraId="6F2BB8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7.32</w:t>
            </w:r>
          </w:p>
        </w:tc>
        <w:tc>
          <w:tcPr>
            <w:tcW w:w="2078" w:type="dxa"/>
            <w:vAlign w:val="center"/>
          </w:tcPr>
          <w:p w14:paraId="7B4A25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(4.40, 12.16)</w:t>
            </w:r>
          </w:p>
        </w:tc>
        <w:tc>
          <w:tcPr>
            <w:tcW w:w="2078" w:type="dxa"/>
            <w:vAlign w:val="center"/>
          </w:tcPr>
          <w:p w14:paraId="6684332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78AB922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4.69</w:t>
            </w:r>
          </w:p>
        </w:tc>
        <w:tc>
          <w:tcPr>
            <w:tcW w:w="2078" w:type="dxa"/>
            <w:vAlign w:val="center"/>
          </w:tcPr>
          <w:p w14:paraId="6913798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(2.62, 8.37)</w:t>
            </w:r>
          </w:p>
        </w:tc>
        <w:tc>
          <w:tcPr>
            <w:tcW w:w="2078" w:type="dxa"/>
            <w:vAlign w:val="center"/>
          </w:tcPr>
          <w:p w14:paraId="2B2903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F3A9631" w14:textId="77777777">
        <w:trPr>
          <w:jc w:val="center"/>
        </w:trPr>
        <w:tc>
          <w:tcPr>
            <w:tcW w:w="2078" w:type="dxa"/>
            <w:vAlign w:val="center"/>
          </w:tcPr>
          <w:p w14:paraId="28F6C87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45–64</w:t>
            </w:r>
          </w:p>
        </w:tc>
        <w:tc>
          <w:tcPr>
            <w:tcW w:w="2078" w:type="dxa"/>
            <w:vAlign w:val="center"/>
          </w:tcPr>
          <w:p w14:paraId="1E7436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3.79</w:t>
            </w:r>
          </w:p>
        </w:tc>
        <w:tc>
          <w:tcPr>
            <w:tcW w:w="2078" w:type="dxa"/>
            <w:vAlign w:val="center"/>
          </w:tcPr>
          <w:p w14:paraId="6B5C71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(2.25, 6.36)</w:t>
            </w:r>
          </w:p>
        </w:tc>
        <w:tc>
          <w:tcPr>
            <w:tcW w:w="2078" w:type="dxa"/>
            <w:vAlign w:val="center"/>
          </w:tcPr>
          <w:p w14:paraId="54714B1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95982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2.92</w:t>
            </w:r>
          </w:p>
        </w:tc>
        <w:tc>
          <w:tcPr>
            <w:tcW w:w="2078" w:type="dxa"/>
            <w:vAlign w:val="center"/>
          </w:tcPr>
          <w:p w14:paraId="19E0D8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(1.63, 5.22)</w:t>
            </w:r>
          </w:p>
        </w:tc>
        <w:tc>
          <w:tcPr>
            <w:tcW w:w="2078" w:type="dxa"/>
            <w:vAlign w:val="center"/>
          </w:tcPr>
          <w:p w14:paraId="61DA4FF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D1ADF4F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55A0990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Gender</w:t>
            </w:r>
          </w:p>
        </w:tc>
      </w:tr>
      <w:tr w:rsidR="00BF29BC" w14:paraId="639E4041" w14:textId="77777777">
        <w:trPr>
          <w:jc w:val="center"/>
        </w:trPr>
        <w:tc>
          <w:tcPr>
            <w:tcW w:w="2078" w:type="dxa"/>
            <w:vAlign w:val="center"/>
          </w:tcPr>
          <w:p w14:paraId="5AF59DA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Female</w:t>
            </w:r>
          </w:p>
        </w:tc>
        <w:tc>
          <w:tcPr>
            <w:tcW w:w="2078" w:type="dxa"/>
            <w:vAlign w:val="center"/>
          </w:tcPr>
          <w:p w14:paraId="1BAE2C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03F09E2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0F0121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4F2C0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FD433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AB883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0A868319" w14:textId="77777777">
        <w:trPr>
          <w:jc w:val="center"/>
        </w:trPr>
        <w:tc>
          <w:tcPr>
            <w:tcW w:w="2078" w:type="dxa"/>
            <w:vAlign w:val="center"/>
          </w:tcPr>
          <w:p w14:paraId="4913E11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Male</w:t>
            </w:r>
          </w:p>
        </w:tc>
        <w:tc>
          <w:tcPr>
            <w:tcW w:w="2078" w:type="dxa"/>
            <w:vAlign w:val="center"/>
          </w:tcPr>
          <w:p w14:paraId="1AB01E2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18.87</w:t>
            </w:r>
          </w:p>
        </w:tc>
        <w:tc>
          <w:tcPr>
            <w:tcW w:w="2078" w:type="dxa"/>
            <w:vAlign w:val="center"/>
          </w:tcPr>
          <w:p w14:paraId="7180B6D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(13.14, 27.10)</w:t>
            </w:r>
          </w:p>
        </w:tc>
        <w:tc>
          <w:tcPr>
            <w:tcW w:w="2078" w:type="dxa"/>
            <w:vAlign w:val="center"/>
          </w:tcPr>
          <w:p w14:paraId="71F37B0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4C367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9.01</w:t>
            </w:r>
          </w:p>
        </w:tc>
        <w:tc>
          <w:tcPr>
            <w:tcW w:w="2078" w:type="dxa"/>
            <w:vAlign w:val="center"/>
          </w:tcPr>
          <w:p w14:paraId="775632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(6.05, 13.41)</w:t>
            </w:r>
          </w:p>
        </w:tc>
        <w:tc>
          <w:tcPr>
            <w:tcW w:w="2078" w:type="dxa"/>
            <w:vAlign w:val="center"/>
          </w:tcPr>
          <w:p w14:paraId="40D370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7CF61B72" w14:textId="77777777">
        <w:trPr>
          <w:jc w:val="center"/>
        </w:trPr>
        <w:tc>
          <w:tcPr>
            <w:tcW w:w="2078" w:type="dxa"/>
            <w:vAlign w:val="center"/>
          </w:tcPr>
          <w:p w14:paraId="656017D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Non-binary</w:t>
            </w:r>
          </w:p>
        </w:tc>
        <w:tc>
          <w:tcPr>
            <w:tcW w:w="2078" w:type="dxa"/>
            <w:vAlign w:val="center"/>
          </w:tcPr>
          <w:p w14:paraId="32808BE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15.29</w:t>
            </w:r>
          </w:p>
        </w:tc>
        <w:tc>
          <w:tcPr>
            <w:tcW w:w="2078" w:type="dxa"/>
            <w:vAlign w:val="center"/>
          </w:tcPr>
          <w:p w14:paraId="0884A2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(7.17, 32.60)</w:t>
            </w:r>
          </w:p>
        </w:tc>
        <w:tc>
          <w:tcPr>
            <w:tcW w:w="2078" w:type="dxa"/>
            <w:vAlign w:val="center"/>
          </w:tcPr>
          <w:p w14:paraId="6351FA1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5AF554E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3.96</w:t>
            </w:r>
          </w:p>
        </w:tc>
        <w:tc>
          <w:tcPr>
            <w:tcW w:w="2078" w:type="dxa"/>
            <w:vAlign w:val="center"/>
          </w:tcPr>
          <w:p w14:paraId="10C7BD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(1.78, 8.80)</w:t>
            </w:r>
          </w:p>
        </w:tc>
        <w:tc>
          <w:tcPr>
            <w:tcW w:w="2078" w:type="dxa"/>
            <w:vAlign w:val="center"/>
          </w:tcPr>
          <w:p w14:paraId="59BE84B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451ACD4A" w14:textId="77777777">
        <w:trPr>
          <w:jc w:val="center"/>
        </w:trPr>
        <w:tc>
          <w:tcPr>
            <w:tcW w:w="2078" w:type="dxa"/>
            <w:vAlign w:val="center"/>
          </w:tcPr>
          <w:p w14:paraId="0887E2B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Other/Prefer not to say</w:t>
            </w:r>
          </w:p>
        </w:tc>
        <w:tc>
          <w:tcPr>
            <w:tcW w:w="2078" w:type="dxa"/>
            <w:vAlign w:val="center"/>
          </w:tcPr>
          <w:p w14:paraId="601276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3.42</w:t>
            </w:r>
          </w:p>
        </w:tc>
        <w:tc>
          <w:tcPr>
            <w:tcW w:w="2078" w:type="dxa"/>
            <w:vAlign w:val="center"/>
          </w:tcPr>
          <w:p w14:paraId="3F515BA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(1.42, 8.22)</w:t>
            </w:r>
          </w:p>
        </w:tc>
        <w:tc>
          <w:tcPr>
            <w:tcW w:w="2078" w:type="dxa"/>
            <w:vAlign w:val="center"/>
          </w:tcPr>
          <w:p w14:paraId="2F364D9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0.006</w:t>
            </w:r>
          </w:p>
        </w:tc>
        <w:tc>
          <w:tcPr>
            <w:tcW w:w="2078" w:type="dxa"/>
            <w:vAlign w:val="center"/>
          </w:tcPr>
          <w:p w14:paraId="514C7D7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2.97</w:t>
            </w:r>
          </w:p>
        </w:tc>
        <w:tc>
          <w:tcPr>
            <w:tcW w:w="2078" w:type="dxa"/>
            <w:vAlign w:val="center"/>
          </w:tcPr>
          <w:p w14:paraId="7E761A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(1.17, 7.58)</w:t>
            </w:r>
          </w:p>
        </w:tc>
        <w:tc>
          <w:tcPr>
            <w:tcW w:w="2078" w:type="dxa"/>
            <w:vAlign w:val="center"/>
          </w:tcPr>
          <w:p w14:paraId="13E7F7D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0.022</w:t>
            </w:r>
          </w:p>
        </w:tc>
      </w:tr>
      <w:tr w:rsidR="00BF29BC" w14:paraId="7F09CDEF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30426AD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Ethnicity</w:t>
            </w:r>
          </w:p>
        </w:tc>
      </w:tr>
      <w:tr w:rsidR="00BF29BC" w14:paraId="4DE5C723" w14:textId="77777777">
        <w:trPr>
          <w:jc w:val="center"/>
        </w:trPr>
        <w:tc>
          <w:tcPr>
            <w:tcW w:w="2078" w:type="dxa"/>
            <w:vAlign w:val="center"/>
          </w:tcPr>
          <w:p w14:paraId="362E587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White</w:t>
            </w:r>
          </w:p>
        </w:tc>
        <w:tc>
          <w:tcPr>
            <w:tcW w:w="2078" w:type="dxa"/>
            <w:vAlign w:val="center"/>
          </w:tcPr>
          <w:p w14:paraId="2B05874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0E22AC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3379CD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789ED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16E126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6C5D0B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17C0E7F" w14:textId="77777777">
        <w:trPr>
          <w:jc w:val="center"/>
        </w:trPr>
        <w:tc>
          <w:tcPr>
            <w:tcW w:w="2078" w:type="dxa"/>
            <w:vAlign w:val="center"/>
          </w:tcPr>
          <w:p w14:paraId="031579D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Asian*</w:t>
            </w:r>
          </w:p>
        </w:tc>
        <w:tc>
          <w:tcPr>
            <w:tcW w:w="2078" w:type="dxa"/>
            <w:vAlign w:val="center"/>
          </w:tcPr>
          <w:p w14:paraId="69EEC9D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1.43</w:t>
            </w:r>
          </w:p>
        </w:tc>
        <w:tc>
          <w:tcPr>
            <w:tcW w:w="2078" w:type="dxa"/>
            <w:vAlign w:val="center"/>
          </w:tcPr>
          <w:p w14:paraId="08C266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(1.04, 1.97)</w:t>
            </w:r>
          </w:p>
        </w:tc>
        <w:tc>
          <w:tcPr>
            <w:tcW w:w="2078" w:type="dxa"/>
            <w:vAlign w:val="center"/>
          </w:tcPr>
          <w:p w14:paraId="24F240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0.029</w:t>
            </w:r>
          </w:p>
        </w:tc>
        <w:tc>
          <w:tcPr>
            <w:tcW w:w="2078" w:type="dxa"/>
            <w:vAlign w:val="center"/>
          </w:tcPr>
          <w:p w14:paraId="7CA50C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1.57</w:t>
            </w:r>
          </w:p>
        </w:tc>
        <w:tc>
          <w:tcPr>
            <w:tcW w:w="2078" w:type="dxa"/>
            <w:vAlign w:val="center"/>
          </w:tcPr>
          <w:p w14:paraId="62DE031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(1.05, 2.35)</w:t>
            </w:r>
          </w:p>
        </w:tc>
        <w:tc>
          <w:tcPr>
            <w:tcW w:w="2078" w:type="dxa"/>
            <w:vAlign w:val="center"/>
          </w:tcPr>
          <w:p w14:paraId="7A2A3D3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0.028</w:t>
            </w:r>
          </w:p>
        </w:tc>
      </w:tr>
      <w:tr w:rsidR="00BF29BC" w14:paraId="3CA42D6D" w14:textId="77777777">
        <w:trPr>
          <w:jc w:val="center"/>
        </w:trPr>
        <w:tc>
          <w:tcPr>
            <w:tcW w:w="2078" w:type="dxa"/>
            <w:vAlign w:val="center"/>
          </w:tcPr>
          <w:p w14:paraId="4F4506F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Black†</w:t>
            </w:r>
          </w:p>
        </w:tc>
        <w:tc>
          <w:tcPr>
            <w:tcW w:w="2078" w:type="dxa"/>
            <w:vAlign w:val="center"/>
          </w:tcPr>
          <w:p w14:paraId="2628E9A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0.60</w:t>
            </w:r>
          </w:p>
        </w:tc>
        <w:tc>
          <w:tcPr>
            <w:tcW w:w="2078" w:type="dxa"/>
            <w:vAlign w:val="center"/>
          </w:tcPr>
          <w:p w14:paraId="0A978C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(0.32, 1.12)</w:t>
            </w:r>
          </w:p>
        </w:tc>
        <w:tc>
          <w:tcPr>
            <w:tcW w:w="2078" w:type="dxa"/>
            <w:vAlign w:val="center"/>
          </w:tcPr>
          <w:p w14:paraId="72EE0C0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0.109</w:t>
            </w:r>
          </w:p>
        </w:tc>
        <w:tc>
          <w:tcPr>
            <w:tcW w:w="2078" w:type="dxa"/>
            <w:vAlign w:val="center"/>
          </w:tcPr>
          <w:p w14:paraId="315099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1.24</w:t>
            </w:r>
          </w:p>
        </w:tc>
        <w:tc>
          <w:tcPr>
            <w:tcW w:w="2078" w:type="dxa"/>
            <w:vAlign w:val="center"/>
          </w:tcPr>
          <w:p w14:paraId="7C2164C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(0.57, 2.68)</w:t>
            </w:r>
          </w:p>
        </w:tc>
        <w:tc>
          <w:tcPr>
            <w:tcW w:w="2078" w:type="dxa"/>
            <w:vAlign w:val="center"/>
          </w:tcPr>
          <w:p w14:paraId="28255E6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0.591</w:t>
            </w:r>
          </w:p>
        </w:tc>
      </w:tr>
      <w:tr w:rsidR="00BF29BC" w14:paraId="5C37FFE8" w14:textId="77777777">
        <w:trPr>
          <w:jc w:val="center"/>
        </w:trPr>
        <w:tc>
          <w:tcPr>
            <w:tcW w:w="2078" w:type="dxa"/>
            <w:vAlign w:val="center"/>
          </w:tcPr>
          <w:p w14:paraId="016F806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Mixed</w:t>
            </w:r>
          </w:p>
        </w:tc>
        <w:tc>
          <w:tcPr>
            <w:tcW w:w="2078" w:type="dxa"/>
            <w:vAlign w:val="center"/>
          </w:tcPr>
          <w:p w14:paraId="2D9E703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1.12</w:t>
            </w:r>
          </w:p>
        </w:tc>
        <w:tc>
          <w:tcPr>
            <w:tcW w:w="2078" w:type="dxa"/>
            <w:vAlign w:val="center"/>
          </w:tcPr>
          <w:p w14:paraId="32431A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(0.68, 1.84)</w:t>
            </w:r>
          </w:p>
        </w:tc>
        <w:tc>
          <w:tcPr>
            <w:tcW w:w="2078" w:type="dxa"/>
            <w:vAlign w:val="center"/>
          </w:tcPr>
          <w:p w14:paraId="535CEB9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0.648</w:t>
            </w:r>
          </w:p>
        </w:tc>
        <w:tc>
          <w:tcPr>
            <w:tcW w:w="2078" w:type="dxa"/>
            <w:vAlign w:val="center"/>
          </w:tcPr>
          <w:p w14:paraId="2EC6F9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1.22</w:t>
            </w:r>
          </w:p>
        </w:tc>
        <w:tc>
          <w:tcPr>
            <w:tcW w:w="2078" w:type="dxa"/>
            <w:vAlign w:val="center"/>
          </w:tcPr>
          <w:p w14:paraId="226A0B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(0.67, 2.20)</w:t>
            </w:r>
          </w:p>
        </w:tc>
        <w:tc>
          <w:tcPr>
            <w:tcW w:w="2078" w:type="dxa"/>
            <w:vAlign w:val="center"/>
          </w:tcPr>
          <w:p w14:paraId="595991B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0.518</w:t>
            </w:r>
          </w:p>
        </w:tc>
      </w:tr>
      <w:tr w:rsidR="00BF29BC" w14:paraId="6D670BEF" w14:textId="77777777">
        <w:trPr>
          <w:jc w:val="center"/>
        </w:trPr>
        <w:tc>
          <w:tcPr>
            <w:tcW w:w="2078" w:type="dxa"/>
            <w:vAlign w:val="center"/>
          </w:tcPr>
          <w:p w14:paraId="6B614CB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0EC99F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2.37</w:t>
            </w:r>
          </w:p>
        </w:tc>
        <w:tc>
          <w:tcPr>
            <w:tcW w:w="2078" w:type="dxa"/>
            <w:vAlign w:val="center"/>
          </w:tcPr>
          <w:p w14:paraId="6807AE5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(1.39, 4.04)</w:t>
            </w:r>
          </w:p>
        </w:tc>
        <w:tc>
          <w:tcPr>
            <w:tcW w:w="2078" w:type="dxa"/>
            <w:vAlign w:val="center"/>
          </w:tcPr>
          <w:p w14:paraId="09B8288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  <w:tc>
          <w:tcPr>
            <w:tcW w:w="2078" w:type="dxa"/>
            <w:vAlign w:val="center"/>
          </w:tcPr>
          <w:p w14:paraId="78F6C21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2.05</w:t>
            </w:r>
          </w:p>
        </w:tc>
        <w:tc>
          <w:tcPr>
            <w:tcW w:w="2078" w:type="dxa"/>
            <w:vAlign w:val="center"/>
          </w:tcPr>
          <w:p w14:paraId="2D80D56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(1.07, 3.93)</w:t>
            </w:r>
          </w:p>
        </w:tc>
        <w:tc>
          <w:tcPr>
            <w:tcW w:w="2078" w:type="dxa"/>
            <w:vAlign w:val="center"/>
          </w:tcPr>
          <w:p w14:paraId="4287C39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0.03</w:t>
            </w:r>
          </w:p>
        </w:tc>
      </w:tr>
      <w:tr w:rsidR="00BF29BC" w14:paraId="66FF037F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2541C3B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Education</w:t>
            </w:r>
          </w:p>
        </w:tc>
      </w:tr>
      <w:tr w:rsidR="00BF29BC" w14:paraId="1BE41458" w14:textId="77777777">
        <w:trPr>
          <w:jc w:val="center"/>
        </w:trPr>
        <w:tc>
          <w:tcPr>
            <w:tcW w:w="2078" w:type="dxa"/>
            <w:vAlign w:val="center"/>
          </w:tcPr>
          <w:p w14:paraId="6036172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 level/college</w:t>
            </w:r>
          </w:p>
        </w:tc>
        <w:tc>
          <w:tcPr>
            <w:tcW w:w="2078" w:type="dxa"/>
            <w:vAlign w:val="center"/>
          </w:tcPr>
          <w:p w14:paraId="1623CC6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6644D1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0EEAA3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F04329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F153F9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D366C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24EDEC53" w14:textId="77777777">
        <w:trPr>
          <w:jc w:val="center"/>
        </w:trPr>
        <w:tc>
          <w:tcPr>
            <w:tcW w:w="2078" w:type="dxa"/>
            <w:vAlign w:val="center"/>
          </w:tcPr>
          <w:p w14:paraId="17ED2AD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Secondary school/high school</w:t>
            </w:r>
          </w:p>
        </w:tc>
        <w:tc>
          <w:tcPr>
            <w:tcW w:w="2078" w:type="dxa"/>
            <w:vAlign w:val="center"/>
          </w:tcPr>
          <w:p w14:paraId="00906C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0.69</w:t>
            </w:r>
          </w:p>
        </w:tc>
        <w:tc>
          <w:tcPr>
            <w:tcW w:w="2078" w:type="dxa"/>
            <w:vAlign w:val="center"/>
          </w:tcPr>
          <w:p w14:paraId="3F964C7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(0.49, 0.99)</w:t>
            </w:r>
          </w:p>
        </w:tc>
        <w:tc>
          <w:tcPr>
            <w:tcW w:w="2078" w:type="dxa"/>
            <w:vAlign w:val="center"/>
          </w:tcPr>
          <w:p w14:paraId="040029F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0.043</w:t>
            </w:r>
          </w:p>
        </w:tc>
        <w:tc>
          <w:tcPr>
            <w:tcW w:w="2078" w:type="dxa"/>
            <w:vAlign w:val="center"/>
          </w:tcPr>
          <w:p w14:paraId="155647D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0.81</w:t>
            </w:r>
          </w:p>
        </w:tc>
        <w:tc>
          <w:tcPr>
            <w:tcW w:w="2078" w:type="dxa"/>
            <w:vAlign w:val="center"/>
          </w:tcPr>
          <w:p w14:paraId="2A0EC08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(0.54, 1.22)</w:t>
            </w:r>
          </w:p>
        </w:tc>
        <w:tc>
          <w:tcPr>
            <w:tcW w:w="2078" w:type="dxa"/>
            <w:vAlign w:val="center"/>
          </w:tcPr>
          <w:p w14:paraId="12FD92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0.311</w:t>
            </w:r>
          </w:p>
        </w:tc>
      </w:tr>
      <w:tr w:rsidR="00BF29BC" w14:paraId="5D20DAD7" w14:textId="77777777">
        <w:trPr>
          <w:jc w:val="center"/>
        </w:trPr>
        <w:tc>
          <w:tcPr>
            <w:tcW w:w="2078" w:type="dxa"/>
            <w:vAlign w:val="center"/>
          </w:tcPr>
          <w:p w14:paraId="568FDF7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University degree or higher</w:t>
            </w:r>
          </w:p>
        </w:tc>
        <w:tc>
          <w:tcPr>
            <w:tcW w:w="2078" w:type="dxa"/>
            <w:vAlign w:val="center"/>
          </w:tcPr>
          <w:p w14:paraId="687D356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1.35</w:t>
            </w:r>
          </w:p>
        </w:tc>
        <w:tc>
          <w:tcPr>
            <w:tcW w:w="2078" w:type="dxa"/>
            <w:vAlign w:val="center"/>
          </w:tcPr>
          <w:p w14:paraId="26772B8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(1.08, 1.70)</w:t>
            </w:r>
          </w:p>
        </w:tc>
        <w:tc>
          <w:tcPr>
            <w:tcW w:w="2078" w:type="dxa"/>
            <w:vAlign w:val="center"/>
          </w:tcPr>
          <w:p w14:paraId="44CCC15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0.009</w:t>
            </w:r>
          </w:p>
        </w:tc>
        <w:tc>
          <w:tcPr>
            <w:tcW w:w="2078" w:type="dxa"/>
            <w:vAlign w:val="center"/>
          </w:tcPr>
          <w:p w14:paraId="7E21F96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1.09</w:t>
            </w:r>
          </w:p>
        </w:tc>
        <w:tc>
          <w:tcPr>
            <w:tcW w:w="2078" w:type="dxa"/>
            <w:vAlign w:val="center"/>
          </w:tcPr>
          <w:p w14:paraId="7869B3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(0.83, 1.43)</w:t>
            </w:r>
          </w:p>
        </w:tc>
        <w:tc>
          <w:tcPr>
            <w:tcW w:w="2078" w:type="dxa"/>
            <w:vAlign w:val="center"/>
          </w:tcPr>
          <w:p w14:paraId="0A0E2EA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0.516</w:t>
            </w:r>
          </w:p>
        </w:tc>
      </w:tr>
      <w:tr w:rsidR="00BF29BC" w14:paraId="335FEF3B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507854F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Sexuality</w:t>
            </w:r>
          </w:p>
        </w:tc>
      </w:tr>
      <w:tr w:rsidR="00BF29BC" w14:paraId="664FE45C" w14:textId="77777777">
        <w:trPr>
          <w:jc w:val="center"/>
        </w:trPr>
        <w:tc>
          <w:tcPr>
            <w:tcW w:w="2078" w:type="dxa"/>
            <w:vAlign w:val="center"/>
          </w:tcPr>
          <w:p w14:paraId="0269751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Heterosexual</w:t>
            </w:r>
          </w:p>
        </w:tc>
        <w:tc>
          <w:tcPr>
            <w:tcW w:w="2078" w:type="dxa"/>
            <w:vAlign w:val="center"/>
          </w:tcPr>
          <w:p w14:paraId="22BCBD5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DB91E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1C1FED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A5926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91CC03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7F07B8F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29479087" w14:textId="77777777">
        <w:trPr>
          <w:jc w:val="center"/>
        </w:trPr>
        <w:tc>
          <w:tcPr>
            <w:tcW w:w="2078" w:type="dxa"/>
            <w:vAlign w:val="center"/>
          </w:tcPr>
          <w:p w14:paraId="21F892F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Bisexual</w:t>
            </w:r>
          </w:p>
        </w:tc>
        <w:tc>
          <w:tcPr>
            <w:tcW w:w="2078" w:type="dxa"/>
            <w:vAlign w:val="center"/>
          </w:tcPr>
          <w:p w14:paraId="582BA72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19.18</w:t>
            </w:r>
          </w:p>
        </w:tc>
        <w:tc>
          <w:tcPr>
            <w:tcW w:w="2078" w:type="dxa"/>
            <w:vAlign w:val="center"/>
          </w:tcPr>
          <w:p w14:paraId="1DB8B3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(12.77, 28.80)</w:t>
            </w:r>
          </w:p>
        </w:tc>
        <w:tc>
          <w:tcPr>
            <w:tcW w:w="2078" w:type="dxa"/>
            <w:vAlign w:val="center"/>
          </w:tcPr>
          <w:p w14:paraId="51B8D2E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A80E7E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17.73</w:t>
            </w:r>
          </w:p>
        </w:tc>
        <w:tc>
          <w:tcPr>
            <w:tcW w:w="2078" w:type="dxa"/>
            <w:vAlign w:val="center"/>
          </w:tcPr>
          <w:p w14:paraId="7E4E45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(11.34, 27.71)</w:t>
            </w:r>
          </w:p>
        </w:tc>
        <w:tc>
          <w:tcPr>
            <w:tcW w:w="2078" w:type="dxa"/>
            <w:vAlign w:val="center"/>
          </w:tcPr>
          <w:p w14:paraId="1BC9D6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E6A93C9" w14:textId="77777777">
        <w:trPr>
          <w:jc w:val="center"/>
        </w:trPr>
        <w:tc>
          <w:tcPr>
            <w:tcW w:w="2078" w:type="dxa"/>
            <w:vAlign w:val="center"/>
          </w:tcPr>
          <w:p w14:paraId="39804EA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Homosexual</w:t>
            </w:r>
          </w:p>
        </w:tc>
        <w:tc>
          <w:tcPr>
            <w:tcW w:w="2078" w:type="dxa"/>
            <w:vAlign w:val="center"/>
          </w:tcPr>
          <w:p w14:paraId="0A554A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112.53</w:t>
            </w:r>
          </w:p>
        </w:tc>
        <w:tc>
          <w:tcPr>
            <w:tcW w:w="2078" w:type="dxa"/>
            <w:vAlign w:val="center"/>
          </w:tcPr>
          <w:p w14:paraId="050BC2C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(79.81, 158.67)</w:t>
            </w:r>
          </w:p>
        </w:tc>
        <w:tc>
          <w:tcPr>
            <w:tcW w:w="2078" w:type="dxa"/>
            <w:vAlign w:val="center"/>
          </w:tcPr>
          <w:p w14:paraId="2F3CB7C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763BC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52.46</w:t>
            </w:r>
          </w:p>
        </w:tc>
        <w:tc>
          <w:tcPr>
            <w:tcW w:w="2078" w:type="dxa"/>
            <w:vAlign w:val="center"/>
          </w:tcPr>
          <w:p w14:paraId="5847B3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(35.83, 76.81)</w:t>
            </w:r>
          </w:p>
        </w:tc>
        <w:tc>
          <w:tcPr>
            <w:tcW w:w="2078" w:type="dxa"/>
            <w:vAlign w:val="center"/>
          </w:tcPr>
          <w:p w14:paraId="51AB947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6E945536" w14:textId="77777777">
        <w:trPr>
          <w:jc w:val="center"/>
        </w:trPr>
        <w:tc>
          <w:tcPr>
            <w:tcW w:w="2078" w:type="dxa"/>
            <w:vAlign w:val="center"/>
          </w:tcPr>
          <w:p w14:paraId="19B44C9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34EB8DD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8.43</w:t>
            </w:r>
          </w:p>
        </w:tc>
        <w:tc>
          <w:tcPr>
            <w:tcW w:w="2078" w:type="dxa"/>
            <w:vAlign w:val="center"/>
          </w:tcPr>
          <w:p w14:paraId="4BACEEB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(3.52, 20.15)</w:t>
            </w:r>
          </w:p>
        </w:tc>
        <w:tc>
          <w:tcPr>
            <w:tcW w:w="2078" w:type="dxa"/>
            <w:vAlign w:val="center"/>
          </w:tcPr>
          <w:p w14:paraId="444E76C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12FDF7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7.40</w:t>
            </w:r>
          </w:p>
        </w:tc>
        <w:tc>
          <w:tcPr>
            <w:tcW w:w="2078" w:type="dxa"/>
            <w:vAlign w:val="center"/>
          </w:tcPr>
          <w:p w14:paraId="749D18B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(2.96, 18.53)</w:t>
            </w:r>
          </w:p>
        </w:tc>
        <w:tc>
          <w:tcPr>
            <w:tcW w:w="2078" w:type="dxa"/>
            <w:vAlign w:val="center"/>
          </w:tcPr>
          <w:p w14:paraId="49CA3D0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52B60CE9" w14:textId="77777777">
        <w:trPr>
          <w:jc w:val="center"/>
        </w:trPr>
        <w:tc>
          <w:tcPr>
            <w:tcW w:w="2078" w:type="dxa"/>
            <w:vAlign w:val="center"/>
          </w:tcPr>
          <w:p w14:paraId="4B95FBB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Pansexual</w:t>
            </w:r>
          </w:p>
        </w:tc>
        <w:tc>
          <w:tcPr>
            <w:tcW w:w="2078" w:type="dxa"/>
            <w:vAlign w:val="center"/>
          </w:tcPr>
          <w:p w14:paraId="53E77C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14.45</w:t>
            </w:r>
          </w:p>
        </w:tc>
        <w:tc>
          <w:tcPr>
            <w:tcW w:w="2078" w:type="dxa"/>
            <w:vAlign w:val="center"/>
          </w:tcPr>
          <w:p w14:paraId="72B0157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(7.11, 29.41)</w:t>
            </w:r>
          </w:p>
        </w:tc>
        <w:tc>
          <w:tcPr>
            <w:tcW w:w="2078" w:type="dxa"/>
            <w:vAlign w:val="center"/>
          </w:tcPr>
          <w:p w14:paraId="68355F9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2A1BF9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14.06</w:t>
            </w:r>
          </w:p>
        </w:tc>
        <w:tc>
          <w:tcPr>
            <w:tcW w:w="2078" w:type="dxa"/>
            <w:vAlign w:val="center"/>
          </w:tcPr>
          <w:p w14:paraId="724098A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(6.53, 30.27)</w:t>
            </w:r>
          </w:p>
        </w:tc>
        <w:tc>
          <w:tcPr>
            <w:tcW w:w="2078" w:type="dxa"/>
            <w:vAlign w:val="center"/>
          </w:tcPr>
          <w:p w14:paraId="332CA4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5DC28AF7" w14:textId="77777777">
        <w:trPr>
          <w:jc w:val="center"/>
        </w:trPr>
        <w:tc>
          <w:tcPr>
            <w:tcW w:w="2078" w:type="dxa"/>
            <w:vAlign w:val="center"/>
          </w:tcPr>
          <w:p w14:paraId="2D1A29D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Prefer not to say</w:t>
            </w:r>
          </w:p>
        </w:tc>
        <w:tc>
          <w:tcPr>
            <w:tcW w:w="2078" w:type="dxa"/>
            <w:vAlign w:val="center"/>
          </w:tcPr>
          <w:p w14:paraId="5FC456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8.87</w:t>
            </w:r>
          </w:p>
        </w:tc>
        <w:tc>
          <w:tcPr>
            <w:tcW w:w="2078" w:type="dxa"/>
            <w:vAlign w:val="center"/>
          </w:tcPr>
          <w:p w14:paraId="0A394E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(4.38, 17.96)</w:t>
            </w:r>
          </w:p>
        </w:tc>
        <w:tc>
          <w:tcPr>
            <w:tcW w:w="2078" w:type="dxa"/>
            <w:vAlign w:val="center"/>
          </w:tcPr>
          <w:p w14:paraId="5387E7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FC3E10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7.44</w:t>
            </w:r>
          </w:p>
        </w:tc>
        <w:tc>
          <w:tcPr>
            <w:tcW w:w="2078" w:type="dxa"/>
            <w:vAlign w:val="center"/>
          </w:tcPr>
          <w:p w14:paraId="389DC3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(3.42, 16.16)</w:t>
            </w:r>
          </w:p>
        </w:tc>
        <w:tc>
          <w:tcPr>
            <w:tcW w:w="2078" w:type="dxa"/>
            <w:vAlign w:val="center"/>
          </w:tcPr>
          <w:p w14:paraId="1752C7A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7D0A8A7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0B5A072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Relationship status</w:t>
            </w:r>
          </w:p>
        </w:tc>
      </w:tr>
      <w:tr w:rsidR="00BF29BC" w14:paraId="794C7AFA" w14:textId="77777777">
        <w:trPr>
          <w:jc w:val="center"/>
        </w:trPr>
        <w:tc>
          <w:tcPr>
            <w:tcW w:w="2078" w:type="dxa"/>
            <w:vAlign w:val="center"/>
          </w:tcPr>
          <w:p w14:paraId="3AE2C77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In a relationship</w:t>
            </w:r>
          </w:p>
        </w:tc>
        <w:tc>
          <w:tcPr>
            <w:tcW w:w="2078" w:type="dxa"/>
            <w:vAlign w:val="center"/>
          </w:tcPr>
          <w:p w14:paraId="290AEDE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2356AB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EF12CB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54D6D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65F6B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5B058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66A37F5C" w14:textId="77777777">
        <w:trPr>
          <w:jc w:val="center"/>
        </w:trPr>
        <w:tc>
          <w:tcPr>
            <w:tcW w:w="2078" w:type="dxa"/>
            <w:vAlign w:val="center"/>
          </w:tcPr>
          <w:p w14:paraId="0616D15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Married / partnered</w:t>
            </w:r>
          </w:p>
        </w:tc>
        <w:tc>
          <w:tcPr>
            <w:tcW w:w="2078" w:type="dxa"/>
            <w:vAlign w:val="center"/>
          </w:tcPr>
          <w:p w14:paraId="3469CE7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0.33</w:t>
            </w:r>
          </w:p>
        </w:tc>
        <w:tc>
          <w:tcPr>
            <w:tcW w:w="2078" w:type="dxa"/>
            <w:vAlign w:val="center"/>
          </w:tcPr>
          <w:p w14:paraId="5A23BA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(0.25, 0.44)</w:t>
            </w:r>
          </w:p>
        </w:tc>
        <w:tc>
          <w:tcPr>
            <w:tcW w:w="2078" w:type="dxa"/>
            <w:vAlign w:val="center"/>
          </w:tcPr>
          <w:p w14:paraId="27B49F3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574D38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0.65</w:t>
            </w:r>
          </w:p>
        </w:tc>
        <w:tc>
          <w:tcPr>
            <w:tcW w:w="2078" w:type="dxa"/>
            <w:vAlign w:val="center"/>
          </w:tcPr>
          <w:p w14:paraId="487F7A2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(0.47, 0.90)</w:t>
            </w:r>
          </w:p>
        </w:tc>
        <w:tc>
          <w:tcPr>
            <w:tcW w:w="2078" w:type="dxa"/>
            <w:vAlign w:val="center"/>
          </w:tcPr>
          <w:p w14:paraId="5D7EDAF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0.01</w:t>
            </w:r>
          </w:p>
        </w:tc>
      </w:tr>
      <w:tr w:rsidR="00BF29BC" w14:paraId="24E8099B" w14:textId="77777777">
        <w:trPr>
          <w:jc w:val="center"/>
        </w:trPr>
        <w:tc>
          <w:tcPr>
            <w:tcW w:w="2078" w:type="dxa"/>
            <w:vAlign w:val="center"/>
          </w:tcPr>
          <w:p w14:paraId="2959E4C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78A9B55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0.99</w:t>
            </w:r>
          </w:p>
        </w:tc>
        <w:tc>
          <w:tcPr>
            <w:tcW w:w="2078" w:type="dxa"/>
            <w:vAlign w:val="center"/>
          </w:tcPr>
          <w:p w14:paraId="21A007F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(0.57, 1.71)</w:t>
            </w:r>
          </w:p>
        </w:tc>
        <w:tc>
          <w:tcPr>
            <w:tcW w:w="2078" w:type="dxa"/>
            <w:vAlign w:val="center"/>
          </w:tcPr>
          <w:p w14:paraId="135EF57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0.968</w:t>
            </w:r>
          </w:p>
        </w:tc>
        <w:tc>
          <w:tcPr>
            <w:tcW w:w="2078" w:type="dxa"/>
            <w:vAlign w:val="center"/>
          </w:tcPr>
          <w:p w14:paraId="3CFA879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1.83</w:t>
            </w:r>
          </w:p>
        </w:tc>
        <w:tc>
          <w:tcPr>
            <w:tcW w:w="2078" w:type="dxa"/>
            <w:vAlign w:val="center"/>
          </w:tcPr>
          <w:p w14:paraId="723013F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(0.95, 3.54)</w:t>
            </w:r>
          </w:p>
        </w:tc>
        <w:tc>
          <w:tcPr>
            <w:tcW w:w="2078" w:type="dxa"/>
            <w:vAlign w:val="center"/>
          </w:tcPr>
          <w:p w14:paraId="397A53A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0.07</w:t>
            </w:r>
          </w:p>
        </w:tc>
      </w:tr>
      <w:tr w:rsidR="00BF29BC" w14:paraId="370E926E" w14:textId="77777777">
        <w:trPr>
          <w:jc w:val="center"/>
        </w:trPr>
        <w:tc>
          <w:tcPr>
            <w:tcW w:w="2078" w:type="dxa"/>
            <w:vAlign w:val="center"/>
          </w:tcPr>
          <w:p w14:paraId="74C5544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Single</w:t>
            </w:r>
          </w:p>
        </w:tc>
        <w:tc>
          <w:tcPr>
            <w:tcW w:w="2078" w:type="dxa"/>
            <w:vAlign w:val="center"/>
          </w:tcPr>
          <w:p w14:paraId="513F00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1.61</w:t>
            </w:r>
          </w:p>
        </w:tc>
        <w:tc>
          <w:tcPr>
            <w:tcW w:w="2078" w:type="dxa"/>
            <w:vAlign w:val="center"/>
          </w:tcPr>
          <w:p w14:paraId="7911B6E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(1.28, 2.02)</w:t>
            </w:r>
          </w:p>
        </w:tc>
        <w:tc>
          <w:tcPr>
            <w:tcW w:w="2078" w:type="dxa"/>
            <w:vAlign w:val="center"/>
          </w:tcPr>
          <w:p w14:paraId="37A22C0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3801B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1.54</w:t>
            </w:r>
          </w:p>
        </w:tc>
        <w:tc>
          <w:tcPr>
            <w:tcW w:w="2078" w:type="dxa"/>
            <w:vAlign w:val="center"/>
          </w:tcPr>
          <w:p w14:paraId="44B0B87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(1.17, 2.01)</w:t>
            </w:r>
          </w:p>
        </w:tc>
        <w:tc>
          <w:tcPr>
            <w:tcW w:w="2078" w:type="dxa"/>
            <w:vAlign w:val="center"/>
          </w:tcPr>
          <w:p w14:paraId="4AA1AA4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</w:tr>
    </w:tbl>
    <w:p w14:paraId="45144C9E" w14:textId="77777777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sz w:val="15"/>
        </w:rPr>
        <w:t>Univariable model Ns by predictor: Age=14,203; Gender=14,285; Ethnicity=14,237; Education=14,274; Sexuality=14,286; Relationship status=14,272. Multivariable complete-case N=14,007. *Includes Asian British or Asian Welsh; † includes Black British, Black Welsh, Caribbean or African.</w:t>
      </w:r>
    </w:p>
    <w:p w14:paraId="002B87C2" w14:textId="77777777" w:rsidR="002764FB" w:rsidRDefault="002764FB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36CC2E41" w14:textId="3FF39F1A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b/>
        </w:rPr>
        <w:lastRenderedPageBreak/>
        <w:t>Supplementary Table 3. Participant characteristics and their association with reported prior awareness that PrEP prevents HIV (univariable and multivariable)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:rsidR="00BF29BC" w14:paraId="0BA649BF" w14:textId="77777777" w:rsidTr="002764FB">
        <w:trPr>
          <w:jc w:val="center"/>
        </w:trPr>
        <w:tc>
          <w:tcPr>
            <w:tcW w:w="2078" w:type="dxa"/>
            <w:vAlign w:val="center"/>
          </w:tcPr>
          <w:p w14:paraId="521739D2" w14:textId="77777777" w:rsidR="00BF29BC" w:rsidRDefault="00BF29BC" w:rsidP="002764FB">
            <w:pPr>
              <w:contextualSpacing/>
            </w:pPr>
          </w:p>
        </w:tc>
        <w:tc>
          <w:tcPr>
            <w:tcW w:w="6234" w:type="dxa"/>
            <w:gridSpan w:val="3"/>
            <w:vAlign w:val="center"/>
          </w:tcPr>
          <w:p w14:paraId="60120EB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Univariable</w:t>
            </w:r>
          </w:p>
        </w:tc>
        <w:tc>
          <w:tcPr>
            <w:tcW w:w="6234" w:type="dxa"/>
            <w:gridSpan w:val="3"/>
            <w:shd w:val="clear" w:color="auto" w:fill="D9EAF7"/>
            <w:vAlign w:val="center"/>
          </w:tcPr>
          <w:p w14:paraId="2FCAA1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Multivariable</w:t>
            </w:r>
          </w:p>
        </w:tc>
      </w:tr>
      <w:tr w:rsidR="00BF29BC" w14:paraId="31477F5D" w14:textId="77777777">
        <w:trPr>
          <w:tblHeader/>
          <w:jc w:val="center"/>
        </w:trPr>
        <w:tc>
          <w:tcPr>
            <w:tcW w:w="2078" w:type="dxa"/>
            <w:shd w:val="clear" w:color="auto" w:fill="EDEDED"/>
            <w:vAlign w:val="center"/>
          </w:tcPr>
          <w:p w14:paraId="0567CBBA" w14:textId="77777777" w:rsidR="00BF29BC" w:rsidRDefault="00BF29BC" w:rsidP="002764FB">
            <w:pPr>
              <w:contextualSpacing/>
            </w:pPr>
          </w:p>
        </w:tc>
        <w:tc>
          <w:tcPr>
            <w:tcW w:w="2078" w:type="dxa"/>
            <w:shd w:val="clear" w:color="auto" w:fill="EDEDED"/>
            <w:vAlign w:val="center"/>
          </w:tcPr>
          <w:p w14:paraId="79FF5F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550F30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42B55A2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42500B3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aOR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13CB2BA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7456640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</w:tr>
      <w:tr w:rsidR="00BF29BC" w14:paraId="253D2E99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1EEDD62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Age</w:t>
            </w:r>
          </w:p>
        </w:tc>
      </w:tr>
      <w:tr w:rsidR="00BF29BC" w14:paraId="50B7178C" w14:textId="77777777">
        <w:trPr>
          <w:jc w:val="center"/>
        </w:trPr>
        <w:tc>
          <w:tcPr>
            <w:tcW w:w="2078" w:type="dxa"/>
            <w:vAlign w:val="center"/>
          </w:tcPr>
          <w:p w14:paraId="37315F4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≥65</w:t>
            </w:r>
          </w:p>
        </w:tc>
        <w:tc>
          <w:tcPr>
            <w:tcW w:w="2078" w:type="dxa"/>
            <w:vAlign w:val="center"/>
          </w:tcPr>
          <w:p w14:paraId="7C21DD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A4A7A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64F1D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422D56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761BB7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B6299E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5A0BD52" w14:textId="77777777">
        <w:trPr>
          <w:jc w:val="center"/>
        </w:trPr>
        <w:tc>
          <w:tcPr>
            <w:tcW w:w="2078" w:type="dxa"/>
            <w:vAlign w:val="center"/>
          </w:tcPr>
          <w:p w14:paraId="1B0F2D8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&lt;25</w:t>
            </w:r>
          </w:p>
        </w:tc>
        <w:tc>
          <w:tcPr>
            <w:tcW w:w="2078" w:type="dxa"/>
            <w:vAlign w:val="center"/>
          </w:tcPr>
          <w:p w14:paraId="30525B7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4.21</w:t>
            </w:r>
          </w:p>
        </w:tc>
        <w:tc>
          <w:tcPr>
            <w:tcW w:w="2078" w:type="dxa"/>
            <w:vAlign w:val="center"/>
          </w:tcPr>
          <w:p w14:paraId="628B28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(3.60, 4.92)</w:t>
            </w:r>
          </w:p>
        </w:tc>
        <w:tc>
          <w:tcPr>
            <w:tcW w:w="2078" w:type="dxa"/>
            <w:vAlign w:val="center"/>
          </w:tcPr>
          <w:p w14:paraId="0FA0EC3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B92DF2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2.62</w:t>
            </w:r>
          </w:p>
        </w:tc>
        <w:tc>
          <w:tcPr>
            <w:tcW w:w="2078" w:type="dxa"/>
            <w:vAlign w:val="center"/>
          </w:tcPr>
          <w:p w14:paraId="3C86FD6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(2.17, 3.16)</w:t>
            </w:r>
          </w:p>
        </w:tc>
        <w:tc>
          <w:tcPr>
            <w:tcW w:w="2078" w:type="dxa"/>
            <w:vAlign w:val="center"/>
          </w:tcPr>
          <w:p w14:paraId="21B55C4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EE39D9D" w14:textId="77777777">
        <w:trPr>
          <w:jc w:val="center"/>
        </w:trPr>
        <w:tc>
          <w:tcPr>
            <w:tcW w:w="2078" w:type="dxa"/>
            <w:vAlign w:val="center"/>
          </w:tcPr>
          <w:p w14:paraId="428BC3D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25–44</w:t>
            </w:r>
          </w:p>
        </w:tc>
        <w:tc>
          <w:tcPr>
            <w:tcW w:w="2078" w:type="dxa"/>
            <w:vAlign w:val="center"/>
          </w:tcPr>
          <w:p w14:paraId="06E5BD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3.53</w:t>
            </w:r>
          </w:p>
        </w:tc>
        <w:tc>
          <w:tcPr>
            <w:tcW w:w="2078" w:type="dxa"/>
            <w:vAlign w:val="center"/>
          </w:tcPr>
          <w:p w14:paraId="369BAF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(3.13, 3.98)</w:t>
            </w:r>
          </w:p>
        </w:tc>
        <w:tc>
          <w:tcPr>
            <w:tcW w:w="2078" w:type="dxa"/>
            <w:vAlign w:val="center"/>
          </w:tcPr>
          <w:p w14:paraId="0D985B0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8E8B6F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2.58</w:t>
            </w:r>
          </w:p>
        </w:tc>
        <w:tc>
          <w:tcPr>
            <w:tcW w:w="2078" w:type="dxa"/>
            <w:vAlign w:val="center"/>
          </w:tcPr>
          <w:p w14:paraId="02C00E0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(2.25, 2.97)</w:t>
            </w:r>
          </w:p>
        </w:tc>
        <w:tc>
          <w:tcPr>
            <w:tcW w:w="2078" w:type="dxa"/>
            <w:vAlign w:val="center"/>
          </w:tcPr>
          <w:p w14:paraId="1CE601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2500F6A0" w14:textId="77777777">
        <w:trPr>
          <w:jc w:val="center"/>
        </w:trPr>
        <w:tc>
          <w:tcPr>
            <w:tcW w:w="2078" w:type="dxa"/>
            <w:vAlign w:val="center"/>
          </w:tcPr>
          <w:p w14:paraId="3D225E5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45–64</w:t>
            </w:r>
          </w:p>
        </w:tc>
        <w:tc>
          <w:tcPr>
            <w:tcW w:w="2078" w:type="dxa"/>
            <w:vAlign w:val="center"/>
          </w:tcPr>
          <w:p w14:paraId="6A89DB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1.77</w:t>
            </w:r>
          </w:p>
        </w:tc>
        <w:tc>
          <w:tcPr>
            <w:tcW w:w="2078" w:type="dxa"/>
            <w:vAlign w:val="center"/>
          </w:tcPr>
          <w:p w14:paraId="45C85A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(1.57, 2.00)</w:t>
            </w:r>
          </w:p>
        </w:tc>
        <w:tc>
          <w:tcPr>
            <w:tcW w:w="2078" w:type="dxa"/>
            <w:vAlign w:val="center"/>
          </w:tcPr>
          <w:p w14:paraId="32480D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1444F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1.57</w:t>
            </w:r>
          </w:p>
        </w:tc>
        <w:tc>
          <w:tcPr>
            <w:tcW w:w="2078" w:type="dxa"/>
            <w:vAlign w:val="center"/>
          </w:tcPr>
          <w:p w14:paraId="04B439C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(1.37, 1.80)</w:t>
            </w:r>
          </w:p>
        </w:tc>
        <w:tc>
          <w:tcPr>
            <w:tcW w:w="2078" w:type="dxa"/>
            <w:vAlign w:val="center"/>
          </w:tcPr>
          <w:p w14:paraId="1119C7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93005D7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31021D6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Gender</w:t>
            </w:r>
          </w:p>
        </w:tc>
      </w:tr>
      <w:tr w:rsidR="00BF29BC" w14:paraId="1959CE4E" w14:textId="77777777">
        <w:trPr>
          <w:jc w:val="center"/>
        </w:trPr>
        <w:tc>
          <w:tcPr>
            <w:tcW w:w="2078" w:type="dxa"/>
            <w:vAlign w:val="center"/>
          </w:tcPr>
          <w:p w14:paraId="025CCCC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Female</w:t>
            </w:r>
          </w:p>
        </w:tc>
        <w:tc>
          <w:tcPr>
            <w:tcW w:w="2078" w:type="dxa"/>
            <w:vAlign w:val="center"/>
          </w:tcPr>
          <w:p w14:paraId="3D2855D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F72F7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884155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E3267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EB3672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389D2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131823B8" w14:textId="77777777">
        <w:trPr>
          <w:jc w:val="center"/>
        </w:trPr>
        <w:tc>
          <w:tcPr>
            <w:tcW w:w="2078" w:type="dxa"/>
            <w:vAlign w:val="center"/>
          </w:tcPr>
          <w:p w14:paraId="254C36B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Male</w:t>
            </w:r>
          </w:p>
        </w:tc>
        <w:tc>
          <w:tcPr>
            <w:tcW w:w="2078" w:type="dxa"/>
            <w:vAlign w:val="center"/>
          </w:tcPr>
          <w:p w14:paraId="77DCD78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1.41</w:t>
            </w:r>
          </w:p>
        </w:tc>
        <w:tc>
          <w:tcPr>
            <w:tcW w:w="2078" w:type="dxa"/>
            <w:vAlign w:val="center"/>
          </w:tcPr>
          <w:p w14:paraId="6E458BA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(1.31, 1.51)</w:t>
            </w:r>
          </w:p>
        </w:tc>
        <w:tc>
          <w:tcPr>
            <w:tcW w:w="2078" w:type="dxa"/>
            <w:vAlign w:val="center"/>
          </w:tcPr>
          <w:p w14:paraId="7D0C045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510FB37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1.17</w:t>
            </w:r>
          </w:p>
        </w:tc>
        <w:tc>
          <w:tcPr>
            <w:tcW w:w="2078" w:type="dxa"/>
            <w:vAlign w:val="center"/>
          </w:tcPr>
          <w:p w14:paraId="6264635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(1.07, 1.28)</w:t>
            </w:r>
          </w:p>
        </w:tc>
        <w:tc>
          <w:tcPr>
            <w:tcW w:w="2078" w:type="dxa"/>
            <w:vAlign w:val="center"/>
          </w:tcPr>
          <w:p w14:paraId="404430F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C053771" w14:textId="77777777">
        <w:trPr>
          <w:jc w:val="center"/>
        </w:trPr>
        <w:tc>
          <w:tcPr>
            <w:tcW w:w="2078" w:type="dxa"/>
            <w:vAlign w:val="center"/>
          </w:tcPr>
          <w:p w14:paraId="201EFA1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Non-binary</w:t>
            </w:r>
          </w:p>
        </w:tc>
        <w:tc>
          <w:tcPr>
            <w:tcW w:w="2078" w:type="dxa"/>
            <w:vAlign w:val="center"/>
          </w:tcPr>
          <w:p w14:paraId="5F6D6A0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3.43</w:t>
            </w:r>
          </w:p>
        </w:tc>
        <w:tc>
          <w:tcPr>
            <w:tcW w:w="2078" w:type="dxa"/>
            <w:vAlign w:val="center"/>
          </w:tcPr>
          <w:p w14:paraId="038932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(2.50, 4.72)</w:t>
            </w:r>
          </w:p>
        </w:tc>
        <w:tc>
          <w:tcPr>
            <w:tcW w:w="2078" w:type="dxa"/>
            <w:vAlign w:val="center"/>
          </w:tcPr>
          <w:p w14:paraId="4174C5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7C8EFC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1.49</w:t>
            </w:r>
          </w:p>
        </w:tc>
        <w:tc>
          <w:tcPr>
            <w:tcW w:w="2078" w:type="dxa"/>
            <w:vAlign w:val="center"/>
          </w:tcPr>
          <w:p w14:paraId="32A374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(1.03, 2.16)</w:t>
            </w:r>
          </w:p>
        </w:tc>
        <w:tc>
          <w:tcPr>
            <w:tcW w:w="2078" w:type="dxa"/>
            <w:vAlign w:val="center"/>
          </w:tcPr>
          <w:p w14:paraId="43CA1E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0.036</w:t>
            </w:r>
          </w:p>
        </w:tc>
      </w:tr>
      <w:tr w:rsidR="00BF29BC" w14:paraId="4A486CF2" w14:textId="77777777">
        <w:trPr>
          <w:jc w:val="center"/>
        </w:trPr>
        <w:tc>
          <w:tcPr>
            <w:tcW w:w="2078" w:type="dxa"/>
            <w:vAlign w:val="center"/>
          </w:tcPr>
          <w:p w14:paraId="2F2CABB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Other/Prefer not to say</w:t>
            </w:r>
          </w:p>
        </w:tc>
        <w:tc>
          <w:tcPr>
            <w:tcW w:w="2078" w:type="dxa"/>
            <w:vAlign w:val="center"/>
          </w:tcPr>
          <w:p w14:paraId="5FC35D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0.82</w:t>
            </w:r>
          </w:p>
        </w:tc>
        <w:tc>
          <w:tcPr>
            <w:tcW w:w="2078" w:type="dxa"/>
            <w:vAlign w:val="center"/>
          </w:tcPr>
          <w:p w14:paraId="64DE143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(0.67, 1.02)</w:t>
            </w:r>
          </w:p>
        </w:tc>
        <w:tc>
          <w:tcPr>
            <w:tcW w:w="2078" w:type="dxa"/>
            <w:vAlign w:val="center"/>
          </w:tcPr>
          <w:p w14:paraId="36B9FD9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0.074</w:t>
            </w:r>
          </w:p>
        </w:tc>
        <w:tc>
          <w:tcPr>
            <w:tcW w:w="2078" w:type="dxa"/>
            <w:vAlign w:val="center"/>
          </w:tcPr>
          <w:p w14:paraId="18413BA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0.90</w:t>
            </w:r>
          </w:p>
        </w:tc>
        <w:tc>
          <w:tcPr>
            <w:tcW w:w="2078" w:type="dxa"/>
            <w:vAlign w:val="center"/>
          </w:tcPr>
          <w:p w14:paraId="199A544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(0.70, 1.16)</w:t>
            </w:r>
          </w:p>
        </w:tc>
        <w:tc>
          <w:tcPr>
            <w:tcW w:w="2078" w:type="dxa"/>
            <w:vAlign w:val="center"/>
          </w:tcPr>
          <w:p w14:paraId="50A0F79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0.433</w:t>
            </w:r>
          </w:p>
        </w:tc>
      </w:tr>
      <w:tr w:rsidR="00BF29BC" w14:paraId="26C25D73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5788661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Ethnicity</w:t>
            </w:r>
          </w:p>
        </w:tc>
      </w:tr>
      <w:tr w:rsidR="00BF29BC" w14:paraId="22B28A5C" w14:textId="77777777">
        <w:trPr>
          <w:jc w:val="center"/>
        </w:trPr>
        <w:tc>
          <w:tcPr>
            <w:tcW w:w="2078" w:type="dxa"/>
            <w:vAlign w:val="center"/>
          </w:tcPr>
          <w:p w14:paraId="0987C25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White</w:t>
            </w:r>
          </w:p>
        </w:tc>
        <w:tc>
          <w:tcPr>
            <w:tcW w:w="2078" w:type="dxa"/>
            <w:vAlign w:val="center"/>
          </w:tcPr>
          <w:p w14:paraId="383875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690D0C2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497E8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2B5759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66C8D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D7F2B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91765D1" w14:textId="77777777">
        <w:trPr>
          <w:jc w:val="center"/>
        </w:trPr>
        <w:tc>
          <w:tcPr>
            <w:tcW w:w="2078" w:type="dxa"/>
            <w:vAlign w:val="center"/>
          </w:tcPr>
          <w:p w14:paraId="3672AC0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Asian*</w:t>
            </w:r>
          </w:p>
        </w:tc>
        <w:tc>
          <w:tcPr>
            <w:tcW w:w="2078" w:type="dxa"/>
            <w:vAlign w:val="center"/>
          </w:tcPr>
          <w:p w14:paraId="683DB89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0.86</w:t>
            </w:r>
          </w:p>
        </w:tc>
        <w:tc>
          <w:tcPr>
            <w:tcW w:w="2078" w:type="dxa"/>
            <w:vAlign w:val="center"/>
          </w:tcPr>
          <w:p w14:paraId="22DF805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(0.75, 0.99)</w:t>
            </w:r>
          </w:p>
        </w:tc>
        <w:tc>
          <w:tcPr>
            <w:tcW w:w="2078" w:type="dxa"/>
            <w:vAlign w:val="center"/>
          </w:tcPr>
          <w:p w14:paraId="734AD9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0.039</w:t>
            </w:r>
          </w:p>
        </w:tc>
        <w:tc>
          <w:tcPr>
            <w:tcW w:w="2078" w:type="dxa"/>
            <w:vAlign w:val="center"/>
          </w:tcPr>
          <w:p w14:paraId="1989CC0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0.64</w:t>
            </w:r>
          </w:p>
        </w:tc>
        <w:tc>
          <w:tcPr>
            <w:tcW w:w="2078" w:type="dxa"/>
            <w:vAlign w:val="center"/>
          </w:tcPr>
          <w:p w14:paraId="5665B48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(0.55, 0.75)</w:t>
            </w:r>
          </w:p>
        </w:tc>
        <w:tc>
          <w:tcPr>
            <w:tcW w:w="2078" w:type="dxa"/>
            <w:vAlign w:val="center"/>
          </w:tcPr>
          <w:p w14:paraId="16CCC7B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487D13A3" w14:textId="77777777">
        <w:trPr>
          <w:jc w:val="center"/>
        </w:trPr>
        <w:tc>
          <w:tcPr>
            <w:tcW w:w="2078" w:type="dxa"/>
            <w:vAlign w:val="center"/>
          </w:tcPr>
          <w:p w14:paraId="21A9D9B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Black†</w:t>
            </w:r>
          </w:p>
        </w:tc>
        <w:tc>
          <w:tcPr>
            <w:tcW w:w="2078" w:type="dxa"/>
            <w:vAlign w:val="center"/>
          </w:tcPr>
          <w:p w14:paraId="0C1142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1.34</w:t>
            </w:r>
          </w:p>
        </w:tc>
        <w:tc>
          <w:tcPr>
            <w:tcW w:w="2078" w:type="dxa"/>
            <w:vAlign w:val="center"/>
          </w:tcPr>
          <w:p w14:paraId="0D24A14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(1.13, 1.60)</w:t>
            </w:r>
          </w:p>
        </w:tc>
        <w:tc>
          <w:tcPr>
            <w:tcW w:w="2078" w:type="dxa"/>
            <w:vAlign w:val="center"/>
          </w:tcPr>
          <w:p w14:paraId="514AD31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E91E8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1.54</w:t>
            </w:r>
          </w:p>
        </w:tc>
        <w:tc>
          <w:tcPr>
            <w:tcW w:w="2078" w:type="dxa"/>
            <w:vAlign w:val="center"/>
          </w:tcPr>
          <w:p w14:paraId="7E948F4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(1.27, 1.86)</w:t>
            </w:r>
          </w:p>
        </w:tc>
        <w:tc>
          <w:tcPr>
            <w:tcW w:w="2078" w:type="dxa"/>
            <w:vAlign w:val="center"/>
          </w:tcPr>
          <w:p w14:paraId="244A110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454F2875" w14:textId="77777777">
        <w:trPr>
          <w:jc w:val="center"/>
        </w:trPr>
        <w:tc>
          <w:tcPr>
            <w:tcW w:w="2078" w:type="dxa"/>
            <w:vAlign w:val="center"/>
          </w:tcPr>
          <w:p w14:paraId="01672DF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Mixed</w:t>
            </w:r>
          </w:p>
        </w:tc>
        <w:tc>
          <w:tcPr>
            <w:tcW w:w="2078" w:type="dxa"/>
            <w:vAlign w:val="center"/>
          </w:tcPr>
          <w:p w14:paraId="6E5BC0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1.32</w:t>
            </w:r>
          </w:p>
        </w:tc>
        <w:tc>
          <w:tcPr>
            <w:tcW w:w="2078" w:type="dxa"/>
            <w:vAlign w:val="center"/>
          </w:tcPr>
          <w:p w14:paraId="5103A1F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(1.11, 1.59)</w:t>
            </w:r>
          </w:p>
        </w:tc>
        <w:tc>
          <w:tcPr>
            <w:tcW w:w="2078" w:type="dxa"/>
            <w:vAlign w:val="center"/>
          </w:tcPr>
          <w:p w14:paraId="1369CD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  <w:tc>
          <w:tcPr>
            <w:tcW w:w="2078" w:type="dxa"/>
            <w:vAlign w:val="center"/>
          </w:tcPr>
          <w:p w14:paraId="5CF25ED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1.10</w:t>
            </w:r>
          </w:p>
        </w:tc>
        <w:tc>
          <w:tcPr>
            <w:tcW w:w="2078" w:type="dxa"/>
            <w:vAlign w:val="center"/>
          </w:tcPr>
          <w:p w14:paraId="592D503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(0.89, 1.34)</w:t>
            </w:r>
          </w:p>
        </w:tc>
        <w:tc>
          <w:tcPr>
            <w:tcW w:w="2078" w:type="dxa"/>
            <w:vAlign w:val="center"/>
          </w:tcPr>
          <w:p w14:paraId="3A6B66A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0.377</w:t>
            </w:r>
          </w:p>
        </w:tc>
      </w:tr>
      <w:tr w:rsidR="00BF29BC" w14:paraId="2EF69916" w14:textId="77777777">
        <w:trPr>
          <w:jc w:val="center"/>
        </w:trPr>
        <w:tc>
          <w:tcPr>
            <w:tcW w:w="2078" w:type="dxa"/>
            <w:vAlign w:val="center"/>
          </w:tcPr>
          <w:p w14:paraId="08CFE50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2A91ECD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1.37</w:t>
            </w:r>
          </w:p>
        </w:tc>
        <w:tc>
          <w:tcPr>
            <w:tcW w:w="2078" w:type="dxa"/>
            <w:vAlign w:val="center"/>
          </w:tcPr>
          <w:p w14:paraId="3B3725B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(1.04, 1.78)</w:t>
            </w:r>
          </w:p>
        </w:tc>
        <w:tc>
          <w:tcPr>
            <w:tcW w:w="2078" w:type="dxa"/>
            <w:vAlign w:val="center"/>
          </w:tcPr>
          <w:p w14:paraId="4DAF50E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0.023</w:t>
            </w:r>
          </w:p>
        </w:tc>
        <w:tc>
          <w:tcPr>
            <w:tcW w:w="2078" w:type="dxa"/>
            <w:vAlign w:val="center"/>
          </w:tcPr>
          <w:p w14:paraId="59C04D5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1.07</w:t>
            </w:r>
          </w:p>
        </w:tc>
        <w:tc>
          <w:tcPr>
            <w:tcW w:w="2078" w:type="dxa"/>
            <w:vAlign w:val="center"/>
          </w:tcPr>
          <w:p w14:paraId="4163FA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(0.79, 1.46)</w:t>
            </w:r>
          </w:p>
        </w:tc>
        <w:tc>
          <w:tcPr>
            <w:tcW w:w="2078" w:type="dxa"/>
            <w:vAlign w:val="center"/>
          </w:tcPr>
          <w:p w14:paraId="337F1FE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0.651</w:t>
            </w:r>
          </w:p>
        </w:tc>
      </w:tr>
      <w:tr w:rsidR="00BF29BC" w14:paraId="689A4BE3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455BAA1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Education</w:t>
            </w:r>
          </w:p>
        </w:tc>
      </w:tr>
      <w:tr w:rsidR="00BF29BC" w14:paraId="46885793" w14:textId="77777777">
        <w:trPr>
          <w:jc w:val="center"/>
        </w:trPr>
        <w:tc>
          <w:tcPr>
            <w:tcW w:w="2078" w:type="dxa"/>
            <w:vAlign w:val="center"/>
          </w:tcPr>
          <w:p w14:paraId="025E418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 level/college</w:t>
            </w:r>
          </w:p>
        </w:tc>
        <w:tc>
          <w:tcPr>
            <w:tcW w:w="2078" w:type="dxa"/>
            <w:vAlign w:val="center"/>
          </w:tcPr>
          <w:p w14:paraId="75036C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F67EE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712E26F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29A8D0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E212C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9B7AD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0357A075" w14:textId="77777777">
        <w:trPr>
          <w:jc w:val="center"/>
        </w:trPr>
        <w:tc>
          <w:tcPr>
            <w:tcW w:w="2078" w:type="dxa"/>
            <w:vAlign w:val="center"/>
          </w:tcPr>
          <w:p w14:paraId="77948C3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Secondary school/high school</w:t>
            </w:r>
          </w:p>
        </w:tc>
        <w:tc>
          <w:tcPr>
            <w:tcW w:w="2078" w:type="dxa"/>
            <w:vAlign w:val="center"/>
          </w:tcPr>
          <w:p w14:paraId="18D36CA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0.68</w:t>
            </w:r>
          </w:p>
        </w:tc>
        <w:tc>
          <w:tcPr>
            <w:tcW w:w="2078" w:type="dxa"/>
            <w:vAlign w:val="center"/>
          </w:tcPr>
          <w:p w14:paraId="01FBFA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(0.60, 0.76)</w:t>
            </w:r>
          </w:p>
        </w:tc>
        <w:tc>
          <w:tcPr>
            <w:tcW w:w="2078" w:type="dxa"/>
            <w:vAlign w:val="center"/>
          </w:tcPr>
          <w:p w14:paraId="3ABFB3D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7644A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0.86</w:t>
            </w:r>
          </w:p>
        </w:tc>
        <w:tc>
          <w:tcPr>
            <w:tcW w:w="2078" w:type="dxa"/>
            <w:vAlign w:val="center"/>
          </w:tcPr>
          <w:p w14:paraId="0D9694A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(0.74, 0.99)</w:t>
            </w:r>
          </w:p>
        </w:tc>
        <w:tc>
          <w:tcPr>
            <w:tcW w:w="2078" w:type="dxa"/>
            <w:vAlign w:val="center"/>
          </w:tcPr>
          <w:p w14:paraId="64D2BAD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0.036</w:t>
            </w:r>
          </w:p>
        </w:tc>
      </w:tr>
      <w:tr w:rsidR="00BF29BC" w14:paraId="29337282" w14:textId="77777777">
        <w:trPr>
          <w:jc w:val="center"/>
        </w:trPr>
        <w:tc>
          <w:tcPr>
            <w:tcW w:w="2078" w:type="dxa"/>
            <w:vAlign w:val="center"/>
          </w:tcPr>
          <w:p w14:paraId="53B358C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University degree or higher</w:t>
            </w:r>
          </w:p>
        </w:tc>
        <w:tc>
          <w:tcPr>
            <w:tcW w:w="2078" w:type="dxa"/>
            <w:vAlign w:val="center"/>
          </w:tcPr>
          <w:p w14:paraId="2260E36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1.77</w:t>
            </w:r>
          </w:p>
        </w:tc>
        <w:tc>
          <w:tcPr>
            <w:tcW w:w="2078" w:type="dxa"/>
            <w:vAlign w:val="center"/>
          </w:tcPr>
          <w:p w14:paraId="7A014A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(1.63, 1.93)</w:t>
            </w:r>
          </w:p>
        </w:tc>
        <w:tc>
          <w:tcPr>
            <w:tcW w:w="2078" w:type="dxa"/>
            <w:vAlign w:val="center"/>
          </w:tcPr>
          <w:p w14:paraId="1E99A6C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07A036D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1.95</w:t>
            </w:r>
          </w:p>
        </w:tc>
        <w:tc>
          <w:tcPr>
            <w:tcW w:w="2078" w:type="dxa"/>
            <w:vAlign w:val="center"/>
          </w:tcPr>
          <w:p w14:paraId="286413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(1.77, 2.15)</w:t>
            </w:r>
          </w:p>
        </w:tc>
        <w:tc>
          <w:tcPr>
            <w:tcW w:w="2078" w:type="dxa"/>
            <w:vAlign w:val="center"/>
          </w:tcPr>
          <w:p w14:paraId="2244170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20D330B3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35BCA35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Sexuality</w:t>
            </w:r>
          </w:p>
        </w:tc>
      </w:tr>
      <w:tr w:rsidR="00BF29BC" w14:paraId="74873012" w14:textId="77777777">
        <w:trPr>
          <w:jc w:val="center"/>
        </w:trPr>
        <w:tc>
          <w:tcPr>
            <w:tcW w:w="2078" w:type="dxa"/>
            <w:vAlign w:val="center"/>
          </w:tcPr>
          <w:p w14:paraId="610012A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Heterosexual</w:t>
            </w:r>
          </w:p>
        </w:tc>
        <w:tc>
          <w:tcPr>
            <w:tcW w:w="2078" w:type="dxa"/>
            <w:vAlign w:val="center"/>
          </w:tcPr>
          <w:p w14:paraId="5AD953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E74DC0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42AA05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256C7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63A2B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09A24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76085BAE" w14:textId="77777777">
        <w:trPr>
          <w:jc w:val="center"/>
        </w:trPr>
        <w:tc>
          <w:tcPr>
            <w:tcW w:w="2078" w:type="dxa"/>
            <w:vAlign w:val="center"/>
          </w:tcPr>
          <w:p w14:paraId="014C278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Bisexual</w:t>
            </w:r>
          </w:p>
        </w:tc>
        <w:tc>
          <w:tcPr>
            <w:tcW w:w="2078" w:type="dxa"/>
            <w:vAlign w:val="center"/>
          </w:tcPr>
          <w:p w14:paraId="61959C7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5.05</w:t>
            </w:r>
          </w:p>
        </w:tc>
        <w:tc>
          <w:tcPr>
            <w:tcW w:w="2078" w:type="dxa"/>
            <w:vAlign w:val="center"/>
          </w:tcPr>
          <w:p w14:paraId="43A172E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(4.43, 5.75)</w:t>
            </w:r>
          </w:p>
        </w:tc>
        <w:tc>
          <w:tcPr>
            <w:tcW w:w="2078" w:type="dxa"/>
            <w:vAlign w:val="center"/>
          </w:tcPr>
          <w:p w14:paraId="23C2DB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057111D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4.05</w:t>
            </w:r>
          </w:p>
        </w:tc>
        <w:tc>
          <w:tcPr>
            <w:tcW w:w="2078" w:type="dxa"/>
            <w:vAlign w:val="center"/>
          </w:tcPr>
          <w:p w14:paraId="5DC681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(3.52, 4.65)</w:t>
            </w:r>
          </w:p>
        </w:tc>
        <w:tc>
          <w:tcPr>
            <w:tcW w:w="2078" w:type="dxa"/>
            <w:vAlign w:val="center"/>
          </w:tcPr>
          <w:p w14:paraId="2365089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7AC7A8B5" w14:textId="77777777">
        <w:trPr>
          <w:jc w:val="center"/>
        </w:trPr>
        <w:tc>
          <w:tcPr>
            <w:tcW w:w="2078" w:type="dxa"/>
            <w:vAlign w:val="center"/>
          </w:tcPr>
          <w:p w14:paraId="39B20A9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Homosexual</w:t>
            </w:r>
          </w:p>
        </w:tc>
        <w:tc>
          <w:tcPr>
            <w:tcW w:w="2078" w:type="dxa"/>
            <w:vAlign w:val="center"/>
          </w:tcPr>
          <w:p w14:paraId="7E4CF76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23.91</w:t>
            </w:r>
          </w:p>
        </w:tc>
        <w:tc>
          <w:tcPr>
            <w:tcW w:w="2078" w:type="dxa"/>
            <w:vAlign w:val="center"/>
          </w:tcPr>
          <w:p w14:paraId="69BB2AB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(19.98, 28.61)</w:t>
            </w:r>
          </w:p>
        </w:tc>
        <w:tc>
          <w:tcPr>
            <w:tcW w:w="2078" w:type="dxa"/>
            <w:vAlign w:val="center"/>
          </w:tcPr>
          <w:p w14:paraId="4C6381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05BD6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21.52</w:t>
            </w:r>
          </w:p>
        </w:tc>
        <w:tc>
          <w:tcPr>
            <w:tcW w:w="2078" w:type="dxa"/>
            <w:vAlign w:val="center"/>
          </w:tcPr>
          <w:p w14:paraId="7E3164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(17.79, 26.04)</w:t>
            </w:r>
          </w:p>
        </w:tc>
        <w:tc>
          <w:tcPr>
            <w:tcW w:w="2078" w:type="dxa"/>
            <w:vAlign w:val="center"/>
          </w:tcPr>
          <w:p w14:paraId="47E016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635D8BB" w14:textId="77777777">
        <w:trPr>
          <w:jc w:val="center"/>
        </w:trPr>
        <w:tc>
          <w:tcPr>
            <w:tcW w:w="2078" w:type="dxa"/>
            <w:vAlign w:val="center"/>
          </w:tcPr>
          <w:p w14:paraId="58A0124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0FEAF90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2.40</w:t>
            </w:r>
          </w:p>
        </w:tc>
        <w:tc>
          <w:tcPr>
            <w:tcW w:w="2078" w:type="dxa"/>
            <w:vAlign w:val="center"/>
          </w:tcPr>
          <w:p w14:paraId="446142D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(1.84, 3.12)</w:t>
            </w:r>
          </w:p>
        </w:tc>
        <w:tc>
          <w:tcPr>
            <w:tcW w:w="2078" w:type="dxa"/>
            <w:vAlign w:val="center"/>
          </w:tcPr>
          <w:p w14:paraId="624DE0C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0B55F1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2.24</w:t>
            </w:r>
          </w:p>
        </w:tc>
        <w:tc>
          <w:tcPr>
            <w:tcW w:w="2078" w:type="dxa"/>
            <w:vAlign w:val="center"/>
          </w:tcPr>
          <w:p w14:paraId="290D56D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(1.68, 2.98)</w:t>
            </w:r>
          </w:p>
        </w:tc>
        <w:tc>
          <w:tcPr>
            <w:tcW w:w="2078" w:type="dxa"/>
            <w:vAlign w:val="center"/>
          </w:tcPr>
          <w:p w14:paraId="7FCA128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7199097A" w14:textId="77777777">
        <w:trPr>
          <w:jc w:val="center"/>
        </w:trPr>
        <w:tc>
          <w:tcPr>
            <w:tcW w:w="2078" w:type="dxa"/>
            <w:vAlign w:val="center"/>
          </w:tcPr>
          <w:p w14:paraId="5AC8320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Pansexual</w:t>
            </w:r>
          </w:p>
        </w:tc>
        <w:tc>
          <w:tcPr>
            <w:tcW w:w="2078" w:type="dxa"/>
            <w:vAlign w:val="center"/>
          </w:tcPr>
          <w:p w14:paraId="4D3359C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5.83</w:t>
            </w:r>
          </w:p>
        </w:tc>
        <w:tc>
          <w:tcPr>
            <w:tcW w:w="2078" w:type="dxa"/>
            <w:vAlign w:val="center"/>
          </w:tcPr>
          <w:p w14:paraId="46082C7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(4.40, 7.71)</w:t>
            </w:r>
          </w:p>
        </w:tc>
        <w:tc>
          <w:tcPr>
            <w:tcW w:w="2078" w:type="dxa"/>
            <w:vAlign w:val="center"/>
          </w:tcPr>
          <w:p w14:paraId="429DBC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84C9F6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4.14</w:t>
            </w:r>
          </w:p>
        </w:tc>
        <w:tc>
          <w:tcPr>
            <w:tcW w:w="2078" w:type="dxa"/>
            <w:vAlign w:val="center"/>
          </w:tcPr>
          <w:p w14:paraId="6E8AE67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(3.08, 5.56)</w:t>
            </w:r>
          </w:p>
        </w:tc>
        <w:tc>
          <w:tcPr>
            <w:tcW w:w="2078" w:type="dxa"/>
            <w:vAlign w:val="center"/>
          </w:tcPr>
          <w:p w14:paraId="61B82CB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47D07C7E" w14:textId="77777777">
        <w:trPr>
          <w:jc w:val="center"/>
        </w:trPr>
        <w:tc>
          <w:tcPr>
            <w:tcW w:w="2078" w:type="dxa"/>
            <w:vAlign w:val="center"/>
          </w:tcPr>
          <w:p w14:paraId="170D7DB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Prefer not to say</w:t>
            </w:r>
          </w:p>
        </w:tc>
        <w:tc>
          <w:tcPr>
            <w:tcW w:w="2078" w:type="dxa"/>
            <w:vAlign w:val="center"/>
          </w:tcPr>
          <w:p w14:paraId="7B9C9AA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1.35</w:t>
            </w:r>
          </w:p>
        </w:tc>
        <w:tc>
          <w:tcPr>
            <w:tcW w:w="2078" w:type="dxa"/>
            <w:vAlign w:val="center"/>
          </w:tcPr>
          <w:p w14:paraId="41E5522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(1.07, 1.70)</w:t>
            </w:r>
          </w:p>
        </w:tc>
        <w:tc>
          <w:tcPr>
            <w:tcW w:w="2078" w:type="dxa"/>
            <w:vAlign w:val="center"/>
          </w:tcPr>
          <w:p w14:paraId="158D947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0.012</w:t>
            </w:r>
          </w:p>
        </w:tc>
        <w:tc>
          <w:tcPr>
            <w:tcW w:w="2078" w:type="dxa"/>
            <w:vAlign w:val="center"/>
          </w:tcPr>
          <w:p w14:paraId="7384403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1.57</w:t>
            </w:r>
          </w:p>
        </w:tc>
        <w:tc>
          <w:tcPr>
            <w:tcW w:w="2078" w:type="dxa"/>
            <w:vAlign w:val="center"/>
          </w:tcPr>
          <w:p w14:paraId="33A13C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(1.21, 2.03)</w:t>
            </w:r>
          </w:p>
        </w:tc>
        <w:tc>
          <w:tcPr>
            <w:tcW w:w="2078" w:type="dxa"/>
            <w:vAlign w:val="center"/>
          </w:tcPr>
          <w:p w14:paraId="4BA659D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028C700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2444D84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Relationship status</w:t>
            </w:r>
          </w:p>
        </w:tc>
      </w:tr>
      <w:tr w:rsidR="00BF29BC" w14:paraId="5E0583EA" w14:textId="77777777">
        <w:trPr>
          <w:jc w:val="center"/>
        </w:trPr>
        <w:tc>
          <w:tcPr>
            <w:tcW w:w="2078" w:type="dxa"/>
            <w:vAlign w:val="center"/>
          </w:tcPr>
          <w:p w14:paraId="376703D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In a relationship</w:t>
            </w:r>
          </w:p>
        </w:tc>
        <w:tc>
          <w:tcPr>
            <w:tcW w:w="2078" w:type="dxa"/>
            <w:vAlign w:val="center"/>
          </w:tcPr>
          <w:p w14:paraId="060C56B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226643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82BF9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A1923E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1821C2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77E94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BE65EE6" w14:textId="77777777">
        <w:trPr>
          <w:jc w:val="center"/>
        </w:trPr>
        <w:tc>
          <w:tcPr>
            <w:tcW w:w="2078" w:type="dxa"/>
            <w:vAlign w:val="center"/>
          </w:tcPr>
          <w:p w14:paraId="14A27E4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Married / partnered</w:t>
            </w:r>
          </w:p>
        </w:tc>
        <w:tc>
          <w:tcPr>
            <w:tcW w:w="2078" w:type="dxa"/>
            <w:vAlign w:val="center"/>
          </w:tcPr>
          <w:p w14:paraId="38D239B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0.51</w:t>
            </w:r>
          </w:p>
        </w:tc>
        <w:tc>
          <w:tcPr>
            <w:tcW w:w="2078" w:type="dxa"/>
            <w:vAlign w:val="center"/>
          </w:tcPr>
          <w:p w14:paraId="73FCDA8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(0.47, 0.56)</w:t>
            </w:r>
          </w:p>
        </w:tc>
        <w:tc>
          <w:tcPr>
            <w:tcW w:w="2078" w:type="dxa"/>
            <w:vAlign w:val="center"/>
          </w:tcPr>
          <w:p w14:paraId="465743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CB63E2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0.83</w:t>
            </w:r>
          </w:p>
        </w:tc>
        <w:tc>
          <w:tcPr>
            <w:tcW w:w="2078" w:type="dxa"/>
            <w:vAlign w:val="center"/>
          </w:tcPr>
          <w:p w14:paraId="167AFB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(0.75, 0.93)</w:t>
            </w:r>
          </w:p>
        </w:tc>
        <w:tc>
          <w:tcPr>
            <w:tcW w:w="2078" w:type="dxa"/>
            <w:vAlign w:val="center"/>
          </w:tcPr>
          <w:p w14:paraId="070AFF0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5942E3B0" w14:textId="77777777">
        <w:trPr>
          <w:jc w:val="center"/>
        </w:trPr>
        <w:tc>
          <w:tcPr>
            <w:tcW w:w="2078" w:type="dxa"/>
            <w:vAlign w:val="center"/>
          </w:tcPr>
          <w:p w14:paraId="5FD36F9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4D6D3CD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0.69</w:t>
            </w:r>
          </w:p>
        </w:tc>
        <w:tc>
          <w:tcPr>
            <w:tcW w:w="2078" w:type="dxa"/>
            <w:vAlign w:val="center"/>
          </w:tcPr>
          <w:p w14:paraId="72C2D78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(0.55, 0.85)</w:t>
            </w:r>
          </w:p>
        </w:tc>
        <w:tc>
          <w:tcPr>
            <w:tcW w:w="2078" w:type="dxa"/>
            <w:vAlign w:val="center"/>
          </w:tcPr>
          <w:p w14:paraId="37D3E3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56CAECC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1.14</w:t>
            </w:r>
          </w:p>
        </w:tc>
        <w:tc>
          <w:tcPr>
            <w:tcW w:w="2078" w:type="dxa"/>
            <w:vAlign w:val="center"/>
          </w:tcPr>
          <w:p w14:paraId="41EA7B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(0.88, 1.48)</w:t>
            </w:r>
          </w:p>
        </w:tc>
        <w:tc>
          <w:tcPr>
            <w:tcW w:w="2078" w:type="dxa"/>
            <w:vAlign w:val="center"/>
          </w:tcPr>
          <w:p w14:paraId="5B86B10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0.327</w:t>
            </w:r>
          </w:p>
        </w:tc>
      </w:tr>
      <w:tr w:rsidR="00BF29BC" w14:paraId="14F5EF5A" w14:textId="77777777">
        <w:trPr>
          <w:jc w:val="center"/>
        </w:trPr>
        <w:tc>
          <w:tcPr>
            <w:tcW w:w="2078" w:type="dxa"/>
            <w:vAlign w:val="center"/>
          </w:tcPr>
          <w:p w14:paraId="7625B7F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Single</w:t>
            </w:r>
          </w:p>
        </w:tc>
        <w:tc>
          <w:tcPr>
            <w:tcW w:w="2078" w:type="dxa"/>
            <w:vAlign w:val="center"/>
          </w:tcPr>
          <w:p w14:paraId="200F87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1.00</w:t>
            </w:r>
          </w:p>
        </w:tc>
        <w:tc>
          <w:tcPr>
            <w:tcW w:w="2078" w:type="dxa"/>
            <w:vAlign w:val="center"/>
          </w:tcPr>
          <w:p w14:paraId="0ECFF9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(0.91, 1.10)</w:t>
            </w:r>
          </w:p>
        </w:tc>
        <w:tc>
          <w:tcPr>
            <w:tcW w:w="2078" w:type="dxa"/>
            <w:vAlign w:val="center"/>
          </w:tcPr>
          <w:p w14:paraId="5BA83AF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0.96</w:t>
            </w:r>
          </w:p>
        </w:tc>
        <w:tc>
          <w:tcPr>
            <w:tcW w:w="2078" w:type="dxa"/>
            <w:vAlign w:val="center"/>
          </w:tcPr>
          <w:p w14:paraId="5FEA75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1.11</w:t>
            </w:r>
          </w:p>
        </w:tc>
        <w:tc>
          <w:tcPr>
            <w:tcW w:w="2078" w:type="dxa"/>
            <w:vAlign w:val="center"/>
          </w:tcPr>
          <w:p w14:paraId="40ADD8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(0.99, 1.25)</w:t>
            </w:r>
          </w:p>
        </w:tc>
        <w:tc>
          <w:tcPr>
            <w:tcW w:w="2078" w:type="dxa"/>
            <w:vAlign w:val="center"/>
          </w:tcPr>
          <w:p w14:paraId="684E0A8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0.06</w:t>
            </w:r>
          </w:p>
        </w:tc>
      </w:tr>
    </w:tbl>
    <w:p w14:paraId="39EC062B" w14:textId="77777777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sz w:val="15"/>
        </w:rPr>
        <w:t>Univariable model Ns by predictor: Age=14,435; Gender=14,518; Ethnicity=14,463; Education=14,504; Sexuality=14,516; Relationship status=14,497. Multivariable complete-case N=14,218. *Includes Asian British or Asian Welsh; † includes Black British, Black Welsh, Caribbean or African.</w:t>
      </w:r>
    </w:p>
    <w:p w14:paraId="2AB8EF36" w14:textId="77777777" w:rsidR="002764FB" w:rsidRDefault="002764FB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2EB57B7C" w14:textId="2103D2C1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b/>
        </w:rPr>
        <w:lastRenderedPageBreak/>
        <w:t>Supplementary Table 4. Participant characteristics and their association with interest in seeking PrEP information (univariable and multivariable)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:rsidR="00BF29BC" w14:paraId="7311BFFD" w14:textId="77777777" w:rsidTr="002764FB">
        <w:trPr>
          <w:jc w:val="center"/>
        </w:trPr>
        <w:tc>
          <w:tcPr>
            <w:tcW w:w="2078" w:type="dxa"/>
            <w:vAlign w:val="center"/>
          </w:tcPr>
          <w:p w14:paraId="034F120D" w14:textId="77777777" w:rsidR="00BF29BC" w:rsidRDefault="00BF29BC" w:rsidP="002764FB">
            <w:pPr>
              <w:contextualSpacing/>
            </w:pPr>
          </w:p>
        </w:tc>
        <w:tc>
          <w:tcPr>
            <w:tcW w:w="6234" w:type="dxa"/>
            <w:gridSpan w:val="3"/>
            <w:vAlign w:val="center"/>
          </w:tcPr>
          <w:p w14:paraId="0B7433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Univariable</w:t>
            </w:r>
          </w:p>
        </w:tc>
        <w:tc>
          <w:tcPr>
            <w:tcW w:w="6234" w:type="dxa"/>
            <w:gridSpan w:val="3"/>
            <w:vAlign w:val="center"/>
          </w:tcPr>
          <w:p w14:paraId="03EB40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Multivariable</w:t>
            </w:r>
          </w:p>
        </w:tc>
      </w:tr>
      <w:tr w:rsidR="00BF29BC" w14:paraId="3903ED1B" w14:textId="77777777">
        <w:trPr>
          <w:tblHeader/>
          <w:jc w:val="center"/>
        </w:trPr>
        <w:tc>
          <w:tcPr>
            <w:tcW w:w="2078" w:type="dxa"/>
            <w:shd w:val="clear" w:color="auto" w:fill="EDEDED"/>
            <w:vAlign w:val="center"/>
          </w:tcPr>
          <w:p w14:paraId="0AFF3A0A" w14:textId="77777777" w:rsidR="00BF29BC" w:rsidRDefault="00BF29BC" w:rsidP="002764FB">
            <w:pPr>
              <w:contextualSpacing/>
            </w:pPr>
          </w:p>
        </w:tc>
        <w:tc>
          <w:tcPr>
            <w:tcW w:w="2078" w:type="dxa"/>
            <w:shd w:val="clear" w:color="auto" w:fill="EDEDED"/>
            <w:vAlign w:val="center"/>
          </w:tcPr>
          <w:p w14:paraId="7C62381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5F0DEB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340A82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124BF1D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aOR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068A9C5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0E9D06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</w:tr>
      <w:tr w:rsidR="00BF29BC" w14:paraId="6DBFAA36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66ABF41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Age</w:t>
            </w:r>
          </w:p>
        </w:tc>
      </w:tr>
      <w:tr w:rsidR="00BF29BC" w14:paraId="5B44DFAD" w14:textId="77777777">
        <w:trPr>
          <w:jc w:val="center"/>
        </w:trPr>
        <w:tc>
          <w:tcPr>
            <w:tcW w:w="2078" w:type="dxa"/>
            <w:vAlign w:val="center"/>
          </w:tcPr>
          <w:p w14:paraId="6CF1B8A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≥65</w:t>
            </w:r>
          </w:p>
        </w:tc>
        <w:tc>
          <w:tcPr>
            <w:tcW w:w="2078" w:type="dxa"/>
            <w:vAlign w:val="center"/>
          </w:tcPr>
          <w:p w14:paraId="1044B8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75D5F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41CA2C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99C5A9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6E4B5D1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C3E40B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3FF5529B" w14:textId="77777777">
        <w:trPr>
          <w:jc w:val="center"/>
        </w:trPr>
        <w:tc>
          <w:tcPr>
            <w:tcW w:w="2078" w:type="dxa"/>
            <w:vAlign w:val="center"/>
          </w:tcPr>
          <w:p w14:paraId="7C45E91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&lt;25</w:t>
            </w:r>
          </w:p>
        </w:tc>
        <w:tc>
          <w:tcPr>
            <w:tcW w:w="2078" w:type="dxa"/>
            <w:vAlign w:val="center"/>
          </w:tcPr>
          <w:p w14:paraId="210BA0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4.21</w:t>
            </w:r>
          </w:p>
        </w:tc>
        <w:tc>
          <w:tcPr>
            <w:tcW w:w="2078" w:type="dxa"/>
            <w:vAlign w:val="center"/>
          </w:tcPr>
          <w:p w14:paraId="5616285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(3.58, 4.95)</w:t>
            </w:r>
          </w:p>
        </w:tc>
        <w:tc>
          <w:tcPr>
            <w:tcW w:w="2078" w:type="dxa"/>
            <w:vAlign w:val="center"/>
          </w:tcPr>
          <w:p w14:paraId="2B15D0D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7EFAB0E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2.03</w:t>
            </w:r>
          </w:p>
        </w:tc>
        <w:tc>
          <w:tcPr>
            <w:tcW w:w="2078" w:type="dxa"/>
            <w:vAlign w:val="center"/>
          </w:tcPr>
          <w:p w14:paraId="7260BE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(1.69, 2.43)</w:t>
            </w:r>
          </w:p>
        </w:tc>
        <w:tc>
          <w:tcPr>
            <w:tcW w:w="2078" w:type="dxa"/>
            <w:vAlign w:val="center"/>
          </w:tcPr>
          <w:p w14:paraId="048A128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EBD723E" w14:textId="77777777">
        <w:trPr>
          <w:jc w:val="center"/>
        </w:trPr>
        <w:tc>
          <w:tcPr>
            <w:tcW w:w="2078" w:type="dxa"/>
            <w:vAlign w:val="center"/>
          </w:tcPr>
          <w:p w14:paraId="416ED96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25–44</w:t>
            </w:r>
          </w:p>
        </w:tc>
        <w:tc>
          <w:tcPr>
            <w:tcW w:w="2078" w:type="dxa"/>
            <w:vAlign w:val="center"/>
          </w:tcPr>
          <w:p w14:paraId="549811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2.67</w:t>
            </w:r>
          </w:p>
        </w:tc>
        <w:tc>
          <w:tcPr>
            <w:tcW w:w="2078" w:type="dxa"/>
            <w:vAlign w:val="center"/>
          </w:tcPr>
          <w:p w14:paraId="68E8F7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(2.41, 2.95)</w:t>
            </w:r>
          </w:p>
        </w:tc>
        <w:tc>
          <w:tcPr>
            <w:tcW w:w="2078" w:type="dxa"/>
            <w:vAlign w:val="center"/>
          </w:tcPr>
          <w:p w14:paraId="4C6F859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D63F57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1.72</w:t>
            </w:r>
          </w:p>
        </w:tc>
        <w:tc>
          <w:tcPr>
            <w:tcW w:w="2078" w:type="dxa"/>
            <w:vAlign w:val="center"/>
          </w:tcPr>
          <w:p w14:paraId="2ECD0F1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(1.53, 1.92)</w:t>
            </w:r>
          </w:p>
        </w:tc>
        <w:tc>
          <w:tcPr>
            <w:tcW w:w="2078" w:type="dxa"/>
            <w:vAlign w:val="center"/>
          </w:tcPr>
          <w:p w14:paraId="0BC8504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099408F" w14:textId="77777777">
        <w:trPr>
          <w:jc w:val="center"/>
        </w:trPr>
        <w:tc>
          <w:tcPr>
            <w:tcW w:w="2078" w:type="dxa"/>
            <w:vAlign w:val="center"/>
          </w:tcPr>
          <w:p w14:paraId="64D466F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45–64</w:t>
            </w:r>
          </w:p>
        </w:tc>
        <w:tc>
          <w:tcPr>
            <w:tcW w:w="2078" w:type="dxa"/>
            <w:vAlign w:val="center"/>
          </w:tcPr>
          <w:p w14:paraId="437E5B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1.82</w:t>
            </w:r>
          </w:p>
        </w:tc>
        <w:tc>
          <w:tcPr>
            <w:tcW w:w="2078" w:type="dxa"/>
            <w:vAlign w:val="center"/>
          </w:tcPr>
          <w:p w14:paraId="61886A6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(1.66, 2.01)</w:t>
            </w:r>
          </w:p>
        </w:tc>
        <w:tc>
          <w:tcPr>
            <w:tcW w:w="2078" w:type="dxa"/>
            <w:vAlign w:val="center"/>
          </w:tcPr>
          <w:p w14:paraId="4966E0C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0AC96F8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1.54</w:t>
            </w:r>
          </w:p>
        </w:tc>
        <w:tc>
          <w:tcPr>
            <w:tcW w:w="2078" w:type="dxa"/>
            <w:vAlign w:val="center"/>
          </w:tcPr>
          <w:p w14:paraId="6CC894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(1.40, 1.71)</w:t>
            </w:r>
          </w:p>
        </w:tc>
        <w:tc>
          <w:tcPr>
            <w:tcW w:w="2078" w:type="dxa"/>
            <w:vAlign w:val="center"/>
          </w:tcPr>
          <w:p w14:paraId="65EEAE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77D657E8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624E7B2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Gender</w:t>
            </w:r>
          </w:p>
        </w:tc>
      </w:tr>
      <w:tr w:rsidR="00BF29BC" w14:paraId="1290D8E0" w14:textId="77777777">
        <w:trPr>
          <w:jc w:val="center"/>
        </w:trPr>
        <w:tc>
          <w:tcPr>
            <w:tcW w:w="2078" w:type="dxa"/>
            <w:vAlign w:val="center"/>
          </w:tcPr>
          <w:p w14:paraId="74F764F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Female</w:t>
            </w:r>
          </w:p>
        </w:tc>
        <w:tc>
          <w:tcPr>
            <w:tcW w:w="2078" w:type="dxa"/>
            <w:vAlign w:val="center"/>
          </w:tcPr>
          <w:p w14:paraId="51E8C04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6925435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594B7B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557FAC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B3BCF2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087BE0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59047771" w14:textId="77777777">
        <w:trPr>
          <w:jc w:val="center"/>
        </w:trPr>
        <w:tc>
          <w:tcPr>
            <w:tcW w:w="2078" w:type="dxa"/>
            <w:vAlign w:val="center"/>
          </w:tcPr>
          <w:p w14:paraId="59DCB8C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Male</w:t>
            </w:r>
          </w:p>
        </w:tc>
        <w:tc>
          <w:tcPr>
            <w:tcW w:w="2078" w:type="dxa"/>
            <w:vAlign w:val="center"/>
          </w:tcPr>
          <w:p w14:paraId="03AA8FD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0.88</w:t>
            </w:r>
          </w:p>
        </w:tc>
        <w:tc>
          <w:tcPr>
            <w:tcW w:w="2078" w:type="dxa"/>
            <w:vAlign w:val="center"/>
          </w:tcPr>
          <w:p w14:paraId="415D6F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(0.82, 0.94)</w:t>
            </w:r>
          </w:p>
        </w:tc>
        <w:tc>
          <w:tcPr>
            <w:tcW w:w="2078" w:type="dxa"/>
            <w:vAlign w:val="center"/>
          </w:tcPr>
          <w:p w14:paraId="389C50E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5FD8C4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0.82</w:t>
            </w:r>
          </w:p>
        </w:tc>
        <w:tc>
          <w:tcPr>
            <w:tcW w:w="2078" w:type="dxa"/>
            <w:vAlign w:val="center"/>
          </w:tcPr>
          <w:p w14:paraId="1A00C5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(0.76, 0.89)</w:t>
            </w:r>
          </w:p>
        </w:tc>
        <w:tc>
          <w:tcPr>
            <w:tcW w:w="2078" w:type="dxa"/>
            <w:vAlign w:val="center"/>
          </w:tcPr>
          <w:p w14:paraId="2AB411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5CC5C8A5" w14:textId="77777777">
        <w:trPr>
          <w:jc w:val="center"/>
        </w:trPr>
        <w:tc>
          <w:tcPr>
            <w:tcW w:w="2078" w:type="dxa"/>
            <w:vAlign w:val="center"/>
          </w:tcPr>
          <w:p w14:paraId="1B67007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Non-binary</w:t>
            </w:r>
          </w:p>
        </w:tc>
        <w:tc>
          <w:tcPr>
            <w:tcW w:w="2078" w:type="dxa"/>
            <w:vAlign w:val="center"/>
          </w:tcPr>
          <w:p w14:paraId="5988D97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1.51</w:t>
            </w:r>
          </w:p>
        </w:tc>
        <w:tc>
          <w:tcPr>
            <w:tcW w:w="2078" w:type="dxa"/>
            <w:vAlign w:val="center"/>
          </w:tcPr>
          <w:p w14:paraId="720AE7E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(1.06, 2.15)</w:t>
            </w:r>
          </w:p>
        </w:tc>
        <w:tc>
          <w:tcPr>
            <w:tcW w:w="2078" w:type="dxa"/>
            <w:vAlign w:val="center"/>
          </w:tcPr>
          <w:p w14:paraId="277005B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0.024</w:t>
            </w:r>
          </w:p>
        </w:tc>
        <w:tc>
          <w:tcPr>
            <w:tcW w:w="2078" w:type="dxa"/>
            <w:vAlign w:val="center"/>
          </w:tcPr>
          <w:p w14:paraId="0F9884D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0.82</w:t>
            </w:r>
          </w:p>
        </w:tc>
        <w:tc>
          <w:tcPr>
            <w:tcW w:w="2078" w:type="dxa"/>
            <w:vAlign w:val="center"/>
          </w:tcPr>
          <w:p w14:paraId="692DF96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(0.56, 1.22)</w:t>
            </w:r>
          </w:p>
        </w:tc>
        <w:tc>
          <w:tcPr>
            <w:tcW w:w="2078" w:type="dxa"/>
            <w:vAlign w:val="center"/>
          </w:tcPr>
          <w:p w14:paraId="23C522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0.327</w:t>
            </w:r>
          </w:p>
        </w:tc>
      </w:tr>
      <w:tr w:rsidR="00BF29BC" w14:paraId="451C0E0C" w14:textId="77777777">
        <w:trPr>
          <w:jc w:val="center"/>
        </w:trPr>
        <w:tc>
          <w:tcPr>
            <w:tcW w:w="2078" w:type="dxa"/>
            <w:vAlign w:val="center"/>
          </w:tcPr>
          <w:p w14:paraId="2AAF4C1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Other/Prefer not to say</w:t>
            </w:r>
          </w:p>
        </w:tc>
        <w:tc>
          <w:tcPr>
            <w:tcW w:w="2078" w:type="dxa"/>
            <w:vAlign w:val="center"/>
          </w:tcPr>
          <w:p w14:paraId="2207DD2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0.67</w:t>
            </w:r>
          </w:p>
        </w:tc>
        <w:tc>
          <w:tcPr>
            <w:tcW w:w="2078" w:type="dxa"/>
            <w:vAlign w:val="center"/>
          </w:tcPr>
          <w:p w14:paraId="22BB51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(0.56, 0.81)</w:t>
            </w:r>
          </w:p>
        </w:tc>
        <w:tc>
          <w:tcPr>
            <w:tcW w:w="2078" w:type="dxa"/>
            <w:vAlign w:val="center"/>
          </w:tcPr>
          <w:p w14:paraId="0721F2B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C68FB6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0.68</w:t>
            </w:r>
          </w:p>
        </w:tc>
        <w:tc>
          <w:tcPr>
            <w:tcW w:w="2078" w:type="dxa"/>
            <w:vAlign w:val="center"/>
          </w:tcPr>
          <w:p w14:paraId="228226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(0.55, 0.84)</w:t>
            </w:r>
          </w:p>
        </w:tc>
        <w:tc>
          <w:tcPr>
            <w:tcW w:w="2078" w:type="dxa"/>
            <w:vAlign w:val="center"/>
          </w:tcPr>
          <w:p w14:paraId="761600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9F164FA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6053CD2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Ethnicity</w:t>
            </w:r>
          </w:p>
        </w:tc>
      </w:tr>
      <w:tr w:rsidR="00BF29BC" w14:paraId="2E3B0506" w14:textId="77777777">
        <w:trPr>
          <w:jc w:val="center"/>
        </w:trPr>
        <w:tc>
          <w:tcPr>
            <w:tcW w:w="2078" w:type="dxa"/>
            <w:vAlign w:val="center"/>
          </w:tcPr>
          <w:p w14:paraId="0CBB733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White</w:t>
            </w:r>
          </w:p>
        </w:tc>
        <w:tc>
          <w:tcPr>
            <w:tcW w:w="2078" w:type="dxa"/>
            <w:vAlign w:val="center"/>
          </w:tcPr>
          <w:p w14:paraId="0E3F8E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7479AB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107B51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FBA7C2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203903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63D06C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521AC53C" w14:textId="77777777">
        <w:trPr>
          <w:jc w:val="center"/>
        </w:trPr>
        <w:tc>
          <w:tcPr>
            <w:tcW w:w="2078" w:type="dxa"/>
            <w:vAlign w:val="center"/>
          </w:tcPr>
          <w:p w14:paraId="293C782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Asian*</w:t>
            </w:r>
          </w:p>
        </w:tc>
        <w:tc>
          <w:tcPr>
            <w:tcW w:w="2078" w:type="dxa"/>
            <w:vAlign w:val="center"/>
          </w:tcPr>
          <w:p w14:paraId="0FD9E96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2.27</w:t>
            </w:r>
          </w:p>
        </w:tc>
        <w:tc>
          <w:tcPr>
            <w:tcW w:w="2078" w:type="dxa"/>
            <w:vAlign w:val="center"/>
          </w:tcPr>
          <w:p w14:paraId="35DCC7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(1.95, 2.64)</w:t>
            </w:r>
          </w:p>
        </w:tc>
        <w:tc>
          <w:tcPr>
            <w:tcW w:w="2078" w:type="dxa"/>
            <w:vAlign w:val="center"/>
          </w:tcPr>
          <w:p w14:paraId="71CEF56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BA868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2.23</w:t>
            </w:r>
          </w:p>
        </w:tc>
        <w:tc>
          <w:tcPr>
            <w:tcW w:w="2078" w:type="dxa"/>
            <w:vAlign w:val="center"/>
          </w:tcPr>
          <w:p w14:paraId="76B51D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(1.90, 2.62)</w:t>
            </w:r>
          </w:p>
        </w:tc>
        <w:tc>
          <w:tcPr>
            <w:tcW w:w="2078" w:type="dxa"/>
            <w:vAlign w:val="center"/>
          </w:tcPr>
          <w:p w14:paraId="1D43EE5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4D90A904" w14:textId="77777777">
        <w:trPr>
          <w:jc w:val="center"/>
        </w:trPr>
        <w:tc>
          <w:tcPr>
            <w:tcW w:w="2078" w:type="dxa"/>
            <w:vAlign w:val="center"/>
          </w:tcPr>
          <w:p w14:paraId="680D7BE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Black†</w:t>
            </w:r>
          </w:p>
        </w:tc>
        <w:tc>
          <w:tcPr>
            <w:tcW w:w="2078" w:type="dxa"/>
            <w:vAlign w:val="center"/>
          </w:tcPr>
          <w:p w14:paraId="6856C5A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2.75</w:t>
            </w:r>
          </w:p>
        </w:tc>
        <w:tc>
          <w:tcPr>
            <w:tcW w:w="2078" w:type="dxa"/>
            <w:vAlign w:val="center"/>
          </w:tcPr>
          <w:p w14:paraId="63E959C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(2.22, 3.40)</w:t>
            </w:r>
          </w:p>
        </w:tc>
        <w:tc>
          <w:tcPr>
            <w:tcW w:w="2078" w:type="dxa"/>
            <w:vAlign w:val="center"/>
          </w:tcPr>
          <w:p w14:paraId="0A2522E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DB886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2.91</w:t>
            </w:r>
          </w:p>
        </w:tc>
        <w:tc>
          <w:tcPr>
            <w:tcW w:w="2078" w:type="dxa"/>
            <w:vAlign w:val="center"/>
          </w:tcPr>
          <w:p w14:paraId="3B10B2D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(2.32, 3.64)</w:t>
            </w:r>
          </w:p>
        </w:tc>
        <w:tc>
          <w:tcPr>
            <w:tcW w:w="2078" w:type="dxa"/>
            <w:vAlign w:val="center"/>
          </w:tcPr>
          <w:p w14:paraId="0AAA97D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272112C" w14:textId="77777777">
        <w:trPr>
          <w:jc w:val="center"/>
        </w:trPr>
        <w:tc>
          <w:tcPr>
            <w:tcW w:w="2078" w:type="dxa"/>
            <w:vAlign w:val="center"/>
          </w:tcPr>
          <w:p w14:paraId="41B0CCFA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Mixed</w:t>
            </w:r>
          </w:p>
        </w:tc>
        <w:tc>
          <w:tcPr>
            <w:tcW w:w="2078" w:type="dxa"/>
            <w:vAlign w:val="center"/>
          </w:tcPr>
          <w:p w14:paraId="36B47A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1.67</w:t>
            </w:r>
          </w:p>
        </w:tc>
        <w:tc>
          <w:tcPr>
            <w:tcW w:w="2078" w:type="dxa"/>
            <w:vAlign w:val="center"/>
          </w:tcPr>
          <w:p w14:paraId="44CA49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(1.37, 2.03)</w:t>
            </w:r>
          </w:p>
        </w:tc>
        <w:tc>
          <w:tcPr>
            <w:tcW w:w="2078" w:type="dxa"/>
            <w:vAlign w:val="center"/>
          </w:tcPr>
          <w:p w14:paraId="1F69BE7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6BC08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1.38</w:t>
            </w:r>
          </w:p>
        </w:tc>
        <w:tc>
          <w:tcPr>
            <w:tcW w:w="2078" w:type="dxa"/>
            <w:vAlign w:val="center"/>
          </w:tcPr>
          <w:p w14:paraId="6693CF9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(1.13, 1.70)</w:t>
            </w:r>
          </w:p>
        </w:tc>
        <w:tc>
          <w:tcPr>
            <w:tcW w:w="2078" w:type="dxa"/>
            <w:vAlign w:val="center"/>
          </w:tcPr>
          <w:p w14:paraId="4F8EC03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</w:tr>
      <w:tr w:rsidR="00BF29BC" w14:paraId="50AFA603" w14:textId="77777777">
        <w:trPr>
          <w:jc w:val="center"/>
        </w:trPr>
        <w:tc>
          <w:tcPr>
            <w:tcW w:w="2078" w:type="dxa"/>
            <w:vAlign w:val="center"/>
          </w:tcPr>
          <w:p w14:paraId="5D09881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51B7DD8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1.69</w:t>
            </w:r>
          </w:p>
        </w:tc>
        <w:tc>
          <w:tcPr>
            <w:tcW w:w="2078" w:type="dxa"/>
            <w:vAlign w:val="center"/>
          </w:tcPr>
          <w:p w14:paraId="15B9B2A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(1.26, 2.26)</w:t>
            </w:r>
          </w:p>
        </w:tc>
        <w:tc>
          <w:tcPr>
            <w:tcW w:w="2078" w:type="dxa"/>
            <w:vAlign w:val="center"/>
          </w:tcPr>
          <w:p w14:paraId="1008404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796F52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1.62</w:t>
            </w:r>
          </w:p>
        </w:tc>
        <w:tc>
          <w:tcPr>
            <w:tcW w:w="2078" w:type="dxa"/>
            <w:vAlign w:val="center"/>
          </w:tcPr>
          <w:p w14:paraId="6547C1B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(1.19, 2.20)</w:t>
            </w:r>
          </w:p>
        </w:tc>
        <w:tc>
          <w:tcPr>
            <w:tcW w:w="2078" w:type="dxa"/>
            <w:vAlign w:val="center"/>
          </w:tcPr>
          <w:p w14:paraId="0CDE8C0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</w:tr>
      <w:tr w:rsidR="00BF29BC" w14:paraId="4D4825A7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7D80B26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Education</w:t>
            </w:r>
          </w:p>
        </w:tc>
      </w:tr>
      <w:tr w:rsidR="00BF29BC" w14:paraId="0BDEF50D" w14:textId="77777777">
        <w:trPr>
          <w:jc w:val="center"/>
        </w:trPr>
        <w:tc>
          <w:tcPr>
            <w:tcW w:w="2078" w:type="dxa"/>
            <w:vAlign w:val="center"/>
          </w:tcPr>
          <w:p w14:paraId="63D95F97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 level/college</w:t>
            </w:r>
          </w:p>
        </w:tc>
        <w:tc>
          <w:tcPr>
            <w:tcW w:w="2078" w:type="dxa"/>
            <w:vAlign w:val="center"/>
          </w:tcPr>
          <w:p w14:paraId="253521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0256496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34A494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3E9513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8DD1B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57F33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000CA85D" w14:textId="77777777">
        <w:trPr>
          <w:jc w:val="center"/>
        </w:trPr>
        <w:tc>
          <w:tcPr>
            <w:tcW w:w="2078" w:type="dxa"/>
            <w:vAlign w:val="center"/>
          </w:tcPr>
          <w:p w14:paraId="036BA76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Secondary school/high school</w:t>
            </w:r>
          </w:p>
        </w:tc>
        <w:tc>
          <w:tcPr>
            <w:tcW w:w="2078" w:type="dxa"/>
            <w:vAlign w:val="center"/>
          </w:tcPr>
          <w:p w14:paraId="5402C0C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0.80</w:t>
            </w:r>
          </w:p>
        </w:tc>
        <w:tc>
          <w:tcPr>
            <w:tcW w:w="2078" w:type="dxa"/>
            <w:vAlign w:val="center"/>
          </w:tcPr>
          <w:p w14:paraId="08ABB89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(0.72, 0.88)</w:t>
            </w:r>
          </w:p>
        </w:tc>
        <w:tc>
          <w:tcPr>
            <w:tcW w:w="2078" w:type="dxa"/>
            <w:vAlign w:val="center"/>
          </w:tcPr>
          <w:p w14:paraId="3ED5483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73FDA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0.93</w:t>
            </w:r>
          </w:p>
        </w:tc>
        <w:tc>
          <w:tcPr>
            <w:tcW w:w="2078" w:type="dxa"/>
            <w:vAlign w:val="center"/>
          </w:tcPr>
          <w:p w14:paraId="07ABFBF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(0.83, 1.04)</w:t>
            </w:r>
          </w:p>
        </w:tc>
        <w:tc>
          <w:tcPr>
            <w:tcW w:w="2078" w:type="dxa"/>
            <w:vAlign w:val="center"/>
          </w:tcPr>
          <w:p w14:paraId="6BED0CB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0.201</w:t>
            </w:r>
          </w:p>
        </w:tc>
      </w:tr>
      <w:tr w:rsidR="00BF29BC" w14:paraId="69C9EE6F" w14:textId="77777777">
        <w:trPr>
          <w:jc w:val="center"/>
        </w:trPr>
        <w:tc>
          <w:tcPr>
            <w:tcW w:w="2078" w:type="dxa"/>
            <w:vAlign w:val="center"/>
          </w:tcPr>
          <w:p w14:paraId="00A3A4F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University degree or higher</w:t>
            </w:r>
          </w:p>
        </w:tc>
        <w:tc>
          <w:tcPr>
            <w:tcW w:w="2078" w:type="dxa"/>
            <w:vAlign w:val="center"/>
          </w:tcPr>
          <w:p w14:paraId="20FC85E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1.19</w:t>
            </w:r>
          </w:p>
        </w:tc>
        <w:tc>
          <w:tcPr>
            <w:tcW w:w="2078" w:type="dxa"/>
            <w:vAlign w:val="center"/>
          </w:tcPr>
          <w:p w14:paraId="12A8CA5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(1.09, 1.28)</w:t>
            </w:r>
          </w:p>
        </w:tc>
        <w:tc>
          <w:tcPr>
            <w:tcW w:w="2078" w:type="dxa"/>
            <w:vAlign w:val="center"/>
          </w:tcPr>
          <w:p w14:paraId="706675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5B8AEE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1.10</w:t>
            </w:r>
          </w:p>
        </w:tc>
        <w:tc>
          <w:tcPr>
            <w:tcW w:w="2078" w:type="dxa"/>
            <w:vAlign w:val="center"/>
          </w:tcPr>
          <w:p w14:paraId="391A9B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(1.01, 1.20)</w:t>
            </w:r>
          </w:p>
        </w:tc>
        <w:tc>
          <w:tcPr>
            <w:tcW w:w="2078" w:type="dxa"/>
            <w:vAlign w:val="center"/>
          </w:tcPr>
          <w:p w14:paraId="4CD6DC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0.022</w:t>
            </w:r>
          </w:p>
        </w:tc>
      </w:tr>
      <w:tr w:rsidR="00BF29BC" w14:paraId="0D7B4F86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02CCFFB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Sexuality</w:t>
            </w:r>
          </w:p>
        </w:tc>
      </w:tr>
      <w:tr w:rsidR="00BF29BC" w14:paraId="119184A8" w14:textId="77777777">
        <w:trPr>
          <w:jc w:val="center"/>
        </w:trPr>
        <w:tc>
          <w:tcPr>
            <w:tcW w:w="2078" w:type="dxa"/>
            <w:vAlign w:val="center"/>
          </w:tcPr>
          <w:p w14:paraId="4EA6901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Heterosexual</w:t>
            </w:r>
          </w:p>
        </w:tc>
        <w:tc>
          <w:tcPr>
            <w:tcW w:w="2078" w:type="dxa"/>
            <w:vAlign w:val="center"/>
          </w:tcPr>
          <w:p w14:paraId="66F1921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C7FA7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83948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89AD88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27728A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702D368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0471B4C" w14:textId="77777777">
        <w:trPr>
          <w:jc w:val="center"/>
        </w:trPr>
        <w:tc>
          <w:tcPr>
            <w:tcW w:w="2078" w:type="dxa"/>
            <w:vAlign w:val="center"/>
          </w:tcPr>
          <w:p w14:paraId="169AC99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Bisexual</w:t>
            </w:r>
          </w:p>
        </w:tc>
        <w:tc>
          <w:tcPr>
            <w:tcW w:w="2078" w:type="dxa"/>
            <w:vAlign w:val="center"/>
          </w:tcPr>
          <w:p w14:paraId="4B33A3C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2.66</w:t>
            </w:r>
          </w:p>
        </w:tc>
        <w:tc>
          <w:tcPr>
            <w:tcW w:w="2078" w:type="dxa"/>
            <w:vAlign w:val="center"/>
          </w:tcPr>
          <w:p w14:paraId="171EFCE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(2.28, 3.10)</w:t>
            </w:r>
          </w:p>
        </w:tc>
        <w:tc>
          <w:tcPr>
            <w:tcW w:w="2078" w:type="dxa"/>
            <w:vAlign w:val="center"/>
          </w:tcPr>
          <w:p w14:paraId="1AD934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19C146F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2.06</w:t>
            </w:r>
          </w:p>
        </w:tc>
        <w:tc>
          <w:tcPr>
            <w:tcW w:w="2078" w:type="dxa"/>
            <w:vAlign w:val="center"/>
          </w:tcPr>
          <w:p w14:paraId="26CC010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(1.75, 2.41)</w:t>
            </w:r>
          </w:p>
        </w:tc>
        <w:tc>
          <w:tcPr>
            <w:tcW w:w="2078" w:type="dxa"/>
            <w:vAlign w:val="center"/>
          </w:tcPr>
          <w:p w14:paraId="7B4FD26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52934E5" w14:textId="77777777">
        <w:trPr>
          <w:jc w:val="center"/>
        </w:trPr>
        <w:tc>
          <w:tcPr>
            <w:tcW w:w="2078" w:type="dxa"/>
            <w:vAlign w:val="center"/>
          </w:tcPr>
          <w:p w14:paraId="02EF0BB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Homosexual</w:t>
            </w:r>
          </w:p>
        </w:tc>
        <w:tc>
          <w:tcPr>
            <w:tcW w:w="2078" w:type="dxa"/>
            <w:vAlign w:val="center"/>
          </w:tcPr>
          <w:p w14:paraId="27A0AA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4.14</w:t>
            </w:r>
          </w:p>
        </w:tc>
        <w:tc>
          <w:tcPr>
            <w:tcW w:w="2078" w:type="dxa"/>
            <w:vAlign w:val="center"/>
          </w:tcPr>
          <w:p w14:paraId="59C317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(3.51, 4.89)</w:t>
            </w:r>
          </w:p>
        </w:tc>
        <w:tc>
          <w:tcPr>
            <w:tcW w:w="2078" w:type="dxa"/>
            <w:vAlign w:val="center"/>
          </w:tcPr>
          <w:p w14:paraId="2C6046D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0489CC3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3.89</w:t>
            </w:r>
          </w:p>
        </w:tc>
        <w:tc>
          <w:tcPr>
            <w:tcW w:w="2078" w:type="dxa"/>
            <w:vAlign w:val="center"/>
          </w:tcPr>
          <w:p w14:paraId="356B4ED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(3.27, 4.64)</w:t>
            </w:r>
          </w:p>
        </w:tc>
        <w:tc>
          <w:tcPr>
            <w:tcW w:w="2078" w:type="dxa"/>
            <w:vAlign w:val="center"/>
          </w:tcPr>
          <w:p w14:paraId="70BC5C2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3FE0C20" w14:textId="77777777">
        <w:trPr>
          <w:jc w:val="center"/>
        </w:trPr>
        <w:tc>
          <w:tcPr>
            <w:tcW w:w="2078" w:type="dxa"/>
            <w:vAlign w:val="center"/>
          </w:tcPr>
          <w:p w14:paraId="18DEE32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39BC035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1.05</w:t>
            </w:r>
          </w:p>
        </w:tc>
        <w:tc>
          <w:tcPr>
            <w:tcW w:w="2078" w:type="dxa"/>
            <w:vAlign w:val="center"/>
          </w:tcPr>
          <w:p w14:paraId="7CD9DE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(0.80, 1.36)</w:t>
            </w:r>
          </w:p>
        </w:tc>
        <w:tc>
          <w:tcPr>
            <w:tcW w:w="2078" w:type="dxa"/>
            <w:vAlign w:val="center"/>
          </w:tcPr>
          <w:p w14:paraId="4D2F2FE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0.738</w:t>
            </w:r>
          </w:p>
        </w:tc>
        <w:tc>
          <w:tcPr>
            <w:tcW w:w="2078" w:type="dxa"/>
            <w:vAlign w:val="center"/>
          </w:tcPr>
          <w:p w14:paraId="264ECE0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0.95</w:t>
            </w:r>
          </w:p>
        </w:tc>
        <w:tc>
          <w:tcPr>
            <w:tcW w:w="2078" w:type="dxa"/>
            <w:vAlign w:val="center"/>
          </w:tcPr>
          <w:p w14:paraId="384198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(0.72, 1.27)</w:t>
            </w:r>
          </w:p>
        </w:tc>
        <w:tc>
          <w:tcPr>
            <w:tcW w:w="2078" w:type="dxa"/>
            <w:vAlign w:val="center"/>
          </w:tcPr>
          <w:p w14:paraId="477A258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0.739</w:t>
            </w:r>
          </w:p>
        </w:tc>
      </w:tr>
      <w:tr w:rsidR="00BF29BC" w14:paraId="25F6FA2A" w14:textId="77777777">
        <w:trPr>
          <w:jc w:val="center"/>
        </w:trPr>
        <w:tc>
          <w:tcPr>
            <w:tcW w:w="2078" w:type="dxa"/>
            <w:vAlign w:val="center"/>
          </w:tcPr>
          <w:p w14:paraId="3423F2E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Pansexual</w:t>
            </w:r>
          </w:p>
        </w:tc>
        <w:tc>
          <w:tcPr>
            <w:tcW w:w="2078" w:type="dxa"/>
            <w:vAlign w:val="center"/>
          </w:tcPr>
          <w:p w14:paraId="622B5CF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4.30</w:t>
            </w:r>
          </w:p>
        </w:tc>
        <w:tc>
          <w:tcPr>
            <w:tcW w:w="2078" w:type="dxa"/>
            <w:vAlign w:val="center"/>
          </w:tcPr>
          <w:p w14:paraId="349B4F8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(2.92, 6.34)</w:t>
            </w:r>
          </w:p>
        </w:tc>
        <w:tc>
          <w:tcPr>
            <w:tcW w:w="2078" w:type="dxa"/>
            <w:vAlign w:val="center"/>
          </w:tcPr>
          <w:p w14:paraId="454673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ACD2C4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3.45</w:t>
            </w:r>
          </w:p>
        </w:tc>
        <w:tc>
          <w:tcPr>
            <w:tcW w:w="2078" w:type="dxa"/>
            <w:vAlign w:val="center"/>
          </w:tcPr>
          <w:p w14:paraId="6C28005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(2.31, 5.17)</w:t>
            </w:r>
          </w:p>
        </w:tc>
        <w:tc>
          <w:tcPr>
            <w:tcW w:w="2078" w:type="dxa"/>
            <w:vAlign w:val="center"/>
          </w:tcPr>
          <w:p w14:paraId="55A13EE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5982F523" w14:textId="77777777">
        <w:trPr>
          <w:jc w:val="center"/>
        </w:trPr>
        <w:tc>
          <w:tcPr>
            <w:tcW w:w="2078" w:type="dxa"/>
            <w:vAlign w:val="center"/>
          </w:tcPr>
          <w:p w14:paraId="0EE7D35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Prefer not to say</w:t>
            </w:r>
          </w:p>
        </w:tc>
        <w:tc>
          <w:tcPr>
            <w:tcW w:w="2078" w:type="dxa"/>
            <w:vAlign w:val="center"/>
          </w:tcPr>
          <w:p w14:paraId="6EA4297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1.37</w:t>
            </w:r>
          </w:p>
        </w:tc>
        <w:tc>
          <w:tcPr>
            <w:tcW w:w="2078" w:type="dxa"/>
            <w:vAlign w:val="center"/>
          </w:tcPr>
          <w:p w14:paraId="2AD6B6A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(1.10, 1.71)</w:t>
            </w:r>
          </w:p>
        </w:tc>
        <w:tc>
          <w:tcPr>
            <w:tcW w:w="2078" w:type="dxa"/>
            <w:vAlign w:val="center"/>
          </w:tcPr>
          <w:p w14:paraId="0A2A265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0.006</w:t>
            </w:r>
          </w:p>
        </w:tc>
        <w:tc>
          <w:tcPr>
            <w:tcW w:w="2078" w:type="dxa"/>
            <w:vAlign w:val="center"/>
          </w:tcPr>
          <w:p w14:paraId="0E0ECE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1.23</w:t>
            </w:r>
          </w:p>
        </w:tc>
        <w:tc>
          <w:tcPr>
            <w:tcW w:w="2078" w:type="dxa"/>
            <w:vAlign w:val="center"/>
          </w:tcPr>
          <w:p w14:paraId="690568C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(0.96, 1.58)</w:t>
            </w:r>
          </w:p>
        </w:tc>
        <w:tc>
          <w:tcPr>
            <w:tcW w:w="2078" w:type="dxa"/>
            <w:vAlign w:val="center"/>
          </w:tcPr>
          <w:p w14:paraId="0F91700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0.099</w:t>
            </w:r>
          </w:p>
        </w:tc>
      </w:tr>
      <w:tr w:rsidR="00BF29BC" w14:paraId="615FD51C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1003159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Relationship status</w:t>
            </w:r>
          </w:p>
        </w:tc>
      </w:tr>
      <w:tr w:rsidR="00BF29BC" w14:paraId="4BE6C9D1" w14:textId="77777777">
        <w:trPr>
          <w:jc w:val="center"/>
        </w:trPr>
        <w:tc>
          <w:tcPr>
            <w:tcW w:w="2078" w:type="dxa"/>
            <w:vAlign w:val="center"/>
          </w:tcPr>
          <w:p w14:paraId="347F872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In a relationship</w:t>
            </w:r>
          </w:p>
        </w:tc>
        <w:tc>
          <w:tcPr>
            <w:tcW w:w="2078" w:type="dxa"/>
            <w:vAlign w:val="center"/>
          </w:tcPr>
          <w:p w14:paraId="1B7110A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B97B71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6570B6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45E1EE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9D54B2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6B0137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4D617323" w14:textId="77777777">
        <w:trPr>
          <w:jc w:val="center"/>
        </w:trPr>
        <w:tc>
          <w:tcPr>
            <w:tcW w:w="2078" w:type="dxa"/>
            <w:vAlign w:val="center"/>
          </w:tcPr>
          <w:p w14:paraId="6FD922C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Married / partnered</w:t>
            </w:r>
          </w:p>
        </w:tc>
        <w:tc>
          <w:tcPr>
            <w:tcW w:w="2078" w:type="dxa"/>
            <w:vAlign w:val="center"/>
          </w:tcPr>
          <w:p w14:paraId="7817190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0.49</w:t>
            </w:r>
          </w:p>
        </w:tc>
        <w:tc>
          <w:tcPr>
            <w:tcW w:w="2078" w:type="dxa"/>
            <w:vAlign w:val="center"/>
          </w:tcPr>
          <w:p w14:paraId="2929314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(0.44, 0.53)</w:t>
            </w:r>
          </w:p>
        </w:tc>
        <w:tc>
          <w:tcPr>
            <w:tcW w:w="2078" w:type="dxa"/>
            <w:vAlign w:val="center"/>
          </w:tcPr>
          <w:p w14:paraId="2C54997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48FF27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0.62</w:t>
            </w:r>
          </w:p>
        </w:tc>
        <w:tc>
          <w:tcPr>
            <w:tcW w:w="2078" w:type="dxa"/>
            <w:vAlign w:val="center"/>
          </w:tcPr>
          <w:p w14:paraId="6155E50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(0.56, 0.68)</w:t>
            </w:r>
          </w:p>
        </w:tc>
        <w:tc>
          <w:tcPr>
            <w:tcW w:w="2078" w:type="dxa"/>
            <w:vAlign w:val="center"/>
          </w:tcPr>
          <w:p w14:paraId="3740D61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F209552" w14:textId="77777777">
        <w:trPr>
          <w:jc w:val="center"/>
        </w:trPr>
        <w:tc>
          <w:tcPr>
            <w:tcW w:w="2078" w:type="dxa"/>
            <w:vAlign w:val="center"/>
          </w:tcPr>
          <w:p w14:paraId="2E8AF68F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2421948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0.52</w:t>
            </w:r>
          </w:p>
        </w:tc>
        <w:tc>
          <w:tcPr>
            <w:tcW w:w="2078" w:type="dxa"/>
            <w:vAlign w:val="center"/>
          </w:tcPr>
          <w:p w14:paraId="374CE5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(0.42, 0.64)</w:t>
            </w:r>
          </w:p>
        </w:tc>
        <w:tc>
          <w:tcPr>
            <w:tcW w:w="2078" w:type="dxa"/>
            <w:vAlign w:val="center"/>
          </w:tcPr>
          <w:p w14:paraId="1C18B7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7B4939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0.72</w:t>
            </w:r>
          </w:p>
        </w:tc>
        <w:tc>
          <w:tcPr>
            <w:tcW w:w="2078" w:type="dxa"/>
            <w:vAlign w:val="center"/>
          </w:tcPr>
          <w:p w14:paraId="433F6FB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(0.57, 0.91)</w:t>
            </w:r>
          </w:p>
        </w:tc>
        <w:tc>
          <w:tcPr>
            <w:tcW w:w="2078" w:type="dxa"/>
            <w:vAlign w:val="center"/>
          </w:tcPr>
          <w:p w14:paraId="73AEAC9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0.005</w:t>
            </w:r>
          </w:p>
        </w:tc>
      </w:tr>
      <w:tr w:rsidR="00BF29BC" w14:paraId="33656C73" w14:textId="77777777">
        <w:trPr>
          <w:jc w:val="center"/>
        </w:trPr>
        <w:tc>
          <w:tcPr>
            <w:tcW w:w="2078" w:type="dxa"/>
            <w:vAlign w:val="center"/>
          </w:tcPr>
          <w:p w14:paraId="700D2A8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Single</w:t>
            </w:r>
          </w:p>
        </w:tc>
        <w:tc>
          <w:tcPr>
            <w:tcW w:w="2078" w:type="dxa"/>
            <w:vAlign w:val="center"/>
          </w:tcPr>
          <w:p w14:paraId="4426532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1.05</w:t>
            </w:r>
          </w:p>
        </w:tc>
        <w:tc>
          <w:tcPr>
            <w:tcW w:w="2078" w:type="dxa"/>
            <w:vAlign w:val="center"/>
          </w:tcPr>
          <w:p w14:paraId="0D515A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(0.95, 1.17)</w:t>
            </w:r>
          </w:p>
        </w:tc>
        <w:tc>
          <w:tcPr>
            <w:tcW w:w="2078" w:type="dxa"/>
            <w:vAlign w:val="center"/>
          </w:tcPr>
          <w:p w14:paraId="050354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0.345</w:t>
            </w:r>
          </w:p>
        </w:tc>
        <w:tc>
          <w:tcPr>
            <w:tcW w:w="2078" w:type="dxa"/>
            <w:vAlign w:val="center"/>
          </w:tcPr>
          <w:p w14:paraId="6BC158B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1.09</w:t>
            </w:r>
          </w:p>
        </w:tc>
        <w:tc>
          <w:tcPr>
            <w:tcW w:w="2078" w:type="dxa"/>
            <w:vAlign w:val="center"/>
          </w:tcPr>
          <w:p w14:paraId="7375C69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(0.97, 1.22)</w:t>
            </w:r>
          </w:p>
        </w:tc>
        <w:tc>
          <w:tcPr>
            <w:tcW w:w="2078" w:type="dxa"/>
            <w:vAlign w:val="center"/>
          </w:tcPr>
          <w:p w14:paraId="085156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0.137</w:t>
            </w:r>
          </w:p>
        </w:tc>
      </w:tr>
    </w:tbl>
    <w:p w14:paraId="54FE43E7" w14:textId="77777777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sz w:val="15"/>
        </w:rPr>
        <w:t>Univariable model Ns by predictor: Age=14,413; Gender=14,498; Ethnicity=14,443; Education=14,484; Sexuality=14,495; Relationship status=14,478. Multivariable complete-case N=14,199. *Includes Asian British or Asian Welsh; † includes Black British, Black Welsh, Caribbean or African.</w:t>
      </w:r>
    </w:p>
    <w:p w14:paraId="70EA5C66" w14:textId="77777777" w:rsidR="002764FB" w:rsidRDefault="002764FB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397FE3BD" w14:textId="13BDBC38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b/>
        </w:rPr>
        <w:lastRenderedPageBreak/>
        <w:t>Supplementary Table 5. Participant characteristics and their association with support for obtaining PrEP from a local pharmacy (univariable and multivariable)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:rsidR="00BF29BC" w14:paraId="270A9846" w14:textId="77777777" w:rsidTr="002764FB">
        <w:trPr>
          <w:jc w:val="center"/>
        </w:trPr>
        <w:tc>
          <w:tcPr>
            <w:tcW w:w="2078" w:type="dxa"/>
            <w:vAlign w:val="center"/>
          </w:tcPr>
          <w:p w14:paraId="7A5095EF" w14:textId="77777777" w:rsidR="00BF29BC" w:rsidRDefault="00BF29BC" w:rsidP="002764FB">
            <w:pPr>
              <w:contextualSpacing/>
            </w:pPr>
          </w:p>
        </w:tc>
        <w:tc>
          <w:tcPr>
            <w:tcW w:w="6234" w:type="dxa"/>
            <w:gridSpan w:val="3"/>
            <w:vAlign w:val="center"/>
          </w:tcPr>
          <w:p w14:paraId="0094EE9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Univariable</w:t>
            </w:r>
          </w:p>
        </w:tc>
        <w:tc>
          <w:tcPr>
            <w:tcW w:w="6234" w:type="dxa"/>
            <w:gridSpan w:val="3"/>
            <w:vAlign w:val="center"/>
          </w:tcPr>
          <w:p w14:paraId="6C918E3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Multivariable</w:t>
            </w:r>
          </w:p>
        </w:tc>
      </w:tr>
      <w:tr w:rsidR="00BF29BC" w14:paraId="70AF0921" w14:textId="77777777">
        <w:trPr>
          <w:tblHeader/>
          <w:jc w:val="center"/>
        </w:trPr>
        <w:tc>
          <w:tcPr>
            <w:tcW w:w="2078" w:type="dxa"/>
            <w:shd w:val="clear" w:color="auto" w:fill="EDEDED"/>
            <w:vAlign w:val="center"/>
          </w:tcPr>
          <w:p w14:paraId="5C8079D6" w14:textId="77777777" w:rsidR="00BF29BC" w:rsidRDefault="00BF29BC" w:rsidP="002764FB">
            <w:pPr>
              <w:contextualSpacing/>
            </w:pPr>
          </w:p>
        </w:tc>
        <w:tc>
          <w:tcPr>
            <w:tcW w:w="2078" w:type="dxa"/>
            <w:shd w:val="clear" w:color="auto" w:fill="EDEDED"/>
            <w:vAlign w:val="center"/>
          </w:tcPr>
          <w:p w14:paraId="47CF00B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6B5BAE5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373B55F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7A5D6D7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aOR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6D3E84A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95% CI</w:t>
            </w:r>
          </w:p>
        </w:tc>
        <w:tc>
          <w:tcPr>
            <w:tcW w:w="2078" w:type="dxa"/>
            <w:shd w:val="clear" w:color="auto" w:fill="EDEDED"/>
            <w:vAlign w:val="center"/>
          </w:tcPr>
          <w:p w14:paraId="127369D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b/>
                <w:sz w:val="14"/>
              </w:rPr>
              <w:t>p-value</w:t>
            </w:r>
          </w:p>
        </w:tc>
      </w:tr>
      <w:tr w:rsidR="00BF29BC" w14:paraId="05643B4B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05FE3C8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Age</w:t>
            </w:r>
          </w:p>
        </w:tc>
      </w:tr>
      <w:tr w:rsidR="00BF29BC" w14:paraId="733B5842" w14:textId="77777777">
        <w:trPr>
          <w:jc w:val="center"/>
        </w:trPr>
        <w:tc>
          <w:tcPr>
            <w:tcW w:w="2078" w:type="dxa"/>
            <w:vAlign w:val="center"/>
          </w:tcPr>
          <w:p w14:paraId="71436D9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≥65</w:t>
            </w:r>
          </w:p>
        </w:tc>
        <w:tc>
          <w:tcPr>
            <w:tcW w:w="2078" w:type="dxa"/>
            <w:vAlign w:val="center"/>
          </w:tcPr>
          <w:p w14:paraId="42CFD5F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3A4FCFF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2EA779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7FAF0E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0F8192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8EA654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37723CBF" w14:textId="77777777">
        <w:trPr>
          <w:jc w:val="center"/>
        </w:trPr>
        <w:tc>
          <w:tcPr>
            <w:tcW w:w="2078" w:type="dxa"/>
            <w:vAlign w:val="center"/>
          </w:tcPr>
          <w:p w14:paraId="46B5E08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&lt;25</w:t>
            </w:r>
          </w:p>
        </w:tc>
        <w:tc>
          <w:tcPr>
            <w:tcW w:w="2078" w:type="dxa"/>
            <w:vAlign w:val="center"/>
          </w:tcPr>
          <w:p w14:paraId="4A735AF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3.65</w:t>
            </w:r>
          </w:p>
        </w:tc>
        <w:tc>
          <w:tcPr>
            <w:tcW w:w="2078" w:type="dxa"/>
            <w:vAlign w:val="center"/>
          </w:tcPr>
          <w:p w14:paraId="4675408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(3.14, 4.24)</w:t>
            </w:r>
          </w:p>
        </w:tc>
        <w:tc>
          <w:tcPr>
            <w:tcW w:w="2078" w:type="dxa"/>
            <w:vAlign w:val="center"/>
          </w:tcPr>
          <w:p w14:paraId="1B390E2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76E0ADD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2.31</w:t>
            </w:r>
          </w:p>
        </w:tc>
        <w:tc>
          <w:tcPr>
            <w:tcW w:w="2078" w:type="dxa"/>
            <w:vAlign w:val="center"/>
          </w:tcPr>
          <w:p w14:paraId="247A938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(1.95, 2.73)</w:t>
            </w:r>
          </w:p>
        </w:tc>
        <w:tc>
          <w:tcPr>
            <w:tcW w:w="2078" w:type="dxa"/>
            <w:vAlign w:val="center"/>
          </w:tcPr>
          <w:p w14:paraId="0D7AB4A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37807264" w14:textId="77777777">
        <w:trPr>
          <w:jc w:val="center"/>
        </w:trPr>
        <w:tc>
          <w:tcPr>
            <w:tcW w:w="2078" w:type="dxa"/>
            <w:vAlign w:val="center"/>
          </w:tcPr>
          <w:p w14:paraId="3491347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25–44</w:t>
            </w:r>
          </w:p>
        </w:tc>
        <w:tc>
          <w:tcPr>
            <w:tcW w:w="2078" w:type="dxa"/>
            <w:vAlign w:val="center"/>
          </w:tcPr>
          <w:p w14:paraId="4195B0B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2.66</w:t>
            </w:r>
          </w:p>
        </w:tc>
        <w:tc>
          <w:tcPr>
            <w:tcW w:w="2078" w:type="dxa"/>
            <w:vAlign w:val="center"/>
          </w:tcPr>
          <w:p w14:paraId="26A911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(2.40, 2.94)</w:t>
            </w:r>
          </w:p>
        </w:tc>
        <w:tc>
          <w:tcPr>
            <w:tcW w:w="2078" w:type="dxa"/>
            <w:vAlign w:val="center"/>
          </w:tcPr>
          <w:p w14:paraId="3F20B8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54BB66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2.04</w:t>
            </w:r>
          </w:p>
        </w:tc>
        <w:tc>
          <w:tcPr>
            <w:tcW w:w="2078" w:type="dxa"/>
            <w:vAlign w:val="center"/>
          </w:tcPr>
          <w:p w14:paraId="24A118A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(1.83, 2.29)</w:t>
            </w:r>
          </w:p>
        </w:tc>
        <w:tc>
          <w:tcPr>
            <w:tcW w:w="2078" w:type="dxa"/>
            <w:vAlign w:val="center"/>
          </w:tcPr>
          <w:p w14:paraId="533BC84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73A29376" w14:textId="77777777">
        <w:trPr>
          <w:jc w:val="center"/>
        </w:trPr>
        <w:tc>
          <w:tcPr>
            <w:tcW w:w="2078" w:type="dxa"/>
            <w:vAlign w:val="center"/>
          </w:tcPr>
          <w:p w14:paraId="55B12B3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45–64</w:t>
            </w:r>
          </w:p>
        </w:tc>
        <w:tc>
          <w:tcPr>
            <w:tcW w:w="2078" w:type="dxa"/>
            <w:vAlign w:val="center"/>
          </w:tcPr>
          <w:p w14:paraId="08D2A78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1.70</w:t>
            </w:r>
          </w:p>
        </w:tc>
        <w:tc>
          <w:tcPr>
            <w:tcW w:w="2078" w:type="dxa"/>
            <w:vAlign w:val="center"/>
          </w:tcPr>
          <w:p w14:paraId="1470DC4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(1.53, 1.88)</w:t>
            </w:r>
          </w:p>
        </w:tc>
        <w:tc>
          <w:tcPr>
            <w:tcW w:w="2078" w:type="dxa"/>
            <w:vAlign w:val="center"/>
          </w:tcPr>
          <w:p w14:paraId="48BE5BA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9CF6F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1.53</w:t>
            </w:r>
          </w:p>
        </w:tc>
        <w:tc>
          <w:tcPr>
            <w:tcW w:w="2078" w:type="dxa"/>
            <w:vAlign w:val="center"/>
          </w:tcPr>
          <w:p w14:paraId="35F4C30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(1.38, 1.70)</w:t>
            </w:r>
          </w:p>
        </w:tc>
        <w:tc>
          <w:tcPr>
            <w:tcW w:w="2078" w:type="dxa"/>
            <w:vAlign w:val="center"/>
          </w:tcPr>
          <w:p w14:paraId="09EA113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0758CA3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3F00101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Gender</w:t>
            </w:r>
          </w:p>
        </w:tc>
      </w:tr>
      <w:tr w:rsidR="00BF29BC" w14:paraId="2954C7FE" w14:textId="77777777">
        <w:trPr>
          <w:jc w:val="center"/>
        </w:trPr>
        <w:tc>
          <w:tcPr>
            <w:tcW w:w="2078" w:type="dxa"/>
            <w:vAlign w:val="center"/>
          </w:tcPr>
          <w:p w14:paraId="38A0F3A0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Female</w:t>
            </w:r>
          </w:p>
        </w:tc>
        <w:tc>
          <w:tcPr>
            <w:tcW w:w="2078" w:type="dxa"/>
            <w:vAlign w:val="center"/>
          </w:tcPr>
          <w:p w14:paraId="11AF13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04909F8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B4556B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6E1D4FD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58C303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E226A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01AA8537" w14:textId="77777777">
        <w:trPr>
          <w:jc w:val="center"/>
        </w:trPr>
        <w:tc>
          <w:tcPr>
            <w:tcW w:w="2078" w:type="dxa"/>
            <w:vAlign w:val="center"/>
          </w:tcPr>
          <w:p w14:paraId="348921B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Male</w:t>
            </w:r>
          </w:p>
        </w:tc>
        <w:tc>
          <w:tcPr>
            <w:tcW w:w="2078" w:type="dxa"/>
            <w:vAlign w:val="center"/>
          </w:tcPr>
          <w:p w14:paraId="0BDEECB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1.03</w:t>
            </w:r>
          </w:p>
        </w:tc>
        <w:tc>
          <w:tcPr>
            <w:tcW w:w="2078" w:type="dxa"/>
            <w:vAlign w:val="center"/>
          </w:tcPr>
          <w:p w14:paraId="022B87F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(0.97, 1.11)</w:t>
            </w:r>
          </w:p>
        </w:tc>
        <w:tc>
          <w:tcPr>
            <w:tcW w:w="2078" w:type="dxa"/>
            <w:vAlign w:val="center"/>
          </w:tcPr>
          <w:p w14:paraId="5B0BC8A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0.338</w:t>
            </w:r>
          </w:p>
        </w:tc>
        <w:tc>
          <w:tcPr>
            <w:tcW w:w="2078" w:type="dxa"/>
            <w:vAlign w:val="center"/>
          </w:tcPr>
          <w:p w14:paraId="6E1D71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1.01</w:t>
            </w:r>
          </w:p>
        </w:tc>
        <w:tc>
          <w:tcPr>
            <w:tcW w:w="2078" w:type="dxa"/>
            <w:vAlign w:val="center"/>
          </w:tcPr>
          <w:p w14:paraId="7AA3D3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(0.94, 1.09)</w:t>
            </w:r>
          </w:p>
        </w:tc>
        <w:tc>
          <w:tcPr>
            <w:tcW w:w="2078" w:type="dxa"/>
            <w:vAlign w:val="center"/>
          </w:tcPr>
          <w:p w14:paraId="79E5D8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0.719</w:t>
            </w:r>
          </w:p>
        </w:tc>
      </w:tr>
      <w:tr w:rsidR="00BF29BC" w14:paraId="615C1FD4" w14:textId="77777777">
        <w:trPr>
          <w:jc w:val="center"/>
        </w:trPr>
        <w:tc>
          <w:tcPr>
            <w:tcW w:w="2078" w:type="dxa"/>
            <w:vAlign w:val="center"/>
          </w:tcPr>
          <w:p w14:paraId="05C5343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Non-binary</w:t>
            </w:r>
          </w:p>
        </w:tc>
        <w:tc>
          <w:tcPr>
            <w:tcW w:w="2078" w:type="dxa"/>
            <w:vAlign w:val="center"/>
          </w:tcPr>
          <w:p w14:paraId="79712CB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2.20</w:t>
            </w:r>
          </w:p>
        </w:tc>
        <w:tc>
          <w:tcPr>
            <w:tcW w:w="2078" w:type="dxa"/>
            <w:vAlign w:val="center"/>
          </w:tcPr>
          <w:p w14:paraId="05CE9B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(1.55, 3.13)</w:t>
            </w:r>
          </w:p>
        </w:tc>
        <w:tc>
          <w:tcPr>
            <w:tcW w:w="2078" w:type="dxa"/>
            <w:vAlign w:val="center"/>
          </w:tcPr>
          <w:p w14:paraId="6230B3A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0168D6F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1.38</w:t>
            </w:r>
          </w:p>
        </w:tc>
        <w:tc>
          <w:tcPr>
            <w:tcW w:w="2078" w:type="dxa"/>
            <w:vAlign w:val="center"/>
          </w:tcPr>
          <w:p w14:paraId="2E0AF47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(0.95, 2.02)</w:t>
            </w:r>
          </w:p>
        </w:tc>
        <w:tc>
          <w:tcPr>
            <w:tcW w:w="2078" w:type="dxa"/>
            <w:vAlign w:val="center"/>
          </w:tcPr>
          <w:p w14:paraId="7551E2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0.093</w:t>
            </w:r>
          </w:p>
        </w:tc>
      </w:tr>
      <w:tr w:rsidR="00BF29BC" w14:paraId="3DA44F87" w14:textId="77777777">
        <w:trPr>
          <w:jc w:val="center"/>
        </w:trPr>
        <w:tc>
          <w:tcPr>
            <w:tcW w:w="2078" w:type="dxa"/>
            <w:vAlign w:val="center"/>
          </w:tcPr>
          <w:p w14:paraId="263DED6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Other/Prefer not to say</w:t>
            </w:r>
          </w:p>
        </w:tc>
        <w:tc>
          <w:tcPr>
            <w:tcW w:w="2078" w:type="dxa"/>
            <w:vAlign w:val="center"/>
          </w:tcPr>
          <w:p w14:paraId="30C90C5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0.56</w:t>
            </w:r>
          </w:p>
        </w:tc>
        <w:tc>
          <w:tcPr>
            <w:tcW w:w="2078" w:type="dxa"/>
            <w:vAlign w:val="center"/>
          </w:tcPr>
          <w:p w14:paraId="2BEA43F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(0.46, 0.68)</w:t>
            </w:r>
          </w:p>
        </w:tc>
        <w:tc>
          <w:tcPr>
            <w:tcW w:w="2078" w:type="dxa"/>
            <w:vAlign w:val="center"/>
          </w:tcPr>
          <w:p w14:paraId="553EFC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C5A5E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0.59</w:t>
            </w:r>
          </w:p>
        </w:tc>
        <w:tc>
          <w:tcPr>
            <w:tcW w:w="2078" w:type="dxa"/>
            <w:vAlign w:val="center"/>
          </w:tcPr>
          <w:p w14:paraId="61E1205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(0.48, 0.74)</w:t>
            </w:r>
          </w:p>
        </w:tc>
        <w:tc>
          <w:tcPr>
            <w:tcW w:w="2078" w:type="dxa"/>
            <w:vAlign w:val="center"/>
          </w:tcPr>
          <w:p w14:paraId="14A29E6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651A5D4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638BD40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Ethnicity</w:t>
            </w:r>
          </w:p>
        </w:tc>
      </w:tr>
      <w:tr w:rsidR="00BF29BC" w14:paraId="4B5A830B" w14:textId="77777777">
        <w:trPr>
          <w:jc w:val="center"/>
        </w:trPr>
        <w:tc>
          <w:tcPr>
            <w:tcW w:w="2078" w:type="dxa"/>
            <w:vAlign w:val="center"/>
          </w:tcPr>
          <w:p w14:paraId="0553599C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White</w:t>
            </w:r>
          </w:p>
        </w:tc>
        <w:tc>
          <w:tcPr>
            <w:tcW w:w="2078" w:type="dxa"/>
            <w:vAlign w:val="center"/>
          </w:tcPr>
          <w:p w14:paraId="69A173D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1E6B5F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AE0501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A6CC65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A01BE7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FF594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0D22720B" w14:textId="77777777">
        <w:trPr>
          <w:jc w:val="center"/>
        </w:trPr>
        <w:tc>
          <w:tcPr>
            <w:tcW w:w="2078" w:type="dxa"/>
            <w:vAlign w:val="center"/>
          </w:tcPr>
          <w:p w14:paraId="6A621F86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Asian*</w:t>
            </w:r>
          </w:p>
        </w:tc>
        <w:tc>
          <w:tcPr>
            <w:tcW w:w="2078" w:type="dxa"/>
            <w:vAlign w:val="center"/>
          </w:tcPr>
          <w:p w14:paraId="5160526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1.39</w:t>
            </w:r>
          </w:p>
        </w:tc>
        <w:tc>
          <w:tcPr>
            <w:tcW w:w="2078" w:type="dxa"/>
            <w:vAlign w:val="center"/>
          </w:tcPr>
          <w:p w14:paraId="774674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(1.22, 1.58)</w:t>
            </w:r>
          </w:p>
        </w:tc>
        <w:tc>
          <w:tcPr>
            <w:tcW w:w="2078" w:type="dxa"/>
            <w:vAlign w:val="center"/>
          </w:tcPr>
          <w:p w14:paraId="64E5354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83AA43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1.23</w:t>
            </w:r>
          </w:p>
        </w:tc>
        <w:tc>
          <w:tcPr>
            <w:tcW w:w="2078" w:type="dxa"/>
            <w:vAlign w:val="center"/>
          </w:tcPr>
          <w:p w14:paraId="0CBA924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(1.07, 1.42)</w:t>
            </w:r>
          </w:p>
        </w:tc>
        <w:tc>
          <w:tcPr>
            <w:tcW w:w="2078" w:type="dxa"/>
            <w:vAlign w:val="center"/>
          </w:tcPr>
          <w:p w14:paraId="6C8A350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0.003</w:t>
            </w:r>
          </w:p>
        </w:tc>
      </w:tr>
      <w:tr w:rsidR="00BF29BC" w14:paraId="31968AE0" w14:textId="77777777">
        <w:trPr>
          <w:jc w:val="center"/>
        </w:trPr>
        <w:tc>
          <w:tcPr>
            <w:tcW w:w="2078" w:type="dxa"/>
            <w:vAlign w:val="center"/>
          </w:tcPr>
          <w:p w14:paraId="7D7DD18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Black†</w:t>
            </w:r>
          </w:p>
        </w:tc>
        <w:tc>
          <w:tcPr>
            <w:tcW w:w="2078" w:type="dxa"/>
            <w:vAlign w:val="center"/>
          </w:tcPr>
          <w:p w14:paraId="5EDD32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1.33</w:t>
            </w:r>
          </w:p>
        </w:tc>
        <w:tc>
          <w:tcPr>
            <w:tcW w:w="2078" w:type="dxa"/>
            <w:vAlign w:val="center"/>
          </w:tcPr>
          <w:p w14:paraId="66E01F5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(1.12, 1.59)</w:t>
            </w:r>
          </w:p>
        </w:tc>
        <w:tc>
          <w:tcPr>
            <w:tcW w:w="2078" w:type="dxa"/>
            <w:vAlign w:val="center"/>
          </w:tcPr>
          <w:p w14:paraId="3F1E7B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0.001</w:t>
            </w:r>
          </w:p>
        </w:tc>
        <w:tc>
          <w:tcPr>
            <w:tcW w:w="2078" w:type="dxa"/>
            <w:vAlign w:val="center"/>
          </w:tcPr>
          <w:p w14:paraId="0F64BCD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1.41</w:t>
            </w:r>
          </w:p>
        </w:tc>
        <w:tc>
          <w:tcPr>
            <w:tcW w:w="2078" w:type="dxa"/>
            <w:vAlign w:val="center"/>
          </w:tcPr>
          <w:p w14:paraId="26ADEA7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(1.17, 1.69)</w:t>
            </w:r>
          </w:p>
        </w:tc>
        <w:tc>
          <w:tcPr>
            <w:tcW w:w="2078" w:type="dxa"/>
            <w:vAlign w:val="center"/>
          </w:tcPr>
          <w:p w14:paraId="79078C1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AF6D981" w14:textId="77777777">
        <w:trPr>
          <w:jc w:val="center"/>
        </w:trPr>
        <w:tc>
          <w:tcPr>
            <w:tcW w:w="2078" w:type="dxa"/>
            <w:vAlign w:val="center"/>
          </w:tcPr>
          <w:p w14:paraId="775A8D8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Mixed</w:t>
            </w:r>
          </w:p>
        </w:tc>
        <w:tc>
          <w:tcPr>
            <w:tcW w:w="2078" w:type="dxa"/>
            <w:vAlign w:val="center"/>
          </w:tcPr>
          <w:p w14:paraId="67F3C82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1.31</w:t>
            </w:r>
          </w:p>
        </w:tc>
        <w:tc>
          <w:tcPr>
            <w:tcW w:w="2078" w:type="dxa"/>
            <w:vAlign w:val="center"/>
          </w:tcPr>
          <w:p w14:paraId="0E51AFA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(1.09, 1.57)</w:t>
            </w:r>
          </w:p>
        </w:tc>
        <w:tc>
          <w:tcPr>
            <w:tcW w:w="2078" w:type="dxa"/>
            <w:vAlign w:val="center"/>
          </w:tcPr>
          <w:p w14:paraId="6ECB36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0.004</w:t>
            </w:r>
          </w:p>
        </w:tc>
        <w:tc>
          <w:tcPr>
            <w:tcW w:w="2078" w:type="dxa"/>
            <w:vAlign w:val="center"/>
          </w:tcPr>
          <w:p w14:paraId="04F6171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1.11</w:t>
            </w:r>
          </w:p>
        </w:tc>
        <w:tc>
          <w:tcPr>
            <w:tcW w:w="2078" w:type="dxa"/>
            <w:vAlign w:val="center"/>
          </w:tcPr>
          <w:p w14:paraId="6FE0209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(0.92, 1.34)</w:t>
            </w:r>
          </w:p>
        </w:tc>
        <w:tc>
          <w:tcPr>
            <w:tcW w:w="2078" w:type="dxa"/>
            <w:vAlign w:val="center"/>
          </w:tcPr>
          <w:p w14:paraId="0450631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0.283</w:t>
            </w:r>
          </w:p>
        </w:tc>
      </w:tr>
      <w:tr w:rsidR="00BF29BC" w14:paraId="7DEFE54F" w14:textId="77777777">
        <w:trPr>
          <w:jc w:val="center"/>
        </w:trPr>
        <w:tc>
          <w:tcPr>
            <w:tcW w:w="2078" w:type="dxa"/>
            <w:vAlign w:val="center"/>
          </w:tcPr>
          <w:p w14:paraId="0B02E369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08DAF9C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1.29</w:t>
            </w:r>
          </w:p>
        </w:tc>
        <w:tc>
          <w:tcPr>
            <w:tcW w:w="2078" w:type="dxa"/>
            <w:vAlign w:val="center"/>
          </w:tcPr>
          <w:p w14:paraId="53AE125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(0.98, 1.69)</w:t>
            </w:r>
          </w:p>
        </w:tc>
        <w:tc>
          <w:tcPr>
            <w:tcW w:w="2078" w:type="dxa"/>
            <w:vAlign w:val="center"/>
          </w:tcPr>
          <w:p w14:paraId="5801E6B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0.068</w:t>
            </w:r>
          </w:p>
        </w:tc>
        <w:tc>
          <w:tcPr>
            <w:tcW w:w="2078" w:type="dxa"/>
            <w:vAlign w:val="center"/>
          </w:tcPr>
          <w:p w14:paraId="5BFD289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1.23</w:t>
            </w:r>
          </w:p>
        </w:tc>
        <w:tc>
          <w:tcPr>
            <w:tcW w:w="2078" w:type="dxa"/>
            <w:vAlign w:val="center"/>
          </w:tcPr>
          <w:p w14:paraId="1A0BED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(0.92, 1.65)</w:t>
            </w:r>
          </w:p>
        </w:tc>
        <w:tc>
          <w:tcPr>
            <w:tcW w:w="2078" w:type="dxa"/>
            <w:vAlign w:val="center"/>
          </w:tcPr>
          <w:p w14:paraId="56B5224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0.159</w:t>
            </w:r>
          </w:p>
        </w:tc>
      </w:tr>
      <w:tr w:rsidR="00BF29BC" w14:paraId="7D78C2A9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773D15C3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Education</w:t>
            </w:r>
          </w:p>
        </w:tc>
      </w:tr>
      <w:tr w:rsidR="00BF29BC" w14:paraId="06C48980" w14:textId="77777777">
        <w:trPr>
          <w:jc w:val="center"/>
        </w:trPr>
        <w:tc>
          <w:tcPr>
            <w:tcW w:w="2078" w:type="dxa"/>
            <w:vAlign w:val="center"/>
          </w:tcPr>
          <w:p w14:paraId="1CD0D218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A level/college</w:t>
            </w:r>
          </w:p>
        </w:tc>
        <w:tc>
          <w:tcPr>
            <w:tcW w:w="2078" w:type="dxa"/>
            <w:vAlign w:val="center"/>
          </w:tcPr>
          <w:p w14:paraId="1218B0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83AA05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C24FDA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122381F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73D2D6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103B85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74FEB84F" w14:textId="77777777">
        <w:trPr>
          <w:jc w:val="center"/>
        </w:trPr>
        <w:tc>
          <w:tcPr>
            <w:tcW w:w="2078" w:type="dxa"/>
            <w:vAlign w:val="center"/>
          </w:tcPr>
          <w:p w14:paraId="3CDBB271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Secondary school/high school</w:t>
            </w:r>
          </w:p>
        </w:tc>
        <w:tc>
          <w:tcPr>
            <w:tcW w:w="2078" w:type="dxa"/>
            <w:vAlign w:val="center"/>
          </w:tcPr>
          <w:p w14:paraId="53596E3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0.91</w:t>
            </w:r>
          </w:p>
        </w:tc>
        <w:tc>
          <w:tcPr>
            <w:tcW w:w="2078" w:type="dxa"/>
            <w:vAlign w:val="center"/>
          </w:tcPr>
          <w:p w14:paraId="28E5BE9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(0.82, 1.01)</w:t>
            </w:r>
          </w:p>
        </w:tc>
        <w:tc>
          <w:tcPr>
            <w:tcW w:w="2078" w:type="dxa"/>
            <w:vAlign w:val="center"/>
          </w:tcPr>
          <w:p w14:paraId="10CEABA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0.085</w:t>
            </w:r>
          </w:p>
        </w:tc>
        <w:tc>
          <w:tcPr>
            <w:tcW w:w="2078" w:type="dxa"/>
            <w:vAlign w:val="center"/>
          </w:tcPr>
          <w:p w14:paraId="639C3A5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1.10</w:t>
            </w:r>
          </w:p>
        </w:tc>
        <w:tc>
          <w:tcPr>
            <w:tcW w:w="2078" w:type="dxa"/>
            <w:vAlign w:val="center"/>
          </w:tcPr>
          <w:p w14:paraId="7B766A6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(0.98, 1.23)</w:t>
            </w:r>
          </w:p>
        </w:tc>
        <w:tc>
          <w:tcPr>
            <w:tcW w:w="2078" w:type="dxa"/>
            <w:vAlign w:val="center"/>
          </w:tcPr>
          <w:p w14:paraId="08DBD81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0.103</w:t>
            </w:r>
          </w:p>
        </w:tc>
      </w:tr>
      <w:tr w:rsidR="00BF29BC" w14:paraId="393A242D" w14:textId="77777777">
        <w:trPr>
          <w:jc w:val="center"/>
        </w:trPr>
        <w:tc>
          <w:tcPr>
            <w:tcW w:w="2078" w:type="dxa"/>
            <w:vAlign w:val="center"/>
          </w:tcPr>
          <w:p w14:paraId="6AF19E7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University degree or higher</w:t>
            </w:r>
          </w:p>
        </w:tc>
        <w:tc>
          <w:tcPr>
            <w:tcW w:w="2078" w:type="dxa"/>
            <w:vAlign w:val="center"/>
          </w:tcPr>
          <w:p w14:paraId="525A21E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1.24</w:t>
            </w:r>
          </w:p>
        </w:tc>
        <w:tc>
          <w:tcPr>
            <w:tcW w:w="2078" w:type="dxa"/>
            <w:vAlign w:val="center"/>
          </w:tcPr>
          <w:p w14:paraId="66D3D54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(1.14, 1.34)</w:t>
            </w:r>
          </w:p>
        </w:tc>
        <w:tc>
          <w:tcPr>
            <w:tcW w:w="2078" w:type="dxa"/>
            <w:vAlign w:val="center"/>
          </w:tcPr>
          <w:p w14:paraId="67A961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81136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1.19</w:t>
            </w:r>
          </w:p>
        </w:tc>
        <w:tc>
          <w:tcPr>
            <w:tcW w:w="2078" w:type="dxa"/>
            <w:vAlign w:val="center"/>
          </w:tcPr>
          <w:p w14:paraId="775F988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(1.10, 1.30)</w:t>
            </w:r>
          </w:p>
        </w:tc>
        <w:tc>
          <w:tcPr>
            <w:tcW w:w="2078" w:type="dxa"/>
            <w:vAlign w:val="center"/>
          </w:tcPr>
          <w:p w14:paraId="296C425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2750E2C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068AB60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Sexuality</w:t>
            </w:r>
          </w:p>
        </w:tc>
      </w:tr>
      <w:tr w:rsidR="00BF29BC" w14:paraId="499A8A64" w14:textId="77777777">
        <w:trPr>
          <w:jc w:val="center"/>
        </w:trPr>
        <w:tc>
          <w:tcPr>
            <w:tcW w:w="2078" w:type="dxa"/>
            <w:vAlign w:val="center"/>
          </w:tcPr>
          <w:p w14:paraId="2FAD5E3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Heterosexual</w:t>
            </w:r>
          </w:p>
        </w:tc>
        <w:tc>
          <w:tcPr>
            <w:tcW w:w="2078" w:type="dxa"/>
            <w:vAlign w:val="center"/>
          </w:tcPr>
          <w:p w14:paraId="290523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4520673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724DA3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2BD32D2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5F789A4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30C326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36037867" w14:textId="77777777">
        <w:trPr>
          <w:jc w:val="center"/>
        </w:trPr>
        <w:tc>
          <w:tcPr>
            <w:tcW w:w="2078" w:type="dxa"/>
            <w:vAlign w:val="center"/>
          </w:tcPr>
          <w:p w14:paraId="48BC065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Bisexual</w:t>
            </w:r>
          </w:p>
        </w:tc>
        <w:tc>
          <w:tcPr>
            <w:tcW w:w="2078" w:type="dxa"/>
            <w:vAlign w:val="center"/>
          </w:tcPr>
          <w:p w14:paraId="704BA2D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3.06</w:t>
            </w:r>
          </w:p>
        </w:tc>
        <w:tc>
          <w:tcPr>
            <w:tcW w:w="2078" w:type="dxa"/>
            <w:vAlign w:val="center"/>
          </w:tcPr>
          <w:p w14:paraId="20B352F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(2.65, 3.54)</w:t>
            </w:r>
          </w:p>
        </w:tc>
        <w:tc>
          <w:tcPr>
            <w:tcW w:w="2078" w:type="dxa"/>
            <w:vAlign w:val="center"/>
          </w:tcPr>
          <w:p w14:paraId="1A82E2C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A42378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2.40</w:t>
            </w:r>
          </w:p>
        </w:tc>
        <w:tc>
          <w:tcPr>
            <w:tcW w:w="2078" w:type="dxa"/>
            <w:vAlign w:val="center"/>
          </w:tcPr>
          <w:p w14:paraId="4959AE2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(2.06, 2.79)</w:t>
            </w:r>
          </w:p>
        </w:tc>
        <w:tc>
          <w:tcPr>
            <w:tcW w:w="2078" w:type="dxa"/>
            <w:vAlign w:val="center"/>
          </w:tcPr>
          <w:p w14:paraId="107A11A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600CA180" w14:textId="77777777">
        <w:trPr>
          <w:jc w:val="center"/>
        </w:trPr>
        <w:tc>
          <w:tcPr>
            <w:tcW w:w="2078" w:type="dxa"/>
            <w:vAlign w:val="center"/>
          </w:tcPr>
          <w:p w14:paraId="3E2EC742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Homosexual</w:t>
            </w:r>
          </w:p>
        </w:tc>
        <w:tc>
          <w:tcPr>
            <w:tcW w:w="2078" w:type="dxa"/>
            <w:vAlign w:val="center"/>
          </w:tcPr>
          <w:p w14:paraId="239EFF8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3.66</w:t>
            </w:r>
          </w:p>
        </w:tc>
        <w:tc>
          <w:tcPr>
            <w:tcW w:w="2078" w:type="dxa"/>
            <w:vAlign w:val="center"/>
          </w:tcPr>
          <w:p w14:paraId="25BD9BA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(3.18, 4.22)</w:t>
            </w:r>
          </w:p>
        </w:tc>
        <w:tc>
          <w:tcPr>
            <w:tcW w:w="2078" w:type="dxa"/>
            <w:vAlign w:val="center"/>
          </w:tcPr>
          <w:p w14:paraId="76087B8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3E77D68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3.17</w:t>
            </w:r>
          </w:p>
        </w:tc>
        <w:tc>
          <w:tcPr>
            <w:tcW w:w="2078" w:type="dxa"/>
            <w:vAlign w:val="center"/>
          </w:tcPr>
          <w:p w14:paraId="166E46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(2.73, 3.69)</w:t>
            </w:r>
          </w:p>
        </w:tc>
        <w:tc>
          <w:tcPr>
            <w:tcW w:w="2078" w:type="dxa"/>
            <w:vAlign w:val="center"/>
          </w:tcPr>
          <w:p w14:paraId="1F96321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00BF00E4" w14:textId="77777777">
        <w:trPr>
          <w:jc w:val="center"/>
        </w:trPr>
        <w:tc>
          <w:tcPr>
            <w:tcW w:w="2078" w:type="dxa"/>
            <w:vAlign w:val="center"/>
          </w:tcPr>
          <w:p w14:paraId="5F9CA31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172958F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1.11</w:t>
            </w:r>
          </w:p>
        </w:tc>
        <w:tc>
          <w:tcPr>
            <w:tcW w:w="2078" w:type="dxa"/>
            <w:vAlign w:val="center"/>
          </w:tcPr>
          <w:p w14:paraId="2845AFC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(0.85, 1.45)</w:t>
            </w:r>
          </w:p>
        </w:tc>
        <w:tc>
          <w:tcPr>
            <w:tcW w:w="2078" w:type="dxa"/>
            <w:vAlign w:val="center"/>
          </w:tcPr>
          <w:p w14:paraId="14752EC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0.425</w:t>
            </w:r>
          </w:p>
        </w:tc>
        <w:tc>
          <w:tcPr>
            <w:tcW w:w="2078" w:type="dxa"/>
            <w:vAlign w:val="center"/>
          </w:tcPr>
          <w:p w14:paraId="6E91293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1.01</w:t>
            </w:r>
          </w:p>
        </w:tc>
        <w:tc>
          <w:tcPr>
            <w:tcW w:w="2078" w:type="dxa"/>
            <w:vAlign w:val="center"/>
          </w:tcPr>
          <w:p w14:paraId="51E70C6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(0.76, 1.35)</w:t>
            </w:r>
          </w:p>
        </w:tc>
        <w:tc>
          <w:tcPr>
            <w:tcW w:w="2078" w:type="dxa"/>
            <w:vAlign w:val="center"/>
          </w:tcPr>
          <w:p w14:paraId="27D3BB2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0.921</w:t>
            </w:r>
          </w:p>
        </w:tc>
      </w:tr>
      <w:tr w:rsidR="00BF29BC" w14:paraId="33BE6D69" w14:textId="77777777">
        <w:trPr>
          <w:jc w:val="center"/>
        </w:trPr>
        <w:tc>
          <w:tcPr>
            <w:tcW w:w="2078" w:type="dxa"/>
            <w:vAlign w:val="center"/>
          </w:tcPr>
          <w:p w14:paraId="3A91CFC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Pansexual</w:t>
            </w:r>
          </w:p>
        </w:tc>
        <w:tc>
          <w:tcPr>
            <w:tcW w:w="2078" w:type="dxa"/>
            <w:vAlign w:val="center"/>
          </w:tcPr>
          <w:p w14:paraId="06DC811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2.68</w:t>
            </w:r>
          </w:p>
        </w:tc>
        <w:tc>
          <w:tcPr>
            <w:tcW w:w="2078" w:type="dxa"/>
            <w:vAlign w:val="center"/>
          </w:tcPr>
          <w:p w14:paraId="54517ACA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(1.99, 3.61)</w:t>
            </w:r>
          </w:p>
        </w:tc>
        <w:tc>
          <w:tcPr>
            <w:tcW w:w="2078" w:type="dxa"/>
            <w:vAlign w:val="center"/>
          </w:tcPr>
          <w:p w14:paraId="54E0880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44CE421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2.00</w:t>
            </w:r>
          </w:p>
        </w:tc>
        <w:tc>
          <w:tcPr>
            <w:tcW w:w="2078" w:type="dxa"/>
            <w:vAlign w:val="center"/>
          </w:tcPr>
          <w:p w14:paraId="37C9466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(1.47, 2.73)</w:t>
            </w:r>
          </w:p>
        </w:tc>
        <w:tc>
          <w:tcPr>
            <w:tcW w:w="2078" w:type="dxa"/>
            <w:vAlign w:val="center"/>
          </w:tcPr>
          <w:p w14:paraId="3F9E375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6772E094" w14:textId="77777777">
        <w:trPr>
          <w:jc w:val="center"/>
        </w:trPr>
        <w:tc>
          <w:tcPr>
            <w:tcW w:w="2078" w:type="dxa"/>
            <w:vAlign w:val="center"/>
          </w:tcPr>
          <w:p w14:paraId="2B781655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Prefer not to say</w:t>
            </w:r>
          </w:p>
        </w:tc>
        <w:tc>
          <w:tcPr>
            <w:tcW w:w="2078" w:type="dxa"/>
            <w:vAlign w:val="center"/>
          </w:tcPr>
          <w:p w14:paraId="38FD95C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1.15</w:t>
            </w:r>
          </w:p>
        </w:tc>
        <w:tc>
          <w:tcPr>
            <w:tcW w:w="2078" w:type="dxa"/>
            <w:vAlign w:val="center"/>
          </w:tcPr>
          <w:p w14:paraId="736766B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(0.93, 1.43)</w:t>
            </w:r>
          </w:p>
        </w:tc>
        <w:tc>
          <w:tcPr>
            <w:tcW w:w="2078" w:type="dxa"/>
            <w:vAlign w:val="center"/>
          </w:tcPr>
          <w:p w14:paraId="60DBF3C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0.205</w:t>
            </w:r>
          </w:p>
        </w:tc>
        <w:tc>
          <w:tcPr>
            <w:tcW w:w="2078" w:type="dxa"/>
            <w:vAlign w:val="center"/>
          </w:tcPr>
          <w:p w14:paraId="712546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1.22</w:t>
            </w:r>
          </w:p>
        </w:tc>
        <w:tc>
          <w:tcPr>
            <w:tcW w:w="2078" w:type="dxa"/>
            <w:vAlign w:val="center"/>
          </w:tcPr>
          <w:p w14:paraId="3DFF67F4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(0.96, 1.55)</w:t>
            </w:r>
          </w:p>
        </w:tc>
        <w:tc>
          <w:tcPr>
            <w:tcW w:w="2078" w:type="dxa"/>
            <w:vAlign w:val="center"/>
          </w:tcPr>
          <w:p w14:paraId="0A43D5E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0.101</w:t>
            </w:r>
          </w:p>
        </w:tc>
      </w:tr>
      <w:tr w:rsidR="00BF29BC" w14:paraId="54736038" w14:textId="77777777">
        <w:trPr>
          <w:jc w:val="center"/>
        </w:trPr>
        <w:tc>
          <w:tcPr>
            <w:tcW w:w="14546" w:type="dxa"/>
            <w:gridSpan w:val="7"/>
            <w:shd w:val="clear" w:color="auto" w:fill="EDEDED"/>
            <w:vAlign w:val="center"/>
          </w:tcPr>
          <w:p w14:paraId="3D1E74C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b/>
                <w:sz w:val="14"/>
              </w:rPr>
              <w:t>Relationship status</w:t>
            </w:r>
          </w:p>
        </w:tc>
      </w:tr>
      <w:tr w:rsidR="00BF29BC" w14:paraId="6580871B" w14:textId="77777777">
        <w:trPr>
          <w:jc w:val="center"/>
        </w:trPr>
        <w:tc>
          <w:tcPr>
            <w:tcW w:w="2078" w:type="dxa"/>
            <w:vAlign w:val="center"/>
          </w:tcPr>
          <w:p w14:paraId="693F2154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In a relationship</w:t>
            </w:r>
          </w:p>
        </w:tc>
        <w:tc>
          <w:tcPr>
            <w:tcW w:w="2078" w:type="dxa"/>
            <w:vAlign w:val="center"/>
          </w:tcPr>
          <w:p w14:paraId="35EE7D5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194A5230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533FB309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4DC43191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Ref.</w:t>
            </w:r>
          </w:p>
        </w:tc>
        <w:tc>
          <w:tcPr>
            <w:tcW w:w="2078" w:type="dxa"/>
            <w:vAlign w:val="center"/>
          </w:tcPr>
          <w:p w14:paraId="7AAE6495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  <w:tc>
          <w:tcPr>
            <w:tcW w:w="2078" w:type="dxa"/>
            <w:vAlign w:val="center"/>
          </w:tcPr>
          <w:p w14:paraId="0F55B15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-</w:t>
            </w:r>
          </w:p>
        </w:tc>
      </w:tr>
      <w:tr w:rsidR="00BF29BC" w14:paraId="56B29CF9" w14:textId="77777777">
        <w:trPr>
          <w:jc w:val="center"/>
        </w:trPr>
        <w:tc>
          <w:tcPr>
            <w:tcW w:w="2078" w:type="dxa"/>
            <w:vAlign w:val="center"/>
          </w:tcPr>
          <w:p w14:paraId="0ECBFB5E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Married / partnered</w:t>
            </w:r>
          </w:p>
        </w:tc>
        <w:tc>
          <w:tcPr>
            <w:tcW w:w="2078" w:type="dxa"/>
            <w:vAlign w:val="center"/>
          </w:tcPr>
          <w:p w14:paraId="4276EF7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0.59</w:t>
            </w:r>
          </w:p>
        </w:tc>
        <w:tc>
          <w:tcPr>
            <w:tcW w:w="2078" w:type="dxa"/>
            <w:vAlign w:val="center"/>
          </w:tcPr>
          <w:p w14:paraId="67CE339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(0.54, 0.64)</w:t>
            </w:r>
          </w:p>
        </w:tc>
        <w:tc>
          <w:tcPr>
            <w:tcW w:w="2078" w:type="dxa"/>
            <w:vAlign w:val="center"/>
          </w:tcPr>
          <w:p w14:paraId="6C9D6BD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6E3EDDFC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0.81</w:t>
            </w:r>
          </w:p>
        </w:tc>
        <w:tc>
          <w:tcPr>
            <w:tcW w:w="2078" w:type="dxa"/>
            <w:vAlign w:val="center"/>
          </w:tcPr>
          <w:p w14:paraId="7CD7064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(0.73, 0.89)</w:t>
            </w:r>
          </w:p>
        </w:tc>
        <w:tc>
          <w:tcPr>
            <w:tcW w:w="2078" w:type="dxa"/>
            <w:vAlign w:val="center"/>
          </w:tcPr>
          <w:p w14:paraId="6019BE9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</w:tr>
      <w:tr w:rsidR="00BF29BC" w14:paraId="1836E18A" w14:textId="77777777">
        <w:trPr>
          <w:jc w:val="center"/>
        </w:trPr>
        <w:tc>
          <w:tcPr>
            <w:tcW w:w="2078" w:type="dxa"/>
            <w:vAlign w:val="center"/>
          </w:tcPr>
          <w:p w14:paraId="1D3CD3AD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Other</w:t>
            </w:r>
          </w:p>
        </w:tc>
        <w:tc>
          <w:tcPr>
            <w:tcW w:w="2078" w:type="dxa"/>
            <w:vAlign w:val="center"/>
          </w:tcPr>
          <w:p w14:paraId="419157CF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0.54</w:t>
            </w:r>
          </w:p>
        </w:tc>
        <w:tc>
          <w:tcPr>
            <w:tcW w:w="2078" w:type="dxa"/>
            <w:vAlign w:val="center"/>
          </w:tcPr>
          <w:p w14:paraId="7FE2705E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(0.43, 0.66)</w:t>
            </w:r>
          </w:p>
        </w:tc>
        <w:tc>
          <w:tcPr>
            <w:tcW w:w="2078" w:type="dxa"/>
            <w:vAlign w:val="center"/>
          </w:tcPr>
          <w:p w14:paraId="2CFDD3F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w="2078" w:type="dxa"/>
            <w:vAlign w:val="center"/>
          </w:tcPr>
          <w:p w14:paraId="20BA64E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0.78</w:t>
            </w:r>
          </w:p>
        </w:tc>
        <w:tc>
          <w:tcPr>
            <w:tcW w:w="2078" w:type="dxa"/>
            <w:vAlign w:val="center"/>
          </w:tcPr>
          <w:p w14:paraId="29BDE38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(0.62, 0.98)</w:t>
            </w:r>
          </w:p>
        </w:tc>
        <w:tc>
          <w:tcPr>
            <w:tcW w:w="2078" w:type="dxa"/>
            <w:vAlign w:val="center"/>
          </w:tcPr>
          <w:p w14:paraId="74CDDA26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0.035</w:t>
            </w:r>
          </w:p>
        </w:tc>
      </w:tr>
      <w:tr w:rsidR="00BF29BC" w14:paraId="57AA3A5A" w14:textId="77777777">
        <w:trPr>
          <w:jc w:val="center"/>
        </w:trPr>
        <w:tc>
          <w:tcPr>
            <w:tcW w:w="2078" w:type="dxa"/>
            <w:vAlign w:val="center"/>
          </w:tcPr>
          <w:p w14:paraId="0C7716AB" w14:textId="77777777" w:rsidR="00BF29BC" w:rsidRDefault="006E2929" w:rsidP="002764FB">
            <w:pPr>
              <w:contextualSpacing/>
            </w:pPr>
            <w:r>
              <w:rPr>
                <w:rFonts w:ascii="Arial" w:hAnsi="Arial"/>
                <w:sz w:val="14"/>
              </w:rPr>
              <w:t>Single</w:t>
            </w:r>
          </w:p>
        </w:tc>
        <w:tc>
          <w:tcPr>
            <w:tcW w:w="2078" w:type="dxa"/>
            <w:vAlign w:val="center"/>
          </w:tcPr>
          <w:p w14:paraId="4FAD660D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1.05</w:t>
            </w:r>
          </w:p>
        </w:tc>
        <w:tc>
          <w:tcPr>
            <w:tcW w:w="2078" w:type="dxa"/>
            <w:vAlign w:val="center"/>
          </w:tcPr>
          <w:p w14:paraId="4A30E8F3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(0.96, 1.16)</w:t>
            </w:r>
          </w:p>
        </w:tc>
        <w:tc>
          <w:tcPr>
            <w:tcW w:w="2078" w:type="dxa"/>
            <w:vAlign w:val="center"/>
          </w:tcPr>
          <w:p w14:paraId="51657F27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0.296</w:t>
            </w:r>
          </w:p>
        </w:tc>
        <w:tc>
          <w:tcPr>
            <w:tcW w:w="2078" w:type="dxa"/>
            <w:vAlign w:val="center"/>
          </w:tcPr>
          <w:p w14:paraId="3DCBE2F2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1.14</w:t>
            </w:r>
          </w:p>
        </w:tc>
        <w:tc>
          <w:tcPr>
            <w:tcW w:w="2078" w:type="dxa"/>
            <w:vAlign w:val="center"/>
          </w:tcPr>
          <w:p w14:paraId="51CE2758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(1.03, 1.27)</w:t>
            </w:r>
          </w:p>
        </w:tc>
        <w:tc>
          <w:tcPr>
            <w:tcW w:w="2078" w:type="dxa"/>
            <w:vAlign w:val="center"/>
          </w:tcPr>
          <w:p w14:paraId="6CC8351B" w14:textId="77777777" w:rsidR="00BF29BC" w:rsidRDefault="006E2929" w:rsidP="002764FB">
            <w:pPr>
              <w:contextualSpacing/>
              <w:jc w:val="center"/>
            </w:pPr>
            <w:r>
              <w:rPr>
                <w:rFonts w:ascii="Arial" w:hAnsi="Arial"/>
                <w:sz w:val="14"/>
              </w:rPr>
              <w:t>0.011</w:t>
            </w:r>
          </w:p>
        </w:tc>
      </w:tr>
    </w:tbl>
    <w:p w14:paraId="388D7DF7" w14:textId="77777777" w:rsidR="00BF29BC" w:rsidRDefault="006E2929" w:rsidP="002764FB">
      <w:pPr>
        <w:spacing w:after="0" w:line="240" w:lineRule="auto"/>
        <w:contextualSpacing/>
      </w:pPr>
      <w:r>
        <w:rPr>
          <w:rFonts w:ascii="Arial" w:hAnsi="Arial"/>
          <w:sz w:val="15"/>
        </w:rPr>
        <w:t>Univariable model Ns by predictor: Age=14,100; Gender=14,179; Ethnicity=14,123; Education=14,167; Sexuality=14,176; Relationship status=14,155. Multivariable complete-case N=13,904. *Includes Asian British or Asian Welsh; † includes Black British, Black Welsh, Caribbean or African. Pharmacy support was coded as agree/strongly agree versus neither agree nor disagree/disagree/strongly disagree; missing responses were excluded.</w:t>
      </w:r>
    </w:p>
    <w:sectPr w:rsidR="00BF29B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5889E4" w14:textId="77777777" w:rsidR="006E2929" w:rsidRDefault="006E2929" w:rsidP="002764FB">
      <w:pPr>
        <w:spacing w:after="0" w:line="240" w:lineRule="auto"/>
      </w:pPr>
      <w:r>
        <w:separator/>
      </w:r>
    </w:p>
  </w:endnote>
  <w:endnote w:type="continuationSeparator" w:id="0">
    <w:p w14:paraId="2F528AA4" w14:textId="77777777" w:rsidR="006E2929" w:rsidRDefault="006E2929" w:rsidP="0027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52278181"/>
      <w:docPartObj>
        <w:docPartGallery w:val="Page Numbers (Bottom of Page)"/>
        <w:docPartUnique/>
      </w:docPartObj>
    </w:sdtPr>
    <w:sdtContent>
      <w:p w14:paraId="4B92756B" w14:textId="7D6367E0" w:rsidR="002764FB" w:rsidRDefault="002764FB" w:rsidP="00841B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353A94B" w14:textId="77777777" w:rsidR="002764FB" w:rsidRDefault="002764FB" w:rsidP="002764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68875229"/>
      <w:docPartObj>
        <w:docPartGallery w:val="Page Numbers (Bottom of Page)"/>
        <w:docPartUnique/>
      </w:docPartObj>
    </w:sdtPr>
    <w:sdtContent>
      <w:p w14:paraId="3D185742" w14:textId="340024E7" w:rsidR="002764FB" w:rsidRDefault="002764FB" w:rsidP="00841B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70A28A" w14:textId="77777777" w:rsidR="002764FB" w:rsidRDefault="002764FB" w:rsidP="002764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A7BF73" w14:textId="77777777" w:rsidR="006E2929" w:rsidRDefault="006E2929" w:rsidP="002764FB">
      <w:pPr>
        <w:spacing w:after="0" w:line="240" w:lineRule="auto"/>
      </w:pPr>
      <w:r>
        <w:separator/>
      </w:r>
    </w:p>
  </w:footnote>
  <w:footnote w:type="continuationSeparator" w:id="0">
    <w:p w14:paraId="094FE970" w14:textId="77777777" w:rsidR="006E2929" w:rsidRDefault="006E2929" w:rsidP="00276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4825806">
    <w:abstractNumId w:val="8"/>
  </w:num>
  <w:num w:numId="2" w16cid:durableId="1841507739">
    <w:abstractNumId w:val="6"/>
  </w:num>
  <w:num w:numId="3" w16cid:durableId="139075825">
    <w:abstractNumId w:val="5"/>
  </w:num>
  <w:num w:numId="4" w16cid:durableId="1917976734">
    <w:abstractNumId w:val="4"/>
  </w:num>
  <w:num w:numId="5" w16cid:durableId="1652054539">
    <w:abstractNumId w:val="7"/>
  </w:num>
  <w:num w:numId="6" w16cid:durableId="706838501">
    <w:abstractNumId w:val="3"/>
  </w:num>
  <w:num w:numId="7" w16cid:durableId="1473643552">
    <w:abstractNumId w:val="2"/>
  </w:num>
  <w:num w:numId="8" w16cid:durableId="1270510244">
    <w:abstractNumId w:val="1"/>
  </w:num>
  <w:num w:numId="9" w16cid:durableId="5762880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64FB"/>
    <w:rsid w:val="0029639D"/>
    <w:rsid w:val="00326F90"/>
    <w:rsid w:val="00542558"/>
    <w:rsid w:val="006E2929"/>
    <w:rsid w:val="00AA1D8D"/>
    <w:rsid w:val="00B47730"/>
    <w:rsid w:val="00BF29B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675008A-F92E-FA45-82DA-3C1E364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76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2</cp:revision>
  <dcterms:created xsi:type="dcterms:W3CDTF">2013-12-23T23:15:00Z</dcterms:created>
  <dcterms:modified xsi:type="dcterms:W3CDTF">2026-08-24T11:12:00Z</dcterms:modified>
  <cp:category/>
</cp:coreProperties>
</file>