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Additional file 1 — English translation of Form SV-1 (CVDRFS 2025)</w:t>
      </w:r>
    </w:p>
    <w:p>
      <w:pPr/>
      <w:r>
        <w:t>English translation of Form SV-1 (China Cardiovascular Disease and Risk Factor Surveillance Questionnaire), Part 4 of the national implementation protocol (version 4.0, trial version), National Center for Cardiovascular Diseases, 2024. Translated for the purpose of peer review.</w:t>
      </w:r>
    </w:p>
    <w:p>
      <w:pPr>
        <w:pStyle w:val="Heading2"/>
      </w:pPr>
      <w:r>
        <w:t>Form SV-1 — China Cardiovascular Disease and Risk Factor Surveillance Questionnaire</w:t>
      </w:r>
    </w:p>
    <w:p>
      <w:pPr/>
      <w:r>
        <w:t>National Center for Cardiovascular Diseases, Fuwai Hospital, Chinese Academy of Medical Sciences</w:t>
      </w:r>
    </w:p>
    <w:p>
      <w:pPr/>
      <w:r>
        <w:t>October 2024, Beijing</w:t>
      </w:r>
    </w:p>
    <w:p>
      <w:pPr>
        <w:pStyle w:val="Heading2"/>
      </w:pPr>
      <w:r>
        <w:t>Informed Consent Form</w:t>
      </w:r>
    </w:p>
    <w:p>
      <w:pPr/>
      <w:r>
        <w:t>Dear Sir/Madam:</w:t>
      </w:r>
    </w:p>
    <w:p>
      <w:pPr/>
      <w:r>
        <w:t>Commissioned by the National Health Commission (NHC), the National Center for Cardiovascular Diseases has organised relevant national departments to conduct the "China Cardiovascular Disease and Risk Factor Surveillance" in China. This work is carried out by means of an epidemiological survey and is implemented by __________. We sincerely invite you to participate. Before you decide whether to participate, please read the following carefully:</w:t>
      </w:r>
    </w:p>
    <w:p>
      <w:pPr/>
      <w:r>
        <w:t>1. Background and purpose of the project</w:t>
      </w:r>
    </w:p>
    <w:p>
      <w:pPr/>
      <w:r>
        <w:t>Background: In order to implement the requirements of the "Healthy China Action (2019–2030)" and the "Medium- and Long-term Plan for the Prevention and Treatment of Chronic Diseases in China (2017–2025)", establish and improve the information-management system for chronic disease and nutrition surveillance in China, and improve the chronic disease and nutrition surveillance system, the NHC formulated the "Work Programme for the Surveillance of Chronic Diseases and Nutrition among Chinese Residents (Trial)" (referred to as the "Work Programme"). In 2023, the "Healthy China Action — Implementation Plan for the Prevention and Treatment of Cardiovascular and Cerebrovascular Diseases (2023–2030)" was issued.</w:t>
      </w:r>
    </w:p>
    <w:p>
      <w:pPr/>
      <w:r>
        <w:t>Purpose: In accordance with the requirements of the above work programme, to establish a cardiovascular disease surveillance system suited to China's national conditions, collect information continuously and systematically over the long term, comprehensively understand the prevalence of major cardiovascular diseases and their risk factors among Chinese residents and their changing trends, and provide a scientific basis for the government to formulate and adjust cardiovascular disease prevention and control policies and to evaluate their effects.</w:t>
      </w:r>
    </w:p>
    <w:p>
      <w:pPr/>
      <w:r>
        <w:t>2. Specific content of the project</w:t>
      </w:r>
    </w:p>
    <w:p>
      <w:pPr/>
      <w:r>
        <w:t>Selection criteria: residents aged 18 years or older (living locally for ≥6 months during the past year).</w:t>
      </w:r>
    </w:p>
    <w:p>
      <w:pPr/>
      <w:r>
        <w:t>Total number surveyed: 300,000 people nationwide.</w:t>
      </w:r>
    </w:p>
    <w:p>
      <w:pPr/>
      <w:r>
        <w:t>Project procedures and duration: In this project we will collect information on your personal and family general situation, physical activity, lifestyle and behaviour, and disease history; measure height, waist and hip circumference, weight, body fat, grip strength, blood pressure and ankle-brachial index; perform electrocardiography (some participants will also have ankle-brachial index and echocardiography); and draw a small amount of blood (about 11 mL) and a small amount of urine to test blood lipids, glucose, uric acid, creatinine and urinary microalbumin. The whole process lasts 1–2 hours. If conditions permit, we will use the data and blood samples obtained, together with cardiovascular disease incidence and mortality surveillance information, to carry out in-depth research on the mechanisms underlying cardiovascular disease in China.</w:t>
      </w:r>
    </w:p>
    <w:p>
      <w:pPr/>
      <w:r>
        <w:t>3. Possible benefits and risks of participation</w:t>
      </w:r>
    </w:p>
    <w:p>
      <w:pPr/>
      <w:r>
        <w:t>Benefits: This helps you understand your own health status and potential health risk factors.</w:t>
      </w:r>
    </w:p>
    <w:p>
      <w:pPr/>
      <w:r>
        <w:t>Risks: All procedures in this project are routine clinical procedures and will not add any extra risk to you.</w:t>
      </w:r>
    </w:p>
    <w:p>
      <w:pPr/>
      <w:r>
        <w:t>4. Costs and compensation</w:t>
      </w:r>
    </w:p>
    <w:p>
      <w:pPr/>
      <w:r>
        <w:t>The tests involved in the survey are free of charge. Participation will not add any extra medical expenses, nor will you receive any financial compensation.</w:t>
      </w:r>
    </w:p>
    <w:p>
      <w:pPr/>
      <w:r>
        <w:t>5. Compensation for harm</w:t>
      </w:r>
    </w:p>
    <w:p>
      <w:pPr/>
      <w:r>
        <w:t>All procedures in this project are routine clinical procedures and will not add extra risk to you. If you feel unwell during the survey, you may contact the investigator at any time for appropriate guidance. If your health is harmed because of this project, we will take the necessary medical measures and handle the matter in accordance with the relevant laws and regulations of China.</w:t>
      </w:r>
    </w:p>
    <w:p>
      <w:pPr/>
      <w:r>
        <w:t>6. Your rights</w:t>
      </w:r>
    </w:p>
    <w:p>
      <w:pPr/>
      <w:r>
        <w:t>Your participation is completely free and voluntary. If you decide to participate, you need to sign a written informed consent; however, you may withdraw at any time during the survey without giving a reason. Similarly, the physician in charge of the project may also decide that you should withdraw if he or she considers that continuing to participate is not in your best interest.</w:t>
      </w:r>
    </w:p>
    <w:p>
      <w:pPr/>
      <w:r>
        <w:t>7. Confidentiality</w:t>
      </w:r>
    </w:p>
    <w:p>
      <w:pPr/>
      <w:r>
        <w:t>Within the limits permitted by law, all information and test results collected about you in this project will be kept strictly confidential and will not be provided to any persons or units other than the investigators. All of your survey records and test results will be analysed, processed and verified only by the hospital's supervisory scientific management department, ethics committee members and investigators, who will keep your information strictly confidential.</w:t>
      </w:r>
    </w:p>
    <w:p>
      <w:pPr/>
      <w:r>
        <w:t>8. Contact information for obtaining further information or help</w:t>
      </w:r>
    </w:p>
    <w:p>
      <w:pPr/>
      <w:r>
        <w:t>During the project you may learn about the relevant information at any time. If you have any questions about the project, please contact:</w:t>
      </w:r>
    </w:p>
    <w:p>
      <w:pPr/>
      <w:r>
        <w:t>Investigator: __________ Telephone: __________</w:t>
      </w:r>
    </w:p>
    <w:p>
      <w:pPr/>
      <w:r>
        <w:t>Participant's statement:</w:t>
      </w:r>
    </w:p>
    <w:p>
      <w:pPr/>
      <w:r>
        <w:t>I have read the above content, or someone has read it to me, and I have had sufficient opportunity to ask questions and have received satisfactory answers. I am willing to participate in this survey and to cooperate fully with the investigators.</w:t>
      </w:r>
    </w:p>
    <w:p>
      <w:pPr/>
      <w:r>
        <w:t>Participant's signature (or fingerprint): __________ Date: ____ year ____ month ____ day</w:t>
      </w:r>
    </w:p>
    <w:p>
      <w:pPr/>
      <w:r>
        <w:t>Physician's statement:</w:t>
      </w:r>
    </w:p>
    <w:p>
      <w:pPr/>
      <w:r>
        <w:t>I confirm that I have explained the details of this project to the participant, in particular the possible risks and benefits of participation.</w:t>
      </w:r>
    </w:p>
    <w:p>
      <w:pPr/>
      <w:r>
        <w:t>Investigator's signature: __________ Date: ____ year ____ month ____ day</w:t>
      </w:r>
    </w:p>
    <w:p>
      <w:pPr/>
      <w:r>
        <w:t>If you have unresolved questions about your rights, please consult the ethics committee. Telephone: __________.</w:t>
      </w:r>
    </w:p>
    <w:p>
      <w:pPr>
        <w:pStyle w:val="Heading2"/>
      </w:pPr>
      <w:r>
        <w:t>Basic Information</w:t>
      </w:r>
    </w:p>
    <w:p>
      <w:pPr/>
      <w:r>
        <w:t>A1 Province ____ City ____ District/County ____ Subdistrict (township) ____ Residents'/Village committee ____</w:t>
      </w:r>
    </w:p>
    <w:p>
      <w:pPr/>
      <w:r>
        <w:t>ID number: __________</w:t>
      </w:r>
    </w:p>
    <w:p>
      <w:pPr/>
      <w:r>
        <w:t>A2 Name: __________</w:t>
      </w:r>
    </w:p>
    <w:p>
      <w:pPr/>
      <w:r>
        <w:t>A3 Sex: 1=Male 2=Female □</w:t>
      </w:r>
    </w:p>
    <w:p>
      <w:pPr/>
      <w:r>
        <w:t>A4 Date of birth: ____ year ____ month ____ day</w:t>
      </w:r>
    </w:p>
    <w:p>
      <w:pPr/>
      <w:r>
        <w:t>A5 National ID number: ____________________</w:t>
      </w:r>
    </w:p>
    <w:p>
      <w:pPr/>
      <w:r>
        <w:t>A6 Work unit (or village) and department: __________</w:t>
      </w:r>
    </w:p>
    <w:p>
      <w:pPr/>
      <w:r>
        <w:t>A7 Home address: __________ Street (village) __________ Residential compound ____ Building ____ Unit ____ Door number; Postal code: __________</w:t>
      </w:r>
    </w:p>
    <w:p>
      <w:pPr/>
      <w:r>
        <w:t>A8 Telephone: __________</w:t>
      </w:r>
    </w:p>
    <w:p>
      <w:pPr/>
      <w:r>
        <w:t>A9 Contact person's name: __________</w:t>
      </w:r>
    </w:p>
    <w:p>
      <w:pPr/>
      <w:r>
        <w:t>A10 Relationship to participant: __________</w:t>
      </w:r>
    </w:p>
    <w:p>
      <w:pPr/>
      <w:r>
        <w:t>A11 Contact person's work unit: __________</w:t>
      </w:r>
    </w:p>
    <w:p>
      <w:pPr/>
      <w:r>
        <w:t>A12 Contact person's address: __________</w:t>
      </w:r>
    </w:p>
    <w:p>
      <w:pPr/>
      <w:r>
        <w:t>A13 Contact person's telephone: __________</w:t>
      </w:r>
    </w:p>
    <w:p>
      <w:pPr/>
      <w:r>
        <w:t>A14 Ethnicity: □□</w:t>
      </w:r>
    </w:p>
    <w:p>
      <w:pPr/>
      <w:r>
        <w:t>1 Han 2 Mongolian 3 Hui 4 Tibetan 5 Uyghur 6 Miao 7 Yi 8 Zhuang 9 Bouyei 10 Korean 11 Manchu 12 Dong 13 Yao 14 Bai 15 Tujia 16 Hani 17 Kazakh 18 Dai 19 Li 20 Other (specify __________)</w:t>
      </w:r>
    </w:p>
    <w:p>
      <w:pPr/>
      <w:r>
        <w:t>A15 Education: 1=No schooling 2=Primary school 3=Junior secondary 4=Senior secondary/vocational secondary 5=College/bachelor's degree or above □</w:t>
      </w:r>
    </w:p>
    <w:p>
      <w:pPr/>
      <w:r>
        <w:t>A16 Marital status: 0=Never married 1=Married/remarried/cohabiting 2=Separated 3=Divorced 4=Widowed □</w:t>
      </w:r>
    </w:p>
    <w:p>
      <w:pPr/>
      <w:r>
        <w:t>A16.1 If married, was it a consanguineous marriage (e.g., between cousins)? □ 0=No 1=Yes</w:t>
      </w:r>
    </w:p>
    <w:p>
      <w:pPr/>
      <w:r>
        <w:t>A17 Medical insurance schemes covered (multi-select; enter 1 in the box if covered, 0 if not covered):</w:t>
      </w:r>
    </w:p>
    <w:p>
      <w:pPr/>
      <w:r>
        <w:t>1=Urban employee basic medical insurance □ 2=Urban-rural resident basic medical insurance □ 3=Commercial medical insurance □ 4=Government-funded medical care □ 5=Other □</w:t>
      </w:r>
    </w:p>
    <w:p>
      <w:pPr/>
      <w:r>
        <w:t>A18 Employment status: 1=Employed 2=Retired 3=Student (skip to A20) 4=Unemployed or not working (skip to A20) □</w:t>
      </w:r>
    </w:p>
    <w:p>
      <w:pPr/>
      <w:r>
        <w:t>A19 Occupation (current, including current occupation of re-employed retirees) □</w:t>
      </w:r>
    </w:p>
    <w:p>
      <w:pPr/>
      <w:r>
        <w:t>1=Manager in government/enterprise/institution 2=Professional or technical personnel 3=General office staff and related personnel 4=Commercial/service industry worker 5=Self-employed individual 6=Non-agricultural industrial worker 7=Farmer engaged in non-agricultural labour 8=Agricultural worker (farming/forestry/animal husbandry/fishery) 9=Other</w:t>
      </w:r>
    </w:p>
    <w:p>
      <w:pPr/>
      <w:r>
        <w:t>A19.1 If retired, occupation before retirement (same classification as above; enter 0 for those with no retirement, such as farmers) □</w:t>
      </w:r>
    </w:p>
    <w:p>
      <w:pPr/>
      <w:r>
        <w:t>A19.2 Your occupation is: □ 1=Predominantly sedentary (mental) work 2=Predominantly active (physical) work</w:t>
      </w:r>
    </w:p>
    <w:p>
      <w:pPr/>
      <w:r>
        <w:t>A20 Including yourself, how many people are in your household? □□</w:t>
      </w:r>
    </w:p>
    <w:p>
      <w:pPr/>
      <w:r>
        <w:t>A21 Last year, what was your household's annual per-capita disposable/net income (from all sources)? □</w:t>
      </w:r>
    </w:p>
    <w:p>
      <w:pPr/>
      <w:r>
        <w:t>1=&lt;10,000 yuan 2=10,000–20,000 yuan 3=20,000–30,000 yuan 4=30,000–50,000 yuan 5=50,000–100,000 yuan 6=≥100,000 yuan</w:t>
      </w:r>
    </w:p>
    <w:p>
      <w:pPr/>
      <w:r>
        <w:t>A22 How would you rate your household's level of affluence in your local area? □</w:t>
      </w:r>
    </w:p>
    <w:p>
      <w:pPr/>
      <w:r>
        <w:t>1=High 2=Relatively high 3=Medium 4=Relatively low 5=Low</w:t>
      </w:r>
    </w:p>
    <w:p>
      <w:pPr>
        <w:pStyle w:val="Heading2"/>
      </w:pPr>
      <w:r>
        <w:t>Health Status</w:t>
      </w:r>
    </w:p>
    <w:p>
      <w:pPr>
        <w:pStyle w:val="Heading3"/>
      </w:pPr>
      <w:r>
        <w:t>Part 1: Lifestyle and Behaviour</w:t>
      </w:r>
    </w:p>
    <w:p>
      <w:pPr>
        <w:pStyle w:val="Heading4"/>
      </w:pPr>
      <w:r>
        <w:t>I. Smoking</w:t>
      </w:r>
    </w:p>
    <w:p>
      <w:pPr/>
      <w:r>
        <w:t>B1.1 Your smoking status in the last 30 days (including tobacco leaf and cigarettes, excluding e-cigarettes):</w:t>
      </w:r>
    </w:p>
    <w:p>
      <w:pPr/>
      <w:r>
        <w:t>0=Do not smoke (skip to B1.2) 1=Smoke every day 2=Smoke, but not every day □</w:t>
      </w:r>
    </w:p>
    <w:p>
      <w:pPr/>
      <w:r>
        <w:t>B1.1.1 How long have you had the habit of smoking every day? □</w:t>
      </w:r>
    </w:p>
    <w:p>
      <w:pPr/>
      <w:r>
        <w:t>1=&lt;3 months 2=3–6 months 3=6–12 months 4=More than 1 year (____ years)</w:t>
      </w:r>
    </w:p>
    <w:p>
      <w:pPr/>
      <w:r>
        <w:t>B1.1.2 On average, how much do you currently smoke each day?</w:t>
      </w:r>
    </w:p>
    <w:p>
      <w:pPr/>
      <w:r>
        <w:t>1=____ cigarettes/day 2=____ liang/day</w:t>
      </w:r>
    </w:p>
    <w:p>
      <w:pPr/>
      <w:r>
        <w:t>B1.2 Did you smoke in the past? 0=No (skip to B1.4) 1=Smoked every day 2=Smoked, but not every day □</w:t>
      </w:r>
    </w:p>
    <w:p>
      <w:pPr/>
      <w:r>
        <w:t>B1.3 Have you ever quit smoking (i.e., stopped for more than 24 hours)? 0=No 1=Yes □</w:t>
      </w:r>
    </w:p>
    <w:p>
      <w:pPr/>
      <w:r>
        <w:t>B1.3.1 How many years in total have you quit smoking? ____ years</w:t>
      </w:r>
    </w:p>
    <w:p>
      <w:pPr/>
      <w:r>
        <w:t>B1.3.2 Why did you quit? 1=Illness 2=Other: __________ □</w:t>
      </w:r>
    </w:p>
    <w:p>
      <w:pPr/>
      <w:r>
        <w:t>B1.4 Do you use e-cigarettes? 0=No 1=Yes □</w:t>
      </w:r>
    </w:p>
    <w:p>
      <w:pPr/>
      <w:r>
        <w:t>B1.5 In general, how many days per week are you exposed to second-hand smoke in enclosed environments? (Do not ask current smokers.)</w:t>
      </w:r>
    </w:p>
    <w:p>
      <w:pPr/>
      <w:r>
        <w:t>0=Almost never (skip to II. Alcohol) 1=Yes, ____ days □</w:t>
      </w:r>
    </w:p>
    <w:p>
      <w:pPr/>
      <w:r>
        <w:t>B1.5.1 On how many days does this exposure exceed 15 minutes cumulatively? □</w:t>
      </w:r>
    </w:p>
    <w:p>
      <w:pPr/>
      <w:r>
        <w:t>0=None (skip to II. Alcohol) 1=Yes, ____ days</w:t>
      </w:r>
    </w:p>
    <w:p>
      <w:pPr/>
      <w:r>
        <w:t>B1.5.2 Where does this occur? Public place □ Home □</w:t>
      </w:r>
    </w:p>
    <w:p>
      <w:pPr>
        <w:pStyle w:val="Heading4"/>
      </w:pPr>
      <w:r>
        <w:t>II. Alcohol</w:t>
      </w:r>
    </w:p>
    <w:p>
      <w:pPr/>
      <w:r>
        <w:t>B2.1 Have you ever drunk alcohol? 0=No (skip to III. Tea) 1=Yes □</w:t>
      </w:r>
    </w:p>
    <w:p>
      <w:pPr/>
      <w:r>
        <w:t>B2.2 Which category best describes your drinking habit? □</w:t>
      </w:r>
    </w:p>
    <w:p>
      <w:pPr/>
      <w:r>
        <w:t>1=At least once a day 2=At least once a week 3=At least once a month 4=Occasional, ____ times per year 5=Seasonal, ____ months per year, ____ times per month</w:t>
      </w:r>
    </w:p>
    <w:p>
      <w:pPr/>
      <w:r>
        <w:t>B2.3 Your alcohol consumption in the last month? □</w:t>
      </w:r>
    </w:p>
    <w:p>
      <w:pPr/>
      <w:r>
        <w:t>0=Did not drink (skip to B2.4) 1=At least once a day 2=At least once a week 3=Less than once a week, ____ times this month</w:t>
      </w:r>
    </w:p>
    <w:p>
      <w:pPr/>
      <w:r>
        <w:t>B2.4 Type and amount of alcohol you drink (complete only for current drinkers):</w:t>
      </w:r>
    </w:p>
    <w:p>
      <w:pPr/>
      <w:r>
        <w:t xml:space="preserve"> Item   |   Frequency (select one)   |   Amount   |   Alcohol content </w:t>
      </w:r>
    </w:p>
    <w:p>
      <w:pPr/>
      <w:r>
        <w:t xml:space="preserve"> ---   |   ---   |   ---   |   --- </w:t>
      </w:r>
    </w:p>
    <w:p>
      <w:pPr/>
      <w:r>
        <w:t xml:space="preserve"> B2.4.1 Beer   |   0=None 1=per day 2=per week 3=per month 4=per year □   |   ____.__ jin   |   ____ </w:t>
      </w:r>
    </w:p>
    <w:p>
      <w:pPr/>
      <w:r>
        <w:t xml:space="preserve"> B2.4.2 Liquor (baijiu)   |   0=None 1=per day 2=per week 3=per month 4=per year □   |   ____.__ liang   |   ____ </w:t>
      </w:r>
    </w:p>
    <w:p>
      <w:pPr/>
      <w:r>
        <w:t xml:space="preserve"> B2.4.3 Wine   |   0=None 1=per day 2=per week 3=per month 4=per year □   |   ____.__ liang   |   ____ </w:t>
      </w:r>
    </w:p>
    <w:p>
      <w:pPr/>
      <w:r>
        <w:t xml:space="preserve"> B2.4.4 Other alcohol   |   0=None 1=per day 2=per week 3=per month 4=per year □   |   ____.__ liang   |   ____ </w:t>
      </w:r>
    </w:p>
    <w:p>
      <w:pPr/>
      <w:r>
        <w:t xml:space="preserve"> Specify:   |     |     |   </w:t>
      </w:r>
    </w:p>
    <w:p>
      <w:pPr/>
      <w:r>
        <w:t>B2.5 Have you quit drinking? 0=No 1=Yes □</w:t>
      </w:r>
    </w:p>
    <w:p>
      <w:pPr/>
      <w:r>
        <w:t>B2.5.1 How long since you quit drinking? ____ years</w:t>
      </w:r>
    </w:p>
    <w:p>
      <w:pPr>
        <w:pStyle w:val="Heading4"/>
      </w:pPr>
      <w:r>
        <w:t>III. Tea</w:t>
      </w:r>
    </w:p>
    <w:p>
      <w:pPr/>
      <w:r>
        <w:t>B3.1 Do you drink tea? 0=No (skip to IV. Diet) 1=Yes □</w:t>
      </w:r>
    </w:p>
    <w:p>
      <w:pPr/>
      <w:r>
        <w:t>B3.2 Which category best describes your tea-drinking habit? □</w:t>
      </w:r>
    </w:p>
    <w:p>
      <w:pPr/>
      <w:r>
        <w:t>1=Every day 2=At least once a week 3=At least once a month 4=Occasional, ____ times per year 5=Seasonal, ____ months per year, ____ times per month</w:t>
      </w:r>
    </w:p>
    <w:p>
      <w:pPr/>
      <w:r>
        <w:t>B3.3 How many years have you maintained your current tea-drinking habit? ____ years</w:t>
      </w:r>
    </w:p>
    <w:p>
      <w:pPr/>
      <w:r>
        <w:t>B3.4 Which tea do you drink most often? □</w:t>
      </w:r>
    </w:p>
    <w:p>
      <w:pPr/>
      <w:r>
        <w:t>1=Green tea 2=Black tea 3=Oolong/Tieguanyin 4=Pu'er tea 5=Other, specify: __________</w:t>
      </w:r>
    </w:p>
    <w:p>
      <w:pPr>
        <w:pStyle w:val="Heading4"/>
      </w:pPr>
      <w:r>
        <w:t>IV. Diet</w:t>
      </w:r>
    </w:p>
    <w:p>
      <w:pPr/>
      <w:r>
        <w:t>Please recall the frequency and amount of the following foods consumed in the past month.</w:t>
      </w:r>
    </w:p>
    <w:p>
      <w:pPr/>
      <w:r>
        <w:t xml:space="preserve"> Food   |   Frequency (select one)   |   Amount </w:t>
      </w:r>
    </w:p>
    <w:p>
      <w:pPr/>
      <w:r>
        <w:t xml:space="preserve"> ---   |   ---   |   --- </w:t>
      </w:r>
    </w:p>
    <w:p>
      <w:pPr/>
      <w:r>
        <w:t xml:space="preserve"> B4.1 Fresh vegetables (excluding dried and pickled vegetables)   |   0=None 1=per day 2=per week 3=per month 4=per year □   |   ____ jin ____ liang </w:t>
      </w:r>
    </w:p>
    <w:p>
      <w:pPr/>
      <w:r>
        <w:t xml:space="preserve"> B4.2 Fresh fruit   |   0=None 1=per day 2=per week 3=per month 4=per year □   |   ____ jin ____ liang </w:t>
      </w:r>
    </w:p>
    <w:p>
      <w:pPr/>
      <w:r>
        <w:t xml:space="preserve"> B4.3 Livestock and poultry meat (pork, beef, lamb, etc.)   |   0=None 1=per day 2=per week 3=per month 4=per year □   |   ____ jin ____ liang </w:t>
      </w:r>
    </w:p>
    <w:p>
      <w:pPr/>
      <w:r>
        <w:t xml:space="preserve"> B4.4 Fish, shrimp, crab, shellfish and other aquatic products   |   0=None 1=per day 2=per week 3=per month 4=per year □   |   ____ jin ____ liang </w:t>
      </w:r>
    </w:p>
    <w:p>
      <w:pPr/>
      <w:r>
        <w:t xml:space="preserve"> B4.5 Eggs (chicken eggs, duck eggs, etc.)   |   0=None 1=per day 2=per week 3=per month 4=per year □   |   ____ jin ____ liang </w:t>
      </w:r>
    </w:p>
    <w:p>
      <w:pPr/>
      <w:r>
        <w:t xml:space="preserve"> B4.6 Dairy (converted to fresh milk)   |   0=None 1=per day 2=per week 3=per month 4=per year □   |   ____ jin ____ liang </w:t>
      </w:r>
    </w:p>
    <w:p>
      <w:pPr/>
      <w:r>
        <w:t xml:space="preserve"> B4.7 Nuts   |   0=None 1=per day 2=per week 3=per month 4=per year □   |   ____ jin ____ liang </w:t>
      </w:r>
    </w:p>
    <w:p>
      <w:pPr/>
      <w:r>
        <w:t xml:space="preserve"> B4.8 Legumes and soy products   |   0=None 1=per day 2=per week 3=per month 4=per year □   |   ____ jin ____ liang </w:t>
      </w:r>
    </w:p>
    <w:p>
      <w:pPr/>
      <w:r>
        <w:t xml:space="preserve"> B4.9 Sugar-sweetened carbonated beverages   |   0=None 1=per day 2=per week 3=per month 4=per year □   |   ____ millilitres </w:t>
      </w:r>
    </w:p>
    <w:p>
      <w:pPr/>
      <w:r>
        <w:t xml:space="preserve"> B4.10 Non-carbonated sugar-sweetened beverages (including commercial tea drinks and juice drinks)   |   0=None 1=per day 2=per week 3=per month 4=per year □   |   ____ millilitres </w:t>
      </w:r>
    </w:p>
    <w:p>
      <w:pPr/>
      <w:r>
        <w:t xml:space="preserve"> B4.11 Fried wheat foods such as youtiao and youbing (cooked weight)   |   0=None 1=per day 2=per week 3=per month 4=per year □   |   ____ jin ____ liang </w:t>
      </w:r>
    </w:p>
    <w:p>
      <w:pPr/>
      <w:r>
        <w:t>B4.12 Spicy food consumption:</w:t>
      </w:r>
    </w:p>
    <w:p>
      <w:pPr/>
      <w:r>
        <w:t>B4.12 Do you eat spicy food? 0=No (skip to V. Physical activity) 1=Yes □</w:t>
      </w:r>
    </w:p>
    <w:p>
      <w:pPr/>
      <w:r>
        <w:t>B4.12.1 Your spicy food consumption in the last 30 days? □</w:t>
      </w:r>
    </w:p>
    <w:p>
      <w:pPr/>
      <w:r>
        <w:t>1=Never 2=Occasionally 3=1–2 days/week 4=3–5 days/week 5=6–7 days/week</w:t>
      </w:r>
    </w:p>
    <w:p>
      <w:pPr/>
      <w:r>
        <w:t>B4.12.2 What level of spiciness do you usually prefer? □</w:t>
      </w:r>
    </w:p>
    <w:p>
      <w:pPr/>
      <w:r>
        <w:t>1=Mild 2=Medium 3=Very spicy</w:t>
      </w:r>
    </w:p>
    <w:p>
      <w:pPr>
        <w:pStyle w:val="Heading4"/>
      </w:pPr>
      <w:r>
        <w:t>V. Physical Activity</w:t>
      </w:r>
    </w:p>
    <w:p>
      <w:pPr/>
      <w:r>
        <w:t>B5.1 In the past month, on how many days in a usual week did you perform moderate-intensity or greater activity? ____ days</w:t>
      </w:r>
    </w:p>
    <w:p>
      <w:pPr/>
      <w:r>
        <w:t>(Moderate-intensity activity refers to activities such as washing clothes, scrubbing windows, cleaning floors, weeding, fertilising, and practising tai chi that require moderate physical effort, or brisk walking, yangge dancing, and dancing that cause a mild increase in breathing and heart rate.)</w:t>
      </w:r>
    </w:p>
    <w:p>
      <w:pPr/>
      <w:r>
        <w:t>B5.1.1 On average, how much time per day did you accumulate in such activity? ____ hours ____ minutes</w:t>
      </w:r>
    </w:p>
    <w:p>
      <w:pPr/>
      <w:r>
        <w:t>B5.2 How many rest days did you take in total in the past month? ____ days</w:t>
      </w:r>
    </w:p>
    <w:p>
      <w:pPr/>
      <w:r>
        <w:t>B5.3 The following questions concern your usual physical activity of various types in the past month (for those with no rest days, complete only the working-day column).</w:t>
      </w:r>
    </w:p>
    <w:p>
      <w:pPr/>
      <w:r>
        <w:t xml:space="preserve"> Activity type   |   Working day (hours)   |   Rest day (hours) </w:t>
      </w:r>
    </w:p>
    <w:p>
      <w:pPr/>
      <w:r>
        <w:t xml:space="preserve"> ---   |   ---   |   --- </w:t>
      </w:r>
    </w:p>
    <w:p>
      <w:pPr/>
      <w:r>
        <w:t xml:space="preserve"> B5.3.1 Sedentary behaviour (sitting to study, read, watch television or use a computer, or other sitting, reclining or lying resting behaviour, excluding sleep)   |   ____.__   |   ____.__ </w:t>
      </w:r>
    </w:p>
    <w:p>
      <w:pPr/>
      <w:r>
        <w:t xml:space="preserve"> B5.3.2 On average, how much time per day do you use a mobile phone? (Including leisure-time sedentary phone use such as calls, internet, games and reading; excluding standing without moving.)   |   ____.__   |   ____.__ </w:t>
      </w:r>
    </w:p>
    <w:p>
      <w:pPr>
        <w:pStyle w:val="Heading4"/>
      </w:pPr>
      <w:r>
        <w:t>VI. Sleep</w:t>
      </w:r>
    </w:p>
    <w:p>
      <w:pPr/>
      <w:r>
        <w:t>B6.1 In a usual day, how much time do you sleep in total? ____ hours ____ minutes</w:t>
      </w:r>
    </w:p>
    <w:p>
      <w:pPr/>
      <w:r>
        <w:t>(Record the total accumulated sleep duration in a usual day, including naps.)</w:t>
      </w:r>
    </w:p>
    <w:p>
      <w:pPr/>
      <w:r>
        <w:t>B6.1.1 How long is your midday nap? ____ hours ____ minutes</w:t>
      </w:r>
    </w:p>
    <w:p>
      <w:pPr/>
      <w:r>
        <w:t>B6.2 In the past 30 days, did you have the following sleep problems on at least 3 days per week? (1=Yes 2=No)</w:t>
      </w:r>
    </w:p>
    <w:p>
      <w:pPr/>
      <w:r>
        <w:t xml:space="preserve"> Item   |   1 Yes   |   2 No </w:t>
      </w:r>
    </w:p>
    <w:p>
      <w:pPr/>
      <w:r>
        <w:t xml:space="preserve"> ---   |   ---   |   --- </w:t>
      </w:r>
    </w:p>
    <w:p>
      <w:pPr/>
      <w:r>
        <w:t xml:space="preserve"> B6.2.1 Snoring or choking/gasping for breath   |   □   |   □ </w:t>
      </w:r>
    </w:p>
    <w:p>
      <w:pPr/>
      <w:r>
        <w:t xml:space="preserve"> B6.2.2 Difficulty falling asleep (taking more than 30 minutes)   |   □   |   □ </w:t>
      </w:r>
    </w:p>
    <w:p>
      <w:pPr/>
      <w:r>
        <w:t xml:space="preserve"> B6.2.3 Waking up two or more times in the middle of the night   |   □   |   □ </w:t>
      </w:r>
    </w:p>
    <w:p>
      <w:pPr/>
      <w:r>
        <w:t xml:space="preserve"> B6.2.4 Taking sleeping medication (Western or Chinese medicine) on at least 1 day   |   □   |   □ </w:t>
      </w:r>
    </w:p>
    <w:p>
      <w:pPr/>
      <w:r>
        <w:t xml:space="preserve"> B6.2.5 Early awakening with difficulty returning to sleep   |   □   |   □ </w:t>
      </w:r>
    </w:p>
    <w:p>
      <w:pPr/>
      <w:r>
        <w:t xml:space="preserve"> B6.2.6 Daytime sleepiness   |   □   |   □ </w:t>
      </w:r>
    </w:p>
    <w:p>
      <w:pPr>
        <w:pStyle w:val="Heading4"/>
      </w:pPr>
      <w:r>
        <w:t>VII. Psychological Status</w:t>
      </w:r>
    </w:p>
    <w:p>
      <w:pPr/>
      <w:r>
        <w:t>B7.1 PHQ-9 depression screening scale</w:t>
      </w:r>
    </w:p>
    <w:p>
      <w:pPr/>
      <w:r>
        <w:t>Over the past two weeks, how often have you been bothered by the following problems?</w:t>
      </w:r>
    </w:p>
    <w:p>
      <w:pPr/>
      <w:r>
        <w:t>1=Not at all (0 points) 2=Several days (1 point) 3=More than half the days (2 points) 4=Nearly every day (3 points)</w:t>
      </w:r>
    </w:p>
    <w:p>
      <w:pPr/>
      <w:r>
        <w:t>B7.1.1 Little interest or pleasure in doing things</w:t>
      </w:r>
    </w:p>
    <w:p>
      <w:pPr/>
      <w:r>
        <w:t>B7.1.2 Feeling down, depressed, or hopeless</w:t>
      </w:r>
    </w:p>
    <w:p>
      <w:pPr/>
      <w:r>
        <w:t>B7.1.3 Trouble falling or staying asleep, or sleeping too much</w:t>
      </w:r>
    </w:p>
    <w:p>
      <w:pPr/>
      <w:r>
        <w:t>B7.1.4 Feeling tired or having little energy</w:t>
      </w:r>
    </w:p>
    <w:p>
      <w:pPr/>
      <w:r>
        <w:t>B7.1.5 Poor appetite or overeating</w:t>
      </w:r>
    </w:p>
    <w:p>
      <w:pPr/>
      <w:r>
        <w:t>B7.1.6 Feeling bad about yourself — or that you are a failure or have let your family down</w:t>
      </w:r>
    </w:p>
    <w:p>
      <w:pPr/>
      <w:r>
        <w:t>B7.1.7 Trouble concentrating on things, such as reading the newspaper or watching television; memory decline</w:t>
      </w:r>
    </w:p>
    <w:p>
      <w:pPr/>
      <w:r>
        <w:t>B7.1.8 Moving or speaking so slowly that other people could have noticed, or the opposite — being so fidgety or restless that you have been moving around a lot more than usual</w:t>
      </w:r>
    </w:p>
    <w:p>
      <w:pPr/>
      <w:r>
        <w:t>B7.1.9 Thoughts that you would be better off dead, or of hurting yourself in some way</w:t>
      </w:r>
    </w:p>
    <w:p>
      <w:pPr/>
      <w:r>
        <w:t>B7.1.10 Total score</w:t>
      </w:r>
    </w:p>
    <w:p>
      <w:pPr/>
      <w:r>
        <w:t>B7.1.11 If you have any of the above symptoms, to what extent have they affected your family life, work or interpersonal relationships?</w:t>
      </w:r>
    </w:p>
    <w:p>
      <w:pPr/>
      <w:r>
        <w:t>1=No difficulty 2=Some difficulty 3=Much difficulty 4=Extreme difficulty</w:t>
      </w:r>
    </w:p>
    <w:p>
      <w:pPr/>
      <w:r>
        <w:t>Note: Items 1–9 are each scored 0–3; the total score is the sum of the 9 items and ranges from 0 to 27. A score of 0–4 indicates no depression (attention to self-management); 5–9 possible mild depression (consult a psychologist or mental-health worker); 10–14 possible moderate depression (ideally consult a psychologist or mental-health worker); 15–19 possible moderately severe depression (consult a psychologist or psychiatrist); 20–27 possible severe depression (see a psychologist or psychiatrist).</w:t>
      </w:r>
    </w:p>
    <w:p>
      <w:pPr/>
      <w:r>
        <w:t>B7.2 Generalized Anxiety Disorder scale (GAD-7)</w:t>
      </w:r>
    </w:p>
    <w:p>
      <w:pPr/>
      <w:r>
        <w:t>Over the past two weeks, how often have you been bothered by the following problems?</w:t>
      </w:r>
    </w:p>
    <w:p>
      <w:pPr/>
      <w:r>
        <w:t>1=Not at all (0 points) 2=Several days (1 point) 3=More than half the days (2 points) 4=Nearly every day (3 points)</w:t>
      </w:r>
    </w:p>
    <w:p>
      <w:pPr/>
      <w:r>
        <w:t>B7.2.1 Feeling nervous, anxious or on edge</w:t>
      </w:r>
    </w:p>
    <w:p>
      <w:pPr/>
      <w:r>
        <w:t>B7.2.2 Not being able to stop or control worrying</w:t>
      </w:r>
    </w:p>
    <w:p>
      <w:pPr/>
      <w:r>
        <w:t>B7.2.3 Worrying too much about different things</w:t>
      </w:r>
    </w:p>
    <w:p>
      <w:pPr/>
      <w:r>
        <w:t>B7.2.4 Trouble relaxing</w:t>
      </w:r>
    </w:p>
    <w:p>
      <w:pPr/>
      <w:r>
        <w:t>B7.2.5 Being so restless that it is hard to sit still</w:t>
      </w:r>
    </w:p>
    <w:p>
      <w:pPr/>
      <w:r>
        <w:t>B7.2.6 Becoming easily annoyed or irritable</w:t>
      </w:r>
    </w:p>
    <w:p>
      <w:pPr/>
      <w:r>
        <w:t>B7.2.7 Feeling afraid, as if something awful might happen</w:t>
      </w:r>
    </w:p>
    <w:p>
      <w:pPr/>
      <w:r>
        <w:t>B7.2.8 Total score</w:t>
      </w:r>
    </w:p>
    <w:p>
      <w:pPr/>
      <w:r>
        <w:t>Note: GAD-7 has 7 items, each scored 0–3 (3=Nearly every day, 2=More than half the days, 1=Several days, 0=Not at all); the total ranges from 0 to 21. Interpretation: 0–4 minimal anxiety; 5–9 mild anxiety; 10–13 moderate anxiety; 14–18 moderately severe anxiety; 19–21 severe anxiety.</w:t>
      </w:r>
    </w:p>
    <w:p>
      <w:pPr>
        <w:pStyle w:val="Heading4"/>
      </w:pPr>
      <w:r>
        <w:t>VIII. Residential Environment</w:t>
      </w:r>
    </w:p>
    <w:p>
      <w:pPr/>
      <w:r>
        <w:t>B8.1 What is your household's main heating method in winter? □</w:t>
      </w:r>
    </w:p>
    <w:p>
      <w:pPr/>
      <w:r>
        <w:t>1=No heating 2=Central heating (radiators, underfloor heating) 3=Individual household gas heating 4=Air conditioning 5=Coal/coal briquettes/coal cakes 6=Firewood/charcoal 7=Crop straw 8=Other (specify __________)</w:t>
      </w:r>
    </w:p>
    <w:p>
      <w:pPr/>
      <w:r>
        <w:t>B8.2 Does your household ventilate frequently in winter? □</w:t>
      </w:r>
    </w:p>
    <w:p>
      <w:pPr/>
      <w:r>
        <w:t>0=Never 1=Sometimes (&lt;5 days/week) 2=Frequently (&gt;5 days/week) 9=Uncertain</w:t>
      </w:r>
    </w:p>
    <w:p>
      <w:pPr/>
      <w:r>
        <w:t>B8.3 Where does your household usually cook? □</w:t>
      </w:r>
    </w:p>
    <w:p>
      <w:pPr/>
      <w:r>
        <w:t>1=Living room (no separate kitchen) 2=Separate kitchen (air connected to living room/bedroom) 3=Separate kitchen (air not connected to living room/bedroom) 4=Outdoors 5=Other (specify __________)</w:t>
      </w:r>
    </w:p>
    <w:p>
      <w:pPr/>
      <w:r>
        <w:t>B8.4 What is the main fuel currently used for cooking in your household? □</w:t>
      </w:r>
    </w:p>
    <w:p>
      <w:pPr/>
      <w:r>
        <w:t>1=Firewood/wood/animal dung 2=Coal 3=Gas/liquefied gas/natural gas/biogas 4=Solar/electricity 5=Other (specify __________)</w:t>
      </w:r>
    </w:p>
    <w:p>
      <w:pPr/>
      <w:r>
        <w:t>B8.5 What exhaust/ventilation equipment is installed on your stove? □</w:t>
      </w:r>
    </w:p>
    <w:p>
      <w:pPr/>
      <w:r>
        <w:t>1=None 2=Range hood 3=Exhaust fan 4=Chimney</w:t>
      </w:r>
    </w:p>
    <w:p>
      <w:pPr/>
      <w:r>
        <w:t>B8.6 Apart from home, do you usually spend more than 2 hours/day or 10 hours/week in another fixed place? □</w:t>
      </w:r>
    </w:p>
    <w:p>
      <w:pPr/>
      <w:r>
        <w:t>1=Yes, ____ hours ____ minutes per day in that place 2=No (end this section) 3=Unclear</w:t>
      </w:r>
    </w:p>
    <w:p>
      <w:pPr/>
      <w:r>
        <w:t>B8.7 If there is such a place, please write the address of the place where you spend the longest time:</w:t>
      </w:r>
    </w:p>
    <w:p>
      <w:pPr/>
      <w:r>
        <w:t>Town (township) ____ Street (village) ____ Residential compound ____, Postal code: __________</w:t>
      </w:r>
    </w:p>
    <w:p>
      <w:pPr/>
      <w:r>
        <w:t>B8.8 If that place is indoors, what is its main heating method in winter? (single choice) □</w:t>
      </w:r>
    </w:p>
    <w:p>
      <w:pPr/>
      <w:r>
        <w:t>1=No heating 2=Central heating (radiators, underfloor heating) 3=Electric (electric radiator, electric fan heater, electric air conditioning) 4=Individual household gas heating 5=Coal/coal briquettes/coal cakes 6=Firewood/charcoal 7=Other (specify __________)</w:t>
      </w:r>
    </w:p>
    <w:p>
      <w:pPr/>
      <w:r>
        <w:t>B8.9 Does that place ventilate frequently? □</w:t>
      </w:r>
    </w:p>
    <w:p>
      <w:pPr/>
      <w:r>
        <w:t>0=Never 1=Sometimes (&lt;5 days/week) 2=Frequently (≥5 days/week) 9=Uncertain</w:t>
      </w:r>
    </w:p>
    <w:p>
      <w:pPr/>
      <w:r>
        <w:t>B8.10 In that place, are you exposed to smoke (excluding second-hand smoke), gas or dust? □</w:t>
      </w:r>
    </w:p>
    <w:p>
      <w:pPr/>
      <w:r>
        <w:t>0=No 1=Yes 3=Unclear</w:t>
      </w:r>
    </w:p>
    <w:p>
      <w:pPr>
        <w:pStyle w:val="Heading3"/>
      </w:pPr>
      <w:r>
        <w:t>Part 2: Personal Medical History</w:t>
      </w:r>
    </w:p>
    <w:p>
      <w:pPr/>
      <w:r>
        <w:t>C1 Have you been diagnosed with hypertension? □</w:t>
      </w:r>
    </w:p>
    <w:p>
      <w:pPr/>
      <w:r>
        <w:t>0=No (skip to C2) 1=Yes 9=Unknown (skip to C2)</w:t>
      </w:r>
    </w:p>
    <w:p>
      <w:pPr/>
      <w:r>
        <w:t>C1.1 Your use of antihypertensive medication in the past two weeks: 0=Not taking 1=Occasionally (&lt;5 days/week) 2=Regularly □</w:t>
      </w:r>
    </w:p>
    <w:p>
      <w:pPr/>
      <w:r>
        <w:t>C1.2 Antihypertensive medications you are currently taking: A ____ B ____ C ____ D ____</w:t>
      </w:r>
    </w:p>
    <w:p>
      <w:pPr/>
      <w:r>
        <w:t>C1.2.1 Reason for changing/discontinuing medication: 0=None □ 1=Poor efficacy □ 2=Side effects □ 3=High cost □ 4=Medication shortage □ 5=Blood pressure already normal □ 6=No discomfort □ 7=Other (specify)</w:t>
      </w:r>
    </w:p>
    <w:p>
      <w:pPr/>
      <w:r>
        <w:t>C1.3 Has health-care staff provided you with hypertension management services? 0=No 1=Yes 9=Unknown □</w:t>
      </w:r>
    </w:p>
    <w:p>
      <w:pPr/>
      <w:r>
        <w:t>C1.3.1 Have you participated in hypertension follow-up management provided by primary health-care institutions? (i.e., regular or irregular examination, treatment, and dietary and exercise guidance at community health service centres/stations, township health centres or village clinics) 0=Yes 1=No 9=Don't know □</w:t>
      </w:r>
    </w:p>
    <w:p>
      <w:pPr/>
      <w:r>
        <w:t>C1.4 Have you received the following guidance (multi-select)?</w:t>
      </w:r>
    </w:p>
    <w:p>
      <w:pPr/>
      <w:r>
        <w:t>1=Salt restriction □ 2=Regular exercise □ 3=Weight control □ 4=Smoking cessation □ 5=Alcohol moderation □ 6=Psychological guidance □</w:t>
      </w:r>
    </w:p>
    <w:p>
      <w:pPr/>
      <w:r>
        <w:t>C1.5 Through which channels have you received hypertension prevention and treatment information (multi-select)?</w:t>
      </w:r>
    </w:p>
    <w:p>
      <w:pPr/>
      <w:r>
        <w:t>1=Television/internet education □ 2=Offline health classes □ 3=Mobile text message or WeChat □ 4=Newspapers/books □ 5=Face-to-face counselling by health-care staff □ 6=Other: __________ □</w:t>
      </w:r>
    </w:p>
    <w:p>
      <w:pPr/>
      <w:r>
        <w:t>C2 Have you been diagnosed with diabetes? □</w:t>
      </w:r>
    </w:p>
    <w:p>
      <w:pPr/>
      <w:r>
        <w:t>0=No (skip to C3) 1=Yes 9=Unknown (skip to C3)</w:t>
      </w:r>
    </w:p>
    <w:p>
      <w:pPr/>
      <w:r>
        <w:t>C2.1 Have you taken glucose-lowering medication in the past two weeks? 0=Not taking 1=Occasionally (&lt;5 days/week) 2=Regularly 9=Unknown □</w:t>
      </w:r>
    </w:p>
    <w:p>
      <w:pPr/>
      <w:r>
        <w:t>C2.2 Glucose-lowering medications you are currently taking: A ____ B ____ C ____ D ____</w:t>
      </w:r>
    </w:p>
    <w:p>
      <w:pPr/>
      <w:r>
        <w:t>C2.3 Have you used insulin in the past two weeks? 0=No 1=Yes 9=Unknown □</w:t>
      </w:r>
    </w:p>
    <w:p>
      <w:pPr/>
      <w:r>
        <w:t>C2.3.1 Reason for changing/discontinuing medication: 0=None □ 1=Poor efficacy □ 2=Side effects □ 3=High cost □ 4=Medication shortage □ 5=Blood glucose already normal □ 6=Intolerance □ 7=Other (specify)</w:t>
      </w:r>
    </w:p>
    <w:p>
      <w:pPr/>
      <w:r>
        <w:t>C2.4 Has health-care staff provided you with diabetes management services? 0=No 1=Yes 9=Unknown □</w:t>
      </w:r>
    </w:p>
    <w:p>
      <w:pPr/>
      <w:r>
        <w:t>C2.4.1 Have you participated in diabetes follow-up management provided by primary health-care institutions? (i.e., regular or irregular examination, treatment, and dietary and exercise guidance at community health service centres/stations, township health centres or village clinics) 0=Yes 1=No 9=Don't know □</w:t>
      </w:r>
    </w:p>
    <w:p>
      <w:pPr/>
      <w:r>
        <w:t>C2.5 Have you received the following guidance (multi-select)?</w:t>
      </w:r>
    </w:p>
    <w:p>
      <w:pPr/>
      <w:r>
        <w:t>1=Calorie control □ 2=Regular exercise □ 3=Weight control □ 4=Smoking cessation □ 5=Alcohol moderation □</w:t>
      </w:r>
    </w:p>
    <w:p>
      <w:pPr/>
      <w:r>
        <w:t>C2.6 Through which channels have you received diabetes prevention and treatment information (multi-select)?</w:t>
      </w:r>
    </w:p>
    <w:p>
      <w:pPr/>
      <w:r>
        <w:t>1=Television/internet education □ 2=Offline health classes □ 3=Mobile text message or WeChat □ 4=Newspapers/books □ 5=Face-to-face counselling by health-care staff □ 6=Other: __________ □</w:t>
      </w:r>
    </w:p>
    <w:p>
      <w:pPr/>
      <w:r>
        <w:t>C3 Have you been diagnosed with dyslipidaemia (hyperlipidaemia)? □</w:t>
      </w:r>
    </w:p>
    <w:p>
      <w:pPr/>
      <w:r>
        <w:t>0=No (skip to C4) 1=Yes 9=Unknown (skip to C4)</w:t>
      </w:r>
    </w:p>
    <w:p>
      <w:pPr/>
      <w:r>
        <w:t>C3.1 Do you think dyslipidaemia needs treatment? 0=No 1=Yes 9=Unclear □</w:t>
      </w:r>
    </w:p>
    <w:p>
      <w:pPr/>
      <w:r>
        <w:t>C3.2 Your use of lipid-lowering medication in the past two weeks: 0=Not taking 1=Occasionally (&lt;5 days/week) 2=Regularly 9=Unknown □</w:t>
      </w:r>
    </w:p>
    <w:p>
      <w:pPr/>
      <w:r>
        <w:t>C3.3 Lipid-lowering medications you are currently taking: A ____ B ____ C ____ D ____</w:t>
      </w:r>
    </w:p>
    <w:p>
      <w:pPr/>
      <w:r>
        <w:t>C3.3.1 Reason for changing/discontinuing medication: 0=None □ 1=Poor efficacy □ 2=Side effects □ 3=High cost □ 4=Medication shortage □ 5=Blood lipids already normal □ 6=Intolerance □ 7=Other (specify)</w:t>
      </w:r>
    </w:p>
    <w:p>
      <w:pPr/>
      <w:r>
        <w:t>C3.4 How long ago was your most recent lipid measurement? □</w:t>
      </w:r>
    </w:p>
    <w:p>
      <w:pPr/>
      <w:r>
        <w:t>1=Within 1 month 2=Within 3 months 3=Within 6 months 4=Within 12 months 5=More than 12 months ago 6=Never measured 9=Cannot remember</w:t>
      </w:r>
    </w:p>
    <w:p>
      <w:pPr/>
      <w:r>
        <w:t>C3.5 Have you received the following guidance (multi-select)?</w:t>
      </w:r>
    </w:p>
    <w:p>
      <w:pPr/>
      <w:r>
        <w:t>1=Low-fat diet □ 2=Regular exercise □ 3=Weight control □ 4=Smoking cessation □ 5=Alcohol moderation □ 6=Psychological guidance □</w:t>
      </w:r>
    </w:p>
    <w:p>
      <w:pPr/>
      <w:r>
        <w:t>C3.6 Through which channels have you received dyslipidaemia prevention and treatment information (multi-select)?</w:t>
      </w:r>
    </w:p>
    <w:p>
      <w:pPr/>
      <w:r>
        <w:t>1=Television/internet education □ 2=Offline health classes □ 3=Mobile text message or WeChat □ 4=Newspapers/books □ 5=Face-to-face counselling by health-care staff □ 6=Other: __________</w:t>
      </w:r>
    </w:p>
    <w:p>
      <w:pPr/>
      <w:r>
        <w:t>C4 Have you been diagnosed with myocardial infarction? □</w:t>
      </w:r>
    </w:p>
    <w:p>
      <w:pPr/>
      <w:r>
        <w:t>0=No (skip to C4.3) 1=Yes 9=Unknown (skip to C4.3)</w:t>
      </w:r>
    </w:p>
    <w:p>
      <w:pPr/>
      <w:r>
        <w:t>C4.1 Date of first episode: ____ year ____ month</w:t>
      </w:r>
    </w:p>
    <w:p>
      <w:pPr/>
      <w:r>
        <w:t>C4.2 Highest level of diagnosing institution: 1=Below district/county 2=District/county 3=Above district/county □</w:t>
      </w:r>
    </w:p>
    <w:p>
      <w:pPr/>
      <w:r>
        <w:t>C4.3 Have you been hospitalised for unstable angina? □</w:t>
      </w:r>
    </w:p>
    <w:p>
      <w:pPr/>
      <w:r>
        <w:t>0=No (skip to C5) 1=Yes 9=Unknown (skip to C5)</w:t>
      </w:r>
    </w:p>
    <w:p>
      <w:pPr/>
      <w:r>
        <w:t>C4.3.1 Date of first hospitalisation: ____ year ____ month</w:t>
      </w:r>
    </w:p>
    <w:p>
      <w:pPr/>
      <w:r>
        <w:t>C4.3.2 Level of hospital: 1=Below district/county 2=District/county 3=Above district/county □</w:t>
      </w:r>
    </w:p>
    <w:p>
      <w:pPr/>
      <w:r>
        <w:t>C5 Have you undergone coronary balloon angioplasty/stent implantation? □</w:t>
      </w:r>
    </w:p>
    <w:p>
      <w:pPr/>
      <w:r>
        <w:t>0=No (skip to C6) 1=Yes 9=Unknown (skip to C6)</w:t>
      </w:r>
    </w:p>
    <w:p>
      <w:pPr/>
      <w:r>
        <w:t>C5.1 Date of procedure: ____ year ____ month</w:t>
      </w:r>
    </w:p>
    <w:p>
      <w:pPr/>
      <w:r>
        <w:t>C5.2 Highest level of diagnosing institution: 1=Below district/county 2=District/county 3=Above district/county □</w:t>
      </w:r>
    </w:p>
    <w:p>
      <w:pPr/>
      <w:r>
        <w:t>C6 Have you undergone coronary artery bypass grafting? □</w:t>
      </w:r>
    </w:p>
    <w:p>
      <w:pPr/>
      <w:r>
        <w:t>0=No (skip to C7) 1=Yes 9=Unknown (skip to C7)</w:t>
      </w:r>
    </w:p>
    <w:p>
      <w:pPr/>
      <w:r>
        <w:t>C6.1 Date of procedure: ____ year ____ month</w:t>
      </w:r>
    </w:p>
    <w:p>
      <w:pPr/>
      <w:r>
        <w:t>C6.2 Highest level of diagnosing institution: 1=Below district/county 2=District/county 3=Above district/county □</w:t>
      </w:r>
    </w:p>
    <w:p>
      <w:pPr/>
      <w:r>
        <w:t>C7 Have you been diagnosed with stroke (excluding lacunar infarction)? □</w:t>
      </w:r>
    </w:p>
    <w:p>
      <w:pPr/>
      <w:r>
        <w:t>0=No (skip to C8) 1=Yes 9=Unknown (skip to C8)</w:t>
      </w:r>
    </w:p>
    <w:p>
      <w:pPr/>
      <w:r>
        <w:t>C7.1 Date of first episode: ____ year ____ month</w:t>
      </w:r>
    </w:p>
    <w:p>
      <w:pPr/>
      <w:r>
        <w:t>C7.2 Highest level of diagnosing institution: 1=Below district/county 2=District/county 3=Above district/county □</w:t>
      </w:r>
    </w:p>
    <w:p>
      <w:pPr/>
      <w:r>
        <w:t>C7.3 Basis of diagnosis: 1=CT/MRI □ 2=Angiography □ 3=Lumbar puncture □ 4=None of the above □</w:t>
      </w:r>
    </w:p>
    <w:p>
      <w:pPr/>
      <w:r>
        <w:t>C7.4 Type of stroke: 1=Subarachnoid haemorrhage 2=Intracerebral haemorrhage 3=Cerebral infarction 4=Unclassified □</w:t>
      </w:r>
    </w:p>
    <w:p>
      <w:pPr/>
      <w:r>
        <w:t>C8 Have you been diagnosed with valvular heart disease? □</w:t>
      </w:r>
    </w:p>
    <w:p>
      <w:pPr/>
      <w:r>
        <w:t>0=No (skip to C9) 1=Yes 9=Unknown (skip to C9)</w:t>
      </w:r>
    </w:p>
    <w:p>
      <w:pPr/>
      <w:r>
        <w:t>C8.1 Date of first episode: ____ year ____ month</w:t>
      </w:r>
    </w:p>
    <w:p>
      <w:pPr/>
      <w:r>
        <w:t>C8.2 Highest level of diagnosing institution: 1=Below district/county 2=District/county 3=Above district/county □</w:t>
      </w:r>
    </w:p>
    <w:p>
      <w:pPr/>
      <w:r>
        <w:t>C9 Have you been diagnosed with chronic heart failure? □</w:t>
      </w:r>
    </w:p>
    <w:p>
      <w:pPr/>
      <w:r>
        <w:t>0=No (skip to C10) 1=Yes 9=Unknown (skip to C10)</w:t>
      </w:r>
    </w:p>
    <w:p>
      <w:pPr/>
      <w:r>
        <w:t>C9.1 Date of first episode: ____ year ____ month</w:t>
      </w:r>
    </w:p>
    <w:p>
      <w:pPr/>
      <w:r>
        <w:t>C9.2 Highest level of diagnosing institution: 1=Below district/county 2=District/county 3=Above district/county □</w:t>
      </w:r>
    </w:p>
    <w:p>
      <w:pPr/>
      <w:r>
        <w:t>C9.3 Number of emergency visits/hospitalisations for chronic heart failure in the past year: ____ times/year</w:t>
      </w:r>
    </w:p>
    <w:p>
      <w:pPr/>
      <w:r>
        <w:t>C10 Have you been diagnosed with atrial fibrillation? □</w:t>
      </w:r>
    </w:p>
    <w:p>
      <w:pPr/>
      <w:r>
        <w:t>0=No (skip to C11) 1=Yes 9=Unknown (skip to C11)</w:t>
      </w:r>
    </w:p>
    <w:p>
      <w:pPr/>
      <w:r>
        <w:t>C10.1 Date of first episode: ____ year ____ month</w:t>
      </w:r>
    </w:p>
    <w:p>
      <w:pPr/>
      <w:r>
        <w:t>C10.2 Highest level of diagnosing institution: 1=Below district/county 2=District/county 3=Above district/county □</w:t>
      </w:r>
    </w:p>
    <w:p>
      <w:pPr/>
      <w:r>
        <w:t>C10.3 Medication use:</w:t>
      </w:r>
    </w:p>
    <w:p>
      <w:pPr/>
      <w:r>
        <w:t>(1) Warfarin: 1=Never 2=Occasionally (&lt;3 times/week) 3=Regularly (≥3 times/week) □</w:t>
      </w:r>
    </w:p>
    <w:p>
      <w:pPr/>
      <w:r>
        <w:t>(2) Aspirin: 1=Never 2=Occasionally (&lt;3 times/week) 3=Regularly (≥3 times/week) □</w:t>
      </w:r>
    </w:p>
    <w:p>
      <w:pPr/>
      <w:r>
        <w:t>(3) Other (dabigatran, rivaroxaban, edoxaban) □</w:t>
      </w:r>
    </w:p>
    <w:p>
      <w:pPr/>
      <w:r>
        <w:t>C11 Have you been diagnosed with peripheral artery disease (severe stenosis of carotid, renal or limb arteries)? □</w:t>
      </w:r>
    </w:p>
    <w:p>
      <w:pPr/>
      <w:r>
        <w:t>0=No (skip to C12) 1=Yes 9=Unknown (skip to C12)</w:t>
      </w:r>
    </w:p>
    <w:p>
      <w:pPr/>
      <w:r>
        <w:t>C11.1 Earliest date of diagnosis: ____ year ____ month</w:t>
      </w:r>
    </w:p>
    <w:p>
      <w:pPr/>
      <w:r>
        <w:t>C11.2 Have you undergone limb revascularisation (stent or bypass)? 0=No 1=Yes □</w:t>
      </w:r>
    </w:p>
    <w:p>
      <w:pPr/>
      <w:r>
        <w:t>C12 Have you been diagnosed with cardiomyopathy? □</w:t>
      </w:r>
    </w:p>
    <w:p>
      <w:pPr/>
      <w:r>
        <w:t>0=No (skip to C13) 1=Yes 9=Unknown (skip to C13)</w:t>
      </w:r>
    </w:p>
    <w:p>
      <w:pPr/>
      <w:r>
        <w:t>C12.1 Date of first episode: ____ year ____ month</w:t>
      </w:r>
    </w:p>
    <w:p>
      <w:pPr/>
      <w:r>
        <w:t>C12.2 Highest level of diagnosing institution: 1=Below district/county 2=District/county 3=Above district/county □</w:t>
      </w:r>
    </w:p>
    <w:p>
      <w:pPr/>
      <w:r>
        <w:t>C13 Do you have any other physician-diagnosed chronic disease? □</w:t>
      </w:r>
    </w:p>
    <w:p>
      <w:pPr/>
      <w:r>
        <w:t>0=No (skip to C14) 1=Yes 9=Unknown (skip to C14)</w:t>
      </w:r>
    </w:p>
    <w:p>
      <w:pPr/>
      <w:r>
        <w:t>C13.1 Kidney disease 0=No 1=Yes 9=Unknown □</w:t>
      </w:r>
    </w:p>
    <w:p>
      <w:pPr/>
      <w:r>
        <w:t>C13.2 Chronic obstructive pulmonary disease 0=No 1=Yes 9=Unknown □</w:t>
      </w:r>
    </w:p>
    <w:p>
      <w:pPr/>
      <w:r>
        <w:t>C13.3 Rheumatological/immune disease 0=No 1=Yes 9=Unknown □</w:t>
      </w:r>
    </w:p>
    <w:p>
      <w:pPr/>
      <w:r>
        <w:t>C13.4 Tumour 0=No 1=Yes (specify: __________) 9=Unknown □</w:t>
      </w:r>
    </w:p>
    <w:p>
      <w:pPr/>
      <w:r>
        <w:t>C13.5 Mood disorder (anxiety, depression, etc.) 0=No 1=Yes (specify: __________) 9=Unknown □</w:t>
      </w:r>
    </w:p>
    <w:p>
      <w:pPr/>
      <w:r>
        <w:t>C14 Have you had an acute infectious disease in the past two weeks? □</w:t>
      </w:r>
    </w:p>
    <w:p>
      <w:pPr/>
      <w:r>
        <w:t>0=No 1=Yes 9=Unknown</w:t>
      </w:r>
    </w:p>
    <w:p>
      <w:pPr/>
      <w:r>
        <w:t>Name of disease: C14.1 ____ C14.2 ____ C14.3 ____ C14.4 ____ C14.5 ____ C14.6 ____</w:t>
      </w:r>
    </w:p>
    <w:p>
      <w:pPr/>
      <w:r>
        <w:t>C15 Have you recently or previously experienced the following symptoms (0=No 1=Yes)?</w:t>
      </w:r>
    </w:p>
    <w:p>
      <w:pPr/>
      <w:r>
        <w:t>C15.1 Do you feel that your physical activity capacity has decreased compared with before? □</w:t>
      </w:r>
    </w:p>
    <w:p>
      <w:pPr/>
      <w:r>
        <w:t>C15.2 After exertion, do you feel chest tightness and shortness of breath, fatigue, or weakness of the limbs? □</w:t>
      </w:r>
    </w:p>
    <w:p>
      <w:pPr/>
      <w:r>
        <w:t>C15.3 Do you have oedema of the lower legs? □</w:t>
      </w:r>
    </w:p>
    <w:p>
      <w:pPr/>
      <w:r>
        <w:t>C15.4 Do you need to raise your pillow or sit up because of chest tightness and shortness of breath? □</w:t>
      </w:r>
    </w:p>
    <w:p>
      <w:pPr/>
      <w:r>
        <w:t>C15.5 Do you have a dry cough, especially after exertion or when lying flat? □</w:t>
      </w:r>
    </w:p>
    <w:p>
      <w:pPr/>
      <w:r>
        <w:t>C15.6 Do you urinate more than twice during the night, or more at night than during the day? □</w:t>
      </w:r>
    </w:p>
    <w:p>
      <w:pPr/>
      <w:r>
        <w:t>C15.7 Do you often feel palpitations? □</w:t>
      </w:r>
    </w:p>
    <w:p>
      <w:pPr/>
      <w:r>
        <w:t>C15.8 Do you feel depressed? □</w:t>
      </w:r>
    </w:p>
    <w:p>
      <w:pPr/>
      <w:r>
        <w:t>C15.9 Do you often feel very thirsty (not caused by hot weather or strenuous exercise)? □</w:t>
      </w:r>
    </w:p>
    <w:p>
      <w:pPr/>
      <w:r>
        <w:t>C15.10 Do you feel abdominal distension after eating a full meal? □</w:t>
      </w:r>
    </w:p>
    <w:p>
      <w:pPr/>
      <w:r>
        <w:t>C16 Have you recently or previously had the following symptoms (0=No 1=Yes)?</w:t>
      </w:r>
    </w:p>
    <w:p>
      <w:pPr/>
      <w:r>
        <w:t>C16.1 When walking fast or long distances, do you have leg pain or leg discomfort? □</w:t>
      </w:r>
    </w:p>
    <w:p>
      <w:pPr/>
      <w:r>
        <w:t>0=No (skip to Family history) 1=Yes</w:t>
      </w:r>
    </w:p>
    <w:p>
      <w:pPr/>
      <w:r>
        <w:t>C16.2 When standing still or sitting, do you have leg pain or leg discomfort? 0=No 1=Yes □</w:t>
      </w:r>
    </w:p>
    <w:p>
      <w:pPr/>
      <w:r>
        <w:t>C16.3 When walking uphill or hurrying, do you have leg pain or leg discomfort? 0=No 1=Yes □</w:t>
      </w:r>
    </w:p>
    <w:p>
      <w:pPr/>
      <w:r>
        <w:t>C16.4 When walking on level ground at your usual speed, do you have leg pain or leg discomfort? □</w:t>
      </w:r>
    </w:p>
    <w:p>
      <w:pPr/>
      <w:r>
        <w:t>0=No 1=Yes</w:t>
      </w:r>
    </w:p>
    <w:p>
      <w:pPr/>
      <w:r>
        <w:t>C16.5 When you stop moving, what happens to this feeling? 1=It disappears 2=It does not disappear □</w:t>
      </w:r>
    </w:p>
    <w:p>
      <w:pPr/>
      <w:r>
        <w:t>C16.6 Does this feeling disappear within 10 minutes? 0=No 1=Yes □</w:t>
      </w:r>
    </w:p>
    <w:p>
      <w:pPr/>
      <w:r>
        <w:t>C16.7 Where is the leg pain or discomfort most obvious? □</w:t>
      </w:r>
    </w:p>
    <w:p>
      <w:pPr/>
      <w:r>
        <w:t>1=Calf 2=Thigh and buttock 3=Skin, popliteal fossa, joints and foot pain, or radiating pain</w:t>
      </w:r>
    </w:p>
    <w:p>
      <w:pPr>
        <w:pStyle w:val="Heading3"/>
      </w:pPr>
      <w:r>
        <w:t>Part 3: Family History</w:t>
      </w:r>
    </w:p>
    <w:p>
      <w:pPr/>
      <w:r>
        <w:t>D1 Do you have a family history of the following diseases?</w:t>
      </w:r>
    </w:p>
    <w:p>
      <w:pPr/>
      <w:r>
        <w:t>0=No 1=Yes 9=Unknown</w:t>
      </w:r>
    </w:p>
    <w:p>
      <w:pPr/>
      <w:r>
        <w:t xml:space="preserve"> Disease   |   Father — ever affected   |   Father — early onset   |   Mother — ever affected   |   Mother — early onset </w:t>
      </w:r>
    </w:p>
    <w:p>
      <w:pPr/>
      <w:r>
        <w:t xml:space="preserve"> ---   |   ---   |   ---   |   ---   |   --- </w:t>
      </w:r>
    </w:p>
    <w:p>
      <w:pPr/>
      <w:r>
        <w:t xml:space="preserve"> D1.1 Hypertension   |   □   |   □   |   □   |   □ </w:t>
      </w:r>
    </w:p>
    <w:p>
      <w:pPr/>
      <w:r>
        <w:t xml:space="preserve"> D1.2 Hyperlipidaemia   |   □   |   □   |   □   |   □ </w:t>
      </w:r>
    </w:p>
    <w:p>
      <w:pPr/>
      <w:r>
        <w:t xml:space="preserve"> D1.3 Diabetes   |   □   |   □   |   □   |   □ </w:t>
      </w:r>
    </w:p>
    <w:p>
      <w:pPr/>
      <w:r>
        <w:t xml:space="preserve"> D1.4 Coronary heart disease   |   □   |   □   |   □   |   □ </w:t>
      </w:r>
    </w:p>
    <w:p>
      <w:pPr/>
      <w:r>
        <w:t xml:space="preserve"> D1.5 Stroke   |   □   |   □   |   □   |   □ </w:t>
      </w:r>
    </w:p>
    <w:p>
      <w:pPr/>
      <w:r>
        <w:t>Note: Early-onset cardiovascular disease family history is defined as onset age &lt;55 years in men and &lt;65 years in women; "father/mother" refers to biological parents.</w:t>
      </w:r>
    </w:p>
    <w:p>
      <w:pPr>
        <w:pStyle w:val="Heading3"/>
      </w:pPr>
      <w:r>
        <w:t>Part 4: Menstrual and Reproductive History (women only)</w:t>
      </w:r>
    </w:p>
    <w:p>
      <w:pPr/>
      <w:r>
        <w:t>E1 Age at menarche: ____ years</w:t>
      </w:r>
    </w:p>
    <w:p>
      <w:pPr/>
      <w:r>
        <w:t>E2 Have you reached menopause? □</w:t>
      </w:r>
    </w:p>
    <w:p>
      <w:pPr/>
      <w:r>
        <w:t>0=No 1=Yes</w:t>
      </w:r>
    </w:p>
    <w:p>
      <w:pPr/>
      <w:r>
        <w:t>E2.1 At what age did you reach menopause? ____ years</w:t>
      </w:r>
    </w:p>
    <w:p>
      <w:pPr/>
      <w:r>
        <w:t>E2.2 Reason for menopause: □</w:t>
      </w:r>
    </w:p>
    <w:p>
      <w:pPr/>
      <w:r>
        <w:t>1=Natural menopause 2=Surgery, specify: __________</w:t>
      </w:r>
    </w:p>
    <w:p>
      <w:pPr/>
      <w:r>
        <w:t>E3 Have you taken oral contraceptives? 0=No 1=Yes □</w:t>
      </w:r>
    </w:p>
    <w:p>
      <w:pPr/>
      <w:r>
        <w:t>E3.1 For how long in total have you taken oral contraceptives? ____ years</w:t>
      </w:r>
    </w:p>
    <w:p>
      <w:pPr/>
      <w:r>
        <w:t>E4 Have you ever been pregnant (including currently pregnant)? 0=No 1=Yes □</w:t>
      </w:r>
    </w:p>
    <w:p>
      <w:pPr/>
      <w:r>
        <w:t>E4.1 How many times have you been pregnant? 99=Unknown ____ times</w:t>
      </w:r>
    </w:p>
    <w:p>
      <w:pPr/>
      <w:r>
        <w:t>E4.2 Number of live births? ____</w:t>
      </w:r>
    </w:p>
    <w:p>
      <w:pPr/>
      <w:r>
        <w:t>E4.3 Are you currently pregnant? 0=No 1=Yes □</w:t>
      </w:r>
    </w:p>
    <w:p>
      <w:pPr/>
      <w:r>
        <w:t>E4.4 Are you currently breastfeeding? 0=No 1=Yes □</w:t>
      </w:r>
    </w:p>
    <w:p>
      <w:pPr/>
      <w:r>
        <w:t>Examiner code: □□</w:t>
      </w:r>
    </w:p>
    <w:p>
      <w:pPr>
        <w:pStyle w:val="Heading2"/>
      </w:pPr>
      <w:r>
        <w:t>Physical Examination and Functional Tests</w:t>
      </w:r>
    </w:p>
    <w:p>
      <w:pPr/>
      <w:r>
        <w:t>H1 Height ____.__ cm</w:t>
      </w:r>
    </w:p>
    <w:p>
      <w:pPr/>
      <w:r>
        <w:t>H2 Waist circumference ____.__ cm</w:t>
      </w:r>
    </w:p>
    <w:p>
      <w:pPr/>
      <w:r>
        <w:t>H2.1 Hip circumference ____.__ cm</w:t>
      </w:r>
    </w:p>
    <w:p>
      <w:pPr/>
      <w:r>
        <w:t>Special-case notes: __________</w:t>
      </w:r>
    </w:p>
    <w:p>
      <w:pPr/>
      <w:r>
        <w:t>H3 Weight (kg) ____.__</w:t>
      </w:r>
    </w:p>
    <w:p>
      <w:pPr/>
      <w:r>
        <w:t>H4.1 Muscle mass (kg) ____.__</w:t>
      </w:r>
    </w:p>
    <w:p>
      <w:pPr/>
      <w:r>
        <w:t>H4.2 Fat mass (kg) ____.__</w:t>
      </w:r>
    </w:p>
    <w:p>
      <w:pPr/>
      <w:r>
        <w:t>H4.3 Body fat percentage ____.__</w:t>
      </w:r>
    </w:p>
    <w:p>
      <w:pPr/>
      <w:r>
        <w:t>H4.4 Visceral fat level ____</w:t>
      </w:r>
    </w:p>
    <w:p>
      <w:pPr/>
      <w:r>
        <w:t>H4.5 Basal metabolic rate (kcal) ________</w:t>
      </w:r>
    </w:p>
    <w:p>
      <w:pPr/>
      <w:r>
        <w:t>Special-case notes (e.g., amputation, paralysis): __________</w:t>
      </w:r>
    </w:p>
    <w:p>
      <w:pPr/>
      <w:r>
        <w:t>Measurer code: □□</w:t>
      </w:r>
    </w:p>
    <w:p>
      <w:pPr/>
      <w:r>
        <w:t>Grip strength measurement:</w:t>
      </w:r>
    </w:p>
    <w:p>
      <w:pPr/>
      <w:r>
        <w:t>H5.1 Ask the participant's dominant (stronger) hand: 1=Right 2=Left 3=Unclear</w:t>
      </w:r>
    </w:p>
    <w:p>
      <w:pPr/>
      <w:r>
        <w:t>H5.2a Right hand, first reading ____.__ kg</w:t>
      </w:r>
    </w:p>
    <w:p>
      <w:pPr/>
      <w:r>
        <w:t>H5.2b Right hand, second reading ____.__ kg</w:t>
      </w:r>
    </w:p>
    <w:p>
      <w:pPr/>
      <w:r>
        <w:t>H5.3a Left hand, first reading ____.__ kg</w:t>
      </w:r>
    </w:p>
    <w:p>
      <w:pPr/>
      <w:r>
        <w:t>H5.3b Left hand, second reading ____.__ kg</w:t>
      </w:r>
    </w:p>
    <w:p>
      <w:pPr/>
      <w:r>
        <w:t>Special-case notes (e.g., amputation, paralysis): __________</w:t>
      </w:r>
    </w:p>
    <w:p>
      <w:pPr/>
      <w:r>
        <w:t>Measurer code: □□</w:t>
      </w:r>
    </w:p>
    <w:p>
      <w:pPr/>
      <w:r>
        <w:t>H6.0 Indoor temperature: ____.__ °C</w:t>
      </w:r>
    </w:p>
    <w:p>
      <w:pPr/>
      <w:r>
        <w:t>H6.1 Left peripheral blood pressure (mmHg) and heart rate (beats/min) / H6.2 Right peripheral blood pressure (mmHg):</w:t>
      </w:r>
    </w:p>
    <w:p>
      <w:pPr/>
      <w:r>
        <w:t xml:space="preserve"> Measurement   |   Left systolic/diastolic   |   Left heart rate   |   Right systolic/diastolic </w:t>
      </w:r>
    </w:p>
    <w:p>
      <w:pPr/>
      <w:r>
        <w:t xml:space="preserve"> ---   |   ---   |   ---   |   --- </w:t>
      </w:r>
    </w:p>
    <w:p>
      <w:pPr/>
      <w:r>
        <w:t xml:space="preserve"> First   |   ____/____   |   ____   |   ____/____ </w:t>
      </w:r>
    </w:p>
    <w:p>
      <w:pPr/>
      <w:r>
        <w:t xml:space="preserve"> Second   |   ____/____   |   ____   |   ____/____ </w:t>
      </w:r>
    </w:p>
    <w:p>
      <w:pPr/>
      <w:r>
        <w:t xml:space="preserve"> Third   |   ____/____   |   ____   |   ____/____ </w:t>
      </w:r>
    </w:p>
    <w:p>
      <w:pPr/>
      <w:r>
        <w:t>Special-case notes (e.g., missing right upper arm, disease of right upper arm): __________</w:t>
      </w:r>
    </w:p>
    <w:p>
      <w:pPr/>
      <w:r>
        <w:t>Measurer code: □□</w:t>
      </w:r>
    </w:p>
    <w:p>
      <w:pPr/>
      <w:r>
        <w:t>H7 Ankle-brachial index (ABI)</w:t>
      </w:r>
    </w:p>
    <w:p>
      <w:pPr/>
      <w:r>
        <w:t>H7.1 Four-limb blood pressure (systolic/diastolic):</w:t>
      </w:r>
    </w:p>
    <w:p>
      <w:pPr/>
      <w:r>
        <w:t xml:space="preserve"> Limb   |   Systolic/diastolic (mmHg) </w:t>
      </w:r>
    </w:p>
    <w:p>
      <w:pPr/>
      <w:r>
        <w:t xml:space="preserve"> ---   |   --- </w:t>
      </w:r>
    </w:p>
    <w:p>
      <w:pPr/>
      <w:r>
        <w:t xml:space="preserve"> Right upper limb   |   ____/____ </w:t>
      </w:r>
    </w:p>
    <w:p>
      <w:pPr/>
      <w:r>
        <w:t xml:space="preserve"> Left upper limb   |   ____/____ </w:t>
      </w:r>
    </w:p>
    <w:p>
      <w:pPr/>
      <w:r>
        <w:t xml:space="preserve"> Right lower limb   |   ____/____ </w:t>
      </w:r>
    </w:p>
    <w:p>
      <w:pPr/>
      <w:r>
        <w:t xml:space="preserve"> Left lower limb   |   ____/____ </w:t>
      </w:r>
    </w:p>
    <w:p>
      <w:pPr/>
      <w:r>
        <w:t>H7.2 Brachial-ankle pulse wave velocity (baPWV): right ____ cm/s; left ____ cm/s</w:t>
      </w:r>
    </w:p>
    <w:p>
      <w:pPr/>
      <w:r>
        <w:t>H7.3 Right ankle-brachial index (ABI): ____.__ ; Left ankle-brachial index (ABI): ____.__</w:t>
      </w:r>
    </w:p>
    <w:p>
      <w:pPr/>
      <w:r>
        <w:t>Special-case notes (e.g., missing limb, disease of a limb): __________</w:t>
      </w:r>
    </w:p>
    <w:p>
      <w:pPr/>
      <w:r>
        <w:t>Measurer code: □□</w:t>
      </w:r>
    </w:p>
    <w:p>
      <w:pPr/>
      <w:r>
        <w:t>H8 Is the electrocardiogram abnormal? 0=No 1=Yes □</w:t>
      </w:r>
    </w:p>
    <w:p>
      <w:pPr/>
      <w:r>
        <w:t>H8.1 ST-T changes 0=No 1=Yes □</w:t>
      </w:r>
    </w:p>
    <w:p>
      <w:pPr/>
      <w:r>
        <w:t>H8.2 Pathological Q waves 0=No 1=Yes □</w:t>
      </w:r>
    </w:p>
    <w:p>
      <w:pPr/>
      <w:r>
        <w:t>H8.3 Left ventricular high voltage 0=No 1=Yes □</w:t>
      </w:r>
    </w:p>
    <w:p>
      <w:pPr/>
      <w:r>
        <w:t>H8.4 Atrial fibrillation 0=No 1=Yes □</w:t>
      </w:r>
    </w:p>
    <w:p>
      <w:pPr/>
      <w:r>
        <w:t>H8.5 Other abnormality: □</w:t>
      </w:r>
    </w:p>
    <w:p>
      <w:pPr/>
      <w:r>
        <w:t>Measurer code: □□</w:t>
      </w:r>
    </w:p>
    <w:p>
      <w:pPr/>
      <w:r>
        <w:t>H9 Echocardiography results</w:t>
      </w:r>
    </w:p>
    <w:p>
      <w:pPr/>
      <w:r>
        <w:t>Two-dimensional measurements and left ventricular volumes by Simpson's biplane method:</w:t>
      </w:r>
    </w:p>
    <w:p>
      <w:pPr/>
      <w:r>
        <w:t>Proximal right ventricular outflow tract diameter ____ mm</w:t>
      </w:r>
    </w:p>
    <w:p>
      <w:pPr/>
      <w:r>
        <w:t>Left atrial anteroposterior diameter ____ mm</w:t>
      </w:r>
    </w:p>
    <w:p>
      <w:pPr/>
      <w:r>
        <w:t>Interventricular septal end-diastolic thickness ____ mm</w:t>
      </w:r>
    </w:p>
    <w:p>
      <w:pPr/>
      <w:r>
        <w:t>Left ventricular end-diastolic anteroposterior diameter ____ mm</w:t>
      </w:r>
    </w:p>
    <w:p>
      <w:pPr/>
      <w:r>
        <w:t>Left ventricular posterior wall end-diastolic thickness ____ mm</w:t>
      </w:r>
    </w:p>
    <w:p>
      <w:pPr/>
      <w:r>
        <w:t>Left ventricular end-systolic anteroposterior diameter ____ mm</w:t>
      </w:r>
    </w:p>
    <w:p>
      <w:pPr/>
      <w:r>
        <w:t>Left ventricular end-systolic volume ____ mL</w:t>
      </w:r>
    </w:p>
    <w:p>
      <w:pPr/>
      <w:r>
        <w:t>Left ventricular end-diastolic volume ____ mL</w:t>
      </w:r>
    </w:p>
    <w:p>
      <w:pPr/>
      <w:r>
        <w:t>Special-case notes: __________</w:t>
      </w:r>
    </w:p>
    <w:p>
      <w:pPr/>
      <w:r>
        <w:t>Cardiac valve structure and Doppler flow measurements:</w:t>
      </w:r>
    </w:p>
    <w:p>
      <w:pPr/>
      <w:r>
        <w:t xml:space="preserve"> Valve   |   Structure   |   Doppler flow </w:t>
      </w:r>
    </w:p>
    <w:p>
      <w:pPr/>
      <w:r>
        <w:t xml:space="preserve"> ---   |   ---   |   --- </w:t>
      </w:r>
    </w:p>
    <w:p>
      <w:pPr/>
      <w:r>
        <w:t xml:space="preserve"> Mitral   |   Normal; Thickened; Calcified; Deformed   |   Normal; Regurgitation: mild/moderate/severe; Stenosis: mitral valve area ____ cm²; E: ____ m/s; A: ____ m/s </w:t>
      </w:r>
    </w:p>
    <w:p>
      <w:pPr/>
      <w:r>
        <w:t xml:space="preserve"> Tricuspid   |   Normal; Thickened; Calcified; Deformed   |   Normal; Regurgitation: mild/moderate/severe; Stenosis: jet velocity ____ m/s </w:t>
      </w:r>
    </w:p>
    <w:p>
      <w:pPr/>
      <w:r>
        <w:t xml:space="preserve"> Aortic   |   Normal; Thickened; Calcified; Deformed   |   Normal; Regurgitation: mild/moderate/severe; Stenosis: jet velocity ____ m/s </w:t>
      </w:r>
    </w:p>
    <w:p>
      <w:pPr/>
      <w:r>
        <w:t xml:space="preserve"> Pulmonary   |   Normal; Thickened; Calcified; Deformed   |   Normal; Regurgitation: mild/moderate/severe; Stenosis: jet velocity ____ m/s </w:t>
      </w:r>
    </w:p>
    <w:p>
      <w:pPr/>
      <w:r>
        <w:t>Tissue Doppler velocities: septal e' ____ cm/s; lateral e' ____ cm/s; tricuspid annular s' ____ cm/s</w:t>
      </w:r>
    </w:p>
    <w:p>
      <w:pPr/>
      <w:r>
        <w:t>Left ventricular outflow tract: stenosis: No/Yes; peak velocity: ____ m/s; pressure gradient: ____ mmHg</w:t>
      </w:r>
    </w:p>
    <w:p>
      <w:pPr/>
      <w:r>
        <w:t>Left ventricular diastolic function: Normal; Impaired relaxation; Pseudonormal; Restrictive filling</w:t>
      </w:r>
    </w:p>
    <w:p>
      <w:pPr/>
      <w:r>
        <w:t>Image quality: Excellent; Good; Poor</w:t>
      </w:r>
    </w:p>
    <w:p>
      <w:pPr/>
      <w:r>
        <w:t>Cardiac structure (describe only abnormalities found):</w:t>
      </w:r>
    </w:p>
    <w:p>
      <w:pPr/>
      <w:r>
        <w:t>Left atrial enlargement: No/Yes; Left ventricular enlargement: No/Yes; Right atrial enlargement: No/Yes; Right ventricular enlargement: No/Yes</w:t>
      </w:r>
    </w:p>
    <w:p>
      <w:pPr/>
      <w:r>
        <w:t>Echocardiographic impression:</w:t>
      </w:r>
    </w:p>
    <w:p>
      <w:pPr/>
      <w:r>
        <w:t>Ischaemic heart disease: No/Yes; Rheumatic heart disease: No/Yes; Hypertensive heart disease: No/Yes; Degenerative valvular heart disease: No/Yes; Congenital heart disease: No/Yes; Infective endocarditis: No/Yes</w:t>
      </w:r>
    </w:p>
    <w:p>
      <w:pPr/>
      <w:r>
        <w:t>Pericardial disease: No/Yes; Aortic aneurysm or dissection: No/Yes; Tumour: No/Yes; Other: No/Yes</w:t>
      </w:r>
    </w:p>
    <w:p>
      <w:pPr/>
      <w:r>
        <w:t>Cardiomyopathy: No/Yes</w:t>
      </w:r>
    </w:p>
    <w:p>
      <w:pPr/>
      <w:r>
        <w:t>Hypertrophic: No/Yes; Dilated: No/Yes; Restrictive: No/Yes; Other type: No/Yes</w:t>
      </w:r>
    </w:p>
    <w:p>
      <w:pPr/>
      <w:r>
        <w:t>Brief description: __________.</w:t>
      </w:r>
    </w:p>
    <w:p>
      <w:pPr/>
      <w:r>
        <w:t>Examiner code: □□</w:t>
      </w:r>
    </w:p>
    <w:p>
      <w:pPr/>
      <w:r>
        <w:t>Date of form completion: ____ year ____ month ____ day</w:t>
      </w:r>
    </w:p>
    <w:p>
      <w:pPr>
        <w:pStyle w:val="Heading2"/>
      </w:pPr>
      <w:r>
        <w:t>Examination Completion Record</w:t>
      </w:r>
    </w:p>
    <w:p>
      <w:pPr/>
      <w:r>
        <w:t>Note: Please measure blood pressure before blood sampling; measure height, weight/body fat and blood pressure before measuring ankle-brachial index. Other items may be arranged according to the number of waiting participants.</w:t>
      </w:r>
    </w:p>
    <w:p>
      <w:pPr/>
      <w:r>
        <w:t>Affix ID barcode.</w:t>
      </w:r>
    </w:p>
    <w:p>
      <w:pPr/>
      <w:r>
        <w:t>Name: __________ Sex: Male/Female Age: __________</w:t>
      </w:r>
    </w:p>
    <w:p>
      <w:pPr/>
      <w:r>
        <w:t>Date of birth: __________ Telephone: __________</w:t>
      </w:r>
    </w:p>
    <w:p>
      <w:pPr/>
      <w:r>
        <w:t>I. Blood pressure 0=Not completed 1=Completed ____/____ mmHg ____/____ mmHg □</w:t>
      </w:r>
    </w:p>
    <w:p>
      <w:pPr/>
      <w:r>
        <w:t>II. Blood sampling (from the left upper arm)</w:t>
      </w:r>
    </w:p>
    <w:p>
      <w:pPr/>
      <w:r>
        <w:t>1. Since 8 pm last night until now, have you eaten anything (including milk, soy milk, etc.)? □</w:t>
      </w:r>
    </w:p>
    <w:p>
      <w:pPr/>
      <w:r>
        <w:t>0=No 1=Yes</w:t>
      </w:r>
    </w:p>
    <w:p>
      <w:pPr/>
      <w:r>
        <w:t>1.1 What did you eat? How much? When?</w:t>
      </w:r>
    </w:p>
    <w:p>
      <w:pPr/>
      <w:r>
        <w:t>____, ____ grams, last night ____ o'clock, this morning ____ o'clock</w:t>
      </w:r>
    </w:p>
    <w:p>
      <w:pPr/>
      <w:r>
        <w:t>2. Was blood drawn? □</w:t>
      </w:r>
    </w:p>
    <w:p>
      <w:pPr/>
      <w:r>
        <w:t>0=No</w:t>
      </w:r>
    </w:p>
    <w:p>
      <w:pPr/>
      <w:r>
        <w:t>2.1 Reason blood could not be drawn: □</w:t>
      </w:r>
    </w:p>
    <w:p>
      <w:pPr/>
      <w:r>
        <w:t>1=Unsuccessful venepuncture 2=Ate this morning 3=Uncooperative</w:t>
      </w:r>
    </w:p>
    <w:p>
      <w:pPr/>
      <w:r>
        <w:t>2.2 Scheduled re-draw time: ____ year ____ month ____ day</w:t>
      </w:r>
    </w:p>
    <w:p>
      <w:pPr/>
      <w:r>
        <w:t>2.3 Was the re-draw completed? 0=No 1=Yes □</w:t>
      </w:r>
    </w:p>
    <w:p>
      <w:pPr/>
      <w:r>
        <w:t>1=Yes, time of blood draw: ____ year ____ month ____ day ____ hour ____ minute</w:t>
      </w:r>
    </w:p>
    <w:p>
      <w:pPr/>
      <w:r>
        <w:t>III. Questionnaire 0=Not completed 1=Completed □</w:t>
      </w:r>
    </w:p>
    <w:p>
      <w:pPr/>
      <w:r>
        <w:t>IV. Anthropometry 0=Not completed 1=Completed; height ____ cm, weight ____.__ kg □</w:t>
      </w:r>
    </w:p>
    <w:p>
      <w:pPr/>
      <w:r>
        <w:t>V. Ankle-brachial blood pressure 0=Not completed 1=Completed □</w:t>
      </w:r>
    </w:p>
    <w:p>
      <w:pPr/>
      <w:r>
        <w:t>VI. Electrocardiogram 0=Not completed 1=Completed □</w:t>
      </w:r>
    </w:p>
    <w:p>
      <w:pPr/>
      <w:r>
        <w:t>VII. Echocardiography 0=Not completed 1=Completed □</w:t>
      </w:r>
    </w:p>
    <w:p>
      <w:pPr>
        <w:pStyle w:val="Heading2"/>
      </w:pPr>
      <w:r>
        <w:t>Selected Completion Notes</w:t>
      </w:r>
    </w:p>
    <w:p>
      <w:pPr/>
      <w:r>
        <w:t>The following notes summarise key completion instructions for Form SV-1 in the Chinese protocol (printed pages 55–63). The full Chinese completion instructions are the authoritative reference.</w:t>
      </w:r>
    </w:p>
    <w:p>
      <w:pPr/>
      <w:r>
        <w:t>1. Before the survey, the investigator must obtain the participant's signed informed consent; the investigator also signs to confirm that the survey has been explained.</w:t>
      </w:r>
    </w:p>
    <w:p>
      <w:pPr/>
      <w:r>
        <w:t>2. Complete all items and minimise missing data; keep a neutral attitude toward the participant's lifestyle and behaviour; obtain answers from the participant himself/herself whenever possible.</w:t>
      </w:r>
    </w:p>
    <w:p>
      <w:pPr/>
      <w:r>
        <w:t>3. ID number: first two digits are the province code, the next two are the district/county code, and the last four are the participant's sequential number within each sampling unit.</w:t>
      </w:r>
    </w:p>
    <w:p>
      <w:pPr/>
      <w:r>
        <w:t>4. Smoking ("吸烟") refers to use of tobacco products, including cigarettes and/or tobacco leaf (hand-rolled), but excluding e-cigarettes. "Smoke every day" means a history of daily smoking for more than one consecutive month.</w:t>
      </w:r>
    </w:p>
    <w:p>
      <w:pPr/>
      <w:r>
        <w:t>5. Hypertension is defined as ever having been diagnosed with hypertension by a physician, regardless of past or present; a single elevated reading that is normal on subsequent measurements does not count, whereas elevated blood pressure on three measurements on different days counts as a history of hypertension.</w:t>
      </w:r>
    </w:p>
    <w:p>
      <w:pPr/>
      <w:r>
        <w:t>6. Early-onset cardiovascular disease family history is defined as onset age &lt;55 years in men and &lt;65 years in women; "parents" refers to biological parents.</w:t>
      </w:r>
    </w:p>
    <w:p>
      <w:pPr/>
      <w:r>
        <w:t>7. Menopause: for participants whose menses stopped due to hysterectomy or other surgery, "Has menopause been reached?" is coded 1 and the age at menopause is recorded as the age at surgery.</w:t>
      </w:r>
    </w:p>
    <w:p>
      <w:pPr/>
      <w:r>
        <w:t>8. Physical-activity questions distinguish moderate-intensity-or-greater activity (metabolic equivalent ≥3.0), sedentary behaviour and sleep.</w:t>
      </w:r>
    </w:p>
    <w:p>
      <w:pPr/>
      <w:r>
        <w:t>9. Measurement order in the field: blood pressure is measured before blood sampling; if blood was already drawn, rest for at least 15 minutes before blood pressure measurement. Height is measured before weight/body fat; height and weight are measured before ABI.</w:t>
      </w:r>
    </w:p>
    <w:p>
      <w:pPr/>
      <w:r>
        <w:t>Note on units: 1 jin = 500 g; 1 liang = 50 g.</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