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5F33" w14:textId="1D3334E0" w:rsidR="008B3AF5" w:rsidRDefault="00000000">
      <w:pPr>
        <w:spacing w:after="120"/>
      </w:pPr>
      <w:r>
        <w:rPr>
          <w:b/>
          <w:sz w:val="24"/>
        </w:rPr>
        <w:t>Supplementary Table S</w:t>
      </w:r>
      <w:r w:rsidR="00B557FF">
        <w:rPr>
          <w:b/>
          <w:sz w:val="24"/>
        </w:rPr>
        <w:t>2</w:t>
      </w:r>
    </w:p>
    <w:p w14:paraId="41F4FD3F" w14:textId="77777777" w:rsidR="008B3AF5" w:rsidRDefault="00000000">
      <w:pPr>
        <w:spacing w:after="120"/>
      </w:pPr>
      <w:r>
        <w:t>Variability among the five SIGA-type spore traps deployed per plot. Panel A reports, for each sampling date and site, the mean, standard deviation and coefficient of variation of the combined density of the five core fungal taxa across the five traps. Panel B summarises the coefficient of variation by taxon across all sampling dates. Densities are expressed as spores per cm² of slide surface accumulated over the weekly exposure interval.</w:t>
      </w:r>
    </w:p>
    <w:p w14:paraId="6EA42BEE" w14:textId="77777777" w:rsidR="008B3AF5" w:rsidRDefault="00000000">
      <w:pPr>
        <w:spacing w:after="120"/>
      </w:pPr>
      <w:r>
        <w:rPr>
          <w:b/>
        </w:rPr>
        <w:t>Panel A. Between-trap variability by sampling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:rsidR="008B3AF5" w14:paraId="210A61BD" w14:textId="77777777">
        <w:tc>
          <w:tcPr>
            <w:tcW w:w="1234" w:type="dxa"/>
          </w:tcPr>
          <w:p w14:paraId="2B3645B2" w14:textId="77777777" w:rsidR="008B3AF5" w:rsidRDefault="00000000">
            <w:r>
              <w:rPr>
                <w:b/>
                <w:sz w:val="17"/>
              </w:rPr>
              <w:t>Site</w:t>
            </w:r>
          </w:p>
        </w:tc>
        <w:tc>
          <w:tcPr>
            <w:tcW w:w="1234" w:type="dxa"/>
          </w:tcPr>
          <w:p w14:paraId="5C1C776F" w14:textId="77777777" w:rsidR="008B3AF5" w:rsidRDefault="00000000">
            <w:r>
              <w:rPr>
                <w:b/>
                <w:sz w:val="17"/>
              </w:rPr>
              <w:t>Date</w:t>
            </w:r>
          </w:p>
        </w:tc>
        <w:tc>
          <w:tcPr>
            <w:tcW w:w="1234" w:type="dxa"/>
          </w:tcPr>
          <w:p w14:paraId="4B1EB8E3" w14:textId="77777777" w:rsidR="008B3AF5" w:rsidRDefault="00000000">
            <w:r>
              <w:rPr>
                <w:b/>
                <w:sz w:val="17"/>
              </w:rPr>
              <w:t>Crop stage</w:t>
            </w:r>
          </w:p>
        </w:tc>
        <w:tc>
          <w:tcPr>
            <w:tcW w:w="1234" w:type="dxa"/>
          </w:tcPr>
          <w:p w14:paraId="74A7B4F4" w14:textId="77777777" w:rsidR="008B3AF5" w:rsidRDefault="00000000">
            <w:r>
              <w:rPr>
                <w:b/>
                <w:sz w:val="17"/>
              </w:rPr>
              <w:t>Traps (n)</w:t>
            </w:r>
          </w:p>
        </w:tc>
        <w:tc>
          <w:tcPr>
            <w:tcW w:w="1234" w:type="dxa"/>
          </w:tcPr>
          <w:p w14:paraId="60D5E255" w14:textId="77777777" w:rsidR="008B3AF5" w:rsidRDefault="00000000">
            <w:r>
              <w:rPr>
                <w:b/>
                <w:sz w:val="17"/>
              </w:rPr>
              <w:t>Mean (spores cm⁻²)</w:t>
            </w:r>
          </w:p>
        </w:tc>
        <w:tc>
          <w:tcPr>
            <w:tcW w:w="1234" w:type="dxa"/>
          </w:tcPr>
          <w:p w14:paraId="0858D416" w14:textId="77777777" w:rsidR="008B3AF5" w:rsidRDefault="00000000">
            <w:r>
              <w:rPr>
                <w:b/>
                <w:sz w:val="17"/>
              </w:rPr>
              <w:t>SD</w:t>
            </w:r>
          </w:p>
        </w:tc>
        <w:tc>
          <w:tcPr>
            <w:tcW w:w="1234" w:type="dxa"/>
          </w:tcPr>
          <w:p w14:paraId="52CD1779" w14:textId="77777777" w:rsidR="008B3AF5" w:rsidRDefault="00000000">
            <w:r>
              <w:rPr>
                <w:b/>
                <w:sz w:val="17"/>
              </w:rPr>
              <w:t>CV (%)</w:t>
            </w:r>
          </w:p>
        </w:tc>
      </w:tr>
      <w:tr w:rsidR="008B3AF5" w14:paraId="34AE8935" w14:textId="77777777">
        <w:tc>
          <w:tcPr>
            <w:tcW w:w="1234" w:type="dxa"/>
          </w:tcPr>
          <w:p w14:paraId="26544EE7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0B63B316" w14:textId="77777777" w:rsidR="008B3AF5" w:rsidRDefault="00000000">
            <w:r>
              <w:rPr>
                <w:sz w:val="17"/>
              </w:rPr>
              <w:t>16 Nov 2025</w:t>
            </w:r>
          </w:p>
        </w:tc>
        <w:tc>
          <w:tcPr>
            <w:tcW w:w="1234" w:type="dxa"/>
          </w:tcPr>
          <w:p w14:paraId="0ADA0B31" w14:textId="77777777" w:rsidR="008B3AF5" w:rsidRDefault="00000000">
            <w:r>
              <w:rPr>
                <w:sz w:val="17"/>
              </w:rPr>
              <w:t>V4-V5 (vegetative)</w:t>
            </w:r>
          </w:p>
        </w:tc>
        <w:tc>
          <w:tcPr>
            <w:tcW w:w="1234" w:type="dxa"/>
          </w:tcPr>
          <w:p w14:paraId="69EC131E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20A64835" w14:textId="77777777" w:rsidR="008B3AF5" w:rsidRDefault="00000000">
            <w:r>
              <w:rPr>
                <w:sz w:val="17"/>
              </w:rPr>
              <w:t>0.0</w:t>
            </w:r>
          </w:p>
        </w:tc>
        <w:tc>
          <w:tcPr>
            <w:tcW w:w="1234" w:type="dxa"/>
          </w:tcPr>
          <w:p w14:paraId="262CD8B8" w14:textId="77777777" w:rsidR="008B3AF5" w:rsidRDefault="00000000">
            <w:r>
              <w:rPr>
                <w:sz w:val="17"/>
              </w:rPr>
              <w:t>0.0</w:t>
            </w:r>
          </w:p>
        </w:tc>
        <w:tc>
          <w:tcPr>
            <w:tcW w:w="1234" w:type="dxa"/>
          </w:tcPr>
          <w:p w14:paraId="2182DEEA" w14:textId="77777777" w:rsidR="008B3AF5" w:rsidRDefault="00000000">
            <w:r>
              <w:rPr>
                <w:sz w:val="17"/>
              </w:rPr>
              <w:t>-</w:t>
            </w:r>
          </w:p>
        </w:tc>
      </w:tr>
      <w:tr w:rsidR="008B3AF5" w14:paraId="58066475" w14:textId="77777777">
        <w:tc>
          <w:tcPr>
            <w:tcW w:w="1234" w:type="dxa"/>
          </w:tcPr>
          <w:p w14:paraId="26D273B2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72AD4B67" w14:textId="77777777" w:rsidR="008B3AF5" w:rsidRDefault="00000000">
            <w:r>
              <w:rPr>
                <w:sz w:val="17"/>
              </w:rPr>
              <w:t>23 Nov 2025</w:t>
            </w:r>
          </w:p>
        </w:tc>
        <w:tc>
          <w:tcPr>
            <w:tcW w:w="1234" w:type="dxa"/>
          </w:tcPr>
          <w:p w14:paraId="7D32A327" w14:textId="77777777" w:rsidR="008B3AF5" w:rsidRDefault="00000000">
            <w:r>
              <w:rPr>
                <w:sz w:val="17"/>
              </w:rPr>
              <w:t>V6-V8 (vegetative)</w:t>
            </w:r>
          </w:p>
        </w:tc>
        <w:tc>
          <w:tcPr>
            <w:tcW w:w="1234" w:type="dxa"/>
          </w:tcPr>
          <w:p w14:paraId="1AAA0F5F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91C8143" w14:textId="77777777" w:rsidR="008B3AF5" w:rsidRDefault="00000000">
            <w:r>
              <w:rPr>
                <w:sz w:val="17"/>
              </w:rPr>
              <w:t>97.0</w:t>
            </w:r>
          </w:p>
        </w:tc>
        <w:tc>
          <w:tcPr>
            <w:tcW w:w="1234" w:type="dxa"/>
          </w:tcPr>
          <w:p w14:paraId="2597A156" w14:textId="77777777" w:rsidR="008B3AF5" w:rsidRDefault="00000000">
            <w:r>
              <w:rPr>
                <w:sz w:val="17"/>
              </w:rPr>
              <w:t>37.8</w:t>
            </w:r>
          </w:p>
        </w:tc>
        <w:tc>
          <w:tcPr>
            <w:tcW w:w="1234" w:type="dxa"/>
          </w:tcPr>
          <w:p w14:paraId="45152A59" w14:textId="77777777" w:rsidR="008B3AF5" w:rsidRDefault="00000000">
            <w:r>
              <w:rPr>
                <w:sz w:val="17"/>
              </w:rPr>
              <w:t>39.0</w:t>
            </w:r>
          </w:p>
        </w:tc>
      </w:tr>
      <w:tr w:rsidR="008B3AF5" w14:paraId="5BF24476" w14:textId="77777777">
        <w:tc>
          <w:tcPr>
            <w:tcW w:w="1234" w:type="dxa"/>
          </w:tcPr>
          <w:p w14:paraId="0848CB54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6BACFB6D" w14:textId="77777777" w:rsidR="008B3AF5" w:rsidRDefault="00000000">
            <w:r>
              <w:rPr>
                <w:sz w:val="17"/>
              </w:rPr>
              <w:t>30 Nov 2025</w:t>
            </w:r>
          </w:p>
        </w:tc>
        <w:tc>
          <w:tcPr>
            <w:tcW w:w="1234" w:type="dxa"/>
          </w:tcPr>
          <w:p w14:paraId="6636815A" w14:textId="77777777" w:rsidR="008B3AF5" w:rsidRDefault="00000000">
            <w:r>
              <w:rPr>
                <w:sz w:val="17"/>
              </w:rPr>
              <w:t>V8-V11 (vegetative)</w:t>
            </w:r>
          </w:p>
        </w:tc>
        <w:tc>
          <w:tcPr>
            <w:tcW w:w="1234" w:type="dxa"/>
          </w:tcPr>
          <w:p w14:paraId="540D442B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1BFD03BC" w14:textId="77777777" w:rsidR="008B3AF5" w:rsidRDefault="00000000">
            <w:r>
              <w:rPr>
                <w:sz w:val="17"/>
              </w:rPr>
              <w:t>29.2</w:t>
            </w:r>
          </w:p>
        </w:tc>
        <w:tc>
          <w:tcPr>
            <w:tcW w:w="1234" w:type="dxa"/>
          </w:tcPr>
          <w:p w14:paraId="5484FC2B" w14:textId="77777777" w:rsidR="008B3AF5" w:rsidRDefault="00000000">
            <w:r>
              <w:rPr>
                <w:sz w:val="17"/>
              </w:rPr>
              <w:t>15.2</w:t>
            </w:r>
          </w:p>
        </w:tc>
        <w:tc>
          <w:tcPr>
            <w:tcW w:w="1234" w:type="dxa"/>
          </w:tcPr>
          <w:p w14:paraId="0CCAD24B" w14:textId="77777777" w:rsidR="008B3AF5" w:rsidRDefault="00000000">
            <w:r>
              <w:rPr>
                <w:sz w:val="17"/>
              </w:rPr>
              <w:t>52.0</w:t>
            </w:r>
          </w:p>
        </w:tc>
      </w:tr>
      <w:tr w:rsidR="008B3AF5" w14:paraId="1BD1BF66" w14:textId="77777777">
        <w:tc>
          <w:tcPr>
            <w:tcW w:w="1234" w:type="dxa"/>
          </w:tcPr>
          <w:p w14:paraId="78394C10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492802EA" w14:textId="77777777" w:rsidR="008B3AF5" w:rsidRDefault="00000000">
            <w:r>
              <w:rPr>
                <w:sz w:val="17"/>
              </w:rPr>
              <w:t>07 Dec 2025</w:t>
            </w:r>
          </w:p>
        </w:tc>
        <w:tc>
          <w:tcPr>
            <w:tcW w:w="1234" w:type="dxa"/>
          </w:tcPr>
          <w:p w14:paraId="1F04A3A6" w14:textId="77777777" w:rsidR="008B3AF5" w:rsidRDefault="00000000">
            <w:r>
              <w:rPr>
                <w:sz w:val="17"/>
              </w:rPr>
              <w:t>V12-V13 (vegetative)</w:t>
            </w:r>
          </w:p>
        </w:tc>
        <w:tc>
          <w:tcPr>
            <w:tcW w:w="1234" w:type="dxa"/>
          </w:tcPr>
          <w:p w14:paraId="1006EC94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74AE9200" w14:textId="77777777" w:rsidR="008B3AF5" w:rsidRDefault="00000000">
            <w:r>
              <w:rPr>
                <w:sz w:val="17"/>
              </w:rPr>
              <w:t>60.6</w:t>
            </w:r>
          </w:p>
        </w:tc>
        <w:tc>
          <w:tcPr>
            <w:tcW w:w="1234" w:type="dxa"/>
          </w:tcPr>
          <w:p w14:paraId="6823F898" w14:textId="77777777" w:rsidR="008B3AF5" w:rsidRDefault="00000000">
            <w:r>
              <w:rPr>
                <w:sz w:val="17"/>
              </w:rPr>
              <w:t>36.3</w:t>
            </w:r>
          </w:p>
        </w:tc>
        <w:tc>
          <w:tcPr>
            <w:tcW w:w="1234" w:type="dxa"/>
          </w:tcPr>
          <w:p w14:paraId="4704BCF4" w14:textId="77777777" w:rsidR="008B3AF5" w:rsidRDefault="00000000">
            <w:r>
              <w:rPr>
                <w:sz w:val="17"/>
              </w:rPr>
              <w:t>59.9</w:t>
            </w:r>
          </w:p>
        </w:tc>
      </w:tr>
      <w:tr w:rsidR="008B3AF5" w14:paraId="0E70C221" w14:textId="77777777">
        <w:tc>
          <w:tcPr>
            <w:tcW w:w="1234" w:type="dxa"/>
          </w:tcPr>
          <w:p w14:paraId="58A86EF7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50B5DB70" w14:textId="77777777" w:rsidR="008B3AF5" w:rsidRDefault="00000000">
            <w:r>
              <w:rPr>
                <w:sz w:val="17"/>
              </w:rPr>
              <w:t>14 Dec 2025</w:t>
            </w:r>
          </w:p>
        </w:tc>
        <w:tc>
          <w:tcPr>
            <w:tcW w:w="1234" w:type="dxa"/>
          </w:tcPr>
          <w:p w14:paraId="6BB02C21" w14:textId="77777777" w:rsidR="008B3AF5" w:rsidRDefault="00000000">
            <w:r>
              <w:rPr>
                <w:sz w:val="17"/>
              </w:rPr>
              <w:t>V13-R0 (panicle initiation)</w:t>
            </w:r>
          </w:p>
        </w:tc>
        <w:tc>
          <w:tcPr>
            <w:tcW w:w="1234" w:type="dxa"/>
          </w:tcPr>
          <w:p w14:paraId="6099E306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AA752E5" w14:textId="77777777" w:rsidR="008B3AF5" w:rsidRDefault="00000000">
            <w:r>
              <w:rPr>
                <w:sz w:val="17"/>
              </w:rPr>
              <w:t>49.0</w:t>
            </w:r>
          </w:p>
        </w:tc>
        <w:tc>
          <w:tcPr>
            <w:tcW w:w="1234" w:type="dxa"/>
          </w:tcPr>
          <w:p w14:paraId="5023DC61" w14:textId="77777777" w:rsidR="008B3AF5" w:rsidRDefault="00000000">
            <w:r>
              <w:rPr>
                <w:sz w:val="17"/>
              </w:rPr>
              <w:t>25.0</w:t>
            </w:r>
          </w:p>
        </w:tc>
        <w:tc>
          <w:tcPr>
            <w:tcW w:w="1234" w:type="dxa"/>
          </w:tcPr>
          <w:p w14:paraId="0ACA5021" w14:textId="77777777" w:rsidR="008B3AF5" w:rsidRDefault="00000000">
            <w:r>
              <w:rPr>
                <w:sz w:val="17"/>
              </w:rPr>
              <w:t>51.1</w:t>
            </w:r>
          </w:p>
        </w:tc>
      </w:tr>
      <w:tr w:rsidR="008B3AF5" w14:paraId="30BC0019" w14:textId="77777777">
        <w:tc>
          <w:tcPr>
            <w:tcW w:w="1234" w:type="dxa"/>
          </w:tcPr>
          <w:p w14:paraId="16D4320D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6590C9D4" w14:textId="77777777" w:rsidR="008B3AF5" w:rsidRDefault="00000000">
            <w:r>
              <w:rPr>
                <w:sz w:val="17"/>
              </w:rPr>
              <w:t>21 Dec 2025</w:t>
            </w:r>
          </w:p>
        </w:tc>
        <w:tc>
          <w:tcPr>
            <w:tcW w:w="1234" w:type="dxa"/>
          </w:tcPr>
          <w:p w14:paraId="7E9BB130" w14:textId="77777777" w:rsidR="008B3AF5" w:rsidRDefault="00000000">
            <w:r>
              <w:rPr>
                <w:sz w:val="17"/>
              </w:rPr>
              <w:t>R0-R1 (panicle initiation)</w:t>
            </w:r>
          </w:p>
        </w:tc>
        <w:tc>
          <w:tcPr>
            <w:tcW w:w="1234" w:type="dxa"/>
          </w:tcPr>
          <w:p w14:paraId="35E98336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5A5B835C" w14:textId="77777777" w:rsidR="008B3AF5" w:rsidRDefault="00000000">
            <w:r>
              <w:rPr>
                <w:sz w:val="17"/>
              </w:rPr>
              <w:t>38.2</w:t>
            </w:r>
          </w:p>
        </w:tc>
        <w:tc>
          <w:tcPr>
            <w:tcW w:w="1234" w:type="dxa"/>
          </w:tcPr>
          <w:p w14:paraId="03CB4AF9" w14:textId="77777777" w:rsidR="008B3AF5" w:rsidRDefault="00000000">
            <w:r>
              <w:rPr>
                <w:sz w:val="17"/>
              </w:rPr>
              <w:t>20.8</w:t>
            </w:r>
          </w:p>
        </w:tc>
        <w:tc>
          <w:tcPr>
            <w:tcW w:w="1234" w:type="dxa"/>
          </w:tcPr>
          <w:p w14:paraId="2907F12C" w14:textId="77777777" w:rsidR="008B3AF5" w:rsidRDefault="00000000">
            <w:r>
              <w:rPr>
                <w:sz w:val="17"/>
              </w:rPr>
              <w:t>54.5</w:t>
            </w:r>
          </w:p>
        </w:tc>
      </w:tr>
      <w:tr w:rsidR="008B3AF5" w14:paraId="7C6F290D" w14:textId="77777777">
        <w:tc>
          <w:tcPr>
            <w:tcW w:w="1234" w:type="dxa"/>
          </w:tcPr>
          <w:p w14:paraId="375C9420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75AB6FAE" w14:textId="77777777" w:rsidR="008B3AF5" w:rsidRDefault="00000000">
            <w:r>
              <w:rPr>
                <w:sz w:val="17"/>
              </w:rPr>
              <w:t>28 Dec 2025</w:t>
            </w:r>
          </w:p>
        </w:tc>
        <w:tc>
          <w:tcPr>
            <w:tcW w:w="1234" w:type="dxa"/>
          </w:tcPr>
          <w:p w14:paraId="4CE8612B" w14:textId="77777777" w:rsidR="008B3AF5" w:rsidRDefault="00000000">
            <w:r>
              <w:rPr>
                <w:sz w:val="17"/>
              </w:rPr>
              <w:t>R2 (booting)</w:t>
            </w:r>
          </w:p>
        </w:tc>
        <w:tc>
          <w:tcPr>
            <w:tcW w:w="1234" w:type="dxa"/>
          </w:tcPr>
          <w:p w14:paraId="09E48B50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1FC123A0" w14:textId="77777777" w:rsidR="008B3AF5" w:rsidRDefault="00000000">
            <w:r>
              <w:rPr>
                <w:sz w:val="17"/>
              </w:rPr>
              <w:t>48.0</w:t>
            </w:r>
          </w:p>
        </w:tc>
        <w:tc>
          <w:tcPr>
            <w:tcW w:w="1234" w:type="dxa"/>
          </w:tcPr>
          <w:p w14:paraId="4F80875E" w14:textId="77777777" w:rsidR="008B3AF5" w:rsidRDefault="00000000">
            <w:r>
              <w:rPr>
                <w:sz w:val="17"/>
              </w:rPr>
              <w:t>19.2</w:t>
            </w:r>
          </w:p>
        </w:tc>
        <w:tc>
          <w:tcPr>
            <w:tcW w:w="1234" w:type="dxa"/>
          </w:tcPr>
          <w:p w14:paraId="10D5FD9D" w14:textId="77777777" w:rsidR="008B3AF5" w:rsidRDefault="00000000">
            <w:r>
              <w:rPr>
                <w:sz w:val="17"/>
              </w:rPr>
              <w:t>40.0</w:t>
            </w:r>
          </w:p>
        </w:tc>
      </w:tr>
      <w:tr w:rsidR="008B3AF5" w14:paraId="3998760C" w14:textId="77777777">
        <w:tc>
          <w:tcPr>
            <w:tcW w:w="1234" w:type="dxa"/>
          </w:tcPr>
          <w:p w14:paraId="4F86E0B1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0466C1A4" w14:textId="77777777" w:rsidR="008B3AF5" w:rsidRDefault="00000000">
            <w:r>
              <w:rPr>
                <w:sz w:val="17"/>
              </w:rPr>
              <w:t>04 Jan 2026</w:t>
            </w:r>
          </w:p>
        </w:tc>
        <w:tc>
          <w:tcPr>
            <w:tcW w:w="1234" w:type="dxa"/>
          </w:tcPr>
          <w:p w14:paraId="751F7429" w14:textId="77777777" w:rsidR="008B3AF5" w:rsidRDefault="00000000">
            <w:r>
              <w:rPr>
                <w:sz w:val="17"/>
              </w:rPr>
              <w:t>R3 (panicle emergence)</w:t>
            </w:r>
          </w:p>
        </w:tc>
        <w:tc>
          <w:tcPr>
            <w:tcW w:w="1234" w:type="dxa"/>
          </w:tcPr>
          <w:p w14:paraId="52B842F4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1ED6070" w14:textId="77777777" w:rsidR="008B3AF5" w:rsidRDefault="00000000">
            <w:r>
              <w:rPr>
                <w:sz w:val="17"/>
              </w:rPr>
              <w:t>45.6</w:t>
            </w:r>
          </w:p>
        </w:tc>
        <w:tc>
          <w:tcPr>
            <w:tcW w:w="1234" w:type="dxa"/>
          </w:tcPr>
          <w:p w14:paraId="0A995B58" w14:textId="77777777" w:rsidR="008B3AF5" w:rsidRDefault="00000000">
            <w:r>
              <w:rPr>
                <w:sz w:val="17"/>
              </w:rPr>
              <w:t>20.8</w:t>
            </w:r>
          </w:p>
        </w:tc>
        <w:tc>
          <w:tcPr>
            <w:tcW w:w="1234" w:type="dxa"/>
          </w:tcPr>
          <w:p w14:paraId="3851EA5B" w14:textId="77777777" w:rsidR="008B3AF5" w:rsidRDefault="00000000">
            <w:r>
              <w:rPr>
                <w:sz w:val="17"/>
              </w:rPr>
              <w:t>45.6</w:t>
            </w:r>
          </w:p>
        </w:tc>
      </w:tr>
      <w:tr w:rsidR="008B3AF5" w14:paraId="123E747D" w14:textId="77777777">
        <w:tc>
          <w:tcPr>
            <w:tcW w:w="1234" w:type="dxa"/>
          </w:tcPr>
          <w:p w14:paraId="28F5827A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6D9B4D2C" w14:textId="77777777" w:rsidR="008B3AF5" w:rsidRDefault="00000000">
            <w:r>
              <w:rPr>
                <w:sz w:val="17"/>
              </w:rPr>
              <w:t>11 Jan 2026</w:t>
            </w:r>
          </w:p>
        </w:tc>
        <w:tc>
          <w:tcPr>
            <w:tcW w:w="1234" w:type="dxa"/>
          </w:tcPr>
          <w:p w14:paraId="79EC7C6E" w14:textId="77777777" w:rsidR="008B3AF5" w:rsidRDefault="00000000">
            <w:r>
              <w:rPr>
                <w:sz w:val="17"/>
              </w:rPr>
              <w:t>R4 (flowering)</w:t>
            </w:r>
          </w:p>
        </w:tc>
        <w:tc>
          <w:tcPr>
            <w:tcW w:w="1234" w:type="dxa"/>
          </w:tcPr>
          <w:p w14:paraId="006E7416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286827AA" w14:textId="77777777" w:rsidR="008B3AF5" w:rsidRDefault="00000000">
            <w:r>
              <w:rPr>
                <w:sz w:val="17"/>
              </w:rPr>
              <w:t>52.2</w:t>
            </w:r>
          </w:p>
        </w:tc>
        <w:tc>
          <w:tcPr>
            <w:tcW w:w="1234" w:type="dxa"/>
          </w:tcPr>
          <w:p w14:paraId="3EC67D06" w14:textId="77777777" w:rsidR="008B3AF5" w:rsidRDefault="00000000">
            <w:r>
              <w:rPr>
                <w:sz w:val="17"/>
              </w:rPr>
              <w:t>30.3</w:t>
            </w:r>
          </w:p>
        </w:tc>
        <w:tc>
          <w:tcPr>
            <w:tcW w:w="1234" w:type="dxa"/>
          </w:tcPr>
          <w:p w14:paraId="5FB73378" w14:textId="77777777" w:rsidR="008B3AF5" w:rsidRDefault="00000000">
            <w:r>
              <w:rPr>
                <w:sz w:val="17"/>
              </w:rPr>
              <w:t>58.1</w:t>
            </w:r>
          </w:p>
        </w:tc>
      </w:tr>
      <w:tr w:rsidR="008B3AF5" w14:paraId="606AFE94" w14:textId="77777777">
        <w:tc>
          <w:tcPr>
            <w:tcW w:w="1234" w:type="dxa"/>
          </w:tcPr>
          <w:p w14:paraId="0107967D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1B24D9EE" w14:textId="77777777" w:rsidR="008B3AF5" w:rsidRDefault="00000000">
            <w:r>
              <w:rPr>
                <w:sz w:val="17"/>
              </w:rPr>
              <w:t>18 Jan 2026</w:t>
            </w:r>
          </w:p>
        </w:tc>
        <w:tc>
          <w:tcPr>
            <w:tcW w:w="1234" w:type="dxa"/>
          </w:tcPr>
          <w:p w14:paraId="6FC952DB" w14:textId="77777777" w:rsidR="008B3AF5" w:rsidRDefault="00000000">
            <w:r>
              <w:rPr>
                <w:sz w:val="17"/>
              </w:rPr>
              <w:t>R4-R5 (early grain filling)</w:t>
            </w:r>
          </w:p>
        </w:tc>
        <w:tc>
          <w:tcPr>
            <w:tcW w:w="1234" w:type="dxa"/>
          </w:tcPr>
          <w:p w14:paraId="197C8745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595E2CEB" w14:textId="77777777" w:rsidR="008B3AF5" w:rsidRDefault="00000000">
            <w:r>
              <w:rPr>
                <w:sz w:val="17"/>
              </w:rPr>
              <w:t>38.4</w:t>
            </w:r>
          </w:p>
        </w:tc>
        <w:tc>
          <w:tcPr>
            <w:tcW w:w="1234" w:type="dxa"/>
          </w:tcPr>
          <w:p w14:paraId="0CEE1ED2" w14:textId="77777777" w:rsidR="008B3AF5" w:rsidRDefault="00000000">
            <w:r>
              <w:rPr>
                <w:sz w:val="17"/>
              </w:rPr>
              <w:t>20.3</w:t>
            </w:r>
          </w:p>
        </w:tc>
        <w:tc>
          <w:tcPr>
            <w:tcW w:w="1234" w:type="dxa"/>
          </w:tcPr>
          <w:p w14:paraId="262123E6" w14:textId="77777777" w:rsidR="008B3AF5" w:rsidRDefault="00000000">
            <w:r>
              <w:rPr>
                <w:sz w:val="17"/>
              </w:rPr>
              <w:t>52.7</w:t>
            </w:r>
          </w:p>
        </w:tc>
      </w:tr>
      <w:tr w:rsidR="008B3AF5" w14:paraId="0F03AC6E" w14:textId="77777777">
        <w:tc>
          <w:tcPr>
            <w:tcW w:w="1234" w:type="dxa"/>
          </w:tcPr>
          <w:p w14:paraId="03B54D4F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5D63857F" w14:textId="77777777" w:rsidR="008B3AF5" w:rsidRDefault="00000000">
            <w:r>
              <w:rPr>
                <w:sz w:val="17"/>
              </w:rPr>
              <w:t>25 Jan 2026</w:t>
            </w:r>
          </w:p>
        </w:tc>
        <w:tc>
          <w:tcPr>
            <w:tcW w:w="1234" w:type="dxa"/>
          </w:tcPr>
          <w:p w14:paraId="4E054303" w14:textId="77777777" w:rsidR="008B3AF5" w:rsidRDefault="00000000">
            <w:r>
              <w:rPr>
                <w:sz w:val="17"/>
              </w:rPr>
              <w:t>R5-R6 (milk grain)</w:t>
            </w:r>
          </w:p>
        </w:tc>
        <w:tc>
          <w:tcPr>
            <w:tcW w:w="1234" w:type="dxa"/>
          </w:tcPr>
          <w:p w14:paraId="3AE896D1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7EEA9C5" w14:textId="77777777" w:rsidR="008B3AF5" w:rsidRDefault="00000000">
            <w:r>
              <w:rPr>
                <w:sz w:val="17"/>
              </w:rPr>
              <w:t>21.4</w:t>
            </w:r>
          </w:p>
        </w:tc>
        <w:tc>
          <w:tcPr>
            <w:tcW w:w="1234" w:type="dxa"/>
          </w:tcPr>
          <w:p w14:paraId="69F395DF" w14:textId="77777777" w:rsidR="008B3AF5" w:rsidRDefault="00000000">
            <w:r>
              <w:rPr>
                <w:sz w:val="17"/>
              </w:rPr>
              <w:t>16.5</w:t>
            </w:r>
          </w:p>
        </w:tc>
        <w:tc>
          <w:tcPr>
            <w:tcW w:w="1234" w:type="dxa"/>
          </w:tcPr>
          <w:p w14:paraId="40C98BC4" w14:textId="77777777" w:rsidR="008B3AF5" w:rsidRDefault="00000000">
            <w:r>
              <w:rPr>
                <w:sz w:val="17"/>
              </w:rPr>
              <w:t>77.2</w:t>
            </w:r>
          </w:p>
        </w:tc>
      </w:tr>
      <w:tr w:rsidR="008B3AF5" w14:paraId="01851293" w14:textId="77777777">
        <w:tc>
          <w:tcPr>
            <w:tcW w:w="1234" w:type="dxa"/>
          </w:tcPr>
          <w:p w14:paraId="1AFAC3B7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21330F76" w14:textId="77777777" w:rsidR="008B3AF5" w:rsidRDefault="00000000">
            <w:r>
              <w:rPr>
                <w:sz w:val="17"/>
              </w:rPr>
              <w:t>01 Feb 2026</w:t>
            </w:r>
          </w:p>
        </w:tc>
        <w:tc>
          <w:tcPr>
            <w:tcW w:w="1234" w:type="dxa"/>
          </w:tcPr>
          <w:p w14:paraId="3EE4DC63" w14:textId="77777777" w:rsidR="008B3AF5" w:rsidRDefault="00000000">
            <w:r>
              <w:rPr>
                <w:sz w:val="17"/>
              </w:rPr>
              <w:t>R6-R7 (dough grain)</w:t>
            </w:r>
          </w:p>
        </w:tc>
        <w:tc>
          <w:tcPr>
            <w:tcW w:w="1234" w:type="dxa"/>
          </w:tcPr>
          <w:p w14:paraId="6CE7967B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B84E8B2" w14:textId="77777777" w:rsidR="008B3AF5" w:rsidRDefault="00000000">
            <w:r>
              <w:rPr>
                <w:sz w:val="17"/>
              </w:rPr>
              <w:t>121.4</w:t>
            </w:r>
          </w:p>
        </w:tc>
        <w:tc>
          <w:tcPr>
            <w:tcW w:w="1234" w:type="dxa"/>
          </w:tcPr>
          <w:p w14:paraId="04DF9975" w14:textId="77777777" w:rsidR="008B3AF5" w:rsidRDefault="00000000">
            <w:r>
              <w:rPr>
                <w:sz w:val="17"/>
              </w:rPr>
              <w:t>104.4</w:t>
            </w:r>
          </w:p>
        </w:tc>
        <w:tc>
          <w:tcPr>
            <w:tcW w:w="1234" w:type="dxa"/>
          </w:tcPr>
          <w:p w14:paraId="110ED81A" w14:textId="77777777" w:rsidR="008B3AF5" w:rsidRDefault="00000000">
            <w:r>
              <w:rPr>
                <w:sz w:val="17"/>
              </w:rPr>
              <w:t>86.0</w:t>
            </w:r>
          </w:p>
        </w:tc>
      </w:tr>
      <w:tr w:rsidR="008B3AF5" w14:paraId="02C81C75" w14:textId="77777777">
        <w:tc>
          <w:tcPr>
            <w:tcW w:w="1234" w:type="dxa"/>
          </w:tcPr>
          <w:p w14:paraId="69263C8F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7AEE2BC3" w14:textId="77777777" w:rsidR="008B3AF5" w:rsidRDefault="00000000">
            <w:r>
              <w:rPr>
                <w:sz w:val="17"/>
              </w:rPr>
              <w:t>08 Feb 2026</w:t>
            </w:r>
          </w:p>
        </w:tc>
        <w:tc>
          <w:tcPr>
            <w:tcW w:w="1234" w:type="dxa"/>
          </w:tcPr>
          <w:p w14:paraId="1E11E023" w14:textId="77777777" w:rsidR="008B3AF5" w:rsidRDefault="00000000">
            <w:r>
              <w:rPr>
                <w:sz w:val="17"/>
              </w:rPr>
              <w:t>R8 (onset of maturity)</w:t>
            </w:r>
          </w:p>
        </w:tc>
        <w:tc>
          <w:tcPr>
            <w:tcW w:w="1234" w:type="dxa"/>
          </w:tcPr>
          <w:p w14:paraId="2ED061C7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B43D894" w14:textId="77777777" w:rsidR="008B3AF5" w:rsidRDefault="00000000">
            <w:r>
              <w:rPr>
                <w:sz w:val="17"/>
              </w:rPr>
              <w:t>53.0</w:t>
            </w:r>
          </w:p>
        </w:tc>
        <w:tc>
          <w:tcPr>
            <w:tcW w:w="1234" w:type="dxa"/>
          </w:tcPr>
          <w:p w14:paraId="44D84B9B" w14:textId="77777777" w:rsidR="008B3AF5" w:rsidRDefault="00000000">
            <w:r>
              <w:rPr>
                <w:sz w:val="17"/>
              </w:rPr>
              <w:t>23.0</w:t>
            </w:r>
          </w:p>
        </w:tc>
        <w:tc>
          <w:tcPr>
            <w:tcW w:w="1234" w:type="dxa"/>
          </w:tcPr>
          <w:p w14:paraId="38D948BC" w14:textId="77777777" w:rsidR="008B3AF5" w:rsidRDefault="00000000">
            <w:r>
              <w:rPr>
                <w:sz w:val="17"/>
              </w:rPr>
              <w:t>43.4</w:t>
            </w:r>
          </w:p>
        </w:tc>
      </w:tr>
      <w:tr w:rsidR="008B3AF5" w14:paraId="274D1E51" w14:textId="77777777">
        <w:tc>
          <w:tcPr>
            <w:tcW w:w="1234" w:type="dxa"/>
          </w:tcPr>
          <w:p w14:paraId="51F864E8" w14:textId="77777777" w:rsidR="008B3AF5" w:rsidRDefault="00000000">
            <w:r>
              <w:rPr>
                <w:sz w:val="17"/>
              </w:rPr>
              <w:t>Site 1 (Calle N-Fuji)</w:t>
            </w:r>
          </w:p>
        </w:tc>
        <w:tc>
          <w:tcPr>
            <w:tcW w:w="1234" w:type="dxa"/>
          </w:tcPr>
          <w:p w14:paraId="4143FF29" w14:textId="77777777" w:rsidR="008B3AF5" w:rsidRDefault="00000000">
            <w:r>
              <w:rPr>
                <w:sz w:val="17"/>
              </w:rPr>
              <w:t>15 Feb 2026</w:t>
            </w:r>
          </w:p>
        </w:tc>
        <w:tc>
          <w:tcPr>
            <w:tcW w:w="1234" w:type="dxa"/>
          </w:tcPr>
          <w:p w14:paraId="68A0A16F" w14:textId="77777777" w:rsidR="008B3AF5" w:rsidRDefault="00000000">
            <w:r>
              <w:rPr>
                <w:sz w:val="17"/>
              </w:rPr>
              <w:t>R9 (full maturity)</w:t>
            </w:r>
          </w:p>
        </w:tc>
        <w:tc>
          <w:tcPr>
            <w:tcW w:w="1234" w:type="dxa"/>
          </w:tcPr>
          <w:p w14:paraId="755DFB7C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3185ADEC" w14:textId="77777777" w:rsidR="008B3AF5" w:rsidRDefault="00000000">
            <w:r>
              <w:rPr>
                <w:sz w:val="17"/>
              </w:rPr>
              <w:t>141.6</w:t>
            </w:r>
          </w:p>
        </w:tc>
        <w:tc>
          <w:tcPr>
            <w:tcW w:w="1234" w:type="dxa"/>
          </w:tcPr>
          <w:p w14:paraId="706E0389" w14:textId="77777777" w:rsidR="008B3AF5" w:rsidRDefault="00000000">
            <w:r>
              <w:rPr>
                <w:sz w:val="17"/>
              </w:rPr>
              <w:t>44.7</w:t>
            </w:r>
          </w:p>
        </w:tc>
        <w:tc>
          <w:tcPr>
            <w:tcW w:w="1234" w:type="dxa"/>
          </w:tcPr>
          <w:p w14:paraId="478A7F94" w14:textId="77777777" w:rsidR="008B3AF5" w:rsidRDefault="00000000">
            <w:r>
              <w:rPr>
                <w:sz w:val="17"/>
              </w:rPr>
              <w:t>31.6</w:t>
            </w:r>
          </w:p>
        </w:tc>
      </w:tr>
      <w:tr w:rsidR="008B3AF5" w14:paraId="3AE52110" w14:textId="77777777">
        <w:tc>
          <w:tcPr>
            <w:tcW w:w="1234" w:type="dxa"/>
          </w:tcPr>
          <w:p w14:paraId="5490E330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55689981" w14:textId="77777777" w:rsidR="008B3AF5" w:rsidRDefault="00000000">
            <w:r>
              <w:rPr>
                <w:sz w:val="17"/>
              </w:rPr>
              <w:t>07 Dec 2025</w:t>
            </w:r>
          </w:p>
        </w:tc>
        <w:tc>
          <w:tcPr>
            <w:tcW w:w="1234" w:type="dxa"/>
          </w:tcPr>
          <w:p w14:paraId="28D5C760" w14:textId="77777777" w:rsidR="008B3AF5" w:rsidRDefault="00000000">
            <w:r>
              <w:rPr>
                <w:sz w:val="17"/>
              </w:rPr>
              <w:t>V4-V5 (vegetative)</w:t>
            </w:r>
          </w:p>
        </w:tc>
        <w:tc>
          <w:tcPr>
            <w:tcW w:w="1234" w:type="dxa"/>
          </w:tcPr>
          <w:p w14:paraId="2C4E7BBA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59ED5DD8" w14:textId="77777777" w:rsidR="008B3AF5" w:rsidRDefault="00000000">
            <w:r>
              <w:rPr>
                <w:sz w:val="17"/>
              </w:rPr>
              <w:t>28.6</w:t>
            </w:r>
          </w:p>
        </w:tc>
        <w:tc>
          <w:tcPr>
            <w:tcW w:w="1234" w:type="dxa"/>
          </w:tcPr>
          <w:p w14:paraId="0236080E" w14:textId="77777777" w:rsidR="008B3AF5" w:rsidRDefault="00000000">
            <w:r>
              <w:rPr>
                <w:sz w:val="17"/>
              </w:rPr>
              <w:t>11.9</w:t>
            </w:r>
          </w:p>
        </w:tc>
        <w:tc>
          <w:tcPr>
            <w:tcW w:w="1234" w:type="dxa"/>
          </w:tcPr>
          <w:p w14:paraId="6DDFB9BB" w14:textId="77777777" w:rsidR="008B3AF5" w:rsidRDefault="00000000">
            <w:r>
              <w:rPr>
                <w:sz w:val="17"/>
              </w:rPr>
              <w:t>41.7</w:t>
            </w:r>
          </w:p>
        </w:tc>
      </w:tr>
      <w:tr w:rsidR="008B3AF5" w14:paraId="06ABC178" w14:textId="77777777">
        <w:tc>
          <w:tcPr>
            <w:tcW w:w="1234" w:type="dxa"/>
          </w:tcPr>
          <w:p w14:paraId="03324366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3A5058B3" w14:textId="77777777" w:rsidR="008B3AF5" w:rsidRDefault="00000000">
            <w:r>
              <w:rPr>
                <w:sz w:val="17"/>
              </w:rPr>
              <w:t>14 Dec 2025</w:t>
            </w:r>
          </w:p>
        </w:tc>
        <w:tc>
          <w:tcPr>
            <w:tcW w:w="1234" w:type="dxa"/>
          </w:tcPr>
          <w:p w14:paraId="3767B128" w14:textId="77777777" w:rsidR="008B3AF5" w:rsidRDefault="00000000">
            <w:r>
              <w:rPr>
                <w:sz w:val="17"/>
              </w:rPr>
              <w:t>V6-V10 (vegetative)</w:t>
            </w:r>
          </w:p>
        </w:tc>
        <w:tc>
          <w:tcPr>
            <w:tcW w:w="1234" w:type="dxa"/>
          </w:tcPr>
          <w:p w14:paraId="20042C1E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5B1D338B" w14:textId="77777777" w:rsidR="008B3AF5" w:rsidRDefault="00000000">
            <w:r>
              <w:rPr>
                <w:sz w:val="17"/>
              </w:rPr>
              <w:t>16.6</w:t>
            </w:r>
          </w:p>
        </w:tc>
        <w:tc>
          <w:tcPr>
            <w:tcW w:w="1234" w:type="dxa"/>
          </w:tcPr>
          <w:p w14:paraId="0A4F41A1" w14:textId="77777777" w:rsidR="008B3AF5" w:rsidRDefault="00000000">
            <w:r>
              <w:rPr>
                <w:sz w:val="17"/>
              </w:rPr>
              <w:t>12.2</w:t>
            </w:r>
          </w:p>
        </w:tc>
        <w:tc>
          <w:tcPr>
            <w:tcW w:w="1234" w:type="dxa"/>
          </w:tcPr>
          <w:p w14:paraId="1D9560B5" w14:textId="77777777" w:rsidR="008B3AF5" w:rsidRDefault="00000000">
            <w:r>
              <w:rPr>
                <w:sz w:val="17"/>
              </w:rPr>
              <w:t>73.4</w:t>
            </w:r>
          </w:p>
        </w:tc>
      </w:tr>
      <w:tr w:rsidR="008B3AF5" w14:paraId="08B5D21F" w14:textId="77777777">
        <w:tc>
          <w:tcPr>
            <w:tcW w:w="1234" w:type="dxa"/>
          </w:tcPr>
          <w:p w14:paraId="0629D78A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0E3E6C6D" w14:textId="77777777" w:rsidR="008B3AF5" w:rsidRDefault="00000000">
            <w:r>
              <w:rPr>
                <w:sz w:val="17"/>
              </w:rPr>
              <w:t>21 Dec 2025</w:t>
            </w:r>
          </w:p>
        </w:tc>
        <w:tc>
          <w:tcPr>
            <w:tcW w:w="1234" w:type="dxa"/>
          </w:tcPr>
          <w:p w14:paraId="0BD25A48" w14:textId="77777777" w:rsidR="008B3AF5" w:rsidRDefault="00000000">
            <w:r>
              <w:rPr>
                <w:sz w:val="17"/>
              </w:rPr>
              <w:t>V10-V11 (vegetative)</w:t>
            </w:r>
          </w:p>
        </w:tc>
        <w:tc>
          <w:tcPr>
            <w:tcW w:w="1234" w:type="dxa"/>
          </w:tcPr>
          <w:p w14:paraId="1FDE36FA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2AEFDEDA" w14:textId="77777777" w:rsidR="008B3AF5" w:rsidRDefault="00000000">
            <w:r>
              <w:rPr>
                <w:sz w:val="17"/>
              </w:rPr>
              <w:t>25.2</w:t>
            </w:r>
          </w:p>
        </w:tc>
        <w:tc>
          <w:tcPr>
            <w:tcW w:w="1234" w:type="dxa"/>
          </w:tcPr>
          <w:p w14:paraId="4F45165B" w14:textId="77777777" w:rsidR="008B3AF5" w:rsidRDefault="00000000">
            <w:r>
              <w:rPr>
                <w:sz w:val="17"/>
              </w:rPr>
              <w:t>9.7</w:t>
            </w:r>
          </w:p>
        </w:tc>
        <w:tc>
          <w:tcPr>
            <w:tcW w:w="1234" w:type="dxa"/>
          </w:tcPr>
          <w:p w14:paraId="28776DA3" w14:textId="77777777" w:rsidR="008B3AF5" w:rsidRDefault="00000000">
            <w:r>
              <w:rPr>
                <w:sz w:val="17"/>
              </w:rPr>
              <w:t>38.5</w:t>
            </w:r>
          </w:p>
        </w:tc>
      </w:tr>
      <w:tr w:rsidR="008B3AF5" w14:paraId="40D786FC" w14:textId="77777777">
        <w:tc>
          <w:tcPr>
            <w:tcW w:w="1234" w:type="dxa"/>
          </w:tcPr>
          <w:p w14:paraId="424AA2D0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4454DE34" w14:textId="77777777" w:rsidR="008B3AF5" w:rsidRDefault="00000000">
            <w:r>
              <w:rPr>
                <w:sz w:val="17"/>
              </w:rPr>
              <w:t>28 Dec 2025</w:t>
            </w:r>
          </w:p>
        </w:tc>
        <w:tc>
          <w:tcPr>
            <w:tcW w:w="1234" w:type="dxa"/>
          </w:tcPr>
          <w:p w14:paraId="06DD462A" w14:textId="77777777" w:rsidR="008B3AF5" w:rsidRDefault="00000000">
            <w:r>
              <w:rPr>
                <w:sz w:val="17"/>
              </w:rPr>
              <w:t>V11-V13 (vegetative)</w:t>
            </w:r>
          </w:p>
        </w:tc>
        <w:tc>
          <w:tcPr>
            <w:tcW w:w="1234" w:type="dxa"/>
          </w:tcPr>
          <w:p w14:paraId="71D9617E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3B7E0D5E" w14:textId="77777777" w:rsidR="008B3AF5" w:rsidRDefault="00000000">
            <w:r>
              <w:rPr>
                <w:sz w:val="17"/>
              </w:rPr>
              <w:t>22.0</w:t>
            </w:r>
          </w:p>
        </w:tc>
        <w:tc>
          <w:tcPr>
            <w:tcW w:w="1234" w:type="dxa"/>
          </w:tcPr>
          <w:p w14:paraId="6DD3ACE2" w14:textId="77777777" w:rsidR="008B3AF5" w:rsidRDefault="00000000">
            <w:r>
              <w:rPr>
                <w:sz w:val="17"/>
              </w:rPr>
              <w:t>12.3</w:t>
            </w:r>
          </w:p>
        </w:tc>
        <w:tc>
          <w:tcPr>
            <w:tcW w:w="1234" w:type="dxa"/>
          </w:tcPr>
          <w:p w14:paraId="6C9C3CDB" w14:textId="77777777" w:rsidR="008B3AF5" w:rsidRDefault="00000000">
            <w:r>
              <w:rPr>
                <w:sz w:val="17"/>
              </w:rPr>
              <w:t>55.9</w:t>
            </w:r>
          </w:p>
        </w:tc>
      </w:tr>
      <w:tr w:rsidR="008B3AF5" w14:paraId="7BEC25CF" w14:textId="77777777">
        <w:tc>
          <w:tcPr>
            <w:tcW w:w="1234" w:type="dxa"/>
          </w:tcPr>
          <w:p w14:paraId="27623AE7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7E7A8316" w14:textId="77777777" w:rsidR="008B3AF5" w:rsidRDefault="00000000">
            <w:r>
              <w:rPr>
                <w:sz w:val="17"/>
              </w:rPr>
              <w:t>04 Jan 2026</w:t>
            </w:r>
          </w:p>
        </w:tc>
        <w:tc>
          <w:tcPr>
            <w:tcW w:w="1234" w:type="dxa"/>
          </w:tcPr>
          <w:p w14:paraId="3D03D4A9" w14:textId="77777777" w:rsidR="008B3AF5" w:rsidRDefault="00000000">
            <w:r>
              <w:rPr>
                <w:sz w:val="17"/>
              </w:rPr>
              <w:t>R1-R2 (panicle development)</w:t>
            </w:r>
          </w:p>
        </w:tc>
        <w:tc>
          <w:tcPr>
            <w:tcW w:w="1234" w:type="dxa"/>
          </w:tcPr>
          <w:p w14:paraId="57022000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07927A38" w14:textId="77777777" w:rsidR="008B3AF5" w:rsidRDefault="00000000">
            <w:r>
              <w:rPr>
                <w:sz w:val="17"/>
              </w:rPr>
              <w:t>21.6</w:t>
            </w:r>
          </w:p>
        </w:tc>
        <w:tc>
          <w:tcPr>
            <w:tcW w:w="1234" w:type="dxa"/>
          </w:tcPr>
          <w:p w14:paraId="19675E22" w14:textId="77777777" w:rsidR="008B3AF5" w:rsidRDefault="00000000">
            <w:r>
              <w:rPr>
                <w:sz w:val="17"/>
              </w:rPr>
              <w:t>15.2</w:t>
            </w:r>
          </w:p>
        </w:tc>
        <w:tc>
          <w:tcPr>
            <w:tcW w:w="1234" w:type="dxa"/>
          </w:tcPr>
          <w:p w14:paraId="2D930323" w14:textId="77777777" w:rsidR="008B3AF5" w:rsidRDefault="00000000">
            <w:r>
              <w:rPr>
                <w:sz w:val="17"/>
              </w:rPr>
              <w:t>70.6</w:t>
            </w:r>
          </w:p>
        </w:tc>
      </w:tr>
      <w:tr w:rsidR="008B3AF5" w14:paraId="7278851A" w14:textId="77777777">
        <w:tc>
          <w:tcPr>
            <w:tcW w:w="1234" w:type="dxa"/>
          </w:tcPr>
          <w:p w14:paraId="2D737D12" w14:textId="77777777" w:rsidR="008B3AF5" w:rsidRDefault="00000000">
            <w:r>
              <w:rPr>
                <w:sz w:val="17"/>
              </w:rPr>
              <w:t xml:space="preserve">Site 2 (Calle </w:t>
            </w:r>
            <w:r>
              <w:rPr>
                <w:sz w:val="17"/>
              </w:rPr>
              <w:lastRenderedPageBreak/>
              <w:t>P)</w:t>
            </w:r>
          </w:p>
        </w:tc>
        <w:tc>
          <w:tcPr>
            <w:tcW w:w="1234" w:type="dxa"/>
          </w:tcPr>
          <w:p w14:paraId="4291F394" w14:textId="77777777" w:rsidR="008B3AF5" w:rsidRDefault="00000000">
            <w:r>
              <w:rPr>
                <w:sz w:val="17"/>
              </w:rPr>
              <w:lastRenderedPageBreak/>
              <w:t>11 Jan 2026</w:t>
            </w:r>
          </w:p>
        </w:tc>
        <w:tc>
          <w:tcPr>
            <w:tcW w:w="1234" w:type="dxa"/>
          </w:tcPr>
          <w:p w14:paraId="743A5F03" w14:textId="77777777" w:rsidR="008B3AF5" w:rsidRDefault="00000000">
            <w:r>
              <w:rPr>
                <w:sz w:val="17"/>
              </w:rPr>
              <w:t xml:space="preserve">R3 (panicle </w:t>
            </w:r>
            <w:r>
              <w:rPr>
                <w:sz w:val="17"/>
              </w:rPr>
              <w:lastRenderedPageBreak/>
              <w:t>emergence)</w:t>
            </w:r>
          </w:p>
        </w:tc>
        <w:tc>
          <w:tcPr>
            <w:tcW w:w="1234" w:type="dxa"/>
          </w:tcPr>
          <w:p w14:paraId="7E5BE5A8" w14:textId="77777777" w:rsidR="008B3AF5" w:rsidRDefault="00000000">
            <w:r>
              <w:rPr>
                <w:sz w:val="17"/>
              </w:rPr>
              <w:lastRenderedPageBreak/>
              <w:t>5</w:t>
            </w:r>
          </w:p>
        </w:tc>
        <w:tc>
          <w:tcPr>
            <w:tcW w:w="1234" w:type="dxa"/>
          </w:tcPr>
          <w:p w14:paraId="268649B5" w14:textId="77777777" w:rsidR="008B3AF5" w:rsidRDefault="00000000">
            <w:r>
              <w:rPr>
                <w:sz w:val="17"/>
              </w:rPr>
              <w:t>27.0</w:t>
            </w:r>
          </w:p>
        </w:tc>
        <w:tc>
          <w:tcPr>
            <w:tcW w:w="1234" w:type="dxa"/>
          </w:tcPr>
          <w:p w14:paraId="08C658FC" w14:textId="77777777" w:rsidR="008B3AF5" w:rsidRDefault="00000000">
            <w:r>
              <w:rPr>
                <w:sz w:val="17"/>
              </w:rPr>
              <w:t>12.8</w:t>
            </w:r>
          </w:p>
        </w:tc>
        <w:tc>
          <w:tcPr>
            <w:tcW w:w="1234" w:type="dxa"/>
          </w:tcPr>
          <w:p w14:paraId="3C505FD0" w14:textId="77777777" w:rsidR="008B3AF5" w:rsidRDefault="00000000">
            <w:r>
              <w:rPr>
                <w:sz w:val="17"/>
              </w:rPr>
              <w:t>47.3</w:t>
            </w:r>
          </w:p>
        </w:tc>
      </w:tr>
      <w:tr w:rsidR="008B3AF5" w14:paraId="4D3CC69C" w14:textId="77777777">
        <w:tc>
          <w:tcPr>
            <w:tcW w:w="1234" w:type="dxa"/>
          </w:tcPr>
          <w:p w14:paraId="14972EC8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06EA7DB6" w14:textId="77777777" w:rsidR="008B3AF5" w:rsidRDefault="00000000">
            <w:r>
              <w:rPr>
                <w:sz w:val="17"/>
              </w:rPr>
              <w:t>18 Jan 2026</w:t>
            </w:r>
          </w:p>
        </w:tc>
        <w:tc>
          <w:tcPr>
            <w:tcW w:w="1234" w:type="dxa"/>
          </w:tcPr>
          <w:p w14:paraId="6CE5546E" w14:textId="77777777" w:rsidR="008B3AF5" w:rsidRDefault="00000000">
            <w:r>
              <w:rPr>
                <w:sz w:val="17"/>
              </w:rPr>
              <w:t>R3-R4 (flowering)</w:t>
            </w:r>
          </w:p>
        </w:tc>
        <w:tc>
          <w:tcPr>
            <w:tcW w:w="1234" w:type="dxa"/>
          </w:tcPr>
          <w:p w14:paraId="34E4EB56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4D2500F5" w14:textId="77777777" w:rsidR="008B3AF5" w:rsidRDefault="00000000">
            <w:r>
              <w:rPr>
                <w:sz w:val="17"/>
              </w:rPr>
              <w:t>25.0</w:t>
            </w:r>
          </w:p>
        </w:tc>
        <w:tc>
          <w:tcPr>
            <w:tcW w:w="1234" w:type="dxa"/>
          </w:tcPr>
          <w:p w14:paraId="1FA2921E" w14:textId="77777777" w:rsidR="008B3AF5" w:rsidRDefault="00000000">
            <w:r>
              <w:rPr>
                <w:sz w:val="17"/>
              </w:rPr>
              <w:t>15.3</w:t>
            </w:r>
          </w:p>
        </w:tc>
        <w:tc>
          <w:tcPr>
            <w:tcW w:w="1234" w:type="dxa"/>
          </w:tcPr>
          <w:p w14:paraId="3ACC5DF1" w14:textId="77777777" w:rsidR="008B3AF5" w:rsidRDefault="00000000">
            <w:r>
              <w:rPr>
                <w:sz w:val="17"/>
              </w:rPr>
              <w:t>61.1</w:t>
            </w:r>
          </w:p>
        </w:tc>
      </w:tr>
      <w:tr w:rsidR="008B3AF5" w14:paraId="2876A489" w14:textId="77777777">
        <w:tc>
          <w:tcPr>
            <w:tcW w:w="1234" w:type="dxa"/>
          </w:tcPr>
          <w:p w14:paraId="2F9C2344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1401C451" w14:textId="77777777" w:rsidR="008B3AF5" w:rsidRDefault="00000000">
            <w:r>
              <w:rPr>
                <w:sz w:val="17"/>
              </w:rPr>
              <w:t>25 Jan 2026</w:t>
            </w:r>
          </w:p>
        </w:tc>
        <w:tc>
          <w:tcPr>
            <w:tcW w:w="1234" w:type="dxa"/>
          </w:tcPr>
          <w:p w14:paraId="22D51E63" w14:textId="77777777" w:rsidR="008B3AF5" w:rsidRDefault="00000000">
            <w:r>
              <w:rPr>
                <w:sz w:val="17"/>
              </w:rPr>
              <w:t>R4-R5 (early grain filling)</w:t>
            </w:r>
          </w:p>
        </w:tc>
        <w:tc>
          <w:tcPr>
            <w:tcW w:w="1234" w:type="dxa"/>
          </w:tcPr>
          <w:p w14:paraId="64FB6FF7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1D0332D2" w14:textId="77777777" w:rsidR="008B3AF5" w:rsidRDefault="00000000">
            <w:r>
              <w:rPr>
                <w:sz w:val="17"/>
              </w:rPr>
              <w:t>16.2</w:t>
            </w:r>
          </w:p>
        </w:tc>
        <w:tc>
          <w:tcPr>
            <w:tcW w:w="1234" w:type="dxa"/>
          </w:tcPr>
          <w:p w14:paraId="1EC15ED5" w14:textId="77777777" w:rsidR="008B3AF5" w:rsidRDefault="00000000">
            <w:r>
              <w:rPr>
                <w:sz w:val="17"/>
              </w:rPr>
              <w:t>18.4</w:t>
            </w:r>
          </w:p>
        </w:tc>
        <w:tc>
          <w:tcPr>
            <w:tcW w:w="1234" w:type="dxa"/>
          </w:tcPr>
          <w:p w14:paraId="7B5FE239" w14:textId="77777777" w:rsidR="008B3AF5" w:rsidRDefault="00000000">
            <w:r>
              <w:rPr>
                <w:sz w:val="17"/>
              </w:rPr>
              <w:t>113.7</w:t>
            </w:r>
          </w:p>
        </w:tc>
      </w:tr>
      <w:tr w:rsidR="008B3AF5" w14:paraId="241CEFD2" w14:textId="77777777">
        <w:tc>
          <w:tcPr>
            <w:tcW w:w="1234" w:type="dxa"/>
          </w:tcPr>
          <w:p w14:paraId="6A92F11C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2238BB1B" w14:textId="77777777" w:rsidR="008B3AF5" w:rsidRDefault="00000000">
            <w:r>
              <w:rPr>
                <w:sz w:val="17"/>
              </w:rPr>
              <w:t>01 Feb 2026</w:t>
            </w:r>
          </w:p>
        </w:tc>
        <w:tc>
          <w:tcPr>
            <w:tcW w:w="1234" w:type="dxa"/>
          </w:tcPr>
          <w:p w14:paraId="756EBEEA" w14:textId="77777777" w:rsidR="008B3AF5" w:rsidRDefault="00000000">
            <w:r>
              <w:rPr>
                <w:sz w:val="17"/>
              </w:rPr>
              <w:t>R5-R6 (milk grain)</w:t>
            </w:r>
          </w:p>
        </w:tc>
        <w:tc>
          <w:tcPr>
            <w:tcW w:w="1234" w:type="dxa"/>
          </w:tcPr>
          <w:p w14:paraId="349F1B7B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56EE1CEB" w14:textId="77777777" w:rsidR="008B3AF5" w:rsidRDefault="00000000">
            <w:r>
              <w:rPr>
                <w:sz w:val="17"/>
              </w:rPr>
              <w:t>21.0</w:t>
            </w:r>
          </w:p>
        </w:tc>
        <w:tc>
          <w:tcPr>
            <w:tcW w:w="1234" w:type="dxa"/>
          </w:tcPr>
          <w:p w14:paraId="07D8380B" w14:textId="77777777" w:rsidR="008B3AF5" w:rsidRDefault="00000000">
            <w:r>
              <w:rPr>
                <w:sz w:val="17"/>
              </w:rPr>
              <w:t>19.8</w:t>
            </w:r>
          </w:p>
        </w:tc>
        <w:tc>
          <w:tcPr>
            <w:tcW w:w="1234" w:type="dxa"/>
          </w:tcPr>
          <w:p w14:paraId="0CEABB37" w14:textId="77777777" w:rsidR="008B3AF5" w:rsidRDefault="00000000">
            <w:r>
              <w:rPr>
                <w:sz w:val="17"/>
              </w:rPr>
              <w:t>94.5</w:t>
            </w:r>
          </w:p>
        </w:tc>
      </w:tr>
      <w:tr w:rsidR="008B3AF5" w14:paraId="37A7AA90" w14:textId="77777777">
        <w:tc>
          <w:tcPr>
            <w:tcW w:w="1234" w:type="dxa"/>
          </w:tcPr>
          <w:p w14:paraId="0528FFAB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10E4F554" w14:textId="77777777" w:rsidR="008B3AF5" w:rsidRDefault="00000000">
            <w:r>
              <w:rPr>
                <w:sz w:val="17"/>
              </w:rPr>
              <w:t>08 Feb 2026</w:t>
            </w:r>
          </w:p>
        </w:tc>
        <w:tc>
          <w:tcPr>
            <w:tcW w:w="1234" w:type="dxa"/>
          </w:tcPr>
          <w:p w14:paraId="3AA43F74" w14:textId="77777777" w:rsidR="008B3AF5" w:rsidRDefault="00000000">
            <w:r>
              <w:rPr>
                <w:sz w:val="17"/>
              </w:rPr>
              <w:t>R7-R8 (dough grain)</w:t>
            </w:r>
          </w:p>
        </w:tc>
        <w:tc>
          <w:tcPr>
            <w:tcW w:w="1234" w:type="dxa"/>
          </w:tcPr>
          <w:p w14:paraId="4A2317DC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3F574124" w14:textId="77777777" w:rsidR="008B3AF5" w:rsidRDefault="00000000">
            <w:r>
              <w:rPr>
                <w:sz w:val="17"/>
              </w:rPr>
              <w:t>51.8</w:t>
            </w:r>
          </w:p>
        </w:tc>
        <w:tc>
          <w:tcPr>
            <w:tcW w:w="1234" w:type="dxa"/>
          </w:tcPr>
          <w:p w14:paraId="116AE357" w14:textId="77777777" w:rsidR="008B3AF5" w:rsidRDefault="00000000">
            <w:r>
              <w:rPr>
                <w:sz w:val="17"/>
              </w:rPr>
              <w:t>56.1</w:t>
            </w:r>
          </w:p>
        </w:tc>
        <w:tc>
          <w:tcPr>
            <w:tcW w:w="1234" w:type="dxa"/>
          </w:tcPr>
          <w:p w14:paraId="4CA02B3D" w14:textId="77777777" w:rsidR="008B3AF5" w:rsidRDefault="00000000">
            <w:r>
              <w:rPr>
                <w:sz w:val="17"/>
              </w:rPr>
              <w:t>108.3</w:t>
            </w:r>
          </w:p>
        </w:tc>
      </w:tr>
      <w:tr w:rsidR="008B3AF5" w14:paraId="299AFAD5" w14:textId="77777777">
        <w:tc>
          <w:tcPr>
            <w:tcW w:w="1234" w:type="dxa"/>
          </w:tcPr>
          <w:p w14:paraId="36472344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6220B015" w14:textId="77777777" w:rsidR="008B3AF5" w:rsidRDefault="00000000">
            <w:r>
              <w:rPr>
                <w:sz w:val="17"/>
              </w:rPr>
              <w:t>15 Feb 2026</w:t>
            </w:r>
          </w:p>
        </w:tc>
        <w:tc>
          <w:tcPr>
            <w:tcW w:w="1234" w:type="dxa"/>
          </w:tcPr>
          <w:p w14:paraId="1B10014E" w14:textId="77777777" w:rsidR="008B3AF5" w:rsidRDefault="00000000">
            <w:r>
              <w:rPr>
                <w:sz w:val="17"/>
              </w:rPr>
              <w:t>R8 (onset of maturity)</w:t>
            </w:r>
          </w:p>
        </w:tc>
        <w:tc>
          <w:tcPr>
            <w:tcW w:w="1234" w:type="dxa"/>
          </w:tcPr>
          <w:p w14:paraId="500EC17C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61219C12" w14:textId="77777777" w:rsidR="008B3AF5" w:rsidRDefault="00000000">
            <w:r>
              <w:rPr>
                <w:sz w:val="17"/>
              </w:rPr>
              <w:t>43.0</w:t>
            </w:r>
          </w:p>
        </w:tc>
        <w:tc>
          <w:tcPr>
            <w:tcW w:w="1234" w:type="dxa"/>
          </w:tcPr>
          <w:p w14:paraId="616D3933" w14:textId="77777777" w:rsidR="008B3AF5" w:rsidRDefault="00000000">
            <w:r>
              <w:rPr>
                <w:sz w:val="17"/>
              </w:rPr>
              <w:t>10.5</w:t>
            </w:r>
          </w:p>
        </w:tc>
        <w:tc>
          <w:tcPr>
            <w:tcW w:w="1234" w:type="dxa"/>
          </w:tcPr>
          <w:p w14:paraId="3638517D" w14:textId="77777777" w:rsidR="008B3AF5" w:rsidRDefault="00000000">
            <w:r>
              <w:rPr>
                <w:sz w:val="17"/>
              </w:rPr>
              <w:t>24.4</w:t>
            </w:r>
          </w:p>
        </w:tc>
      </w:tr>
      <w:tr w:rsidR="008B3AF5" w14:paraId="7EC6106D" w14:textId="77777777">
        <w:tc>
          <w:tcPr>
            <w:tcW w:w="1234" w:type="dxa"/>
          </w:tcPr>
          <w:p w14:paraId="39958FBA" w14:textId="77777777" w:rsidR="008B3AF5" w:rsidRDefault="00000000">
            <w:r>
              <w:rPr>
                <w:sz w:val="17"/>
              </w:rPr>
              <w:t>Site 2 (Calle P)</w:t>
            </w:r>
          </w:p>
        </w:tc>
        <w:tc>
          <w:tcPr>
            <w:tcW w:w="1234" w:type="dxa"/>
          </w:tcPr>
          <w:p w14:paraId="39B79DF3" w14:textId="77777777" w:rsidR="008B3AF5" w:rsidRDefault="00000000">
            <w:r>
              <w:rPr>
                <w:sz w:val="17"/>
              </w:rPr>
              <w:t>22 Feb 2026</w:t>
            </w:r>
          </w:p>
        </w:tc>
        <w:tc>
          <w:tcPr>
            <w:tcW w:w="1234" w:type="dxa"/>
          </w:tcPr>
          <w:p w14:paraId="543342C6" w14:textId="77777777" w:rsidR="008B3AF5" w:rsidRDefault="00000000">
            <w:r>
              <w:rPr>
                <w:sz w:val="17"/>
              </w:rPr>
              <w:t>R9 (full maturity)</w:t>
            </w:r>
          </w:p>
        </w:tc>
        <w:tc>
          <w:tcPr>
            <w:tcW w:w="1234" w:type="dxa"/>
          </w:tcPr>
          <w:p w14:paraId="4D959B6B" w14:textId="77777777" w:rsidR="008B3AF5" w:rsidRDefault="00000000">
            <w:r>
              <w:rPr>
                <w:sz w:val="17"/>
              </w:rPr>
              <w:t>5</w:t>
            </w:r>
          </w:p>
        </w:tc>
        <w:tc>
          <w:tcPr>
            <w:tcW w:w="1234" w:type="dxa"/>
          </w:tcPr>
          <w:p w14:paraId="7F782A83" w14:textId="77777777" w:rsidR="008B3AF5" w:rsidRDefault="00000000">
            <w:r>
              <w:rPr>
                <w:sz w:val="17"/>
              </w:rPr>
              <w:t>34.6</w:t>
            </w:r>
          </w:p>
        </w:tc>
        <w:tc>
          <w:tcPr>
            <w:tcW w:w="1234" w:type="dxa"/>
          </w:tcPr>
          <w:p w14:paraId="4003F134" w14:textId="77777777" w:rsidR="008B3AF5" w:rsidRDefault="00000000">
            <w:r>
              <w:rPr>
                <w:sz w:val="17"/>
              </w:rPr>
              <w:t>18.3</w:t>
            </w:r>
          </w:p>
        </w:tc>
        <w:tc>
          <w:tcPr>
            <w:tcW w:w="1234" w:type="dxa"/>
          </w:tcPr>
          <w:p w14:paraId="72493D6A" w14:textId="77777777" w:rsidR="008B3AF5" w:rsidRDefault="00000000">
            <w:r>
              <w:rPr>
                <w:sz w:val="17"/>
              </w:rPr>
              <w:t>53.0</w:t>
            </w:r>
          </w:p>
        </w:tc>
      </w:tr>
    </w:tbl>
    <w:p w14:paraId="0F712ECB" w14:textId="77777777" w:rsidR="008B3AF5" w:rsidRDefault="008B3AF5">
      <w:pPr>
        <w:spacing w:after="120"/>
      </w:pPr>
    </w:p>
    <w:p w14:paraId="041CEBB4" w14:textId="77777777" w:rsidR="008B3AF5" w:rsidRDefault="00000000">
      <w:pPr>
        <w:spacing w:after="120"/>
      </w:pPr>
      <w:r>
        <w:rPr>
          <w:b/>
        </w:rPr>
        <w:t>Panel B. Between-trap coefficient of variation by taxon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8B3AF5" w14:paraId="16379EB6" w14:textId="77777777">
        <w:tc>
          <w:tcPr>
            <w:tcW w:w="2160" w:type="dxa"/>
          </w:tcPr>
          <w:p w14:paraId="648B1694" w14:textId="77777777" w:rsidR="008B3AF5" w:rsidRDefault="00000000">
            <w:r>
              <w:rPr>
                <w:b/>
                <w:sz w:val="17"/>
              </w:rPr>
              <w:t>Taxon</w:t>
            </w:r>
          </w:p>
        </w:tc>
        <w:tc>
          <w:tcPr>
            <w:tcW w:w="2160" w:type="dxa"/>
          </w:tcPr>
          <w:p w14:paraId="46EE22D4" w14:textId="77777777" w:rsidR="008B3AF5" w:rsidRDefault="00000000">
            <w:r>
              <w:rPr>
                <w:b/>
                <w:sz w:val="17"/>
              </w:rPr>
              <w:t>Dates with detection (n)</w:t>
            </w:r>
          </w:p>
        </w:tc>
        <w:tc>
          <w:tcPr>
            <w:tcW w:w="2160" w:type="dxa"/>
          </w:tcPr>
          <w:p w14:paraId="38BAEA8B" w14:textId="77777777" w:rsidR="008B3AF5" w:rsidRDefault="00000000">
            <w:r>
              <w:rPr>
                <w:b/>
                <w:sz w:val="17"/>
              </w:rPr>
              <w:t>Median CV (%)</w:t>
            </w:r>
          </w:p>
        </w:tc>
        <w:tc>
          <w:tcPr>
            <w:tcW w:w="2160" w:type="dxa"/>
          </w:tcPr>
          <w:p w14:paraId="75C4B3EE" w14:textId="77777777" w:rsidR="008B3AF5" w:rsidRDefault="00000000">
            <w:r>
              <w:rPr>
                <w:b/>
                <w:sz w:val="17"/>
              </w:rPr>
              <w:t>Interquartile range (%)</w:t>
            </w:r>
          </w:p>
        </w:tc>
      </w:tr>
      <w:tr w:rsidR="008B3AF5" w14:paraId="1DAEAA94" w14:textId="77777777">
        <w:tc>
          <w:tcPr>
            <w:tcW w:w="2160" w:type="dxa"/>
          </w:tcPr>
          <w:p w14:paraId="6ED0594C" w14:textId="77777777" w:rsidR="008B3AF5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2160" w:type="dxa"/>
          </w:tcPr>
          <w:p w14:paraId="49FEA6C1" w14:textId="77777777" w:rsidR="008B3AF5" w:rsidRDefault="00000000">
            <w:r>
              <w:rPr>
                <w:sz w:val="17"/>
              </w:rPr>
              <w:t>25</w:t>
            </w:r>
          </w:p>
        </w:tc>
        <w:tc>
          <w:tcPr>
            <w:tcW w:w="2160" w:type="dxa"/>
          </w:tcPr>
          <w:p w14:paraId="4950148D" w14:textId="77777777" w:rsidR="008B3AF5" w:rsidRDefault="00000000">
            <w:r>
              <w:rPr>
                <w:sz w:val="17"/>
              </w:rPr>
              <w:t>56.6</w:t>
            </w:r>
          </w:p>
        </w:tc>
        <w:tc>
          <w:tcPr>
            <w:tcW w:w="2160" w:type="dxa"/>
          </w:tcPr>
          <w:p w14:paraId="20314848" w14:textId="77777777" w:rsidR="008B3AF5" w:rsidRDefault="00000000">
            <w:r>
              <w:rPr>
                <w:sz w:val="17"/>
              </w:rPr>
              <w:t>46.2 - 87.4</w:t>
            </w:r>
          </w:p>
        </w:tc>
      </w:tr>
      <w:tr w:rsidR="008B3AF5" w14:paraId="7A2783CE" w14:textId="77777777">
        <w:tc>
          <w:tcPr>
            <w:tcW w:w="2160" w:type="dxa"/>
          </w:tcPr>
          <w:p w14:paraId="50D2C0FD" w14:textId="77777777" w:rsidR="008B3AF5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2160" w:type="dxa"/>
          </w:tcPr>
          <w:p w14:paraId="40427FDA" w14:textId="77777777" w:rsidR="008B3AF5" w:rsidRDefault="00000000">
            <w:r>
              <w:rPr>
                <w:sz w:val="17"/>
              </w:rPr>
              <w:t>25</w:t>
            </w:r>
          </w:p>
        </w:tc>
        <w:tc>
          <w:tcPr>
            <w:tcW w:w="2160" w:type="dxa"/>
          </w:tcPr>
          <w:p w14:paraId="522FB525" w14:textId="77777777" w:rsidR="008B3AF5" w:rsidRDefault="00000000">
            <w:r>
              <w:rPr>
                <w:sz w:val="17"/>
              </w:rPr>
              <w:t>73.7</w:t>
            </w:r>
          </w:p>
        </w:tc>
        <w:tc>
          <w:tcPr>
            <w:tcW w:w="2160" w:type="dxa"/>
          </w:tcPr>
          <w:p w14:paraId="0B453C50" w14:textId="77777777" w:rsidR="008B3AF5" w:rsidRDefault="00000000">
            <w:r>
              <w:rPr>
                <w:sz w:val="17"/>
              </w:rPr>
              <w:t>51.8 - 83.9</w:t>
            </w:r>
          </w:p>
        </w:tc>
      </w:tr>
      <w:tr w:rsidR="008B3AF5" w14:paraId="153742F8" w14:textId="77777777">
        <w:tc>
          <w:tcPr>
            <w:tcW w:w="2160" w:type="dxa"/>
          </w:tcPr>
          <w:p w14:paraId="58F85F42" w14:textId="77777777" w:rsidR="008B3AF5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2160" w:type="dxa"/>
          </w:tcPr>
          <w:p w14:paraId="4B6B56B2" w14:textId="77777777" w:rsidR="008B3AF5" w:rsidRDefault="00000000">
            <w:r>
              <w:rPr>
                <w:sz w:val="17"/>
              </w:rPr>
              <w:t>25</w:t>
            </w:r>
          </w:p>
        </w:tc>
        <w:tc>
          <w:tcPr>
            <w:tcW w:w="2160" w:type="dxa"/>
          </w:tcPr>
          <w:p w14:paraId="6FE9BDD5" w14:textId="77777777" w:rsidR="008B3AF5" w:rsidRDefault="00000000">
            <w:r>
              <w:rPr>
                <w:sz w:val="17"/>
              </w:rPr>
              <w:t>84.8</w:t>
            </w:r>
          </w:p>
        </w:tc>
        <w:tc>
          <w:tcPr>
            <w:tcW w:w="2160" w:type="dxa"/>
          </w:tcPr>
          <w:p w14:paraId="7524860B" w14:textId="77777777" w:rsidR="008B3AF5" w:rsidRDefault="00000000">
            <w:r>
              <w:rPr>
                <w:sz w:val="17"/>
              </w:rPr>
              <w:t>60.1 - 120.7</w:t>
            </w:r>
          </w:p>
        </w:tc>
      </w:tr>
      <w:tr w:rsidR="008B3AF5" w14:paraId="4BD5171B" w14:textId="77777777">
        <w:tc>
          <w:tcPr>
            <w:tcW w:w="2160" w:type="dxa"/>
          </w:tcPr>
          <w:p w14:paraId="0410D806" w14:textId="77777777" w:rsidR="008B3AF5" w:rsidRDefault="00000000">
            <w:r>
              <w:rPr>
                <w:i/>
                <w:sz w:val="17"/>
              </w:rPr>
              <w:t>Fusarium</w:t>
            </w:r>
          </w:p>
        </w:tc>
        <w:tc>
          <w:tcPr>
            <w:tcW w:w="2160" w:type="dxa"/>
          </w:tcPr>
          <w:p w14:paraId="153C0CF0" w14:textId="77777777" w:rsidR="008B3AF5" w:rsidRDefault="00000000">
            <w:r>
              <w:rPr>
                <w:sz w:val="17"/>
              </w:rPr>
              <w:t>21</w:t>
            </w:r>
          </w:p>
        </w:tc>
        <w:tc>
          <w:tcPr>
            <w:tcW w:w="2160" w:type="dxa"/>
          </w:tcPr>
          <w:p w14:paraId="3BC913DA" w14:textId="77777777" w:rsidR="008B3AF5" w:rsidRDefault="00000000">
            <w:r>
              <w:rPr>
                <w:sz w:val="17"/>
              </w:rPr>
              <w:t>113.9</w:t>
            </w:r>
          </w:p>
        </w:tc>
        <w:tc>
          <w:tcPr>
            <w:tcW w:w="2160" w:type="dxa"/>
          </w:tcPr>
          <w:p w14:paraId="2C0B62AB" w14:textId="77777777" w:rsidR="008B3AF5" w:rsidRDefault="00000000">
            <w:r>
              <w:rPr>
                <w:sz w:val="17"/>
              </w:rPr>
              <w:t>87.4 - 163.0</w:t>
            </w:r>
          </w:p>
        </w:tc>
      </w:tr>
      <w:tr w:rsidR="008B3AF5" w14:paraId="7448D18E" w14:textId="77777777">
        <w:tc>
          <w:tcPr>
            <w:tcW w:w="2160" w:type="dxa"/>
          </w:tcPr>
          <w:p w14:paraId="48E4509B" w14:textId="77777777" w:rsidR="008B3AF5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2160" w:type="dxa"/>
          </w:tcPr>
          <w:p w14:paraId="79F5366D" w14:textId="77777777" w:rsidR="008B3AF5" w:rsidRDefault="00000000">
            <w:r>
              <w:rPr>
                <w:sz w:val="17"/>
              </w:rPr>
              <w:t>16</w:t>
            </w:r>
          </w:p>
        </w:tc>
        <w:tc>
          <w:tcPr>
            <w:tcW w:w="2160" w:type="dxa"/>
          </w:tcPr>
          <w:p w14:paraId="4F35F7EC" w14:textId="77777777" w:rsidR="008B3AF5" w:rsidRDefault="00000000">
            <w:r>
              <w:rPr>
                <w:sz w:val="17"/>
              </w:rPr>
              <w:t>114.4</w:t>
            </w:r>
          </w:p>
        </w:tc>
        <w:tc>
          <w:tcPr>
            <w:tcW w:w="2160" w:type="dxa"/>
          </w:tcPr>
          <w:p w14:paraId="6474EA2E" w14:textId="77777777" w:rsidR="008B3AF5" w:rsidRDefault="00000000">
            <w:r>
              <w:rPr>
                <w:sz w:val="17"/>
              </w:rPr>
              <w:t>74.9 - 158.9</w:t>
            </w:r>
          </w:p>
        </w:tc>
      </w:tr>
      <w:tr w:rsidR="008B3AF5" w14:paraId="54ED6781" w14:textId="77777777">
        <w:tc>
          <w:tcPr>
            <w:tcW w:w="2160" w:type="dxa"/>
          </w:tcPr>
          <w:p w14:paraId="289C358A" w14:textId="77777777" w:rsidR="008B3AF5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2160" w:type="dxa"/>
          </w:tcPr>
          <w:p w14:paraId="0BBEB9D7" w14:textId="77777777" w:rsidR="008B3AF5" w:rsidRDefault="00000000">
            <w:r>
              <w:rPr>
                <w:sz w:val="17"/>
              </w:rPr>
              <w:t>25</w:t>
            </w:r>
          </w:p>
        </w:tc>
        <w:tc>
          <w:tcPr>
            <w:tcW w:w="2160" w:type="dxa"/>
          </w:tcPr>
          <w:p w14:paraId="2EEC2441" w14:textId="77777777" w:rsidR="008B3AF5" w:rsidRDefault="00000000">
            <w:r>
              <w:rPr>
                <w:sz w:val="17"/>
              </w:rPr>
              <w:t>53.0</w:t>
            </w:r>
          </w:p>
        </w:tc>
        <w:tc>
          <w:tcPr>
            <w:tcW w:w="2160" w:type="dxa"/>
          </w:tcPr>
          <w:p w14:paraId="34379F77" w14:textId="77777777" w:rsidR="008B3AF5" w:rsidRDefault="00000000">
            <w:r>
              <w:rPr>
                <w:sz w:val="17"/>
              </w:rPr>
              <w:t>43.4 - 70.6</w:t>
            </w:r>
          </w:p>
        </w:tc>
      </w:tr>
    </w:tbl>
    <w:p w14:paraId="32A8A072" w14:textId="77777777" w:rsidR="008B3AF5" w:rsidRDefault="00000000">
      <w:pPr>
        <w:spacing w:after="120"/>
      </w:pPr>
      <w:r>
        <w:rPr>
          <w:sz w:val="18"/>
        </w:rPr>
        <w:t>Note. Across all sampling dates and sites, the median coefficient of variation of the combined core density among the five traps was 53.0%. The highest values correspond to the least abundant taxa, as expected when a difference of a few propagules between slides represents a large proportion of a small mean. Because plot areas were 1,700 and 4,500 m², the five traps sample essentially the same air mass and are treated as subsamples rather than as independent replicates; the values reported here quantify the within-plot dispersion of the estimate rather than field-level replication.</w:t>
      </w:r>
    </w:p>
    <w:sectPr w:rsidR="008B3AF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267146">
    <w:abstractNumId w:val="8"/>
  </w:num>
  <w:num w:numId="2" w16cid:durableId="909925424">
    <w:abstractNumId w:val="6"/>
  </w:num>
  <w:num w:numId="3" w16cid:durableId="409079346">
    <w:abstractNumId w:val="5"/>
  </w:num>
  <w:num w:numId="4" w16cid:durableId="665788043">
    <w:abstractNumId w:val="4"/>
  </w:num>
  <w:num w:numId="5" w16cid:durableId="1370258541">
    <w:abstractNumId w:val="7"/>
  </w:num>
  <w:num w:numId="6" w16cid:durableId="819004781">
    <w:abstractNumId w:val="3"/>
  </w:num>
  <w:num w:numId="7" w16cid:durableId="2072389872">
    <w:abstractNumId w:val="2"/>
  </w:num>
  <w:num w:numId="8" w16cid:durableId="1937861937">
    <w:abstractNumId w:val="1"/>
  </w:num>
  <w:num w:numId="9" w16cid:durableId="1606159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2C4D"/>
    <w:rsid w:val="0029639D"/>
    <w:rsid w:val="00326F90"/>
    <w:rsid w:val="008B3AF5"/>
    <w:rsid w:val="009D2AFB"/>
    <w:rsid w:val="00AA1D8D"/>
    <w:rsid w:val="00B47730"/>
    <w:rsid w:val="00B557FF"/>
    <w:rsid w:val="00CB0664"/>
    <w:rsid w:val="00E761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CEDDD"/>
  <w14:defaultImageDpi w14:val="300"/>
  <w15:docId w15:val="{6A339BDB-6AB1-48EE-91CF-8133EA50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REVIEWER</cp:lastModifiedBy>
  <cp:revision>4</cp:revision>
  <dcterms:created xsi:type="dcterms:W3CDTF">2013-12-23T23:15:00Z</dcterms:created>
  <dcterms:modified xsi:type="dcterms:W3CDTF">2026-08-21T17:32:00Z</dcterms:modified>
  <cp:category/>
</cp:coreProperties>
</file>