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C3EE" w14:textId="77777777" w:rsidR="009D1D36" w:rsidRDefault="00000000">
      <w:pPr>
        <w:spacing w:after="120"/>
      </w:pPr>
      <w:r>
        <w:rPr>
          <w:b/>
          <w:sz w:val="24"/>
        </w:rPr>
        <w:t>Supplementary Table S2</w:t>
      </w:r>
    </w:p>
    <w:p w14:paraId="6F3456E0" w14:textId="77777777" w:rsidR="009D1D36" w:rsidRDefault="00000000">
      <w:pPr>
        <w:spacing w:after="120"/>
      </w:pPr>
      <w:r>
        <w:t xml:space="preserve">Complete matrix of Spearman rank correlations between airborne spore density at week </w:t>
      </w:r>
      <w:r>
        <w:rPr>
          <w:i/>
        </w:rPr>
        <w:t>t</w:t>
      </w:r>
      <w:r>
        <w:t xml:space="preserve"> and disease severity at weeks </w:t>
      </w:r>
      <w:r>
        <w:rPr>
          <w:i/>
        </w:rPr>
        <w:t>t</w:t>
      </w:r>
      <w:r>
        <w:t xml:space="preserve">, </w:t>
      </w:r>
      <w:r>
        <w:rPr>
          <w:i/>
        </w:rPr>
        <w:t>t</w:t>
      </w:r>
      <w:r>
        <w:t xml:space="preserve">+1 and </w:t>
      </w:r>
      <w:r>
        <w:rPr>
          <w:i/>
        </w:rPr>
        <w:t>t</w:t>
      </w:r>
      <w:r>
        <w:t>+2, for the five core fungal taxa and for their combined density, in two Japanese rice plots monitored in La Paz District, Itapúa, Paraguay, during the 2025/2026 season. Weekly observations were pooled across the two sites. All 36 tests performed are reported. Adjusted probabilities were obtained by the Benjamini-Hochberg false discovery rate procedure applied over the full set of 36 tests; an association was considered confirmed only where the adjusted probability remained below 0.05.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3"/>
        <w:gridCol w:w="1068"/>
        <w:gridCol w:w="1064"/>
        <w:gridCol w:w="1055"/>
        <w:gridCol w:w="1076"/>
        <w:gridCol w:w="1074"/>
        <w:gridCol w:w="1073"/>
        <w:gridCol w:w="1077"/>
      </w:tblGrid>
      <w:tr w:rsidR="009D1D36" w14:paraId="05D2E393" w14:textId="77777777">
        <w:tc>
          <w:tcPr>
            <w:tcW w:w="1080" w:type="dxa"/>
          </w:tcPr>
          <w:p w14:paraId="45F5D246" w14:textId="77777777" w:rsidR="009D1D36" w:rsidRDefault="00000000">
            <w:r>
              <w:rPr>
                <w:b/>
                <w:sz w:val="17"/>
              </w:rPr>
              <w:t>Taxon</w:t>
            </w:r>
          </w:p>
        </w:tc>
        <w:tc>
          <w:tcPr>
            <w:tcW w:w="1080" w:type="dxa"/>
          </w:tcPr>
          <w:p w14:paraId="0290ADDC" w14:textId="77777777" w:rsidR="009D1D36" w:rsidRDefault="00000000">
            <w:r>
              <w:rPr>
                <w:b/>
                <w:sz w:val="17"/>
              </w:rPr>
              <w:t>Organ</w:t>
            </w:r>
          </w:p>
        </w:tc>
        <w:tc>
          <w:tcPr>
            <w:tcW w:w="1080" w:type="dxa"/>
          </w:tcPr>
          <w:p w14:paraId="036A9004" w14:textId="77777777" w:rsidR="009D1D36" w:rsidRDefault="00000000">
            <w:r>
              <w:rPr>
                <w:b/>
                <w:sz w:val="17"/>
              </w:rPr>
              <w:t>Lag</w:t>
            </w:r>
          </w:p>
        </w:tc>
        <w:tc>
          <w:tcPr>
            <w:tcW w:w="1080" w:type="dxa"/>
          </w:tcPr>
          <w:p w14:paraId="2A239AAF" w14:textId="77777777" w:rsidR="009D1D36" w:rsidRDefault="00000000">
            <w:r>
              <w:rPr>
                <w:b/>
                <w:sz w:val="17"/>
              </w:rPr>
              <w:t>n</w:t>
            </w:r>
          </w:p>
        </w:tc>
        <w:tc>
          <w:tcPr>
            <w:tcW w:w="1080" w:type="dxa"/>
          </w:tcPr>
          <w:p w14:paraId="32F20302" w14:textId="77777777" w:rsidR="009D1D36" w:rsidRDefault="00000000">
            <w:r>
              <w:rPr>
                <w:b/>
                <w:sz w:val="17"/>
              </w:rPr>
              <w:t>Spearman rho</w:t>
            </w:r>
          </w:p>
        </w:tc>
        <w:tc>
          <w:tcPr>
            <w:tcW w:w="1080" w:type="dxa"/>
          </w:tcPr>
          <w:p w14:paraId="096A2D59" w14:textId="77777777" w:rsidR="009D1D36" w:rsidRDefault="00000000">
            <w:r>
              <w:rPr>
                <w:b/>
                <w:sz w:val="17"/>
              </w:rPr>
              <w:t>p (nominal)</w:t>
            </w:r>
          </w:p>
        </w:tc>
        <w:tc>
          <w:tcPr>
            <w:tcW w:w="1080" w:type="dxa"/>
          </w:tcPr>
          <w:p w14:paraId="495A6159" w14:textId="77777777" w:rsidR="009D1D36" w:rsidRDefault="00000000">
            <w:r>
              <w:rPr>
                <w:b/>
                <w:sz w:val="17"/>
              </w:rPr>
              <w:t>p (FDR-adjusted)</w:t>
            </w:r>
          </w:p>
        </w:tc>
        <w:tc>
          <w:tcPr>
            <w:tcW w:w="1080" w:type="dxa"/>
          </w:tcPr>
          <w:p w14:paraId="2B556365" w14:textId="77777777" w:rsidR="009D1D36" w:rsidRDefault="00000000">
            <w:r>
              <w:rPr>
                <w:b/>
                <w:sz w:val="17"/>
              </w:rPr>
              <w:t>Confirmed</w:t>
            </w:r>
          </w:p>
        </w:tc>
      </w:tr>
      <w:tr w:rsidR="009D1D36" w14:paraId="55AEDCD2" w14:textId="77777777">
        <w:tc>
          <w:tcPr>
            <w:tcW w:w="1080" w:type="dxa"/>
          </w:tcPr>
          <w:p w14:paraId="067135A1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40230FF2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1C278212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32B5A722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7DD99ED6" w14:textId="77777777" w:rsidR="009D1D36" w:rsidRDefault="00000000">
            <w:r>
              <w:rPr>
                <w:sz w:val="17"/>
              </w:rPr>
              <w:t>-0.551</w:t>
            </w:r>
          </w:p>
        </w:tc>
        <w:tc>
          <w:tcPr>
            <w:tcW w:w="1080" w:type="dxa"/>
          </w:tcPr>
          <w:p w14:paraId="20AF6FA1" w14:textId="77777777" w:rsidR="009D1D36" w:rsidRDefault="00000000">
            <w:r>
              <w:rPr>
                <w:sz w:val="17"/>
              </w:rPr>
              <w:t>0.005</w:t>
            </w:r>
          </w:p>
        </w:tc>
        <w:tc>
          <w:tcPr>
            <w:tcW w:w="1080" w:type="dxa"/>
          </w:tcPr>
          <w:p w14:paraId="055A3EF2" w14:textId="77777777" w:rsidR="009D1D36" w:rsidRDefault="00000000">
            <w:r>
              <w:rPr>
                <w:sz w:val="17"/>
              </w:rPr>
              <w:t>0.054</w:t>
            </w:r>
          </w:p>
        </w:tc>
        <w:tc>
          <w:tcPr>
            <w:tcW w:w="1080" w:type="dxa"/>
          </w:tcPr>
          <w:p w14:paraId="722D7A04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4C12187" w14:textId="77777777">
        <w:tc>
          <w:tcPr>
            <w:tcW w:w="1080" w:type="dxa"/>
          </w:tcPr>
          <w:p w14:paraId="305A3763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100B954D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276B77A0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60D907FE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0114976F" w14:textId="77777777" w:rsidR="009D1D36" w:rsidRDefault="00000000">
            <w:r>
              <w:rPr>
                <w:sz w:val="17"/>
              </w:rPr>
              <w:t>-0.667</w:t>
            </w:r>
          </w:p>
        </w:tc>
        <w:tc>
          <w:tcPr>
            <w:tcW w:w="1080" w:type="dxa"/>
          </w:tcPr>
          <w:p w14:paraId="0E022FFB" w14:textId="77777777" w:rsidR="009D1D36" w:rsidRDefault="00000000">
            <w:r>
              <w:rPr>
                <w:sz w:val="17"/>
              </w:rPr>
              <w:t>&lt;0.001</w:t>
            </w:r>
          </w:p>
        </w:tc>
        <w:tc>
          <w:tcPr>
            <w:tcW w:w="1080" w:type="dxa"/>
          </w:tcPr>
          <w:p w14:paraId="04F75B92" w14:textId="77777777" w:rsidR="009D1D36" w:rsidRDefault="00000000">
            <w:r>
              <w:rPr>
                <w:sz w:val="17"/>
              </w:rPr>
              <w:t>0.009</w:t>
            </w:r>
          </w:p>
        </w:tc>
        <w:tc>
          <w:tcPr>
            <w:tcW w:w="1080" w:type="dxa"/>
          </w:tcPr>
          <w:p w14:paraId="2080B58A" w14:textId="77777777" w:rsidR="009D1D36" w:rsidRDefault="00000000">
            <w:r>
              <w:rPr>
                <w:sz w:val="17"/>
              </w:rPr>
              <w:t>yes</w:t>
            </w:r>
          </w:p>
        </w:tc>
      </w:tr>
      <w:tr w:rsidR="009D1D36" w14:paraId="3B38D28A" w14:textId="77777777">
        <w:tc>
          <w:tcPr>
            <w:tcW w:w="1080" w:type="dxa"/>
          </w:tcPr>
          <w:p w14:paraId="002FDE39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476CE5F2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37BE3DB6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18522F8F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23F73C85" w14:textId="77777777" w:rsidR="009D1D36" w:rsidRDefault="00000000">
            <w:r>
              <w:rPr>
                <w:sz w:val="17"/>
              </w:rPr>
              <w:t>-0.694</w:t>
            </w:r>
          </w:p>
        </w:tc>
        <w:tc>
          <w:tcPr>
            <w:tcW w:w="1080" w:type="dxa"/>
          </w:tcPr>
          <w:p w14:paraId="5ED97D4D" w14:textId="77777777" w:rsidR="009D1D36" w:rsidRDefault="00000000">
            <w:r>
              <w:rPr>
                <w:sz w:val="17"/>
              </w:rPr>
              <w:t>&lt;0.001</w:t>
            </w:r>
          </w:p>
        </w:tc>
        <w:tc>
          <w:tcPr>
            <w:tcW w:w="1080" w:type="dxa"/>
          </w:tcPr>
          <w:p w14:paraId="58A8DBA5" w14:textId="77777777" w:rsidR="009D1D36" w:rsidRDefault="00000000">
            <w:r>
              <w:rPr>
                <w:sz w:val="17"/>
              </w:rPr>
              <w:t>0.009</w:t>
            </w:r>
          </w:p>
        </w:tc>
        <w:tc>
          <w:tcPr>
            <w:tcW w:w="1080" w:type="dxa"/>
          </w:tcPr>
          <w:p w14:paraId="60FF3FA0" w14:textId="77777777" w:rsidR="009D1D36" w:rsidRDefault="00000000">
            <w:r>
              <w:rPr>
                <w:sz w:val="17"/>
              </w:rPr>
              <w:t>yes</w:t>
            </w:r>
          </w:p>
        </w:tc>
      </w:tr>
      <w:tr w:rsidR="009D1D36" w14:paraId="4972ED62" w14:textId="77777777">
        <w:tc>
          <w:tcPr>
            <w:tcW w:w="1080" w:type="dxa"/>
          </w:tcPr>
          <w:p w14:paraId="0DF1C3D0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0EF1C793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6C82110A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54D4A724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7D1CE950" w14:textId="77777777" w:rsidR="009D1D36" w:rsidRDefault="00000000">
            <w:r>
              <w:rPr>
                <w:sz w:val="17"/>
              </w:rPr>
              <w:t>-0.403</w:t>
            </w:r>
          </w:p>
        </w:tc>
        <w:tc>
          <w:tcPr>
            <w:tcW w:w="1080" w:type="dxa"/>
          </w:tcPr>
          <w:p w14:paraId="592FAF14" w14:textId="77777777" w:rsidR="009D1D36" w:rsidRDefault="00000000">
            <w:r>
              <w:rPr>
                <w:sz w:val="17"/>
              </w:rPr>
              <w:t>0.136</w:t>
            </w:r>
          </w:p>
        </w:tc>
        <w:tc>
          <w:tcPr>
            <w:tcW w:w="1080" w:type="dxa"/>
          </w:tcPr>
          <w:p w14:paraId="155C666A" w14:textId="77777777" w:rsidR="009D1D36" w:rsidRDefault="00000000">
            <w:r>
              <w:rPr>
                <w:sz w:val="17"/>
              </w:rPr>
              <w:t>0.350</w:t>
            </w:r>
          </w:p>
        </w:tc>
        <w:tc>
          <w:tcPr>
            <w:tcW w:w="1080" w:type="dxa"/>
          </w:tcPr>
          <w:p w14:paraId="14D1A350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61F5FE3" w14:textId="77777777">
        <w:tc>
          <w:tcPr>
            <w:tcW w:w="1080" w:type="dxa"/>
          </w:tcPr>
          <w:p w14:paraId="5909A0B7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61677DB2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5A4E011C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7D8D7B24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37BA0A77" w14:textId="77777777" w:rsidR="009D1D36" w:rsidRDefault="00000000">
            <w:r>
              <w:rPr>
                <w:sz w:val="17"/>
              </w:rPr>
              <w:t>-0.064</w:t>
            </w:r>
          </w:p>
        </w:tc>
        <w:tc>
          <w:tcPr>
            <w:tcW w:w="1080" w:type="dxa"/>
          </w:tcPr>
          <w:p w14:paraId="773050C4" w14:textId="77777777" w:rsidR="009D1D36" w:rsidRDefault="00000000">
            <w:r>
              <w:rPr>
                <w:sz w:val="17"/>
              </w:rPr>
              <w:t>0.822</w:t>
            </w:r>
          </w:p>
        </w:tc>
        <w:tc>
          <w:tcPr>
            <w:tcW w:w="1080" w:type="dxa"/>
          </w:tcPr>
          <w:p w14:paraId="139771BB" w14:textId="77777777" w:rsidR="009D1D36" w:rsidRDefault="00000000">
            <w:r>
              <w:rPr>
                <w:sz w:val="17"/>
              </w:rPr>
              <w:t>0.870</w:t>
            </w:r>
          </w:p>
        </w:tc>
        <w:tc>
          <w:tcPr>
            <w:tcW w:w="1080" w:type="dxa"/>
          </w:tcPr>
          <w:p w14:paraId="33F2D698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E37703C" w14:textId="77777777">
        <w:tc>
          <w:tcPr>
            <w:tcW w:w="1080" w:type="dxa"/>
          </w:tcPr>
          <w:p w14:paraId="7CAE32B2" w14:textId="77777777" w:rsidR="009D1D36" w:rsidRDefault="00000000">
            <w:r>
              <w:rPr>
                <w:i/>
                <w:sz w:val="17"/>
              </w:rPr>
              <w:t>Cochliobolus</w:t>
            </w:r>
          </w:p>
        </w:tc>
        <w:tc>
          <w:tcPr>
            <w:tcW w:w="1080" w:type="dxa"/>
          </w:tcPr>
          <w:p w14:paraId="41DBCF73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28B24120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59793400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9CCD9DD" w14:textId="77777777" w:rsidR="009D1D36" w:rsidRDefault="00000000">
            <w:r>
              <w:rPr>
                <w:sz w:val="17"/>
              </w:rPr>
              <w:t>0.195</w:t>
            </w:r>
          </w:p>
        </w:tc>
        <w:tc>
          <w:tcPr>
            <w:tcW w:w="1080" w:type="dxa"/>
          </w:tcPr>
          <w:p w14:paraId="62CEC268" w14:textId="77777777" w:rsidR="009D1D36" w:rsidRDefault="00000000">
            <w:r>
              <w:rPr>
                <w:sz w:val="17"/>
              </w:rPr>
              <w:t>0.486</w:t>
            </w:r>
          </w:p>
        </w:tc>
        <w:tc>
          <w:tcPr>
            <w:tcW w:w="1080" w:type="dxa"/>
          </w:tcPr>
          <w:p w14:paraId="310508CB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292F14A3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519F386A" w14:textId="77777777">
        <w:tc>
          <w:tcPr>
            <w:tcW w:w="1080" w:type="dxa"/>
          </w:tcPr>
          <w:p w14:paraId="7FD9580E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5013FC02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29B7BA5C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087528E7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11AED25B" w14:textId="77777777" w:rsidR="009D1D36" w:rsidRDefault="00000000">
            <w:r>
              <w:rPr>
                <w:sz w:val="17"/>
              </w:rPr>
              <w:t>0.360</w:t>
            </w:r>
          </w:p>
        </w:tc>
        <w:tc>
          <w:tcPr>
            <w:tcW w:w="1080" w:type="dxa"/>
          </w:tcPr>
          <w:p w14:paraId="7AC89584" w14:textId="77777777" w:rsidR="009D1D36" w:rsidRDefault="00000000">
            <w:r>
              <w:rPr>
                <w:sz w:val="17"/>
              </w:rPr>
              <w:t>0.084</w:t>
            </w:r>
          </w:p>
        </w:tc>
        <w:tc>
          <w:tcPr>
            <w:tcW w:w="1080" w:type="dxa"/>
          </w:tcPr>
          <w:p w14:paraId="7C1CEC73" w14:textId="77777777" w:rsidR="009D1D36" w:rsidRDefault="00000000">
            <w:r>
              <w:rPr>
                <w:sz w:val="17"/>
              </w:rPr>
              <w:t>0.275</w:t>
            </w:r>
          </w:p>
        </w:tc>
        <w:tc>
          <w:tcPr>
            <w:tcW w:w="1080" w:type="dxa"/>
          </w:tcPr>
          <w:p w14:paraId="7CA7EF96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2DB5035F" w14:textId="77777777">
        <w:tc>
          <w:tcPr>
            <w:tcW w:w="1080" w:type="dxa"/>
          </w:tcPr>
          <w:p w14:paraId="64441C23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23F85E8E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0A504063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43C2BE6D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211038BC" w14:textId="77777777" w:rsidR="009D1D36" w:rsidRDefault="00000000">
            <w:r>
              <w:rPr>
                <w:sz w:val="17"/>
              </w:rPr>
              <w:t>0.266</w:t>
            </w:r>
          </w:p>
        </w:tc>
        <w:tc>
          <w:tcPr>
            <w:tcW w:w="1080" w:type="dxa"/>
          </w:tcPr>
          <w:p w14:paraId="065D55AC" w14:textId="77777777" w:rsidR="009D1D36" w:rsidRDefault="00000000">
            <w:r>
              <w:rPr>
                <w:sz w:val="17"/>
              </w:rPr>
              <w:t>0.220</w:t>
            </w:r>
          </w:p>
        </w:tc>
        <w:tc>
          <w:tcPr>
            <w:tcW w:w="1080" w:type="dxa"/>
          </w:tcPr>
          <w:p w14:paraId="45AC6500" w14:textId="77777777" w:rsidR="009D1D36" w:rsidRDefault="00000000">
            <w:r>
              <w:rPr>
                <w:sz w:val="17"/>
              </w:rPr>
              <w:t>0.494</w:t>
            </w:r>
          </w:p>
        </w:tc>
        <w:tc>
          <w:tcPr>
            <w:tcW w:w="1080" w:type="dxa"/>
          </w:tcPr>
          <w:p w14:paraId="01AB8FB7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7C939B03" w14:textId="77777777">
        <w:tc>
          <w:tcPr>
            <w:tcW w:w="1080" w:type="dxa"/>
          </w:tcPr>
          <w:p w14:paraId="144F2D95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3C945DFC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22E65082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78AB5B66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60DE3F87" w14:textId="77777777" w:rsidR="009D1D36" w:rsidRDefault="00000000">
            <w:r>
              <w:rPr>
                <w:sz w:val="17"/>
              </w:rPr>
              <w:t>0.178</w:t>
            </w:r>
          </w:p>
        </w:tc>
        <w:tc>
          <w:tcPr>
            <w:tcW w:w="1080" w:type="dxa"/>
          </w:tcPr>
          <w:p w14:paraId="49381867" w14:textId="77777777" w:rsidR="009D1D36" w:rsidRDefault="00000000">
            <w:r>
              <w:rPr>
                <w:sz w:val="17"/>
              </w:rPr>
              <w:t>0.428</w:t>
            </w:r>
          </w:p>
        </w:tc>
        <w:tc>
          <w:tcPr>
            <w:tcW w:w="1080" w:type="dxa"/>
          </w:tcPr>
          <w:p w14:paraId="080CF2A6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73C58BDD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3B4D4F5C" w14:textId="77777777">
        <w:tc>
          <w:tcPr>
            <w:tcW w:w="1080" w:type="dxa"/>
          </w:tcPr>
          <w:p w14:paraId="45AEBA80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5B359671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31D95401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797873DD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D01ECC2" w14:textId="77777777" w:rsidR="009D1D36" w:rsidRDefault="00000000">
            <w:r>
              <w:rPr>
                <w:sz w:val="17"/>
              </w:rPr>
              <w:t>-0.466</w:t>
            </w:r>
          </w:p>
        </w:tc>
        <w:tc>
          <w:tcPr>
            <w:tcW w:w="1080" w:type="dxa"/>
          </w:tcPr>
          <w:p w14:paraId="6DE49189" w14:textId="77777777" w:rsidR="009D1D36" w:rsidRDefault="00000000">
            <w:r>
              <w:rPr>
                <w:sz w:val="17"/>
              </w:rPr>
              <w:t>0.080</w:t>
            </w:r>
          </w:p>
        </w:tc>
        <w:tc>
          <w:tcPr>
            <w:tcW w:w="1080" w:type="dxa"/>
          </w:tcPr>
          <w:p w14:paraId="74B02469" w14:textId="77777777" w:rsidR="009D1D36" w:rsidRDefault="00000000">
            <w:r>
              <w:rPr>
                <w:sz w:val="17"/>
              </w:rPr>
              <w:t>0.275</w:t>
            </w:r>
          </w:p>
        </w:tc>
        <w:tc>
          <w:tcPr>
            <w:tcW w:w="1080" w:type="dxa"/>
          </w:tcPr>
          <w:p w14:paraId="2471C2DD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3FAF71B6" w14:textId="77777777">
        <w:tc>
          <w:tcPr>
            <w:tcW w:w="1080" w:type="dxa"/>
          </w:tcPr>
          <w:p w14:paraId="1FEA434E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7924DABA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5E81825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03F2FF9D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C44D80B" w14:textId="77777777" w:rsidR="009D1D36" w:rsidRDefault="00000000">
            <w:r>
              <w:rPr>
                <w:sz w:val="17"/>
              </w:rPr>
              <w:t>-0.587</w:t>
            </w:r>
          </w:p>
        </w:tc>
        <w:tc>
          <w:tcPr>
            <w:tcW w:w="1080" w:type="dxa"/>
          </w:tcPr>
          <w:p w14:paraId="1820E5B5" w14:textId="77777777" w:rsidR="009D1D36" w:rsidRDefault="00000000">
            <w:r>
              <w:rPr>
                <w:sz w:val="17"/>
              </w:rPr>
              <w:t>0.021</w:t>
            </w:r>
          </w:p>
        </w:tc>
        <w:tc>
          <w:tcPr>
            <w:tcW w:w="1080" w:type="dxa"/>
          </w:tcPr>
          <w:p w14:paraId="4118FDB6" w14:textId="77777777" w:rsidR="009D1D36" w:rsidRDefault="00000000">
            <w:r>
              <w:rPr>
                <w:sz w:val="17"/>
              </w:rPr>
              <w:t>0.120</w:t>
            </w:r>
          </w:p>
        </w:tc>
        <w:tc>
          <w:tcPr>
            <w:tcW w:w="1080" w:type="dxa"/>
          </w:tcPr>
          <w:p w14:paraId="76CA085B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479889DF" w14:textId="77777777">
        <w:tc>
          <w:tcPr>
            <w:tcW w:w="1080" w:type="dxa"/>
          </w:tcPr>
          <w:p w14:paraId="48AA2743" w14:textId="77777777" w:rsidR="009D1D36" w:rsidRDefault="00000000">
            <w:r>
              <w:rPr>
                <w:i/>
                <w:sz w:val="17"/>
              </w:rPr>
              <w:t>Alternaria</w:t>
            </w:r>
          </w:p>
        </w:tc>
        <w:tc>
          <w:tcPr>
            <w:tcW w:w="1080" w:type="dxa"/>
          </w:tcPr>
          <w:p w14:paraId="42B10E81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D864A8D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43E6B4FA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04B9A5AD" w14:textId="77777777" w:rsidR="009D1D36" w:rsidRDefault="00000000">
            <w:r>
              <w:rPr>
                <w:sz w:val="17"/>
              </w:rPr>
              <w:t>-0.261</w:t>
            </w:r>
          </w:p>
        </w:tc>
        <w:tc>
          <w:tcPr>
            <w:tcW w:w="1080" w:type="dxa"/>
          </w:tcPr>
          <w:p w14:paraId="6115A2EE" w14:textId="77777777" w:rsidR="009D1D36" w:rsidRDefault="00000000">
            <w:r>
              <w:rPr>
                <w:sz w:val="17"/>
              </w:rPr>
              <w:t>0.347</w:t>
            </w:r>
          </w:p>
        </w:tc>
        <w:tc>
          <w:tcPr>
            <w:tcW w:w="1080" w:type="dxa"/>
          </w:tcPr>
          <w:p w14:paraId="1618706F" w14:textId="77777777" w:rsidR="009D1D36" w:rsidRDefault="00000000">
            <w:r>
              <w:rPr>
                <w:sz w:val="17"/>
              </w:rPr>
              <w:t>0.594</w:t>
            </w:r>
          </w:p>
        </w:tc>
        <w:tc>
          <w:tcPr>
            <w:tcW w:w="1080" w:type="dxa"/>
          </w:tcPr>
          <w:p w14:paraId="429E2259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318BA43" w14:textId="77777777">
        <w:tc>
          <w:tcPr>
            <w:tcW w:w="1080" w:type="dxa"/>
          </w:tcPr>
          <w:p w14:paraId="41EE0C2C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6455DDDB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4D2D0DA6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54717325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1F5B241E" w14:textId="77777777" w:rsidR="009D1D36" w:rsidRDefault="00000000">
            <w:r>
              <w:rPr>
                <w:sz w:val="17"/>
              </w:rPr>
              <w:t>0.171</w:t>
            </w:r>
          </w:p>
        </w:tc>
        <w:tc>
          <w:tcPr>
            <w:tcW w:w="1080" w:type="dxa"/>
          </w:tcPr>
          <w:p w14:paraId="068545EE" w14:textId="77777777" w:rsidR="009D1D36" w:rsidRDefault="00000000">
            <w:r>
              <w:rPr>
                <w:sz w:val="17"/>
              </w:rPr>
              <w:t>0.423</w:t>
            </w:r>
          </w:p>
        </w:tc>
        <w:tc>
          <w:tcPr>
            <w:tcW w:w="1080" w:type="dxa"/>
          </w:tcPr>
          <w:p w14:paraId="41D86353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256732E8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2FAB1F5B" w14:textId="77777777">
        <w:tc>
          <w:tcPr>
            <w:tcW w:w="1080" w:type="dxa"/>
          </w:tcPr>
          <w:p w14:paraId="66AE56DB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49470A71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45687DB2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54AAFE0A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3EE0A072" w14:textId="77777777" w:rsidR="009D1D36" w:rsidRDefault="00000000">
            <w:r>
              <w:rPr>
                <w:sz w:val="17"/>
              </w:rPr>
              <w:t>0.197</w:t>
            </w:r>
          </w:p>
        </w:tc>
        <w:tc>
          <w:tcPr>
            <w:tcW w:w="1080" w:type="dxa"/>
          </w:tcPr>
          <w:p w14:paraId="4A7814F3" w14:textId="77777777" w:rsidR="009D1D36" w:rsidRDefault="00000000">
            <w:r>
              <w:rPr>
                <w:sz w:val="17"/>
              </w:rPr>
              <w:t>0.367</w:t>
            </w:r>
          </w:p>
        </w:tc>
        <w:tc>
          <w:tcPr>
            <w:tcW w:w="1080" w:type="dxa"/>
          </w:tcPr>
          <w:p w14:paraId="7BC87874" w14:textId="77777777" w:rsidR="009D1D36" w:rsidRDefault="00000000">
            <w:r>
              <w:rPr>
                <w:sz w:val="17"/>
              </w:rPr>
              <w:t>0.600</w:t>
            </w:r>
          </w:p>
        </w:tc>
        <w:tc>
          <w:tcPr>
            <w:tcW w:w="1080" w:type="dxa"/>
          </w:tcPr>
          <w:p w14:paraId="54C1F399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28E302DB" w14:textId="77777777">
        <w:tc>
          <w:tcPr>
            <w:tcW w:w="1080" w:type="dxa"/>
          </w:tcPr>
          <w:p w14:paraId="52DEB9AE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458616F6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442BB189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5B46AA43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40FEAFD8" w14:textId="77777777" w:rsidR="009D1D36" w:rsidRDefault="00000000">
            <w:r>
              <w:rPr>
                <w:sz w:val="17"/>
              </w:rPr>
              <w:t>0.157</w:t>
            </w:r>
          </w:p>
        </w:tc>
        <w:tc>
          <w:tcPr>
            <w:tcW w:w="1080" w:type="dxa"/>
          </w:tcPr>
          <w:p w14:paraId="05ACD3B4" w14:textId="77777777" w:rsidR="009D1D36" w:rsidRDefault="00000000">
            <w:r>
              <w:rPr>
                <w:sz w:val="17"/>
              </w:rPr>
              <w:t>0.486</w:t>
            </w:r>
          </w:p>
        </w:tc>
        <w:tc>
          <w:tcPr>
            <w:tcW w:w="1080" w:type="dxa"/>
          </w:tcPr>
          <w:p w14:paraId="524258E3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5658D4A8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4D19758" w14:textId="77777777">
        <w:tc>
          <w:tcPr>
            <w:tcW w:w="1080" w:type="dxa"/>
          </w:tcPr>
          <w:p w14:paraId="27F14C86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6F1176A9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0C022443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4935E359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335FB256" w14:textId="77777777" w:rsidR="009D1D36" w:rsidRDefault="00000000">
            <w:r>
              <w:rPr>
                <w:sz w:val="17"/>
              </w:rPr>
              <w:t>-0.184</w:t>
            </w:r>
          </w:p>
        </w:tc>
        <w:tc>
          <w:tcPr>
            <w:tcW w:w="1080" w:type="dxa"/>
          </w:tcPr>
          <w:p w14:paraId="79496162" w14:textId="77777777" w:rsidR="009D1D36" w:rsidRDefault="00000000">
            <w:r>
              <w:rPr>
                <w:sz w:val="17"/>
              </w:rPr>
              <w:t>0.513</w:t>
            </w:r>
          </w:p>
        </w:tc>
        <w:tc>
          <w:tcPr>
            <w:tcW w:w="1080" w:type="dxa"/>
          </w:tcPr>
          <w:p w14:paraId="0F29EC22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56548DD2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4330278E" w14:textId="77777777">
        <w:tc>
          <w:tcPr>
            <w:tcW w:w="1080" w:type="dxa"/>
          </w:tcPr>
          <w:p w14:paraId="77A7CD94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7B8692F5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74C0CC4B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236A4CDD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40137840" w14:textId="77777777" w:rsidR="009D1D36" w:rsidRDefault="00000000">
            <w:r>
              <w:rPr>
                <w:sz w:val="17"/>
              </w:rPr>
              <w:t>-0.043</w:t>
            </w:r>
          </w:p>
        </w:tc>
        <w:tc>
          <w:tcPr>
            <w:tcW w:w="1080" w:type="dxa"/>
          </w:tcPr>
          <w:p w14:paraId="45F91168" w14:textId="77777777" w:rsidR="009D1D36" w:rsidRDefault="00000000">
            <w:r>
              <w:rPr>
                <w:sz w:val="17"/>
              </w:rPr>
              <w:t>0.879</w:t>
            </w:r>
          </w:p>
        </w:tc>
        <w:tc>
          <w:tcPr>
            <w:tcW w:w="1080" w:type="dxa"/>
          </w:tcPr>
          <w:p w14:paraId="7F1D9AAB" w14:textId="77777777" w:rsidR="009D1D36" w:rsidRDefault="00000000">
            <w:r>
              <w:rPr>
                <w:sz w:val="17"/>
              </w:rPr>
              <w:t>0.904</w:t>
            </w:r>
          </w:p>
        </w:tc>
        <w:tc>
          <w:tcPr>
            <w:tcW w:w="1080" w:type="dxa"/>
          </w:tcPr>
          <w:p w14:paraId="2DC394CC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9A59116" w14:textId="77777777">
        <w:tc>
          <w:tcPr>
            <w:tcW w:w="1080" w:type="dxa"/>
          </w:tcPr>
          <w:p w14:paraId="296A5D6F" w14:textId="77777777" w:rsidR="009D1D36" w:rsidRDefault="00000000">
            <w:r>
              <w:rPr>
                <w:i/>
                <w:sz w:val="17"/>
              </w:rPr>
              <w:t>Curvularia</w:t>
            </w:r>
          </w:p>
        </w:tc>
        <w:tc>
          <w:tcPr>
            <w:tcW w:w="1080" w:type="dxa"/>
          </w:tcPr>
          <w:p w14:paraId="708F45E9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4379ECA3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3777FFC2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19B8774" w14:textId="77777777" w:rsidR="009D1D36" w:rsidRDefault="00000000">
            <w:r>
              <w:rPr>
                <w:sz w:val="17"/>
              </w:rPr>
              <w:t>-0.227</w:t>
            </w:r>
          </w:p>
        </w:tc>
        <w:tc>
          <w:tcPr>
            <w:tcW w:w="1080" w:type="dxa"/>
          </w:tcPr>
          <w:p w14:paraId="16A815AE" w14:textId="77777777" w:rsidR="009D1D36" w:rsidRDefault="00000000">
            <w:r>
              <w:rPr>
                <w:sz w:val="17"/>
              </w:rPr>
              <w:t>0.415</w:t>
            </w:r>
          </w:p>
        </w:tc>
        <w:tc>
          <w:tcPr>
            <w:tcW w:w="1080" w:type="dxa"/>
          </w:tcPr>
          <w:p w14:paraId="495471F4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47A46AE4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0D7A442" w14:textId="77777777">
        <w:tc>
          <w:tcPr>
            <w:tcW w:w="1080" w:type="dxa"/>
          </w:tcPr>
          <w:p w14:paraId="2FBBADD1" w14:textId="77777777" w:rsidR="009D1D36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1080" w:type="dxa"/>
          </w:tcPr>
          <w:p w14:paraId="4E0806F0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24FF0120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65DAFD97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1D3F8950" w14:textId="77777777" w:rsidR="009D1D36" w:rsidRDefault="00000000">
            <w:r>
              <w:rPr>
                <w:sz w:val="17"/>
              </w:rPr>
              <w:t>-0.267</w:t>
            </w:r>
          </w:p>
        </w:tc>
        <w:tc>
          <w:tcPr>
            <w:tcW w:w="1080" w:type="dxa"/>
          </w:tcPr>
          <w:p w14:paraId="2983746A" w14:textId="77777777" w:rsidR="009D1D36" w:rsidRDefault="00000000">
            <w:r>
              <w:rPr>
                <w:sz w:val="17"/>
              </w:rPr>
              <w:t>0.208</w:t>
            </w:r>
          </w:p>
        </w:tc>
        <w:tc>
          <w:tcPr>
            <w:tcW w:w="1080" w:type="dxa"/>
          </w:tcPr>
          <w:p w14:paraId="3315E2BF" w14:textId="77777777" w:rsidR="009D1D36" w:rsidRDefault="00000000">
            <w:r>
              <w:rPr>
                <w:sz w:val="17"/>
              </w:rPr>
              <w:t>0.494</w:t>
            </w:r>
          </w:p>
        </w:tc>
        <w:tc>
          <w:tcPr>
            <w:tcW w:w="1080" w:type="dxa"/>
          </w:tcPr>
          <w:p w14:paraId="69A883DD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3869CD4F" w14:textId="77777777">
        <w:tc>
          <w:tcPr>
            <w:tcW w:w="1080" w:type="dxa"/>
          </w:tcPr>
          <w:p w14:paraId="6BC52BD3" w14:textId="77777777" w:rsidR="009D1D36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1080" w:type="dxa"/>
          </w:tcPr>
          <w:p w14:paraId="062F322C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5BA46C05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4DD0D1D5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5F0EC64C" w14:textId="77777777" w:rsidR="009D1D36" w:rsidRDefault="00000000">
            <w:r>
              <w:rPr>
                <w:sz w:val="17"/>
              </w:rPr>
              <w:t>-0.240</w:t>
            </w:r>
          </w:p>
        </w:tc>
        <w:tc>
          <w:tcPr>
            <w:tcW w:w="1080" w:type="dxa"/>
          </w:tcPr>
          <w:p w14:paraId="54DA3D5B" w14:textId="77777777" w:rsidR="009D1D36" w:rsidRDefault="00000000">
            <w:r>
              <w:rPr>
                <w:sz w:val="17"/>
              </w:rPr>
              <w:t>0.271</w:t>
            </w:r>
          </w:p>
        </w:tc>
        <w:tc>
          <w:tcPr>
            <w:tcW w:w="1080" w:type="dxa"/>
          </w:tcPr>
          <w:p w14:paraId="5370AD8A" w14:textId="77777777" w:rsidR="009D1D36" w:rsidRDefault="00000000">
            <w:r>
              <w:rPr>
                <w:sz w:val="17"/>
              </w:rPr>
              <w:t>0.513</w:t>
            </w:r>
          </w:p>
        </w:tc>
        <w:tc>
          <w:tcPr>
            <w:tcW w:w="1080" w:type="dxa"/>
          </w:tcPr>
          <w:p w14:paraId="24BE6D0A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5EE865F4" w14:textId="77777777">
        <w:tc>
          <w:tcPr>
            <w:tcW w:w="1080" w:type="dxa"/>
          </w:tcPr>
          <w:p w14:paraId="4DF61DC6" w14:textId="77777777" w:rsidR="009D1D36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1080" w:type="dxa"/>
          </w:tcPr>
          <w:p w14:paraId="75E1191B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578D1B64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5B60AB76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269EA96E" w14:textId="77777777" w:rsidR="009D1D36" w:rsidRDefault="00000000">
            <w:r>
              <w:rPr>
                <w:sz w:val="17"/>
              </w:rPr>
              <w:t>-0.136</w:t>
            </w:r>
          </w:p>
        </w:tc>
        <w:tc>
          <w:tcPr>
            <w:tcW w:w="1080" w:type="dxa"/>
          </w:tcPr>
          <w:p w14:paraId="2FD6B974" w14:textId="77777777" w:rsidR="009D1D36" w:rsidRDefault="00000000">
            <w:r>
              <w:rPr>
                <w:sz w:val="17"/>
              </w:rPr>
              <w:t>0.546</w:t>
            </w:r>
          </w:p>
        </w:tc>
        <w:tc>
          <w:tcPr>
            <w:tcW w:w="1080" w:type="dxa"/>
          </w:tcPr>
          <w:p w14:paraId="5B955E79" w14:textId="77777777" w:rsidR="009D1D36" w:rsidRDefault="00000000">
            <w:r>
              <w:rPr>
                <w:sz w:val="17"/>
              </w:rPr>
              <w:t>0.623</w:t>
            </w:r>
          </w:p>
        </w:tc>
        <w:tc>
          <w:tcPr>
            <w:tcW w:w="1080" w:type="dxa"/>
          </w:tcPr>
          <w:p w14:paraId="0C561ECD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76723377" w14:textId="77777777">
        <w:tc>
          <w:tcPr>
            <w:tcW w:w="1080" w:type="dxa"/>
          </w:tcPr>
          <w:p w14:paraId="149C266C" w14:textId="77777777" w:rsidR="009D1D36" w:rsidRDefault="00000000">
            <w:r>
              <w:rPr>
                <w:i/>
                <w:sz w:val="17"/>
              </w:rPr>
              <w:lastRenderedPageBreak/>
              <w:t>Fusarium</w:t>
            </w:r>
          </w:p>
        </w:tc>
        <w:tc>
          <w:tcPr>
            <w:tcW w:w="1080" w:type="dxa"/>
          </w:tcPr>
          <w:p w14:paraId="457ABC79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09D537D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7E989A9A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3F700EFD" w14:textId="77777777" w:rsidR="009D1D36" w:rsidRDefault="00000000">
            <w:r>
              <w:rPr>
                <w:sz w:val="17"/>
              </w:rPr>
              <w:t>0.101</w:t>
            </w:r>
          </w:p>
        </w:tc>
        <w:tc>
          <w:tcPr>
            <w:tcW w:w="1080" w:type="dxa"/>
          </w:tcPr>
          <w:p w14:paraId="48FBE24A" w14:textId="77777777" w:rsidR="009D1D36" w:rsidRDefault="00000000">
            <w:r>
              <w:rPr>
                <w:sz w:val="17"/>
              </w:rPr>
              <w:t>0.721</w:t>
            </w:r>
          </w:p>
        </w:tc>
        <w:tc>
          <w:tcPr>
            <w:tcW w:w="1080" w:type="dxa"/>
          </w:tcPr>
          <w:p w14:paraId="02251DAF" w14:textId="77777777" w:rsidR="009D1D36" w:rsidRDefault="00000000">
            <w:r>
              <w:rPr>
                <w:sz w:val="17"/>
              </w:rPr>
              <w:t>0.787</w:t>
            </w:r>
          </w:p>
        </w:tc>
        <w:tc>
          <w:tcPr>
            <w:tcW w:w="1080" w:type="dxa"/>
          </w:tcPr>
          <w:p w14:paraId="64F06C28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66F7BC5D" w14:textId="77777777">
        <w:tc>
          <w:tcPr>
            <w:tcW w:w="1080" w:type="dxa"/>
          </w:tcPr>
          <w:p w14:paraId="162D5385" w14:textId="77777777" w:rsidR="009D1D36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1080" w:type="dxa"/>
          </w:tcPr>
          <w:p w14:paraId="63E9CF62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BC5DA0A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104A79A4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4295169" w14:textId="77777777" w:rsidR="009D1D36" w:rsidRDefault="00000000">
            <w:r>
              <w:rPr>
                <w:sz w:val="17"/>
              </w:rPr>
              <w:t>0.308</w:t>
            </w:r>
          </w:p>
        </w:tc>
        <w:tc>
          <w:tcPr>
            <w:tcW w:w="1080" w:type="dxa"/>
          </w:tcPr>
          <w:p w14:paraId="1024F1E7" w14:textId="77777777" w:rsidR="009D1D36" w:rsidRDefault="00000000">
            <w:r>
              <w:rPr>
                <w:sz w:val="17"/>
              </w:rPr>
              <w:t>0.263</w:t>
            </w:r>
          </w:p>
        </w:tc>
        <w:tc>
          <w:tcPr>
            <w:tcW w:w="1080" w:type="dxa"/>
          </w:tcPr>
          <w:p w14:paraId="7460ECB4" w14:textId="77777777" w:rsidR="009D1D36" w:rsidRDefault="00000000">
            <w:r>
              <w:rPr>
                <w:sz w:val="17"/>
              </w:rPr>
              <w:t>0.513</w:t>
            </w:r>
          </w:p>
        </w:tc>
        <w:tc>
          <w:tcPr>
            <w:tcW w:w="1080" w:type="dxa"/>
          </w:tcPr>
          <w:p w14:paraId="4565A1A9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40912EAC" w14:textId="77777777">
        <w:tc>
          <w:tcPr>
            <w:tcW w:w="1080" w:type="dxa"/>
          </w:tcPr>
          <w:p w14:paraId="4902322C" w14:textId="77777777" w:rsidR="009D1D36" w:rsidRDefault="00000000">
            <w:r>
              <w:rPr>
                <w:i/>
                <w:sz w:val="17"/>
              </w:rPr>
              <w:t>Fusarium</w:t>
            </w:r>
          </w:p>
        </w:tc>
        <w:tc>
          <w:tcPr>
            <w:tcW w:w="1080" w:type="dxa"/>
          </w:tcPr>
          <w:p w14:paraId="744B9B85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39A3FD8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1F900522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73219DA6" w14:textId="77777777" w:rsidR="009D1D36" w:rsidRDefault="00000000">
            <w:r>
              <w:rPr>
                <w:sz w:val="17"/>
              </w:rPr>
              <w:t>-0.274</w:t>
            </w:r>
          </w:p>
        </w:tc>
        <w:tc>
          <w:tcPr>
            <w:tcW w:w="1080" w:type="dxa"/>
          </w:tcPr>
          <w:p w14:paraId="6BA9E143" w14:textId="77777777" w:rsidR="009D1D36" w:rsidRDefault="00000000">
            <w:r>
              <w:rPr>
                <w:sz w:val="17"/>
              </w:rPr>
              <w:t>0.322</w:t>
            </w:r>
          </w:p>
        </w:tc>
        <w:tc>
          <w:tcPr>
            <w:tcW w:w="1080" w:type="dxa"/>
          </w:tcPr>
          <w:p w14:paraId="6F33C032" w14:textId="77777777" w:rsidR="009D1D36" w:rsidRDefault="00000000">
            <w:r>
              <w:rPr>
                <w:sz w:val="17"/>
              </w:rPr>
              <w:t>0.580</w:t>
            </w:r>
          </w:p>
        </w:tc>
        <w:tc>
          <w:tcPr>
            <w:tcW w:w="1080" w:type="dxa"/>
          </w:tcPr>
          <w:p w14:paraId="2F613DEB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C30CFD5" w14:textId="77777777">
        <w:tc>
          <w:tcPr>
            <w:tcW w:w="1080" w:type="dxa"/>
          </w:tcPr>
          <w:p w14:paraId="1CB84F35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65C36C1C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15174F6F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3A4EFFF6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03BE4169" w14:textId="77777777" w:rsidR="009D1D36" w:rsidRDefault="00000000">
            <w:r>
              <w:rPr>
                <w:sz w:val="17"/>
              </w:rPr>
              <w:t>0.246</w:t>
            </w:r>
          </w:p>
        </w:tc>
        <w:tc>
          <w:tcPr>
            <w:tcW w:w="1080" w:type="dxa"/>
          </w:tcPr>
          <w:p w14:paraId="34DFFFBC" w14:textId="77777777" w:rsidR="009D1D36" w:rsidRDefault="00000000">
            <w:r>
              <w:rPr>
                <w:sz w:val="17"/>
              </w:rPr>
              <w:t>0.246</w:t>
            </w:r>
          </w:p>
        </w:tc>
        <w:tc>
          <w:tcPr>
            <w:tcW w:w="1080" w:type="dxa"/>
          </w:tcPr>
          <w:p w14:paraId="106297AE" w14:textId="77777777" w:rsidR="009D1D36" w:rsidRDefault="00000000">
            <w:r>
              <w:rPr>
                <w:sz w:val="17"/>
              </w:rPr>
              <w:t>0.513</w:t>
            </w:r>
          </w:p>
        </w:tc>
        <w:tc>
          <w:tcPr>
            <w:tcW w:w="1080" w:type="dxa"/>
          </w:tcPr>
          <w:p w14:paraId="3161B385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68F23F44" w14:textId="77777777">
        <w:tc>
          <w:tcPr>
            <w:tcW w:w="1080" w:type="dxa"/>
          </w:tcPr>
          <w:p w14:paraId="47A1E20A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2869744C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709F5934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2C2E18AD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7F757731" w14:textId="77777777" w:rsidR="009D1D36" w:rsidRDefault="00000000">
            <w:r>
              <w:rPr>
                <w:sz w:val="17"/>
              </w:rPr>
              <w:t>0.471</w:t>
            </w:r>
          </w:p>
        </w:tc>
        <w:tc>
          <w:tcPr>
            <w:tcW w:w="1080" w:type="dxa"/>
          </w:tcPr>
          <w:p w14:paraId="586A848A" w14:textId="77777777" w:rsidR="009D1D36" w:rsidRDefault="00000000">
            <w:r>
              <w:rPr>
                <w:sz w:val="17"/>
              </w:rPr>
              <w:t>0.023</w:t>
            </w:r>
          </w:p>
        </w:tc>
        <w:tc>
          <w:tcPr>
            <w:tcW w:w="1080" w:type="dxa"/>
          </w:tcPr>
          <w:p w14:paraId="096B9826" w14:textId="77777777" w:rsidR="009D1D36" w:rsidRDefault="00000000">
            <w:r>
              <w:rPr>
                <w:sz w:val="17"/>
              </w:rPr>
              <w:t>0.120</w:t>
            </w:r>
          </w:p>
        </w:tc>
        <w:tc>
          <w:tcPr>
            <w:tcW w:w="1080" w:type="dxa"/>
          </w:tcPr>
          <w:p w14:paraId="7FB8A080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563FE95" w14:textId="77777777">
        <w:tc>
          <w:tcPr>
            <w:tcW w:w="1080" w:type="dxa"/>
          </w:tcPr>
          <w:p w14:paraId="3071FBC8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1FD4E699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459F453D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0A2FFDD8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6E2A0249" w14:textId="77777777" w:rsidR="009D1D36" w:rsidRDefault="00000000">
            <w:r>
              <w:rPr>
                <w:sz w:val="17"/>
              </w:rPr>
              <w:t>0.566</w:t>
            </w:r>
          </w:p>
        </w:tc>
        <w:tc>
          <w:tcPr>
            <w:tcW w:w="1080" w:type="dxa"/>
          </w:tcPr>
          <w:p w14:paraId="5CA69AE9" w14:textId="77777777" w:rsidR="009D1D36" w:rsidRDefault="00000000">
            <w:r>
              <w:rPr>
                <w:sz w:val="17"/>
              </w:rPr>
              <w:t>0.006</w:t>
            </w:r>
          </w:p>
        </w:tc>
        <w:tc>
          <w:tcPr>
            <w:tcW w:w="1080" w:type="dxa"/>
          </w:tcPr>
          <w:p w14:paraId="7E91C82A" w14:textId="77777777" w:rsidR="009D1D36" w:rsidRDefault="00000000">
            <w:r>
              <w:rPr>
                <w:sz w:val="17"/>
              </w:rPr>
              <w:t>0.054</w:t>
            </w:r>
          </w:p>
        </w:tc>
        <w:tc>
          <w:tcPr>
            <w:tcW w:w="1080" w:type="dxa"/>
          </w:tcPr>
          <w:p w14:paraId="39B8E633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2DDF372D" w14:textId="77777777">
        <w:tc>
          <w:tcPr>
            <w:tcW w:w="1080" w:type="dxa"/>
          </w:tcPr>
          <w:p w14:paraId="682A5B9D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3C098CCC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556B4420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0F216D8C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074593F" w14:textId="77777777" w:rsidR="009D1D36" w:rsidRDefault="00000000">
            <w:r>
              <w:rPr>
                <w:sz w:val="17"/>
              </w:rPr>
              <w:t>0.187</w:t>
            </w:r>
          </w:p>
        </w:tc>
        <w:tc>
          <w:tcPr>
            <w:tcW w:w="1080" w:type="dxa"/>
          </w:tcPr>
          <w:p w14:paraId="5A908101" w14:textId="77777777" w:rsidR="009D1D36" w:rsidRDefault="00000000">
            <w:r>
              <w:rPr>
                <w:sz w:val="17"/>
              </w:rPr>
              <w:t>0.504</w:t>
            </w:r>
          </w:p>
        </w:tc>
        <w:tc>
          <w:tcPr>
            <w:tcW w:w="1080" w:type="dxa"/>
          </w:tcPr>
          <w:p w14:paraId="74B1E943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684EB0BD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423986D" w14:textId="77777777">
        <w:tc>
          <w:tcPr>
            <w:tcW w:w="1080" w:type="dxa"/>
          </w:tcPr>
          <w:p w14:paraId="67547E21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2F77AE74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1D6C524A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5F9D928F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3B0C6233" w14:textId="77777777" w:rsidR="009D1D36" w:rsidRDefault="00000000">
            <w:r>
              <w:rPr>
                <w:sz w:val="17"/>
              </w:rPr>
              <w:t>0.487</w:t>
            </w:r>
          </w:p>
        </w:tc>
        <w:tc>
          <w:tcPr>
            <w:tcW w:w="1080" w:type="dxa"/>
          </w:tcPr>
          <w:p w14:paraId="652007BB" w14:textId="77777777" w:rsidR="009D1D36" w:rsidRDefault="00000000">
            <w:r>
              <w:rPr>
                <w:sz w:val="17"/>
              </w:rPr>
              <w:t>0.066</w:t>
            </w:r>
          </w:p>
        </w:tc>
        <w:tc>
          <w:tcPr>
            <w:tcW w:w="1080" w:type="dxa"/>
          </w:tcPr>
          <w:p w14:paraId="18D57C89" w14:textId="77777777" w:rsidR="009D1D36" w:rsidRDefault="00000000">
            <w:r>
              <w:rPr>
                <w:sz w:val="17"/>
              </w:rPr>
              <w:t>0.262</w:t>
            </w:r>
          </w:p>
        </w:tc>
        <w:tc>
          <w:tcPr>
            <w:tcW w:w="1080" w:type="dxa"/>
          </w:tcPr>
          <w:p w14:paraId="511740F3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3EA0CAE6" w14:textId="77777777">
        <w:tc>
          <w:tcPr>
            <w:tcW w:w="1080" w:type="dxa"/>
          </w:tcPr>
          <w:p w14:paraId="649B4185" w14:textId="77777777" w:rsidR="009D1D36" w:rsidRDefault="00000000">
            <w:r>
              <w:rPr>
                <w:i/>
                <w:sz w:val="17"/>
              </w:rPr>
              <w:t>Magnaporthe</w:t>
            </w:r>
          </w:p>
        </w:tc>
        <w:tc>
          <w:tcPr>
            <w:tcW w:w="1080" w:type="dxa"/>
          </w:tcPr>
          <w:p w14:paraId="332D86CD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74992722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327F3A30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55E82093" w14:textId="77777777" w:rsidR="009D1D36" w:rsidRDefault="00000000">
            <w:r>
              <w:rPr>
                <w:sz w:val="17"/>
              </w:rPr>
              <w:t>0.603</w:t>
            </w:r>
          </w:p>
        </w:tc>
        <w:tc>
          <w:tcPr>
            <w:tcW w:w="1080" w:type="dxa"/>
          </w:tcPr>
          <w:p w14:paraId="453678C6" w14:textId="77777777" w:rsidR="009D1D36" w:rsidRDefault="00000000">
            <w:r>
              <w:rPr>
                <w:sz w:val="17"/>
              </w:rPr>
              <w:t>0.017</w:t>
            </w:r>
          </w:p>
        </w:tc>
        <w:tc>
          <w:tcPr>
            <w:tcW w:w="1080" w:type="dxa"/>
          </w:tcPr>
          <w:p w14:paraId="55C427CF" w14:textId="77777777" w:rsidR="009D1D36" w:rsidRDefault="00000000">
            <w:r>
              <w:rPr>
                <w:sz w:val="17"/>
              </w:rPr>
              <w:t>0.120</w:t>
            </w:r>
          </w:p>
        </w:tc>
        <w:tc>
          <w:tcPr>
            <w:tcW w:w="1080" w:type="dxa"/>
          </w:tcPr>
          <w:p w14:paraId="61380EE8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04C157B6" w14:textId="77777777">
        <w:tc>
          <w:tcPr>
            <w:tcW w:w="1080" w:type="dxa"/>
          </w:tcPr>
          <w:p w14:paraId="3994B39F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18BB9AFA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703535D8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445F952E" w14:textId="77777777" w:rsidR="009D1D36" w:rsidRDefault="00000000">
            <w:r>
              <w:rPr>
                <w:sz w:val="17"/>
              </w:rPr>
              <w:t>24</w:t>
            </w:r>
          </w:p>
        </w:tc>
        <w:tc>
          <w:tcPr>
            <w:tcW w:w="1080" w:type="dxa"/>
          </w:tcPr>
          <w:p w14:paraId="21EAED57" w14:textId="77777777" w:rsidR="009D1D36" w:rsidRDefault="00000000">
            <w:r>
              <w:rPr>
                <w:sz w:val="17"/>
              </w:rPr>
              <w:t>-0.162</w:t>
            </w:r>
          </w:p>
        </w:tc>
        <w:tc>
          <w:tcPr>
            <w:tcW w:w="1080" w:type="dxa"/>
          </w:tcPr>
          <w:p w14:paraId="4C9FDE19" w14:textId="77777777" w:rsidR="009D1D36" w:rsidRDefault="00000000">
            <w:r>
              <w:rPr>
                <w:sz w:val="17"/>
              </w:rPr>
              <w:t>0.450</w:t>
            </w:r>
          </w:p>
        </w:tc>
        <w:tc>
          <w:tcPr>
            <w:tcW w:w="1080" w:type="dxa"/>
          </w:tcPr>
          <w:p w14:paraId="2C184777" w14:textId="77777777" w:rsidR="009D1D36" w:rsidRDefault="00000000">
            <w:r>
              <w:rPr>
                <w:sz w:val="17"/>
              </w:rPr>
              <w:t>0.615</w:t>
            </w:r>
          </w:p>
        </w:tc>
        <w:tc>
          <w:tcPr>
            <w:tcW w:w="1080" w:type="dxa"/>
          </w:tcPr>
          <w:p w14:paraId="3A7A66AA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511F1CF1" w14:textId="77777777">
        <w:tc>
          <w:tcPr>
            <w:tcW w:w="1080" w:type="dxa"/>
          </w:tcPr>
          <w:p w14:paraId="084E8D54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4890896F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6BF550D2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3D2A7EE7" w14:textId="77777777" w:rsidR="009D1D36" w:rsidRDefault="00000000">
            <w:r>
              <w:rPr>
                <w:sz w:val="17"/>
              </w:rPr>
              <w:t>23</w:t>
            </w:r>
          </w:p>
        </w:tc>
        <w:tc>
          <w:tcPr>
            <w:tcW w:w="1080" w:type="dxa"/>
          </w:tcPr>
          <w:p w14:paraId="22532C13" w14:textId="77777777" w:rsidR="009D1D36" w:rsidRDefault="00000000">
            <w:r>
              <w:rPr>
                <w:sz w:val="17"/>
              </w:rPr>
              <w:t>-0.325</w:t>
            </w:r>
          </w:p>
        </w:tc>
        <w:tc>
          <w:tcPr>
            <w:tcW w:w="1080" w:type="dxa"/>
          </w:tcPr>
          <w:p w14:paraId="6BCEABAB" w14:textId="77777777" w:rsidR="009D1D36" w:rsidRDefault="00000000">
            <w:r>
              <w:rPr>
                <w:sz w:val="17"/>
              </w:rPr>
              <w:t>0.131</w:t>
            </w:r>
          </w:p>
        </w:tc>
        <w:tc>
          <w:tcPr>
            <w:tcW w:w="1080" w:type="dxa"/>
          </w:tcPr>
          <w:p w14:paraId="729CA5FF" w14:textId="77777777" w:rsidR="009D1D36" w:rsidRDefault="00000000">
            <w:r>
              <w:rPr>
                <w:sz w:val="17"/>
              </w:rPr>
              <w:t>0.350</w:t>
            </w:r>
          </w:p>
        </w:tc>
        <w:tc>
          <w:tcPr>
            <w:tcW w:w="1080" w:type="dxa"/>
          </w:tcPr>
          <w:p w14:paraId="7E99109C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46F8A18A" w14:textId="77777777">
        <w:tc>
          <w:tcPr>
            <w:tcW w:w="1080" w:type="dxa"/>
          </w:tcPr>
          <w:p w14:paraId="31A63586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506025B4" w14:textId="77777777" w:rsidR="009D1D36" w:rsidRDefault="00000000">
            <w:r>
              <w:rPr>
                <w:sz w:val="17"/>
              </w:rPr>
              <w:t>Leaf severity</w:t>
            </w:r>
          </w:p>
        </w:tc>
        <w:tc>
          <w:tcPr>
            <w:tcW w:w="1080" w:type="dxa"/>
          </w:tcPr>
          <w:p w14:paraId="139343EF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13A1DDA0" w14:textId="77777777" w:rsidR="009D1D36" w:rsidRDefault="00000000">
            <w:r>
              <w:rPr>
                <w:sz w:val="17"/>
              </w:rPr>
              <w:t>22</w:t>
            </w:r>
          </w:p>
        </w:tc>
        <w:tc>
          <w:tcPr>
            <w:tcW w:w="1080" w:type="dxa"/>
          </w:tcPr>
          <w:p w14:paraId="43C006A3" w14:textId="77777777" w:rsidR="009D1D36" w:rsidRDefault="00000000">
            <w:r>
              <w:rPr>
                <w:sz w:val="17"/>
              </w:rPr>
              <w:t>-0.429</w:t>
            </w:r>
          </w:p>
        </w:tc>
        <w:tc>
          <w:tcPr>
            <w:tcW w:w="1080" w:type="dxa"/>
          </w:tcPr>
          <w:p w14:paraId="38CB67F1" w14:textId="77777777" w:rsidR="009D1D36" w:rsidRDefault="00000000">
            <w:r>
              <w:rPr>
                <w:sz w:val="17"/>
              </w:rPr>
              <w:t>0.046</w:t>
            </w:r>
          </w:p>
        </w:tc>
        <w:tc>
          <w:tcPr>
            <w:tcW w:w="1080" w:type="dxa"/>
          </w:tcPr>
          <w:p w14:paraId="6E5F6263" w14:textId="77777777" w:rsidR="009D1D36" w:rsidRDefault="00000000">
            <w:r>
              <w:rPr>
                <w:sz w:val="17"/>
              </w:rPr>
              <w:t>0.208</w:t>
            </w:r>
          </w:p>
        </w:tc>
        <w:tc>
          <w:tcPr>
            <w:tcW w:w="1080" w:type="dxa"/>
          </w:tcPr>
          <w:p w14:paraId="5C4E6800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1AAAD0C2" w14:textId="77777777">
        <w:tc>
          <w:tcPr>
            <w:tcW w:w="1080" w:type="dxa"/>
          </w:tcPr>
          <w:p w14:paraId="4B5A074B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57D6B21E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627C1BFD" w14:textId="77777777" w:rsidR="009D1D36" w:rsidRDefault="00000000">
            <w:r>
              <w:rPr>
                <w:sz w:val="17"/>
              </w:rPr>
              <w:t>0 (same week)</w:t>
            </w:r>
          </w:p>
        </w:tc>
        <w:tc>
          <w:tcPr>
            <w:tcW w:w="1080" w:type="dxa"/>
          </w:tcPr>
          <w:p w14:paraId="4E4A92C0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1DECA16D" w14:textId="77777777" w:rsidR="009D1D36" w:rsidRDefault="00000000">
            <w:r>
              <w:rPr>
                <w:sz w:val="17"/>
              </w:rPr>
              <w:t>-0.445</w:t>
            </w:r>
          </w:p>
        </w:tc>
        <w:tc>
          <w:tcPr>
            <w:tcW w:w="1080" w:type="dxa"/>
          </w:tcPr>
          <w:p w14:paraId="19F985A0" w14:textId="77777777" w:rsidR="009D1D36" w:rsidRDefault="00000000">
            <w:r>
              <w:rPr>
                <w:sz w:val="17"/>
              </w:rPr>
              <w:t>0.096</w:t>
            </w:r>
          </w:p>
        </w:tc>
        <w:tc>
          <w:tcPr>
            <w:tcW w:w="1080" w:type="dxa"/>
          </w:tcPr>
          <w:p w14:paraId="1488195A" w14:textId="77777777" w:rsidR="009D1D36" w:rsidRDefault="00000000">
            <w:r>
              <w:rPr>
                <w:sz w:val="17"/>
              </w:rPr>
              <w:t>0.289</w:t>
            </w:r>
          </w:p>
        </w:tc>
        <w:tc>
          <w:tcPr>
            <w:tcW w:w="1080" w:type="dxa"/>
          </w:tcPr>
          <w:p w14:paraId="44415D73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732E13DF" w14:textId="77777777">
        <w:tc>
          <w:tcPr>
            <w:tcW w:w="1080" w:type="dxa"/>
          </w:tcPr>
          <w:p w14:paraId="26175CFF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69577727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5B830F2C" w14:textId="77777777" w:rsidR="009D1D36" w:rsidRDefault="00000000">
            <w:r>
              <w:rPr>
                <w:sz w:val="17"/>
              </w:rPr>
              <w:t>+1 week</w:t>
            </w:r>
          </w:p>
        </w:tc>
        <w:tc>
          <w:tcPr>
            <w:tcW w:w="1080" w:type="dxa"/>
          </w:tcPr>
          <w:p w14:paraId="4DE9FC6D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2485BB97" w14:textId="77777777" w:rsidR="009D1D36" w:rsidRDefault="00000000">
            <w:r>
              <w:rPr>
                <w:sz w:val="17"/>
              </w:rPr>
              <w:t>-0.166</w:t>
            </w:r>
          </w:p>
        </w:tc>
        <w:tc>
          <w:tcPr>
            <w:tcW w:w="1080" w:type="dxa"/>
          </w:tcPr>
          <w:p w14:paraId="397A491A" w14:textId="77777777" w:rsidR="009D1D36" w:rsidRDefault="00000000">
            <w:r>
              <w:rPr>
                <w:sz w:val="17"/>
              </w:rPr>
              <w:t>0.554</w:t>
            </w:r>
          </w:p>
        </w:tc>
        <w:tc>
          <w:tcPr>
            <w:tcW w:w="1080" w:type="dxa"/>
          </w:tcPr>
          <w:p w14:paraId="23533B98" w14:textId="77777777" w:rsidR="009D1D36" w:rsidRDefault="00000000">
            <w:r>
              <w:rPr>
                <w:sz w:val="17"/>
              </w:rPr>
              <w:t>0.623</w:t>
            </w:r>
          </w:p>
        </w:tc>
        <w:tc>
          <w:tcPr>
            <w:tcW w:w="1080" w:type="dxa"/>
          </w:tcPr>
          <w:p w14:paraId="4B220531" w14:textId="77777777" w:rsidR="009D1D36" w:rsidRDefault="00000000">
            <w:r>
              <w:rPr>
                <w:sz w:val="17"/>
              </w:rPr>
              <w:t>no</w:t>
            </w:r>
          </w:p>
        </w:tc>
      </w:tr>
      <w:tr w:rsidR="009D1D36" w14:paraId="217939EA" w14:textId="77777777">
        <w:tc>
          <w:tcPr>
            <w:tcW w:w="1080" w:type="dxa"/>
          </w:tcPr>
          <w:p w14:paraId="49BD4181" w14:textId="77777777" w:rsidR="009D1D36" w:rsidRDefault="00000000">
            <w:r>
              <w:rPr>
                <w:i/>
                <w:sz w:val="17"/>
              </w:rPr>
              <w:t>All core taxa combined</w:t>
            </w:r>
          </w:p>
        </w:tc>
        <w:tc>
          <w:tcPr>
            <w:tcW w:w="1080" w:type="dxa"/>
          </w:tcPr>
          <w:p w14:paraId="7C86D67D" w14:textId="77777777" w:rsidR="009D1D36" w:rsidRDefault="00000000">
            <w:r>
              <w:rPr>
                <w:sz w:val="17"/>
              </w:rPr>
              <w:t>Panicle severity</w:t>
            </w:r>
          </w:p>
        </w:tc>
        <w:tc>
          <w:tcPr>
            <w:tcW w:w="1080" w:type="dxa"/>
          </w:tcPr>
          <w:p w14:paraId="5BDF7770" w14:textId="77777777" w:rsidR="009D1D36" w:rsidRDefault="00000000">
            <w:r>
              <w:rPr>
                <w:sz w:val="17"/>
              </w:rPr>
              <w:t>+2 weeks</w:t>
            </w:r>
          </w:p>
        </w:tc>
        <w:tc>
          <w:tcPr>
            <w:tcW w:w="1080" w:type="dxa"/>
          </w:tcPr>
          <w:p w14:paraId="26F5F19C" w14:textId="77777777" w:rsidR="009D1D36" w:rsidRDefault="00000000">
            <w:r>
              <w:rPr>
                <w:sz w:val="17"/>
              </w:rPr>
              <w:t>15</w:t>
            </w:r>
          </w:p>
        </w:tc>
        <w:tc>
          <w:tcPr>
            <w:tcW w:w="1080" w:type="dxa"/>
          </w:tcPr>
          <w:p w14:paraId="4442B30E" w14:textId="77777777" w:rsidR="009D1D36" w:rsidRDefault="00000000">
            <w:r>
              <w:rPr>
                <w:sz w:val="17"/>
              </w:rPr>
              <w:t>-0.032</w:t>
            </w:r>
          </w:p>
        </w:tc>
        <w:tc>
          <w:tcPr>
            <w:tcW w:w="1080" w:type="dxa"/>
          </w:tcPr>
          <w:p w14:paraId="4DDC0191" w14:textId="77777777" w:rsidR="009D1D36" w:rsidRDefault="00000000">
            <w:r>
              <w:rPr>
                <w:sz w:val="17"/>
              </w:rPr>
              <w:t>0.909</w:t>
            </w:r>
          </w:p>
        </w:tc>
        <w:tc>
          <w:tcPr>
            <w:tcW w:w="1080" w:type="dxa"/>
          </w:tcPr>
          <w:p w14:paraId="0C34FD95" w14:textId="77777777" w:rsidR="009D1D36" w:rsidRDefault="00000000">
            <w:r>
              <w:rPr>
                <w:sz w:val="17"/>
              </w:rPr>
              <w:t>0.909</w:t>
            </w:r>
          </w:p>
        </w:tc>
        <w:tc>
          <w:tcPr>
            <w:tcW w:w="1080" w:type="dxa"/>
          </w:tcPr>
          <w:p w14:paraId="67F0F1CD" w14:textId="77777777" w:rsidR="009D1D36" w:rsidRDefault="00000000">
            <w:r>
              <w:rPr>
                <w:sz w:val="17"/>
              </w:rPr>
              <w:t>no</w:t>
            </w:r>
          </w:p>
        </w:tc>
      </w:tr>
    </w:tbl>
    <w:p w14:paraId="42AF83D3" w14:textId="77777777" w:rsidR="009D1D36" w:rsidRDefault="00000000">
      <w:pPr>
        <w:spacing w:after="120"/>
      </w:pPr>
      <w:r>
        <w:rPr>
          <w:sz w:val="18"/>
        </w:rPr>
        <w:t xml:space="preserve">Note. Negative coefficients for </w:t>
      </w:r>
      <w:r>
        <w:rPr>
          <w:i/>
          <w:sz w:val="18"/>
        </w:rPr>
        <w:t>Cochliobolus</w:t>
      </w:r>
      <w:r>
        <w:rPr>
          <w:sz w:val="18"/>
        </w:rPr>
        <w:t xml:space="preserve"> reflect the temporal antithesis between an inoculum curve peaking during the vegetative phase and a severity curve accumulating through the season, and should not be interpreted as an inverse biological relationship. See the main text for discussion.</w:t>
      </w:r>
    </w:p>
    <w:sectPr w:rsidR="009D1D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460453">
    <w:abstractNumId w:val="8"/>
  </w:num>
  <w:num w:numId="2" w16cid:durableId="1735933630">
    <w:abstractNumId w:val="6"/>
  </w:num>
  <w:num w:numId="3" w16cid:durableId="354158603">
    <w:abstractNumId w:val="5"/>
  </w:num>
  <w:num w:numId="4" w16cid:durableId="2038194599">
    <w:abstractNumId w:val="4"/>
  </w:num>
  <w:num w:numId="5" w16cid:durableId="748160325">
    <w:abstractNumId w:val="7"/>
  </w:num>
  <w:num w:numId="6" w16cid:durableId="1990281164">
    <w:abstractNumId w:val="3"/>
  </w:num>
  <w:num w:numId="7" w16cid:durableId="1860506472">
    <w:abstractNumId w:val="2"/>
  </w:num>
  <w:num w:numId="8" w16cid:durableId="83187084">
    <w:abstractNumId w:val="1"/>
  </w:num>
  <w:num w:numId="9" w16cid:durableId="90572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83C"/>
    <w:rsid w:val="0029639D"/>
    <w:rsid w:val="00326F90"/>
    <w:rsid w:val="0061130F"/>
    <w:rsid w:val="009D1D3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B79DA"/>
  <w14:defaultImageDpi w14:val="300"/>
  <w15:docId w15:val="{BFFD9076-6107-409F-885F-C64DAD0C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</cp:lastModifiedBy>
  <cp:revision>2</cp:revision>
  <dcterms:created xsi:type="dcterms:W3CDTF">2026-08-21T18:34:00Z</dcterms:created>
  <dcterms:modified xsi:type="dcterms:W3CDTF">2026-08-21T18:34:00Z</dcterms:modified>
  <cp:category/>
</cp:coreProperties>
</file>