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0A5D5" w14:textId="77777777" w:rsidR="00F26C4D" w:rsidRDefault="00F26C4D" w:rsidP="00F26C4D">
      <w:pPr>
        <w:pStyle w:val="a5"/>
      </w:pPr>
      <w:r>
        <w:rPr>
          <w:rFonts w:ascii="Times New Roman" w:eastAsia="Times New Roman" w:hAnsi="Times New Roman"/>
        </w:rPr>
        <w:t>Supplementary Information</w:t>
      </w:r>
    </w:p>
    <w:p w14:paraId="6AD6A548" w14:textId="77777777" w:rsidR="00F26C4D" w:rsidRDefault="00F26C4D" w:rsidP="00F26C4D">
      <w:pPr>
        <w:pStyle w:val="21"/>
      </w:pPr>
      <w:r>
        <w:rPr>
          <w:rFonts w:ascii="Times New Roman" w:eastAsia="Times New Roman" w:hAnsi="Times New Roman"/>
        </w:rPr>
        <w:t>Season and soil depth reshape inference from paired grazing contrasts in alpine soils</w:t>
      </w:r>
    </w:p>
    <w:p w14:paraId="478FB13E" w14:textId="77777777" w:rsidR="00F26C4D" w:rsidRDefault="00F26C4D" w:rsidP="00F26C4D">
      <w:pPr>
        <w:jc w:val="center"/>
      </w:pPr>
      <w:r>
        <w:t>Xuegang Zhu, Yi He and Ling Liu</w:t>
      </w:r>
    </w:p>
    <w:p w14:paraId="6E8F7B8D" w14:textId="77777777" w:rsidR="00F26C4D" w:rsidRDefault="00F26C4D" w:rsidP="00F26C4D">
      <w:pPr>
        <w:jc w:val="center"/>
      </w:pPr>
      <w:r>
        <w:t>Corresponding author: Xuegang Zhu (zhuxg18@lzu.edu.cn)</w:t>
      </w:r>
    </w:p>
    <w:p w14:paraId="1183BCDF" w14:textId="77777777" w:rsidR="00F26C4D" w:rsidRDefault="00F26C4D" w:rsidP="00F26C4D">
      <w:pPr>
        <w:pStyle w:val="21"/>
      </w:pPr>
      <w:r>
        <w:rPr>
          <w:rFonts w:ascii="Times New Roman" w:eastAsia="Times New Roman" w:hAnsi="Times New Roman"/>
        </w:rPr>
        <w:t>Supplementary Methods</w:t>
      </w:r>
    </w:p>
    <w:p w14:paraId="05F1792D" w14:textId="77777777" w:rsidR="00F26C4D" w:rsidRDefault="00F26C4D" w:rsidP="00F26C4D">
      <w:pPr>
        <w:pStyle w:val="31"/>
      </w:pPr>
      <w:r>
        <w:rPr>
          <w:rFonts w:ascii="Times New Roman" w:eastAsia="Times New Roman" w:hAnsi="Times New Roman"/>
        </w:rPr>
        <w:t>Independent units and compositing</w:t>
      </w:r>
    </w:p>
    <w:p w14:paraId="1BC275BD" w14:textId="77777777" w:rsidR="00F26C4D" w:rsidRDefault="00F26C4D" w:rsidP="00F26C4D">
      <w:r>
        <w:t xml:space="preserve">Each habitat contained four independent pairs of a seasonally excluded fence and neighbouring grazed land. Every management unit was approximately 3 ha. The fences had excluded livestock from March to October each year since 2011. On each PLFA date and at each depth, three newly selected spatial cores were combined before one laboratory measurement. The field </w:t>
      </w:r>
      <w:r>
        <w:rPr>
          <w:rFonts w:ascii="Consolas" w:eastAsia="Consolas" w:hAnsi="Consolas"/>
          <w:sz w:val="19"/>
        </w:rPr>
        <w:t>composite_n = 3</w:t>
      </w:r>
      <w:r>
        <w:t xml:space="preserve"> is retained in the clean tables to document field support; it is not a sample-size multiplier. Pair IDs 1–4 align neighbouring grazed and excluded units within habitat.</w:t>
      </w:r>
    </w:p>
    <w:p w14:paraId="0E2B8497" w14:textId="77777777" w:rsidR="00F26C4D" w:rsidRDefault="00F26C4D" w:rsidP="00F26C4D">
      <w:pPr>
        <w:pStyle w:val="31"/>
      </w:pPr>
      <w:r>
        <w:rPr>
          <w:rFonts w:ascii="Times New Roman" w:eastAsia="Times New Roman" w:hAnsi="Times New Roman"/>
        </w:rPr>
        <w:t>Model and multiplicity details</w:t>
      </w:r>
    </w:p>
    <w:p w14:paraId="368A5FC9" w14:textId="77777777" w:rsidR="00F26C4D" w:rsidRDefault="00F26C4D" w:rsidP="00F26C4D">
      <w:r>
        <w:t xml:space="preserve">The paired response for all eight PLFA outcomes was </w:t>
      </w:r>
      <w:r>
        <w:rPr>
          <w:rFonts w:ascii="Consolas" w:eastAsia="Consolas" w:hAnsi="Consolas"/>
          <w:sz w:val="19"/>
        </w:rPr>
        <w:t>lnRR = ln(grazed) − ln(excluded)</w:t>
      </w:r>
      <w:r>
        <w:t>. Each primary model used restricted maximum likelihood with fixed habitat × date × depth and a pair-within-habitat random intercept. Type-III tests used Kenward–Roger denominator degrees of freedom. Benjamini–Hochberg correction was applied separately across the eight outcomes for date, date × depth, habitat × date and habitat × date × depth.</w:t>
      </w:r>
    </w:p>
    <w:p w14:paraId="75896E12" w14:textId="77777777" w:rsidR="00F26C4D" w:rsidRDefault="00F26C4D" w:rsidP="00F26C4D">
      <w:r>
        <w:t>Greenhouse–Geisser repeated-measures tests used pair as subject, habitat as the between-subject factor, and date and depth as within-subject factors. The 199-simulation parameter bootstrap compared nested maximum-likelihood models built from the sum-coded fixed-effect design matrix. Each primary model was also refitted eight times after omitting one independent pair. The main paper's “supported” classification required q &lt; 0.05, Greenhouse–Geisser P &lt; 0.05 and bootstrap P &lt; 0.05.</w:t>
      </w:r>
    </w:p>
    <w:p w14:paraId="34509064" w14:textId="77777777" w:rsidR="00F26C4D" w:rsidRDefault="00F26C4D" w:rsidP="00F26C4D">
      <w:pPr>
        <w:pStyle w:val="31"/>
      </w:pPr>
      <w:r>
        <w:rPr>
          <w:rFonts w:ascii="Times New Roman" w:eastAsia="Times New Roman" w:hAnsi="Times New Roman"/>
        </w:rPr>
        <w:t>Day-0 soil and root analyses</w:t>
      </w:r>
    </w:p>
    <w:p w14:paraId="11C01CE1" w14:textId="77777777" w:rsidR="00F26C4D" w:rsidRDefault="00F26C4D" w:rsidP="00F26C4D">
      <w:r>
        <w:t>Root biomass and soil physicochemical properties were observed only on 15 July 2018 (Day 0). Pair IDs in the source soil workbook follow the author-confirmed within-cell row order 1–4. Positive-valued outcomes were represented as paired lnRR; pH used grazed minus excluded. These analyses describe vertical context and were not included as seasonal mediators.</w:t>
      </w:r>
    </w:p>
    <w:p w14:paraId="1220A155" w14:textId="77777777" w:rsidR="00F26C4D" w:rsidRDefault="00F26C4D" w:rsidP="00F26C4D">
      <w:pPr>
        <w:pStyle w:val="21"/>
      </w:pPr>
      <w:r>
        <w:rPr>
          <w:rFonts w:ascii="Times New Roman" w:eastAsia="Times New Roman" w:hAnsi="Times New Roman"/>
        </w:rPr>
        <w:t>Supplementary Results</w:t>
      </w:r>
    </w:p>
    <w:p w14:paraId="08D9F932" w14:textId="77777777" w:rsidR="00F26C4D" w:rsidRDefault="00F26C4D" w:rsidP="00F26C4D">
      <w:r>
        <w:t>Every PLFA date term remained nominally significant in all eight leave-one-pair-out refits. Six date × depth terms and five habitat × date terms met the combined robustness rule. The AM-fungi-associated and Gram-positive date × depth terms were Benjamini–Hochberg-significant but did not pass the Greenhouse–Geisser check. No habitat × date × depth q value was below 0.05.</w:t>
      </w:r>
    </w:p>
    <w:p w14:paraId="2D39B94C" w14:textId="77777777" w:rsidR="00F26C4D" w:rsidRDefault="00F26C4D" w:rsidP="00F26C4D">
      <w:r>
        <w:lastRenderedPageBreak/>
        <w:t>Three primary models estimated zero pair-level random-intercept variance. Several residual distributions contained heavy tails. The parameter bootstrap, Greenhouse–Geisser and leave-one-pair-out analyses were therefore integral to interpretation rather than optional post hoc checks.</w:t>
      </w:r>
    </w:p>
    <w:p w14:paraId="1A86730D" w14:textId="77777777" w:rsidR="00F26C4D" w:rsidRDefault="00F26C4D" w:rsidP="00F26C4D">
      <w:r>
        <w:t>Day-0 paired root biomass, C:N and water contrasts varied with depth after correction across the ten root/soil outcomes. Soil organic carbon and total nitrogen paired contrasts showed habitat × depth terms. Because these variables were measured once, they provide no evidence about the cause of the later PLFA trajectories.</w:t>
      </w:r>
    </w:p>
    <w:p w14:paraId="32F8766A" w14:textId="77777777" w:rsidR="00F26C4D" w:rsidRDefault="00F26C4D" w:rsidP="00F26C4D">
      <w:pPr>
        <w:pStyle w:val="21"/>
      </w:pPr>
      <w:r>
        <w:rPr>
          <w:rFonts w:ascii="Times New Roman" w:eastAsia="Times New Roman" w:hAnsi="Times New Roman"/>
        </w:rPr>
        <w:t>Supplementary Tables</w:t>
      </w:r>
    </w:p>
    <w:p w14:paraId="00E39F4C" w14:textId="77777777" w:rsidR="00F26C4D" w:rsidRDefault="00F26C4D" w:rsidP="00F26C4D">
      <w:pPr>
        <w:pStyle w:val="FigureCaption"/>
      </w:pPr>
      <w:r>
        <w:rPr>
          <w:b/>
        </w:rPr>
        <w:t>Supplementary Table S1. Sampling structure and inferential units.</w:t>
      </w:r>
    </w:p>
    <w:tbl>
      <w:tblPr>
        <w:tblStyle w:val="aff1"/>
        <w:tblW w:w="9360" w:type="dxa"/>
        <w:jc w:val="center"/>
        <w:tblLayout w:type="fixed"/>
        <w:tblLook w:val="04A0" w:firstRow="1" w:lastRow="0" w:firstColumn="1" w:lastColumn="0" w:noHBand="0" w:noVBand="1"/>
      </w:tblPr>
      <w:tblGrid>
        <w:gridCol w:w="2000"/>
        <w:gridCol w:w="2200"/>
        <w:gridCol w:w="5160"/>
      </w:tblGrid>
      <w:tr w:rsidR="00F26C4D" w14:paraId="740E72EC" w14:textId="77777777" w:rsidTr="00F72BFD">
        <w:trPr>
          <w:cantSplit/>
          <w:tblHeader/>
          <w:jc w:val="center"/>
        </w:trPr>
        <w:tc>
          <w:tcPr>
            <w:tcW w:w="2000" w:type="dxa"/>
            <w:shd w:val="clear" w:color="auto" w:fill="E8EEF5"/>
            <w:vAlign w:val="center"/>
          </w:tcPr>
          <w:p w14:paraId="3762D178" w14:textId="77777777" w:rsidR="00F26C4D" w:rsidRDefault="00F26C4D" w:rsidP="00F72BFD">
            <w:pPr>
              <w:spacing w:line="240" w:lineRule="auto"/>
            </w:pPr>
            <w:r>
              <w:rPr>
                <w:b/>
                <w:sz w:val="14"/>
              </w:rPr>
              <w:t>Component</w:t>
            </w:r>
          </w:p>
        </w:tc>
        <w:tc>
          <w:tcPr>
            <w:tcW w:w="2200" w:type="dxa"/>
            <w:shd w:val="clear" w:color="auto" w:fill="E8EEF5"/>
            <w:vAlign w:val="center"/>
          </w:tcPr>
          <w:p w14:paraId="650ABE89" w14:textId="77777777" w:rsidR="00F26C4D" w:rsidRDefault="00F26C4D" w:rsidP="00F72BFD">
            <w:pPr>
              <w:spacing w:line="240" w:lineRule="auto"/>
            </w:pPr>
            <w:r>
              <w:rPr>
                <w:b/>
                <w:sz w:val="14"/>
              </w:rPr>
              <w:t>Levels or count</w:t>
            </w:r>
          </w:p>
        </w:tc>
        <w:tc>
          <w:tcPr>
            <w:tcW w:w="5160" w:type="dxa"/>
            <w:shd w:val="clear" w:color="auto" w:fill="E8EEF5"/>
            <w:vAlign w:val="center"/>
          </w:tcPr>
          <w:p w14:paraId="683C802F" w14:textId="77777777" w:rsidR="00F26C4D" w:rsidRDefault="00F26C4D" w:rsidP="00F72BFD">
            <w:pPr>
              <w:spacing w:line="240" w:lineRule="auto"/>
            </w:pPr>
            <w:r>
              <w:rPr>
                <w:b/>
                <w:sz w:val="14"/>
              </w:rPr>
              <w:t>Inferential interpretation</w:t>
            </w:r>
          </w:p>
        </w:tc>
      </w:tr>
      <w:tr w:rsidR="00F26C4D" w14:paraId="72B293A1" w14:textId="77777777" w:rsidTr="00F72BFD">
        <w:trPr>
          <w:cantSplit/>
          <w:jc w:val="center"/>
        </w:trPr>
        <w:tc>
          <w:tcPr>
            <w:tcW w:w="2000" w:type="dxa"/>
            <w:vAlign w:val="center"/>
          </w:tcPr>
          <w:p w14:paraId="695BBE7E" w14:textId="77777777" w:rsidR="00F26C4D" w:rsidRDefault="00F26C4D" w:rsidP="00F72BFD">
            <w:pPr>
              <w:spacing w:line="240" w:lineRule="auto"/>
            </w:pPr>
            <w:r>
              <w:rPr>
                <w:sz w:val="14"/>
              </w:rPr>
              <w:t>Habitat</w:t>
            </w:r>
          </w:p>
        </w:tc>
        <w:tc>
          <w:tcPr>
            <w:tcW w:w="2200" w:type="dxa"/>
            <w:vAlign w:val="center"/>
          </w:tcPr>
          <w:p w14:paraId="7FA7E43A" w14:textId="77777777" w:rsidR="00F26C4D" w:rsidRDefault="00F26C4D" w:rsidP="00F72BFD">
            <w:pPr>
              <w:spacing w:line="240" w:lineRule="auto"/>
            </w:pPr>
            <w:r>
              <w:rPr>
                <w:sz w:val="14"/>
              </w:rPr>
              <w:t>Swamp meadow; meadow</w:t>
            </w:r>
          </w:p>
        </w:tc>
        <w:tc>
          <w:tcPr>
            <w:tcW w:w="5160" w:type="dxa"/>
            <w:vAlign w:val="center"/>
          </w:tcPr>
          <w:p w14:paraId="66EB79F5" w14:textId="77777777" w:rsidR="00F26C4D" w:rsidRDefault="00F26C4D" w:rsidP="00F72BFD">
            <w:pPr>
              <w:spacing w:line="240" w:lineRule="auto"/>
            </w:pPr>
            <w:r>
              <w:rPr>
                <w:sz w:val="14"/>
              </w:rPr>
              <w:t>Pair-level between-subject factor</w:t>
            </w:r>
          </w:p>
        </w:tc>
      </w:tr>
      <w:tr w:rsidR="00F26C4D" w14:paraId="1F151BB8" w14:textId="77777777" w:rsidTr="00F72BFD">
        <w:trPr>
          <w:cantSplit/>
          <w:jc w:val="center"/>
        </w:trPr>
        <w:tc>
          <w:tcPr>
            <w:tcW w:w="2000" w:type="dxa"/>
            <w:vAlign w:val="center"/>
          </w:tcPr>
          <w:p w14:paraId="47D66958" w14:textId="77777777" w:rsidR="00F26C4D" w:rsidRDefault="00F26C4D" w:rsidP="00F72BFD">
            <w:pPr>
              <w:spacing w:line="240" w:lineRule="auto"/>
            </w:pPr>
            <w:r>
              <w:rPr>
                <w:sz w:val="14"/>
              </w:rPr>
              <w:t>Independent pair</w:t>
            </w:r>
          </w:p>
        </w:tc>
        <w:tc>
          <w:tcPr>
            <w:tcW w:w="2200" w:type="dxa"/>
            <w:vAlign w:val="center"/>
          </w:tcPr>
          <w:p w14:paraId="07943781" w14:textId="77777777" w:rsidR="00F26C4D" w:rsidRDefault="00F26C4D" w:rsidP="00F72BFD">
            <w:pPr>
              <w:spacing w:line="240" w:lineRule="auto"/>
            </w:pPr>
            <w:r>
              <w:rPr>
                <w:sz w:val="14"/>
              </w:rPr>
              <w:t>4 per habitat; 8 total</w:t>
            </w:r>
          </w:p>
        </w:tc>
        <w:tc>
          <w:tcPr>
            <w:tcW w:w="5160" w:type="dxa"/>
            <w:vAlign w:val="center"/>
          </w:tcPr>
          <w:p w14:paraId="5C21FDDE" w14:textId="77777777" w:rsidR="00F26C4D" w:rsidRDefault="00F26C4D" w:rsidP="00F72BFD">
            <w:pPr>
              <w:spacing w:line="240" w:lineRule="auto"/>
            </w:pPr>
            <w:r>
              <w:rPr>
                <w:sz w:val="14"/>
              </w:rPr>
              <w:t>Statistical subject and independent unit</w:t>
            </w:r>
          </w:p>
        </w:tc>
      </w:tr>
      <w:tr w:rsidR="00F26C4D" w14:paraId="5A45DC60" w14:textId="77777777" w:rsidTr="00F72BFD">
        <w:trPr>
          <w:cantSplit/>
          <w:jc w:val="center"/>
        </w:trPr>
        <w:tc>
          <w:tcPr>
            <w:tcW w:w="2000" w:type="dxa"/>
            <w:vAlign w:val="center"/>
          </w:tcPr>
          <w:p w14:paraId="07D5352B" w14:textId="77777777" w:rsidR="00F26C4D" w:rsidRDefault="00F26C4D" w:rsidP="00F72BFD">
            <w:pPr>
              <w:spacing w:line="240" w:lineRule="auto"/>
            </w:pPr>
            <w:r>
              <w:rPr>
                <w:sz w:val="14"/>
              </w:rPr>
              <w:t>Management unit</w:t>
            </w:r>
          </w:p>
        </w:tc>
        <w:tc>
          <w:tcPr>
            <w:tcW w:w="2200" w:type="dxa"/>
            <w:vAlign w:val="center"/>
          </w:tcPr>
          <w:p w14:paraId="19656580" w14:textId="77777777" w:rsidR="00F26C4D" w:rsidRDefault="00F26C4D" w:rsidP="00F72BFD">
            <w:pPr>
              <w:spacing w:line="240" w:lineRule="auto"/>
            </w:pPr>
            <w:r>
              <w:rPr>
                <w:sz w:val="14"/>
              </w:rPr>
              <w:t>Excluded fence; neighbouring grazed land</w:t>
            </w:r>
          </w:p>
        </w:tc>
        <w:tc>
          <w:tcPr>
            <w:tcW w:w="5160" w:type="dxa"/>
            <w:vAlign w:val="center"/>
          </w:tcPr>
          <w:p w14:paraId="61F39FC9" w14:textId="77777777" w:rsidR="00F26C4D" w:rsidRDefault="00F26C4D" w:rsidP="00F72BFD">
            <w:pPr>
              <w:spacing w:line="240" w:lineRule="auto"/>
            </w:pPr>
            <w:r>
              <w:rPr>
                <w:sz w:val="14"/>
              </w:rPr>
              <w:t>Paired comparison; allocation not confirmed random</w:t>
            </w:r>
          </w:p>
        </w:tc>
      </w:tr>
      <w:tr w:rsidR="00F26C4D" w14:paraId="28054F74" w14:textId="77777777" w:rsidTr="00F72BFD">
        <w:trPr>
          <w:cantSplit/>
          <w:jc w:val="center"/>
        </w:trPr>
        <w:tc>
          <w:tcPr>
            <w:tcW w:w="2000" w:type="dxa"/>
            <w:vAlign w:val="center"/>
          </w:tcPr>
          <w:p w14:paraId="45244077" w14:textId="77777777" w:rsidR="00F26C4D" w:rsidRDefault="00F26C4D" w:rsidP="00F72BFD">
            <w:pPr>
              <w:spacing w:line="240" w:lineRule="auto"/>
            </w:pPr>
            <w:r>
              <w:rPr>
                <w:sz w:val="14"/>
              </w:rPr>
              <w:t>PLFA dates</w:t>
            </w:r>
          </w:p>
        </w:tc>
        <w:tc>
          <w:tcPr>
            <w:tcW w:w="2200" w:type="dxa"/>
            <w:vAlign w:val="center"/>
          </w:tcPr>
          <w:p w14:paraId="1AC9FD29" w14:textId="77777777" w:rsidR="00F26C4D" w:rsidRDefault="00F26C4D" w:rsidP="00F72BFD">
            <w:pPr>
              <w:spacing w:line="240" w:lineRule="auto"/>
            </w:pPr>
            <w:r>
              <w:rPr>
                <w:sz w:val="14"/>
              </w:rPr>
              <w:t>Day 0, 13 and 40</w:t>
            </w:r>
          </w:p>
        </w:tc>
        <w:tc>
          <w:tcPr>
            <w:tcW w:w="5160" w:type="dxa"/>
            <w:vAlign w:val="center"/>
          </w:tcPr>
          <w:p w14:paraId="5201BEE6" w14:textId="77777777" w:rsidR="00F26C4D" w:rsidRDefault="00F26C4D" w:rsidP="00F72BFD">
            <w:pPr>
              <w:spacing w:line="240" w:lineRule="auto"/>
            </w:pPr>
            <w:r>
              <w:rPr>
                <w:sz w:val="14"/>
              </w:rPr>
              <w:t>Repeated within pair</w:t>
            </w:r>
          </w:p>
        </w:tc>
      </w:tr>
      <w:tr w:rsidR="00F26C4D" w14:paraId="4B63FDE9" w14:textId="77777777" w:rsidTr="00F72BFD">
        <w:trPr>
          <w:cantSplit/>
          <w:jc w:val="center"/>
        </w:trPr>
        <w:tc>
          <w:tcPr>
            <w:tcW w:w="2000" w:type="dxa"/>
            <w:vAlign w:val="center"/>
          </w:tcPr>
          <w:p w14:paraId="6EC5DD12" w14:textId="77777777" w:rsidR="00F26C4D" w:rsidRDefault="00F26C4D" w:rsidP="00F72BFD">
            <w:pPr>
              <w:spacing w:line="240" w:lineRule="auto"/>
            </w:pPr>
            <w:r>
              <w:rPr>
                <w:sz w:val="14"/>
              </w:rPr>
              <w:t>Soil depths</w:t>
            </w:r>
          </w:p>
        </w:tc>
        <w:tc>
          <w:tcPr>
            <w:tcW w:w="2200" w:type="dxa"/>
            <w:vAlign w:val="center"/>
          </w:tcPr>
          <w:p w14:paraId="37BEE3C4" w14:textId="77777777" w:rsidR="00F26C4D" w:rsidRDefault="00F26C4D" w:rsidP="00F72BFD">
            <w:pPr>
              <w:spacing w:line="240" w:lineRule="auto"/>
            </w:pPr>
            <w:r>
              <w:rPr>
                <w:sz w:val="14"/>
              </w:rPr>
              <w:t>0–5, 5–15 and 15–30 cm</w:t>
            </w:r>
          </w:p>
        </w:tc>
        <w:tc>
          <w:tcPr>
            <w:tcW w:w="5160" w:type="dxa"/>
            <w:vAlign w:val="center"/>
          </w:tcPr>
          <w:p w14:paraId="3134A328" w14:textId="77777777" w:rsidR="00F26C4D" w:rsidRDefault="00F26C4D" w:rsidP="00F72BFD">
            <w:pPr>
              <w:spacing w:line="240" w:lineRule="auto"/>
            </w:pPr>
            <w:r>
              <w:rPr>
                <w:sz w:val="14"/>
              </w:rPr>
              <w:t>Repeated within pair</w:t>
            </w:r>
          </w:p>
        </w:tc>
      </w:tr>
      <w:tr w:rsidR="00F26C4D" w14:paraId="6A300F47" w14:textId="77777777" w:rsidTr="00F72BFD">
        <w:trPr>
          <w:cantSplit/>
          <w:jc w:val="center"/>
        </w:trPr>
        <w:tc>
          <w:tcPr>
            <w:tcW w:w="2000" w:type="dxa"/>
            <w:vAlign w:val="center"/>
          </w:tcPr>
          <w:p w14:paraId="5610BF51" w14:textId="77777777" w:rsidR="00F26C4D" w:rsidRDefault="00F26C4D" w:rsidP="00F72BFD">
            <w:pPr>
              <w:spacing w:line="240" w:lineRule="auto"/>
            </w:pPr>
            <w:r>
              <w:rPr>
                <w:sz w:val="14"/>
              </w:rPr>
              <w:t>Component cores</w:t>
            </w:r>
          </w:p>
        </w:tc>
        <w:tc>
          <w:tcPr>
            <w:tcW w:w="2200" w:type="dxa"/>
            <w:vAlign w:val="center"/>
          </w:tcPr>
          <w:p w14:paraId="5B8860F0" w14:textId="77777777" w:rsidR="00F26C4D" w:rsidRDefault="00F26C4D" w:rsidP="00F72BFD">
            <w:pPr>
              <w:spacing w:line="240" w:lineRule="auto"/>
            </w:pPr>
            <w:r>
              <w:rPr>
                <w:sz w:val="14"/>
              </w:rPr>
              <w:t>3 per management unit × date × depth</w:t>
            </w:r>
          </w:p>
        </w:tc>
        <w:tc>
          <w:tcPr>
            <w:tcW w:w="5160" w:type="dxa"/>
            <w:vAlign w:val="center"/>
          </w:tcPr>
          <w:p w14:paraId="19FBC137" w14:textId="77777777" w:rsidR="00F26C4D" w:rsidRDefault="00F26C4D" w:rsidP="00F72BFD">
            <w:pPr>
              <w:spacing w:line="240" w:lineRule="auto"/>
            </w:pPr>
            <w:r>
              <w:rPr>
                <w:sz w:val="14"/>
              </w:rPr>
              <w:t>Composited before measurement; not independent replicates</w:t>
            </w:r>
          </w:p>
        </w:tc>
      </w:tr>
      <w:tr w:rsidR="00F26C4D" w14:paraId="716A7059" w14:textId="77777777" w:rsidTr="00F72BFD">
        <w:trPr>
          <w:cantSplit/>
          <w:jc w:val="center"/>
        </w:trPr>
        <w:tc>
          <w:tcPr>
            <w:tcW w:w="2000" w:type="dxa"/>
            <w:vAlign w:val="center"/>
          </w:tcPr>
          <w:p w14:paraId="50C70EC1" w14:textId="77777777" w:rsidR="00F26C4D" w:rsidRDefault="00F26C4D" w:rsidP="00F72BFD">
            <w:pPr>
              <w:spacing w:line="240" w:lineRule="auto"/>
            </w:pPr>
            <w:r>
              <w:rPr>
                <w:sz w:val="14"/>
              </w:rPr>
              <w:t>PLFA laboratory observations</w:t>
            </w:r>
          </w:p>
        </w:tc>
        <w:tc>
          <w:tcPr>
            <w:tcW w:w="2200" w:type="dxa"/>
            <w:vAlign w:val="center"/>
          </w:tcPr>
          <w:p w14:paraId="7F8DD488" w14:textId="77777777" w:rsidR="00F26C4D" w:rsidRDefault="00F26C4D" w:rsidP="00F72BFD">
            <w:pPr>
              <w:spacing w:line="240" w:lineRule="auto"/>
            </w:pPr>
            <w:r>
              <w:rPr>
                <w:sz w:val="14"/>
              </w:rPr>
              <w:t>144</w:t>
            </w:r>
          </w:p>
        </w:tc>
        <w:tc>
          <w:tcPr>
            <w:tcW w:w="5160" w:type="dxa"/>
            <w:vAlign w:val="center"/>
          </w:tcPr>
          <w:p w14:paraId="7F1F5E1D" w14:textId="77777777" w:rsidR="00F26C4D" w:rsidRDefault="00F26C4D" w:rsidP="00F72BFD">
            <w:pPr>
              <w:spacing w:line="240" w:lineRule="auto"/>
            </w:pPr>
            <w:r>
              <w:rPr>
                <w:sz w:val="14"/>
              </w:rPr>
              <w:t>Complete balanced source table</w:t>
            </w:r>
          </w:p>
        </w:tc>
      </w:tr>
      <w:tr w:rsidR="00F26C4D" w14:paraId="7855053E" w14:textId="77777777" w:rsidTr="00F72BFD">
        <w:trPr>
          <w:cantSplit/>
          <w:jc w:val="center"/>
        </w:trPr>
        <w:tc>
          <w:tcPr>
            <w:tcW w:w="2000" w:type="dxa"/>
            <w:vAlign w:val="center"/>
          </w:tcPr>
          <w:p w14:paraId="1B65033D" w14:textId="77777777" w:rsidR="00F26C4D" w:rsidRDefault="00F26C4D" w:rsidP="00F72BFD">
            <w:pPr>
              <w:spacing w:line="240" w:lineRule="auto"/>
            </w:pPr>
            <w:r>
              <w:rPr>
                <w:sz w:val="14"/>
              </w:rPr>
              <w:t>Paired PLFA lnRR rows</w:t>
            </w:r>
          </w:p>
        </w:tc>
        <w:tc>
          <w:tcPr>
            <w:tcW w:w="2200" w:type="dxa"/>
            <w:vAlign w:val="center"/>
          </w:tcPr>
          <w:p w14:paraId="0D3A0D36" w14:textId="77777777" w:rsidR="00F26C4D" w:rsidRDefault="00F26C4D" w:rsidP="00F72BFD">
            <w:pPr>
              <w:spacing w:line="240" w:lineRule="auto"/>
            </w:pPr>
            <w:r>
              <w:rPr>
                <w:sz w:val="14"/>
              </w:rPr>
              <w:t>576</w:t>
            </w:r>
          </w:p>
        </w:tc>
        <w:tc>
          <w:tcPr>
            <w:tcW w:w="5160" w:type="dxa"/>
            <w:vAlign w:val="center"/>
          </w:tcPr>
          <w:p w14:paraId="07198020" w14:textId="77777777" w:rsidR="00F26C4D" w:rsidRDefault="00F26C4D" w:rsidP="00F72BFD">
            <w:pPr>
              <w:spacing w:line="240" w:lineRule="auto"/>
            </w:pPr>
            <w:r>
              <w:rPr>
                <w:sz w:val="14"/>
              </w:rPr>
              <w:t>8 outcomes × 2 habitats × 4 pairs × 3 dates × 3 depths</w:t>
            </w:r>
          </w:p>
        </w:tc>
      </w:tr>
      <w:tr w:rsidR="00F26C4D" w14:paraId="1023E50E" w14:textId="77777777" w:rsidTr="00F72BFD">
        <w:trPr>
          <w:cantSplit/>
          <w:jc w:val="center"/>
        </w:trPr>
        <w:tc>
          <w:tcPr>
            <w:tcW w:w="2000" w:type="dxa"/>
            <w:vAlign w:val="center"/>
          </w:tcPr>
          <w:p w14:paraId="70B70F83" w14:textId="77777777" w:rsidR="00F26C4D" w:rsidRDefault="00F26C4D" w:rsidP="00F72BFD">
            <w:pPr>
              <w:spacing w:line="240" w:lineRule="auto"/>
            </w:pPr>
            <w:r>
              <w:rPr>
                <w:sz w:val="14"/>
              </w:rPr>
              <w:t>Soil and root timing</w:t>
            </w:r>
          </w:p>
        </w:tc>
        <w:tc>
          <w:tcPr>
            <w:tcW w:w="2200" w:type="dxa"/>
            <w:vAlign w:val="center"/>
          </w:tcPr>
          <w:p w14:paraId="39DAF553" w14:textId="77777777" w:rsidR="00F26C4D" w:rsidRDefault="00F26C4D" w:rsidP="00F72BFD">
            <w:pPr>
              <w:spacing w:line="240" w:lineRule="auto"/>
            </w:pPr>
            <w:r>
              <w:rPr>
                <w:sz w:val="14"/>
              </w:rPr>
              <w:t>Day 0 only</w:t>
            </w:r>
          </w:p>
        </w:tc>
        <w:tc>
          <w:tcPr>
            <w:tcW w:w="5160" w:type="dxa"/>
            <w:vAlign w:val="center"/>
          </w:tcPr>
          <w:p w14:paraId="200237D0" w14:textId="77777777" w:rsidR="00F26C4D" w:rsidRDefault="00F26C4D" w:rsidP="00F72BFD">
            <w:pPr>
              <w:spacing w:line="240" w:lineRule="auto"/>
            </w:pPr>
            <w:r>
              <w:rPr>
                <w:sz w:val="14"/>
              </w:rPr>
              <w:t>Supplementary vertical context</w:t>
            </w:r>
          </w:p>
        </w:tc>
      </w:tr>
    </w:tbl>
    <w:p w14:paraId="4C17104B" w14:textId="77777777" w:rsidR="00F26C4D" w:rsidRDefault="00F26C4D" w:rsidP="00F26C4D"/>
    <w:p w14:paraId="2BD8EEA8" w14:textId="77777777" w:rsidR="00F26C4D" w:rsidRDefault="00F26C4D" w:rsidP="00F26C4D">
      <w:r>
        <w:t>Supplementary Tables S2–S5 are generated directly from the frozen CSV outputs by the document build script.</w:t>
      </w:r>
    </w:p>
    <w:p w14:paraId="3C485B9A" w14:textId="77777777" w:rsidR="00F26C4D" w:rsidRDefault="00F26C4D" w:rsidP="00F26C4D">
      <w:r>
        <w:br w:type="page"/>
      </w:r>
    </w:p>
    <w:p w14:paraId="3EEF021B" w14:textId="77777777" w:rsidR="00F26C4D" w:rsidRDefault="00F26C4D" w:rsidP="00F26C4D">
      <w:pPr>
        <w:pStyle w:val="21"/>
      </w:pPr>
      <w:r>
        <w:rPr>
          <w:rFonts w:ascii="Times New Roman" w:eastAsia="Times New Roman" w:hAnsi="Times New Roman"/>
        </w:rPr>
        <w:lastRenderedPageBreak/>
        <w:t>Supplementary Table S2. Complete primary and sensitivity tests for PLFA outcomes</w:t>
      </w:r>
    </w:p>
    <w:tbl>
      <w:tblPr>
        <w:tblStyle w:val="aff1"/>
        <w:tblW w:w="9360" w:type="dxa"/>
        <w:jc w:val="center"/>
        <w:tblLayout w:type="fixed"/>
        <w:tblLook w:val="04A0" w:firstRow="1" w:lastRow="0" w:firstColumn="1" w:lastColumn="0" w:noHBand="0" w:noVBand="1"/>
      </w:tblPr>
      <w:tblGrid>
        <w:gridCol w:w="850"/>
        <w:gridCol w:w="850"/>
        <w:gridCol w:w="850"/>
        <w:gridCol w:w="850"/>
        <w:gridCol w:w="850"/>
        <w:gridCol w:w="850"/>
        <w:gridCol w:w="850"/>
        <w:gridCol w:w="850"/>
        <w:gridCol w:w="850"/>
        <w:gridCol w:w="850"/>
        <w:gridCol w:w="860"/>
      </w:tblGrid>
      <w:tr w:rsidR="00F26C4D" w14:paraId="09B653CC" w14:textId="77777777" w:rsidTr="00F72BFD">
        <w:trPr>
          <w:tblHeader/>
          <w:jc w:val="center"/>
        </w:trPr>
        <w:tc>
          <w:tcPr>
            <w:tcW w:w="850" w:type="dxa"/>
            <w:shd w:val="clear" w:color="auto" w:fill="E8EEF5"/>
          </w:tcPr>
          <w:p w14:paraId="72309382" w14:textId="77777777" w:rsidR="00F26C4D" w:rsidRDefault="00F26C4D" w:rsidP="00F72BFD">
            <w:pPr>
              <w:spacing w:line="240" w:lineRule="auto"/>
            </w:pPr>
            <w:r>
              <w:rPr>
                <w:b/>
                <w:sz w:val="12"/>
              </w:rPr>
              <w:t>Outcome</w:t>
            </w:r>
          </w:p>
        </w:tc>
        <w:tc>
          <w:tcPr>
            <w:tcW w:w="850" w:type="dxa"/>
            <w:shd w:val="clear" w:color="auto" w:fill="E8EEF5"/>
          </w:tcPr>
          <w:p w14:paraId="4C97C9ED" w14:textId="77777777" w:rsidR="00F26C4D" w:rsidRDefault="00F26C4D" w:rsidP="00F72BFD">
            <w:pPr>
              <w:spacing w:line="240" w:lineRule="auto"/>
            </w:pPr>
            <w:r>
              <w:rPr>
                <w:b/>
                <w:sz w:val="12"/>
              </w:rPr>
              <w:t>Term</w:t>
            </w:r>
          </w:p>
        </w:tc>
        <w:tc>
          <w:tcPr>
            <w:tcW w:w="850" w:type="dxa"/>
            <w:shd w:val="clear" w:color="auto" w:fill="E8EEF5"/>
          </w:tcPr>
          <w:p w14:paraId="762A71EB" w14:textId="77777777" w:rsidR="00F26C4D" w:rsidRDefault="00F26C4D" w:rsidP="00F72BFD">
            <w:pPr>
              <w:spacing w:line="240" w:lineRule="auto"/>
            </w:pPr>
            <w:r>
              <w:rPr>
                <w:b/>
                <w:sz w:val="12"/>
              </w:rPr>
              <w:t>F</w:t>
            </w:r>
          </w:p>
        </w:tc>
        <w:tc>
          <w:tcPr>
            <w:tcW w:w="850" w:type="dxa"/>
            <w:shd w:val="clear" w:color="auto" w:fill="E8EEF5"/>
          </w:tcPr>
          <w:p w14:paraId="556148FE" w14:textId="77777777" w:rsidR="00F26C4D" w:rsidRDefault="00F26C4D" w:rsidP="00F72BFD">
            <w:pPr>
              <w:spacing w:line="240" w:lineRule="auto"/>
            </w:pPr>
            <w:r>
              <w:rPr>
                <w:b/>
                <w:sz w:val="12"/>
              </w:rPr>
              <w:t>Num df</w:t>
            </w:r>
          </w:p>
        </w:tc>
        <w:tc>
          <w:tcPr>
            <w:tcW w:w="850" w:type="dxa"/>
            <w:shd w:val="clear" w:color="auto" w:fill="E8EEF5"/>
          </w:tcPr>
          <w:p w14:paraId="103A2599" w14:textId="77777777" w:rsidR="00F26C4D" w:rsidRDefault="00F26C4D" w:rsidP="00F72BFD">
            <w:pPr>
              <w:spacing w:line="240" w:lineRule="auto"/>
            </w:pPr>
            <w:r>
              <w:rPr>
                <w:b/>
                <w:sz w:val="12"/>
              </w:rPr>
              <w:t>Den df</w:t>
            </w:r>
          </w:p>
        </w:tc>
        <w:tc>
          <w:tcPr>
            <w:tcW w:w="850" w:type="dxa"/>
            <w:shd w:val="clear" w:color="auto" w:fill="E8EEF5"/>
          </w:tcPr>
          <w:p w14:paraId="21C11296" w14:textId="77777777" w:rsidR="00F26C4D" w:rsidRDefault="00F26C4D" w:rsidP="00F72BFD">
            <w:pPr>
              <w:spacing w:line="240" w:lineRule="auto"/>
            </w:pPr>
            <w:r>
              <w:rPr>
                <w:b/>
                <w:sz w:val="12"/>
              </w:rPr>
              <w:t>P</w:t>
            </w:r>
          </w:p>
        </w:tc>
        <w:tc>
          <w:tcPr>
            <w:tcW w:w="850" w:type="dxa"/>
            <w:shd w:val="clear" w:color="auto" w:fill="E8EEF5"/>
          </w:tcPr>
          <w:p w14:paraId="06F2BA38" w14:textId="77777777" w:rsidR="00F26C4D" w:rsidRDefault="00F26C4D" w:rsidP="00F72BFD">
            <w:pPr>
              <w:spacing w:line="240" w:lineRule="auto"/>
            </w:pPr>
            <w:r>
              <w:rPr>
                <w:b/>
                <w:sz w:val="12"/>
              </w:rPr>
              <w:t>q</w:t>
            </w:r>
          </w:p>
        </w:tc>
        <w:tc>
          <w:tcPr>
            <w:tcW w:w="850" w:type="dxa"/>
            <w:shd w:val="clear" w:color="auto" w:fill="E8EEF5"/>
          </w:tcPr>
          <w:p w14:paraId="28DEB2E3" w14:textId="77777777" w:rsidR="00F26C4D" w:rsidRDefault="00F26C4D" w:rsidP="00F72BFD">
            <w:pPr>
              <w:spacing w:line="240" w:lineRule="auto"/>
            </w:pPr>
            <w:r>
              <w:rPr>
                <w:b/>
                <w:sz w:val="12"/>
              </w:rPr>
              <w:t>GG P</w:t>
            </w:r>
          </w:p>
        </w:tc>
        <w:tc>
          <w:tcPr>
            <w:tcW w:w="850" w:type="dxa"/>
            <w:shd w:val="clear" w:color="auto" w:fill="E8EEF5"/>
          </w:tcPr>
          <w:p w14:paraId="02817F51" w14:textId="77777777" w:rsidR="00F26C4D" w:rsidRDefault="00F26C4D" w:rsidP="00F72BFD">
            <w:pPr>
              <w:spacing w:line="240" w:lineRule="auto"/>
            </w:pPr>
            <w:r>
              <w:rPr>
                <w:b/>
                <w:sz w:val="12"/>
              </w:rPr>
              <w:t>Bootstrap P</w:t>
            </w:r>
          </w:p>
        </w:tc>
        <w:tc>
          <w:tcPr>
            <w:tcW w:w="850" w:type="dxa"/>
            <w:shd w:val="clear" w:color="auto" w:fill="E8EEF5"/>
          </w:tcPr>
          <w:p w14:paraId="3CFDF987" w14:textId="77777777" w:rsidR="00F26C4D" w:rsidRDefault="00F26C4D" w:rsidP="00F72BFD">
            <w:pPr>
              <w:spacing w:line="240" w:lineRule="auto"/>
            </w:pPr>
            <w:r>
              <w:rPr>
                <w:b/>
                <w:sz w:val="12"/>
              </w:rPr>
              <w:t>LOO P&lt;0.05</w:t>
            </w:r>
          </w:p>
        </w:tc>
        <w:tc>
          <w:tcPr>
            <w:tcW w:w="860" w:type="dxa"/>
            <w:shd w:val="clear" w:color="auto" w:fill="E8EEF5"/>
          </w:tcPr>
          <w:p w14:paraId="765A853C" w14:textId="77777777" w:rsidR="00F26C4D" w:rsidRDefault="00F26C4D" w:rsidP="00F72BFD">
            <w:pPr>
              <w:spacing w:line="240" w:lineRule="auto"/>
            </w:pPr>
            <w:r>
              <w:rPr>
                <w:b/>
                <w:sz w:val="12"/>
              </w:rPr>
              <w:t>Class</w:t>
            </w:r>
          </w:p>
        </w:tc>
      </w:tr>
      <w:tr w:rsidR="00F26C4D" w14:paraId="276A5E73" w14:textId="77777777" w:rsidTr="00F72BFD">
        <w:trPr>
          <w:cantSplit/>
          <w:jc w:val="center"/>
        </w:trPr>
        <w:tc>
          <w:tcPr>
            <w:tcW w:w="850" w:type="dxa"/>
            <w:vAlign w:val="center"/>
          </w:tcPr>
          <w:p w14:paraId="32B97C79" w14:textId="77777777" w:rsidR="00F26C4D" w:rsidRDefault="00F26C4D" w:rsidP="00F72BFD">
            <w:pPr>
              <w:spacing w:line="240" w:lineRule="auto"/>
            </w:pPr>
            <w:r>
              <w:rPr>
                <w:sz w:val="12"/>
              </w:rPr>
              <w:t>General Bacteria</w:t>
            </w:r>
          </w:p>
        </w:tc>
        <w:tc>
          <w:tcPr>
            <w:tcW w:w="850" w:type="dxa"/>
            <w:vAlign w:val="center"/>
          </w:tcPr>
          <w:p w14:paraId="10E8ECC0" w14:textId="77777777" w:rsidR="00F26C4D" w:rsidRDefault="00F26C4D" w:rsidP="00F72BFD">
            <w:pPr>
              <w:spacing w:line="240" w:lineRule="auto"/>
            </w:pPr>
            <w:r>
              <w:rPr>
                <w:sz w:val="12"/>
              </w:rPr>
              <w:t>day</w:t>
            </w:r>
          </w:p>
        </w:tc>
        <w:tc>
          <w:tcPr>
            <w:tcW w:w="850" w:type="dxa"/>
            <w:vAlign w:val="center"/>
          </w:tcPr>
          <w:p w14:paraId="52CF3D78" w14:textId="77777777" w:rsidR="00F26C4D" w:rsidRDefault="00F26C4D" w:rsidP="00F72BFD">
            <w:pPr>
              <w:spacing w:line="240" w:lineRule="auto"/>
            </w:pPr>
            <w:r>
              <w:rPr>
                <w:sz w:val="12"/>
              </w:rPr>
              <w:t>39.13</w:t>
            </w:r>
          </w:p>
        </w:tc>
        <w:tc>
          <w:tcPr>
            <w:tcW w:w="850" w:type="dxa"/>
            <w:vAlign w:val="center"/>
          </w:tcPr>
          <w:p w14:paraId="7375F583" w14:textId="77777777" w:rsidR="00F26C4D" w:rsidRDefault="00F26C4D" w:rsidP="00F72BFD">
            <w:pPr>
              <w:spacing w:line="240" w:lineRule="auto"/>
            </w:pPr>
            <w:r>
              <w:rPr>
                <w:sz w:val="12"/>
              </w:rPr>
              <w:t>2</w:t>
            </w:r>
          </w:p>
        </w:tc>
        <w:tc>
          <w:tcPr>
            <w:tcW w:w="850" w:type="dxa"/>
            <w:vAlign w:val="center"/>
          </w:tcPr>
          <w:p w14:paraId="0F58A964" w14:textId="77777777" w:rsidR="00F26C4D" w:rsidRDefault="00F26C4D" w:rsidP="00F72BFD">
            <w:pPr>
              <w:spacing w:line="240" w:lineRule="auto"/>
            </w:pPr>
            <w:r>
              <w:rPr>
                <w:sz w:val="12"/>
              </w:rPr>
              <w:t>48.0</w:t>
            </w:r>
          </w:p>
        </w:tc>
        <w:tc>
          <w:tcPr>
            <w:tcW w:w="850" w:type="dxa"/>
            <w:vAlign w:val="center"/>
          </w:tcPr>
          <w:p w14:paraId="57670C1C" w14:textId="77777777" w:rsidR="00F26C4D" w:rsidRDefault="00F26C4D" w:rsidP="00F72BFD">
            <w:pPr>
              <w:spacing w:line="240" w:lineRule="auto"/>
            </w:pPr>
            <w:r>
              <w:rPr>
                <w:sz w:val="12"/>
              </w:rPr>
              <w:t>8.30e-11</w:t>
            </w:r>
          </w:p>
        </w:tc>
        <w:tc>
          <w:tcPr>
            <w:tcW w:w="850" w:type="dxa"/>
            <w:vAlign w:val="center"/>
          </w:tcPr>
          <w:p w14:paraId="27488383" w14:textId="77777777" w:rsidR="00F26C4D" w:rsidRDefault="00F26C4D" w:rsidP="00F72BFD">
            <w:pPr>
              <w:spacing w:line="240" w:lineRule="auto"/>
            </w:pPr>
            <w:r>
              <w:rPr>
                <w:sz w:val="12"/>
              </w:rPr>
              <w:t>6.64e-10</w:t>
            </w:r>
          </w:p>
        </w:tc>
        <w:tc>
          <w:tcPr>
            <w:tcW w:w="850" w:type="dxa"/>
            <w:vAlign w:val="center"/>
          </w:tcPr>
          <w:p w14:paraId="23E9FD4D" w14:textId="77777777" w:rsidR="00F26C4D" w:rsidRDefault="00F26C4D" w:rsidP="00F72BFD">
            <w:pPr>
              <w:spacing w:line="240" w:lineRule="auto"/>
            </w:pPr>
            <w:r>
              <w:rPr>
                <w:sz w:val="12"/>
              </w:rPr>
              <w:t>1.05e-05</w:t>
            </w:r>
          </w:p>
        </w:tc>
        <w:tc>
          <w:tcPr>
            <w:tcW w:w="850" w:type="dxa"/>
            <w:vAlign w:val="center"/>
          </w:tcPr>
          <w:p w14:paraId="62A73C1A" w14:textId="77777777" w:rsidR="00F26C4D" w:rsidRDefault="00F26C4D" w:rsidP="00F72BFD">
            <w:pPr>
              <w:spacing w:line="240" w:lineRule="auto"/>
            </w:pPr>
            <w:r>
              <w:rPr>
                <w:sz w:val="12"/>
              </w:rPr>
              <w:t>0.005</w:t>
            </w:r>
          </w:p>
        </w:tc>
        <w:tc>
          <w:tcPr>
            <w:tcW w:w="850" w:type="dxa"/>
            <w:vAlign w:val="center"/>
          </w:tcPr>
          <w:p w14:paraId="44B99613" w14:textId="77777777" w:rsidR="00F26C4D" w:rsidRDefault="00F26C4D" w:rsidP="00F72BFD">
            <w:pPr>
              <w:spacing w:line="240" w:lineRule="auto"/>
            </w:pPr>
            <w:r>
              <w:rPr>
                <w:sz w:val="12"/>
              </w:rPr>
              <w:t>1.000</w:t>
            </w:r>
          </w:p>
        </w:tc>
        <w:tc>
          <w:tcPr>
            <w:tcW w:w="860" w:type="dxa"/>
            <w:vAlign w:val="center"/>
          </w:tcPr>
          <w:p w14:paraId="1EBF2E92" w14:textId="77777777" w:rsidR="00F26C4D" w:rsidRDefault="00F26C4D" w:rsidP="00F72BFD">
            <w:pPr>
              <w:spacing w:line="240" w:lineRule="auto"/>
            </w:pPr>
            <w:r>
              <w:rPr>
                <w:sz w:val="12"/>
              </w:rPr>
              <w:t>headline-supported</w:t>
            </w:r>
          </w:p>
        </w:tc>
      </w:tr>
      <w:tr w:rsidR="00F26C4D" w14:paraId="74E91DF3" w14:textId="77777777" w:rsidTr="00F72BFD">
        <w:trPr>
          <w:cantSplit/>
          <w:jc w:val="center"/>
        </w:trPr>
        <w:tc>
          <w:tcPr>
            <w:tcW w:w="850" w:type="dxa"/>
            <w:vAlign w:val="center"/>
          </w:tcPr>
          <w:p w14:paraId="36B6193A" w14:textId="77777777" w:rsidR="00F26C4D" w:rsidRDefault="00F26C4D" w:rsidP="00F72BFD">
            <w:pPr>
              <w:spacing w:line="240" w:lineRule="auto"/>
            </w:pPr>
            <w:r>
              <w:rPr>
                <w:sz w:val="12"/>
              </w:rPr>
              <w:t>Gram Negative</w:t>
            </w:r>
          </w:p>
        </w:tc>
        <w:tc>
          <w:tcPr>
            <w:tcW w:w="850" w:type="dxa"/>
            <w:vAlign w:val="center"/>
          </w:tcPr>
          <w:p w14:paraId="02F2896F" w14:textId="77777777" w:rsidR="00F26C4D" w:rsidRDefault="00F26C4D" w:rsidP="00F72BFD">
            <w:pPr>
              <w:spacing w:line="240" w:lineRule="auto"/>
            </w:pPr>
            <w:r>
              <w:rPr>
                <w:sz w:val="12"/>
              </w:rPr>
              <w:t>day</w:t>
            </w:r>
          </w:p>
        </w:tc>
        <w:tc>
          <w:tcPr>
            <w:tcW w:w="850" w:type="dxa"/>
            <w:vAlign w:val="center"/>
          </w:tcPr>
          <w:p w14:paraId="2D8F261E" w14:textId="77777777" w:rsidR="00F26C4D" w:rsidRDefault="00F26C4D" w:rsidP="00F72BFD">
            <w:pPr>
              <w:spacing w:line="240" w:lineRule="auto"/>
            </w:pPr>
            <w:r>
              <w:rPr>
                <w:sz w:val="12"/>
              </w:rPr>
              <w:t>32.46</w:t>
            </w:r>
          </w:p>
        </w:tc>
        <w:tc>
          <w:tcPr>
            <w:tcW w:w="850" w:type="dxa"/>
            <w:vAlign w:val="center"/>
          </w:tcPr>
          <w:p w14:paraId="67B6089E" w14:textId="77777777" w:rsidR="00F26C4D" w:rsidRDefault="00F26C4D" w:rsidP="00F72BFD">
            <w:pPr>
              <w:spacing w:line="240" w:lineRule="auto"/>
            </w:pPr>
            <w:r>
              <w:rPr>
                <w:sz w:val="12"/>
              </w:rPr>
              <w:t>2</w:t>
            </w:r>
          </w:p>
        </w:tc>
        <w:tc>
          <w:tcPr>
            <w:tcW w:w="850" w:type="dxa"/>
            <w:vAlign w:val="center"/>
          </w:tcPr>
          <w:p w14:paraId="4D757D53" w14:textId="77777777" w:rsidR="00F26C4D" w:rsidRDefault="00F26C4D" w:rsidP="00F72BFD">
            <w:pPr>
              <w:spacing w:line="240" w:lineRule="auto"/>
            </w:pPr>
            <w:r>
              <w:rPr>
                <w:sz w:val="12"/>
              </w:rPr>
              <w:t>48.0</w:t>
            </w:r>
          </w:p>
        </w:tc>
        <w:tc>
          <w:tcPr>
            <w:tcW w:w="850" w:type="dxa"/>
            <w:vAlign w:val="center"/>
          </w:tcPr>
          <w:p w14:paraId="2F55B085" w14:textId="77777777" w:rsidR="00F26C4D" w:rsidRDefault="00F26C4D" w:rsidP="00F72BFD">
            <w:pPr>
              <w:spacing w:line="240" w:lineRule="auto"/>
            </w:pPr>
            <w:r>
              <w:rPr>
                <w:sz w:val="12"/>
              </w:rPr>
              <w:t>1.21e-09</w:t>
            </w:r>
          </w:p>
        </w:tc>
        <w:tc>
          <w:tcPr>
            <w:tcW w:w="850" w:type="dxa"/>
            <w:vAlign w:val="center"/>
          </w:tcPr>
          <w:p w14:paraId="0561B038" w14:textId="77777777" w:rsidR="00F26C4D" w:rsidRDefault="00F26C4D" w:rsidP="00F72BFD">
            <w:pPr>
              <w:spacing w:line="240" w:lineRule="auto"/>
            </w:pPr>
            <w:r>
              <w:rPr>
                <w:sz w:val="12"/>
              </w:rPr>
              <w:t>4.85e-09</w:t>
            </w:r>
          </w:p>
        </w:tc>
        <w:tc>
          <w:tcPr>
            <w:tcW w:w="850" w:type="dxa"/>
            <w:vAlign w:val="center"/>
          </w:tcPr>
          <w:p w14:paraId="0FB1F5EA" w14:textId="77777777" w:rsidR="00F26C4D" w:rsidRDefault="00F26C4D" w:rsidP="00F72BFD">
            <w:pPr>
              <w:spacing w:line="240" w:lineRule="auto"/>
            </w:pPr>
            <w:r>
              <w:rPr>
                <w:sz w:val="12"/>
              </w:rPr>
              <w:t>1.89e-05</w:t>
            </w:r>
          </w:p>
        </w:tc>
        <w:tc>
          <w:tcPr>
            <w:tcW w:w="850" w:type="dxa"/>
            <w:vAlign w:val="center"/>
          </w:tcPr>
          <w:p w14:paraId="3933D3DF" w14:textId="77777777" w:rsidR="00F26C4D" w:rsidRDefault="00F26C4D" w:rsidP="00F72BFD">
            <w:pPr>
              <w:spacing w:line="240" w:lineRule="auto"/>
            </w:pPr>
            <w:r>
              <w:rPr>
                <w:sz w:val="12"/>
              </w:rPr>
              <w:t>0.005</w:t>
            </w:r>
          </w:p>
        </w:tc>
        <w:tc>
          <w:tcPr>
            <w:tcW w:w="850" w:type="dxa"/>
            <w:vAlign w:val="center"/>
          </w:tcPr>
          <w:p w14:paraId="1453DEE4" w14:textId="77777777" w:rsidR="00F26C4D" w:rsidRDefault="00F26C4D" w:rsidP="00F72BFD">
            <w:pPr>
              <w:spacing w:line="240" w:lineRule="auto"/>
            </w:pPr>
            <w:r>
              <w:rPr>
                <w:sz w:val="12"/>
              </w:rPr>
              <w:t>1.000</w:t>
            </w:r>
          </w:p>
        </w:tc>
        <w:tc>
          <w:tcPr>
            <w:tcW w:w="860" w:type="dxa"/>
            <w:vAlign w:val="center"/>
          </w:tcPr>
          <w:p w14:paraId="709A923D" w14:textId="77777777" w:rsidR="00F26C4D" w:rsidRDefault="00F26C4D" w:rsidP="00F72BFD">
            <w:pPr>
              <w:spacing w:line="240" w:lineRule="auto"/>
            </w:pPr>
            <w:r>
              <w:rPr>
                <w:sz w:val="12"/>
              </w:rPr>
              <w:t>headline-supported</w:t>
            </w:r>
          </w:p>
        </w:tc>
      </w:tr>
      <w:tr w:rsidR="00F26C4D" w14:paraId="2E8FC225" w14:textId="77777777" w:rsidTr="00F72BFD">
        <w:trPr>
          <w:cantSplit/>
          <w:jc w:val="center"/>
        </w:trPr>
        <w:tc>
          <w:tcPr>
            <w:tcW w:w="850" w:type="dxa"/>
            <w:vAlign w:val="center"/>
          </w:tcPr>
          <w:p w14:paraId="2E2EF3C8" w14:textId="77777777" w:rsidR="00F26C4D" w:rsidRDefault="00F26C4D" w:rsidP="00F72BFD">
            <w:pPr>
              <w:spacing w:line="240" w:lineRule="auto"/>
            </w:pPr>
            <w:r>
              <w:rPr>
                <w:sz w:val="12"/>
              </w:rPr>
              <w:t>G+:G-</w:t>
            </w:r>
          </w:p>
        </w:tc>
        <w:tc>
          <w:tcPr>
            <w:tcW w:w="850" w:type="dxa"/>
            <w:vAlign w:val="center"/>
          </w:tcPr>
          <w:p w14:paraId="5A4B06E9" w14:textId="77777777" w:rsidR="00F26C4D" w:rsidRDefault="00F26C4D" w:rsidP="00F72BFD">
            <w:pPr>
              <w:spacing w:line="240" w:lineRule="auto"/>
            </w:pPr>
            <w:r>
              <w:rPr>
                <w:sz w:val="12"/>
              </w:rPr>
              <w:t>day</w:t>
            </w:r>
          </w:p>
        </w:tc>
        <w:tc>
          <w:tcPr>
            <w:tcW w:w="850" w:type="dxa"/>
            <w:vAlign w:val="center"/>
          </w:tcPr>
          <w:p w14:paraId="0B550EE3" w14:textId="77777777" w:rsidR="00F26C4D" w:rsidRDefault="00F26C4D" w:rsidP="00F72BFD">
            <w:pPr>
              <w:spacing w:line="240" w:lineRule="auto"/>
            </w:pPr>
            <w:r>
              <w:rPr>
                <w:sz w:val="12"/>
              </w:rPr>
              <w:t>23.90</w:t>
            </w:r>
          </w:p>
        </w:tc>
        <w:tc>
          <w:tcPr>
            <w:tcW w:w="850" w:type="dxa"/>
            <w:vAlign w:val="center"/>
          </w:tcPr>
          <w:p w14:paraId="5928BFB4" w14:textId="77777777" w:rsidR="00F26C4D" w:rsidRDefault="00F26C4D" w:rsidP="00F72BFD">
            <w:pPr>
              <w:spacing w:line="240" w:lineRule="auto"/>
            </w:pPr>
            <w:r>
              <w:rPr>
                <w:sz w:val="12"/>
              </w:rPr>
              <w:t>2</w:t>
            </w:r>
          </w:p>
        </w:tc>
        <w:tc>
          <w:tcPr>
            <w:tcW w:w="850" w:type="dxa"/>
            <w:vAlign w:val="center"/>
          </w:tcPr>
          <w:p w14:paraId="0B4F40CC" w14:textId="77777777" w:rsidR="00F26C4D" w:rsidRDefault="00F26C4D" w:rsidP="00F72BFD">
            <w:pPr>
              <w:spacing w:line="240" w:lineRule="auto"/>
            </w:pPr>
            <w:r>
              <w:rPr>
                <w:sz w:val="12"/>
              </w:rPr>
              <w:t>48.0</w:t>
            </w:r>
          </w:p>
        </w:tc>
        <w:tc>
          <w:tcPr>
            <w:tcW w:w="850" w:type="dxa"/>
            <w:vAlign w:val="center"/>
          </w:tcPr>
          <w:p w14:paraId="7A7594DE" w14:textId="77777777" w:rsidR="00F26C4D" w:rsidRDefault="00F26C4D" w:rsidP="00F72BFD">
            <w:pPr>
              <w:spacing w:line="240" w:lineRule="auto"/>
            </w:pPr>
            <w:r>
              <w:rPr>
                <w:sz w:val="12"/>
              </w:rPr>
              <w:t>6.27e-08</w:t>
            </w:r>
          </w:p>
        </w:tc>
        <w:tc>
          <w:tcPr>
            <w:tcW w:w="850" w:type="dxa"/>
            <w:vAlign w:val="center"/>
          </w:tcPr>
          <w:p w14:paraId="0BDD02C9" w14:textId="77777777" w:rsidR="00F26C4D" w:rsidRDefault="00F26C4D" w:rsidP="00F72BFD">
            <w:pPr>
              <w:spacing w:line="240" w:lineRule="auto"/>
            </w:pPr>
            <w:r>
              <w:rPr>
                <w:sz w:val="12"/>
              </w:rPr>
              <w:t>1.67e-07</w:t>
            </w:r>
          </w:p>
        </w:tc>
        <w:tc>
          <w:tcPr>
            <w:tcW w:w="850" w:type="dxa"/>
            <w:vAlign w:val="center"/>
          </w:tcPr>
          <w:p w14:paraId="38C08F7E" w14:textId="77777777" w:rsidR="00F26C4D" w:rsidRDefault="00F26C4D" w:rsidP="00F72BFD">
            <w:pPr>
              <w:spacing w:line="240" w:lineRule="auto"/>
            </w:pPr>
            <w:r>
              <w:rPr>
                <w:sz w:val="12"/>
              </w:rPr>
              <w:t>0.003</w:t>
            </w:r>
          </w:p>
        </w:tc>
        <w:tc>
          <w:tcPr>
            <w:tcW w:w="850" w:type="dxa"/>
            <w:vAlign w:val="center"/>
          </w:tcPr>
          <w:p w14:paraId="4E4DB0A3" w14:textId="77777777" w:rsidR="00F26C4D" w:rsidRDefault="00F26C4D" w:rsidP="00F72BFD">
            <w:pPr>
              <w:spacing w:line="240" w:lineRule="auto"/>
            </w:pPr>
            <w:r>
              <w:rPr>
                <w:sz w:val="12"/>
              </w:rPr>
              <w:t>0.005</w:t>
            </w:r>
          </w:p>
        </w:tc>
        <w:tc>
          <w:tcPr>
            <w:tcW w:w="850" w:type="dxa"/>
            <w:vAlign w:val="center"/>
          </w:tcPr>
          <w:p w14:paraId="157E2B38" w14:textId="77777777" w:rsidR="00F26C4D" w:rsidRDefault="00F26C4D" w:rsidP="00F72BFD">
            <w:pPr>
              <w:spacing w:line="240" w:lineRule="auto"/>
            </w:pPr>
            <w:r>
              <w:rPr>
                <w:sz w:val="12"/>
              </w:rPr>
              <w:t>1.000</w:t>
            </w:r>
          </w:p>
        </w:tc>
        <w:tc>
          <w:tcPr>
            <w:tcW w:w="860" w:type="dxa"/>
            <w:vAlign w:val="center"/>
          </w:tcPr>
          <w:p w14:paraId="244CBA31" w14:textId="77777777" w:rsidR="00F26C4D" w:rsidRDefault="00F26C4D" w:rsidP="00F72BFD">
            <w:pPr>
              <w:spacing w:line="240" w:lineRule="auto"/>
            </w:pPr>
            <w:r>
              <w:rPr>
                <w:sz w:val="12"/>
              </w:rPr>
              <w:t>headline-supported</w:t>
            </w:r>
          </w:p>
        </w:tc>
      </w:tr>
      <w:tr w:rsidR="00F26C4D" w14:paraId="584047BA" w14:textId="77777777" w:rsidTr="00F72BFD">
        <w:trPr>
          <w:cantSplit/>
          <w:jc w:val="center"/>
        </w:trPr>
        <w:tc>
          <w:tcPr>
            <w:tcW w:w="850" w:type="dxa"/>
            <w:vAlign w:val="center"/>
          </w:tcPr>
          <w:p w14:paraId="5C17BED6" w14:textId="77777777" w:rsidR="00F26C4D" w:rsidRDefault="00F26C4D" w:rsidP="00F72BFD">
            <w:pPr>
              <w:spacing w:line="240" w:lineRule="auto"/>
            </w:pPr>
            <w:r>
              <w:rPr>
                <w:sz w:val="12"/>
              </w:rPr>
              <w:t>Fungi</w:t>
            </w:r>
          </w:p>
        </w:tc>
        <w:tc>
          <w:tcPr>
            <w:tcW w:w="850" w:type="dxa"/>
            <w:vAlign w:val="center"/>
          </w:tcPr>
          <w:p w14:paraId="1600F6D4" w14:textId="77777777" w:rsidR="00F26C4D" w:rsidRDefault="00F26C4D" w:rsidP="00F72BFD">
            <w:pPr>
              <w:spacing w:line="240" w:lineRule="auto"/>
            </w:pPr>
            <w:r>
              <w:rPr>
                <w:sz w:val="12"/>
              </w:rPr>
              <w:t>day</w:t>
            </w:r>
          </w:p>
        </w:tc>
        <w:tc>
          <w:tcPr>
            <w:tcW w:w="850" w:type="dxa"/>
            <w:vAlign w:val="center"/>
          </w:tcPr>
          <w:p w14:paraId="3E09E9C0" w14:textId="77777777" w:rsidR="00F26C4D" w:rsidRDefault="00F26C4D" w:rsidP="00F72BFD">
            <w:pPr>
              <w:spacing w:line="240" w:lineRule="auto"/>
            </w:pPr>
            <w:r>
              <w:rPr>
                <w:sz w:val="12"/>
              </w:rPr>
              <w:t>20.96</w:t>
            </w:r>
          </w:p>
        </w:tc>
        <w:tc>
          <w:tcPr>
            <w:tcW w:w="850" w:type="dxa"/>
            <w:vAlign w:val="center"/>
          </w:tcPr>
          <w:p w14:paraId="1D593036" w14:textId="77777777" w:rsidR="00F26C4D" w:rsidRDefault="00F26C4D" w:rsidP="00F72BFD">
            <w:pPr>
              <w:spacing w:line="240" w:lineRule="auto"/>
            </w:pPr>
            <w:r>
              <w:rPr>
                <w:sz w:val="12"/>
              </w:rPr>
              <w:t>2</w:t>
            </w:r>
          </w:p>
        </w:tc>
        <w:tc>
          <w:tcPr>
            <w:tcW w:w="850" w:type="dxa"/>
            <w:vAlign w:val="center"/>
          </w:tcPr>
          <w:p w14:paraId="019B49B5" w14:textId="77777777" w:rsidR="00F26C4D" w:rsidRDefault="00F26C4D" w:rsidP="00F72BFD">
            <w:pPr>
              <w:spacing w:line="240" w:lineRule="auto"/>
            </w:pPr>
            <w:r>
              <w:rPr>
                <w:sz w:val="12"/>
              </w:rPr>
              <w:t>48.0</w:t>
            </w:r>
          </w:p>
        </w:tc>
        <w:tc>
          <w:tcPr>
            <w:tcW w:w="850" w:type="dxa"/>
            <w:vAlign w:val="center"/>
          </w:tcPr>
          <w:p w14:paraId="3D67602C" w14:textId="77777777" w:rsidR="00F26C4D" w:rsidRDefault="00F26C4D" w:rsidP="00F72BFD">
            <w:pPr>
              <w:spacing w:line="240" w:lineRule="auto"/>
            </w:pPr>
            <w:r>
              <w:rPr>
                <w:sz w:val="12"/>
              </w:rPr>
              <w:t>2.87e-07</w:t>
            </w:r>
          </w:p>
        </w:tc>
        <w:tc>
          <w:tcPr>
            <w:tcW w:w="850" w:type="dxa"/>
            <w:vAlign w:val="center"/>
          </w:tcPr>
          <w:p w14:paraId="41E15366" w14:textId="77777777" w:rsidR="00F26C4D" w:rsidRDefault="00F26C4D" w:rsidP="00F72BFD">
            <w:pPr>
              <w:spacing w:line="240" w:lineRule="auto"/>
            </w:pPr>
            <w:r>
              <w:rPr>
                <w:sz w:val="12"/>
              </w:rPr>
              <w:t>5.74e-07</w:t>
            </w:r>
          </w:p>
        </w:tc>
        <w:tc>
          <w:tcPr>
            <w:tcW w:w="850" w:type="dxa"/>
            <w:vAlign w:val="center"/>
          </w:tcPr>
          <w:p w14:paraId="7C494612" w14:textId="77777777" w:rsidR="00F26C4D" w:rsidRDefault="00F26C4D" w:rsidP="00F72BFD">
            <w:pPr>
              <w:spacing w:line="240" w:lineRule="auto"/>
            </w:pPr>
            <w:r>
              <w:rPr>
                <w:sz w:val="12"/>
              </w:rPr>
              <w:t>2.23e-04</w:t>
            </w:r>
          </w:p>
        </w:tc>
        <w:tc>
          <w:tcPr>
            <w:tcW w:w="850" w:type="dxa"/>
            <w:vAlign w:val="center"/>
          </w:tcPr>
          <w:p w14:paraId="22120E76" w14:textId="77777777" w:rsidR="00F26C4D" w:rsidRDefault="00F26C4D" w:rsidP="00F72BFD">
            <w:pPr>
              <w:spacing w:line="240" w:lineRule="auto"/>
            </w:pPr>
            <w:r>
              <w:rPr>
                <w:sz w:val="12"/>
              </w:rPr>
              <w:t>0.005</w:t>
            </w:r>
          </w:p>
        </w:tc>
        <w:tc>
          <w:tcPr>
            <w:tcW w:w="850" w:type="dxa"/>
            <w:vAlign w:val="center"/>
          </w:tcPr>
          <w:p w14:paraId="29C18A54" w14:textId="77777777" w:rsidR="00F26C4D" w:rsidRDefault="00F26C4D" w:rsidP="00F72BFD">
            <w:pPr>
              <w:spacing w:line="240" w:lineRule="auto"/>
            </w:pPr>
            <w:r>
              <w:rPr>
                <w:sz w:val="12"/>
              </w:rPr>
              <w:t>1.000</w:t>
            </w:r>
          </w:p>
        </w:tc>
        <w:tc>
          <w:tcPr>
            <w:tcW w:w="860" w:type="dxa"/>
            <w:vAlign w:val="center"/>
          </w:tcPr>
          <w:p w14:paraId="00E47A9B" w14:textId="77777777" w:rsidR="00F26C4D" w:rsidRDefault="00F26C4D" w:rsidP="00F72BFD">
            <w:pPr>
              <w:spacing w:line="240" w:lineRule="auto"/>
            </w:pPr>
            <w:r>
              <w:rPr>
                <w:sz w:val="12"/>
              </w:rPr>
              <w:t>headline-supported</w:t>
            </w:r>
          </w:p>
        </w:tc>
      </w:tr>
      <w:tr w:rsidR="00F26C4D" w14:paraId="42B64F21" w14:textId="77777777" w:rsidTr="00F72BFD">
        <w:trPr>
          <w:cantSplit/>
          <w:jc w:val="center"/>
        </w:trPr>
        <w:tc>
          <w:tcPr>
            <w:tcW w:w="850" w:type="dxa"/>
            <w:vAlign w:val="center"/>
          </w:tcPr>
          <w:p w14:paraId="350C85FC" w14:textId="77777777" w:rsidR="00F26C4D" w:rsidRDefault="00F26C4D" w:rsidP="00F72BFD">
            <w:pPr>
              <w:spacing w:line="240" w:lineRule="auto"/>
            </w:pPr>
            <w:r>
              <w:rPr>
                <w:sz w:val="12"/>
              </w:rPr>
              <w:t>F:B</w:t>
            </w:r>
          </w:p>
        </w:tc>
        <w:tc>
          <w:tcPr>
            <w:tcW w:w="850" w:type="dxa"/>
            <w:vAlign w:val="center"/>
          </w:tcPr>
          <w:p w14:paraId="3C7CEA91" w14:textId="77777777" w:rsidR="00F26C4D" w:rsidRDefault="00F26C4D" w:rsidP="00F72BFD">
            <w:pPr>
              <w:spacing w:line="240" w:lineRule="auto"/>
            </w:pPr>
            <w:r>
              <w:rPr>
                <w:sz w:val="12"/>
              </w:rPr>
              <w:t>day</w:t>
            </w:r>
          </w:p>
        </w:tc>
        <w:tc>
          <w:tcPr>
            <w:tcW w:w="850" w:type="dxa"/>
            <w:vAlign w:val="center"/>
          </w:tcPr>
          <w:p w14:paraId="1F3F843C" w14:textId="77777777" w:rsidR="00F26C4D" w:rsidRDefault="00F26C4D" w:rsidP="00F72BFD">
            <w:pPr>
              <w:spacing w:line="240" w:lineRule="auto"/>
            </w:pPr>
            <w:r>
              <w:rPr>
                <w:sz w:val="12"/>
              </w:rPr>
              <w:t>13.43</w:t>
            </w:r>
          </w:p>
        </w:tc>
        <w:tc>
          <w:tcPr>
            <w:tcW w:w="850" w:type="dxa"/>
            <w:vAlign w:val="center"/>
          </w:tcPr>
          <w:p w14:paraId="62C0B72E" w14:textId="77777777" w:rsidR="00F26C4D" w:rsidRDefault="00F26C4D" w:rsidP="00F72BFD">
            <w:pPr>
              <w:spacing w:line="240" w:lineRule="auto"/>
            </w:pPr>
            <w:r>
              <w:rPr>
                <w:sz w:val="12"/>
              </w:rPr>
              <w:t>2</w:t>
            </w:r>
          </w:p>
        </w:tc>
        <w:tc>
          <w:tcPr>
            <w:tcW w:w="850" w:type="dxa"/>
            <w:vAlign w:val="center"/>
          </w:tcPr>
          <w:p w14:paraId="16404132" w14:textId="77777777" w:rsidR="00F26C4D" w:rsidRDefault="00F26C4D" w:rsidP="00F72BFD">
            <w:pPr>
              <w:spacing w:line="240" w:lineRule="auto"/>
            </w:pPr>
            <w:r>
              <w:rPr>
                <w:sz w:val="12"/>
              </w:rPr>
              <w:t>48.0</w:t>
            </w:r>
          </w:p>
        </w:tc>
        <w:tc>
          <w:tcPr>
            <w:tcW w:w="850" w:type="dxa"/>
            <w:vAlign w:val="center"/>
          </w:tcPr>
          <w:p w14:paraId="3A11DAB4" w14:textId="77777777" w:rsidR="00F26C4D" w:rsidRDefault="00F26C4D" w:rsidP="00F72BFD">
            <w:pPr>
              <w:spacing w:line="240" w:lineRule="auto"/>
            </w:pPr>
            <w:r>
              <w:rPr>
                <w:sz w:val="12"/>
              </w:rPr>
              <w:t>2.33e-05</w:t>
            </w:r>
          </w:p>
        </w:tc>
        <w:tc>
          <w:tcPr>
            <w:tcW w:w="850" w:type="dxa"/>
            <w:vAlign w:val="center"/>
          </w:tcPr>
          <w:p w14:paraId="5A00066D" w14:textId="77777777" w:rsidR="00F26C4D" w:rsidRDefault="00F26C4D" w:rsidP="00F72BFD">
            <w:pPr>
              <w:spacing w:line="240" w:lineRule="auto"/>
            </w:pPr>
            <w:r>
              <w:rPr>
                <w:sz w:val="12"/>
              </w:rPr>
              <w:t>3.74e-05</w:t>
            </w:r>
          </w:p>
        </w:tc>
        <w:tc>
          <w:tcPr>
            <w:tcW w:w="850" w:type="dxa"/>
            <w:vAlign w:val="center"/>
          </w:tcPr>
          <w:p w14:paraId="4E037809" w14:textId="77777777" w:rsidR="00F26C4D" w:rsidRDefault="00F26C4D" w:rsidP="00F72BFD">
            <w:pPr>
              <w:spacing w:line="240" w:lineRule="auto"/>
            </w:pPr>
            <w:r>
              <w:rPr>
                <w:sz w:val="12"/>
              </w:rPr>
              <w:t>3.26e-05</w:t>
            </w:r>
          </w:p>
        </w:tc>
        <w:tc>
          <w:tcPr>
            <w:tcW w:w="850" w:type="dxa"/>
            <w:vAlign w:val="center"/>
          </w:tcPr>
          <w:p w14:paraId="7620D572" w14:textId="77777777" w:rsidR="00F26C4D" w:rsidRDefault="00F26C4D" w:rsidP="00F72BFD">
            <w:pPr>
              <w:spacing w:line="240" w:lineRule="auto"/>
            </w:pPr>
            <w:r>
              <w:rPr>
                <w:sz w:val="12"/>
              </w:rPr>
              <w:t>0.005</w:t>
            </w:r>
          </w:p>
        </w:tc>
        <w:tc>
          <w:tcPr>
            <w:tcW w:w="850" w:type="dxa"/>
            <w:vAlign w:val="center"/>
          </w:tcPr>
          <w:p w14:paraId="64A970FF" w14:textId="77777777" w:rsidR="00F26C4D" w:rsidRDefault="00F26C4D" w:rsidP="00F72BFD">
            <w:pPr>
              <w:spacing w:line="240" w:lineRule="auto"/>
            </w:pPr>
            <w:r>
              <w:rPr>
                <w:sz w:val="12"/>
              </w:rPr>
              <w:t>1.000</w:t>
            </w:r>
          </w:p>
        </w:tc>
        <w:tc>
          <w:tcPr>
            <w:tcW w:w="860" w:type="dxa"/>
            <w:vAlign w:val="center"/>
          </w:tcPr>
          <w:p w14:paraId="5360C6C5" w14:textId="77777777" w:rsidR="00F26C4D" w:rsidRDefault="00F26C4D" w:rsidP="00F72BFD">
            <w:pPr>
              <w:spacing w:line="240" w:lineRule="auto"/>
            </w:pPr>
            <w:r>
              <w:rPr>
                <w:sz w:val="12"/>
              </w:rPr>
              <w:t>headline-supported</w:t>
            </w:r>
          </w:p>
        </w:tc>
      </w:tr>
      <w:tr w:rsidR="00F26C4D" w14:paraId="0BA525DD" w14:textId="77777777" w:rsidTr="00F72BFD">
        <w:trPr>
          <w:cantSplit/>
          <w:jc w:val="center"/>
        </w:trPr>
        <w:tc>
          <w:tcPr>
            <w:tcW w:w="850" w:type="dxa"/>
            <w:vAlign w:val="center"/>
          </w:tcPr>
          <w:p w14:paraId="67067D7A" w14:textId="77777777" w:rsidR="00F26C4D" w:rsidRDefault="00F26C4D" w:rsidP="00F72BFD">
            <w:pPr>
              <w:spacing w:line="240" w:lineRule="auto"/>
            </w:pPr>
            <w:r>
              <w:rPr>
                <w:sz w:val="12"/>
              </w:rPr>
              <w:t>AM Fungi</w:t>
            </w:r>
          </w:p>
        </w:tc>
        <w:tc>
          <w:tcPr>
            <w:tcW w:w="850" w:type="dxa"/>
            <w:vAlign w:val="center"/>
          </w:tcPr>
          <w:p w14:paraId="7F089F03" w14:textId="77777777" w:rsidR="00F26C4D" w:rsidRDefault="00F26C4D" w:rsidP="00F72BFD">
            <w:pPr>
              <w:spacing w:line="240" w:lineRule="auto"/>
            </w:pPr>
            <w:r>
              <w:rPr>
                <w:sz w:val="12"/>
              </w:rPr>
              <w:t>day</w:t>
            </w:r>
          </w:p>
        </w:tc>
        <w:tc>
          <w:tcPr>
            <w:tcW w:w="850" w:type="dxa"/>
            <w:vAlign w:val="center"/>
          </w:tcPr>
          <w:p w14:paraId="08C9334C" w14:textId="77777777" w:rsidR="00F26C4D" w:rsidRDefault="00F26C4D" w:rsidP="00F72BFD">
            <w:pPr>
              <w:spacing w:line="240" w:lineRule="auto"/>
            </w:pPr>
            <w:r>
              <w:rPr>
                <w:sz w:val="12"/>
              </w:rPr>
              <w:t>8.61</w:t>
            </w:r>
          </w:p>
        </w:tc>
        <w:tc>
          <w:tcPr>
            <w:tcW w:w="850" w:type="dxa"/>
            <w:vAlign w:val="center"/>
          </w:tcPr>
          <w:p w14:paraId="29C1B22B" w14:textId="77777777" w:rsidR="00F26C4D" w:rsidRDefault="00F26C4D" w:rsidP="00F72BFD">
            <w:pPr>
              <w:spacing w:line="240" w:lineRule="auto"/>
            </w:pPr>
            <w:r>
              <w:rPr>
                <w:sz w:val="12"/>
              </w:rPr>
              <w:t>2</w:t>
            </w:r>
          </w:p>
        </w:tc>
        <w:tc>
          <w:tcPr>
            <w:tcW w:w="850" w:type="dxa"/>
            <w:vAlign w:val="center"/>
          </w:tcPr>
          <w:p w14:paraId="06DCE102" w14:textId="77777777" w:rsidR="00F26C4D" w:rsidRDefault="00F26C4D" w:rsidP="00F72BFD">
            <w:pPr>
              <w:spacing w:line="240" w:lineRule="auto"/>
            </w:pPr>
            <w:r>
              <w:rPr>
                <w:sz w:val="12"/>
              </w:rPr>
              <w:t>48.0</w:t>
            </w:r>
          </w:p>
        </w:tc>
        <w:tc>
          <w:tcPr>
            <w:tcW w:w="850" w:type="dxa"/>
            <w:vAlign w:val="center"/>
          </w:tcPr>
          <w:p w14:paraId="62B0C4D8" w14:textId="77777777" w:rsidR="00F26C4D" w:rsidRDefault="00F26C4D" w:rsidP="00F72BFD">
            <w:pPr>
              <w:spacing w:line="240" w:lineRule="auto"/>
            </w:pPr>
            <w:r>
              <w:rPr>
                <w:sz w:val="12"/>
              </w:rPr>
              <w:t>6.38e-04</w:t>
            </w:r>
          </w:p>
        </w:tc>
        <w:tc>
          <w:tcPr>
            <w:tcW w:w="850" w:type="dxa"/>
            <w:vAlign w:val="center"/>
          </w:tcPr>
          <w:p w14:paraId="327C785F" w14:textId="77777777" w:rsidR="00F26C4D" w:rsidRDefault="00F26C4D" w:rsidP="00F72BFD">
            <w:pPr>
              <w:spacing w:line="240" w:lineRule="auto"/>
            </w:pPr>
            <w:r>
              <w:rPr>
                <w:sz w:val="12"/>
              </w:rPr>
              <w:t>8.51e-04</w:t>
            </w:r>
          </w:p>
        </w:tc>
        <w:tc>
          <w:tcPr>
            <w:tcW w:w="850" w:type="dxa"/>
            <w:vAlign w:val="center"/>
          </w:tcPr>
          <w:p w14:paraId="6C22AF8C" w14:textId="77777777" w:rsidR="00F26C4D" w:rsidRDefault="00F26C4D" w:rsidP="00F72BFD">
            <w:pPr>
              <w:spacing w:line="240" w:lineRule="auto"/>
            </w:pPr>
            <w:r>
              <w:rPr>
                <w:sz w:val="12"/>
              </w:rPr>
              <w:t>2.55e-04</w:t>
            </w:r>
          </w:p>
        </w:tc>
        <w:tc>
          <w:tcPr>
            <w:tcW w:w="850" w:type="dxa"/>
            <w:vAlign w:val="center"/>
          </w:tcPr>
          <w:p w14:paraId="09B5824D" w14:textId="77777777" w:rsidR="00F26C4D" w:rsidRDefault="00F26C4D" w:rsidP="00F72BFD">
            <w:pPr>
              <w:spacing w:line="240" w:lineRule="auto"/>
            </w:pPr>
            <w:r>
              <w:rPr>
                <w:sz w:val="12"/>
              </w:rPr>
              <w:t>0.005</w:t>
            </w:r>
          </w:p>
        </w:tc>
        <w:tc>
          <w:tcPr>
            <w:tcW w:w="850" w:type="dxa"/>
            <w:vAlign w:val="center"/>
          </w:tcPr>
          <w:p w14:paraId="135481F1" w14:textId="77777777" w:rsidR="00F26C4D" w:rsidRDefault="00F26C4D" w:rsidP="00F72BFD">
            <w:pPr>
              <w:spacing w:line="240" w:lineRule="auto"/>
            </w:pPr>
            <w:r>
              <w:rPr>
                <w:sz w:val="12"/>
              </w:rPr>
              <w:t>1.000</w:t>
            </w:r>
          </w:p>
        </w:tc>
        <w:tc>
          <w:tcPr>
            <w:tcW w:w="860" w:type="dxa"/>
            <w:vAlign w:val="center"/>
          </w:tcPr>
          <w:p w14:paraId="2C09B658" w14:textId="77777777" w:rsidR="00F26C4D" w:rsidRDefault="00F26C4D" w:rsidP="00F72BFD">
            <w:pPr>
              <w:spacing w:line="240" w:lineRule="auto"/>
            </w:pPr>
            <w:r>
              <w:rPr>
                <w:sz w:val="12"/>
              </w:rPr>
              <w:t>headline-supported</w:t>
            </w:r>
          </w:p>
        </w:tc>
      </w:tr>
      <w:tr w:rsidR="00F26C4D" w14:paraId="3ABE60AE" w14:textId="77777777" w:rsidTr="00F72BFD">
        <w:trPr>
          <w:cantSplit/>
          <w:jc w:val="center"/>
        </w:trPr>
        <w:tc>
          <w:tcPr>
            <w:tcW w:w="850" w:type="dxa"/>
            <w:vAlign w:val="center"/>
          </w:tcPr>
          <w:p w14:paraId="59AA453B" w14:textId="77777777" w:rsidR="00F26C4D" w:rsidRDefault="00F26C4D" w:rsidP="00F72BFD">
            <w:pPr>
              <w:spacing w:line="240" w:lineRule="auto"/>
            </w:pPr>
            <w:r>
              <w:rPr>
                <w:sz w:val="12"/>
              </w:rPr>
              <w:t>Actinomycetes</w:t>
            </w:r>
          </w:p>
        </w:tc>
        <w:tc>
          <w:tcPr>
            <w:tcW w:w="850" w:type="dxa"/>
            <w:vAlign w:val="center"/>
          </w:tcPr>
          <w:p w14:paraId="742EE03E" w14:textId="77777777" w:rsidR="00F26C4D" w:rsidRDefault="00F26C4D" w:rsidP="00F72BFD">
            <w:pPr>
              <w:spacing w:line="240" w:lineRule="auto"/>
            </w:pPr>
            <w:r>
              <w:rPr>
                <w:sz w:val="12"/>
              </w:rPr>
              <w:t>day</w:t>
            </w:r>
          </w:p>
        </w:tc>
        <w:tc>
          <w:tcPr>
            <w:tcW w:w="850" w:type="dxa"/>
            <w:vAlign w:val="center"/>
          </w:tcPr>
          <w:p w14:paraId="455D955F" w14:textId="77777777" w:rsidR="00F26C4D" w:rsidRDefault="00F26C4D" w:rsidP="00F72BFD">
            <w:pPr>
              <w:spacing w:line="240" w:lineRule="auto"/>
            </w:pPr>
            <w:r>
              <w:rPr>
                <w:sz w:val="12"/>
              </w:rPr>
              <w:t>7.55</w:t>
            </w:r>
          </w:p>
        </w:tc>
        <w:tc>
          <w:tcPr>
            <w:tcW w:w="850" w:type="dxa"/>
            <w:vAlign w:val="center"/>
          </w:tcPr>
          <w:p w14:paraId="32383840" w14:textId="77777777" w:rsidR="00F26C4D" w:rsidRDefault="00F26C4D" w:rsidP="00F72BFD">
            <w:pPr>
              <w:spacing w:line="240" w:lineRule="auto"/>
            </w:pPr>
            <w:r>
              <w:rPr>
                <w:sz w:val="12"/>
              </w:rPr>
              <w:t>2</w:t>
            </w:r>
          </w:p>
        </w:tc>
        <w:tc>
          <w:tcPr>
            <w:tcW w:w="850" w:type="dxa"/>
            <w:vAlign w:val="center"/>
          </w:tcPr>
          <w:p w14:paraId="31D2C7D1" w14:textId="77777777" w:rsidR="00F26C4D" w:rsidRDefault="00F26C4D" w:rsidP="00F72BFD">
            <w:pPr>
              <w:spacing w:line="240" w:lineRule="auto"/>
            </w:pPr>
            <w:r>
              <w:rPr>
                <w:sz w:val="12"/>
              </w:rPr>
              <w:t>48.0</w:t>
            </w:r>
          </w:p>
        </w:tc>
        <w:tc>
          <w:tcPr>
            <w:tcW w:w="850" w:type="dxa"/>
            <w:vAlign w:val="center"/>
          </w:tcPr>
          <w:p w14:paraId="7E486B39" w14:textId="77777777" w:rsidR="00F26C4D" w:rsidRDefault="00F26C4D" w:rsidP="00F72BFD">
            <w:pPr>
              <w:spacing w:line="240" w:lineRule="auto"/>
            </w:pPr>
            <w:r>
              <w:rPr>
                <w:sz w:val="12"/>
              </w:rPr>
              <w:t>0.001</w:t>
            </w:r>
          </w:p>
        </w:tc>
        <w:tc>
          <w:tcPr>
            <w:tcW w:w="850" w:type="dxa"/>
            <w:vAlign w:val="center"/>
          </w:tcPr>
          <w:p w14:paraId="3B4662CB" w14:textId="77777777" w:rsidR="00F26C4D" w:rsidRDefault="00F26C4D" w:rsidP="00F72BFD">
            <w:pPr>
              <w:spacing w:line="240" w:lineRule="auto"/>
            </w:pPr>
            <w:r>
              <w:rPr>
                <w:sz w:val="12"/>
              </w:rPr>
              <w:t>0.002</w:t>
            </w:r>
          </w:p>
        </w:tc>
        <w:tc>
          <w:tcPr>
            <w:tcW w:w="850" w:type="dxa"/>
            <w:vAlign w:val="center"/>
          </w:tcPr>
          <w:p w14:paraId="1648CD9B" w14:textId="77777777" w:rsidR="00F26C4D" w:rsidRDefault="00F26C4D" w:rsidP="00F72BFD">
            <w:pPr>
              <w:spacing w:line="240" w:lineRule="auto"/>
            </w:pPr>
            <w:r>
              <w:rPr>
                <w:sz w:val="12"/>
              </w:rPr>
              <w:t>0.008</w:t>
            </w:r>
          </w:p>
        </w:tc>
        <w:tc>
          <w:tcPr>
            <w:tcW w:w="850" w:type="dxa"/>
            <w:vAlign w:val="center"/>
          </w:tcPr>
          <w:p w14:paraId="02046E35" w14:textId="77777777" w:rsidR="00F26C4D" w:rsidRDefault="00F26C4D" w:rsidP="00F72BFD">
            <w:pPr>
              <w:spacing w:line="240" w:lineRule="auto"/>
            </w:pPr>
            <w:r>
              <w:rPr>
                <w:sz w:val="12"/>
              </w:rPr>
              <w:t>0.005</w:t>
            </w:r>
          </w:p>
        </w:tc>
        <w:tc>
          <w:tcPr>
            <w:tcW w:w="850" w:type="dxa"/>
            <w:vAlign w:val="center"/>
          </w:tcPr>
          <w:p w14:paraId="7F0491E2" w14:textId="77777777" w:rsidR="00F26C4D" w:rsidRDefault="00F26C4D" w:rsidP="00F72BFD">
            <w:pPr>
              <w:spacing w:line="240" w:lineRule="auto"/>
            </w:pPr>
            <w:r>
              <w:rPr>
                <w:sz w:val="12"/>
              </w:rPr>
              <w:t>1.000</w:t>
            </w:r>
          </w:p>
        </w:tc>
        <w:tc>
          <w:tcPr>
            <w:tcW w:w="860" w:type="dxa"/>
            <w:vAlign w:val="center"/>
          </w:tcPr>
          <w:p w14:paraId="6D5D98DE" w14:textId="77777777" w:rsidR="00F26C4D" w:rsidRDefault="00F26C4D" w:rsidP="00F72BFD">
            <w:pPr>
              <w:spacing w:line="240" w:lineRule="auto"/>
            </w:pPr>
            <w:r>
              <w:rPr>
                <w:sz w:val="12"/>
              </w:rPr>
              <w:t>headline-supported</w:t>
            </w:r>
          </w:p>
        </w:tc>
      </w:tr>
      <w:tr w:rsidR="00F26C4D" w14:paraId="518F7628" w14:textId="77777777" w:rsidTr="00F72BFD">
        <w:trPr>
          <w:cantSplit/>
          <w:jc w:val="center"/>
        </w:trPr>
        <w:tc>
          <w:tcPr>
            <w:tcW w:w="850" w:type="dxa"/>
            <w:vAlign w:val="center"/>
          </w:tcPr>
          <w:p w14:paraId="348FB992" w14:textId="77777777" w:rsidR="00F26C4D" w:rsidRDefault="00F26C4D" w:rsidP="00F72BFD">
            <w:pPr>
              <w:spacing w:line="240" w:lineRule="auto"/>
            </w:pPr>
            <w:r>
              <w:rPr>
                <w:sz w:val="12"/>
              </w:rPr>
              <w:t>Gram Positive</w:t>
            </w:r>
          </w:p>
        </w:tc>
        <w:tc>
          <w:tcPr>
            <w:tcW w:w="850" w:type="dxa"/>
            <w:vAlign w:val="center"/>
          </w:tcPr>
          <w:p w14:paraId="08CEDF06" w14:textId="77777777" w:rsidR="00F26C4D" w:rsidRDefault="00F26C4D" w:rsidP="00F72BFD">
            <w:pPr>
              <w:spacing w:line="240" w:lineRule="auto"/>
            </w:pPr>
            <w:r>
              <w:rPr>
                <w:sz w:val="12"/>
              </w:rPr>
              <w:t>day</w:t>
            </w:r>
          </w:p>
        </w:tc>
        <w:tc>
          <w:tcPr>
            <w:tcW w:w="850" w:type="dxa"/>
            <w:vAlign w:val="center"/>
          </w:tcPr>
          <w:p w14:paraId="034E9983" w14:textId="77777777" w:rsidR="00F26C4D" w:rsidRDefault="00F26C4D" w:rsidP="00F72BFD">
            <w:pPr>
              <w:spacing w:line="240" w:lineRule="auto"/>
            </w:pPr>
            <w:r>
              <w:rPr>
                <w:sz w:val="12"/>
              </w:rPr>
              <w:t>6.94</w:t>
            </w:r>
          </w:p>
        </w:tc>
        <w:tc>
          <w:tcPr>
            <w:tcW w:w="850" w:type="dxa"/>
            <w:vAlign w:val="center"/>
          </w:tcPr>
          <w:p w14:paraId="7963F022" w14:textId="77777777" w:rsidR="00F26C4D" w:rsidRDefault="00F26C4D" w:rsidP="00F72BFD">
            <w:pPr>
              <w:spacing w:line="240" w:lineRule="auto"/>
            </w:pPr>
            <w:r>
              <w:rPr>
                <w:sz w:val="12"/>
              </w:rPr>
              <w:t>2</w:t>
            </w:r>
          </w:p>
        </w:tc>
        <w:tc>
          <w:tcPr>
            <w:tcW w:w="850" w:type="dxa"/>
            <w:vAlign w:val="center"/>
          </w:tcPr>
          <w:p w14:paraId="0A003561" w14:textId="77777777" w:rsidR="00F26C4D" w:rsidRDefault="00F26C4D" w:rsidP="00F72BFD">
            <w:pPr>
              <w:spacing w:line="240" w:lineRule="auto"/>
            </w:pPr>
            <w:r>
              <w:rPr>
                <w:sz w:val="12"/>
              </w:rPr>
              <w:t>48.0</w:t>
            </w:r>
          </w:p>
        </w:tc>
        <w:tc>
          <w:tcPr>
            <w:tcW w:w="850" w:type="dxa"/>
            <w:vAlign w:val="center"/>
          </w:tcPr>
          <w:p w14:paraId="450C795E" w14:textId="77777777" w:rsidR="00F26C4D" w:rsidRDefault="00F26C4D" w:rsidP="00F72BFD">
            <w:pPr>
              <w:spacing w:line="240" w:lineRule="auto"/>
            </w:pPr>
            <w:r>
              <w:rPr>
                <w:sz w:val="12"/>
              </w:rPr>
              <w:t>0.002</w:t>
            </w:r>
          </w:p>
        </w:tc>
        <w:tc>
          <w:tcPr>
            <w:tcW w:w="850" w:type="dxa"/>
            <w:vAlign w:val="center"/>
          </w:tcPr>
          <w:p w14:paraId="0A98EEA8" w14:textId="77777777" w:rsidR="00F26C4D" w:rsidRDefault="00F26C4D" w:rsidP="00F72BFD">
            <w:pPr>
              <w:spacing w:line="240" w:lineRule="auto"/>
            </w:pPr>
            <w:r>
              <w:rPr>
                <w:sz w:val="12"/>
              </w:rPr>
              <w:t>0.002</w:t>
            </w:r>
          </w:p>
        </w:tc>
        <w:tc>
          <w:tcPr>
            <w:tcW w:w="850" w:type="dxa"/>
            <w:vAlign w:val="center"/>
          </w:tcPr>
          <w:p w14:paraId="28085EE7" w14:textId="77777777" w:rsidR="00F26C4D" w:rsidRDefault="00F26C4D" w:rsidP="00F72BFD">
            <w:pPr>
              <w:spacing w:line="240" w:lineRule="auto"/>
            </w:pPr>
            <w:r>
              <w:rPr>
                <w:sz w:val="12"/>
              </w:rPr>
              <w:t>0.019</w:t>
            </w:r>
          </w:p>
        </w:tc>
        <w:tc>
          <w:tcPr>
            <w:tcW w:w="850" w:type="dxa"/>
            <w:vAlign w:val="center"/>
          </w:tcPr>
          <w:p w14:paraId="642D7C69" w14:textId="77777777" w:rsidR="00F26C4D" w:rsidRDefault="00F26C4D" w:rsidP="00F72BFD">
            <w:pPr>
              <w:spacing w:line="240" w:lineRule="auto"/>
            </w:pPr>
            <w:r>
              <w:rPr>
                <w:sz w:val="12"/>
              </w:rPr>
              <w:t>0.015</w:t>
            </w:r>
          </w:p>
        </w:tc>
        <w:tc>
          <w:tcPr>
            <w:tcW w:w="850" w:type="dxa"/>
            <w:vAlign w:val="center"/>
          </w:tcPr>
          <w:p w14:paraId="400AC6B3" w14:textId="77777777" w:rsidR="00F26C4D" w:rsidRDefault="00F26C4D" w:rsidP="00F72BFD">
            <w:pPr>
              <w:spacing w:line="240" w:lineRule="auto"/>
            </w:pPr>
            <w:r>
              <w:rPr>
                <w:sz w:val="12"/>
              </w:rPr>
              <w:t>1.000</w:t>
            </w:r>
          </w:p>
        </w:tc>
        <w:tc>
          <w:tcPr>
            <w:tcW w:w="860" w:type="dxa"/>
            <w:vAlign w:val="center"/>
          </w:tcPr>
          <w:p w14:paraId="787592D9" w14:textId="77777777" w:rsidR="00F26C4D" w:rsidRDefault="00F26C4D" w:rsidP="00F72BFD">
            <w:pPr>
              <w:spacing w:line="240" w:lineRule="auto"/>
            </w:pPr>
            <w:r>
              <w:rPr>
                <w:sz w:val="12"/>
              </w:rPr>
              <w:t>headline-supported</w:t>
            </w:r>
          </w:p>
        </w:tc>
      </w:tr>
      <w:tr w:rsidR="00F26C4D" w14:paraId="7428C025" w14:textId="77777777" w:rsidTr="00F72BFD">
        <w:trPr>
          <w:cantSplit/>
          <w:jc w:val="center"/>
        </w:trPr>
        <w:tc>
          <w:tcPr>
            <w:tcW w:w="850" w:type="dxa"/>
            <w:vAlign w:val="center"/>
          </w:tcPr>
          <w:p w14:paraId="07B4C8F5" w14:textId="77777777" w:rsidR="00F26C4D" w:rsidRDefault="00F26C4D" w:rsidP="00F72BFD">
            <w:pPr>
              <w:spacing w:line="240" w:lineRule="auto"/>
            </w:pPr>
            <w:r>
              <w:rPr>
                <w:sz w:val="12"/>
              </w:rPr>
              <w:t>Fungi</w:t>
            </w:r>
          </w:p>
        </w:tc>
        <w:tc>
          <w:tcPr>
            <w:tcW w:w="850" w:type="dxa"/>
            <w:vAlign w:val="center"/>
          </w:tcPr>
          <w:p w14:paraId="3D8E0C1C" w14:textId="77777777" w:rsidR="00F26C4D" w:rsidRDefault="00F26C4D" w:rsidP="00F72BFD">
            <w:pPr>
              <w:spacing w:line="240" w:lineRule="auto"/>
            </w:pPr>
            <w:r>
              <w:rPr>
                <w:sz w:val="12"/>
              </w:rPr>
              <w:t>day:depth</w:t>
            </w:r>
          </w:p>
        </w:tc>
        <w:tc>
          <w:tcPr>
            <w:tcW w:w="850" w:type="dxa"/>
            <w:vAlign w:val="center"/>
          </w:tcPr>
          <w:p w14:paraId="0D73755A" w14:textId="77777777" w:rsidR="00F26C4D" w:rsidRDefault="00F26C4D" w:rsidP="00F72BFD">
            <w:pPr>
              <w:spacing w:line="240" w:lineRule="auto"/>
            </w:pPr>
            <w:r>
              <w:rPr>
                <w:sz w:val="12"/>
              </w:rPr>
              <w:t>13.21</w:t>
            </w:r>
          </w:p>
        </w:tc>
        <w:tc>
          <w:tcPr>
            <w:tcW w:w="850" w:type="dxa"/>
            <w:vAlign w:val="center"/>
          </w:tcPr>
          <w:p w14:paraId="2169B5BE" w14:textId="77777777" w:rsidR="00F26C4D" w:rsidRDefault="00F26C4D" w:rsidP="00F72BFD">
            <w:pPr>
              <w:spacing w:line="240" w:lineRule="auto"/>
            </w:pPr>
            <w:r>
              <w:rPr>
                <w:sz w:val="12"/>
              </w:rPr>
              <w:t>4</w:t>
            </w:r>
          </w:p>
        </w:tc>
        <w:tc>
          <w:tcPr>
            <w:tcW w:w="850" w:type="dxa"/>
            <w:vAlign w:val="center"/>
          </w:tcPr>
          <w:p w14:paraId="6F6E0EC4" w14:textId="77777777" w:rsidR="00F26C4D" w:rsidRDefault="00F26C4D" w:rsidP="00F72BFD">
            <w:pPr>
              <w:spacing w:line="240" w:lineRule="auto"/>
            </w:pPr>
            <w:r>
              <w:rPr>
                <w:sz w:val="12"/>
              </w:rPr>
              <w:t>48.0</w:t>
            </w:r>
          </w:p>
        </w:tc>
        <w:tc>
          <w:tcPr>
            <w:tcW w:w="850" w:type="dxa"/>
            <w:vAlign w:val="center"/>
          </w:tcPr>
          <w:p w14:paraId="6C395FC0" w14:textId="77777777" w:rsidR="00F26C4D" w:rsidRDefault="00F26C4D" w:rsidP="00F72BFD">
            <w:pPr>
              <w:spacing w:line="240" w:lineRule="auto"/>
            </w:pPr>
            <w:r>
              <w:rPr>
                <w:sz w:val="12"/>
              </w:rPr>
              <w:t>2.49e-07</w:t>
            </w:r>
          </w:p>
        </w:tc>
        <w:tc>
          <w:tcPr>
            <w:tcW w:w="850" w:type="dxa"/>
            <w:vAlign w:val="center"/>
          </w:tcPr>
          <w:p w14:paraId="701B2DFA" w14:textId="77777777" w:rsidR="00F26C4D" w:rsidRDefault="00F26C4D" w:rsidP="00F72BFD">
            <w:pPr>
              <w:spacing w:line="240" w:lineRule="auto"/>
            </w:pPr>
            <w:r>
              <w:rPr>
                <w:sz w:val="12"/>
              </w:rPr>
              <w:t>1.99e-06</w:t>
            </w:r>
          </w:p>
        </w:tc>
        <w:tc>
          <w:tcPr>
            <w:tcW w:w="850" w:type="dxa"/>
            <w:vAlign w:val="center"/>
          </w:tcPr>
          <w:p w14:paraId="5DBFB8F1" w14:textId="77777777" w:rsidR="00F26C4D" w:rsidRDefault="00F26C4D" w:rsidP="00F72BFD">
            <w:pPr>
              <w:spacing w:line="240" w:lineRule="auto"/>
            </w:pPr>
            <w:r>
              <w:rPr>
                <w:sz w:val="12"/>
              </w:rPr>
              <w:t>0.003</w:t>
            </w:r>
          </w:p>
        </w:tc>
        <w:tc>
          <w:tcPr>
            <w:tcW w:w="850" w:type="dxa"/>
            <w:vAlign w:val="center"/>
          </w:tcPr>
          <w:p w14:paraId="1F26EFC3" w14:textId="77777777" w:rsidR="00F26C4D" w:rsidRDefault="00F26C4D" w:rsidP="00F72BFD">
            <w:pPr>
              <w:spacing w:line="240" w:lineRule="auto"/>
            </w:pPr>
            <w:r>
              <w:rPr>
                <w:sz w:val="12"/>
              </w:rPr>
              <w:t>0.005</w:t>
            </w:r>
          </w:p>
        </w:tc>
        <w:tc>
          <w:tcPr>
            <w:tcW w:w="850" w:type="dxa"/>
            <w:vAlign w:val="center"/>
          </w:tcPr>
          <w:p w14:paraId="33C8C922" w14:textId="77777777" w:rsidR="00F26C4D" w:rsidRDefault="00F26C4D" w:rsidP="00F72BFD">
            <w:pPr>
              <w:spacing w:line="240" w:lineRule="auto"/>
            </w:pPr>
            <w:r>
              <w:rPr>
                <w:sz w:val="12"/>
              </w:rPr>
              <w:t>1.000</w:t>
            </w:r>
          </w:p>
        </w:tc>
        <w:tc>
          <w:tcPr>
            <w:tcW w:w="860" w:type="dxa"/>
            <w:vAlign w:val="center"/>
          </w:tcPr>
          <w:p w14:paraId="38D8E728" w14:textId="77777777" w:rsidR="00F26C4D" w:rsidRDefault="00F26C4D" w:rsidP="00F72BFD">
            <w:pPr>
              <w:spacing w:line="240" w:lineRule="auto"/>
            </w:pPr>
            <w:r>
              <w:rPr>
                <w:sz w:val="12"/>
              </w:rPr>
              <w:t>headline-supported</w:t>
            </w:r>
          </w:p>
        </w:tc>
      </w:tr>
      <w:tr w:rsidR="00F26C4D" w14:paraId="53D61A44" w14:textId="77777777" w:rsidTr="00F72BFD">
        <w:trPr>
          <w:cantSplit/>
          <w:jc w:val="center"/>
        </w:trPr>
        <w:tc>
          <w:tcPr>
            <w:tcW w:w="850" w:type="dxa"/>
            <w:vAlign w:val="center"/>
          </w:tcPr>
          <w:p w14:paraId="5A604ABE" w14:textId="77777777" w:rsidR="00F26C4D" w:rsidRDefault="00F26C4D" w:rsidP="00F72BFD">
            <w:pPr>
              <w:spacing w:line="240" w:lineRule="auto"/>
            </w:pPr>
            <w:r>
              <w:rPr>
                <w:sz w:val="12"/>
              </w:rPr>
              <w:t>General Bacteria</w:t>
            </w:r>
          </w:p>
        </w:tc>
        <w:tc>
          <w:tcPr>
            <w:tcW w:w="850" w:type="dxa"/>
            <w:vAlign w:val="center"/>
          </w:tcPr>
          <w:p w14:paraId="3B204C3E" w14:textId="77777777" w:rsidR="00F26C4D" w:rsidRDefault="00F26C4D" w:rsidP="00F72BFD">
            <w:pPr>
              <w:spacing w:line="240" w:lineRule="auto"/>
            </w:pPr>
            <w:r>
              <w:rPr>
                <w:sz w:val="12"/>
              </w:rPr>
              <w:t>day:depth</w:t>
            </w:r>
          </w:p>
        </w:tc>
        <w:tc>
          <w:tcPr>
            <w:tcW w:w="850" w:type="dxa"/>
            <w:vAlign w:val="center"/>
          </w:tcPr>
          <w:p w14:paraId="6119AB9B" w14:textId="77777777" w:rsidR="00F26C4D" w:rsidRDefault="00F26C4D" w:rsidP="00F72BFD">
            <w:pPr>
              <w:spacing w:line="240" w:lineRule="auto"/>
            </w:pPr>
            <w:r>
              <w:rPr>
                <w:sz w:val="12"/>
              </w:rPr>
              <w:t>10.22</w:t>
            </w:r>
          </w:p>
        </w:tc>
        <w:tc>
          <w:tcPr>
            <w:tcW w:w="850" w:type="dxa"/>
            <w:vAlign w:val="center"/>
          </w:tcPr>
          <w:p w14:paraId="30D94548" w14:textId="77777777" w:rsidR="00F26C4D" w:rsidRDefault="00F26C4D" w:rsidP="00F72BFD">
            <w:pPr>
              <w:spacing w:line="240" w:lineRule="auto"/>
            </w:pPr>
            <w:r>
              <w:rPr>
                <w:sz w:val="12"/>
              </w:rPr>
              <w:t>4</w:t>
            </w:r>
          </w:p>
        </w:tc>
        <w:tc>
          <w:tcPr>
            <w:tcW w:w="850" w:type="dxa"/>
            <w:vAlign w:val="center"/>
          </w:tcPr>
          <w:p w14:paraId="1A43AB2F" w14:textId="77777777" w:rsidR="00F26C4D" w:rsidRDefault="00F26C4D" w:rsidP="00F72BFD">
            <w:pPr>
              <w:spacing w:line="240" w:lineRule="auto"/>
            </w:pPr>
            <w:r>
              <w:rPr>
                <w:sz w:val="12"/>
              </w:rPr>
              <w:t>48.0</w:t>
            </w:r>
          </w:p>
        </w:tc>
        <w:tc>
          <w:tcPr>
            <w:tcW w:w="850" w:type="dxa"/>
            <w:vAlign w:val="center"/>
          </w:tcPr>
          <w:p w14:paraId="310ADD40" w14:textId="77777777" w:rsidR="00F26C4D" w:rsidRDefault="00F26C4D" w:rsidP="00F72BFD">
            <w:pPr>
              <w:spacing w:line="240" w:lineRule="auto"/>
            </w:pPr>
            <w:r>
              <w:rPr>
                <w:sz w:val="12"/>
              </w:rPr>
              <w:t>4.55e-06</w:t>
            </w:r>
          </w:p>
        </w:tc>
        <w:tc>
          <w:tcPr>
            <w:tcW w:w="850" w:type="dxa"/>
            <w:vAlign w:val="center"/>
          </w:tcPr>
          <w:p w14:paraId="08D6BC6A" w14:textId="77777777" w:rsidR="00F26C4D" w:rsidRDefault="00F26C4D" w:rsidP="00F72BFD">
            <w:pPr>
              <w:spacing w:line="240" w:lineRule="auto"/>
            </w:pPr>
            <w:r>
              <w:rPr>
                <w:sz w:val="12"/>
              </w:rPr>
              <w:t>1.82e-05</w:t>
            </w:r>
          </w:p>
        </w:tc>
        <w:tc>
          <w:tcPr>
            <w:tcW w:w="850" w:type="dxa"/>
            <w:vAlign w:val="center"/>
          </w:tcPr>
          <w:p w14:paraId="3106F205" w14:textId="77777777" w:rsidR="00F26C4D" w:rsidRDefault="00F26C4D" w:rsidP="00F72BFD">
            <w:pPr>
              <w:spacing w:line="240" w:lineRule="auto"/>
            </w:pPr>
            <w:r>
              <w:rPr>
                <w:sz w:val="12"/>
              </w:rPr>
              <w:t>0.005</w:t>
            </w:r>
          </w:p>
        </w:tc>
        <w:tc>
          <w:tcPr>
            <w:tcW w:w="850" w:type="dxa"/>
            <w:vAlign w:val="center"/>
          </w:tcPr>
          <w:p w14:paraId="727F768A" w14:textId="77777777" w:rsidR="00F26C4D" w:rsidRDefault="00F26C4D" w:rsidP="00F72BFD">
            <w:pPr>
              <w:spacing w:line="240" w:lineRule="auto"/>
            </w:pPr>
            <w:r>
              <w:rPr>
                <w:sz w:val="12"/>
              </w:rPr>
              <w:t>0.005</w:t>
            </w:r>
          </w:p>
        </w:tc>
        <w:tc>
          <w:tcPr>
            <w:tcW w:w="850" w:type="dxa"/>
            <w:vAlign w:val="center"/>
          </w:tcPr>
          <w:p w14:paraId="1EF38C56" w14:textId="77777777" w:rsidR="00F26C4D" w:rsidRDefault="00F26C4D" w:rsidP="00F72BFD">
            <w:pPr>
              <w:spacing w:line="240" w:lineRule="auto"/>
            </w:pPr>
            <w:r>
              <w:rPr>
                <w:sz w:val="12"/>
              </w:rPr>
              <w:t>1.000</w:t>
            </w:r>
          </w:p>
        </w:tc>
        <w:tc>
          <w:tcPr>
            <w:tcW w:w="860" w:type="dxa"/>
            <w:vAlign w:val="center"/>
          </w:tcPr>
          <w:p w14:paraId="005B90FE" w14:textId="77777777" w:rsidR="00F26C4D" w:rsidRDefault="00F26C4D" w:rsidP="00F72BFD">
            <w:pPr>
              <w:spacing w:line="240" w:lineRule="auto"/>
            </w:pPr>
            <w:r>
              <w:rPr>
                <w:sz w:val="12"/>
              </w:rPr>
              <w:t>headline-supported</w:t>
            </w:r>
          </w:p>
        </w:tc>
      </w:tr>
      <w:tr w:rsidR="00F26C4D" w14:paraId="473C2CCA" w14:textId="77777777" w:rsidTr="00F72BFD">
        <w:trPr>
          <w:cantSplit/>
          <w:jc w:val="center"/>
        </w:trPr>
        <w:tc>
          <w:tcPr>
            <w:tcW w:w="850" w:type="dxa"/>
            <w:vAlign w:val="center"/>
          </w:tcPr>
          <w:p w14:paraId="57BA932C" w14:textId="77777777" w:rsidR="00F26C4D" w:rsidRDefault="00F26C4D" w:rsidP="00F72BFD">
            <w:pPr>
              <w:spacing w:line="240" w:lineRule="auto"/>
            </w:pPr>
            <w:r>
              <w:rPr>
                <w:sz w:val="12"/>
              </w:rPr>
              <w:t>F:B</w:t>
            </w:r>
          </w:p>
        </w:tc>
        <w:tc>
          <w:tcPr>
            <w:tcW w:w="850" w:type="dxa"/>
            <w:vAlign w:val="center"/>
          </w:tcPr>
          <w:p w14:paraId="2BACD980" w14:textId="77777777" w:rsidR="00F26C4D" w:rsidRDefault="00F26C4D" w:rsidP="00F72BFD">
            <w:pPr>
              <w:spacing w:line="240" w:lineRule="auto"/>
            </w:pPr>
            <w:r>
              <w:rPr>
                <w:sz w:val="12"/>
              </w:rPr>
              <w:t>day:depth</w:t>
            </w:r>
          </w:p>
        </w:tc>
        <w:tc>
          <w:tcPr>
            <w:tcW w:w="850" w:type="dxa"/>
            <w:vAlign w:val="center"/>
          </w:tcPr>
          <w:p w14:paraId="2120C72A" w14:textId="77777777" w:rsidR="00F26C4D" w:rsidRDefault="00F26C4D" w:rsidP="00F72BFD">
            <w:pPr>
              <w:spacing w:line="240" w:lineRule="auto"/>
            </w:pPr>
            <w:r>
              <w:rPr>
                <w:sz w:val="12"/>
              </w:rPr>
              <w:t>7.59</w:t>
            </w:r>
          </w:p>
        </w:tc>
        <w:tc>
          <w:tcPr>
            <w:tcW w:w="850" w:type="dxa"/>
            <w:vAlign w:val="center"/>
          </w:tcPr>
          <w:p w14:paraId="01854A90" w14:textId="77777777" w:rsidR="00F26C4D" w:rsidRDefault="00F26C4D" w:rsidP="00F72BFD">
            <w:pPr>
              <w:spacing w:line="240" w:lineRule="auto"/>
            </w:pPr>
            <w:r>
              <w:rPr>
                <w:sz w:val="12"/>
              </w:rPr>
              <w:t>4</w:t>
            </w:r>
          </w:p>
        </w:tc>
        <w:tc>
          <w:tcPr>
            <w:tcW w:w="850" w:type="dxa"/>
            <w:vAlign w:val="center"/>
          </w:tcPr>
          <w:p w14:paraId="718A218B" w14:textId="77777777" w:rsidR="00F26C4D" w:rsidRDefault="00F26C4D" w:rsidP="00F72BFD">
            <w:pPr>
              <w:spacing w:line="240" w:lineRule="auto"/>
            </w:pPr>
            <w:r>
              <w:rPr>
                <w:sz w:val="12"/>
              </w:rPr>
              <w:t>48.0</w:t>
            </w:r>
          </w:p>
        </w:tc>
        <w:tc>
          <w:tcPr>
            <w:tcW w:w="850" w:type="dxa"/>
            <w:vAlign w:val="center"/>
          </w:tcPr>
          <w:p w14:paraId="5B35CA48" w14:textId="77777777" w:rsidR="00F26C4D" w:rsidRDefault="00F26C4D" w:rsidP="00F72BFD">
            <w:pPr>
              <w:spacing w:line="240" w:lineRule="auto"/>
            </w:pPr>
            <w:r>
              <w:rPr>
                <w:sz w:val="12"/>
              </w:rPr>
              <w:t>8.04e-05</w:t>
            </w:r>
          </w:p>
        </w:tc>
        <w:tc>
          <w:tcPr>
            <w:tcW w:w="850" w:type="dxa"/>
            <w:vAlign w:val="center"/>
          </w:tcPr>
          <w:p w14:paraId="399E0A0B" w14:textId="77777777" w:rsidR="00F26C4D" w:rsidRDefault="00F26C4D" w:rsidP="00F72BFD">
            <w:pPr>
              <w:spacing w:line="240" w:lineRule="auto"/>
            </w:pPr>
            <w:r>
              <w:rPr>
                <w:sz w:val="12"/>
              </w:rPr>
              <w:t>2.15e-04</w:t>
            </w:r>
          </w:p>
        </w:tc>
        <w:tc>
          <w:tcPr>
            <w:tcW w:w="850" w:type="dxa"/>
            <w:vAlign w:val="center"/>
          </w:tcPr>
          <w:p w14:paraId="7EF41252" w14:textId="77777777" w:rsidR="00F26C4D" w:rsidRDefault="00F26C4D" w:rsidP="00F72BFD">
            <w:pPr>
              <w:spacing w:line="240" w:lineRule="auto"/>
            </w:pPr>
            <w:r>
              <w:rPr>
                <w:sz w:val="12"/>
              </w:rPr>
              <w:t>0.024</w:t>
            </w:r>
          </w:p>
        </w:tc>
        <w:tc>
          <w:tcPr>
            <w:tcW w:w="850" w:type="dxa"/>
            <w:vAlign w:val="center"/>
          </w:tcPr>
          <w:p w14:paraId="746FDB2E" w14:textId="77777777" w:rsidR="00F26C4D" w:rsidRDefault="00F26C4D" w:rsidP="00F72BFD">
            <w:pPr>
              <w:spacing w:line="240" w:lineRule="auto"/>
            </w:pPr>
            <w:r>
              <w:rPr>
                <w:sz w:val="12"/>
              </w:rPr>
              <w:t>0.005</w:t>
            </w:r>
          </w:p>
        </w:tc>
        <w:tc>
          <w:tcPr>
            <w:tcW w:w="850" w:type="dxa"/>
            <w:vAlign w:val="center"/>
          </w:tcPr>
          <w:p w14:paraId="02387C9C" w14:textId="77777777" w:rsidR="00F26C4D" w:rsidRDefault="00F26C4D" w:rsidP="00F72BFD">
            <w:pPr>
              <w:spacing w:line="240" w:lineRule="auto"/>
            </w:pPr>
            <w:r>
              <w:rPr>
                <w:sz w:val="12"/>
              </w:rPr>
              <w:t>1.000</w:t>
            </w:r>
          </w:p>
        </w:tc>
        <w:tc>
          <w:tcPr>
            <w:tcW w:w="860" w:type="dxa"/>
            <w:vAlign w:val="center"/>
          </w:tcPr>
          <w:p w14:paraId="4C111AC1" w14:textId="77777777" w:rsidR="00F26C4D" w:rsidRDefault="00F26C4D" w:rsidP="00F72BFD">
            <w:pPr>
              <w:spacing w:line="240" w:lineRule="auto"/>
            </w:pPr>
            <w:r>
              <w:rPr>
                <w:sz w:val="12"/>
              </w:rPr>
              <w:t>headline-supported</w:t>
            </w:r>
          </w:p>
        </w:tc>
      </w:tr>
      <w:tr w:rsidR="00F26C4D" w14:paraId="11EC16F1" w14:textId="77777777" w:rsidTr="00F72BFD">
        <w:trPr>
          <w:cantSplit/>
          <w:jc w:val="center"/>
        </w:trPr>
        <w:tc>
          <w:tcPr>
            <w:tcW w:w="850" w:type="dxa"/>
            <w:vAlign w:val="center"/>
          </w:tcPr>
          <w:p w14:paraId="6A8F2795" w14:textId="77777777" w:rsidR="00F26C4D" w:rsidRDefault="00F26C4D" w:rsidP="00F72BFD">
            <w:pPr>
              <w:spacing w:line="240" w:lineRule="auto"/>
            </w:pPr>
            <w:r>
              <w:rPr>
                <w:sz w:val="12"/>
              </w:rPr>
              <w:t>Actinomycetes</w:t>
            </w:r>
          </w:p>
        </w:tc>
        <w:tc>
          <w:tcPr>
            <w:tcW w:w="850" w:type="dxa"/>
            <w:vAlign w:val="center"/>
          </w:tcPr>
          <w:p w14:paraId="10EE760B" w14:textId="77777777" w:rsidR="00F26C4D" w:rsidRDefault="00F26C4D" w:rsidP="00F72BFD">
            <w:pPr>
              <w:spacing w:line="240" w:lineRule="auto"/>
            </w:pPr>
            <w:r>
              <w:rPr>
                <w:sz w:val="12"/>
              </w:rPr>
              <w:t>day:depth</w:t>
            </w:r>
          </w:p>
        </w:tc>
        <w:tc>
          <w:tcPr>
            <w:tcW w:w="850" w:type="dxa"/>
            <w:vAlign w:val="center"/>
          </w:tcPr>
          <w:p w14:paraId="27334197" w14:textId="77777777" w:rsidR="00F26C4D" w:rsidRDefault="00F26C4D" w:rsidP="00F72BFD">
            <w:pPr>
              <w:spacing w:line="240" w:lineRule="auto"/>
            </w:pPr>
            <w:r>
              <w:rPr>
                <w:sz w:val="12"/>
              </w:rPr>
              <w:t>7.24</w:t>
            </w:r>
          </w:p>
        </w:tc>
        <w:tc>
          <w:tcPr>
            <w:tcW w:w="850" w:type="dxa"/>
            <w:vAlign w:val="center"/>
          </w:tcPr>
          <w:p w14:paraId="7467FD2B" w14:textId="77777777" w:rsidR="00F26C4D" w:rsidRDefault="00F26C4D" w:rsidP="00F72BFD">
            <w:pPr>
              <w:spacing w:line="240" w:lineRule="auto"/>
            </w:pPr>
            <w:r>
              <w:rPr>
                <w:sz w:val="12"/>
              </w:rPr>
              <w:t>4</w:t>
            </w:r>
          </w:p>
        </w:tc>
        <w:tc>
          <w:tcPr>
            <w:tcW w:w="850" w:type="dxa"/>
            <w:vAlign w:val="center"/>
          </w:tcPr>
          <w:p w14:paraId="5468471E" w14:textId="77777777" w:rsidR="00F26C4D" w:rsidRDefault="00F26C4D" w:rsidP="00F72BFD">
            <w:pPr>
              <w:spacing w:line="240" w:lineRule="auto"/>
            </w:pPr>
            <w:r>
              <w:rPr>
                <w:sz w:val="12"/>
              </w:rPr>
              <w:t>48.0</w:t>
            </w:r>
          </w:p>
        </w:tc>
        <w:tc>
          <w:tcPr>
            <w:tcW w:w="850" w:type="dxa"/>
            <w:vAlign w:val="center"/>
          </w:tcPr>
          <w:p w14:paraId="3F7D2456" w14:textId="77777777" w:rsidR="00F26C4D" w:rsidRDefault="00F26C4D" w:rsidP="00F72BFD">
            <w:pPr>
              <w:spacing w:line="240" w:lineRule="auto"/>
            </w:pPr>
            <w:r>
              <w:rPr>
                <w:sz w:val="12"/>
              </w:rPr>
              <w:t>1.21e-04</w:t>
            </w:r>
          </w:p>
        </w:tc>
        <w:tc>
          <w:tcPr>
            <w:tcW w:w="850" w:type="dxa"/>
            <w:vAlign w:val="center"/>
          </w:tcPr>
          <w:p w14:paraId="3EE7DA4C" w14:textId="77777777" w:rsidR="00F26C4D" w:rsidRDefault="00F26C4D" w:rsidP="00F72BFD">
            <w:pPr>
              <w:spacing w:line="240" w:lineRule="auto"/>
            </w:pPr>
            <w:r>
              <w:rPr>
                <w:sz w:val="12"/>
              </w:rPr>
              <w:t>2.42e-04</w:t>
            </w:r>
          </w:p>
        </w:tc>
        <w:tc>
          <w:tcPr>
            <w:tcW w:w="850" w:type="dxa"/>
            <w:vAlign w:val="center"/>
          </w:tcPr>
          <w:p w14:paraId="5FAE7464" w14:textId="77777777" w:rsidR="00F26C4D" w:rsidRDefault="00F26C4D" w:rsidP="00F72BFD">
            <w:pPr>
              <w:spacing w:line="240" w:lineRule="auto"/>
            </w:pPr>
            <w:r>
              <w:rPr>
                <w:sz w:val="12"/>
              </w:rPr>
              <w:t>0.027</w:t>
            </w:r>
          </w:p>
        </w:tc>
        <w:tc>
          <w:tcPr>
            <w:tcW w:w="850" w:type="dxa"/>
            <w:vAlign w:val="center"/>
          </w:tcPr>
          <w:p w14:paraId="42B417EA" w14:textId="77777777" w:rsidR="00F26C4D" w:rsidRDefault="00F26C4D" w:rsidP="00F72BFD">
            <w:pPr>
              <w:spacing w:line="240" w:lineRule="auto"/>
            </w:pPr>
            <w:r>
              <w:rPr>
                <w:sz w:val="12"/>
              </w:rPr>
              <w:t>0.005</w:t>
            </w:r>
          </w:p>
        </w:tc>
        <w:tc>
          <w:tcPr>
            <w:tcW w:w="850" w:type="dxa"/>
            <w:vAlign w:val="center"/>
          </w:tcPr>
          <w:p w14:paraId="120641F4" w14:textId="77777777" w:rsidR="00F26C4D" w:rsidRDefault="00F26C4D" w:rsidP="00F72BFD">
            <w:pPr>
              <w:spacing w:line="240" w:lineRule="auto"/>
            </w:pPr>
            <w:r>
              <w:rPr>
                <w:sz w:val="12"/>
              </w:rPr>
              <w:t>1.000</w:t>
            </w:r>
          </w:p>
        </w:tc>
        <w:tc>
          <w:tcPr>
            <w:tcW w:w="860" w:type="dxa"/>
            <w:vAlign w:val="center"/>
          </w:tcPr>
          <w:p w14:paraId="151CEE3B" w14:textId="77777777" w:rsidR="00F26C4D" w:rsidRDefault="00F26C4D" w:rsidP="00F72BFD">
            <w:pPr>
              <w:spacing w:line="240" w:lineRule="auto"/>
            </w:pPr>
            <w:r>
              <w:rPr>
                <w:sz w:val="12"/>
              </w:rPr>
              <w:t>headline-supported</w:t>
            </w:r>
          </w:p>
        </w:tc>
      </w:tr>
      <w:tr w:rsidR="00F26C4D" w14:paraId="0BEFE424" w14:textId="77777777" w:rsidTr="00F72BFD">
        <w:trPr>
          <w:cantSplit/>
          <w:jc w:val="center"/>
        </w:trPr>
        <w:tc>
          <w:tcPr>
            <w:tcW w:w="850" w:type="dxa"/>
            <w:vAlign w:val="center"/>
          </w:tcPr>
          <w:p w14:paraId="2938D64C" w14:textId="77777777" w:rsidR="00F26C4D" w:rsidRDefault="00F26C4D" w:rsidP="00F72BFD">
            <w:pPr>
              <w:spacing w:line="240" w:lineRule="auto"/>
            </w:pPr>
            <w:r>
              <w:rPr>
                <w:sz w:val="12"/>
              </w:rPr>
              <w:t>Gram Negative</w:t>
            </w:r>
          </w:p>
        </w:tc>
        <w:tc>
          <w:tcPr>
            <w:tcW w:w="850" w:type="dxa"/>
            <w:vAlign w:val="center"/>
          </w:tcPr>
          <w:p w14:paraId="0481E4AD" w14:textId="77777777" w:rsidR="00F26C4D" w:rsidRDefault="00F26C4D" w:rsidP="00F72BFD">
            <w:pPr>
              <w:spacing w:line="240" w:lineRule="auto"/>
            </w:pPr>
            <w:r>
              <w:rPr>
                <w:sz w:val="12"/>
              </w:rPr>
              <w:t>day:depth</w:t>
            </w:r>
          </w:p>
        </w:tc>
        <w:tc>
          <w:tcPr>
            <w:tcW w:w="850" w:type="dxa"/>
            <w:vAlign w:val="center"/>
          </w:tcPr>
          <w:p w14:paraId="062E63C5" w14:textId="77777777" w:rsidR="00F26C4D" w:rsidRDefault="00F26C4D" w:rsidP="00F72BFD">
            <w:pPr>
              <w:spacing w:line="240" w:lineRule="auto"/>
            </w:pPr>
            <w:r>
              <w:rPr>
                <w:sz w:val="12"/>
              </w:rPr>
              <w:t>6.55</w:t>
            </w:r>
          </w:p>
        </w:tc>
        <w:tc>
          <w:tcPr>
            <w:tcW w:w="850" w:type="dxa"/>
            <w:vAlign w:val="center"/>
          </w:tcPr>
          <w:p w14:paraId="3CB62268" w14:textId="77777777" w:rsidR="00F26C4D" w:rsidRDefault="00F26C4D" w:rsidP="00F72BFD">
            <w:pPr>
              <w:spacing w:line="240" w:lineRule="auto"/>
            </w:pPr>
            <w:r>
              <w:rPr>
                <w:sz w:val="12"/>
              </w:rPr>
              <w:t>4</w:t>
            </w:r>
          </w:p>
        </w:tc>
        <w:tc>
          <w:tcPr>
            <w:tcW w:w="850" w:type="dxa"/>
            <w:vAlign w:val="center"/>
          </w:tcPr>
          <w:p w14:paraId="3252BF35" w14:textId="77777777" w:rsidR="00F26C4D" w:rsidRDefault="00F26C4D" w:rsidP="00F72BFD">
            <w:pPr>
              <w:spacing w:line="240" w:lineRule="auto"/>
            </w:pPr>
            <w:r>
              <w:rPr>
                <w:sz w:val="12"/>
              </w:rPr>
              <w:t>48.0</w:t>
            </w:r>
          </w:p>
        </w:tc>
        <w:tc>
          <w:tcPr>
            <w:tcW w:w="850" w:type="dxa"/>
            <w:vAlign w:val="center"/>
          </w:tcPr>
          <w:p w14:paraId="2B7E1C69" w14:textId="77777777" w:rsidR="00F26C4D" w:rsidRDefault="00F26C4D" w:rsidP="00F72BFD">
            <w:pPr>
              <w:spacing w:line="240" w:lineRule="auto"/>
            </w:pPr>
            <w:r>
              <w:rPr>
                <w:sz w:val="12"/>
              </w:rPr>
              <w:t>2.73e-04</w:t>
            </w:r>
          </w:p>
        </w:tc>
        <w:tc>
          <w:tcPr>
            <w:tcW w:w="850" w:type="dxa"/>
            <w:vAlign w:val="center"/>
          </w:tcPr>
          <w:p w14:paraId="2014BEEA" w14:textId="77777777" w:rsidR="00F26C4D" w:rsidRDefault="00F26C4D" w:rsidP="00F72BFD">
            <w:pPr>
              <w:spacing w:line="240" w:lineRule="auto"/>
            </w:pPr>
            <w:r>
              <w:rPr>
                <w:sz w:val="12"/>
              </w:rPr>
              <w:t>4.36e-04</w:t>
            </w:r>
          </w:p>
        </w:tc>
        <w:tc>
          <w:tcPr>
            <w:tcW w:w="850" w:type="dxa"/>
            <w:vAlign w:val="center"/>
          </w:tcPr>
          <w:p w14:paraId="56ECD785" w14:textId="77777777" w:rsidR="00F26C4D" w:rsidRDefault="00F26C4D" w:rsidP="00F72BFD">
            <w:pPr>
              <w:spacing w:line="240" w:lineRule="auto"/>
            </w:pPr>
            <w:r>
              <w:rPr>
                <w:sz w:val="12"/>
              </w:rPr>
              <w:t>0.025</w:t>
            </w:r>
          </w:p>
        </w:tc>
        <w:tc>
          <w:tcPr>
            <w:tcW w:w="850" w:type="dxa"/>
            <w:vAlign w:val="center"/>
          </w:tcPr>
          <w:p w14:paraId="5714F237" w14:textId="77777777" w:rsidR="00F26C4D" w:rsidRDefault="00F26C4D" w:rsidP="00F72BFD">
            <w:pPr>
              <w:spacing w:line="240" w:lineRule="auto"/>
            </w:pPr>
            <w:r>
              <w:rPr>
                <w:sz w:val="12"/>
              </w:rPr>
              <w:t>0.005</w:t>
            </w:r>
          </w:p>
        </w:tc>
        <w:tc>
          <w:tcPr>
            <w:tcW w:w="850" w:type="dxa"/>
            <w:vAlign w:val="center"/>
          </w:tcPr>
          <w:p w14:paraId="599D0D35" w14:textId="77777777" w:rsidR="00F26C4D" w:rsidRDefault="00F26C4D" w:rsidP="00F72BFD">
            <w:pPr>
              <w:spacing w:line="240" w:lineRule="auto"/>
            </w:pPr>
            <w:r>
              <w:rPr>
                <w:sz w:val="12"/>
              </w:rPr>
              <w:t>1.000</w:t>
            </w:r>
          </w:p>
        </w:tc>
        <w:tc>
          <w:tcPr>
            <w:tcW w:w="860" w:type="dxa"/>
            <w:vAlign w:val="center"/>
          </w:tcPr>
          <w:p w14:paraId="7910934D" w14:textId="77777777" w:rsidR="00F26C4D" w:rsidRDefault="00F26C4D" w:rsidP="00F72BFD">
            <w:pPr>
              <w:spacing w:line="240" w:lineRule="auto"/>
            </w:pPr>
            <w:r>
              <w:rPr>
                <w:sz w:val="12"/>
              </w:rPr>
              <w:t>headline-supported</w:t>
            </w:r>
          </w:p>
        </w:tc>
      </w:tr>
      <w:tr w:rsidR="00F26C4D" w14:paraId="28EE5376" w14:textId="77777777" w:rsidTr="00F72BFD">
        <w:trPr>
          <w:cantSplit/>
          <w:jc w:val="center"/>
        </w:trPr>
        <w:tc>
          <w:tcPr>
            <w:tcW w:w="850" w:type="dxa"/>
            <w:vAlign w:val="center"/>
          </w:tcPr>
          <w:p w14:paraId="0D0FF39A" w14:textId="77777777" w:rsidR="00F26C4D" w:rsidRDefault="00F26C4D" w:rsidP="00F72BFD">
            <w:pPr>
              <w:spacing w:line="240" w:lineRule="auto"/>
            </w:pPr>
            <w:r>
              <w:rPr>
                <w:sz w:val="12"/>
              </w:rPr>
              <w:t>G+:G-</w:t>
            </w:r>
          </w:p>
        </w:tc>
        <w:tc>
          <w:tcPr>
            <w:tcW w:w="850" w:type="dxa"/>
            <w:vAlign w:val="center"/>
          </w:tcPr>
          <w:p w14:paraId="3801091A" w14:textId="77777777" w:rsidR="00F26C4D" w:rsidRDefault="00F26C4D" w:rsidP="00F72BFD">
            <w:pPr>
              <w:spacing w:line="240" w:lineRule="auto"/>
            </w:pPr>
            <w:r>
              <w:rPr>
                <w:sz w:val="12"/>
              </w:rPr>
              <w:t>day:depth</w:t>
            </w:r>
          </w:p>
        </w:tc>
        <w:tc>
          <w:tcPr>
            <w:tcW w:w="850" w:type="dxa"/>
            <w:vAlign w:val="center"/>
          </w:tcPr>
          <w:p w14:paraId="1AC70017" w14:textId="77777777" w:rsidR="00F26C4D" w:rsidRDefault="00F26C4D" w:rsidP="00F72BFD">
            <w:pPr>
              <w:spacing w:line="240" w:lineRule="auto"/>
            </w:pPr>
            <w:r>
              <w:rPr>
                <w:sz w:val="12"/>
              </w:rPr>
              <w:t>4.11</w:t>
            </w:r>
          </w:p>
        </w:tc>
        <w:tc>
          <w:tcPr>
            <w:tcW w:w="850" w:type="dxa"/>
            <w:vAlign w:val="center"/>
          </w:tcPr>
          <w:p w14:paraId="5F5B3D6F" w14:textId="77777777" w:rsidR="00F26C4D" w:rsidRDefault="00F26C4D" w:rsidP="00F72BFD">
            <w:pPr>
              <w:spacing w:line="240" w:lineRule="auto"/>
            </w:pPr>
            <w:r>
              <w:rPr>
                <w:sz w:val="12"/>
              </w:rPr>
              <w:t>4</w:t>
            </w:r>
          </w:p>
        </w:tc>
        <w:tc>
          <w:tcPr>
            <w:tcW w:w="850" w:type="dxa"/>
            <w:vAlign w:val="center"/>
          </w:tcPr>
          <w:p w14:paraId="4A50A550" w14:textId="77777777" w:rsidR="00F26C4D" w:rsidRDefault="00F26C4D" w:rsidP="00F72BFD">
            <w:pPr>
              <w:spacing w:line="240" w:lineRule="auto"/>
            </w:pPr>
            <w:r>
              <w:rPr>
                <w:sz w:val="12"/>
              </w:rPr>
              <w:t>48.0</w:t>
            </w:r>
          </w:p>
        </w:tc>
        <w:tc>
          <w:tcPr>
            <w:tcW w:w="850" w:type="dxa"/>
            <w:vAlign w:val="center"/>
          </w:tcPr>
          <w:p w14:paraId="12E2CDAD" w14:textId="77777777" w:rsidR="00F26C4D" w:rsidRDefault="00F26C4D" w:rsidP="00F72BFD">
            <w:pPr>
              <w:spacing w:line="240" w:lineRule="auto"/>
            </w:pPr>
            <w:r>
              <w:rPr>
                <w:sz w:val="12"/>
              </w:rPr>
              <w:t>0.006</w:t>
            </w:r>
          </w:p>
        </w:tc>
        <w:tc>
          <w:tcPr>
            <w:tcW w:w="850" w:type="dxa"/>
            <w:vAlign w:val="center"/>
          </w:tcPr>
          <w:p w14:paraId="21F910A2" w14:textId="77777777" w:rsidR="00F26C4D" w:rsidRDefault="00F26C4D" w:rsidP="00F72BFD">
            <w:pPr>
              <w:spacing w:line="240" w:lineRule="auto"/>
            </w:pPr>
            <w:r>
              <w:rPr>
                <w:sz w:val="12"/>
              </w:rPr>
              <w:t>0.008</w:t>
            </w:r>
          </w:p>
        </w:tc>
        <w:tc>
          <w:tcPr>
            <w:tcW w:w="850" w:type="dxa"/>
            <w:vAlign w:val="center"/>
          </w:tcPr>
          <w:p w14:paraId="6AFFE5D3" w14:textId="77777777" w:rsidR="00F26C4D" w:rsidRDefault="00F26C4D" w:rsidP="00F72BFD">
            <w:pPr>
              <w:spacing w:line="240" w:lineRule="auto"/>
            </w:pPr>
            <w:r>
              <w:rPr>
                <w:sz w:val="12"/>
              </w:rPr>
              <w:t>0.032</w:t>
            </w:r>
          </w:p>
        </w:tc>
        <w:tc>
          <w:tcPr>
            <w:tcW w:w="850" w:type="dxa"/>
            <w:vAlign w:val="center"/>
          </w:tcPr>
          <w:p w14:paraId="7620BAB9" w14:textId="77777777" w:rsidR="00F26C4D" w:rsidRDefault="00F26C4D" w:rsidP="00F72BFD">
            <w:pPr>
              <w:spacing w:line="240" w:lineRule="auto"/>
            </w:pPr>
            <w:r>
              <w:rPr>
                <w:sz w:val="12"/>
              </w:rPr>
              <w:t>0.015</w:t>
            </w:r>
          </w:p>
        </w:tc>
        <w:tc>
          <w:tcPr>
            <w:tcW w:w="850" w:type="dxa"/>
            <w:vAlign w:val="center"/>
          </w:tcPr>
          <w:p w14:paraId="60A83AC6" w14:textId="77777777" w:rsidR="00F26C4D" w:rsidRDefault="00F26C4D" w:rsidP="00F72BFD">
            <w:pPr>
              <w:spacing w:line="240" w:lineRule="auto"/>
            </w:pPr>
            <w:r>
              <w:rPr>
                <w:sz w:val="12"/>
              </w:rPr>
              <w:t>1.000</w:t>
            </w:r>
          </w:p>
        </w:tc>
        <w:tc>
          <w:tcPr>
            <w:tcW w:w="860" w:type="dxa"/>
            <w:vAlign w:val="center"/>
          </w:tcPr>
          <w:p w14:paraId="30E3A99A" w14:textId="77777777" w:rsidR="00F26C4D" w:rsidRDefault="00F26C4D" w:rsidP="00F72BFD">
            <w:pPr>
              <w:spacing w:line="240" w:lineRule="auto"/>
            </w:pPr>
            <w:r>
              <w:rPr>
                <w:sz w:val="12"/>
              </w:rPr>
              <w:t>headline-supported</w:t>
            </w:r>
          </w:p>
        </w:tc>
      </w:tr>
      <w:tr w:rsidR="00F26C4D" w14:paraId="158A879A" w14:textId="77777777" w:rsidTr="00F72BFD">
        <w:trPr>
          <w:cantSplit/>
          <w:jc w:val="center"/>
        </w:trPr>
        <w:tc>
          <w:tcPr>
            <w:tcW w:w="850" w:type="dxa"/>
            <w:vAlign w:val="center"/>
          </w:tcPr>
          <w:p w14:paraId="5A049987" w14:textId="77777777" w:rsidR="00F26C4D" w:rsidRDefault="00F26C4D" w:rsidP="00F72BFD">
            <w:pPr>
              <w:spacing w:line="240" w:lineRule="auto"/>
            </w:pPr>
            <w:r>
              <w:rPr>
                <w:sz w:val="12"/>
              </w:rPr>
              <w:t>AM Fungi</w:t>
            </w:r>
          </w:p>
        </w:tc>
        <w:tc>
          <w:tcPr>
            <w:tcW w:w="850" w:type="dxa"/>
            <w:vAlign w:val="center"/>
          </w:tcPr>
          <w:p w14:paraId="7D82AAB4" w14:textId="77777777" w:rsidR="00F26C4D" w:rsidRDefault="00F26C4D" w:rsidP="00F72BFD">
            <w:pPr>
              <w:spacing w:line="240" w:lineRule="auto"/>
            </w:pPr>
            <w:r>
              <w:rPr>
                <w:sz w:val="12"/>
              </w:rPr>
              <w:t>day:depth</w:t>
            </w:r>
          </w:p>
        </w:tc>
        <w:tc>
          <w:tcPr>
            <w:tcW w:w="850" w:type="dxa"/>
            <w:vAlign w:val="center"/>
          </w:tcPr>
          <w:p w14:paraId="18DBB35B" w14:textId="77777777" w:rsidR="00F26C4D" w:rsidRDefault="00F26C4D" w:rsidP="00F72BFD">
            <w:pPr>
              <w:spacing w:line="240" w:lineRule="auto"/>
            </w:pPr>
            <w:r>
              <w:rPr>
                <w:sz w:val="12"/>
              </w:rPr>
              <w:t>3.65</w:t>
            </w:r>
          </w:p>
        </w:tc>
        <w:tc>
          <w:tcPr>
            <w:tcW w:w="850" w:type="dxa"/>
            <w:vAlign w:val="center"/>
          </w:tcPr>
          <w:p w14:paraId="3F7C5631" w14:textId="77777777" w:rsidR="00F26C4D" w:rsidRDefault="00F26C4D" w:rsidP="00F72BFD">
            <w:pPr>
              <w:spacing w:line="240" w:lineRule="auto"/>
            </w:pPr>
            <w:r>
              <w:rPr>
                <w:sz w:val="12"/>
              </w:rPr>
              <w:t>4</w:t>
            </w:r>
          </w:p>
        </w:tc>
        <w:tc>
          <w:tcPr>
            <w:tcW w:w="850" w:type="dxa"/>
            <w:vAlign w:val="center"/>
          </w:tcPr>
          <w:p w14:paraId="20036F1E" w14:textId="77777777" w:rsidR="00F26C4D" w:rsidRDefault="00F26C4D" w:rsidP="00F72BFD">
            <w:pPr>
              <w:spacing w:line="240" w:lineRule="auto"/>
            </w:pPr>
            <w:r>
              <w:rPr>
                <w:sz w:val="12"/>
              </w:rPr>
              <w:t>48.0</w:t>
            </w:r>
          </w:p>
        </w:tc>
        <w:tc>
          <w:tcPr>
            <w:tcW w:w="850" w:type="dxa"/>
            <w:vAlign w:val="center"/>
          </w:tcPr>
          <w:p w14:paraId="3ECA9928" w14:textId="77777777" w:rsidR="00F26C4D" w:rsidRDefault="00F26C4D" w:rsidP="00F72BFD">
            <w:pPr>
              <w:spacing w:line="240" w:lineRule="auto"/>
            </w:pPr>
            <w:r>
              <w:rPr>
                <w:sz w:val="12"/>
              </w:rPr>
              <w:t>0.011</w:t>
            </w:r>
          </w:p>
        </w:tc>
        <w:tc>
          <w:tcPr>
            <w:tcW w:w="850" w:type="dxa"/>
            <w:vAlign w:val="center"/>
          </w:tcPr>
          <w:p w14:paraId="7D626367" w14:textId="77777777" w:rsidR="00F26C4D" w:rsidRDefault="00F26C4D" w:rsidP="00F72BFD">
            <w:pPr>
              <w:spacing w:line="240" w:lineRule="auto"/>
            </w:pPr>
            <w:r>
              <w:rPr>
                <w:sz w:val="12"/>
              </w:rPr>
              <w:t>0.013</w:t>
            </w:r>
          </w:p>
        </w:tc>
        <w:tc>
          <w:tcPr>
            <w:tcW w:w="850" w:type="dxa"/>
            <w:vAlign w:val="center"/>
          </w:tcPr>
          <w:p w14:paraId="428C5862" w14:textId="77777777" w:rsidR="00F26C4D" w:rsidRDefault="00F26C4D" w:rsidP="00F72BFD">
            <w:pPr>
              <w:spacing w:line="240" w:lineRule="auto"/>
            </w:pPr>
            <w:r>
              <w:rPr>
                <w:sz w:val="12"/>
              </w:rPr>
              <w:t>0.105</w:t>
            </w:r>
          </w:p>
        </w:tc>
        <w:tc>
          <w:tcPr>
            <w:tcW w:w="850" w:type="dxa"/>
            <w:vAlign w:val="center"/>
          </w:tcPr>
          <w:p w14:paraId="1D278C15" w14:textId="77777777" w:rsidR="00F26C4D" w:rsidRDefault="00F26C4D" w:rsidP="00F72BFD">
            <w:pPr>
              <w:spacing w:line="240" w:lineRule="auto"/>
            </w:pPr>
            <w:r>
              <w:rPr>
                <w:sz w:val="12"/>
              </w:rPr>
              <w:t>0.015</w:t>
            </w:r>
          </w:p>
        </w:tc>
        <w:tc>
          <w:tcPr>
            <w:tcW w:w="850" w:type="dxa"/>
            <w:vAlign w:val="center"/>
          </w:tcPr>
          <w:p w14:paraId="1135CB5D" w14:textId="77777777" w:rsidR="00F26C4D" w:rsidRDefault="00F26C4D" w:rsidP="00F72BFD">
            <w:pPr>
              <w:spacing w:line="240" w:lineRule="auto"/>
            </w:pPr>
            <w:r>
              <w:rPr>
                <w:sz w:val="12"/>
              </w:rPr>
              <w:t>0.750</w:t>
            </w:r>
          </w:p>
        </w:tc>
        <w:tc>
          <w:tcPr>
            <w:tcW w:w="860" w:type="dxa"/>
            <w:vAlign w:val="center"/>
          </w:tcPr>
          <w:p w14:paraId="57C75812" w14:textId="77777777" w:rsidR="00F26C4D" w:rsidRDefault="00F26C4D" w:rsidP="00F72BFD">
            <w:pPr>
              <w:spacing w:line="240" w:lineRule="auto"/>
            </w:pPr>
            <w:r>
              <w:rPr>
                <w:sz w:val="12"/>
              </w:rPr>
              <w:t>BH-significant but sensitivity-dependent</w:t>
            </w:r>
          </w:p>
        </w:tc>
      </w:tr>
      <w:tr w:rsidR="00F26C4D" w14:paraId="2280340C" w14:textId="77777777" w:rsidTr="00F72BFD">
        <w:trPr>
          <w:cantSplit/>
          <w:jc w:val="center"/>
        </w:trPr>
        <w:tc>
          <w:tcPr>
            <w:tcW w:w="850" w:type="dxa"/>
            <w:vAlign w:val="center"/>
          </w:tcPr>
          <w:p w14:paraId="7E80E958" w14:textId="77777777" w:rsidR="00F26C4D" w:rsidRDefault="00F26C4D" w:rsidP="00F72BFD">
            <w:pPr>
              <w:spacing w:line="240" w:lineRule="auto"/>
            </w:pPr>
            <w:r>
              <w:rPr>
                <w:sz w:val="12"/>
              </w:rPr>
              <w:t>Gram Positive</w:t>
            </w:r>
          </w:p>
        </w:tc>
        <w:tc>
          <w:tcPr>
            <w:tcW w:w="850" w:type="dxa"/>
            <w:vAlign w:val="center"/>
          </w:tcPr>
          <w:p w14:paraId="3284E355" w14:textId="77777777" w:rsidR="00F26C4D" w:rsidRDefault="00F26C4D" w:rsidP="00F72BFD">
            <w:pPr>
              <w:spacing w:line="240" w:lineRule="auto"/>
            </w:pPr>
            <w:r>
              <w:rPr>
                <w:sz w:val="12"/>
              </w:rPr>
              <w:t>day:depth</w:t>
            </w:r>
          </w:p>
        </w:tc>
        <w:tc>
          <w:tcPr>
            <w:tcW w:w="850" w:type="dxa"/>
            <w:vAlign w:val="center"/>
          </w:tcPr>
          <w:p w14:paraId="2F121237" w14:textId="77777777" w:rsidR="00F26C4D" w:rsidRDefault="00F26C4D" w:rsidP="00F72BFD">
            <w:pPr>
              <w:spacing w:line="240" w:lineRule="auto"/>
            </w:pPr>
            <w:r>
              <w:rPr>
                <w:sz w:val="12"/>
              </w:rPr>
              <w:t>2.64</w:t>
            </w:r>
          </w:p>
        </w:tc>
        <w:tc>
          <w:tcPr>
            <w:tcW w:w="850" w:type="dxa"/>
            <w:vAlign w:val="center"/>
          </w:tcPr>
          <w:p w14:paraId="635195C1" w14:textId="77777777" w:rsidR="00F26C4D" w:rsidRDefault="00F26C4D" w:rsidP="00F72BFD">
            <w:pPr>
              <w:spacing w:line="240" w:lineRule="auto"/>
            </w:pPr>
            <w:r>
              <w:rPr>
                <w:sz w:val="12"/>
              </w:rPr>
              <w:t>4</w:t>
            </w:r>
          </w:p>
        </w:tc>
        <w:tc>
          <w:tcPr>
            <w:tcW w:w="850" w:type="dxa"/>
            <w:vAlign w:val="center"/>
          </w:tcPr>
          <w:p w14:paraId="4BEAFBC8" w14:textId="77777777" w:rsidR="00F26C4D" w:rsidRDefault="00F26C4D" w:rsidP="00F72BFD">
            <w:pPr>
              <w:spacing w:line="240" w:lineRule="auto"/>
            </w:pPr>
            <w:r>
              <w:rPr>
                <w:sz w:val="12"/>
              </w:rPr>
              <w:t>48.0</w:t>
            </w:r>
          </w:p>
        </w:tc>
        <w:tc>
          <w:tcPr>
            <w:tcW w:w="850" w:type="dxa"/>
            <w:vAlign w:val="center"/>
          </w:tcPr>
          <w:p w14:paraId="10CA0C5D" w14:textId="77777777" w:rsidR="00F26C4D" w:rsidRDefault="00F26C4D" w:rsidP="00F72BFD">
            <w:pPr>
              <w:spacing w:line="240" w:lineRule="auto"/>
            </w:pPr>
            <w:r>
              <w:rPr>
                <w:sz w:val="12"/>
              </w:rPr>
              <w:t>0.045</w:t>
            </w:r>
          </w:p>
        </w:tc>
        <w:tc>
          <w:tcPr>
            <w:tcW w:w="850" w:type="dxa"/>
            <w:vAlign w:val="center"/>
          </w:tcPr>
          <w:p w14:paraId="3249040F" w14:textId="77777777" w:rsidR="00F26C4D" w:rsidRDefault="00F26C4D" w:rsidP="00F72BFD">
            <w:pPr>
              <w:spacing w:line="240" w:lineRule="auto"/>
            </w:pPr>
            <w:r>
              <w:rPr>
                <w:sz w:val="12"/>
              </w:rPr>
              <w:t>0.045</w:t>
            </w:r>
          </w:p>
        </w:tc>
        <w:tc>
          <w:tcPr>
            <w:tcW w:w="850" w:type="dxa"/>
            <w:vAlign w:val="center"/>
          </w:tcPr>
          <w:p w14:paraId="362D76BC" w14:textId="77777777" w:rsidR="00F26C4D" w:rsidRDefault="00F26C4D" w:rsidP="00F72BFD">
            <w:pPr>
              <w:spacing w:line="240" w:lineRule="auto"/>
            </w:pPr>
            <w:r>
              <w:rPr>
                <w:sz w:val="12"/>
              </w:rPr>
              <w:t>0.139</w:t>
            </w:r>
          </w:p>
        </w:tc>
        <w:tc>
          <w:tcPr>
            <w:tcW w:w="850" w:type="dxa"/>
            <w:vAlign w:val="center"/>
          </w:tcPr>
          <w:p w14:paraId="0930E87C" w14:textId="77777777" w:rsidR="00F26C4D" w:rsidRDefault="00F26C4D" w:rsidP="00F72BFD">
            <w:pPr>
              <w:spacing w:line="240" w:lineRule="auto"/>
            </w:pPr>
            <w:r>
              <w:rPr>
                <w:sz w:val="12"/>
              </w:rPr>
              <w:t>0.025</w:t>
            </w:r>
          </w:p>
        </w:tc>
        <w:tc>
          <w:tcPr>
            <w:tcW w:w="850" w:type="dxa"/>
            <w:vAlign w:val="center"/>
          </w:tcPr>
          <w:p w14:paraId="34539CE3" w14:textId="77777777" w:rsidR="00F26C4D" w:rsidRDefault="00F26C4D" w:rsidP="00F72BFD">
            <w:pPr>
              <w:spacing w:line="240" w:lineRule="auto"/>
            </w:pPr>
            <w:r>
              <w:rPr>
                <w:sz w:val="12"/>
              </w:rPr>
              <w:t>0.375</w:t>
            </w:r>
          </w:p>
        </w:tc>
        <w:tc>
          <w:tcPr>
            <w:tcW w:w="860" w:type="dxa"/>
            <w:vAlign w:val="center"/>
          </w:tcPr>
          <w:p w14:paraId="06B68104" w14:textId="77777777" w:rsidR="00F26C4D" w:rsidRDefault="00F26C4D" w:rsidP="00F72BFD">
            <w:pPr>
              <w:spacing w:line="240" w:lineRule="auto"/>
            </w:pPr>
            <w:r>
              <w:rPr>
                <w:sz w:val="12"/>
              </w:rPr>
              <w:t>BH-significant but sensitivity-dependent</w:t>
            </w:r>
          </w:p>
        </w:tc>
      </w:tr>
      <w:tr w:rsidR="00F26C4D" w14:paraId="528FEBB4" w14:textId="77777777" w:rsidTr="00F72BFD">
        <w:trPr>
          <w:cantSplit/>
          <w:jc w:val="center"/>
        </w:trPr>
        <w:tc>
          <w:tcPr>
            <w:tcW w:w="850" w:type="dxa"/>
            <w:vAlign w:val="center"/>
          </w:tcPr>
          <w:p w14:paraId="2B596FAD" w14:textId="77777777" w:rsidR="00F26C4D" w:rsidRDefault="00F26C4D" w:rsidP="00F72BFD">
            <w:pPr>
              <w:spacing w:line="240" w:lineRule="auto"/>
            </w:pPr>
            <w:r>
              <w:rPr>
                <w:sz w:val="12"/>
              </w:rPr>
              <w:t>AM Fungi</w:t>
            </w:r>
          </w:p>
        </w:tc>
        <w:tc>
          <w:tcPr>
            <w:tcW w:w="850" w:type="dxa"/>
            <w:vAlign w:val="center"/>
          </w:tcPr>
          <w:p w14:paraId="211E05FC" w14:textId="77777777" w:rsidR="00F26C4D" w:rsidRDefault="00F26C4D" w:rsidP="00F72BFD">
            <w:pPr>
              <w:spacing w:line="240" w:lineRule="auto"/>
            </w:pPr>
            <w:r>
              <w:rPr>
                <w:sz w:val="12"/>
              </w:rPr>
              <w:t>habitat:day</w:t>
            </w:r>
          </w:p>
        </w:tc>
        <w:tc>
          <w:tcPr>
            <w:tcW w:w="850" w:type="dxa"/>
            <w:vAlign w:val="center"/>
          </w:tcPr>
          <w:p w14:paraId="17D848A0" w14:textId="77777777" w:rsidR="00F26C4D" w:rsidRDefault="00F26C4D" w:rsidP="00F72BFD">
            <w:pPr>
              <w:spacing w:line="240" w:lineRule="auto"/>
            </w:pPr>
            <w:r>
              <w:rPr>
                <w:sz w:val="12"/>
              </w:rPr>
              <w:t>13.11</w:t>
            </w:r>
          </w:p>
        </w:tc>
        <w:tc>
          <w:tcPr>
            <w:tcW w:w="850" w:type="dxa"/>
            <w:vAlign w:val="center"/>
          </w:tcPr>
          <w:p w14:paraId="5F66DED1" w14:textId="77777777" w:rsidR="00F26C4D" w:rsidRDefault="00F26C4D" w:rsidP="00F72BFD">
            <w:pPr>
              <w:spacing w:line="240" w:lineRule="auto"/>
            </w:pPr>
            <w:r>
              <w:rPr>
                <w:sz w:val="12"/>
              </w:rPr>
              <w:t>2</w:t>
            </w:r>
          </w:p>
        </w:tc>
        <w:tc>
          <w:tcPr>
            <w:tcW w:w="850" w:type="dxa"/>
            <w:vAlign w:val="center"/>
          </w:tcPr>
          <w:p w14:paraId="087ED6B7" w14:textId="77777777" w:rsidR="00F26C4D" w:rsidRDefault="00F26C4D" w:rsidP="00F72BFD">
            <w:pPr>
              <w:spacing w:line="240" w:lineRule="auto"/>
            </w:pPr>
            <w:r>
              <w:rPr>
                <w:sz w:val="12"/>
              </w:rPr>
              <w:t>48.0</w:t>
            </w:r>
          </w:p>
        </w:tc>
        <w:tc>
          <w:tcPr>
            <w:tcW w:w="850" w:type="dxa"/>
            <w:vAlign w:val="center"/>
          </w:tcPr>
          <w:p w14:paraId="04FFD558" w14:textId="77777777" w:rsidR="00F26C4D" w:rsidRDefault="00F26C4D" w:rsidP="00F72BFD">
            <w:pPr>
              <w:spacing w:line="240" w:lineRule="auto"/>
            </w:pPr>
            <w:r>
              <w:rPr>
                <w:sz w:val="12"/>
              </w:rPr>
              <w:t>2.86e-05</w:t>
            </w:r>
          </w:p>
        </w:tc>
        <w:tc>
          <w:tcPr>
            <w:tcW w:w="850" w:type="dxa"/>
            <w:vAlign w:val="center"/>
          </w:tcPr>
          <w:p w14:paraId="65A8408C" w14:textId="77777777" w:rsidR="00F26C4D" w:rsidRDefault="00F26C4D" w:rsidP="00F72BFD">
            <w:pPr>
              <w:spacing w:line="240" w:lineRule="auto"/>
            </w:pPr>
            <w:r>
              <w:rPr>
                <w:sz w:val="12"/>
              </w:rPr>
              <w:t>1.14e-04</w:t>
            </w:r>
          </w:p>
        </w:tc>
        <w:tc>
          <w:tcPr>
            <w:tcW w:w="850" w:type="dxa"/>
            <w:vAlign w:val="center"/>
          </w:tcPr>
          <w:p w14:paraId="02C121D1" w14:textId="77777777" w:rsidR="00F26C4D" w:rsidRDefault="00F26C4D" w:rsidP="00F72BFD">
            <w:pPr>
              <w:spacing w:line="240" w:lineRule="auto"/>
            </w:pPr>
            <w:r>
              <w:rPr>
                <w:sz w:val="12"/>
              </w:rPr>
              <w:t>4.42e-05</w:t>
            </w:r>
          </w:p>
        </w:tc>
        <w:tc>
          <w:tcPr>
            <w:tcW w:w="850" w:type="dxa"/>
            <w:vAlign w:val="center"/>
          </w:tcPr>
          <w:p w14:paraId="463AF211" w14:textId="77777777" w:rsidR="00F26C4D" w:rsidRDefault="00F26C4D" w:rsidP="00F72BFD">
            <w:pPr>
              <w:spacing w:line="240" w:lineRule="auto"/>
            </w:pPr>
            <w:r>
              <w:rPr>
                <w:sz w:val="12"/>
              </w:rPr>
              <w:t>0.005</w:t>
            </w:r>
          </w:p>
        </w:tc>
        <w:tc>
          <w:tcPr>
            <w:tcW w:w="850" w:type="dxa"/>
            <w:vAlign w:val="center"/>
          </w:tcPr>
          <w:p w14:paraId="5E655749" w14:textId="77777777" w:rsidR="00F26C4D" w:rsidRDefault="00F26C4D" w:rsidP="00F72BFD">
            <w:pPr>
              <w:spacing w:line="240" w:lineRule="auto"/>
            </w:pPr>
            <w:r>
              <w:rPr>
                <w:sz w:val="12"/>
              </w:rPr>
              <w:t>1.000</w:t>
            </w:r>
          </w:p>
        </w:tc>
        <w:tc>
          <w:tcPr>
            <w:tcW w:w="860" w:type="dxa"/>
            <w:vAlign w:val="center"/>
          </w:tcPr>
          <w:p w14:paraId="70D26595" w14:textId="77777777" w:rsidR="00F26C4D" w:rsidRDefault="00F26C4D" w:rsidP="00F72BFD">
            <w:pPr>
              <w:spacing w:line="240" w:lineRule="auto"/>
            </w:pPr>
            <w:r>
              <w:rPr>
                <w:sz w:val="12"/>
              </w:rPr>
              <w:t>headline-supported</w:t>
            </w:r>
          </w:p>
        </w:tc>
      </w:tr>
      <w:tr w:rsidR="00F26C4D" w14:paraId="0A0DA98B" w14:textId="77777777" w:rsidTr="00F72BFD">
        <w:trPr>
          <w:cantSplit/>
          <w:jc w:val="center"/>
        </w:trPr>
        <w:tc>
          <w:tcPr>
            <w:tcW w:w="850" w:type="dxa"/>
            <w:vAlign w:val="center"/>
          </w:tcPr>
          <w:p w14:paraId="76524BDA" w14:textId="77777777" w:rsidR="00F26C4D" w:rsidRDefault="00F26C4D" w:rsidP="00F72BFD">
            <w:pPr>
              <w:spacing w:line="240" w:lineRule="auto"/>
            </w:pPr>
            <w:r>
              <w:rPr>
                <w:sz w:val="12"/>
              </w:rPr>
              <w:t>Gram Positive</w:t>
            </w:r>
          </w:p>
        </w:tc>
        <w:tc>
          <w:tcPr>
            <w:tcW w:w="850" w:type="dxa"/>
            <w:vAlign w:val="center"/>
          </w:tcPr>
          <w:p w14:paraId="4E34E6E0" w14:textId="77777777" w:rsidR="00F26C4D" w:rsidRDefault="00F26C4D" w:rsidP="00F72BFD">
            <w:pPr>
              <w:spacing w:line="240" w:lineRule="auto"/>
            </w:pPr>
            <w:r>
              <w:rPr>
                <w:sz w:val="12"/>
              </w:rPr>
              <w:t>habitat:day</w:t>
            </w:r>
          </w:p>
        </w:tc>
        <w:tc>
          <w:tcPr>
            <w:tcW w:w="850" w:type="dxa"/>
            <w:vAlign w:val="center"/>
          </w:tcPr>
          <w:p w14:paraId="5E8A02CE" w14:textId="77777777" w:rsidR="00F26C4D" w:rsidRDefault="00F26C4D" w:rsidP="00F72BFD">
            <w:pPr>
              <w:spacing w:line="240" w:lineRule="auto"/>
            </w:pPr>
            <w:r>
              <w:rPr>
                <w:sz w:val="12"/>
              </w:rPr>
              <w:t>13.54</w:t>
            </w:r>
          </w:p>
        </w:tc>
        <w:tc>
          <w:tcPr>
            <w:tcW w:w="850" w:type="dxa"/>
            <w:vAlign w:val="center"/>
          </w:tcPr>
          <w:p w14:paraId="6F9A7419" w14:textId="77777777" w:rsidR="00F26C4D" w:rsidRDefault="00F26C4D" w:rsidP="00F72BFD">
            <w:pPr>
              <w:spacing w:line="240" w:lineRule="auto"/>
            </w:pPr>
            <w:r>
              <w:rPr>
                <w:sz w:val="12"/>
              </w:rPr>
              <w:t>2</w:t>
            </w:r>
          </w:p>
        </w:tc>
        <w:tc>
          <w:tcPr>
            <w:tcW w:w="850" w:type="dxa"/>
            <w:vAlign w:val="center"/>
          </w:tcPr>
          <w:p w14:paraId="1364C611" w14:textId="77777777" w:rsidR="00F26C4D" w:rsidRDefault="00F26C4D" w:rsidP="00F72BFD">
            <w:pPr>
              <w:spacing w:line="240" w:lineRule="auto"/>
            </w:pPr>
            <w:r>
              <w:rPr>
                <w:sz w:val="12"/>
              </w:rPr>
              <w:t>48.0</w:t>
            </w:r>
          </w:p>
        </w:tc>
        <w:tc>
          <w:tcPr>
            <w:tcW w:w="850" w:type="dxa"/>
            <w:vAlign w:val="center"/>
          </w:tcPr>
          <w:p w14:paraId="1C0F2BB5" w14:textId="77777777" w:rsidR="00F26C4D" w:rsidRDefault="00F26C4D" w:rsidP="00F72BFD">
            <w:pPr>
              <w:spacing w:line="240" w:lineRule="auto"/>
            </w:pPr>
            <w:r>
              <w:rPr>
                <w:sz w:val="12"/>
              </w:rPr>
              <w:t>2.17e-05</w:t>
            </w:r>
          </w:p>
        </w:tc>
        <w:tc>
          <w:tcPr>
            <w:tcW w:w="850" w:type="dxa"/>
            <w:vAlign w:val="center"/>
          </w:tcPr>
          <w:p w14:paraId="0D0C74B5" w14:textId="77777777" w:rsidR="00F26C4D" w:rsidRDefault="00F26C4D" w:rsidP="00F72BFD">
            <w:pPr>
              <w:spacing w:line="240" w:lineRule="auto"/>
            </w:pPr>
            <w:r>
              <w:rPr>
                <w:sz w:val="12"/>
              </w:rPr>
              <w:t>1.14e-04</w:t>
            </w:r>
          </w:p>
        </w:tc>
        <w:tc>
          <w:tcPr>
            <w:tcW w:w="850" w:type="dxa"/>
            <w:vAlign w:val="center"/>
          </w:tcPr>
          <w:p w14:paraId="31E5EED7" w14:textId="77777777" w:rsidR="00F26C4D" w:rsidRDefault="00F26C4D" w:rsidP="00F72BFD">
            <w:pPr>
              <w:spacing w:line="240" w:lineRule="auto"/>
            </w:pPr>
            <w:r>
              <w:rPr>
                <w:sz w:val="12"/>
              </w:rPr>
              <w:t>0.002</w:t>
            </w:r>
          </w:p>
        </w:tc>
        <w:tc>
          <w:tcPr>
            <w:tcW w:w="850" w:type="dxa"/>
            <w:vAlign w:val="center"/>
          </w:tcPr>
          <w:p w14:paraId="5D087297" w14:textId="77777777" w:rsidR="00F26C4D" w:rsidRDefault="00F26C4D" w:rsidP="00F72BFD">
            <w:pPr>
              <w:spacing w:line="240" w:lineRule="auto"/>
            </w:pPr>
            <w:r>
              <w:rPr>
                <w:sz w:val="12"/>
              </w:rPr>
              <w:t>0.005</w:t>
            </w:r>
          </w:p>
        </w:tc>
        <w:tc>
          <w:tcPr>
            <w:tcW w:w="850" w:type="dxa"/>
            <w:vAlign w:val="center"/>
          </w:tcPr>
          <w:p w14:paraId="2820E572" w14:textId="77777777" w:rsidR="00F26C4D" w:rsidRDefault="00F26C4D" w:rsidP="00F72BFD">
            <w:pPr>
              <w:spacing w:line="240" w:lineRule="auto"/>
            </w:pPr>
            <w:r>
              <w:rPr>
                <w:sz w:val="12"/>
              </w:rPr>
              <w:t>1.000</w:t>
            </w:r>
          </w:p>
        </w:tc>
        <w:tc>
          <w:tcPr>
            <w:tcW w:w="860" w:type="dxa"/>
            <w:vAlign w:val="center"/>
          </w:tcPr>
          <w:p w14:paraId="110F110C" w14:textId="77777777" w:rsidR="00F26C4D" w:rsidRDefault="00F26C4D" w:rsidP="00F72BFD">
            <w:pPr>
              <w:spacing w:line="240" w:lineRule="auto"/>
            </w:pPr>
            <w:r>
              <w:rPr>
                <w:sz w:val="12"/>
              </w:rPr>
              <w:t>headline-supported</w:t>
            </w:r>
          </w:p>
        </w:tc>
      </w:tr>
      <w:tr w:rsidR="00F26C4D" w14:paraId="0C25EAE3" w14:textId="77777777" w:rsidTr="00F72BFD">
        <w:trPr>
          <w:cantSplit/>
          <w:jc w:val="center"/>
        </w:trPr>
        <w:tc>
          <w:tcPr>
            <w:tcW w:w="850" w:type="dxa"/>
            <w:vAlign w:val="center"/>
          </w:tcPr>
          <w:p w14:paraId="492DE51B" w14:textId="77777777" w:rsidR="00F26C4D" w:rsidRDefault="00F26C4D" w:rsidP="00F72BFD">
            <w:pPr>
              <w:spacing w:line="240" w:lineRule="auto"/>
            </w:pPr>
            <w:r>
              <w:rPr>
                <w:sz w:val="12"/>
              </w:rPr>
              <w:t>Actinomycetes</w:t>
            </w:r>
          </w:p>
        </w:tc>
        <w:tc>
          <w:tcPr>
            <w:tcW w:w="850" w:type="dxa"/>
            <w:vAlign w:val="center"/>
          </w:tcPr>
          <w:p w14:paraId="00BB0BB6" w14:textId="77777777" w:rsidR="00F26C4D" w:rsidRDefault="00F26C4D" w:rsidP="00F72BFD">
            <w:pPr>
              <w:spacing w:line="240" w:lineRule="auto"/>
            </w:pPr>
            <w:r>
              <w:rPr>
                <w:sz w:val="12"/>
              </w:rPr>
              <w:t>habitat:day</w:t>
            </w:r>
          </w:p>
        </w:tc>
        <w:tc>
          <w:tcPr>
            <w:tcW w:w="850" w:type="dxa"/>
            <w:vAlign w:val="center"/>
          </w:tcPr>
          <w:p w14:paraId="22BD02DC" w14:textId="77777777" w:rsidR="00F26C4D" w:rsidRDefault="00F26C4D" w:rsidP="00F72BFD">
            <w:pPr>
              <w:spacing w:line="240" w:lineRule="auto"/>
            </w:pPr>
            <w:r>
              <w:rPr>
                <w:sz w:val="12"/>
              </w:rPr>
              <w:t>11.54</w:t>
            </w:r>
          </w:p>
        </w:tc>
        <w:tc>
          <w:tcPr>
            <w:tcW w:w="850" w:type="dxa"/>
            <w:vAlign w:val="center"/>
          </w:tcPr>
          <w:p w14:paraId="48237F2D" w14:textId="77777777" w:rsidR="00F26C4D" w:rsidRDefault="00F26C4D" w:rsidP="00F72BFD">
            <w:pPr>
              <w:spacing w:line="240" w:lineRule="auto"/>
            </w:pPr>
            <w:r>
              <w:rPr>
                <w:sz w:val="12"/>
              </w:rPr>
              <w:t>2</w:t>
            </w:r>
          </w:p>
        </w:tc>
        <w:tc>
          <w:tcPr>
            <w:tcW w:w="850" w:type="dxa"/>
            <w:vAlign w:val="center"/>
          </w:tcPr>
          <w:p w14:paraId="14D2AABE" w14:textId="77777777" w:rsidR="00F26C4D" w:rsidRDefault="00F26C4D" w:rsidP="00F72BFD">
            <w:pPr>
              <w:spacing w:line="240" w:lineRule="auto"/>
            </w:pPr>
            <w:r>
              <w:rPr>
                <w:sz w:val="12"/>
              </w:rPr>
              <w:t>48.0</w:t>
            </w:r>
          </w:p>
        </w:tc>
        <w:tc>
          <w:tcPr>
            <w:tcW w:w="850" w:type="dxa"/>
            <w:vAlign w:val="center"/>
          </w:tcPr>
          <w:p w14:paraId="70ECFE75" w14:textId="77777777" w:rsidR="00F26C4D" w:rsidRDefault="00F26C4D" w:rsidP="00F72BFD">
            <w:pPr>
              <w:spacing w:line="240" w:lineRule="auto"/>
            </w:pPr>
            <w:r>
              <w:rPr>
                <w:sz w:val="12"/>
              </w:rPr>
              <w:t>8.06e-05</w:t>
            </w:r>
          </w:p>
        </w:tc>
        <w:tc>
          <w:tcPr>
            <w:tcW w:w="850" w:type="dxa"/>
            <w:vAlign w:val="center"/>
          </w:tcPr>
          <w:p w14:paraId="4EEABAA0" w14:textId="77777777" w:rsidR="00F26C4D" w:rsidRDefault="00F26C4D" w:rsidP="00F72BFD">
            <w:pPr>
              <w:spacing w:line="240" w:lineRule="auto"/>
            </w:pPr>
            <w:r>
              <w:rPr>
                <w:sz w:val="12"/>
              </w:rPr>
              <w:t>2.15e-04</w:t>
            </w:r>
          </w:p>
        </w:tc>
        <w:tc>
          <w:tcPr>
            <w:tcW w:w="850" w:type="dxa"/>
            <w:vAlign w:val="center"/>
          </w:tcPr>
          <w:p w14:paraId="1E066A2A" w14:textId="77777777" w:rsidR="00F26C4D" w:rsidRDefault="00F26C4D" w:rsidP="00F72BFD">
            <w:pPr>
              <w:spacing w:line="240" w:lineRule="auto"/>
            </w:pPr>
            <w:r>
              <w:rPr>
                <w:sz w:val="12"/>
              </w:rPr>
              <w:t>0.002</w:t>
            </w:r>
          </w:p>
        </w:tc>
        <w:tc>
          <w:tcPr>
            <w:tcW w:w="850" w:type="dxa"/>
            <w:vAlign w:val="center"/>
          </w:tcPr>
          <w:p w14:paraId="77237F28" w14:textId="77777777" w:rsidR="00F26C4D" w:rsidRDefault="00F26C4D" w:rsidP="00F72BFD">
            <w:pPr>
              <w:spacing w:line="240" w:lineRule="auto"/>
            </w:pPr>
            <w:r>
              <w:rPr>
                <w:sz w:val="12"/>
              </w:rPr>
              <w:t>0.005</w:t>
            </w:r>
          </w:p>
        </w:tc>
        <w:tc>
          <w:tcPr>
            <w:tcW w:w="850" w:type="dxa"/>
            <w:vAlign w:val="center"/>
          </w:tcPr>
          <w:p w14:paraId="27D220B0" w14:textId="77777777" w:rsidR="00F26C4D" w:rsidRDefault="00F26C4D" w:rsidP="00F72BFD">
            <w:pPr>
              <w:spacing w:line="240" w:lineRule="auto"/>
            </w:pPr>
            <w:r>
              <w:rPr>
                <w:sz w:val="12"/>
              </w:rPr>
              <w:t>1.000</w:t>
            </w:r>
          </w:p>
        </w:tc>
        <w:tc>
          <w:tcPr>
            <w:tcW w:w="860" w:type="dxa"/>
            <w:vAlign w:val="center"/>
          </w:tcPr>
          <w:p w14:paraId="433CBCDB" w14:textId="77777777" w:rsidR="00F26C4D" w:rsidRDefault="00F26C4D" w:rsidP="00F72BFD">
            <w:pPr>
              <w:spacing w:line="240" w:lineRule="auto"/>
            </w:pPr>
            <w:r>
              <w:rPr>
                <w:sz w:val="12"/>
              </w:rPr>
              <w:t>headline-supported</w:t>
            </w:r>
          </w:p>
        </w:tc>
      </w:tr>
      <w:tr w:rsidR="00F26C4D" w14:paraId="7C9137C9" w14:textId="77777777" w:rsidTr="00F72BFD">
        <w:trPr>
          <w:cantSplit/>
          <w:jc w:val="center"/>
        </w:trPr>
        <w:tc>
          <w:tcPr>
            <w:tcW w:w="850" w:type="dxa"/>
            <w:vAlign w:val="center"/>
          </w:tcPr>
          <w:p w14:paraId="25B0CB53" w14:textId="77777777" w:rsidR="00F26C4D" w:rsidRDefault="00F26C4D" w:rsidP="00F72BFD">
            <w:pPr>
              <w:spacing w:line="240" w:lineRule="auto"/>
            </w:pPr>
            <w:r>
              <w:rPr>
                <w:sz w:val="12"/>
              </w:rPr>
              <w:t>General Bacteria</w:t>
            </w:r>
          </w:p>
        </w:tc>
        <w:tc>
          <w:tcPr>
            <w:tcW w:w="850" w:type="dxa"/>
            <w:vAlign w:val="center"/>
          </w:tcPr>
          <w:p w14:paraId="0A750639" w14:textId="77777777" w:rsidR="00F26C4D" w:rsidRDefault="00F26C4D" w:rsidP="00F72BFD">
            <w:pPr>
              <w:spacing w:line="240" w:lineRule="auto"/>
            </w:pPr>
            <w:r>
              <w:rPr>
                <w:sz w:val="12"/>
              </w:rPr>
              <w:t>habitat:day</w:t>
            </w:r>
          </w:p>
        </w:tc>
        <w:tc>
          <w:tcPr>
            <w:tcW w:w="850" w:type="dxa"/>
            <w:vAlign w:val="center"/>
          </w:tcPr>
          <w:p w14:paraId="467C6EBB" w14:textId="77777777" w:rsidR="00F26C4D" w:rsidRDefault="00F26C4D" w:rsidP="00F72BFD">
            <w:pPr>
              <w:spacing w:line="240" w:lineRule="auto"/>
            </w:pPr>
            <w:r>
              <w:rPr>
                <w:sz w:val="12"/>
              </w:rPr>
              <w:t>6.88</w:t>
            </w:r>
          </w:p>
        </w:tc>
        <w:tc>
          <w:tcPr>
            <w:tcW w:w="850" w:type="dxa"/>
            <w:vAlign w:val="center"/>
          </w:tcPr>
          <w:p w14:paraId="2EB0D45A" w14:textId="77777777" w:rsidR="00F26C4D" w:rsidRDefault="00F26C4D" w:rsidP="00F72BFD">
            <w:pPr>
              <w:spacing w:line="240" w:lineRule="auto"/>
            </w:pPr>
            <w:r>
              <w:rPr>
                <w:sz w:val="12"/>
              </w:rPr>
              <w:t>2</w:t>
            </w:r>
          </w:p>
        </w:tc>
        <w:tc>
          <w:tcPr>
            <w:tcW w:w="850" w:type="dxa"/>
            <w:vAlign w:val="center"/>
          </w:tcPr>
          <w:p w14:paraId="50CF410F" w14:textId="77777777" w:rsidR="00F26C4D" w:rsidRDefault="00F26C4D" w:rsidP="00F72BFD">
            <w:pPr>
              <w:spacing w:line="240" w:lineRule="auto"/>
            </w:pPr>
            <w:r>
              <w:rPr>
                <w:sz w:val="12"/>
              </w:rPr>
              <w:t>48.0</w:t>
            </w:r>
          </w:p>
        </w:tc>
        <w:tc>
          <w:tcPr>
            <w:tcW w:w="850" w:type="dxa"/>
            <w:vAlign w:val="center"/>
          </w:tcPr>
          <w:p w14:paraId="39FFB76A" w14:textId="77777777" w:rsidR="00F26C4D" w:rsidRDefault="00F26C4D" w:rsidP="00F72BFD">
            <w:pPr>
              <w:spacing w:line="240" w:lineRule="auto"/>
            </w:pPr>
            <w:r>
              <w:rPr>
                <w:sz w:val="12"/>
              </w:rPr>
              <w:t>0.002</w:t>
            </w:r>
          </w:p>
        </w:tc>
        <w:tc>
          <w:tcPr>
            <w:tcW w:w="850" w:type="dxa"/>
            <w:vAlign w:val="center"/>
          </w:tcPr>
          <w:p w14:paraId="222C249E" w14:textId="77777777" w:rsidR="00F26C4D" w:rsidRDefault="00F26C4D" w:rsidP="00F72BFD">
            <w:pPr>
              <w:spacing w:line="240" w:lineRule="auto"/>
            </w:pPr>
            <w:r>
              <w:rPr>
                <w:sz w:val="12"/>
              </w:rPr>
              <w:t>0.004</w:t>
            </w:r>
          </w:p>
        </w:tc>
        <w:tc>
          <w:tcPr>
            <w:tcW w:w="850" w:type="dxa"/>
            <w:vAlign w:val="center"/>
          </w:tcPr>
          <w:p w14:paraId="12858357" w14:textId="77777777" w:rsidR="00F26C4D" w:rsidRDefault="00F26C4D" w:rsidP="00F72BFD">
            <w:pPr>
              <w:spacing w:line="240" w:lineRule="auto"/>
            </w:pPr>
            <w:r>
              <w:rPr>
                <w:sz w:val="12"/>
              </w:rPr>
              <w:t>0.004</w:t>
            </w:r>
          </w:p>
        </w:tc>
        <w:tc>
          <w:tcPr>
            <w:tcW w:w="850" w:type="dxa"/>
            <w:vAlign w:val="center"/>
          </w:tcPr>
          <w:p w14:paraId="270C4E17" w14:textId="77777777" w:rsidR="00F26C4D" w:rsidRDefault="00F26C4D" w:rsidP="00F72BFD">
            <w:pPr>
              <w:spacing w:line="240" w:lineRule="auto"/>
            </w:pPr>
            <w:r>
              <w:rPr>
                <w:sz w:val="12"/>
              </w:rPr>
              <w:t>0.015</w:t>
            </w:r>
          </w:p>
        </w:tc>
        <w:tc>
          <w:tcPr>
            <w:tcW w:w="850" w:type="dxa"/>
            <w:vAlign w:val="center"/>
          </w:tcPr>
          <w:p w14:paraId="1E1C85A6" w14:textId="77777777" w:rsidR="00F26C4D" w:rsidRDefault="00F26C4D" w:rsidP="00F72BFD">
            <w:pPr>
              <w:spacing w:line="240" w:lineRule="auto"/>
            </w:pPr>
            <w:r>
              <w:rPr>
                <w:sz w:val="12"/>
              </w:rPr>
              <w:t>1.000</w:t>
            </w:r>
          </w:p>
        </w:tc>
        <w:tc>
          <w:tcPr>
            <w:tcW w:w="860" w:type="dxa"/>
            <w:vAlign w:val="center"/>
          </w:tcPr>
          <w:p w14:paraId="473FFB1C" w14:textId="77777777" w:rsidR="00F26C4D" w:rsidRDefault="00F26C4D" w:rsidP="00F72BFD">
            <w:pPr>
              <w:spacing w:line="240" w:lineRule="auto"/>
            </w:pPr>
            <w:r>
              <w:rPr>
                <w:sz w:val="12"/>
              </w:rPr>
              <w:t>headline-supported</w:t>
            </w:r>
          </w:p>
        </w:tc>
      </w:tr>
      <w:tr w:rsidR="00F26C4D" w14:paraId="706FC88F" w14:textId="77777777" w:rsidTr="00F72BFD">
        <w:trPr>
          <w:cantSplit/>
          <w:jc w:val="center"/>
        </w:trPr>
        <w:tc>
          <w:tcPr>
            <w:tcW w:w="850" w:type="dxa"/>
            <w:vAlign w:val="center"/>
          </w:tcPr>
          <w:p w14:paraId="6A161952" w14:textId="77777777" w:rsidR="00F26C4D" w:rsidRDefault="00F26C4D" w:rsidP="00F72BFD">
            <w:pPr>
              <w:spacing w:line="240" w:lineRule="auto"/>
            </w:pPr>
            <w:r>
              <w:rPr>
                <w:sz w:val="12"/>
              </w:rPr>
              <w:t>F:B</w:t>
            </w:r>
          </w:p>
        </w:tc>
        <w:tc>
          <w:tcPr>
            <w:tcW w:w="850" w:type="dxa"/>
            <w:vAlign w:val="center"/>
          </w:tcPr>
          <w:p w14:paraId="6CD65001" w14:textId="77777777" w:rsidR="00F26C4D" w:rsidRDefault="00F26C4D" w:rsidP="00F72BFD">
            <w:pPr>
              <w:spacing w:line="240" w:lineRule="auto"/>
            </w:pPr>
            <w:r>
              <w:rPr>
                <w:sz w:val="12"/>
              </w:rPr>
              <w:t>habitat:day</w:t>
            </w:r>
          </w:p>
        </w:tc>
        <w:tc>
          <w:tcPr>
            <w:tcW w:w="850" w:type="dxa"/>
            <w:vAlign w:val="center"/>
          </w:tcPr>
          <w:p w14:paraId="74C821CF" w14:textId="77777777" w:rsidR="00F26C4D" w:rsidRDefault="00F26C4D" w:rsidP="00F72BFD">
            <w:pPr>
              <w:spacing w:line="240" w:lineRule="auto"/>
            </w:pPr>
            <w:r>
              <w:rPr>
                <w:sz w:val="12"/>
              </w:rPr>
              <w:t>6.84</w:t>
            </w:r>
          </w:p>
        </w:tc>
        <w:tc>
          <w:tcPr>
            <w:tcW w:w="850" w:type="dxa"/>
            <w:vAlign w:val="center"/>
          </w:tcPr>
          <w:p w14:paraId="3CC5EE52" w14:textId="77777777" w:rsidR="00F26C4D" w:rsidRDefault="00F26C4D" w:rsidP="00F72BFD">
            <w:pPr>
              <w:spacing w:line="240" w:lineRule="auto"/>
            </w:pPr>
            <w:r>
              <w:rPr>
                <w:sz w:val="12"/>
              </w:rPr>
              <w:t>2</w:t>
            </w:r>
          </w:p>
        </w:tc>
        <w:tc>
          <w:tcPr>
            <w:tcW w:w="850" w:type="dxa"/>
            <w:vAlign w:val="center"/>
          </w:tcPr>
          <w:p w14:paraId="10549DD4" w14:textId="77777777" w:rsidR="00F26C4D" w:rsidRDefault="00F26C4D" w:rsidP="00F72BFD">
            <w:pPr>
              <w:spacing w:line="240" w:lineRule="auto"/>
            </w:pPr>
            <w:r>
              <w:rPr>
                <w:sz w:val="12"/>
              </w:rPr>
              <w:t>48.0</w:t>
            </w:r>
          </w:p>
        </w:tc>
        <w:tc>
          <w:tcPr>
            <w:tcW w:w="850" w:type="dxa"/>
            <w:vAlign w:val="center"/>
          </w:tcPr>
          <w:p w14:paraId="19377FEC" w14:textId="77777777" w:rsidR="00F26C4D" w:rsidRDefault="00F26C4D" w:rsidP="00F72BFD">
            <w:pPr>
              <w:spacing w:line="240" w:lineRule="auto"/>
            </w:pPr>
            <w:r>
              <w:rPr>
                <w:sz w:val="12"/>
              </w:rPr>
              <w:t>0.002</w:t>
            </w:r>
          </w:p>
        </w:tc>
        <w:tc>
          <w:tcPr>
            <w:tcW w:w="850" w:type="dxa"/>
            <w:vAlign w:val="center"/>
          </w:tcPr>
          <w:p w14:paraId="0133332A" w14:textId="77777777" w:rsidR="00F26C4D" w:rsidRDefault="00F26C4D" w:rsidP="00F72BFD">
            <w:pPr>
              <w:spacing w:line="240" w:lineRule="auto"/>
            </w:pPr>
            <w:r>
              <w:rPr>
                <w:sz w:val="12"/>
              </w:rPr>
              <w:t>0.004</w:t>
            </w:r>
          </w:p>
        </w:tc>
        <w:tc>
          <w:tcPr>
            <w:tcW w:w="850" w:type="dxa"/>
            <w:vAlign w:val="center"/>
          </w:tcPr>
          <w:p w14:paraId="243E8F1A" w14:textId="77777777" w:rsidR="00F26C4D" w:rsidRDefault="00F26C4D" w:rsidP="00F72BFD">
            <w:pPr>
              <w:spacing w:line="240" w:lineRule="auto"/>
            </w:pPr>
            <w:r>
              <w:rPr>
                <w:sz w:val="12"/>
              </w:rPr>
              <w:t>6.69e-04</w:t>
            </w:r>
          </w:p>
        </w:tc>
        <w:tc>
          <w:tcPr>
            <w:tcW w:w="850" w:type="dxa"/>
            <w:vAlign w:val="center"/>
          </w:tcPr>
          <w:p w14:paraId="0F049ECF" w14:textId="77777777" w:rsidR="00F26C4D" w:rsidRDefault="00F26C4D" w:rsidP="00F72BFD">
            <w:pPr>
              <w:spacing w:line="240" w:lineRule="auto"/>
            </w:pPr>
            <w:r>
              <w:rPr>
                <w:sz w:val="12"/>
              </w:rPr>
              <w:t>0.005</w:t>
            </w:r>
          </w:p>
        </w:tc>
        <w:tc>
          <w:tcPr>
            <w:tcW w:w="850" w:type="dxa"/>
            <w:vAlign w:val="center"/>
          </w:tcPr>
          <w:p w14:paraId="3F4D1951" w14:textId="77777777" w:rsidR="00F26C4D" w:rsidRDefault="00F26C4D" w:rsidP="00F72BFD">
            <w:pPr>
              <w:spacing w:line="240" w:lineRule="auto"/>
            </w:pPr>
            <w:r>
              <w:rPr>
                <w:sz w:val="12"/>
              </w:rPr>
              <w:t>1.000</w:t>
            </w:r>
          </w:p>
        </w:tc>
        <w:tc>
          <w:tcPr>
            <w:tcW w:w="860" w:type="dxa"/>
            <w:vAlign w:val="center"/>
          </w:tcPr>
          <w:p w14:paraId="0BD11DC5" w14:textId="77777777" w:rsidR="00F26C4D" w:rsidRDefault="00F26C4D" w:rsidP="00F72BFD">
            <w:pPr>
              <w:spacing w:line="240" w:lineRule="auto"/>
            </w:pPr>
            <w:r>
              <w:rPr>
                <w:sz w:val="12"/>
              </w:rPr>
              <w:t>headline-supported</w:t>
            </w:r>
          </w:p>
        </w:tc>
      </w:tr>
      <w:tr w:rsidR="00F26C4D" w14:paraId="37C37426" w14:textId="77777777" w:rsidTr="00F72BFD">
        <w:trPr>
          <w:cantSplit/>
          <w:jc w:val="center"/>
        </w:trPr>
        <w:tc>
          <w:tcPr>
            <w:tcW w:w="850" w:type="dxa"/>
            <w:vAlign w:val="center"/>
          </w:tcPr>
          <w:p w14:paraId="0B6E066C" w14:textId="77777777" w:rsidR="00F26C4D" w:rsidRDefault="00F26C4D" w:rsidP="00F72BFD">
            <w:pPr>
              <w:spacing w:line="240" w:lineRule="auto"/>
            </w:pPr>
            <w:r>
              <w:rPr>
                <w:sz w:val="12"/>
              </w:rPr>
              <w:t>Gram Negative</w:t>
            </w:r>
          </w:p>
        </w:tc>
        <w:tc>
          <w:tcPr>
            <w:tcW w:w="850" w:type="dxa"/>
            <w:vAlign w:val="center"/>
          </w:tcPr>
          <w:p w14:paraId="16F90313" w14:textId="77777777" w:rsidR="00F26C4D" w:rsidRDefault="00F26C4D" w:rsidP="00F72BFD">
            <w:pPr>
              <w:spacing w:line="240" w:lineRule="auto"/>
            </w:pPr>
            <w:r>
              <w:rPr>
                <w:sz w:val="12"/>
              </w:rPr>
              <w:t>habitat:day</w:t>
            </w:r>
          </w:p>
        </w:tc>
        <w:tc>
          <w:tcPr>
            <w:tcW w:w="850" w:type="dxa"/>
            <w:vAlign w:val="center"/>
          </w:tcPr>
          <w:p w14:paraId="69F7BF53" w14:textId="77777777" w:rsidR="00F26C4D" w:rsidRDefault="00F26C4D" w:rsidP="00F72BFD">
            <w:pPr>
              <w:spacing w:line="240" w:lineRule="auto"/>
            </w:pPr>
            <w:r>
              <w:rPr>
                <w:sz w:val="12"/>
              </w:rPr>
              <w:t>3.51</w:t>
            </w:r>
          </w:p>
        </w:tc>
        <w:tc>
          <w:tcPr>
            <w:tcW w:w="850" w:type="dxa"/>
            <w:vAlign w:val="center"/>
          </w:tcPr>
          <w:p w14:paraId="6073C1AB" w14:textId="77777777" w:rsidR="00F26C4D" w:rsidRDefault="00F26C4D" w:rsidP="00F72BFD">
            <w:pPr>
              <w:spacing w:line="240" w:lineRule="auto"/>
            </w:pPr>
            <w:r>
              <w:rPr>
                <w:sz w:val="12"/>
              </w:rPr>
              <w:t>2</w:t>
            </w:r>
          </w:p>
        </w:tc>
        <w:tc>
          <w:tcPr>
            <w:tcW w:w="850" w:type="dxa"/>
            <w:vAlign w:val="center"/>
          </w:tcPr>
          <w:p w14:paraId="53D9BA40" w14:textId="77777777" w:rsidR="00F26C4D" w:rsidRDefault="00F26C4D" w:rsidP="00F72BFD">
            <w:pPr>
              <w:spacing w:line="240" w:lineRule="auto"/>
            </w:pPr>
            <w:r>
              <w:rPr>
                <w:sz w:val="12"/>
              </w:rPr>
              <w:t>48.0</w:t>
            </w:r>
          </w:p>
        </w:tc>
        <w:tc>
          <w:tcPr>
            <w:tcW w:w="850" w:type="dxa"/>
            <w:vAlign w:val="center"/>
          </w:tcPr>
          <w:p w14:paraId="62CB1020" w14:textId="77777777" w:rsidR="00F26C4D" w:rsidRDefault="00F26C4D" w:rsidP="00F72BFD">
            <w:pPr>
              <w:spacing w:line="240" w:lineRule="auto"/>
            </w:pPr>
            <w:r>
              <w:rPr>
                <w:sz w:val="12"/>
              </w:rPr>
              <w:t>0.038</w:t>
            </w:r>
          </w:p>
        </w:tc>
        <w:tc>
          <w:tcPr>
            <w:tcW w:w="850" w:type="dxa"/>
            <w:vAlign w:val="center"/>
          </w:tcPr>
          <w:p w14:paraId="23368487" w14:textId="77777777" w:rsidR="00F26C4D" w:rsidRDefault="00F26C4D" w:rsidP="00F72BFD">
            <w:pPr>
              <w:spacing w:line="240" w:lineRule="auto"/>
            </w:pPr>
            <w:r>
              <w:rPr>
                <w:sz w:val="12"/>
              </w:rPr>
              <w:t>0.051</w:t>
            </w:r>
          </w:p>
        </w:tc>
        <w:tc>
          <w:tcPr>
            <w:tcW w:w="850" w:type="dxa"/>
            <w:vAlign w:val="center"/>
          </w:tcPr>
          <w:p w14:paraId="7D86EDE8" w14:textId="77777777" w:rsidR="00F26C4D" w:rsidRDefault="00F26C4D" w:rsidP="00F72BFD">
            <w:pPr>
              <w:spacing w:line="240" w:lineRule="auto"/>
            </w:pPr>
            <w:r>
              <w:rPr>
                <w:sz w:val="12"/>
              </w:rPr>
              <w:t>0.052</w:t>
            </w:r>
          </w:p>
        </w:tc>
        <w:tc>
          <w:tcPr>
            <w:tcW w:w="850" w:type="dxa"/>
            <w:vAlign w:val="center"/>
          </w:tcPr>
          <w:p w14:paraId="3C61C655" w14:textId="77777777" w:rsidR="00F26C4D" w:rsidRDefault="00F26C4D" w:rsidP="00F72BFD">
            <w:pPr>
              <w:spacing w:line="240" w:lineRule="auto"/>
            </w:pPr>
            <w:r>
              <w:rPr>
                <w:sz w:val="12"/>
              </w:rPr>
              <w:t>0.040</w:t>
            </w:r>
          </w:p>
        </w:tc>
        <w:tc>
          <w:tcPr>
            <w:tcW w:w="850" w:type="dxa"/>
            <w:vAlign w:val="center"/>
          </w:tcPr>
          <w:p w14:paraId="0E0277D5" w14:textId="77777777" w:rsidR="00F26C4D" w:rsidRDefault="00F26C4D" w:rsidP="00F72BFD">
            <w:pPr>
              <w:spacing w:line="240" w:lineRule="auto"/>
            </w:pPr>
            <w:r>
              <w:rPr>
                <w:sz w:val="12"/>
              </w:rPr>
              <w:t>0.500</w:t>
            </w:r>
          </w:p>
        </w:tc>
        <w:tc>
          <w:tcPr>
            <w:tcW w:w="860" w:type="dxa"/>
            <w:vAlign w:val="center"/>
          </w:tcPr>
          <w:p w14:paraId="0FBBEEC3" w14:textId="77777777" w:rsidR="00F26C4D" w:rsidRDefault="00F26C4D" w:rsidP="00F72BFD">
            <w:pPr>
              <w:spacing w:line="240" w:lineRule="auto"/>
            </w:pPr>
            <w:r>
              <w:rPr>
                <w:sz w:val="12"/>
              </w:rPr>
              <w:t>uncertain/exploratory</w:t>
            </w:r>
          </w:p>
        </w:tc>
      </w:tr>
      <w:tr w:rsidR="00F26C4D" w14:paraId="12AF81EA" w14:textId="77777777" w:rsidTr="00F72BFD">
        <w:trPr>
          <w:cantSplit/>
          <w:jc w:val="center"/>
        </w:trPr>
        <w:tc>
          <w:tcPr>
            <w:tcW w:w="850" w:type="dxa"/>
            <w:vAlign w:val="center"/>
          </w:tcPr>
          <w:p w14:paraId="604BB051" w14:textId="77777777" w:rsidR="00F26C4D" w:rsidRDefault="00F26C4D" w:rsidP="00F72BFD">
            <w:pPr>
              <w:spacing w:line="240" w:lineRule="auto"/>
            </w:pPr>
            <w:r>
              <w:rPr>
                <w:sz w:val="12"/>
              </w:rPr>
              <w:t>G+:G-</w:t>
            </w:r>
          </w:p>
        </w:tc>
        <w:tc>
          <w:tcPr>
            <w:tcW w:w="850" w:type="dxa"/>
            <w:vAlign w:val="center"/>
          </w:tcPr>
          <w:p w14:paraId="52B7FD73" w14:textId="77777777" w:rsidR="00F26C4D" w:rsidRDefault="00F26C4D" w:rsidP="00F72BFD">
            <w:pPr>
              <w:spacing w:line="240" w:lineRule="auto"/>
            </w:pPr>
            <w:r>
              <w:rPr>
                <w:sz w:val="12"/>
              </w:rPr>
              <w:t>habitat:day</w:t>
            </w:r>
          </w:p>
        </w:tc>
        <w:tc>
          <w:tcPr>
            <w:tcW w:w="850" w:type="dxa"/>
            <w:vAlign w:val="center"/>
          </w:tcPr>
          <w:p w14:paraId="7782FF70" w14:textId="77777777" w:rsidR="00F26C4D" w:rsidRDefault="00F26C4D" w:rsidP="00F72BFD">
            <w:pPr>
              <w:spacing w:line="240" w:lineRule="auto"/>
            </w:pPr>
            <w:r>
              <w:rPr>
                <w:sz w:val="12"/>
              </w:rPr>
              <w:t>2.92</w:t>
            </w:r>
          </w:p>
        </w:tc>
        <w:tc>
          <w:tcPr>
            <w:tcW w:w="850" w:type="dxa"/>
            <w:vAlign w:val="center"/>
          </w:tcPr>
          <w:p w14:paraId="778E63A5" w14:textId="77777777" w:rsidR="00F26C4D" w:rsidRDefault="00F26C4D" w:rsidP="00F72BFD">
            <w:pPr>
              <w:spacing w:line="240" w:lineRule="auto"/>
            </w:pPr>
            <w:r>
              <w:rPr>
                <w:sz w:val="12"/>
              </w:rPr>
              <w:t>2</w:t>
            </w:r>
          </w:p>
        </w:tc>
        <w:tc>
          <w:tcPr>
            <w:tcW w:w="850" w:type="dxa"/>
            <w:vAlign w:val="center"/>
          </w:tcPr>
          <w:p w14:paraId="2C91A9CD" w14:textId="77777777" w:rsidR="00F26C4D" w:rsidRDefault="00F26C4D" w:rsidP="00F72BFD">
            <w:pPr>
              <w:spacing w:line="240" w:lineRule="auto"/>
            </w:pPr>
            <w:r>
              <w:rPr>
                <w:sz w:val="12"/>
              </w:rPr>
              <w:t>48.0</w:t>
            </w:r>
          </w:p>
        </w:tc>
        <w:tc>
          <w:tcPr>
            <w:tcW w:w="850" w:type="dxa"/>
            <w:vAlign w:val="center"/>
          </w:tcPr>
          <w:p w14:paraId="6B2BF6DC" w14:textId="77777777" w:rsidR="00F26C4D" w:rsidRDefault="00F26C4D" w:rsidP="00F72BFD">
            <w:pPr>
              <w:spacing w:line="240" w:lineRule="auto"/>
            </w:pPr>
            <w:r>
              <w:rPr>
                <w:sz w:val="12"/>
              </w:rPr>
              <w:t>0.064</w:t>
            </w:r>
          </w:p>
        </w:tc>
        <w:tc>
          <w:tcPr>
            <w:tcW w:w="850" w:type="dxa"/>
            <w:vAlign w:val="center"/>
          </w:tcPr>
          <w:p w14:paraId="10AA4A83" w14:textId="77777777" w:rsidR="00F26C4D" w:rsidRDefault="00F26C4D" w:rsidP="00F72BFD">
            <w:pPr>
              <w:spacing w:line="240" w:lineRule="auto"/>
            </w:pPr>
            <w:r>
              <w:rPr>
                <w:sz w:val="12"/>
              </w:rPr>
              <w:t>0.073</w:t>
            </w:r>
          </w:p>
        </w:tc>
        <w:tc>
          <w:tcPr>
            <w:tcW w:w="850" w:type="dxa"/>
            <w:vAlign w:val="center"/>
          </w:tcPr>
          <w:p w14:paraId="6FF94F57" w14:textId="77777777" w:rsidR="00F26C4D" w:rsidRDefault="00F26C4D" w:rsidP="00F72BFD">
            <w:pPr>
              <w:spacing w:line="240" w:lineRule="auto"/>
            </w:pPr>
            <w:r>
              <w:rPr>
                <w:sz w:val="12"/>
              </w:rPr>
              <w:t>0.177</w:t>
            </w:r>
          </w:p>
        </w:tc>
        <w:tc>
          <w:tcPr>
            <w:tcW w:w="850" w:type="dxa"/>
            <w:vAlign w:val="center"/>
          </w:tcPr>
          <w:p w14:paraId="4A65AEF2" w14:textId="77777777" w:rsidR="00F26C4D" w:rsidRDefault="00F26C4D" w:rsidP="00F72BFD">
            <w:pPr>
              <w:spacing w:line="240" w:lineRule="auto"/>
            </w:pPr>
            <w:r>
              <w:rPr>
                <w:sz w:val="12"/>
              </w:rPr>
              <w:t>0.075</w:t>
            </w:r>
          </w:p>
        </w:tc>
        <w:tc>
          <w:tcPr>
            <w:tcW w:w="850" w:type="dxa"/>
            <w:vAlign w:val="center"/>
          </w:tcPr>
          <w:p w14:paraId="39F55AF2" w14:textId="77777777" w:rsidR="00F26C4D" w:rsidRDefault="00F26C4D" w:rsidP="00F72BFD">
            <w:pPr>
              <w:spacing w:line="240" w:lineRule="auto"/>
            </w:pPr>
            <w:r>
              <w:rPr>
                <w:sz w:val="12"/>
              </w:rPr>
              <w:t>0.250</w:t>
            </w:r>
          </w:p>
        </w:tc>
        <w:tc>
          <w:tcPr>
            <w:tcW w:w="860" w:type="dxa"/>
            <w:vAlign w:val="center"/>
          </w:tcPr>
          <w:p w14:paraId="14AED85F" w14:textId="77777777" w:rsidR="00F26C4D" w:rsidRDefault="00F26C4D" w:rsidP="00F72BFD">
            <w:pPr>
              <w:spacing w:line="240" w:lineRule="auto"/>
            </w:pPr>
            <w:r>
              <w:rPr>
                <w:sz w:val="12"/>
              </w:rPr>
              <w:t>uncertain/exploratory</w:t>
            </w:r>
          </w:p>
        </w:tc>
      </w:tr>
      <w:tr w:rsidR="00F26C4D" w14:paraId="55909E10" w14:textId="77777777" w:rsidTr="00F72BFD">
        <w:trPr>
          <w:cantSplit/>
          <w:jc w:val="center"/>
        </w:trPr>
        <w:tc>
          <w:tcPr>
            <w:tcW w:w="850" w:type="dxa"/>
            <w:vAlign w:val="center"/>
          </w:tcPr>
          <w:p w14:paraId="7217B9D5" w14:textId="77777777" w:rsidR="00F26C4D" w:rsidRDefault="00F26C4D" w:rsidP="00F72BFD">
            <w:pPr>
              <w:spacing w:line="240" w:lineRule="auto"/>
            </w:pPr>
            <w:r>
              <w:rPr>
                <w:sz w:val="12"/>
              </w:rPr>
              <w:t>Fungi</w:t>
            </w:r>
          </w:p>
        </w:tc>
        <w:tc>
          <w:tcPr>
            <w:tcW w:w="850" w:type="dxa"/>
            <w:vAlign w:val="center"/>
          </w:tcPr>
          <w:p w14:paraId="134119B1" w14:textId="77777777" w:rsidR="00F26C4D" w:rsidRDefault="00F26C4D" w:rsidP="00F72BFD">
            <w:pPr>
              <w:spacing w:line="240" w:lineRule="auto"/>
            </w:pPr>
            <w:r>
              <w:rPr>
                <w:sz w:val="12"/>
              </w:rPr>
              <w:t>habitat:day</w:t>
            </w:r>
          </w:p>
        </w:tc>
        <w:tc>
          <w:tcPr>
            <w:tcW w:w="850" w:type="dxa"/>
            <w:vAlign w:val="center"/>
          </w:tcPr>
          <w:p w14:paraId="438351C6" w14:textId="77777777" w:rsidR="00F26C4D" w:rsidRDefault="00F26C4D" w:rsidP="00F72BFD">
            <w:pPr>
              <w:spacing w:line="240" w:lineRule="auto"/>
            </w:pPr>
            <w:r>
              <w:rPr>
                <w:sz w:val="12"/>
              </w:rPr>
              <w:t>0.79</w:t>
            </w:r>
          </w:p>
        </w:tc>
        <w:tc>
          <w:tcPr>
            <w:tcW w:w="850" w:type="dxa"/>
            <w:vAlign w:val="center"/>
          </w:tcPr>
          <w:p w14:paraId="1FE4F4CB" w14:textId="77777777" w:rsidR="00F26C4D" w:rsidRDefault="00F26C4D" w:rsidP="00F72BFD">
            <w:pPr>
              <w:spacing w:line="240" w:lineRule="auto"/>
            </w:pPr>
            <w:r>
              <w:rPr>
                <w:sz w:val="12"/>
              </w:rPr>
              <w:t>2</w:t>
            </w:r>
          </w:p>
        </w:tc>
        <w:tc>
          <w:tcPr>
            <w:tcW w:w="850" w:type="dxa"/>
            <w:vAlign w:val="center"/>
          </w:tcPr>
          <w:p w14:paraId="2D8FDDBF" w14:textId="77777777" w:rsidR="00F26C4D" w:rsidRDefault="00F26C4D" w:rsidP="00F72BFD">
            <w:pPr>
              <w:spacing w:line="240" w:lineRule="auto"/>
            </w:pPr>
            <w:r>
              <w:rPr>
                <w:sz w:val="12"/>
              </w:rPr>
              <w:t>48.0</w:t>
            </w:r>
          </w:p>
        </w:tc>
        <w:tc>
          <w:tcPr>
            <w:tcW w:w="850" w:type="dxa"/>
            <w:vAlign w:val="center"/>
          </w:tcPr>
          <w:p w14:paraId="033AC59A" w14:textId="77777777" w:rsidR="00F26C4D" w:rsidRDefault="00F26C4D" w:rsidP="00F72BFD">
            <w:pPr>
              <w:spacing w:line="240" w:lineRule="auto"/>
            </w:pPr>
            <w:r>
              <w:rPr>
                <w:sz w:val="12"/>
              </w:rPr>
              <w:t>0.460</w:t>
            </w:r>
          </w:p>
        </w:tc>
        <w:tc>
          <w:tcPr>
            <w:tcW w:w="850" w:type="dxa"/>
            <w:vAlign w:val="center"/>
          </w:tcPr>
          <w:p w14:paraId="00BB56ED" w14:textId="77777777" w:rsidR="00F26C4D" w:rsidRDefault="00F26C4D" w:rsidP="00F72BFD">
            <w:pPr>
              <w:spacing w:line="240" w:lineRule="auto"/>
            </w:pPr>
            <w:r>
              <w:rPr>
                <w:sz w:val="12"/>
              </w:rPr>
              <w:t>0.460</w:t>
            </w:r>
          </w:p>
        </w:tc>
        <w:tc>
          <w:tcPr>
            <w:tcW w:w="850" w:type="dxa"/>
            <w:vAlign w:val="center"/>
          </w:tcPr>
          <w:p w14:paraId="2E027B7F" w14:textId="77777777" w:rsidR="00F26C4D" w:rsidRDefault="00F26C4D" w:rsidP="00F72BFD">
            <w:pPr>
              <w:spacing w:line="240" w:lineRule="auto"/>
            </w:pPr>
            <w:r>
              <w:rPr>
                <w:sz w:val="12"/>
              </w:rPr>
              <w:t>0.372</w:t>
            </w:r>
          </w:p>
        </w:tc>
        <w:tc>
          <w:tcPr>
            <w:tcW w:w="850" w:type="dxa"/>
            <w:vAlign w:val="center"/>
          </w:tcPr>
          <w:p w14:paraId="304886DB" w14:textId="77777777" w:rsidR="00F26C4D" w:rsidRDefault="00F26C4D" w:rsidP="00F72BFD">
            <w:pPr>
              <w:spacing w:line="240" w:lineRule="auto"/>
            </w:pPr>
            <w:r>
              <w:rPr>
                <w:sz w:val="12"/>
              </w:rPr>
              <w:t>0.475</w:t>
            </w:r>
          </w:p>
        </w:tc>
        <w:tc>
          <w:tcPr>
            <w:tcW w:w="850" w:type="dxa"/>
            <w:vAlign w:val="center"/>
          </w:tcPr>
          <w:p w14:paraId="696A5071" w14:textId="77777777" w:rsidR="00F26C4D" w:rsidRDefault="00F26C4D" w:rsidP="00F72BFD">
            <w:pPr>
              <w:spacing w:line="240" w:lineRule="auto"/>
            </w:pPr>
            <w:r>
              <w:rPr>
                <w:sz w:val="12"/>
              </w:rPr>
              <w:t>0</w:t>
            </w:r>
          </w:p>
        </w:tc>
        <w:tc>
          <w:tcPr>
            <w:tcW w:w="860" w:type="dxa"/>
            <w:vAlign w:val="center"/>
          </w:tcPr>
          <w:p w14:paraId="2E9CEF2F" w14:textId="77777777" w:rsidR="00F26C4D" w:rsidRDefault="00F26C4D" w:rsidP="00F72BFD">
            <w:pPr>
              <w:spacing w:line="240" w:lineRule="auto"/>
            </w:pPr>
            <w:r>
              <w:rPr>
                <w:sz w:val="12"/>
              </w:rPr>
              <w:t>uncertain/exploratory</w:t>
            </w:r>
          </w:p>
        </w:tc>
      </w:tr>
      <w:tr w:rsidR="00F26C4D" w14:paraId="2506F99F" w14:textId="77777777" w:rsidTr="00F72BFD">
        <w:trPr>
          <w:cantSplit/>
          <w:jc w:val="center"/>
        </w:trPr>
        <w:tc>
          <w:tcPr>
            <w:tcW w:w="850" w:type="dxa"/>
            <w:vAlign w:val="center"/>
          </w:tcPr>
          <w:p w14:paraId="280CAA4D" w14:textId="77777777" w:rsidR="00F26C4D" w:rsidRDefault="00F26C4D" w:rsidP="00F72BFD">
            <w:pPr>
              <w:spacing w:line="240" w:lineRule="auto"/>
            </w:pPr>
            <w:r>
              <w:rPr>
                <w:sz w:val="12"/>
              </w:rPr>
              <w:t>General Bacteria</w:t>
            </w:r>
          </w:p>
        </w:tc>
        <w:tc>
          <w:tcPr>
            <w:tcW w:w="850" w:type="dxa"/>
            <w:vAlign w:val="center"/>
          </w:tcPr>
          <w:p w14:paraId="08EE0153" w14:textId="77777777" w:rsidR="00F26C4D" w:rsidRDefault="00F26C4D" w:rsidP="00F72BFD">
            <w:pPr>
              <w:spacing w:line="240" w:lineRule="auto"/>
            </w:pPr>
            <w:r>
              <w:rPr>
                <w:sz w:val="12"/>
              </w:rPr>
              <w:t>habitat:day:depth</w:t>
            </w:r>
          </w:p>
        </w:tc>
        <w:tc>
          <w:tcPr>
            <w:tcW w:w="850" w:type="dxa"/>
            <w:vAlign w:val="center"/>
          </w:tcPr>
          <w:p w14:paraId="2DB58D38" w14:textId="77777777" w:rsidR="00F26C4D" w:rsidRDefault="00F26C4D" w:rsidP="00F72BFD">
            <w:pPr>
              <w:spacing w:line="240" w:lineRule="auto"/>
            </w:pPr>
            <w:r>
              <w:rPr>
                <w:sz w:val="12"/>
              </w:rPr>
              <w:t>2.94</w:t>
            </w:r>
          </w:p>
        </w:tc>
        <w:tc>
          <w:tcPr>
            <w:tcW w:w="850" w:type="dxa"/>
            <w:vAlign w:val="center"/>
          </w:tcPr>
          <w:p w14:paraId="28F75C6F" w14:textId="77777777" w:rsidR="00F26C4D" w:rsidRDefault="00F26C4D" w:rsidP="00F72BFD">
            <w:pPr>
              <w:spacing w:line="240" w:lineRule="auto"/>
            </w:pPr>
            <w:r>
              <w:rPr>
                <w:sz w:val="12"/>
              </w:rPr>
              <w:t>4</w:t>
            </w:r>
          </w:p>
        </w:tc>
        <w:tc>
          <w:tcPr>
            <w:tcW w:w="850" w:type="dxa"/>
            <w:vAlign w:val="center"/>
          </w:tcPr>
          <w:p w14:paraId="34A1E5EB" w14:textId="77777777" w:rsidR="00F26C4D" w:rsidRDefault="00F26C4D" w:rsidP="00F72BFD">
            <w:pPr>
              <w:spacing w:line="240" w:lineRule="auto"/>
            </w:pPr>
            <w:r>
              <w:rPr>
                <w:sz w:val="12"/>
              </w:rPr>
              <w:t>48.0</w:t>
            </w:r>
          </w:p>
        </w:tc>
        <w:tc>
          <w:tcPr>
            <w:tcW w:w="850" w:type="dxa"/>
            <w:vAlign w:val="center"/>
          </w:tcPr>
          <w:p w14:paraId="41FE28CF" w14:textId="77777777" w:rsidR="00F26C4D" w:rsidRDefault="00F26C4D" w:rsidP="00F72BFD">
            <w:pPr>
              <w:spacing w:line="240" w:lineRule="auto"/>
            </w:pPr>
            <w:r>
              <w:rPr>
                <w:sz w:val="12"/>
              </w:rPr>
              <w:t>0.030</w:t>
            </w:r>
          </w:p>
        </w:tc>
        <w:tc>
          <w:tcPr>
            <w:tcW w:w="850" w:type="dxa"/>
            <w:vAlign w:val="center"/>
          </w:tcPr>
          <w:p w14:paraId="4E706F21" w14:textId="77777777" w:rsidR="00F26C4D" w:rsidRDefault="00F26C4D" w:rsidP="00F72BFD">
            <w:pPr>
              <w:spacing w:line="240" w:lineRule="auto"/>
            </w:pPr>
            <w:r>
              <w:rPr>
                <w:sz w:val="12"/>
              </w:rPr>
              <w:t>0.170</w:t>
            </w:r>
          </w:p>
        </w:tc>
        <w:tc>
          <w:tcPr>
            <w:tcW w:w="850" w:type="dxa"/>
            <w:vAlign w:val="center"/>
          </w:tcPr>
          <w:p w14:paraId="4A642E56" w14:textId="77777777" w:rsidR="00F26C4D" w:rsidRDefault="00F26C4D" w:rsidP="00F72BFD">
            <w:pPr>
              <w:spacing w:line="240" w:lineRule="auto"/>
            </w:pPr>
            <w:r>
              <w:rPr>
                <w:sz w:val="12"/>
              </w:rPr>
              <w:t>0.102</w:t>
            </w:r>
          </w:p>
        </w:tc>
        <w:tc>
          <w:tcPr>
            <w:tcW w:w="850" w:type="dxa"/>
            <w:vAlign w:val="center"/>
          </w:tcPr>
          <w:p w14:paraId="005281EC" w14:textId="77777777" w:rsidR="00F26C4D" w:rsidRDefault="00F26C4D" w:rsidP="00F72BFD">
            <w:pPr>
              <w:spacing w:line="240" w:lineRule="auto"/>
            </w:pPr>
            <w:r>
              <w:rPr>
                <w:sz w:val="12"/>
              </w:rPr>
              <w:t>0.025</w:t>
            </w:r>
          </w:p>
        </w:tc>
        <w:tc>
          <w:tcPr>
            <w:tcW w:w="850" w:type="dxa"/>
            <w:vAlign w:val="center"/>
          </w:tcPr>
          <w:p w14:paraId="784EE4B1" w14:textId="77777777" w:rsidR="00F26C4D" w:rsidRDefault="00F26C4D" w:rsidP="00F72BFD">
            <w:pPr>
              <w:spacing w:line="240" w:lineRule="auto"/>
            </w:pPr>
            <w:r>
              <w:rPr>
                <w:sz w:val="12"/>
              </w:rPr>
              <w:t>0.625</w:t>
            </w:r>
          </w:p>
        </w:tc>
        <w:tc>
          <w:tcPr>
            <w:tcW w:w="860" w:type="dxa"/>
            <w:vAlign w:val="center"/>
          </w:tcPr>
          <w:p w14:paraId="05A84FB8" w14:textId="77777777" w:rsidR="00F26C4D" w:rsidRDefault="00F26C4D" w:rsidP="00F72BFD">
            <w:pPr>
              <w:spacing w:line="240" w:lineRule="auto"/>
            </w:pPr>
            <w:r>
              <w:rPr>
                <w:sz w:val="12"/>
              </w:rPr>
              <w:t>uncertain/exploratory</w:t>
            </w:r>
          </w:p>
        </w:tc>
      </w:tr>
      <w:tr w:rsidR="00F26C4D" w14:paraId="2979461E" w14:textId="77777777" w:rsidTr="00F72BFD">
        <w:trPr>
          <w:cantSplit/>
          <w:jc w:val="center"/>
        </w:trPr>
        <w:tc>
          <w:tcPr>
            <w:tcW w:w="850" w:type="dxa"/>
            <w:vAlign w:val="center"/>
          </w:tcPr>
          <w:p w14:paraId="17A30FF2" w14:textId="77777777" w:rsidR="00F26C4D" w:rsidRDefault="00F26C4D" w:rsidP="00F72BFD">
            <w:pPr>
              <w:spacing w:line="240" w:lineRule="auto"/>
            </w:pPr>
            <w:r>
              <w:rPr>
                <w:sz w:val="12"/>
              </w:rPr>
              <w:t>Gram Positive</w:t>
            </w:r>
          </w:p>
        </w:tc>
        <w:tc>
          <w:tcPr>
            <w:tcW w:w="850" w:type="dxa"/>
            <w:vAlign w:val="center"/>
          </w:tcPr>
          <w:p w14:paraId="65A77FD1" w14:textId="77777777" w:rsidR="00F26C4D" w:rsidRDefault="00F26C4D" w:rsidP="00F72BFD">
            <w:pPr>
              <w:spacing w:line="240" w:lineRule="auto"/>
            </w:pPr>
            <w:r>
              <w:rPr>
                <w:sz w:val="12"/>
              </w:rPr>
              <w:t>habitat:day:depth</w:t>
            </w:r>
          </w:p>
        </w:tc>
        <w:tc>
          <w:tcPr>
            <w:tcW w:w="850" w:type="dxa"/>
            <w:vAlign w:val="center"/>
          </w:tcPr>
          <w:p w14:paraId="65DF6B03" w14:textId="77777777" w:rsidR="00F26C4D" w:rsidRDefault="00F26C4D" w:rsidP="00F72BFD">
            <w:pPr>
              <w:spacing w:line="240" w:lineRule="auto"/>
            </w:pPr>
            <w:r>
              <w:rPr>
                <w:sz w:val="12"/>
              </w:rPr>
              <w:t>2.68</w:t>
            </w:r>
          </w:p>
        </w:tc>
        <w:tc>
          <w:tcPr>
            <w:tcW w:w="850" w:type="dxa"/>
            <w:vAlign w:val="center"/>
          </w:tcPr>
          <w:p w14:paraId="4719361E" w14:textId="77777777" w:rsidR="00F26C4D" w:rsidRDefault="00F26C4D" w:rsidP="00F72BFD">
            <w:pPr>
              <w:spacing w:line="240" w:lineRule="auto"/>
            </w:pPr>
            <w:r>
              <w:rPr>
                <w:sz w:val="12"/>
              </w:rPr>
              <w:t>4</w:t>
            </w:r>
          </w:p>
        </w:tc>
        <w:tc>
          <w:tcPr>
            <w:tcW w:w="850" w:type="dxa"/>
            <w:vAlign w:val="center"/>
          </w:tcPr>
          <w:p w14:paraId="2D3E098C" w14:textId="77777777" w:rsidR="00F26C4D" w:rsidRDefault="00F26C4D" w:rsidP="00F72BFD">
            <w:pPr>
              <w:spacing w:line="240" w:lineRule="auto"/>
            </w:pPr>
            <w:r>
              <w:rPr>
                <w:sz w:val="12"/>
              </w:rPr>
              <w:t>48.0</w:t>
            </w:r>
          </w:p>
        </w:tc>
        <w:tc>
          <w:tcPr>
            <w:tcW w:w="850" w:type="dxa"/>
            <w:vAlign w:val="center"/>
          </w:tcPr>
          <w:p w14:paraId="400101DF" w14:textId="77777777" w:rsidR="00F26C4D" w:rsidRDefault="00F26C4D" w:rsidP="00F72BFD">
            <w:pPr>
              <w:spacing w:line="240" w:lineRule="auto"/>
            </w:pPr>
            <w:r>
              <w:rPr>
                <w:sz w:val="12"/>
              </w:rPr>
              <w:t>0.042</w:t>
            </w:r>
          </w:p>
        </w:tc>
        <w:tc>
          <w:tcPr>
            <w:tcW w:w="850" w:type="dxa"/>
            <w:vAlign w:val="center"/>
          </w:tcPr>
          <w:p w14:paraId="01B1A2D4" w14:textId="77777777" w:rsidR="00F26C4D" w:rsidRDefault="00F26C4D" w:rsidP="00F72BFD">
            <w:pPr>
              <w:spacing w:line="240" w:lineRule="auto"/>
            </w:pPr>
            <w:r>
              <w:rPr>
                <w:sz w:val="12"/>
              </w:rPr>
              <w:t>0.170</w:t>
            </w:r>
          </w:p>
        </w:tc>
        <w:tc>
          <w:tcPr>
            <w:tcW w:w="850" w:type="dxa"/>
            <w:vAlign w:val="center"/>
          </w:tcPr>
          <w:p w14:paraId="16C05830" w14:textId="77777777" w:rsidR="00F26C4D" w:rsidRDefault="00F26C4D" w:rsidP="00F72BFD">
            <w:pPr>
              <w:spacing w:line="240" w:lineRule="auto"/>
            </w:pPr>
            <w:r>
              <w:rPr>
                <w:sz w:val="12"/>
              </w:rPr>
              <w:t>0.135</w:t>
            </w:r>
          </w:p>
        </w:tc>
        <w:tc>
          <w:tcPr>
            <w:tcW w:w="850" w:type="dxa"/>
            <w:vAlign w:val="center"/>
          </w:tcPr>
          <w:p w14:paraId="6C03F39E" w14:textId="77777777" w:rsidR="00F26C4D" w:rsidRDefault="00F26C4D" w:rsidP="00F72BFD">
            <w:pPr>
              <w:spacing w:line="240" w:lineRule="auto"/>
            </w:pPr>
            <w:r>
              <w:rPr>
                <w:sz w:val="12"/>
              </w:rPr>
              <w:t>0.065</w:t>
            </w:r>
          </w:p>
        </w:tc>
        <w:tc>
          <w:tcPr>
            <w:tcW w:w="850" w:type="dxa"/>
            <w:vAlign w:val="center"/>
          </w:tcPr>
          <w:p w14:paraId="6EA5DE7F" w14:textId="77777777" w:rsidR="00F26C4D" w:rsidRDefault="00F26C4D" w:rsidP="00F72BFD">
            <w:pPr>
              <w:spacing w:line="240" w:lineRule="auto"/>
            </w:pPr>
            <w:r>
              <w:rPr>
                <w:sz w:val="12"/>
              </w:rPr>
              <w:t>0.375</w:t>
            </w:r>
          </w:p>
        </w:tc>
        <w:tc>
          <w:tcPr>
            <w:tcW w:w="860" w:type="dxa"/>
            <w:vAlign w:val="center"/>
          </w:tcPr>
          <w:p w14:paraId="6C558FC4" w14:textId="77777777" w:rsidR="00F26C4D" w:rsidRDefault="00F26C4D" w:rsidP="00F72BFD">
            <w:pPr>
              <w:spacing w:line="240" w:lineRule="auto"/>
            </w:pPr>
            <w:r>
              <w:rPr>
                <w:sz w:val="12"/>
              </w:rPr>
              <w:t>uncertain/exploratory</w:t>
            </w:r>
          </w:p>
        </w:tc>
      </w:tr>
      <w:tr w:rsidR="00F26C4D" w14:paraId="0EAFA9A1" w14:textId="77777777" w:rsidTr="00F72BFD">
        <w:trPr>
          <w:cantSplit/>
          <w:jc w:val="center"/>
        </w:trPr>
        <w:tc>
          <w:tcPr>
            <w:tcW w:w="850" w:type="dxa"/>
            <w:vAlign w:val="center"/>
          </w:tcPr>
          <w:p w14:paraId="2C83C6BD" w14:textId="77777777" w:rsidR="00F26C4D" w:rsidRDefault="00F26C4D" w:rsidP="00F72BFD">
            <w:pPr>
              <w:spacing w:line="240" w:lineRule="auto"/>
            </w:pPr>
            <w:r>
              <w:rPr>
                <w:sz w:val="12"/>
              </w:rPr>
              <w:t>Gram Negative</w:t>
            </w:r>
          </w:p>
        </w:tc>
        <w:tc>
          <w:tcPr>
            <w:tcW w:w="850" w:type="dxa"/>
            <w:vAlign w:val="center"/>
          </w:tcPr>
          <w:p w14:paraId="566C1255" w14:textId="77777777" w:rsidR="00F26C4D" w:rsidRDefault="00F26C4D" w:rsidP="00F72BFD">
            <w:pPr>
              <w:spacing w:line="240" w:lineRule="auto"/>
            </w:pPr>
            <w:r>
              <w:rPr>
                <w:sz w:val="12"/>
              </w:rPr>
              <w:t>habitat:day:depth</w:t>
            </w:r>
          </w:p>
        </w:tc>
        <w:tc>
          <w:tcPr>
            <w:tcW w:w="850" w:type="dxa"/>
            <w:vAlign w:val="center"/>
          </w:tcPr>
          <w:p w14:paraId="0B082046" w14:textId="77777777" w:rsidR="00F26C4D" w:rsidRDefault="00F26C4D" w:rsidP="00F72BFD">
            <w:pPr>
              <w:spacing w:line="240" w:lineRule="auto"/>
            </w:pPr>
            <w:r>
              <w:rPr>
                <w:sz w:val="12"/>
              </w:rPr>
              <w:t>1.82</w:t>
            </w:r>
          </w:p>
        </w:tc>
        <w:tc>
          <w:tcPr>
            <w:tcW w:w="850" w:type="dxa"/>
            <w:vAlign w:val="center"/>
          </w:tcPr>
          <w:p w14:paraId="51CAC54A" w14:textId="77777777" w:rsidR="00F26C4D" w:rsidRDefault="00F26C4D" w:rsidP="00F72BFD">
            <w:pPr>
              <w:spacing w:line="240" w:lineRule="auto"/>
            </w:pPr>
            <w:r>
              <w:rPr>
                <w:sz w:val="12"/>
              </w:rPr>
              <w:t>4</w:t>
            </w:r>
          </w:p>
        </w:tc>
        <w:tc>
          <w:tcPr>
            <w:tcW w:w="850" w:type="dxa"/>
            <w:vAlign w:val="center"/>
          </w:tcPr>
          <w:p w14:paraId="6AFF99FF" w14:textId="77777777" w:rsidR="00F26C4D" w:rsidRDefault="00F26C4D" w:rsidP="00F72BFD">
            <w:pPr>
              <w:spacing w:line="240" w:lineRule="auto"/>
            </w:pPr>
            <w:r>
              <w:rPr>
                <w:sz w:val="12"/>
              </w:rPr>
              <w:t>48.0</w:t>
            </w:r>
          </w:p>
        </w:tc>
        <w:tc>
          <w:tcPr>
            <w:tcW w:w="850" w:type="dxa"/>
            <w:vAlign w:val="center"/>
          </w:tcPr>
          <w:p w14:paraId="6AC3BDFA" w14:textId="77777777" w:rsidR="00F26C4D" w:rsidRDefault="00F26C4D" w:rsidP="00F72BFD">
            <w:pPr>
              <w:spacing w:line="240" w:lineRule="auto"/>
            </w:pPr>
            <w:r>
              <w:rPr>
                <w:sz w:val="12"/>
              </w:rPr>
              <w:t>0.140</w:t>
            </w:r>
          </w:p>
        </w:tc>
        <w:tc>
          <w:tcPr>
            <w:tcW w:w="850" w:type="dxa"/>
            <w:vAlign w:val="center"/>
          </w:tcPr>
          <w:p w14:paraId="725C00DA" w14:textId="77777777" w:rsidR="00F26C4D" w:rsidRDefault="00F26C4D" w:rsidP="00F72BFD">
            <w:pPr>
              <w:spacing w:line="240" w:lineRule="auto"/>
            </w:pPr>
            <w:r>
              <w:rPr>
                <w:sz w:val="12"/>
              </w:rPr>
              <w:t>0.375</w:t>
            </w:r>
          </w:p>
        </w:tc>
        <w:tc>
          <w:tcPr>
            <w:tcW w:w="850" w:type="dxa"/>
            <w:vAlign w:val="center"/>
          </w:tcPr>
          <w:p w14:paraId="4E998DA7" w14:textId="77777777" w:rsidR="00F26C4D" w:rsidRDefault="00F26C4D" w:rsidP="00F72BFD">
            <w:pPr>
              <w:spacing w:line="240" w:lineRule="auto"/>
            </w:pPr>
            <w:r>
              <w:rPr>
                <w:sz w:val="12"/>
              </w:rPr>
              <w:t>0.246</w:t>
            </w:r>
          </w:p>
        </w:tc>
        <w:tc>
          <w:tcPr>
            <w:tcW w:w="850" w:type="dxa"/>
            <w:vAlign w:val="center"/>
          </w:tcPr>
          <w:p w14:paraId="73DC0D37" w14:textId="77777777" w:rsidR="00F26C4D" w:rsidRDefault="00F26C4D" w:rsidP="00F72BFD">
            <w:pPr>
              <w:spacing w:line="240" w:lineRule="auto"/>
            </w:pPr>
            <w:r>
              <w:rPr>
                <w:sz w:val="12"/>
              </w:rPr>
              <w:t>0.145</w:t>
            </w:r>
          </w:p>
        </w:tc>
        <w:tc>
          <w:tcPr>
            <w:tcW w:w="850" w:type="dxa"/>
            <w:vAlign w:val="center"/>
          </w:tcPr>
          <w:p w14:paraId="5BF3F71B" w14:textId="77777777" w:rsidR="00F26C4D" w:rsidRDefault="00F26C4D" w:rsidP="00F72BFD">
            <w:pPr>
              <w:spacing w:line="240" w:lineRule="auto"/>
            </w:pPr>
            <w:r>
              <w:rPr>
                <w:sz w:val="12"/>
              </w:rPr>
              <w:t>0.125</w:t>
            </w:r>
          </w:p>
        </w:tc>
        <w:tc>
          <w:tcPr>
            <w:tcW w:w="860" w:type="dxa"/>
            <w:vAlign w:val="center"/>
          </w:tcPr>
          <w:p w14:paraId="395BB807" w14:textId="77777777" w:rsidR="00F26C4D" w:rsidRDefault="00F26C4D" w:rsidP="00F72BFD">
            <w:pPr>
              <w:spacing w:line="240" w:lineRule="auto"/>
            </w:pPr>
            <w:r>
              <w:rPr>
                <w:sz w:val="12"/>
              </w:rPr>
              <w:t>uncertain/exploratory</w:t>
            </w:r>
          </w:p>
        </w:tc>
      </w:tr>
      <w:tr w:rsidR="00F26C4D" w14:paraId="0C8EF33D" w14:textId="77777777" w:rsidTr="00F72BFD">
        <w:trPr>
          <w:cantSplit/>
          <w:jc w:val="center"/>
        </w:trPr>
        <w:tc>
          <w:tcPr>
            <w:tcW w:w="850" w:type="dxa"/>
            <w:vAlign w:val="center"/>
          </w:tcPr>
          <w:p w14:paraId="040B4B1A" w14:textId="77777777" w:rsidR="00F26C4D" w:rsidRDefault="00F26C4D" w:rsidP="00F72BFD">
            <w:pPr>
              <w:spacing w:line="240" w:lineRule="auto"/>
            </w:pPr>
            <w:r>
              <w:rPr>
                <w:sz w:val="12"/>
              </w:rPr>
              <w:t>AM Fungi</w:t>
            </w:r>
          </w:p>
        </w:tc>
        <w:tc>
          <w:tcPr>
            <w:tcW w:w="850" w:type="dxa"/>
            <w:vAlign w:val="center"/>
          </w:tcPr>
          <w:p w14:paraId="404CCE1B" w14:textId="77777777" w:rsidR="00F26C4D" w:rsidRDefault="00F26C4D" w:rsidP="00F72BFD">
            <w:pPr>
              <w:spacing w:line="240" w:lineRule="auto"/>
            </w:pPr>
            <w:r>
              <w:rPr>
                <w:sz w:val="12"/>
              </w:rPr>
              <w:t>habitat:day:depth</w:t>
            </w:r>
          </w:p>
        </w:tc>
        <w:tc>
          <w:tcPr>
            <w:tcW w:w="850" w:type="dxa"/>
            <w:vAlign w:val="center"/>
          </w:tcPr>
          <w:p w14:paraId="5D8BBB59" w14:textId="77777777" w:rsidR="00F26C4D" w:rsidRDefault="00F26C4D" w:rsidP="00F72BFD">
            <w:pPr>
              <w:spacing w:line="240" w:lineRule="auto"/>
            </w:pPr>
            <w:r>
              <w:rPr>
                <w:sz w:val="12"/>
              </w:rPr>
              <w:t>1.30</w:t>
            </w:r>
          </w:p>
        </w:tc>
        <w:tc>
          <w:tcPr>
            <w:tcW w:w="850" w:type="dxa"/>
            <w:vAlign w:val="center"/>
          </w:tcPr>
          <w:p w14:paraId="549F217E" w14:textId="77777777" w:rsidR="00F26C4D" w:rsidRDefault="00F26C4D" w:rsidP="00F72BFD">
            <w:pPr>
              <w:spacing w:line="240" w:lineRule="auto"/>
            </w:pPr>
            <w:r>
              <w:rPr>
                <w:sz w:val="12"/>
              </w:rPr>
              <w:t>4</w:t>
            </w:r>
          </w:p>
        </w:tc>
        <w:tc>
          <w:tcPr>
            <w:tcW w:w="850" w:type="dxa"/>
            <w:vAlign w:val="center"/>
          </w:tcPr>
          <w:p w14:paraId="77D4C8A5" w14:textId="77777777" w:rsidR="00F26C4D" w:rsidRDefault="00F26C4D" w:rsidP="00F72BFD">
            <w:pPr>
              <w:spacing w:line="240" w:lineRule="auto"/>
            </w:pPr>
            <w:r>
              <w:rPr>
                <w:sz w:val="12"/>
              </w:rPr>
              <w:t>48.0</w:t>
            </w:r>
          </w:p>
        </w:tc>
        <w:tc>
          <w:tcPr>
            <w:tcW w:w="850" w:type="dxa"/>
            <w:vAlign w:val="center"/>
          </w:tcPr>
          <w:p w14:paraId="39225508" w14:textId="77777777" w:rsidR="00F26C4D" w:rsidRDefault="00F26C4D" w:rsidP="00F72BFD">
            <w:pPr>
              <w:spacing w:line="240" w:lineRule="auto"/>
            </w:pPr>
            <w:r>
              <w:rPr>
                <w:sz w:val="12"/>
              </w:rPr>
              <w:t>0.285</w:t>
            </w:r>
          </w:p>
        </w:tc>
        <w:tc>
          <w:tcPr>
            <w:tcW w:w="850" w:type="dxa"/>
            <w:vAlign w:val="center"/>
          </w:tcPr>
          <w:p w14:paraId="7524EDBE" w14:textId="77777777" w:rsidR="00F26C4D" w:rsidRDefault="00F26C4D" w:rsidP="00F72BFD">
            <w:pPr>
              <w:spacing w:line="240" w:lineRule="auto"/>
            </w:pPr>
            <w:r>
              <w:rPr>
                <w:sz w:val="12"/>
              </w:rPr>
              <w:t>0.456</w:t>
            </w:r>
          </w:p>
        </w:tc>
        <w:tc>
          <w:tcPr>
            <w:tcW w:w="850" w:type="dxa"/>
            <w:vAlign w:val="center"/>
          </w:tcPr>
          <w:p w14:paraId="24C18A10" w14:textId="77777777" w:rsidR="00F26C4D" w:rsidRDefault="00F26C4D" w:rsidP="00F72BFD">
            <w:pPr>
              <w:spacing w:line="240" w:lineRule="auto"/>
            </w:pPr>
            <w:r>
              <w:rPr>
                <w:sz w:val="12"/>
              </w:rPr>
              <w:t>0.414</w:t>
            </w:r>
          </w:p>
        </w:tc>
        <w:tc>
          <w:tcPr>
            <w:tcW w:w="850" w:type="dxa"/>
            <w:vAlign w:val="center"/>
          </w:tcPr>
          <w:p w14:paraId="2FDA3AFD" w14:textId="77777777" w:rsidR="00F26C4D" w:rsidRDefault="00F26C4D" w:rsidP="00F72BFD">
            <w:pPr>
              <w:spacing w:line="240" w:lineRule="auto"/>
            </w:pPr>
            <w:r>
              <w:rPr>
                <w:sz w:val="12"/>
              </w:rPr>
              <w:t>0.245</w:t>
            </w:r>
          </w:p>
        </w:tc>
        <w:tc>
          <w:tcPr>
            <w:tcW w:w="850" w:type="dxa"/>
            <w:vAlign w:val="center"/>
          </w:tcPr>
          <w:p w14:paraId="6215D812" w14:textId="77777777" w:rsidR="00F26C4D" w:rsidRDefault="00F26C4D" w:rsidP="00F72BFD">
            <w:pPr>
              <w:spacing w:line="240" w:lineRule="auto"/>
            </w:pPr>
            <w:r>
              <w:rPr>
                <w:sz w:val="12"/>
              </w:rPr>
              <w:t>0.125</w:t>
            </w:r>
          </w:p>
        </w:tc>
        <w:tc>
          <w:tcPr>
            <w:tcW w:w="860" w:type="dxa"/>
            <w:vAlign w:val="center"/>
          </w:tcPr>
          <w:p w14:paraId="7B0F1469" w14:textId="77777777" w:rsidR="00F26C4D" w:rsidRDefault="00F26C4D" w:rsidP="00F72BFD">
            <w:pPr>
              <w:spacing w:line="240" w:lineRule="auto"/>
            </w:pPr>
            <w:r>
              <w:rPr>
                <w:sz w:val="12"/>
              </w:rPr>
              <w:t>uncertain/exploratory</w:t>
            </w:r>
          </w:p>
        </w:tc>
      </w:tr>
      <w:tr w:rsidR="00F26C4D" w14:paraId="357C55A2" w14:textId="77777777" w:rsidTr="00F72BFD">
        <w:trPr>
          <w:cantSplit/>
          <w:jc w:val="center"/>
        </w:trPr>
        <w:tc>
          <w:tcPr>
            <w:tcW w:w="850" w:type="dxa"/>
            <w:vAlign w:val="center"/>
          </w:tcPr>
          <w:p w14:paraId="63161EA2" w14:textId="77777777" w:rsidR="00F26C4D" w:rsidRDefault="00F26C4D" w:rsidP="00F72BFD">
            <w:pPr>
              <w:spacing w:line="240" w:lineRule="auto"/>
            </w:pPr>
            <w:r>
              <w:rPr>
                <w:sz w:val="12"/>
              </w:rPr>
              <w:t>F:B</w:t>
            </w:r>
          </w:p>
        </w:tc>
        <w:tc>
          <w:tcPr>
            <w:tcW w:w="850" w:type="dxa"/>
            <w:vAlign w:val="center"/>
          </w:tcPr>
          <w:p w14:paraId="62A224E3" w14:textId="77777777" w:rsidR="00F26C4D" w:rsidRDefault="00F26C4D" w:rsidP="00F72BFD">
            <w:pPr>
              <w:spacing w:line="240" w:lineRule="auto"/>
            </w:pPr>
            <w:r>
              <w:rPr>
                <w:sz w:val="12"/>
              </w:rPr>
              <w:t>habitat:day:depth</w:t>
            </w:r>
          </w:p>
        </w:tc>
        <w:tc>
          <w:tcPr>
            <w:tcW w:w="850" w:type="dxa"/>
            <w:vAlign w:val="center"/>
          </w:tcPr>
          <w:p w14:paraId="016DF1DC" w14:textId="77777777" w:rsidR="00F26C4D" w:rsidRDefault="00F26C4D" w:rsidP="00F72BFD">
            <w:pPr>
              <w:spacing w:line="240" w:lineRule="auto"/>
            </w:pPr>
            <w:r>
              <w:rPr>
                <w:sz w:val="12"/>
              </w:rPr>
              <w:t>1.32</w:t>
            </w:r>
          </w:p>
        </w:tc>
        <w:tc>
          <w:tcPr>
            <w:tcW w:w="850" w:type="dxa"/>
            <w:vAlign w:val="center"/>
          </w:tcPr>
          <w:p w14:paraId="71E42CC8" w14:textId="77777777" w:rsidR="00F26C4D" w:rsidRDefault="00F26C4D" w:rsidP="00F72BFD">
            <w:pPr>
              <w:spacing w:line="240" w:lineRule="auto"/>
            </w:pPr>
            <w:r>
              <w:rPr>
                <w:sz w:val="12"/>
              </w:rPr>
              <w:t>4</w:t>
            </w:r>
          </w:p>
        </w:tc>
        <w:tc>
          <w:tcPr>
            <w:tcW w:w="850" w:type="dxa"/>
            <w:vAlign w:val="center"/>
          </w:tcPr>
          <w:p w14:paraId="5996E6C6" w14:textId="77777777" w:rsidR="00F26C4D" w:rsidRDefault="00F26C4D" w:rsidP="00F72BFD">
            <w:pPr>
              <w:spacing w:line="240" w:lineRule="auto"/>
            </w:pPr>
            <w:r>
              <w:rPr>
                <w:sz w:val="12"/>
              </w:rPr>
              <w:t>48.0</w:t>
            </w:r>
          </w:p>
        </w:tc>
        <w:tc>
          <w:tcPr>
            <w:tcW w:w="850" w:type="dxa"/>
            <w:vAlign w:val="center"/>
          </w:tcPr>
          <w:p w14:paraId="0D201186" w14:textId="77777777" w:rsidR="00F26C4D" w:rsidRDefault="00F26C4D" w:rsidP="00F72BFD">
            <w:pPr>
              <w:spacing w:line="240" w:lineRule="auto"/>
            </w:pPr>
            <w:r>
              <w:rPr>
                <w:sz w:val="12"/>
              </w:rPr>
              <w:t>0.275</w:t>
            </w:r>
          </w:p>
        </w:tc>
        <w:tc>
          <w:tcPr>
            <w:tcW w:w="850" w:type="dxa"/>
            <w:vAlign w:val="center"/>
          </w:tcPr>
          <w:p w14:paraId="224D021F" w14:textId="77777777" w:rsidR="00F26C4D" w:rsidRDefault="00F26C4D" w:rsidP="00F72BFD">
            <w:pPr>
              <w:spacing w:line="240" w:lineRule="auto"/>
            </w:pPr>
            <w:r>
              <w:rPr>
                <w:sz w:val="12"/>
              </w:rPr>
              <w:t>0.456</w:t>
            </w:r>
          </w:p>
        </w:tc>
        <w:tc>
          <w:tcPr>
            <w:tcW w:w="850" w:type="dxa"/>
            <w:vAlign w:val="center"/>
          </w:tcPr>
          <w:p w14:paraId="7F571AD4" w14:textId="77777777" w:rsidR="00F26C4D" w:rsidRDefault="00F26C4D" w:rsidP="00F72BFD">
            <w:pPr>
              <w:spacing w:line="240" w:lineRule="auto"/>
            </w:pPr>
            <w:r>
              <w:rPr>
                <w:sz w:val="12"/>
              </w:rPr>
              <w:t>0.389</w:t>
            </w:r>
          </w:p>
        </w:tc>
        <w:tc>
          <w:tcPr>
            <w:tcW w:w="850" w:type="dxa"/>
            <w:vAlign w:val="center"/>
          </w:tcPr>
          <w:p w14:paraId="4BAD205D" w14:textId="77777777" w:rsidR="00F26C4D" w:rsidRDefault="00F26C4D" w:rsidP="00F72BFD">
            <w:pPr>
              <w:spacing w:line="240" w:lineRule="auto"/>
            </w:pPr>
            <w:r>
              <w:rPr>
                <w:sz w:val="12"/>
              </w:rPr>
              <w:t>0.325</w:t>
            </w:r>
          </w:p>
        </w:tc>
        <w:tc>
          <w:tcPr>
            <w:tcW w:w="850" w:type="dxa"/>
            <w:vAlign w:val="center"/>
          </w:tcPr>
          <w:p w14:paraId="4BBF789C" w14:textId="77777777" w:rsidR="00F26C4D" w:rsidRDefault="00F26C4D" w:rsidP="00F72BFD">
            <w:pPr>
              <w:spacing w:line="240" w:lineRule="auto"/>
            </w:pPr>
            <w:r>
              <w:rPr>
                <w:sz w:val="12"/>
              </w:rPr>
              <w:t>0</w:t>
            </w:r>
          </w:p>
        </w:tc>
        <w:tc>
          <w:tcPr>
            <w:tcW w:w="860" w:type="dxa"/>
            <w:vAlign w:val="center"/>
          </w:tcPr>
          <w:p w14:paraId="0B82D6EF" w14:textId="77777777" w:rsidR="00F26C4D" w:rsidRDefault="00F26C4D" w:rsidP="00F72BFD">
            <w:pPr>
              <w:spacing w:line="240" w:lineRule="auto"/>
            </w:pPr>
            <w:r>
              <w:rPr>
                <w:sz w:val="12"/>
              </w:rPr>
              <w:t>uncertain/exploratory</w:t>
            </w:r>
          </w:p>
        </w:tc>
      </w:tr>
      <w:tr w:rsidR="00F26C4D" w14:paraId="64E755B1" w14:textId="77777777" w:rsidTr="00F72BFD">
        <w:trPr>
          <w:cantSplit/>
          <w:jc w:val="center"/>
        </w:trPr>
        <w:tc>
          <w:tcPr>
            <w:tcW w:w="850" w:type="dxa"/>
            <w:vAlign w:val="center"/>
          </w:tcPr>
          <w:p w14:paraId="7DEDF446" w14:textId="77777777" w:rsidR="00F26C4D" w:rsidRDefault="00F26C4D" w:rsidP="00F72BFD">
            <w:pPr>
              <w:spacing w:line="240" w:lineRule="auto"/>
            </w:pPr>
            <w:r>
              <w:rPr>
                <w:sz w:val="12"/>
              </w:rPr>
              <w:t>G+:G-</w:t>
            </w:r>
          </w:p>
        </w:tc>
        <w:tc>
          <w:tcPr>
            <w:tcW w:w="850" w:type="dxa"/>
            <w:vAlign w:val="center"/>
          </w:tcPr>
          <w:p w14:paraId="2CC12C20" w14:textId="77777777" w:rsidR="00F26C4D" w:rsidRDefault="00F26C4D" w:rsidP="00F72BFD">
            <w:pPr>
              <w:spacing w:line="240" w:lineRule="auto"/>
            </w:pPr>
            <w:r>
              <w:rPr>
                <w:sz w:val="12"/>
              </w:rPr>
              <w:t>habitat:day:depth</w:t>
            </w:r>
          </w:p>
        </w:tc>
        <w:tc>
          <w:tcPr>
            <w:tcW w:w="850" w:type="dxa"/>
            <w:vAlign w:val="center"/>
          </w:tcPr>
          <w:p w14:paraId="09C6837F" w14:textId="77777777" w:rsidR="00F26C4D" w:rsidRDefault="00F26C4D" w:rsidP="00F72BFD">
            <w:pPr>
              <w:spacing w:line="240" w:lineRule="auto"/>
            </w:pPr>
            <w:r>
              <w:rPr>
                <w:sz w:val="12"/>
              </w:rPr>
              <w:t>1.00</w:t>
            </w:r>
          </w:p>
        </w:tc>
        <w:tc>
          <w:tcPr>
            <w:tcW w:w="850" w:type="dxa"/>
            <w:vAlign w:val="center"/>
          </w:tcPr>
          <w:p w14:paraId="1FAF57A3" w14:textId="77777777" w:rsidR="00F26C4D" w:rsidRDefault="00F26C4D" w:rsidP="00F72BFD">
            <w:pPr>
              <w:spacing w:line="240" w:lineRule="auto"/>
            </w:pPr>
            <w:r>
              <w:rPr>
                <w:sz w:val="12"/>
              </w:rPr>
              <w:t>4</w:t>
            </w:r>
          </w:p>
        </w:tc>
        <w:tc>
          <w:tcPr>
            <w:tcW w:w="850" w:type="dxa"/>
            <w:vAlign w:val="center"/>
          </w:tcPr>
          <w:p w14:paraId="24C1BA0B" w14:textId="77777777" w:rsidR="00F26C4D" w:rsidRDefault="00F26C4D" w:rsidP="00F72BFD">
            <w:pPr>
              <w:spacing w:line="240" w:lineRule="auto"/>
            </w:pPr>
            <w:r>
              <w:rPr>
                <w:sz w:val="12"/>
              </w:rPr>
              <w:t>48.0</w:t>
            </w:r>
          </w:p>
        </w:tc>
        <w:tc>
          <w:tcPr>
            <w:tcW w:w="850" w:type="dxa"/>
            <w:vAlign w:val="center"/>
          </w:tcPr>
          <w:p w14:paraId="370B09D2" w14:textId="77777777" w:rsidR="00F26C4D" w:rsidRDefault="00F26C4D" w:rsidP="00F72BFD">
            <w:pPr>
              <w:spacing w:line="240" w:lineRule="auto"/>
            </w:pPr>
            <w:r>
              <w:rPr>
                <w:sz w:val="12"/>
              </w:rPr>
              <w:t>0.417</w:t>
            </w:r>
          </w:p>
        </w:tc>
        <w:tc>
          <w:tcPr>
            <w:tcW w:w="850" w:type="dxa"/>
            <w:vAlign w:val="center"/>
          </w:tcPr>
          <w:p w14:paraId="3D847E41" w14:textId="77777777" w:rsidR="00F26C4D" w:rsidRDefault="00F26C4D" w:rsidP="00F72BFD">
            <w:pPr>
              <w:spacing w:line="240" w:lineRule="auto"/>
            </w:pPr>
            <w:r>
              <w:rPr>
                <w:sz w:val="12"/>
              </w:rPr>
              <w:t>0.556</w:t>
            </w:r>
          </w:p>
        </w:tc>
        <w:tc>
          <w:tcPr>
            <w:tcW w:w="850" w:type="dxa"/>
            <w:vAlign w:val="center"/>
          </w:tcPr>
          <w:p w14:paraId="1EEC4999" w14:textId="77777777" w:rsidR="00F26C4D" w:rsidRDefault="00F26C4D" w:rsidP="00F72BFD">
            <w:pPr>
              <w:spacing w:line="240" w:lineRule="auto"/>
            </w:pPr>
            <w:r>
              <w:rPr>
                <w:sz w:val="12"/>
              </w:rPr>
              <w:t>0.412</w:t>
            </w:r>
          </w:p>
        </w:tc>
        <w:tc>
          <w:tcPr>
            <w:tcW w:w="850" w:type="dxa"/>
            <w:vAlign w:val="center"/>
          </w:tcPr>
          <w:p w14:paraId="69D03F15" w14:textId="77777777" w:rsidR="00F26C4D" w:rsidRDefault="00F26C4D" w:rsidP="00F72BFD">
            <w:pPr>
              <w:spacing w:line="240" w:lineRule="auto"/>
            </w:pPr>
            <w:r>
              <w:rPr>
                <w:sz w:val="12"/>
              </w:rPr>
              <w:t>0.475</w:t>
            </w:r>
          </w:p>
        </w:tc>
        <w:tc>
          <w:tcPr>
            <w:tcW w:w="850" w:type="dxa"/>
            <w:vAlign w:val="center"/>
          </w:tcPr>
          <w:p w14:paraId="7510F3EC" w14:textId="77777777" w:rsidR="00F26C4D" w:rsidRDefault="00F26C4D" w:rsidP="00F72BFD">
            <w:pPr>
              <w:spacing w:line="240" w:lineRule="auto"/>
            </w:pPr>
            <w:r>
              <w:rPr>
                <w:sz w:val="12"/>
              </w:rPr>
              <w:t>0</w:t>
            </w:r>
          </w:p>
        </w:tc>
        <w:tc>
          <w:tcPr>
            <w:tcW w:w="860" w:type="dxa"/>
            <w:vAlign w:val="center"/>
          </w:tcPr>
          <w:p w14:paraId="266AA922" w14:textId="77777777" w:rsidR="00F26C4D" w:rsidRDefault="00F26C4D" w:rsidP="00F72BFD">
            <w:pPr>
              <w:spacing w:line="240" w:lineRule="auto"/>
            </w:pPr>
            <w:r>
              <w:rPr>
                <w:sz w:val="12"/>
              </w:rPr>
              <w:t>uncertain/exploratory</w:t>
            </w:r>
          </w:p>
        </w:tc>
      </w:tr>
      <w:tr w:rsidR="00F26C4D" w14:paraId="2CF0986F" w14:textId="77777777" w:rsidTr="00F72BFD">
        <w:trPr>
          <w:cantSplit/>
          <w:jc w:val="center"/>
        </w:trPr>
        <w:tc>
          <w:tcPr>
            <w:tcW w:w="850" w:type="dxa"/>
            <w:vAlign w:val="center"/>
          </w:tcPr>
          <w:p w14:paraId="19CF4710" w14:textId="77777777" w:rsidR="00F26C4D" w:rsidRDefault="00F26C4D" w:rsidP="00F72BFD">
            <w:pPr>
              <w:spacing w:line="240" w:lineRule="auto"/>
            </w:pPr>
            <w:r>
              <w:rPr>
                <w:sz w:val="12"/>
              </w:rPr>
              <w:t>Actinomycetes</w:t>
            </w:r>
          </w:p>
        </w:tc>
        <w:tc>
          <w:tcPr>
            <w:tcW w:w="850" w:type="dxa"/>
            <w:vAlign w:val="center"/>
          </w:tcPr>
          <w:p w14:paraId="3FE5E989" w14:textId="77777777" w:rsidR="00F26C4D" w:rsidRDefault="00F26C4D" w:rsidP="00F72BFD">
            <w:pPr>
              <w:spacing w:line="240" w:lineRule="auto"/>
            </w:pPr>
            <w:r>
              <w:rPr>
                <w:sz w:val="12"/>
              </w:rPr>
              <w:t>habitat:day:depth</w:t>
            </w:r>
          </w:p>
        </w:tc>
        <w:tc>
          <w:tcPr>
            <w:tcW w:w="850" w:type="dxa"/>
            <w:vAlign w:val="center"/>
          </w:tcPr>
          <w:p w14:paraId="723CF380" w14:textId="77777777" w:rsidR="00F26C4D" w:rsidRDefault="00F26C4D" w:rsidP="00F72BFD">
            <w:pPr>
              <w:spacing w:line="240" w:lineRule="auto"/>
            </w:pPr>
            <w:r>
              <w:rPr>
                <w:sz w:val="12"/>
              </w:rPr>
              <w:t>0.86</w:t>
            </w:r>
          </w:p>
        </w:tc>
        <w:tc>
          <w:tcPr>
            <w:tcW w:w="850" w:type="dxa"/>
            <w:vAlign w:val="center"/>
          </w:tcPr>
          <w:p w14:paraId="27566153" w14:textId="77777777" w:rsidR="00F26C4D" w:rsidRDefault="00F26C4D" w:rsidP="00F72BFD">
            <w:pPr>
              <w:spacing w:line="240" w:lineRule="auto"/>
            </w:pPr>
            <w:r>
              <w:rPr>
                <w:sz w:val="12"/>
              </w:rPr>
              <w:t>4</w:t>
            </w:r>
          </w:p>
        </w:tc>
        <w:tc>
          <w:tcPr>
            <w:tcW w:w="850" w:type="dxa"/>
            <w:vAlign w:val="center"/>
          </w:tcPr>
          <w:p w14:paraId="37E06F51" w14:textId="77777777" w:rsidR="00F26C4D" w:rsidRDefault="00F26C4D" w:rsidP="00F72BFD">
            <w:pPr>
              <w:spacing w:line="240" w:lineRule="auto"/>
            </w:pPr>
            <w:r>
              <w:rPr>
                <w:sz w:val="12"/>
              </w:rPr>
              <w:t>48.0</w:t>
            </w:r>
          </w:p>
        </w:tc>
        <w:tc>
          <w:tcPr>
            <w:tcW w:w="850" w:type="dxa"/>
            <w:vAlign w:val="center"/>
          </w:tcPr>
          <w:p w14:paraId="381B38D0" w14:textId="77777777" w:rsidR="00F26C4D" w:rsidRDefault="00F26C4D" w:rsidP="00F72BFD">
            <w:pPr>
              <w:spacing w:line="240" w:lineRule="auto"/>
            </w:pPr>
            <w:r>
              <w:rPr>
                <w:sz w:val="12"/>
              </w:rPr>
              <w:t>0.494</w:t>
            </w:r>
          </w:p>
        </w:tc>
        <w:tc>
          <w:tcPr>
            <w:tcW w:w="850" w:type="dxa"/>
            <w:vAlign w:val="center"/>
          </w:tcPr>
          <w:p w14:paraId="075F5ADC" w14:textId="77777777" w:rsidR="00F26C4D" w:rsidRDefault="00F26C4D" w:rsidP="00F72BFD">
            <w:pPr>
              <w:spacing w:line="240" w:lineRule="auto"/>
            </w:pPr>
            <w:r>
              <w:rPr>
                <w:sz w:val="12"/>
              </w:rPr>
              <w:t>0.565</w:t>
            </w:r>
          </w:p>
        </w:tc>
        <w:tc>
          <w:tcPr>
            <w:tcW w:w="850" w:type="dxa"/>
            <w:vAlign w:val="center"/>
          </w:tcPr>
          <w:p w14:paraId="702D4E7C" w14:textId="77777777" w:rsidR="00F26C4D" w:rsidRDefault="00F26C4D" w:rsidP="00F72BFD">
            <w:pPr>
              <w:spacing w:line="240" w:lineRule="auto"/>
            </w:pPr>
            <w:r>
              <w:rPr>
                <w:sz w:val="12"/>
              </w:rPr>
              <w:t>0.507</w:t>
            </w:r>
          </w:p>
        </w:tc>
        <w:tc>
          <w:tcPr>
            <w:tcW w:w="850" w:type="dxa"/>
            <w:vAlign w:val="center"/>
          </w:tcPr>
          <w:p w14:paraId="1528DD77" w14:textId="77777777" w:rsidR="00F26C4D" w:rsidRDefault="00F26C4D" w:rsidP="00F72BFD">
            <w:pPr>
              <w:spacing w:line="240" w:lineRule="auto"/>
            </w:pPr>
            <w:r>
              <w:rPr>
                <w:sz w:val="12"/>
              </w:rPr>
              <w:t>0.495</w:t>
            </w:r>
          </w:p>
        </w:tc>
        <w:tc>
          <w:tcPr>
            <w:tcW w:w="850" w:type="dxa"/>
            <w:vAlign w:val="center"/>
          </w:tcPr>
          <w:p w14:paraId="5BC4DFCB" w14:textId="77777777" w:rsidR="00F26C4D" w:rsidRDefault="00F26C4D" w:rsidP="00F72BFD">
            <w:pPr>
              <w:spacing w:line="240" w:lineRule="auto"/>
            </w:pPr>
            <w:r>
              <w:rPr>
                <w:sz w:val="12"/>
              </w:rPr>
              <w:t>0</w:t>
            </w:r>
          </w:p>
        </w:tc>
        <w:tc>
          <w:tcPr>
            <w:tcW w:w="860" w:type="dxa"/>
            <w:vAlign w:val="center"/>
          </w:tcPr>
          <w:p w14:paraId="2ACA461D" w14:textId="77777777" w:rsidR="00F26C4D" w:rsidRDefault="00F26C4D" w:rsidP="00F72BFD">
            <w:pPr>
              <w:spacing w:line="240" w:lineRule="auto"/>
            </w:pPr>
            <w:r>
              <w:rPr>
                <w:sz w:val="12"/>
              </w:rPr>
              <w:t>uncertain/exploratory</w:t>
            </w:r>
          </w:p>
        </w:tc>
      </w:tr>
      <w:tr w:rsidR="00F26C4D" w14:paraId="75305F54" w14:textId="77777777" w:rsidTr="00F72BFD">
        <w:trPr>
          <w:cantSplit/>
          <w:jc w:val="center"/>
        </w:trPr>
        <w:tc>
          <w:tcPr>
            <w:tcW w:w="850" w:type="dxa"/>
            <w:vAlign w:val="center"/>
          </w:tcPr>
          <w:p w14:paraId="2514A242" w14:textId="77777777" w:rsidR="00F26C4D" w:rsidRDefault="00F26C4D" w:rsidP="00F72BFD">
            <w:pPr>
              <w:spacing w:line="240" w:lineRule="auto"/>
            </w:pPr>
            <w:r>
              <w:rPr>
                <w:sz w:val="12"/>
              </w:rPr>
              <w:t>Fungi</w:t>
            </w:r>
          </w:p>
        </w:tc>
        <w:tc>
          <w:tcPr>
            <w:tcW w:w="850" w:type="dxa"/>
            <w:vAlign w:val="center"/>
          </w:tcPr>
          <w:p w14:paraId="23A17FD7" w14:textId="77777777" w:rsidR="00F26C4D" w:rsidRDefault="00F26C4D" w:rsidP="00F72BFD">
            <w:pPr>
              <w:spacing w:line="240" w:lineRule="auto"/>
            </w:pPr>
            <w:r>
              <w:rPr>
                <w:sz w:val="12"/>
              </w:rPr>
              <w:t>habitat:day:depth</w:t>
            </w:r>
          </w:p>
        </w:tc>
        <w:tc>
          <w:tcPr>
            <w:tcW w:w="850" w:type="dxa"/>
            <w:vAlign w:val="center"/>
          </w:tcPr>
          <w:p w14:paraId="05B227FC" w14:textId="77777777" w:rsidR="00F26C4D" w:rsidRDefault="00F26C4D" w:rsidP="00F72BFD">
            <w:pPr>
              <w:spacing w:line="240" w:lineRule="auto"/>
            </w:pPr>
            <w:r>
              <w:rPr>
                <w:sz w:val="12"/>
              </w:rPr>
              <w:t>0.57</w:t>
            </w:r>
          </w:p>
        </w:tc>
        <w:tc>
          <w:tcPr>
            <w:tcW w:w="850" w:type="dxa"/>
            <w:vAlign w:val="center"/>
          </w:tcPr>
          <w:p w14:paraId="1EB4AFF6" w14:textId="77777777" w:rsidR="00F26C4D" w:rsidRDefault="00F26C4D" w:rsidP="00F72BFD">
            <w:pPr>
              <w:spacing w:line="240" w:lineRule="auto"/>
            </w:pPr>
            <w:r>
              <w:rPr>
                <w:sz w:val="12"/>
              </w:rPr>
              <w:t>4</w:t>
            </w:r>
          </w:p>
        </w:tc>
        <w:tc>
          <w:tcPr>
            <w:tcW w:w="850" w:type="dxa"/>
            <w:vAlign w:val="center"/>
          </w:tcPr>
          <w:p w14:paraId="14CF39CD" w14:textId="77777777" w:rsidR="00F26C4D" w:rsidRDefault="00F26C4D" w:rsidP="00F72BFD">
            <w:pPr>
              <w:spacing w:line="240" w:lineRule="auto"/>
            </w:pPr>
            <w:r>
              <w:rPr>
                <w:sz w:val="12"/>
              </w:rPr>
              <w:t>48.0</w:t>
            </w:r>
          </w:p>
        </w:tc>
        <w:tc>
          <w:tcPr>
            <w:tcW w:w="850" w:type="dxa"/>
            <w:vAlign w:val="center"/>
          </w:tcPr>
          <w:p w14:paraId="6CE9213F" w14:textId="77777777" w:rsidR="00F26C4D" w:rsidRDefault="00F26C4D" w:rsidP="00F72BFD">
            <w:pPr>
              <w:spacing w:line="240" w:lineRule="auto"/>
            </w:pPr>
            <w:r>
              <w:rPr>
                <w:sz w:val="12"/>
              </w:rPr>
              <w:t>0.684</w:t>
            </w:r>
          </w:p>
        </w:tc>
        <w:tc>
          <w:tcPr>
            <w:tcW w:w="850" w:type="dxa"/>
            <w:vAlign w:val="center"/>
          </w:tcPr>
          <w:p w14:paraId="46AD5B6F" w14:textId="77777777" w:rsidR="00F26C4D" w:rsidRDefault="00F26C4D" w:rsidP="00F72BFD">
            <w:pPr>
              <w:spacing w:line="240" w:lineRule="auto"/>
            </w:pPr>
            <w:r>
              <w:rPr>
                <w:sz w:val="12"/>
              </w:rPr>
              <w:t>0.684</w:t>
            </w:r>
          </w:p>
        </w:tc>
        <w:tc>
          <w:tcPr>
            <w:tcW w:w="850" w:type="dxa"/>
            <w:vAlign w:val="center"/>
          </w:tcPr>
          <w:p w14:paraId="03997A62" w14:textId="77777777" w:rsidR="00F26C4D" w:rsidRDefault="00F26C4D" w:rsidP="00F72BFD">
            <w:pPr>
              <w:spacing w:line="240" w:lineRule="auto"/>
            </w:pPr>
            <w:r>
              <w:rPr>
                <w:sz w:val="12"/>
              </w:rPr>
              <w:t>0.614</w:t>
            </w:r>
          </w:p>
        </w:tc>
        <w:tc>
          <w:tcPr>
            <w:tcW w:w="850" w:type="dxa"/>
            <w:vAlign w:val="center"/>
          </w:tcPr>
          <w:p w14:paraId="31F8B8E6" w14:textId="77777777" w:rsidR="00F26C4D" w:rsidRDefault="00F26C4D" w:rsidP="00F72BFD">
            <w:pPr>
              <w:spacing w:line="240" w:lineRule="auto"/>
            </w:pPr>
            <w:r>
              <w:rPr>
                <w:sz w:val="12"/>
              </w:rPr>
              <w:t>0.685</w:t>
            </w:r>
          </w:p>
        </w:tc>
        <w:tc>
          <w:tcPr>
            <w:tcW w:w="850" w:type="dxa"/>
            <w:vAlign w:val="center"/>
          </w:tcPr>
          <w:p w14:paraId="2DDA2B58" w14:textId="77777777" w:rsidR="00F26C4D" w:rsidRDefault="00F26C4D" w:rsidP="00F72BFD">
            <w:pPr>
              <w:spacing w:line="240" w:lineRule="auto"/>
            </w:pPr>
            <w:r>
              <w:rPr>
                <w:sz w:val="12"/>
              </w:rPr>
              <w:t>0</w:t>
            </w:r>
          </w:p>
        </w:tc>
        <w:tc>
          <w:tcPr>
            <w:tcW w:w="860" w:type="dxa"/>
            <w:vAlign w:val="center"/>
          </w:tcPr>
          <w:p w14:paraId="25BD9601" w14:textId="77777777" w:rsidR="00F26C4D" w:rsidRDefault="00F26C4D" w:rsidP="00F72BFD">
            <w:pPr>
              <w:spacing w:line="240" w:lineRule="auto"/>
            </w:pPr>
            <w:r>
              <w:rPr>
                <w:sz w:val="12"/>
              </w:rPr>
              <w:t>uncertain/exploratory</w:t>
            </w:r>
          </w:p>
        </w:tc>
      </w:tr>
    </w:tbl>
    <w:p w14:paraId="5BC617D8" w14:textId="77777777" w:rsidR="00F26C4D" w:rsidRDefault="00F26C4D" w:rsidP="00F26C4D">
      <w:r>
        <w:br w:type="page"/>
      </w:r>
    </w:p>
    <w:p w14:paraId="598D9CE6" w14:textId="77777777" w:rsidR="00F26C4D" w:rsidRDefault="00F26C4D" w:rsidP="00F26C4D">
      <w:pPr>
        <w:pStyle w:val="21"/>
      </w:pPr>
      <w:r>
        <w:rPr>
          <w:rFonts w:ascii="Times New Roman" w:eastAsia="Times New Roman" w:hAnsi="Times New Roman"/>
        </w:rPr>
        <w:lastRenderedPageBreak/>
        <w:t>Supplementary Table S3. Model-estimated changes from Day 0 by habitat and depth</w:t>
      </w:r>
    </w:p>
    <w:tbl>
      <w:tblPr>
        <w:tblStyle w:val="aff1"/>
        <w:tblW w:w="9360" w:type="dxa"/>
        <w:jc w:val="center"/>
        <w:tblLayout w:type="fixed"/>
        <w:tblLook w:val="04A0" w:firstRow="1" w:lastRow="0" w:firstColumn="1" w:lastColumn="0" w:noHBand="0" w:noVBand="1"/>
      </w:tblPr>
      <w:tblGrid>
        <w:gridCol w:w="1040"/>
        <w:gridCol w:w="1040"/>
        <w:gridCol w:w="1040"/>
        <w:gridCol w:w="1040"/>
        <w:gridCol w:w="1040"/>
        <w:gridCol w:w="1040"/>
        <w:gridCol w:w="1040"/>
        <w:gridCol w:w="1040"/>
        <w:gridCol w:w="1040"/>
      </w:tblGrid>
      <w:tr w:rsidR="00F26C4D" w14:paraId="2FB12215" w14:textId="77777777" w:rsidTr="00F72BFD">
        <w:trPr>
          <w:tblHeader/>
          <w:jc w:val="center"/>
        </w:trPr>
        <w:tc>
          <w:tcPr>
            <w:tcW w:w="1040" w:type="dxa"/>
            <w:shd w:val="clear" w:color="auto" w:fill="E8EEF5"/>
          </w:tcPr>
          <w:p w14:paraId="28C8FED2" w14:textId="77777777" w:rsidR="00F26C4D" w:rsidRDefault="00F26C4D" w:rsidP="00F72BFD">
            <w:pPr>
              <w:spacing w:line="240" w:lineRule="auto"/>
            </w:pPr>
            <w:r>
              <w:rPr>
                <w:b/>
                <w:sz w:val="13"/>
              </w:rPr>
              <w:t>Outcome</w:t>
            </w:r>
          </w:p>
        </w:tc>
        <w:tc>
          <w:tcPr>
            <w:tcW w:w="1040" w:type="dxa"/>
            <w:shd w:val="clear" w:color="auto" w:fill="E8EEF5"/>
          </w:tcPr>
          <w:p w14:paraId="41E47AE8" w14:textId="77777777" w:rsidR="00F26C4D" w:rsidRDefault="00F26C4D" w:rsidP="00F72BFD">
            <w:pPr>
              <w:spacing w:line="240" w:lineRule="auto"/>
            </w:pPr>
            <w:r>
              <w:rPr>
                <w:b/>
                <w:sz w:val="13"/>
              </w:rPr>
              <w:t>Habitat</w:t>
            </w:r>
          </w:p>
        </w:tc>
        <w:tc>
          <w:tcPr>
            <w:tcW w:w="1040" w:type="dxa"/>
            <w:shd w:val="clear" w:color="auto" w:fill="E8EEF5"/>
          </w:tcPr>
          <w:p w14:paraId="754BEE18" w14:textId="77777777" w:rsidR="00F26C4D" w:rsidRDefault="00F26C4D" w:rsidP="00F72BFD">
            <w:pPr>
              <w:spacing w:line="240" w:lineRule="auto"/>
            </w:pPr>
            <w:r>
              <w:rPr>
                <w:b/>
                <w:sz w:val="13"/>
              </w:rPr>
              <w:t>Depth (cm)</w:t>
            </w:r>
          </w:p>
        </w:tc>
        <w:tc>
          <w:tcPr>
            <w:tcW w:w="1040" w:type="dxa"/>
            <w:shd w:val="clear" w:color="auto" w:fill="E8EEF5"/>
          </w:tcPr>
          <w:p w14:paraId="7CFA0A6C" w14:textId="77777777" w:rsidR="00F26C4D" w:rsidRDefault="00F26C4D" w:rsidP="00F72BFD">
            <w:pPr>
              <w:spacing w:line="240" w:lineRule="auto"/>
            </w:pPr>
            <w:r>
              <w:rPr>
                <w:b/>
                <w:sz w:val="13"/>
              </w:rPr>
              <w:t>Contrast</w:t>
            </w:r>
          </w:p>
        </w:tc>
        <w:tc>
          <w:tcPr>
            <w:tcW w:w="1040" w:type="dxa"/>
            <w:shd w:val="clear" w:color="auto" w:fill="E8EEF5"/>
          </w:tcPr>
          <w:p w14:paraId="1F6ECD3E" w14:textId="77777777" w:rsidR="00F26C4D" w:rsidRDefault="00F26C4D" w:rsidP="00F72BFD">
            <w:pPr>
              <w:spacing w:line="240" w:lineRule="auto"/>
            </w:pPr>
            <w:r>
              <w:rPr>
                <w:b/>
                <w:sz w:val="13"/>
              </w:rPr>
              <w:t>Estimate</w:t>
            </w:r>
          </w:p>
        </w:tc>
        <w:tc>
          <w:tcPr>
            <w:tcW w:w="1040" w:type="dxa"/>
            <w:shd w:val="clear" w:color="auto" w:fill="E8EEF5"/>
          </w:tcPr>
          <w:p w14:paraId="78C48EAC" w14:textId="77777777" w:rsidR="00F26C4D" w:rsidRDefault="00F26C4D" w:rsidP="00F72BFD">
            <w:pPr>
              <w:spacing w:line="240" w:lineRule="auto"/>
            </w:pPr>
            <w:r>
              <w:rPr>
                <w:b/>
                <w:sz w:val="13"/>
              </w:rPr>
              <w:t>SE</w:t>
            </w:r>
          </w:p>
        </w:tc>
        <w:tc>
          <w:tcPr>
            <w:tcW w:w="1040" w:type="dxa"/>
            <w:shd w:val="clear" w:color="auto" w:fill="E8EEF5"/>
          </w:tcPr>
          <w:p w14:paraId="27A263CF" w14:textId="77777777" w:rsidR="00F26C4D" w:rsidRDefault="00F26C4D" w:rsidP="00F72BFD">
            <w:pPr>
              <w:spacing w:line="240" w:lineRule="auto"/>
            </w:pPr>
            <w:r>
              <w:rPr>
                <w:b/>
                <w:sz w:val="13"/>
              </w:rPr>
              <w:t>df</w:t>
            </w:r>
          </w:p>
        </w:tc>
        <w:tc>
          <w:tcPr>
            <w:tcW w:w="1040" w:type="dxa"/>
            <w:shd w:val="clear" w:color="auto" w:fill="E8EEF5"/>
          </w:tcPr>
          <w:p w14:paraId="1BDBB17A" w14:textId="77777777" w:rsidR="00F26C4D" w:rsidRDefault="00F26C4D" w:rsidP="00F72BFD">
            <w:pPr>
              <w:spacing w:line="240" w:lineRule="auto"/>
            </w:pPr>
            <w:r>
              <w:rPr>
                <w:b/>
                <w:sz w:val="13"/>
              </w:rPr>
              <w:t>95% CI</w:t>
            </w:r>
          </w:p>
        </w:tc>
        <w:tc>
          <w:tcPr>
            <w:tcW w:w="1040" w:type="dxa"/>
            <w:shd w:val="clear" w:color="auto" w:fill="E8EEF5"/>
          </w:tcPr>
          <w:p w14:paraId="56344E6A" w14:textId="77777777" w:rsidR="00F26C4D" w:rsidRDefault="00F26C4D" w:rsidP="00F72BFD">
            <w:pPr>
              <w:spacing w:line="240" w:lineRule="auto"/>
            </w:pPr>
            <w:r>
              <w:rPr>
                <w:b/>
                <w:sz w:val="13"/>
              </w:rPr>
              <w:t>P</w:t>
            </w:r>
          </w:p>
        </w:tc>
      </w:tr>
      <w:tr w:rsidR="00F26C4D" w14:paraId="6B164C23" w14:textId="77777777" w:rsidTr="00F72BFD">
        <w:trPr>
          <w:cantSplit/>
          <w:jc w:val="center"/>
        </w:trPr>
        <w:tc>
          <w:tcPr>
            <w:tcW w:w="1040" w:type="dxa"/>
            <w:vAlign w:val="center"/>
          </w:tcPr>
          <w:p w14:paraId="397556D9" w14:textId="77777777" w:rsidR="00F26C4D" w:rsidRDefault="00F26C4D" w:rsidP="00F72BFD">
            <w:pPr>
              <w:spacing w:line="240" w:lineRule="auto"/>
            </w:pPr>
            <w:r>
              <w:rPr>
                <w:sz w:val="13"/>
              </w:rPr>
              <w:t>Actinomycetes</w:t>
            </w:r>
          </w:p>
        </w:tc>
        <w:tc>
          <w:tcPr>
            <w:tcW w:w="1040" w:type="dxa"/>
            <w:vAlign w:val="center"/>
          </w:tcPr>
          <w:p w14:paraId="659186CA" w14:textId="77777777" w:rsidR="00F26C4D" w:rsidRDefault="00F26C4D" w:rsidP="00F72BFD">
            <w:pPr>
              <w:spacing w:line="240" w:lineRule="auto"/>
            </w:pPr>
            <w:r>
              <w:rPr>
                <w:sz w:val="13"/>
              </w:rPr>
              <w:t>Swamp meadow</w:t>
            </w:r>
          </w:p>
        </w:tc>
        <w:tc>
          <w:tcPr>
            <w:tcW w:w="1040" w:type="dxa"/>
            <w:vAlign w:val="center"/>
          </w:tcPr>
          <w:p w14:paraId="1AECE9EC" w14:textId="77777777" w:rsidR="00F26C4D" w:rsidRDefault="00F26C4D" w:rsidP="00F72BFD">
            <w:pPr>
              <w:spacing w:line="240" w:lineRule="auto"/>
            </w:pPr>
            <w:r>
              <w:rPr>
                <w:sz w:val="13"/>
              </w:rPr>
              <w:t>0-5</w:t>
            </w:r>
          </w:p>
        </w:tc>
        <w:tc>
          <w:tcPr>
            <w:tcW w:w="1040" w:type="dxa"/>
            <w:vAlign w:val="center"/>
          </w:tcPr>
          <w:p w14:paraId="0DD6C3DA" w14:textId="77777777" w:rsidR="00F26C4D" w:rsidRDefault="00F26C4D" w:rsidP="00F72BFD">
            <w:pPr>
              <w:spacing w:line="240" w:lineRule="auto"/>
            </w:pPr>
            <w:r>
              <w:rPr>
                <w:sz w:val="13"/>
              </w:rPr>
              <w:t>Day 13 - Day 0</w:t>
            </w:r>
          </w:p>
        </w:tc>
        <w:tc>
          <w:tcPr>
            <w:tcW w:w="1040" w:type="dxa"/>
            <w:vAlign w:val="center"/>
          </w:tcPr>
          <w:p w14:paraId="03242FC1" w14:textId="77777777" w:rsidR="00F26C4D" w:rsidRDefault="00F26C4D" w:rsidP="00F72BFD">
            <w:pPr>
              <w:spacing w:line="240" w:lineRule="auto"/>
            </w:pPr>
            <w:r>
              <w:rPr>
                <w:sz w:val="13"/>
              </w:rPr>
              <w:t>0.019</w:t>
            </w:r>
          </w:p>
        </w:tc>
        <w:tc>
          <w:tcPr>
            <w:tcW w:w="1040" w:type="dxa"/>
            <w:vAlign w:val="center"/>
          </w:tcPr>
          <w:p w14:paraId="1E48C360" w14:textId="77777777" w:rsidR="00F26C4D" w:rsidRDefault="00F26C4D" w:rsidP="00F72BFD">
            <w:pPr>
              <w:spacing w:line="240" w:lineRule="auto"/>
            </w:pPr>
            <w:r>
              <w:rPr>
                <w:sz w:val="13"/>
              </w:rPr>
              <w:t>0.446</w:t>
            </w:r>
          </w:p>
        </w:tc>
        <w:tc>
          <w:tcPr>
            <w:tcW w:w="1040" w:type="dxa"/>
            <w:vAlign w:val="center"/>
          </w:tcPr>
          <w:p w14:paraId="687BFF8F" w14:textId="77777777" w:rsidR="00F26C4D" w:rsidRDefault="00F26C4D" w:rsidP="00F72BFD">
            <w:pPr>
              <w:spacing w:line="240" w:lineRule="auto"/>
            </w:pPr>
            <w:r>
              <w:rPr>
                <w:sz w:val="13"/>
              </w:rPr>
              <w:t>48.0</w:t>
            </w:r>
          </w:p>
        </w:tc>
        <w:tc>
          <w:tcPr>
            <w:tcW w:w="1040" w:type="dxa"/>
            <w:vAlign w:val="center"/>
          </w:tcPr>
          <w:p w14:paraId="7807FEF1" w14:textId="77777777" w:rsidR="00F26C4D" w:rsidRDefault="00F26C4D" w:rsidP="00F72BFD">
            <w:pPr>
              <w:spacing w:line="240" w:lineRule="auto"/>
            </w:pPr>
            <w:r>
              <w:rPr>
                <w:sz w:val="13"/>
              </w:rPr>
              <w:t>-0.877 to 0.915</w:t>
            </w:r>
          </w:p>
        </w:tc>
        <w:tc>
          <w:tcPr>
            <w:tcW w:w="1040" w:type="dxa"/>
            <w:vAlign w:val="center"/>
          </w:tcPr>
          <w:p w14:paraId="65CC5644" w14:textId="77777777" w:rsidR="00F26C4D" w:rsidRDefault="00F26C4D" w:rsidP="00F72BFD">
            <w:pPr>
              <w:spacing w:line="240" w:lineRule="auto"/>
            </w:pPr>
            <w:r>
              <w:rPr>
                <w:sz w:val="13"/>
              </w:rPr>
              <w:t>0.966</w:t>
            </w:r>
          </w:p>
        </w:tc>
      </w:tr>
      <w:tr w:rsidR="00F26C4D" w14:paraId="698578BD" w14:textId="77777777" w:rsidTr="00F72BFD">
        <w:trPr>
          <w:cantSplit/>
          <w:jc w:val="center"/>
        </w:trPr>
        <w:tc>
          <w:tcPr>
            <w:tcW w:w="1040" w:type="dxa"/>
            <w:vAlign w:val="center"/>
          </w:tcPr>
          <w:p w14:paraId="5173C7F6" w14:textId="77777777" w:rsidR="00F26C4D" w:rsidRDefault="00F26C4D" w:rsidP="00F72BFD">
            <w:pPr>
              <w:spacing w:line="240" w:lineRule="auto"/>
            </w:pPr>
            <w:r>
              <w:rPr>
                <w:sz w:val="13"/>
              </w:rPr>
              <w:t>Actinomycetes</w:t>
            </w:r>
          </w:p>
        </w:tc>
        <w:tc>
          <w:tcPr>
            <w:tcW w:w="1040" w:type="dxa"/>
            <w:vAlign w:val="center"/>
          </w:tcPr>
          <w:p w14:paraId="61CAFBE9" w14:textId="77777777" w:rsidR="00F26C4D" w:rsidRDefault="00F26C4D" w:rsidP="00F72BFD">
            <w:pPr>
              <w:spacing w:line="240" w:lineRule="auto"/>
            </w:pPr>
            <w:r>
              <w:rPr>
                <w:sz w:val="13"/>
              </w:rPr>
              <w:t>Swamp meadow</w:t>
            </w:r>
          </w:p>
        </w:tc>
        <w:tc>
          <w:tcPr>
            <w:tcW w:w="1040" w:type="dxa"/>
            <w:vAlign w:val="center"/>
          </w:tcPr>
          <w:p w14:paraId="432F07CA" w14:textId="77777777" w:rsidR="00F26C4D" w:rsidRDefault="00F26C4D" w:rsidP="00F72BFD">
            <w:pPr>
              <w:spacing w:line="240" w:lineRule="auto"/>
            </w:pPr>
            <w:r>
              <w:rPr>
                <w:sz w:val="13"/>
              </w:rPr>
              <w:t>0-5</w:t>
            </w:r>
          </w:p>
        </w:tc>
        <w:tc>
          <w:tcPr>
            <w:tcW w:w="1040" w:type="dxa"/>
            <w:vAlign w:val="center"/>
          </w:tcPr>
          <w:p w14:paraId="7E4AAAAB" w14:textId="77777777" w:rsidR="00F26C4D" w:rsidRDefault="00F26C4D" w:rsidP="00F72BFD">
            <w:pPr>
              <w:spacing w:line="240" w:lineRule="auto"/>
            </w:pPr>
            <w:r>
              <w:rPr>
                <w:sz w:val="13"/>
              </w:rPr>
              <w:t>Day 40 - Day 0</w:t>
            </w:r>
          </w:p>
        </w:tc>
        <w:tc>
          <w:tcPr>
            <w:tcW w:w="1040" w:type="dxa"/>
            <w:vAlign w:val="center"/>
          </w:tcPr>
          <w:p w14:paraId="11825D9B" w14:textId="77777777" w:rsidR="00F26C4D" w:rsidRDefault="00F26C4D" w:rsidP="00F72BFD">
            <w:pPr>
              <w:spacing w:line="240" w:lineRule="auto"/>
            </w:pPr>
            <w:r>
              <w:rPr>
                <w:sz w:val="13"/>
              </w:rPr>
              <w:t>-0.042</w:t>
            </w:r>
          </w:p>
        </w:tc>
        <w:tc>
          <w:tcPr>
            <w:tcW w:w="1040" w:type="dxa"/>
            <w:vAlign w:val="center"/>
          </w:tcPr>
          <w:p w14:paraId="514DC3F9" w14:textId="77777777" w:rsidR="00F26C4D" w:rsidRDefault="00F26C4D" w:rsidP="00F72BFD">
            <w:pPr>
              <w:spacing w:line="240" w:lineRule="auto"/>
            </w:pPr>
            <w:r>
              <w:rPr>
                <w:sz w:val="13"/>
              </w:rPr>
              <w:t>0.446</w:t>
            </w:r>
          </w:p>
        </w:tc>
        <w:tc>
          <w:tcPr>
            <w:tcW w:w="1040" w:type="dxa"/>
            <w:vAlign w:val="center"/>
          </w:tcPr>
          <w:p w14:paraId="2F63F7EE" w14:textId="77777777" w:rsidR="00F26C4D" w:rsidRDefault="00F26C4D" w:rsidP="00F72BFD">
            <w:pPr>
              <w:spacing w:line="240" w:lineRule="auto"/>
            </w:pPr>
            <w:r>
              <w:rPr>
                <w:sz w:val="13"/>
              </w:rPr>
              <w:t>48.0</w:t>
            </w:r>
          </w:p>
        </w:tc>
        <w:tc>
          <w:tcPr>
            <w:tcW w:w="1040" w:type="dxa"/>
            <w:vAlign w:val="center"/>
          </w:tcPr>
          <w:p w14:paraId="292B4273" w14:textId="77777777" w:rsidR="00F26C4D" w:rsidRDefault="00F26C4D" w:rsidP="00F72BFD">
            <w:pPr>
              <w:spacing w:line="240" w:lineRule="auto"/>
            </w:pPr>
            <w:r>
              <w:rPr>
                <w:sz w:val="13"/>
              </w:rPr>
              <w:t>-0.938 to 0.854</w:t>
            </w:r>
          </w:p>
        </w:tc>
        <w:tc>
          <w:tcPr>
            <w:tcW w:w="1040" w:type="dxa"/>
            <w:vAlign w:val="center"/>
          </w:tcPr>
          <w:p w14:paraId="7BA0F936" w14:textId="77777777" w:rsidR="00F26C4D" w:rsidRDefault="00F26C4D" w:rsidP="00F72BFD">
            <w:pPr>
              <w:spacing w:line="240" w:lineRule="auto"/>
            </w:pPr>
            <w:r>
              <w:rPr>
                <w:sz w:val="13"/>
              </w:rPr>
              <w:t>0.926</w:t>
            </w:r>
          </w:p>
        </w:tc>
      </w:tr>
      <w:tr w:rsidR="00F26C4D" w14:paraId="18C7F584" w14:textId="77777777" w:rsidTr="00F72BFD">
        <w:trPr>
          <w:cantSplit/>
          <w:jc w:val="center"/>
        </w:trPr>
        <w:tc>
          <w:tcPr>
            <w:tcW w:w="1040" w:type="dxa"/>
            <w:vAlign w:val="center"/>
          </w:tcPr>
          <w:p w14:paraId="4075C8B2" w14:textId="77777777" w:rsidR="00F26C4D" w:rsidRDefault="00F26C4D" w:rsidP="00F72BFD">
            <w:pPr>
              <w:spacing w:line="240" w:lineRule="auto"/>
            </w:pPr>
            <w:r>
              <w:rPr>
                <w:sz w:val="13"/>
              </w:rPr>
              <w:t>Actinomycetes</w:t>
            </w:r>
          </w:p>
        </w:tc>
        <w:tc>
          <w:tcPr>
            <w:tcW w:w="1040" w:type="dxa"/>
            <w:vAlign w:val="center"/>
          </w:tcPr>
          <w:p w14:paraId="01A12CEF" w14:textId="77777777" w:rsidR="00F26C4D" w:rsidRDefault="00F26C4D" w:rsidP="00F72BFD">
            <w:pPr>
              <w:spacing w:line="240" w:lineRule="auto"/>
            </w:pPr>
            <w:r>
              <w:rPr>
                <w:sz w:val="13"/>
              </w:rPr>
              <w:t>Meadow</w:t>
            </w:r>
          </w:p>
        </w:tc>
        <w:tc>
          <w:tcPr>
            <w:tcW w:w="1040" w:type="dxa"/>
            <w:vAlign w:val="center"/>
          </w:tcPr>
          <w:p w14:paraId="1F457F41" w14:textId="77777777" w:rsidR="00F26C4D" w:rsidRDefault="00F26C4D" w:rsidP="00F72BFD">
            <w:pPr>
              <w:spacing w:line="240" w:lineRule="auto"/>
            </w:pPr>
            <w:r>
              <w:rPr>
                <w:sz w:val="13"/>
              </w:rPr>
              <w:t>0-5</w:t>
            </w:r>
          </w:p>
        </w:tc>
        <w:tc>
          <w:tcPr>
            <w:tcW w:w="1040" w:type="dxa"/>
            <w:vAlign w:val="center"/>
          </w:tcPr>
          <w:p w14:paraId="482F9D75" w14:textId="77777777" w:rsidR="00F26C4D" w:rsidRDefault="00F26C4D" w:rsidP="00F72BFD">
            <w:pPr>
              <w:spacing w:line="240" w:lineRule="auto"/>
            </w:pPr>
            <w:r>
              <w:rPr>
                <w:sz w:val="13"/>
              </w:rPr>
              <w:t>Day 13 - Day 0</w:t>
            </w:r>
          </w:p>
        </w:tc>
        <w:tc>
          <w:tcPr>
            <w:tcW w:w="1040" w:type="dxa"/>
            <w:vAlign w:val="center"/>
          </w:tcPr>
          <w:p w14:paraId="65B8635C" w14:textId="77777777" w:rsidR="00F26C4D" w:rsidRDefault="00F26C4D" w:rsidP="00F72BFD">
            <w:pPr>
              <w:spacing w:line="240" w:lineRule="auto"/>
            </w:pPr>
            <w:r>
              <w:rPr>
                <w:sz w:val="13"/>
              </w:rPr>
              <w:t>1.398</w:t>
            </w:r>
          </w:p>
        </w:tc>
        <w:tc>
          <w:tcPr>
            <w:tcW w:w="1040" w:type="dxa"/>
            <w:vAlign w:val="center"/>
          </w:tcPr>
          <w:p w14:paraId="6DC8BE73" w14:textId="77777777" w:rsidR="00F26C4D" w:rsidRDefault="00F26C4D" w:rsidP="00F72BFD">
            <w:pPr>
              <w:spacing w:line="240" w:lineRule="auto"/>
            </w:pPr>
            <w:r>
              <w:rPr>
                <w:sz w:val="13"/>
              </w:rPr>
              <w:t>0.446</w:t>
            </w:r>
          </w:p>
        </w:tc>
        <w:tc>
          <w:tcPr>
            <w:tcW w:w="1040" w:type="dxa"/>
            <w:vAlign w:val="center"/>
          </w:tcPr>
          <w:p w14:paraId="493F2F8C" w14:textId="77777777" w:rsidR="00F26C4D" w:rsidRDefault="00F26C4D" w:rsidP="00F72BFD">
            <w:pPr>
              <w:spacing w:line="240" w:lineRule="auto"/>
            </w:pPr>
            <w:r>
              <w:rPr>
                <w:sz w:val="13"/>
              </w:rPr>
              <w:t>48.0</w:t>
            </w:r>
          </w:p>
        </w:tc>
        <w:tc>
          <w:tcPr>
            <w:tcW w:w="1040" w:type="dxa"/>
            <w:vAlign w:val="center"/>
          </w:tcPr>
          <w:p w14:paraId="180FEBBF" w14:textId="77777777" w:rsidR="00F26C4D" w:rsidRDefault="00F26C4D" w:rsidP="00F72BFD">
            <w:pPr>
              <w:spacing w:line="240" w:lineRule="auto"/>
            </w:pPr>
            <w:r>
              <w:rPr>
                <w:sz w:val="13"/>
              </w:rPr>
              <w:t>0.502 to 2.294</w:t>
            </w:r>
          </w:p>
        </w:tc>
        <w:tc>
          <w:tcPr>
            <w:tcW w:w="1040" w:type="dxa"/>
            <w:vAlign w:val="center"/>
          </w:tcPr>
          <w:p w14:paraId="35D3C8B7" w14:textId="77777777" w:rsidR="00F26C4D" w:rsidRDefault="00F26C4D" w:rsidP="00F72BFD">
            <w:pPr>
              <w:spacing w:line="240" w:lineRule="auto"/>
            </w:pPr>
            <w:r>
              <w:rPr>
                <w:sz w:val="13"/>
              </w:rPr>
              <w:t>0.003</w:t>
            </w:r>
          </w:p>
        </w:tc>
      </w:tr>
      <w:tr w:rsidR="00F26C4D" w14:paraId="2D0EEFCC" w14:textId="77777777" w:rsidTr="00F72BFD">
        <w:trPr>
          <w:cantSplit/>
          <w:jc w:val="center"/>
        </w:trPr>
        <w:tc>
          <w:tcPr>
            <w:tcW w:w="1040" w:type="dxa"/>
            <w:vAlign w:val="center"/>
          </w:tcPr>
          <w:p w14:paraId="4A22850C" w14:textId="77777777" w:rsidR="00F26C4D" w:rsidRDefault="00F26C4D" w:rsidP="00F72BFD">
            <w:pPr>
              <w:spacing w:line="240" w:lineRule="auto"/>
            </w:pPr>
            <w:r>
              <w:rPr>
                <w:sz w:val="13"/>
              </w:rPr>
              <w:t>Actinomycetes</w:t>
            </w:r>
          </w:p>
        </w:tc>
        <w:tc>
          <w:tcPr>
            <w:tcW w:w="1040" w:type="dxa"/>
            <w:vAlign w:val="center"/>
          </w:tcPr>
          <w:p w14:paraId="2956EAC3" w14:textId="77777777" w:rsidR="00F26C4D" w:rsidRDefault="00F26C4D" w:rsidP="00F72BFD">
            <w:pPr>
              <w:spacing w:line="240" w:lineRule="auto"/>
            </w:pPr>
            <w:r>
              <w:rPr>
                <w:sz w:val="13"/>
              </w:rPr>
              <w:t>Meadow</w:t>
            </w:r>
          </w:p>
        </w:tc>
        <w:tc>
          <w:tcPr>
            <w:tcW w:w="1040" w:type="dxa"/>
            <w:vAlign w:val="center"/>
          </w:tcPr>
          <w:p w14:paraId="067906AC" w14:textId="77777777" w:rsidR="00F26C4D" w:rsidRDefault="00F26C4D" w:rsidP="00F72BFD">
            <w:pPr>
              <w:spacing w:line="240" w:lineRule="auto"/>
            </w:pPr>
            <w:r>
              <w:rPr>
                <w:sz w:val="13"/>
              </w:rPr>
              <w:t>0-5</w:t>
            </w:r>
          </w:p>
        </w:tc>
        <w:tc>
          <w:tcPr>
            <w:tcW w:w="1040" w:type="dxa"/>
            <w:vAlign w:val="center"/>
          </w:tcPr>
          <w:p w14:paraId="6C01A110" w14:textId="77777777" w:rsidR="00F26C4D" w:rsidRDefault="00F26C4D" w:rsidP="00F72BFD">
            <w:pPr>
              <w:spacing w:line="240" w:lineRule="auto"/>
            </w:pPr>
            <w:r>
              <w:rPr>
                <w:sz w:val="13"/>
              </w:rPr>
              <w:t>Day 40 - Day 0</w:t>
            </w:r>
          </w:p>
        </w:tc>
        <w:tc>
          <w:tcPr>
            <w:tcW w:w="1040" w:type="dxa"/>
            <w:vAlign w:val="center"/>
          </w:tcPr>
          <w:p w14:paraId="158CE5F1" w14:textId="77777777" w:rsidR="00F26C4D" w:rsidRDefault="00F26C4D" w:rsidP="00F72BFD">
            <w:pPr>
              <w:spacing w:line="240" w:lineRule="auto"/>
            </w:pPr>
            <w:r>
              <w:rPr>
                <w:sz w:val="13"/>
              </w:rPr>
              <w:t>0.937</w:t>
            </w:r>
          </w:p>
        </w:tc>
        <w:tc>
          <w:tcPr>
            <w:tcW w:w="1040" w:type="dxa"/>
            <w:vAlign w:val="center"/>
          </w:tcPr>
          <w:p w14:paraId="595DFD3B" w14:textId="77777777" w:rsidR="00F26C4D" w:rsidRDefault="00F26C4D" w:rsidP="00F72BFD">
            <w:pPr>
              <w:spacing w:line="240" w:lineRule="auto"/>
            </w:pPr>
            <w:r>
              <w:rPr>
                <w:sz w:val="13"/>
              </w:rPr>
              <w:t>0.446</w:t>
            </w:r>
          </w:p>
        </w:tc>
        <w:tc>
          <w:tcPr>
            <w:tcW w:w="1040" w:type="dxa"/>
            <w:vAlign w:val="center"/>
          </w:tcPr>
          <w:p w14:paraId="05C8A07F" w14:textId="77777777" w:rsidR="00F26C4D" w:rsidRDefault="00F26C4D" w:rsidP="00F72BFD">
            <w:pPr>
              <w:spacing w:line="240" w:lineRule="auto"/>
            </w:pPr>
            <w:r>
              <w:rPr>
                <w:sz w:val="13"/>
              </w:rPr>
              <w:t>48.0</w:t>
            </w:r>
          </w:p>
        </w:tc>
        <w:tc>
          <w:tcPr>
            <w:tcW w:w="1040" w:type="dxa"/>
            <w:vAlign w:val="center"/>
          </w:tcPr>
          <w:p w14:paraId="7CC1D65D" w14:textId="77777777" w:rsidR="00F26C4D" w:rsidRDefault="00F26C4D" w:rsidP="00F72BFD">
            <w:pPr>
              <w:spacing w:line="240" w:lineRule="auto"/>
            </w:pPr>
            <w:r>
              <w:rPr>
                <w:sz w:val="13"/>
              </w:rPr>
              <w:t>0.041 to 1.833</w:t>
            </w:r>
          </w:p>
        </w:tc>
        <w:tc>
          <w:tcPr>
            <w:tcW w:w="1040" w:type="dxa"/>
            <w:vAlign w:val="center"/>
          </w:tcPr>
          <w:p w14:paraId="3349B0C3" w14:textId="77777777" w:rsidR="00F26C4D" w:rsidRDefault="00F26C4D" w:rsidP="00F72BFD">
            <w:pPr>
              <w:spacing w:line="240" w:lineRule="auto"/>
            </w:pPr>
            <w:r>
              <w:rPr>
                <w:sz w:val="13"/>
              </w:rPr>
              <w:t>0.041</w:t>
            </w:r>
          </w:p>
        </w:tc>
      </w:tr>
      <w:tr w:rsidR="00F26C4D" w14:paraId="7A1DD099" w14:textId="77777777" w:rsidTr="00F72BFD">
        <w:trPr>
          <w:cantSplit/>
          <w:jc w:val="center"/>
        </w:trPr>
        <w:tc>
          <w:tcPr>
            <w:tcW w:w="1040" w:type="dxa"/>
            <w:vAlign w:val="center"/>
          </w:tcPr>
          <w:p w14:paraId="31123F79" w14:textId="77777777" w:rsidR="00F26C4D" w:rsidRDefault="00F26C4D" w:rsidP="00F72BFD">
            <w:pPr>
              <w:spacing w:line="240" w:lineRule="auto"/>
            </w:pPr>
            <w:r>
              <w:rPr>
                <w:sz w:val="13"/>
              </w:rPr>
              <w:t>Actinomycetes</w:t>
            </w:r>
          </w:p>
        </w:tc>
        <w:tc>
          <w:tcPr>
            <w:tcW w:w="1040" w:type="dxa"/>
            <w:vAlign w:val="center"/>
          </w:tcPr>
          <w:p w14:paraId="2419E10C" w14:textId="77777777" w:rsidR="00F26C4D" w:rsidRDefault="00F26C4D" w:rsidP="00F72BFD">
            <w:pPr>
              <w:spacing w:line="240" w:lineRule="auto"/>
            </w:pPr>
            <w:r>
              <w:rPr>
                <w:sz w:val="13"/>
              </w:rPr>
              <w:t>Swamp meadow</w:t>
            </w:r>
          </w:p>
        </w:tc>
        <w:tc>
          <w:tcPr>
            <w:tcW w:w="1040" w:type="dxa"/>
            <w:vAlign w:val="center"/>
          </w:tcPr>
          <w:p w14:paraId="0FDB45E8" w14:textId="77777777" w:rsidR="00F26C4D" w:rsidRDefault="00F26C4D" w:rsidP="00F72BFD">
            <w:pPr>
              <w:spacing w:line="240" w:lineRule="auto"/>
            </w:pPr>
            <w:r>
              <w:rPr>
                <w:sz w:val="13"/>
              </w:rPr>
              <w:t>5-15</w:t>
            </w:r>
          </w:p>
        </w:tc>
        <w:tc>
          <w:tcPr>
            <w:tcW w:w="1040" w:type="dxa"/>
            <w:vAlign w:val="center"/>
          </w:tcPr>
          <w:p w14:paraId="6A157FC3" w14:textId="77777777" w:rsidR="00F26C4D" w:rsidRDefault="00F26C4D" w:rsidP="00F72BFD">
            <w:pPr>
              <w:spacing w:line="240" w:lineRule="auto"/>
            </w:pPr>
            <w:r>
              <w:rPr>
                <w:sz w:val="13"/>
              </w:rPr>
              <w:t>Day 13 - Day 0</w:t>
            </w:r>
          </w:p>
        </w:tc>
        <w:tc>
          <w:tcPr>
            <w:tcW w:w="1040" w:type="dxa"/>
            <w:vAlign w:val="center"/>
          </w:tcPr>
          <w:p w14:paraId="55D35BAB" w14:textId="77777777" w:rsidR="00F26C4D" w:rsidRDefault="00F26C4D" w:rsidP="00F72BFD">
            <w:pPr>
              <w:spacing w:line="240" w:lineRule="auto"/>
            </w:pPr>
            <w:r>
              <w:rPr>
                <w:sz w:val="13"/>
              </w:rPr>
              <w:t>-1.246</w:t>
            </w:r>
          </w:p>
        </w:tc>
        <w:tc>
          <w:tcPr>
            <w:tcW w:w="1040" w:type="dxa"/>
            <w:vAlign w:val="center"/>
          </w:tcPr>
          <w:p w14:paraId="28708451" w14:textId="77777777" w:rsidR="00F26C4D" w:rsidRDefault="00F26C4D" w:rsidP="00F72BFD">
            <w:pPr>
              <w:spacing w:line="240" w:lineRule="auto"/>
            </w:pPr>
            <w:r>
              <w:rPr>
                <w:sz w:val="13"/>
              </w:rPr>
              <w:t>0.446</w:t>
            </w:r>
          </w:p>
        </w:tc>
        <w:tc>
          <w:tcPr>
            <w:tcW w:w="1040" w:type="dxa"/>
            <w:vAlign w:val="center"/>
          </w:tcPr>
          <w:p w14:paraId="7F90DF0E" w14:textId="77777777" w:rsidR="00F26C4D" w:rsidRDefault="00F26C4D" w:rsidP="00F72BFD">
            <w:pPr>
              <w:spacing w:line="240" w:lineRule="auto"/>
            </w:pPr>
            <w:r>
              <w:rPr>
                <w:sz w:val="13"/>
              </w:rPr>
              <w:t>48.0</w:t>
            </w:r>
          </w:p>
        </w:tc>
        <w:tc>
          <w:tcPr>
            <w:tcW w:w="1040" w:type="dxa"/>
            <w:vAlign w:val="center"/>
          </w:tcPr>
          <w:p w14:paraId="73CA0ECC" w14:textId="77777777" w:rsidR="00F26C4D" w:rsidRDefault="00F26C4D" w:rsidP="00F72BFD">
            <w:pPr>
              <w:spacing w:line="240" w:lineRule="auto"/>
            </w:pPr>
            <w:r>
              <w:rPr>
                <w:sz w:val="13"/>
              </w:rPr>
              <w:t>-2.142 to -0.350</w:t>
            </w:r>
          </w:p>
        </w:tc>
        <w:tc>
          <w:tcPr>
            <w:tcW w:w="1040" w:type="dxa"/>
            <w:vAlign w:val="center"/>
          </w:tcPr>
          <w:p w14:paraId="29A6ABE9" w14:textId="77777777" w:rsidR="00F26C4D" w:rsidRDefault="00F26C4D" w:rsidP="00F72BFD">
            <w:pPr>
              <w:spacing w:line="240" w:lineRule="auto"/>
            </w:pPr>
            <w:r>
              <w:rPr>
                <w:sz w:val="13"/>
              </w:rPr>
              <w:t>0.007</w:t>
            </w:r>
          </w:p>
        </w:tc>
      </w:tr>
      <w:tr w:rsidR="00F26C4D" w14:paraId="21A27ABF" w14:textId="77777777" w:rsidTr="00F72BFD">
        <w:trPr>
          <w:cantSplit/>
          <w:jc w:val="center"/>
        </w:trPr>
        <w:tc>
          <w:tcPr>
            <w:tcW w:w="1040" w:type="dxa"/>
            <w:vAlign w:val="center"/>
          </w:tcPr>
          <w:p w14:paraId="64D87E4F" w14:textId="77777777" w:rsidR="00F26C4D" w:rsidRDefault="00F26C4D" w:rsidP="00F72BFD">
            <w:pPr>
              <w:spacing w:line="240" w:lineRule="auto"/>
            </w:pPr>
            <w:r>
              <w:rPr>
                <w:sz w:val="13"/>
              </w:rPr>
              <w:t>Actinomycetes</w:t>
            </w:r>
          </w:p>
        </w:tc>
        <w:tc>
          <w:tcPr>
            <w:tcW w:w="1040" w:type="dxa"/>
            <w:vAlign w:val="center"/>
          </w:tcPr>
          <w:p w14:paraId="607278EF" w14:textId="77777777" w:rsidR="00F26C4D" w:rsidRDefault="00F26C4D" w:rsidP="00F72BFD">
            <w:pPr>
              <w:spacing w:line="240" w:lineRule="auto"/>
            </w:pPr>
            <w:r>
              <w:rPr>
                <w:sz w:val="13"/>
              </w:rPr>
              <w:t>Swamp meadow</w:t>
            </w:r>
          </w:p>
        </w:tc>
        <w:tc>
          <w:tcPr>
            <w:tcW w:w="1040" w:type="dxa"/>
            <w:vAlign w:val="center"/>
          </w:tcPr>
          <w:p w14:paraId="229659AB" w14:textId="77777777" w:rsidR="00F26C4D" w:rsidRDefault="00F26C4D" w:rsidP="00F72BFD">
            <w:pPr>
              <w:spacing w:line="240" w:lineRule="auto"/>
            </w:pPr>
            <w:r>
              <w:rPr>
                <w:sz w:val="13"/>
              </w:rPr>
              <w:t>5-15</w:t>
            </w:r>
          </w:p>
        </w:tc>
        <w:tc>
          <w:tcPr>
            <w:tcW w:w="1040" w:type="dxa"/>
            <w:vAlign w:val="center"/>
          </w:tcPr>
          <w:p w14:paraId="7CFABDB9" w14:textId="77777777" w:rsidR="00F26C4D" w:rsidRDefault="00F26C4D" w:rsidP="00F72BFD">
            <w:pPr>
              <w:spacing w:line="240" w:lineRule="auto"/>
            </w:pPr>
            <w:r>
              <w:rPr>
                <w:sz w:val="13"/>
              </w:rPr>
              <w:t>Day 40 - Day 0</w:t>
            </w:r>
          </w:p>
        </w:tc>
        <w:tc>
          <w:tcPr>
            <w:tcW w:w="1040" w:type="dxa"/>
            <w:vAlign w:val="center"/>
          </w:tcPr>
          <w:p w14:paraId="3A4D62C9" w14:textId="77777777" w:rsidR="00F26C4D" w:rsidRDefault="00F26C4D" w:rsidP="00F72BFD">
            <w:pPr>
              <w:spacing w:line="240" w:lineRule="auto"/>
            </w:pPr>
            <w:r>
              <w:rPr>
                <w:sz w:val="13"/>
              </w:rPr>
              <w:t>-0.445</w:t>
            </w:r>
          </w:p>
        </w:tc>
        <w:tc>
          <w:tcPr>
            <w:tcW w:w="1040" w:type="dxa"/>
            <w:vAlign w:val="center"/>
          </w:tcPr>
          <w:p w14:paraId="45D3872B" w14:textId="77777777" w:rsidR="00F26C4D" w:rsidRDefault="00F26C4D" w:rsidP="00F72BFD">
            <w:pPr>
              <w:spacing w:line="240" w:lineRule="auto"/>
            </w:pPr>
            <w:r>
              <w:rPr>
                <w:sz w:val="13"/>
              </w:rPr>
              <w:t>0.446</w:t>
            </w:r>
          </w:p>
        </w:tc>
        <w:tc>
          <w:tcPr>
            <w:tcW w:w="1040" w:type="dxa"/>
            <w:vAlign w:val="center"/>
          </w:tcPr>
          <w:p w14:paraId="5EF567C4" w14:textId="77777777" w:rsidR="00F26C4D" w:rsidRDefault="00F26C4D" w:rsidP="00F72BFD">
            <w:pPr>
              <w:spacing w:line="240" w:lineRule="auto"/>
            </w:pPr>
            <w:r>
              <w:rPr>
                <w:sz w:val="13"/>
              </w:rPr>
              <w:t>48.0</w:t>
            </w:r>
          </w:p>
        </w:tc>
        <w:tc>
          <w:tcPr>
            <w:tcW w:w="1040" w:type="dxa"/>
            <w:vAlign w:val="center"/>
          </w:tcPr>
          <w:p w14:paraId="079AC0AB" w14:textId="77777777" w:rsidR="00F26C4D" w:rsidRDefault="00F26C4D" w:rsidP="00F72BFD">
            <w:pPr>
              <w:spacing w:line="240" w:lineRule="auto"/>
            </w:pPr>
            <w:r>
              <w:rPr>
                <w:sz w:val="13"/>
              </w:rPr>
              <w:t>-1.341 to 0.451</w:t>
            </w:r>
          </w:p>
        </w:tc>
        <w:tc>
          <w:tcPr>
            <w:tcW w:w="1040" w:type="dxa"/>
            <w:vAlign w:val="center"/>
          </w:tcPr>
          <w:p w14:paraId="56DE1A44" w14:textId="77777777" w:rsidR="00F26C4D" w:rsidRDefault="00F26C4D" w:rsidP="00F72BFD">
            <w:pPr>
              <w:spacing w:line="240" w:lineRule="auto"/>
            </w:pPr>
            <w:r>
              <w:rPr>
                <w:sz w:val="13"/>
              </w:rPr>
              <w:t>0.323</w:t>
            </w:r>
          </w:p>
        </w:tc>
      </w:tr>
      <w:tr w:rsidR="00F26C4D" w14:paraId="73F27616" w14:textId="77777777" w:rsidTr="00F72BFD">
        <w:trPr>
          <w:cantSplit/>
          <w:jc w:val="center"/>
        </w:trPr>
        <w:tc>
          <w:tcPr>
            <w:tcW w:w="1040" w:type="dxa"/>
            <w:vAlign w:val="center"/>
          </w:tcPr>
          <w:p w14:paraId="714BB545" w14:textId="77777777" w:rsidR="00F26C4D" w:rsidRDefault="00F26C4D" w:rsidP="00F72BFD">
            <w:pPr>
              <w:spacing w:line="240" w:lineRule="auto"/>
            </w:pPr>
            <w:r>
              <w:rPr>
                <w:sz w:val="13"/>
              </w:rPr>
              <w:t>Actinomycetes</w:t>
            </w:r>
          </w:p>
        </w:tc>
        <w:tc>
          <w:tcPr>
            <w:tcW w:w="1040" w:type="dxa"/>
            <w:vAlign w:val="center"/>
          </w:tcPr>
          <w:p w14:paraId="007607A4" w14:textId="77777777" w:rsidR="00F26C4D" w:rsidRDefault="00F26C4D" w:rsidP="00F72BFD">
            <w:pPr>
              <w:spacing w:line="240" w:lineRule="auto"/>
            </w:pPr>
            <w:r>
              <w:rPr>
                <w:sz w:val="13"/>
              </w:rPr>
              <w:t>Meadow</w:t>
            </w:r>
          </w:p>
        </w:tc>
        <w:tc>
          <w:tcPr>
            <w:tcW w:w="1040" w:type="dxa"/>
            <w:vAlign w:val="center"/>
          </w:tcPr>
          <w:p w14:paraId="4B0FBD86" w14:textId="77777777" w:rsidR="00F26C4D" w:rsidRDefault="00F26C4D" w:rsidP="00F72BFD">
            <w:pPr>
              <w:spacing w:line="240" w:lineRule="auto"/>
            </w:pPr>
            <w:r>
              <w:rPr>
                <w:sz w:val="13"/>
              </w:rPr>
              <w:t>5-15</w:t>
            </w:r>
          </w:p>
        </w:tc>
        <w:tc>
          <w:tcPr>
            <w:tcW w:w="1040" w:type="dxa"/>
            <w:vAlign w:val="center"/>
          </w:tcPr>
          <w:p w14:paraId="35E69832" w14:textId="77777777" w:rsidR="00F26C4D" w:rsidRDefault="00F26C4D" w:rsidP="00F72BFD">
            <w:pPr>
              <w:spacing w:line="240" w:lineRule="auto"/>
            </w:pPr>
            <w:r>
              <w:rPr>
                <w:sz w:val="13"/>
              </w:rPr>
              <w:t>Day 13 - Day 0</w:t>
            </w:r>
          </w:p>
        </w:tc>
        <w:tc>
          <w:tcPr>
            <w:tcW w:w="1040" w:type="dxa"/>
            <w:vAlign w:val="center"/>
          </w:tcPr>
          <w:p w14:paraId="6A698549" w14:textId="77777777" w:rsidR="00F26C4D" w:rsidRDefault="00F26C4D" w:rsidP="00F72BFD">
            <w:pPr>
              <w:spacing w:line="240" w:lineRule="auto"/>
            </w:pPr>
            <w:r>
              <w:rPr>
                <w:sz w:val="13"/>
              </w:rPr>
              <w:t>0.278</w:t>
            </w:r>
          </w:p>
        </w:tc>
        <w:tc>
          <w:tcPr>
            <w:tcW w:w="1040" w:type="dxa"/>
            <w:vAlign w:val="center"/>
          </w:tcPr>
          <w:p w14:paraId="6D2B3A87" w14:textId="77777777" w:rsidR="00F26C4D" w:rsidRDefault="00F26C4D" w:rsidP="00F72BFD">
            <w:pPr>
              <w:spacing w:line="240" w:lineRule="auto"/>
            </w:pPr>
            <w:r>
              <w:rPr>
                <w:sz w:val="13"/>
              </w:rPr>
              <w:t>0.446</w:t>
            </w:r>
          </w:p>
        </w:tc>
        <w:tc>
          <w:tcPr>
            <w:tcW w:w="1040" w:type="dxa"/>
            <w:vAlign w:val="center"/>
          </w:tcPr>
          <w:p w14:paraId="2E71344C" w14:textId="77777777" w:rsidR="00F26C4D" w:rsidRDefault="00F26C4D" w:rsidP="00F72BFD">
            <w:pPr>
              <w:spacing w:line="240" w:lineRule="auto"/>
            </w:pPr>
            <w:r>
              <w:rPr>
                <w:sz w:val="13"/>
              </w:rPr>
              <w:t>48.0</w:t>
            </w:r>
          </w:p>
        </w:tc>
        <w:tc>
          <w:tcPr>
            <w:tcW w:w="1040" w:type="dxa"/>
            <w:vAlign w:val="center"/>
          </w:tcPr>
          <w:p w14:paraId="47F006C6" w14:textId="77777777" w:rsidR="00F26C4D" w:rsidRDefault="00F26C4D" w:rsidP="00F72BFD">
            <w:pPr>
              <w:spacing w:line="240" w:lineRule="auto"/>
            </w:pPr>
            <w:r>
              <w:rPr>
                <w:sz w:val="13"/>
              </w:rPr>
              <w:t>-0.618 to 1.174</w:t>
            </w:r>
          </w:p>
        </w:tc>
        <w:tc>
          <w:tcPr>
            <w:tcW w:w="1040" w:type="dxa"/>
            <w:vAlign w:val="center"/>
          </w:tcPr>
          <w:p w14:paraId="5E40B87D" w14:textId="77777777" w:rsidR="00F26C4D" w:rsidRDefault="00F26C4D" w:rsidP="00F72BFD">
            <w:pPr>
              <w:spacing w:line="240" w:lineRule="auto"/>
            </w:pPr>
            <w:r>
              <w:rPr>
                <w:sz w:val="13"/>
              </w:rPr>
              <w:t>0.536</w:t>
            </w:r>
          </w:p>
        </w:tc>
      </w:tr>
      <w:tr w:rsidR="00F26C4D" w14:paraId="2E9A611F" w14:textId="77777777" w:rsidTr="00F72BFD">
        <w:trPr>
          <w:cantSplit/>
          <w:jc w:val="center"/>
        </w:trPr>
        <w:tc>
          <w:tcPr>
            <w:tcW w:w="1040" w:type="dxa"/>
            <w:vAlign w:val="center"/>
          </w:tcPr>
          <w:p w14:paraId="37A932AA" w14:textId="77777777" w:rsidR="00F26C4D" w:rsidRDefault="00F26C4D" w:rsidP="00F72BFD">
            <w:pPr>
              <w:spacing w:line="240" w:lineRule="auto"/>
            </w:pPr>
            <w:r>
              <w:rPr>
                <w:sz w:val="13"/>
              </w:rPr>
              <w:t>Actinomycetes</w:t>
            </w:r>
          </w:p>
        </w:tc>
        <w:tc>
          <w:tcPr>
            <w:tcW w:w="1040" w:type="dxa"/>
            <w:vAlign w:val="center"/>
          </w:tcPr>
          <w:p w14:paraId="71096338" w14:textId="77777777" w:rsidR="00F26C4D" w:rsidRDefault="00F26C4D" w:rsidP="00F72BFD">
            <w:pPr>
              <w:spacing w:line="240" w:lineRule="auto"/>
            </w:pPr>
            <w:r>
              <w:rPr>
                <w:sz w:val="13"/>
              </w:rPr>
              <w:t>Meadow</w:t>
            </w:r>
          </w:p>
        </w:tc>
        <w:tc>
          <w:tcPr>
            <w:tcW w:w="1040" w:type="dxa"/>
            <w:vAlign w:val="center"/>
          </w:tcPr>
          <w:p w14:paraId="103055C8" w14:textId="77777777" w:rsidR="00F26C4D" w:rsidRDefault="00F26C4D" w:rsidP="00F72BFD">
            <w:pPr>
              <w:spacing w:line="240" w:lineRule="auto"/>
            </w:pPr>
            <w:r>
              <w:rPr>
                <w:sz w:val="13"/>
              </w:rPr>
              <w:t>5-15</w:t>
            </w:r>
          </w:p>
        </w:tc>
        <w:tc>
          <w:tcPr>
            <w:tcW w:w="1040" w:type="dxa"/>
            <w:vAlign w:val="center"/>
          </w:tcPr>
          <w:p w14:paraId="295785A4" w14:textId="77777777" w:rsidR="00F26C4D" w:rsidRDefault="00F26C4D" w:rsidP="00F72BFD">
            <w:pPr>
              <w:spacing w:line="240" w:lineRule="auto"/>
            </w:pPr>
            <w:r>
              <w:rPr>
                <w:sz w:val="13"/>
              </w:rPr>
              <w:t>Day 40 - Day 0</w:t>
            </w:r>
          </w:p>
        </w:tc>
        <w:tc>
          <w:tcPr>
            <w:tcW w:w="1040" w:type="dxa"/>
            <w:vAlign w:val="center"/>
          </w:tcPr>
          <w:p w14:paraId="1DAEAFF5" w14:textId="77777777" w:rsidR="00F26C4D" w:rsidRDefault="00F26C4D" w:rsidP="00F72BFD">
            <w:pPr>
              <w:spacing w:line="240" w:lineRule="auto"/>
            </w:pPr>
            <w:r>
              <w:rPr>
                <w:sz w:val="13"/>
              </w:rPr>
              <w:t>-0.592</w:t>
            </w:r>
          </w:p>
        </w:tc>
        <w:tc>
          <w:tcPr>
            <w:tcW w:w="1040" w:type="dxa"/>
            <w:vAlign w:val="center"/>
          </w:tcPr>
          <w:p w14:paraId="51A11981" w14:textId="77777777" w:rsidR="00F26C4D" w:rsidRDefault="00F26C4D" w:rsidP="00F72BFD">
            <w:pPr>
              <w:spacing w:line="240" w:lineRule="auto"/>
            </w:pPr>
            <w:r>
              <w:rPr>
                <w:sz w:val="13"/>
              </w:rPr>
              <w:t>0.446</w:t>
            </w:r>
          </w:p>
        </w:tc>
        <w:tc>
          <w:tcPr>
            <w:tcW w:w="1040" w:type="dxa"/>
            <w:vAlign w:val="center"/>
          </w:tcPr>
          <w:p w14:paraId="2C5C38FD" w14:textId="77777777" w:rsidR="00F26C4D" w:rsidRDefault="00F26C4D" w:rsidP="00F72BFD">
            <w:pPr>
              <w:spacing w:line="240" w:lineRule="auto"/>
            </w:pPr>
            <w:r>
              <w:rPr>
                <w:sz w:val="13"/>
              </w:rPr>
              <w:t>48.0</w:t>
            </w:r>
          </w:p>
        </w:tc>
        <w:tc>
          <w:tcPr>
            <w:tcW w:w="1040" w:type="dxa"/>
            <w:vAlign w:val="center"/>
          </w:tcPr>
          <w:p w14:paraId="6903148E" w14:textId="77777777" w:rsidR="00F26C4D" w:rsidRDefault="00F26C4D" w:rsidP="00F72BFD">
            <w:pPr>
              <w:spacing w:line="240" w:lineRule="auto"/>
            </w:pPr>
            <w:r>
              <w:rPr>
                <w:sz w:val="13"/>
              </w:rPr>
              <w:t>-1.488 to 0.304</w:t>
            </w:r>
          </w:p>
        </w:tc>
        <w:tc>
          <w:tcPr>
            <w:tcW w:w="1040" w:type="dxa"/>
            <w:vAlign w:val="center"/>
          </w:tcPr>
          <w:p w14:paraId="363872D7" w14:textId="77777777" w:rsidR="00F26C4D" w:rsidRDefault="00F26C4D" w:rsidP="00F72BFD">
            <w:pPr>
              <w:spacing w:line="240" w:lineRule="auto"/>
            </w:pPr>
            <w:r>
              <w:rPr>
                <w:sz w:val="13"/>
              </w:rPr>
              <w:t>0.191</w:t>
            </w:r>
          </w:p>
        </w:tc>
      </w:tr>
      <w:tr w:rsidR="00F26C4D" w14:paraId="27ACCBFA" w14:textId="77777777" w:rsidTr="00F72BFD">
        <w:trPr>
          <w:cantSplit/>
          <w:jc w:val="center"/>
        </w:trPr>
        <w:tc>
          <w:tcPr>
            <w:tcW w:w="1040" w:type="dxa"/>
            <w:vAlign w:val="center"/>
          </w:tcPr>
          <w:p w14:paraId="738CB2E2" w14:textId="77777777" w:rsidR="00F26C4D" w:rsidRDefault="00F26C4D" w:rsidP="00F72BFD">
            <w:pPr>
              <w:spacing w:line="240" w:lineRule="auto"/>
            </w:pPr>
            <w:r>
              <w:rPr>
                <w:sz w:val="13"/>
              </w:rPr>
              <w:t>Actinomycetes</w:t>
            </w:r>
          </w:p>
        </w:tc>
        <w:tc>
          <w:tcPr>
            <w:tcW w:w="1040" w:type="dxa"/>
            <w:vAlign w:val="center"/>
          </w:tcPr>
          <w:p w14:paraId="77B77305" w14:textId="77777777" w:rsidR="00F26C4D" w:rsidRDefault="00F26C4D" w:rsidP="00F72BFD">
            <w:pPr>
              <w:spacing w:line="240" w:lineRule="auto"/>
            </w:pPr>
            <w:r>
              <w:rPr>
                <w:sz w:val="13"/>
              </w:rPr>
              <w:t>Swamp meadow</w:t>
            </w:r>
          </w:p>
        </w:tc>
        <w:tc>
          <w:tcPr>
            <w:tcW w:w="1040" w:type="dxa"/>
            <w:vAlign w:val="center"/>
          </w:tcPr>
          <w:p w14:paraId="53C48ECF" w14:textId="77777777" w:rsidR="00F26C4D" w:rsidRDefault="00F26C4D" w:rsidP="00F72BFD">
            <w:pPr>
              <w:spacing w:line="240" w:lineRule="auto"/>
            </w:pPr>
            <w:r>
              <w:rPr>
                <w:sz w:val="13"/>
              </w:rPr>
              <w:t>15-30</w:t>
            </w:r>
          </w:p>
        </w:tc>
        <w:tc>
          <w:tcPr>
            <w:tcW w:w="1040" w:type="dxa"/>
            <w:vAlign w:val="center"/>
          </w:tcPr>
          <w:p w14:paraId="36A78F1D" w14:textId="77777777" w:rsidR="00F26C4D" w:rsidRDefault="00F26C4D" w:rsidP="00F72BFD">
            <w:pPr>
              <w:spacing w:line="240" w:lineRule="auto"/>
            </w:pPr>
            <w:r>
              <w:rPr>
                <w:sz w:val="13"/>
              </w:rPr>
              <w:t>Day 13 - Day 0</w:t>
            </w:r>
          </w:p>
        </w:tc>
        <w:tc>
          <w:tcPr>
            <w:tcW w:w="1040" w:type="dxa"/>
            <w:vAlign w:val="center"/>
          </w:tcPr>
          <w:p w14:paraId="552A254C" w14:textId="77777777" w:rsidR="00F26C4D" w:rsidRDefault="00F26C4D" w:rsidP="00F72BFD">
            <w:pPr>
              <w:spacing w:line="240" w:lineRule="auto"/>
            </w:pPr>
            <w:r>
              <w:rPr>
                <w:sz w:val="13"/>
              </w:rPr>
              <w:t>-0.913</w:t>
            </w:r>
          </w:p>
        </w:tc>
        <w:tc>
          <w:tcPr>
            <w:tcW w:w="1040" w:type="dxa"/>
            <w:vAlign w:val="center"/>
          </w:tcPr>
          <w:p w14:paraId="4CE5C5AD" w14:textId="77777777" w:rsidR="00F26C4D" w:rsidRDefault="00F26C4D" w:rsidP="00F72BFD">
            <w:pPr>
              <w:spacing w:line="240" w:lineRule="auto"/>
            </w:pPr>
            <w:r>
              <w:rPr>
                <w:sz w:val="13"/>
              </w:rPr>
              <w:t>0.446</w:t>
            </w:r>
          </w:p>
        </w:tc>
        <w:tc>
          <w:tcPr>
            <w:tcW w:w="1040" w:type="dxa"/>
            <w:vAlign w:val="center"/>
          </w:tcPr>
          <w:p w14:paraId="25DD5B5C" w14:textId="77777777" w:rsidR="00F26C4D" w:rsidRDefault="00F26C4D" w:rsidP="00F72BFD">
            <w:pPr>
              <w:spacing w:line="240" w:lineRule="auto"/>
            </w:pPr>
            <w:r>
              <w:rPr>
                <w:sz w:val="13"/>
              </w:rPr>
              <w:t>48.0</w:t>
            </w:r>
          </w:p>
        </w:tc>
        <w:tc>
          <w:tcPr>
            <w:tcW w:w="1040" w:type="dxa"/>
            <w:vAlign w:val="center"/>
          </w:tcPr>
          <w:p w14:paraId="3806A646" w14:textId="77777777" w:rsidR="00F26C4D" w:rsidRDefault="00F26C4D" w:rsidP="00F72BFD">
            <w:pPr>
              <w:spacing w:line="240" w:lineRule="auto"/>
            </w:pPr>
            <w:r>
              <w:rPr>
                <w:sz w:val="13"/>
              </w:rPr>
              <w:t>-1.809 to -0.017</w:t>
            </w:r>
          </w:p>
        </w:tc>
        <w:tc>
          <w:tcPr>
            <w:tcW w:w="1040" w:type="dxa"/>
            <w:vAlign w:val="center"/>
          </w:tcPr>
          <w:p w14:paraId="72259AB3" w14:textId="77777777" w:rsidR="00F26C4D" w:rsidRDefault="00F26C4D" w:rsidP="00F72BFD">
            <w:pPr>
              <w:spacing w:line="240" w:lineRule="auto"/>
            </w:pPr>
            <w:r>
              <w:rPr>
                <w:sz w:val="13"/>
              </w:rPr>
              <w:t>0.046</w:t>
            </w:r>
          </w:p>
        </w:tc>
      </w:tr>
      <w:tr w:rsidR="00F26C4D" w14:paraId="7F05FD31" w14:textId="77777777" w:rsidTr="00F72BFD">
        <w:trPr>
          <w:cantSplit/>
          <w:jc w:val="center"/>
        </w:trPr>
        <w:tc>
          <w:tcPr>
            <w:tcW w:w="1040" w:type="dxa"/>
            <w:vAlign w:val="center"/>
          </w:tcPr>
          <w:p w14:paraId="2B19EE8B" w14:textId="77777777" w:rsidR="00F26C4D" w:rsidRDefault="00F26C4D" w:rsidP="00F72BFD">
            <w:pPr>
              <w:spacing w:line="240" w:lineRule="auto"/>
            </w:pPr>
            <w:r>
              <w:rPr>
                <w:sz w:val="13"/>
              </w:rPr>
              <w:t>Actinomycetes</w:t>
            </w:r>
          </w:p>
        </w:tc>
        <w:tc>
          <w:tcPr>
            <w:tcW w:w="1040" w:type="dxa"/>
            <w:vAlign w:val="center"/>
          </w:tcPr>
          <w:p w14:paraId="1CE1113B" w14:textId="77777777" w:rsidR="00F26C4D" w:rsidRDefault="00F26C4D" w:rsidP="00F72BFD">
            <w:pPr>
              <w:spacing w:line="240" w:lineRule="auto"/>
            </w:pPr>
            <w:r>
              <w:rPr>
                <w:sz w:val="13"/>
              </w:rPr>
              <w:t>Swamp meadow</w:t>
            </w:r>
          </w:p>
        </w:tc>
        <w:tc>
          <w:tcPr>
            <w:tcW w:w="1040" w:type="dxa"/>
            <w:vAlign w:val="center"/>
          </w:tcPr>
          <w:p w14:paraId="015EC9E5" w14:textId="77777777" w:rsidR="00F26C4D" w:rsidRDefault="00F26C4D" w:rsidP="00F72BFD">
            <w:pPr>
              <w:spacing w:line="240" w:lineRule="auto"/>
            </w:pPr>
            <w:r>
              <w:rPr>
                <w:sz w:val="13"/>
              </w:rPr>
              <w:t>15-30</w:t>
            </w:r>
          </w:p>
        </w:tc>
        <w:tc>
          <w:tcPr>
            <w:tcW w:w="1040" w:type="dxa"/>
            <w:vAlign w:val="center"/>
          </w:tcPr>
          <w:p w14:paraId="2C741848" w14:textId="77777777" w:rsidR="00F26C4D" w:rsidRDefault="00F26C4D" w:rsidP="00F72BFD">
            <w:pPr>
              <w:spacing w:line="240" w:lineRule="auto"/>
            </w:pPr>
            <w:r>
              <w:rPr>
                <w:sz w:val="13"/>
              </w:rPr>
              <w:t>Day 40 - Day 0</w:t>
            </w:r>
          </w:p>
        </w:tc>
        <w:tc>
          <w:tcPr>
            <w:tcW w:w="1040" w:type="dxa"/>
            <w:vAlign w:val="center"/>
          </w:tcPr>
          <w:p w14:paraId="7CD43D92" w14:textId="77777777" w:rsidR="00F26C4D" w:rsidRDefault="00F26C4D" w:rsidP="00F72BFD">
            <w:pPr>
              <w:spacing w:line="240" w:lineRule="auto"/>
            </w:pPr>
            <w:r>
              <w:rPr>
                <w:sz w:val="13"/>
              </w:rPr>
              <w:t>-1.908</w:t>
            </w:r>
          </w:p>
        </w:tc>
        <w:tc>
          <w:tcPr>
            <w:tcW w:w="1040" w:type="dxa"/>
            <w:vAlign w:val="center"/>
          </w:tcPr>
          <w:p w14:paraId="754B1750" w14:textId="77777777" w:rsidR="00F26C4D" w:rsidRDefault="00F26C4D" w:rsidP="00F72BFD">
            <w:pPr>
              <w:spacing w:line="240" w:lineRule="auto"/>
            </w:pPr>
            <w:r>
              <w:rPr>
                <w:sz w:val="13"/>
              </w:rPr>
              <w:t>0.446</w:t>
            </w:r>
          </w:p>
        </w:tc>
        <w:tc>
          <w:tcPr>
            <w:tcW w:w="1040" w:type="dxa"/>
            <w:vAlign w:val="center"/>
          </w:tcPr>
          <w:p w14:paraId="5CCA57AA" w14:textId="77777777" w:rsidR="00F26C4D" w:rsidRDefault="00F26C4D" w:rsidP="00F72BFD">
            <w:pPr>
              <w:spacing w:line="240" w:lineRule="auto"/>
            </w:pPr>
            <w:r>
              <w:rPr>
                <w:sz w:val="13"/>
              </w:rPr>
              <w:t>48.0</w:t>
            </w:r>
          </w:p>
        </w:tc>
        <w:tc>
          <w:tcPr>
            <w:tcW w:w="1040" w:type="dxa"/>
            <w:vAlign w:val="center"/>
          </w:tcPr>
          <w:p w14:paraId="5991FB7C" w14:textId="77777777" w:rsidR="00F26C4D" w:rsidRDefault="00F26C4D" w:rsidP="00F72BFD">
            <w:pPr>
              <w:spacing w:line="240" w:lineRule="auto"/>
            </w:pPr>
            <w:r>
              <w:rPr>
                <w:sz w:val="13"/>
              </w:rPr>
              <w:t>-2.804 to -1.012</w:t>
            </w:r>
          </w:p>
        </w:tc>
        <w:tc>
          <w:tcPr>
            <w:tcW w:w="1040" w:type="dxa"/>
            <w:vAlign w:val="center"/>
          </w:tcPr>
          <w:p w14:paraId="50699F02" w14:textId="77777777" w:rsidR="00F26C4D" w:rsidRDefault="00F26C4D" w:rsidP="00F72BFD">
            <w:pPr>
              <w:spacing w:line="240" w:lineRule="auto"/>
            </w:pPr>
            <w:r>
              <w:rPr>
                <w:sz w:val="13"/>
              </w:rPr>
              <w:t>8.87e-05</w:t>
            </w:r>
          </w:p>
        </w:tc>
      </w:tr>
      <w:tr w:rsidR="00F26C4D" w14:paraId="09BBE1F1" w14:textId="77777777" w:rsidTr="00F72BFD">
        <w:trPr>
          <w:cantSplit/>
          <w:jc w:val="center"/>
        </w:trPr>
        <w:tc>
          <w:tcPr>
            <w:tcW w:w="1040" w:type="dxa"/>
            <w:vAlign w:val="center"/>
          </w:tcPr>
          <w:p w14:paraId="23CF4F77" w14:textId="77777777" w:rsidR="00F26C4D" w:rsidRDefault="00F26C4D" w:rsidP="00F72BFD">
            <w:pPr>
              <w:spacing w:line="240" w:lineRule="auto"/>
            </w:pPr>
            <w:r>
              <w:rPr>
                <w:sz w:val="13"/>
              </w:rPr>
              <w:t>Actinomycetes</w:t>
            </w:r>
          </w:p>
        </w:tc>
        <w:tc>
          <w:tcPr>
            <w:tcW w:w="1040" w:type="dxa"/>
            <w:vAlign w:val="center"/>
          </w:tcPr>
          <w:p w14:paraId="63285C13" w14:textId="77777777" w:rsidR="00F26C4D" w:rsidRDefault="00F26C4D" w:rsidP="00F72BFD">
            <w:pPr>
              <w:spacing w:line="240" w:lineRule="auto"/>
            </w:pPr>
            <w:r>
              <w:rPr>
                <w:sz w:val="13"/>
              </w:rPr>
              <w:t>Meadow</w:t>
            </w:r>
          </w:p>
        </w:tc>
        <w:tc>
          <w:tcPr>
            <w:tcW w:w="1040" w:type="dxa"/>
            <w:vAlign w:val="center"/>
          </w:tcPr>
          <w:p w14:paraId="1E61288F" w14:textId="77777777" w:rsidR="00F26C4D" w:rsidRDefault="00F26C4D" w:rsidP="00F72BFD">
            <w:pPr>
              <w:spacing w:line="240" w:lineRule="auto"/>
            </w:pPr>
            <w:r>
              <w:rPr>
                <w:sz w:val="13"/>
              </w:rPr>
              <w:t>15-30</w:t>
            </w:r>
          </w:p>
        </w:tc>
        <w:tc>
          <w:tcPr>
            <w:tcW w:w="1040" w:type="dxa"/>
            <w:vAlign w:val="center"/>
          </w:tcPr>
          <w:p w14:paraId="105DBFC2" w14:textId="77777777" w:rsidR="00F26C4D" w:rsidRDefault="00F26C4D" w:rsidP="00F72BFD">
            <w:pPr>
              <w:spacing w:line="240" w:lineRule="auto"/>
            </w:pPr>
            <w:r>
              <w:rPr>
                <w:sz w:val="13"/>
              </w:rPr>
              <w:t>Day 13 - Day 0</w:t>
            </w:r>
          </w:p>
        </w:tc>
        <w:tc>
          <w:tcPr>
            <w:tcW w:w="1040" w:type="dxa"/>
            <w:vAlign w:val="center"/>
          </w:tcPr>
          <w:p w14:paraId="779225BA" w14:textId="77777777" w:rsidR="00F26C4D" w:rsidRDefault="00F26C4D" w:rsidP="00F72BFD">
            <w:pPr>
              <w:spacing w:line="240" w:lineRule="auto"/>
            </w:pPr>
            <w:r>
              <w:rPr>
                <w:sz w:val="13"/>
              </w:rPr>
              <w:t>1.314</w:t>
            </w:r>
          </w:p>
        </w:tc>
        <w:tc>
          <w:tcPr>
            <w:tcW w:w="1040" w:type="dxa"/>
            <w:vAlign w:val="center"/>
          </w:tcPr>
          <w:p w14:paraId="3CBE4FE0" w14:textId="77777777" w:rsidR="00F26C4D" w:rsidRDefault="00F26C4D" w:rsidP="00F72BFD">
            <w:pPr>
              <w:spacing w:line="240" w:lineRule="auto"/>
            </w:pPr>
            <w:r>
              <w:rPr>
                <w:sz w:val="13"/>
              </w:rPr>
              <w:t>0.446</w:t>
            </w:r>
          </w:p>
        </w:tc>
        <w:tc>
          <w:tcPr>
            <w:tcW w:w="1040" w:type="dxa"/>
            <w:vAlign w:val="center"/>
          </w:tcPr>
          <w:p w14:paraId="6C0B0F3A" w14:textId="77777777" w:rsidR="00F26C4D" w:rsidRDefault="00F26C4D" w:rsidP="00F72BFD">
            <w:pPr>
              <w:spacing w:line="240" w:lineRule="auto"/>
            </w:pPr>
            <w:r>
              <w:rPr>
                <w:sz w:val="13"/>
              </w:rPr>
              <w:t>48.0</w:t>
            </w:r>
          </w:p>
        </w:tc>
        <w:tc>
          <w:tcPr>
            <w:tcW w:w="1040" w:type="dxa"/>
            <w:vAlign w:val="center"/>
          </w:tcPr>
          <w:p w14:paraId="7F540F84" w14:textId="77777777" w:rsidR="00F26C4D" w:rsidRDefault="00F26C4D" w:rsidP="00F72BFD">
            <w:pPr>
              <w:spacing w:line="240" w:lineRule="auto"/>
            </w:pPr>
            <w:r>
              <w:rPr>
                <w:sz w:val="13"/>
              </w:rPr>
              <w:t>0.418 to 2.211</w:t>
            </w:r>
          </w:p>
        </w:tc>
        <w:tc>
          <w:tcPr>
            <w:tcW w:w="1040" w:type="dxa"/>
            <w:vAlign w:val="center"/>
          </w:tcPr>
          <w:p w14:paraId="56E42713" w14:textId="77777777" w:rsidR="00F26C4D" w:rsidRDefault="00F26C4D" w:rsidP="00F72BFD">
            <w:pPr>
              <w:spacing w:line="240" w:lineRule="auto"/>
            </w:pPr>
            <w:r>
              <w:rPr>
                <w:sz w:val="13"/>
              </w:rPr>
              <w:t>0.005</w:t>
            </w:r>
          </w:p>
        </w:tc>
      </w:tr>
      <w:tr w:rsidR="00F26C4D" w14:paraId="30BC3E5D" w14:textId="77777777" w:rsidTr="00F72BFD">
        <w:trPr>
          <w:cantSplit/>
          <w:jc w:val="center"/>
        </w:trPr>
        <w:tc>
          <w:tcPr>
            <w:tcW w:w="1040" w:type="dxa"/>
            <w:vAlign w:val="center"/>
          </w:tcPr>
          <w:p w14:paraId="07D78C75" w14:textId="77777777" w:rsidR="00F26C4D" w:rsidRDefault="00F26C4D" w:rsidP="00F72BFD">
            <w:pPr>
              <w:spacing w:line="240" w:lineRule="auto"/>
            </w:pPr>
            <w:r>
              <w:rPr>
                <w:sz w:val="13"/>
              </w:rPr>
              <w:t>Actinomycetes</w:t>
            </w:r>
          </w:p>
        </w:tc>
        <w:tc>
          <w:tcPr>
            <w:tcW w:w="1040" w:type="dxa"/>
            <w:vAlign w:val="center"/>
          </w:tcPr>
          <w:p w14:paraId="733416EE" w14:textId="77777777" w:rsidR="00F26C4D" w:rsidRDefault="00F26C4D" w:rsidP="00F72BFD">
            <w:pPr>
              <w:spacing w:line="240" w:lineRule="auto"/>
            </w:pPr>
            <w:r>
              <w:rPr>
                <w:sz w:val="13"/>
              </w:rPr>
              <w:t>Meadow</w:t>
            </w:r>
          </w:p>
        </w:tc>
        <w:tc>
          <w:tcPr>
            <w:tcW w:w="1040" w:type="dxa"/>
            <w:vAlign w:val="center"/>
          </w:tcPr>
          <w:p w14:paraId="30608BAB" w14:textId="77777777" w:rsidR="00F26C4D" w:rsidRDefault="00F26C4D" w:rsidP="00F72BFD">
            <w:pPr>
              <w:spacing w:line="240" w:lineRule="auto"/>
            </w:pPr>
            <w:r>
              <w:rPr>
                <w:sz w:val="13"/>
              </w:rPr>
              <w:t>15-30</w:t>
            </w:r>
          </w:p>
        </w:tc>
        <w:tc>
          <w:tcPr>
            <w:tcW w:w="1040" w:type="dxa"/>
            <w:vAlign w:val="center"/>
          </w:tcPr>
          <w:p w14:paraId="02DAE57C" w14:textId="77777777" w:rsidR="00F26C4D" w:rsidRDefault="00F26C4D" w:rsidP="00F72BFD">
            <w:pPr>
              <w:spacing w:line="240" w:lineRule="auto"/>
            </w:pPr>
            <w:r>
              <w:rPr>
                <w:sz w:val="13"/>
              </w:rPr>
              <w:t>Day 40 - Day 0</w:t>
            </w:r>
          </w:p>
        </w:tc>
        <w:tc>
          <w:tcPr>
            <w:tcW w:w="1040" w:type="dxa"/>
            <w:vAlign w:val="center"/>
          </w:tcPr>
          <w:p w14:paraId="22A268AA" w14:textId="77777777" w:rsidR="00F26C4D" w:rsidRDefault="00F26C4D" w:rsidP="00F72BFD">
            <w:pPr>
              <w:spacing w:line="240" w:lineRule="auto"/>
            </w:pPr>
            <w:r>
              <w:rPr>
                <w:sz w:val="13"/>
              </w:rPr>
              <w:t>-1.124</w:t>
            </w:r>
          </w:p>
        </w:tc>
        <w:tc>
          <w:tcPr>
            <w:tcW w:w="1040" w:type="dxa"/>
            <w:vAlign w:val="center"/>
          </w:tcPr>
          <w:p w14:paraId="4B961874" w14:textId="77777777" w:rsidR="00F26C4D" w:rsidRDefault="00F26C4D" w:rsidP="00F72BFD">
            <w:pPr>
              <w:spacing w:line="240" w:lineRule="auto"/>
            </w:pPr>
            <w:r>
              <w:rPr>
                <w:sz w:val="13"/>
              </w:rPr>
              <w:t>0.446</w:t>
            </w:r>
          </w:p>
        </w:tc>
        <w:tc>
          <w:tcPr>
            <w:tcW w:w="1040" w:type="dxa"/>
            <w:vAlign w:val="center"/>
          </w:tcPr>
          <w:p w14:paraId="5834EAB0" w14:textId="77777777" w:rsidR="00F26C4D" w:rsidRDefault="00F26C4D" w:rsidP="00F72BFD">
            <w:pPr>
              <w:spacing w:line="240" w:lineRule="auto"/>
            </w:pPr>
            <w:r>
              <w:rPr>
                <w:sz w:val="13"/>
              </w:rPr>
              <w:t>48.0</w:t>
            </w:r>
          </w:p>
        </w:tc>
        <w:tc>
          <w:tcPr>
            <w:tcW w:w="1040" w:type="dxa"/>
            <w:vAlign w:val="center"/>
          </w:tcPr>
          <w:p w14:paraId="011C45E5" w14:textId="77777777" w:rsidR="00F26C4D" w:rsidRDefault="00F26C4D" w:rsidP="00F72BFD">
            <w:pPr>
              <w:spacing w:line="240" w:lineRule="auto"/>
            </w:pPr>
            <w:r>
              <w:rPr>
                <w:sz w:val="13"/>
              </w:rPr>
              <w:t>-2.020 to -0.228</w:t>
            </w:r>
          </w:p>
        </w:tc>
        <w:tc>
          <w:tcPr>
            <w:tcW w:w="1040" w:type="dxa"/>
            <w:vAlign w:val="center"/>
          </w:tcPr>
          <w:p w14:paraId="34B22182" w14:textId="77777777" w:rsidR="00F26C4D" w:rsidRDefault="00F26C4D" w:rsidP="00F72BFD">
            <w:pPr>
              <w:spacing w:line="240" w:lineRule="auto"/>
            </w:pPr>
            <w:r>
              <w:rPr>
                <w:sz w:val="13"/>
              </w:rPr>
              <w:t>0.015</w:t>
            </w:r>
          </w:p>
        </w:tc>
      </w:tr>
      <w:tr w:rsidR="00F26C4D" w14:paraId="11E1EAB6" w14:textId="77777777" w:rsidTr="00F72BFD">
        <w:trPr>
          <w:cantSplit/>
          <w:jc w:val="center"/>
        </w:trPr>
        <w:tc>
          <w:tcPr>
            <w:tcW w:w="1040" w:type="dxa"/>
            <w:vAlign w:val="center"/>
          </w:tcPr>
          <w:p w14:paraId="40B1355D" w14:textId="77777777" w:rsidR="00F26C4D" w:rsidRDefault="00F26C4D" w:rsidP="00F72BFD">
            <w:pPr>
              <w:spacing w:line="240" w:lineRule="auto"/>
            </w:pPr>
            <w:r>
              <w:rPr>
                <w:sz w:val="13"/>
              </w:rPr>
              <w:t>AM Fungi</w:t>
            </w:r>
          </w:p>
        </w:tc>
        <w:tc>
          <w:tcPr>
            <w:tcW w:w="1040" w:type="dxa"/>
            <w:vAlign w:val="center"/>
          </w:tcPr>
          <w:p w14:paraId="6958FC20" w14:textId="77777777" w:rsidR="00F26C4D" w:rsidRDefault="00F26C4D" w:rsidP="00F72BFD">
            <w:pPr>
              <w:spacing w:line="240" w:lineRule="auto"/>
            </w:pPr>
            <w:r>
              <w:rPr>
                <w:sz w:val="13"/>
              </w:rPr>
              <w:t>Swamp meadow</w:t>
            </w:r>
          </w:p>
        </w:tc>
        <w:tc>
          <w:tcPr>
            <w:tcW w:w="1040" w:type="dxa"/>
            <w:vAlign w:val="center"/>
          </w:tcPr>
          <w:p w14:paraId="15CD36C9" w14:textId="77777777" w:rsidR="00F26C4D" w:rsidRDefault="00F26C4D" w:rsidP="00F72BFD">
            <w:pPr>
              <w:spacing w:line="240" w:lineRule="auto"/>
            </w:pPr>
            <w:r>
              <w:rPr>
                <w:sz w:val="13"/>
              </w:rPr>
              <w:t>0-5</w:t>
            </w:r>
          </w:p>
        </w:tc>
        <w:tc>
          <w:tcPr>
            <w:tcW w:w="1040" w:type="dxa"/>
            <w:vAlign w:val="center"/>
          </w:tcPr>
          <w:p w14:paraId="7CBB8AB7" w14:textId="77777777" w:rsidR="00F26C4D" w:rsidRDefault="00F26C4D" w:rsidP="00F72BFD">
            <w:pPr>
              <w:spacing w:line="240" w:lineRule="auto"/>
            </w:pPr>
            <w:r>
              <w:rPr>
                <w:sz w:val="13"/>
              </w:rPr>
              <w:t>Day 13 - Day 0</w:t>
            </w:r>
          </w:p>
        </w:tc>
        <w:tc>
          <w:tcPr>
            <w:tcW w:w="1040" w:type="dxa"/>
            <w:vAlign w:val="center"/>
          </w:tcPr>
          <w:p w14:paraId="41C59C8B" w14:textId="77777777" w:rsidR="00F26C4D" w:rsidRDefault="00F26C4D" w:rsidP="00F72BFD">
            <w:pPr>
              <w:spacing w:line="240" w:lineRule="auto"/>
            </w:pPr>
            <w:r>
              <w:rPr>
                <w:sz w:val="13"/>
              </w:rPr>
              <w:t>-1.376</w:t>
            </w:r>
          </w:p>
        </w:tc>
        <w:tc>
          <w:tcPr>
            <w:tcW w:w="1040" w:type="dxa"/>
            <w:vAlign w:val="center"/>
          </w:tcPr>
          <w:p w14:paraId="55136952" w14:textId="77777777" w:rsidR="00F26C4D" w:rsidRDefault="00F26C4D" w:rsidP="00F72BFD">
            <w:pPr>
              <w:spacing w:line="240" w:lineRule="auto"/>
            </w:pPr>
            <w:r>
              <w:rPr>
                <w:sz w:val="13"/>
              </w:rPr>
              <w:t>0.510</w:t>
            </w:r>
          </w:p>
        </w:tc>
        <w:tc>
          <w:tcPr>
            <w:tcW w:w="1040" w:type="dxa"/>
            <w:vAlign w:val="center"/>
          </w:tcPr>
          <w:p w14:paraId="64BC4D0C" w14:textId="77777777" w:rsidR="00F26C4D" w:rsidRDefault="00F26C4D" w:rsidP="00F72BFD">
            <w:pPr>
              <w:spacing w:line="240" w:lineRule="auto"/>
            </w:pPr>
            <w:r>
              <w:rPr>
                <w:sz w:val="13"/>
              </w:rPr>
              <w:t>48.0</w:t>
            </w:r>
          </w:p>
        </w:tc>
        <w:tc>
          <w:tcPr>
            <w:tcW w:w="1040" w:type="dxa"/>
            <w:vAlign w:val="center"/>
          </w:tcPr>
          <w:p w14:paraId="26E4B288" w14:textId="77777777" w:rsidR="00F26C4D" w:rsidRDefault="00F26C4D" w:rsidP="00F72BFD">
            <w:pPr>
              <w:spacing w:line="240" w:lineRule="auto"/>
            </w:pPr>
            <w:r>
              <w:rPr>
                <w:sz w:val="13"/>
              </w:rPr>
              <w:t>-2.402 to -0.350</w:t>
            </w:r>
          </w:p>
        </w:tc>
        <w:tc>
          <w:tcPr>
            <w:tcW w:w="1040" w:type="dxa"/>
            <w:vAlign w:val="center"/>
          </w:tcPr>
          <w:p w14:paraId="2EA1D7D6" w14:textId="77777777" w:rsidR="00F26C4D" w:rsidRDefault="00F26C4D" w:rsidP="00F72BFD">
            <w:pPr>
              <w:spacing w:line="240" w:lineRule="auto"/>
            </w:pPr>
            <w:r>
              <w:rPr>
                <w:sz w:val="13"/>
              </w:rPr>
              <w:t>0.010</w:t>
            </w:r>
          </w:p>
        </w:tc>
      </w:tr>
      <w:tr w:rsidR="00F26C4D" w14:paraId="71E31319" w14:textId="77777777" w:rsidTr="00F72BFD">
        <w:trPr>
          <w:cantSplit/>
          <w:jc w:val="center"/>
        </w:trPr>
        <w:tc>
          <w:tcPr>
            <w:tcW w:w="1040" w:type="dxa"/>
            <w:vAlign w:val="center"/>
          </w:tcPr>
          <w:p w14:paraId="22F603E9" w14:textId="77777777" w:rsidR="00F26C4D" w:rsidRDefault="00F26C4D" w:rsidP="00F72BFD">
            <w:pPr>
              <w:spacing w:line="240" w:lineRule="auto"/>
            </w:pPr>
            <w:r>
              <w:rPr>
                <w:sz w:val="13"/>
              </w:rPr>
              <w:t>AM Fungi</w:t>
            </w:r>
          </w:p>
        </w:tc>
        <w:tc>
          <w:tcPr>
            <w:tcW w:w="1040" w:type="dxa"/>
            <w:vAlign w:val="center"/>
          </w:tcPr>
          <w:p w14:paraId="5300D989" w14:textId="77777777" w:rsidR="00F26C4D" w:rsidRDefault="00F26C4D" w:rsidP="00F72BFD">
            <w:pPr>
              <w:spacing w:line="240" w:lineRule="auto"/>
            </w:pPr>
            <w:r>
              <w:rPr>
                <w:sz w:val="13"/>
              </w:rPr>
              <w:t>Swamp meadow</w:t>
            </w:r>
          </w:p>
        </w:tc>
        <w:tc>
          <w:tcPr>
            <w:tcW w:w="1040" w:type="dxa"/>
            <w:vAlign w:val="center"/>
          </w:tcPr>
          <w:p w14:paraId="62A63914" w14:textId="77777777" w:rsidR="00F26C4D" w:rsidRDefault="00F26C4D" w:rsidP="00F72BFD">
            <w:pPr>
              <w:spacing w:line="240" w:lineRule="auto"/>
            </w:pPr>
            <w:r>
              <w:rPr>
                <w:sz w:val="13"/>
              </w:rPr>
              <w:t>0-5</w:t>
            </w:r>
          </w:p>
        </w:tc>
        <w:tc>
          <w:tcPr>
            <w:tcW w:w="1040" w:type="dxa"/>
            <w:vAlign w:val="center"/>
          </w:tcPr>
          <w:p w14:paraId="1DE8AC14" w14:textId="77777777" w:rsidR="00F26C4D" w:rsidRDefault="00F26C4D" w:rsidP="00F72BFD">
            <w:pPr>
              <w:spacing w:line="240" w:lineRule="auto"/>
            </w:pPr>
            <w:r>
              <w:rPr>
                <w:sz w:val="13"/>
              </w:rPr>
              <w:t>Day 40 - Day 0</w:t>
            </w:r>
          </w:p>
        </w:tc>
        <w:tc>
          <w:tcPr>
            <w:tcW w:w="1040" w:type="dxa"/>
            <w:vAlign w:val="center"/>
          </w:tcPr>
          <w:p w14:paraId="021E3FC1" w14:textId="77777777" w:rsidR="00F26C4D" w:rsidRDefault="00F26C4D" w:rsidP="00F72BFD">
            <w:pPr>
              <w:spacing w:line="240" w:lineRule="auto"/>
            </w:pPr>
            <w:r>
              <w:rPr>
                <w:sz w:val="13"/>
              </w:rPr>
              <w:t>-0.897</w:t>
            </w:r>
          </w:p>
        </w:tc>
        <w:tc>
          <w:tcPr>
            <w:tcW w:w="1040" w:type="dxa"/>
            <w:vAlign w:val="center"/>
          </w:tcPr>
          <w:p w14:paraId="5D808356" w14:textId="77777777" w:rsidR="00F26C4D" w:rsidRDefault="00F26C4D" w:rsidP="00F72BFD">
            <w:pPr>
              <w:spacing w:line="240" w:lineRule="auto"/>
            </w:pPr>
            <w:r>
              <w:rPr>
                <w:sz w:val="13"/>
              </w:rPr>
              <w:t>0.510</w:t>
            </w:r>
          </w:p>
        </w:tc>
        <w:tc>
          <w:tcPr>
            <w:tcW w:w="1040" w:type="dxa"/>
            <w:vAlign w:val="center"/>
          </w:tcPr>
          <w:p w14:paraId="263B6B3D" w14:textId="77777777" w:rsidR="00F26C4D" w:rsidRDefault="00F26C4D" w:rsidP="00F72BFD">
            <w:pPr>
              <w:spacing w:line="240" w:lineRule="auto"/>
            </w:pPr>
            <w:r>
              <w:rPr>
                <w:sz w:val="13"/>
              </w:rPr>
              <w:t>48.0</w:t>
            </w:r>
          </w:p>
        </w:tc>
        <w:tc>
          <w:tcPr>
            <w:tcW w:w="1040" w:type="dxa"/>
            <w:vAlign w:val="center"/>
          </w:tcPr>
          <w:p w14:paraId="508DCA57" w14:textId="77777777" w:rsidR="00F26C4D" w:rsidRDefault="00F26C4D" w:rsidP="00F72BFD">
            <w:pPr>
              <w:spacing w:line="240" w:lineRule="auto"/>
            </w:pPr>
            <w:r>
              <w:rPr>
                <w:sz w:val="13"/>
              </w:rPr>
              <w:t>-1.923 to 0.129</w:t>
            </w:r>
          </w:p>
        </w:tc>
        <w:tc>
          <w:tcPr>
            <w:tcW w:w="1040" w:type="dxa"/>
            <w:vAlign w:val="center"/>
          </w:tcPr>
          <w:p w14:paraId="6A985ADF" w14:textId="77777777" w:rsidR="00F26C4D" w:rsidRDefault="00F26C4D" w:rsidP="00F72BFD">
            <w:pPr>
              <w:spacing w:line="240" w:lineRule="auto"/>
            </w:pPr>
            <w:r>
              <w:rPr>
                <w:sz w:val="13"/>
              </w:rPr>
              <w:t>0.085</w:t>
            </w:r>
          </w:p>
        </w:tc>
      </w:tr>
      <w:tr w:rsidR="00F26C4D" w14:paraId="1A034526" w14:textId="77777777" w:rsidTr="00F72BFD">
        <w:trPr>
          <w:cantSplit/>
          <w:jc w:val="center"/>
        </w:trPr>
        <w:tc>
          <w:tcPr>
            <w:tcW w:w="1040" w:type="dxa"/>
            <w:vAlign w:val="center"/>
          </w:tcPr>
          <w:p w14:paraId="2F608A1D" w14:textId="77777777" w:rsidR="00F26C4D" w:rsidRDefault="00F26C4D" w:rsidP="00F72BFD">
            <w:pPr>
              <w:spacing w:line="240" w:lineRule="auto"/>
            </w:pPr>
            <w:r>
              <w:rPr>
                <w:sz w:val="13"/>
              </w:rPr>
              <w:t>AM Fungi</w:t>
            </w:r>
          </w:p>
        </w:tc>
        <w:tc>
          <w:tcPr>
            <w:tcW w:w="1040" w:type="dxa"/>
            <w:vAlign w:val="center"/>
          </w:tcPr>
          <w:p w14:paraId="259F40E5" w14:textId="77777777" w:rsidR="00F26C4D" w:rsidRDefault="00F26C4D" w:rsidP="00F72BFD">
            <w:pPr>
              <w:spacing w:line="240" w:lineRule="auto"/>
            </w:pPr>
            <w:r>
              <w:rPr>
                <w:sz w:val="13"/>
              </w:rPr>
              <w:t>Meadow</w:t>
            </w:r>
          </w:p>
        </w:tc>
        <w:tc>
          <w:tcPr>
            <w:tcW w:w="1040" w:type="dxa"/>
            <w:vAlign w:val="center"/>
          </w:tcPr>
          <w:p w14:paraId="69895A2B" w14:textId="77777777" w:rsidR="00F26C4D" w:rsidRDefault="00F26C4D" w:rsidP="00F72BFD">
            <w:pPr>
              <w:spacing w:line="240" w:lineRule="auto"/>
            </w:pPr>
            <w:r>
              <w:rPr>
                <w:sz w:val="13"/>
              </w:rPr>
              <w:t>0-5</w:t>
            </w:r>
          </w:p>
        </w:tc>
        <w:tc>
          <w:tcPr>
            <w:tcW w:w="1040" w:type="dxa"/>
            <w:vAlign w:val="center"/>
          </w:tcPr>
          <w:p w14:paraId="555520AD" w14:textId="77777777" w:rsidR="00F26C4D" w:rsidRDefault="00F26C4D" w:rsidP="00F72BFD">
            <w:pPr>
              <w:spacing w:line="240" w:lineRule="auto"/>
            </w:pPr>
            <w:r>
              <w:rPr>
                <w:sz w:val="13"/>
              </w:rPr>
              <w:t>Day 13 - Day 0</w:t>
            </w:r>
          </w:p>
        </w:tc>
        <w:tc>
          <w:tcPr>
            <w:tcW w:w="1040" w:type="dxa"/>
            <w:vAlign w:val="center"/>
          </w:tcPr>
          <w:p w14:paraId="3DD36CC2" w14:textId="77777777" w:rsidR="00F26C4D" w:rsidRDefault="00F26C4D" w:rsidP="00F72BFD">
            <w:pPr>
              <w:spacing w:line="240" w:lineRule="auto"/>
            </w:pPr>
            <w:r>
              <w:rPr>
                <w:sz w:val="13"/>
              </w:rPr>
              <w:t>0.440</w:t>
            </w:r>
          </w:p>
        </w:tc>
        <w:tc>
          <w:tcPr>
            <w:tcW w:w="1040" w:type="dxa"/>
            <w:vAlign w:val="center"/>
          </w:tcPr>
          <w:p w14:paraId="73001522" w14:textId="77777777" w:rsidR="00F26C4D" w:rsidRDefault="00F26C4D" w:rsidP="00F72BFD">
            <w:pPr>
              <w:spacing w:line="240" w:lineRule="auto"/>
            </w:pPr>
            <w:r>
              <w:rPr>
                <w:sz w:val="13"/>
              </w:rPr>
              <w:t>0.510</w:t>
            </w:r>
          </w:p>
        </w:tc>
        <w:tc>
          <w:tcPr>
            <w:tcW w:w="1040" w:type="dxa"/>
            <w:vAlign w:val="center"/>
          </w:tcPr>
          <w:p w14:paraId="65379E34" w14:textId="77777777" w:rsidR="00F26C4D" w:rsidRDefault="00F26C4D" w:rsidP="00F72BFD">
            <w:pPr>
              <w:spacing w:line="240" w:lineRule="auto"/>
            </w:pPr>
            <w:r>
              <w:rPr>
                <w:sz w:val="13"/>
              </w:rPr>
              <w:t>48.0</w:t>
            </w:r>
          </w:p>
        </w:tc>
        <w:tc>
          <w:tcPr>
            <w:tcW w:w="1040" w:type="dxa"/>
            <w:vAlign w:val="center"/>
          </w:tcPr>
          <w:p w14:paraId="21BD1D9D" w14:textId="77777777" w:rsidR="00F26C4D" w:rsidRDefault="00F26C4D" w:rsidP="00F72BFD">
            <w:pPr>
              <w:spacing w:line="240" w:lineRule="auto"/>
            </w:pPr>
            <w:r>
              <w:rPr>
                <w:sz w:val="13"/>
              </w:rPr>
              <w:t>-0.586 to 1.466</w:t>
            </w:r>
          </w:p>
        </w:tc>
        <w:tc>
          <w:tcPr>
            <w:tcW w:w="1040" w:type="dxa"/>
            <w:vAlign w:val="center"/>
          </w:tcPr>
          <w:p w14:paraId="6F25D903" w14:textId="77777777" w:rsidR="00F26C4D" w:rsidRDefault="00F26C4D" w:rsidP="00F72BFD">
            <w:pPr>
              <w:spacing w:line="240" w:lineRule="auto"/>
            </w:pPr>
            <w:r>
              <w:rPr>
                <w:sz w:val="13"/>
              </w:rPr>
              <w:t>0.393</w:t>
            </w:r>
          </w:p>
        </w:tc>
      </w:tr>
      <w:tr w:rsidR="00F26C4D" w14:paraId="5FA714F8" w14:textId="77777777" w:rsidTr="00F72BFD">
        <w:trPr>
          <w:cantSplit/>
          <w:jc w:val="center"/>
        </w:trPr>
        <w:tc>
          <w:tcPr>
            <w:tcW w:w="1040" w:type="dxa"/>
            <w:vAlign w:val="center"/>
          </w:tcPr>
          <w:p w14:paraId="0A807C6E" w14:textId="77777777" w:rsidR="00F26C4D" w:rsidRDefault="00F26C4D" w:rsidP="00F72BFD">
            <w:pPr>
              <w:spacing w:line="240" w:lineRule="auto"/>
            </w:pPr>
            <w:r>
              <w:rPr>
                <w:sz w:val="13"/>
              </w:rPr>
              <w:t>AM Fungi</w:t>
            </w:r>
          </w:p>
        </w:tc>
        <w:tc>
          <w:tcPr>
            <w:tcW w:w="1040" w:type="dxa"/>
            <w:vAlign w:val="center"/>
          </w:tcPr>
          <w:p w14:paraId="7E322F38" w14:textId="77777777" w:rsidR="00F26C4D" w:rsidRDefault="00F26C4D" w:rsidP="00F72BFD">
            <w:pPr>
              <w:spacing w:line="240" w:lineRule="auto"/>
            </w:pPr>
            <w:r>
              <w:rPr>
                <w:sz w:val="13"/>
              </w:rPr>
              <w:t>Meadow</w:t>
            </w:r>
          </w:p>
        </w:tc>
        <w:tc>
          <w:tcPr>
            <w:tcW w:w="1040" w:type="dxa"/>
            <w:vAlign w:val="center"/>
          </w:tcPr>
          <w:p w14:paraId="664A7E70" w14:textId="77777777" w:rsidR="00F26C4D" w:rsidRDefault="00F26C4D" w:rsidP="00F72BFD">
            <w:pPr>
              <w:spacing w:line="240" w:lineRule="auto"/>
            </w:pPr>
            <w:r>
              <w:rPr>
                <w:sz w:val="13"/>
              </w:rPr>
              <w:t>0-5</w:t>
            </w:r>
          </w:p>
        </w:tc>
        <w:tc>
          <w:tcPr>
            <w:tcW w:w="1040" w:type="dxa"/>
            <w:vAlign w:val="center"/>
          </w:tcPr>
          <w:p w14:paraId="52E17BB5" w14:textId="77777777" w:rsidR="00F26C4D" w:rsidRDefault="00F26C4D" w:rsidP="00F72BFD">
            <w:pPr>
              <w:spacing w:line="240" w:lineRule="auto"/>
            </w:pPr>
            <w:r>
              <w:rPr>
                <w:sz w:val="13"/>
              </w:rPr>
              <w:t>Day 40 - Day 0</w:t>
            </w:r>
          </w:p>
        </w:tc>
        <w:tc>
          <w:tcPr>
            <w:tcW w:w="1040" w:type="dxa"/>
            <w:vAlign w:val="center"/>
          </w:tcPr>
          <w:p w14:paraId="2F53B39C" w14:textId="77777777" w:rsidR="00F26C4D" w:rsidRDefault="00F26C4D" w:rsidP="00F72BFD">
            <w:pPr>
              <w:spacing w:line="240" w:lineRule="auto"/>
            </w:pPr>
            <w:r>
              <w:rPr>
                <w:sz w:val="13"/>
              </w:rPr>
              <w:t>0.767</w:t>
            </w:r>
          </w:p>
        </w:tc>
        <w:tc>
          <w:tcPr>
            <w:tcW w:w="1040" w:type="dxa"/>
            <w:vAlign w:val="center"/>
          </w:tcPr>
          <w:p w14:paraId="391E2DE1" w14:textId="77777777" w:rsidR="00F26C4D" w:rsidRDefault="00F26C4D" w:rsidP="00F72BFD">
            <w:pPr>
              <w:spacing w:line="240" w:lineRule="auto"/>
            </w:pPr>
            <w:r>
              <w:rPr>
                <w:sz w:val="13"/>
              </w:rPr>
              <w:t>0.510</w:t>
            </w:r>
          </w:p>
        </w:tc>
        <w:tc>
          <w:tcPr>
            <w:tcW w:w="1040" w:type="dxa"/>
            <w:vAlign w:val="center"/>
          </w:tcPr>
          <w:p w14:paraId="55D2F225" w14:textId="77777777" w:rsidR="00F26C4D" w:rsidRDefault="00F26C4D" w:rsidP="00F72BFD">
            <w:pPr>
              <w:spacing w:line="240" w:lineRule="auto"/>
            </w:pPr>
            <w:r>
              <w:rPr>
                <w:sz w:val="13"/>
              </w:rPr>
              <w:t>48.0</w:t>
            </w:r>
          </w:p>
        </w:tc>
        <w:tc>
          <w:tcPr>
            <w:tcW w:w="1040" w:type="dxa"/>
            <w:vAlign w:val="center"/>
          </w:tcPr>
          <w:p w14:paraId="18A05461" w14:textId="77777777" w:rsidR="00F26C4D" w:rsidRDefault="00F26C4D" w:rsidP="00F72BFD">
            <w:pPr>
              <w:spacing w:line="240" w:lineRule="auto"/>
            </w:pPr>
            <w:r>
              <w:rPr>
                <w:sz w:val="13"/>
              </w:rPr>
              <w:t>-0.259 to 1.793</w:t>
            </w:r>
          </w:p>
        </w:tc>
        <w:tc>
          <w:tcPr>
            <w:tcW w:w="1040" w:type="dxa"/>
            <w:vAlign w:val="center"/>
          </w:tcPr>
          <w:p w14:paraId="59D1C608" w14:textId="77777777" w:rsidR="00F26C4D" w:rsidRDefault="00F26C4D" w:rsidP="00F72BFD">
            <w:pPr>
              <w:spacing w:line="240" w:lineRule="auto"/>
            </w:pPr>
            <w:r>
              <w:rPr>
                <w:sz w:val="13"/>
              </w:rPr>
              <w:t>0.139</w:t>
            </w:r>
          </w:p>
        </w:tc>
      </w:tr>
      <w:tr w:rsidR="00F26C4D" w14:paraId="0C51DA6C" w14:textId="77777777" w:rsidTr="00F72BFD">
        <w:trPr>
          <w:cantSplit/>
          <w:jc w:val="center"/>
        </w:trPr>
        <w:tc>
          <w:tcPr>
            <w:tcW w:w="1040" w:type="dxa"/>
            <w:vAlign w:val="center"/>
          </w:tcPr>
          <w:p w14:paraId="27DC55CC" w14:textId="77777777" w:rsidR="00F26C4D" w:rsidRDefault="00F26C4D" w:rsidP="00F72BFD">
            <w:pPr>
              <w:spacing w:line="240" w:lineRule="auto"/>
            </w:pPr>
            <w:r>
              <w:rPr>
                <w:sz w:val="13"/>
              </w:rPr>
              <w:t>AM Fungi</w:t>
            </w:r>
          </w:p>
        </w:tc>
        <w:tc>
          <w:tcPr>
            <w:tcW w:w="1040" w:type="dxa"/>
            <w:vAlign w:val="center"/>
          </w:tcPr>
          <w:p w14:paraId="4AD43592" w14:textId="77777777" w:rsidR="00F26C4D" w:rsidRDefault="00F26C4D" w:rsidP="00F72BFD">
            <w:pPr>
              <w:spacing w:line="240" w:lineRule="auto"/>
            </w:pPr>
            <w:r>
              <w:rPr>
                <w:sz w:val="13"/>
              </w:rPr>
              <w:t>Swamp meadow</w:t>
            </w:r>
          </w:p>
        </w:tc>
        <w:tc>
          <w:tcPr>
            <w:tcW w:w="1040" w:type="dxa"/>
            <w:vAlign w:val="center"/>
          </w:tcPr>
          <w:p w14:paraId="4A18004C" w14:textId="77777777" w:rsidR="00F26C4D" w:rsidRDefault="00F26C4D" w:rsidP="00F72BFD">
            <w:pPr>
              <w:spacing w:line="240" w:lineRule="auto"/>
            </w:pPr>
            <w:r>
              <w:rPr>
                <w:sz w:val="13"/>
              </w:rPr>
              <w:t>5-15</w:t>
            </w:r>
          </w:p>
        </w:tc>
        <w:tc>
          <w:tcPr>
            <w:tcW w:w="1040" w:type="dxa"/>
            <w:vAlign w:val="center"/>
          </w:tcPr>
          <w:p w14:paraId="15D050C8" w14:textId="77777777" w:rsidR="00F26C4D" w:rsidRDefault="00F26C4D" w:rsidP="00F72BFD">
            <w:pPr>
              <w:spacing w:line="240" w:lineRule="auto"/>
            </w:pPr>
            <w:r>
              <w:rPr>
                <w:sz w:val="13"/>
              </w:rPr>
              <w:t>Day 13 - Day 0</w:t>
            </w:r>
          </w:p>
        </w:tc>
        <w:tc>
          <w:tcPr>
            <w:tcW w:w="1040" w:type="dxa"/>
            <w:vAlign w:val="center"/>
          </w:tcPr>
          <w:p w14:paraId="73B7D515" w14:textId="77777777" w:rsidR="00F26C4D" w:rsidRDefault="00F26C4D" w:rsidP="00F72BFD">
            <w:pPr>
              <w:spacing w:line="240" w:lineRule="auto"/>
            </w:pPr>
            <w:r>
              <w:rPr>
                <w:sz w:val="13"/>
              </w:rPr>
              <w:t>-0.464</w:t>
            </w:r>
          </w:p>
        </w:tc>
        <w:tc>
          <w:tcPr>
            <w:tcW w:w="1040" w:type="dxa"/>
            <w:vAlign w:val="center"/>
          </w:tcPr>
          <w:p w14:paraId="6E766AF5" w14:textId="77777777" w:rsidR="00F26C4D" w:rsidRDefault="00F26C4D" w:rsidP="00F72BFD">
            <w:pPr>
              <w:spacing w:line="240" w:lineRule="auto"/>
            </w:pPr>
            <w:r>
              <w:rPr>
                <w:sz w:val="13"/>
              </w:rPr>
              <w:t>0.510</w:t>
            </w:r>
          </w:p>
        </w:tc>
        <w:tc>
          <w:tcPr>
            <w:tcW w:w="1040" w:type="dxa"/>
            <w:vAlign w:val="center"/>
          </w:tcPr>
          <w:p w14:paraId="4FF21B3C" w14:textId="77777777" w:rsidR="00F26C4D" w:rsidRDefault="00F26C4D" w:rsidP="00F72BFD">
            <w:pPr>
              <w:spacing w:line="240" w:lineRule="auto"/>
            </w:pPr>
            <w:r>
              <w:rPr>
                <w:sz w:val="13"/>
              </w:rPr>
              <w:t>48.0</w:t>
            </w:r>
          </w:p>
        </w:tc>
        <w:tc>
          <w:tcPr>
            <w:tcW w:w="1040" w:type="dxa"/>
            <w:vAlign w:val="center"/>
          </w:tcPr>
          <w:p w14:paraId="160BABBC" w14:textId="77777777" w:rsidR="00F26C4D" w:rsidRDefault="00F26C4D" w:rsidP="00F72BFD">
            <w:pPr>
              <w:spacing w:line="240" w:lineRule="auto"/>
            </w:pPr>
            <w:r>
              <w:rPr>
                <w:sz w:val="13"/>
              </w:rPr>
              <w:t>-1.490 to 0.562</w:t>
            </w:r>
          </w:p>
        </w:tc>
        <w:tc>
          <w:tcPr>
            <w:tcW w:w="1040" w:type="dxa"/>
            <w:vAlign w:val="center"/>
          </w:tcPr>
          <w:p w14:paraId="58C80417" w14:textId="77777777" w:rsidR="00F26C4D" w:rsidRDefault="00F26C4D" w:rsidP="00F72BFD">
            <w:pPr>
              <w:spacing w:line="240" w:lineRule="auto"/>
            </w:pPr>
            <w:r>
              <w:rPr>
                <w:sz w:val="13"/>
              </w:rPr>
              <w:t>0.368</w:t>
            </w:r>
          </w:p>
        </w:tc>
      </w:tr>
      <w:tr w:rsidR="00F26C4D" w14:paraId="433D198C" w14:textId="77777777" w:rsidTr="00F72BFD">
        <w:trPr>
          <w:cantSplit/>
          <w:jc w:val="center"/>
        </w:trPr>
        <w:tc>
          <w:tcPr>
            <w:tcW w:w="1040" w:type="dxa"/>
            <w:vAlign w:val="center"/>
          </w:tcPr>
          <w:p w14:paraId="3B352293" w14:textId="77777777" w:rsidR="00F26C4D" w:rsidRDefault="00F26C4D" w:rsidP="00F72BFD">
            <w:pPr>
              <w:spacing w:line="240" w:lineRule="auto"/>
            </w:pPr>
            <w:r>
              <w:rPr>
                <w:sz w:val="13"/>
              </w:rPr>
              <w:t>AM Fungi</w:t>
            </w:r>
          </w:p>
        </w:tc>
        <w:tc>
          <w:tcPr>
            <w:tcW w:w="1040" w:type="dxa"/>
            <w:vAlign w:val="center"/>
          </w:tcPr>
          <w:p w14:paraId="007C23DE" w14:textId="77777777" w:rsidR="00F26C4D" w:rsidRDefault="00F26C4D" w:rsidP="00F72BFD">
            <w:pPr>
              <w:spacing w:line="240" w:lineRule="auto"/>
            </w:pPr>
            <w:r>
              <w:rPr>
                <w:sz w:val="13"/>
              </w:rPr>
              <w:t>Swamp meadow</w:t>
            </w:r>
          </w:p>
        </w:tc>
        <w:tc>
          <w:tcPr>
            <w:tcW w:w="1040" w:type="dxa"/>
            <w:vAlign w:val="center"/>
          </w:tcPr>
          <w:p w14:paraId="3578B38C" w14:textId="77777777" w:rsidR="00F26C4D" w:rsidRDefault="00F26C4D" w:rsidP="00F72BFD">
            <w:pPr>
              <w:spacing w:line="240" w:lineRule="auto"/>
            </w:pPr>
            <w:r>
              <w:rPr>
                <w:sz w:val="13"/>
              </w:rPr>
              <w:t>5-15</w:t>
            </w:r>
          </w:p>
        </w:tc>
        <w:tc>
          <w:tcPr>
            <w:tcW w:w="1040" w:type="dxa"/>
            <w:vAlign w:val="center"/>
          </w:tcPr>
          <w:p w14:paraId="728CC8AA" w14:textId="77777777" w:rsidR="00F26C4D" w:rsidRDefault="00F26C4D" w:rsidP="00F72BFD">
            <w:pPr>
              <w:spacing w:line="240" w:lineRule="auto"/>
            </w:pPr>
            <w:r>
              <w:rPr>
                <w:sz w:val="13"/>
              </w:rPr>
              <w:t>Day 40 - Day 0</w:t>
            </w:r>
          </w:p>
        </w:tc>
        <w:tc>
          <w:tcPr>
            <w:tcW w:w="1040" w:type="dxa"/>
            <w:vAlign w:val="center"/>
          </w:tcPr>
          <w:p w14:paraId="1DFB2004" w14:textId="77777777" w:rsidR="00F26C4D" w:rsidRDefault="00F26C4D" w:rsidP="00F72BFD">
            <w:pPr>
              <w:spacing w:line="240" w:lineRule="auto"/>
            </w:pPr>
            <w:r>
              <w:rPr>
                <w:sz w:val="13"/>
              </w:rPr>
              <w:t>-2.741</w:t>
            </w:r>
          </w:p>
        </w:tc>
        <w:tc>
          <w:tcPr>
            <w:tcW w:w="1040" w:type="dxa"/>
            <w:vAlign w:val="center"/>
          </w:tcPr>
          <w:p w14:paraId="4607EF7A" w14:textId="77777777" w:rsidR="00F26C4D" w:rsidRDefault="00F26C4D" w:rsidP="00F72BFD">
            <w:pPr>
              <w:spacing w:line="240" w:lineRule="auto"/>
            </w:pPr>
            <w:r>
              <w:rPr>
                <w:sz w:val="13"/>
              </w:rPr>
              <w:t>0.510</w:t>
            </w:r>
          </w:p>
        </w:tc>
        <w:tc>
          <w:tcPr>
            <w:tcW w:w="1040" w:type="dxa"/>
            <w:vAlign w:val="center"/>
          </w:tcPr>
          <w:p w14:paraId="397AF3BD" w14:textId="77777777" w:rsidR="00F26C4D" w:rsidRDefault="00F26C4D" w:rsidP="00F72BFD">
            <w:pPr>
              <w:spacing w:line="240" w:lineRule="auto"/>
            </w:pPr>
            <w:r>
              <w:rPr>
                <w:sz w:val="13"/>
              </w:rPr>
              <w:t>48.0</w:t>
            </w:r>
          </w:p>
        </w:tc>
        <w:tc>
          <w:tcPr>
            <w:tcW w:w="1040" w:type="dxa"/>
            <w:vAlign w:val="center"/>
          </w:tcPr>
          <w:p w14:paraId="3CE55A06" w14:textId="77777777" w:rsidR="00F26C4D" w:rsidRDefault="00F26C4D" w:rsidP="00F72BFD">
            <w:pPr>
              <w:spacing w:line="240" w:lineRule="auto"/>
            </w:pPr>
            <w:r>
              <w:rPr>
                <w:sz w:val="13"/>
              </w:rPr>
              <w:t>-3.767 to -1.715</w:t>
            </w:r>
          </w:p>
        </w:tc>
        <w:tc>
          <w:tcPr>
            <w:tcW w:w="1040" w:type="dxa"/>
            <w:vAlign w:val="center"/>
          </w:tcPr>
          <w:p w14:paraId="45BB7325" w14:textId="77777777" w:rsidR="00F26C4D" w:rsidRDefault="00F26C4D" w:rsidP="00F72BFD">
            <w:pPr>
              <w:spacing w:line="240" w:lineRule="auto"/>
            </w:pPr>
            <w:r>
              <w:rPr>
                <w:sz w:val="13"/>
              </w:rPr>
              <w:t>2.25e-06</w:t>
            </w:r>
          </w:p>
        </w:tc>
      </w:tr>
      <w:tr w:rsidR="00F26C4D" w14:paraId="7C5DE0D4" w14:textId="77777777" w:rsidTr="00F72BFD">
        <w:trPr>
          <w:cantSplit/>
          <w:jc w:val="center"/>
        </w:trPr>
        <w:tc>
          <w:tcPr>
            <w:tcW w:w="1040" w:type="dxa"/>
            <w:vAlign w:val="center"/>
          </w:tcPr>
          <w:p w14:paraId="1A09F82A" w14:textId="77777777" w:rsidR="00F26C4D" w:rsidRDefault="00F26C4D" w:rsidP="00F72BFD">
            <w:pPr>
              <w:spacing w:line="240" w:lineRule="auto"/>
            </w:pPr>
            <w:r>
              <w:rPr>
                <w:sz w:val="13"/>
              </w:rPr>
              <w:t>AM Fungi</w:t>
            </w:r>
          </w:p>
        </w:tc>
        <w:tc>
          <w:tcPr>
            <w:tcW w:w="1040" w:type="dxa"/>
            <w:vAlign w:val="center"/>
          </w:tcPr>
          <w:p w14:paraId="0B8210BE" w14:textId="77777777" w:rsidR="00F26C4D" w:rsidRDefault="00F26C4D" w:rsidP="00F72BFD">
            <w:pPr>
              <w:spacing w:line="240" w:lineRule="auto"/>
            </w:pPr>
            <w:r>
              <w:rPr>
                <w:sz w:val="13"/>
              </w:rPr>
              <w:t>Meadow</w:t>
            </w:r>
          </w:p>
        </w:tc>
        <w:tc>
          <w:tcPr>
            <w:tcW w:w="1040" w:type="dxa"/>
            <w:vAlign w:val="center"/>
          </w:tcPr>
          <w:p w14:paraId="17C90651" w14:textId="77777777" w:rsidR="00F26C4D" w:rsidRDefault="00F26C4D" w:rsidP="00F72BFD">
            <w:pPr>
              <w:spacing w:line="240" w:lineRule="auto"/>
            </w:pPr>
            <w:r>
              <w:rPr>
                <w:sz w:val="13"/>
              </w:rPr>
              <w:t>5-15</w:t>
            </w:r>
          </w:p>
        </w:tc>
        <w:tc>
          <w:tcPr>
            <w:tcW w:w="1040" w:type="dxa"/>
            <w:vAlign w:val="center"/>
          </w:tcPr>
          <w:p w14:paraId="16041B3C" w14:textId="77777777" w:rsidR="00F26C4D" w:rsidRDefault="00F26C4D" w:rsidP="00F72BFD">
            <w:pPr>
              <w:spacing w:line="240" w:lineRule="auto"/>
            </w:pPr>
            <w:r>
              <w:rPr>
                <w:sz w:val="13"/>
              </w:rPr>
              <w:t>Day 13 - Day 0</w:t>
            </w:r>
          </w:p>
        </w:tc>
        <w:tc>
          <w:tcPr>
            <w:tcW w:w="1040" w:type="dxa"/>
            <w:vAlign w:val="center"/>
          </w:tcPr>
          <w:p w14:paraId="36957D0D" w14:textId="77777777" w:rsidR="00F26C4D" w:rsidRDefault="00F26C4D" w:rsidP="00F72BFD">
            <w:pPr>
              <w:spacing w:line="240" w:lineRule="auto"/>
            </w:pPr>
            <w:r>
              <w:rPr>
                <w:sz w:val="13"/>
              </w:rPr>
              <w:t>0.667</w:t>
            </w:r>
          </w:p>
        </w:tc>
        <w:tc>
          <w:tcPr>
            <w:tcW w:w="1040" w:type="dxa"/>
            <w:vAlign w:val="center"/>
          </w:tcPr>
          <w:p w14:paraId="1FEB34AA" w14:textId="77777777" w:rsidR="00F26C4D" w:rsidRDefault="00F26C4D" w:rsidP="00F72BFD">
            <w:pPr>
              <w:spacing w:line="240" w:lineRule="auto"/>
            </w:pPr>
            <w:r>
              <w:rPr>
                <w:sz w:val="13"/>
              </w:rPr>
              <w:t>0.510</w:t>
            </w:r>
          </w:p>
        </w:tc>
        <w:tc>
          <w:tcPr>
            <w:tcW w:w="1040" w:type="dxa"/>
            <w:vAlign w:val="center"/>
          </w:tcPr>
          <w:p w14:paraId="1D50288A" w14:textId="77777777" w:rsidR="00F26C4D" w:rsidRDefault="00F26C4D" w:rsidP="00F72BFD">
            <w:pPr>
              <w:spacing w:line="240" w:lineRule="auto"/>
            </w:pPr>
            <w:r>
              <w:rPr>
                <w:sz w:val="13"/>
              </w:rPr>
              <w:t>48.0</w:t>
            </w:r>
          </w:p>
        </w:tc>
        <w:tc>
          <w:tcPr>
            <w:tcW w:w="1040" w:type="dxa"/>
            <w:vAlign w:val="center"/>
          </w:tcPr>
          <w:p w14:paraId="272FF440" w14:textId="77777777" w:rsidR="00F26C4D" w:rsidRDefault="00F26C4D" w:rsidP="00F72BFD">
            <w:pPr>
              <w:spacing w:line="240" w:lineRule="auto"/>
            </w:pPr>
            <w:r>
              <w:rPr>
                <w:sz w:val="13"/>
              </w:rPr>
              <w:t>-0.359 to 1.693</w:t>
            </w:r>
          </w:p>
        </w:tc>
        <w:tc>
          <w:tcPr>
            <w:tcW w:w="1040" w:type="dxa"/>
            <w:vAlign w:val="center"/>
          </w:tcPr>
          <w:p w14:paraId="75BA04FA" w14:textId="77777777" w:rsidR="00F26C4D" w:rsidRDefault="00F26C4D" w:rsidP="00F72BFD">
            <w:pPr>
              <w:spacing w:line="240" w:lineRule="auto"/>
            </w:pPr>
            <w:r>
              <w:rPr>
                <w:sz w:val="13"/>
              </w:rPr>
              <w:t>0.197</w:t>
            </w:r>
          </w:p>
        </w:tc>
      </w:tr>
      <w:tr w:rsidR="00F26C4D" w14:paraId="204D9F85" w14:textId="77777777" w:rsidTr="00F72BFD">
        <w:trPr>
          <w:cantSplit/>
          <w:jc w:val="center"/>
        </w:trPr>
        <w:tc>
          <w:tcPr>
            <w:tcW w:w="1040" w:type="dxa"/>
            <w:vAlign w:val="center"/>
          </w:tcPr>
          <w:p w14:paraId="38872884" w14:textId="77777777" w:rsidR="00F26C4D" w:rsidRDefault="00F26C4D" w:rsidP="00F72BFD">
            <w:pPr>
              <w:spacing w:line="240" w:lineRule="auto"/>
            </w:pPr>
            <w:r>
              <w:rPr>
                <w:sz w:val="13"/>
              </w:rPr>
              <w:t>AM Fungi</w:t>
            </w:r>
          </w:p>
        </w:tc>
        <w:tc>
          <w:tcPr>
            <w:tcW w:w="1040" w:type="dxa"/>
            <w:vAlign w:val="center"/>
          </w:tcPr>
          <w:p w14:paraId="342A2167" w14:textId="77777777" w:rsidR="00F26C4D" w:rsidRDefault="00F26C4D" w:rsidP="00F72BFD">
            <w:pPr>
              <w:spacing w:line="240" w:lineRule="auto"/>
            </w:pPr>
            <w:r>
              <w:rPr>
                <w:sz w:val="13"/>
              </w:rPr>
              <w:t>Meadow</w:t>
            </w:r>
          </w:p>
        </w:tc>
        <w:tc>
          <w:tcPr>
            <w:tcW w:w="1040" w:type="dxa"/>
            <w:vAlign w:val="center"/>
          </w:tcPr>
          <w:p w14:paraId="4F5030E7" w14:textId="77777777" w:rsidR="00F26C4D" w:rsidRDefault="00F26C4D" w:rsidP="00F72BFD">
            <w:pPr>
              <w:spacing w:line="240" w:lineRule="auto"/>
            </w:pPr>
            <w:r>
              <w:rPr>
                <w:sz w:val="13"/>
              </w:rPr>
              <w:t>5-15</w:t>
            </w:r>
          </w:p>
        </w:tc>
        <w:tc>
          <w:tcPr>
            <w:tcW w:w="1040" w:type="dxa"/>
            <w:vAlign w:val="center"/>
          </w:tcPr>
          <w:p w14:paraId="5270E881" w14:textId="77777777" w:rsidR="00F26C4D" w:rsidRDefault="00F26C4D" w:rsidP="00F72BFD">
            <w:pPr>
              <w:spacing w:line="240" w:lineRule="auto"/>
            </w:pPr>
            <w:r>
              <w:rPr>
                <w:sz w:val="13"/>
              </w:rPr>
              <w:t>Day 40 - Day 0</w:t>
            </w:r>
          </w:p>
        </w:tc>
        <w:tc>
          <w:tcPr>
            <w:tcW w:w="1040" w:type="dxa"/>
            <w:vAlign w:val="center"/>
          </w:tcPr>
          <w:p w14:paraId="50948DDB" w14:textId="77777777" w:rsidR="00F26C4D" w:rsidRDefault="00F26C4D" w:rsidP="00F72BFD">
            <w:pPr>
              <w:spacing w:line="240" w:lineRule="auto"/>
            </w:pPr>
            <w:r>
              <w:rPr>
                <w:sz w:val="13"/>
              </w:rPr>
              <w:t>0.147</w:t>
            </w:r>
          </w:p>
        </w:tc>
        <w:tc>
          <w:tcPr>
            <w:tcW w:w="1040" w:type="dxa"/>
            <w:vAlign w:val="center"/>
          </w:tcPr>
          <w:p w14:paraId="6E12E119" w14:textId="77777777" w:rsidR="00F26C4D" w:rsidRDefault="00F26C4D" w:rsidP="00F72BFD">
            <w:pPr>
              <w:spacing w:line="240" w:lineRule="auto"/>
            </w:pPr>
            <w:r>
              <w:rPr>
                <w:sz w:val="13"/>
              </w:rPr>
              <w:t>0.510</w:t>
            </w:r>
          </w:p>
        </w:tc>
        <w:tc>
          <w:tcPr>
            <w:tcW w:w="1040" w:type="dxa"/>
            <w:vAlign w:val="center"/>
          </w:tcPr>
          <w:p w14:paraId="6552746A" w14:textId="77777777" w:rsidR="00F26C4D" w:rsidRDefault="00F26C4D" w:rsidP="00F72BFD">
            <w:pPr>
              <w:spacing w:line="240" w:lineRule="auto"/>
            </w:pPr>
            <w:r>
              <w:rPr>
                <w:sz w:val="13"/>
              </w:rPr>
              <w:t>48.0</w:t>
            </w:r>
          </w:p>
        </w:tc>
        <w:tc>
          <w:tcPr>
            <w:tcW w:w="1040" w:type="dxa"/>
            <w:vAlign w:val="center"/>
          </w:tcPr>
          <w:p w14:paraId="2748FBEC" w14:textId="77777777" w:rsidR="00F26C4D" w:rsidRDefault="00F26C4D" w:rsidP="00F72BFD">
            <w:pPr>
              <w:spacing w:line="240" w:lineRule="auto"/>
            </w:pPr>
            <w:r>
              <w:rPr>
                <w:sz w:val="13"/>
              </w:rPr>
              <w:t>-0.879 to 1.173</w:t>
            </w:r>
          </w:p>
        </w:tc>
        <w:tc>
          <w:tcPr>
            <w:tcW w:w="1040" w:type="dxa"/>
            <w:vAlign w:val="center"/>
          </w:tcPr>
          <w:p w14:paraId="35F5586A" w14:textId="77777777" w:rsidR="00F26C4D" w:rsidRDefault="00F26C4D" w:rsidP="00F72BFD">
            <w:pPr>
              <w:spacing w:line="240" w:lineRule="auto"/>
            </w:pPr>
            <w:r>
              <w:rPr>
                <w:sz w:val="13"/>
              </w:rPr>
              <w:t>0.775</w:t>
            </w:r>
          </w:p>
        </w:tc>
      </w:tr>
      <w:tr w:rsidR="00F26C4D" w14:paraId="5D54EA6A" w14:textId="77777777" w:rsidTr="00F72BFD">
        <w:trPr>
          <w:cantSplit/>
          <w:jc w:val="center"/>
        </w:trPr>
        <w:tc>
          <w:tcPr>
            <w:tcW w:w="1040" w:type="dxa"/>
            <w:vAlign w:val="center"/>
          </w:tcPr>
          <w:p w14:paraId="5CED6FF4" w14:textId="77777777" w:rsidR="00F26C4D" w:rsidRDefault="00F26C4D" w:rsidP="00F72BFD">
            <w:pPr>
              <w:spacing w:line="240" w:lineRule="auto"/>
            </w:pPr>
            <w:r>
              <w:rPr>
                <w:sz w:val="13"/>
              </w:rPr>
              <w:t>AM Fungi</w:t>
            </w:r>
          </w:p>
        </w:tc>
        <w:tc>
          <w:tcPr>
            <w:tcW w:w="1040" w:type="dxa"/>
            <w:vAlign w:val="center"/>
          </w:tcPr>
          <w:p w14:paraId="1BECDE27" w14:textId="77777777" w:rsidR="00F26C4D" w:rsidRDefault="00F26C4D" w:rsidP="00F72BFD">
            <w:pPr>
              <w:spacing w:line="240" w:lineRule="auto"/>
            </w:pPr>
            <w:r>
              <w:rPr>
                <w:sz w:val="13"/>
              </w:rPr>
              <w:t>Swamp meadow</w:t>
            </w:r>
          </w:p>
        </w:tc>
        <w:tc>
          <w:tcPr>
            <w:tcW w:w="1040" w:type="dxa"/>
            <w:vAlign w:val="center"/>
          </w:tcPr>
          <w:p w14:paraId="691330F8" w14:textId="77777777" w:rsidR="00F26C4D" w:rsidRDefault="00F26C4D" w:rsidP="00F72BFD">
            <w:pPr>
              <w:spacing w:line="240" w:lineRule="auto"/>
            </w:pPr>
            <w:r>
              <w:rPr>
                <w:sz w:val="13"/>
              </w:rPr>
              <w:t>15-30</w:t>
            </w:r>
          </w:p>
        </w:tc>
        <w:tc>
          <w:tcPr>
            <w:tcW w:w="1040" w:type="dxa"/>
            <w:vAlign w:val="center"/>
          </w:tcPr>
          <w:p w14:paraId="204A79C8" w14:textId="77777777" w:rsidR="00F26C4D" w:rsidRDefault="00F26C4D" w:rsidP="00F72BFD">
            <w:pPr>
              <w:spacing w:line="240" w:lineRule="auto"/>
            </w:pPr>
            <w:r>
              <w:rPr>
                <w:sz w:val="13"/>
              </w:rPr>
              <w:t>Day 13 - Day 0</w:t>
            </w:r>
          </w:p>
        </w:tc>
        <w:tc>
          <w:tcPr>
            <w:tcW w:w="1040" w:type="dxa"/>
            <w:vAlign w:val="center"/>
          </w:tcPr>
          <w:p w14:paraId="642E9F68" w14:textId="77777777" w:rsidR="00F26C4D" w:rsidRDefault="00F26C4D" w:rsidP="00F72BFD">
            <w:pPr>
              <w:spacing w:line="240" w:lineRule="auto"/>
            </w:pPr>
            <w:r>
              <w:rPr>
                <w:sz w:val="13"/>
              </w:rPr>
              <w:t>-0.785</w:t>
            </w:r>
          </w:p>
        </w:tc>
        <w:tc>
          <w:tcPr>
            <w:tcW w:w="1040" w:type="dxa"/>
            <w:vAlign w:val="center"/>
          </w:tcPr>
          <w:p w14:paraId="6BA649FF" w14:textId="77777777" w:rsidR="00F26C4D" w:rsidRDefault="00F26C4D" w:rsidP="00F72BFD">
            <w:pPr>
              <w:spacing w:line="240" w:lineRule="auto"/>
            </w:pPr>
            <w:r>
              <w:rPr>
                <w:sz w:val="13"/>
              </w:rPr>
              <w:t>0.510</w:t>
            </w:r>
          </w:p>
        </w:tc>
        <w:tc>
          <w:tcPr>
            <w:tcW w:w="1040" w:type="dxa"/>
            <w:vAlign w:val="center"/>
          </w:tcPr>
          <w:p w14:paraId="6571A715" w14:textId="77777777" w:rsidR="00F26C4D" w:rsidRDefault="00F26C4D" w:rsidP="00F72BFD">
            <w:pPr>
              <w:spacing w:line="240" w:lineRule="auto"/>
            </w:pPr>
            <w:r>
              <w:rPr>
                <w:sz w:val="13"/>
              </w:rPr>
              <w:t>48.0</w:t>
            </w:r>
          </w:p>
        </w:tc>
        <w:tc>
          <w:tcPr>
            <w:tcW w:w="1040" w:type="dxa"/>
            <w:vAlign w:val="center"/>
          </w:tcPr>
          <w:p w14:paraId="5423BCC0" w14:textId="77777777" w:rsidR="00F26C4D" w:rsidRDefault="00F26C4D" w:rsidP="00F72BFD">
            <w:pPr>
              <w:spacing w:line="240" w:lineRule="auto"/>
            </w:pPr>
            <w:r>
              <w:rPr>
                <w:sz w:val="13"/>
              </w:rPr>
              <w:t>-1.811 to 0.241</w:t>
            </w:r>
          </w:p>
        </w:tc>
        <w:tc>
          <w:tcPr>
            <w:tcW w:w="1040" w:type="dxa"/>
            <w:vAlign w:val="center"/>
          </w:tcPr>
          <w:p w14:paraId="7A0CEFB5" w14:textId="77777777" w:rsidR="00F26C4D" w:rsidRDefault="00F26C4D" w:rsidP="00F72BFD">
            <w:pPr>
              <w:spacing w:line="240" w:lineRule="auto"/>
            </w:pPr>
            <w:r>
              <w:rPr>
                <w:sz w:val="13"/>
              </w:rPr>
              <w:t>0.131</w:t>
            </w:r>
          </w:p>
        </w:tc>
      </w:tr>
      <w:tr w:rsidR="00F26C4D" w14:paraId="5A9569D7" w14:textId="77777777" w:rsidTr="00F72BFD">
        <w:trPr>
          <w:cantSplit/>
          <w:jc w:val="center"/>
        </w:trPr>
        <w:tc>
          <w:tcPr>
            <w:tcW w:w="1040" w:type="dxa"/>
            <w:vAlign w:val="center"/>
          </w:tcPr>
          <w:p w14:paraId="1DB1C17F" w14:textId="77777777" w:rsidR="00F26C4D" w:rsidRDefault="00F26C4D" w:rsidP="00F72BFD">
            <w:pPr>
              <w:spacing w:line="240" w:lineRule="auto"/>
            </w:pPr>
            <w:r>
              <w:rPr>
                <w:sz w:val="13"/>
              </w:rPr>
              <w:t>AM Fungi</w:t>
            </w:r>
          </w:p>
        </w:tc>
        <w:tc>
          <w:tcPr>
            <w:tcW w:w="1040" w:type="dxa"/>
            <w:vAlign w:val="center"/>
          </w:tcPr>
          <w:p w14:paraId="4758E892" w14:textId="77777777" w:rsidR="00F26C4D" w:rsidRDefault="00F26C4D" w:rsidP="00F72BFD">
            <w:pPr>
              <w:spacing w:line="240" w:lineRule="auto"/>
            </w:pPr>
            <w:r>
              <w:rPr>
                <w:sz w:val="13"/>
              </w:rPr>
              <w:t>Swamp meadow</w:t>
            </w:r>
          </w:p>
        </w:tc>
        <w:tc>
          <w:tcPr>
            <w:tcW w:w="1040" w:type="dxa"/>
            <w:vAlign w:val="center"/>
          </w:tcPr>
          <w:p w14:paraId="38DF1529" w14:textId="77777777" w:rsidR="00F26C4D" w:rsidRDefault="00F26C4D" w:rsidP="00F72BFD">
            <w:pPr>
              <w:spacing w:line="240" w:lineRule="auto"/>
            </w:pPr>
            <w:r>
              <w:rPr>
                <w:sz w:val="13"/>
              </w:rPr>
              <w:t>15-30</w:t>
            </w:r>
          </w:p>
        </w:tc>
        <w:tc>
          <w:tcPr>
            <w:tcW w:w="1040" w:type="dxa"/>
            <w:vAlign w:val="center"/>
          </w:tcPr>
          <w:p w14:paraId="613BA3DA" w14:textId="77777777" w:rsidR="00F26C4D" w:rsidRDefault="00F26C4D" w:rsidP="00F72BFD">
            <w:pPr>
              <w:spacing w:line="240" w:lineRule="auto"/>
            </w:pPr>
            <w:r>
              <w:rPr>
                <w:sz w:val="13"/>
              </w:rPr>
              <w:t>Day 40 - Day 0</w:t>
            </w:r>
          </w:p>
        </w:tc>
        <w:tc>
          <w:tcPr>
            <w:tcW w:w="1040" w:type="dxa"/>
            <w:vAlign w:val="center"/>
          </w:tcPr>
          <w:p w14:paraId="4809D9DB" w14:textId="77777777" w:rsidR="00F26C4D" w:rsidRDefault="00F26C4D" w:rsidP="00F72BFD">
            <w:pPr>
              <w:spacing w:line="240" w:lineRule="auto"/>
            </w:pPr>
            <w:r>
              <w:rPr>
                <w:sz w:val="13"/>
              </w:rPr>
              <w:t>-2.129</w:t>
            </w:r>
          </w:p>
        </w:tc>
        <w:tc>
          <w:tcPr>
            <w:tcW w:w="1040" w:type="dxa"/>
            <w:vAlign w:val="center"/>
          </w:tcPr>
          <w:p w14:paraId="3CF78378" w14:textId="77777777" w:rsidR="00F26C4D" w:rsidRDefault="00F26C4D" w:rsidP="00F72BFD">
            <w:pPr>
              <w:spacing w:line="240" w:lineRule="auto"/>
            </w:pPr>
            <w:r>
              <w:rPr>
                <w:sz w:val="13"/>
              </w:rPr>
              <w:t>0.510</w:t>
            </w:r>
          </w:p>
        </w:tc>
        <w:tc>
          <w:tcPr>
            <w:tcW w:w="1040" w:type="dxa"/>
            <w:vAlign w:val="center"/>
          </w:tcPr>
          <w:p w14:paraId="7E7B756C" w14:textId="77777777" w:rsidR="00F26C4D" w:rsidRDefault="00F26C4D" w:rsidP="00F72BFD">
            <w:pPr>
              <w:spacing w:line="240" w:lineRule="auto"/>
            </w:pPr>
            <w:r>
              <w:rPr>
                <w:sz w:val="13"/>
              </w:rPr>
              <w:t>48.0</w:t>
            </w:r>
          </w:p>
        </w:tc>
        <w:tc>
          <w:tcPr>
            <w:tcW w:w="1040" w:type="dxa"/>
            <w:vAlign w:val="center"/>
          </w:tcPr>
          <w:p w14:paraId="6154A07A" w14:textId="77777777" w:rsidR="00F26C4D" w:rsidRDefault="00F26C4D" w:rsidP="00F72BFD">
            <w:pPr>
              <w:spacing w:line="240" w:lineRule="auto"/>
            </w:pPr>
            <w:r>
              <w:rPr>
                <w:sz w:val="13"/>
              </w:rPr>
              <w:t>-3.155 to -1.103</w:t>
            </w:r>
          </w:p>
        </w:tc>
        <w:tc>
          <w:tcPr>
            <w:tcW w:w="1040" w:type="dxa"/>
            <w:vAlign w:val="center"/>
          </w:tcPr>
          <w:p w14:paraId="069D460F" w14:textId="77777777" w:rsidR="00F26C4D" w:rsidRDefault="00F26C4D" w:rsidP="00F72BFD">
            <w:pPr>
              <w:spacing w:line="240" w:lineRule="auto"/>
            </w:pPr>
            <w:r>
              <w:rPr>
                <w:sz w:val="13"/>
              </w:rPr>
              <w:t>1.26e-04</w:t>
            </w:r>
          </w:p>
        </w:tc>
      </w:tr>
      <w:tr w:rsidR="00F26C4D" w14:paraId="7A9422ED" w14:textId="77777777" w:rsidTr="00F72BFD">
        <w:trPr>
          <w:cantSplit/>
          <w:jc w:val="center"/>
        </w:trPr>
        <w:tc>
          <w:tcPr>
            <w:tcW w:w="1040" w:type="dxa"/>
            <w:vAlign w:val="center"/>
          </w:tcPr>
          <w:p w14:paraId="310A4662" w14:textId="77777777" w:rsidR="00F26C4D" w:rsidRDefault="00F26C4D" w:rsidP="00F72BFD">
            <w:pPr>
              <w:spacing w:line="240" w:lineRule="auto"/>
            </w:pPr>
            <w:r>
              <w:rPr>
                <w:sz w:val="13"/>
              </w:rPr>
              <w:t>AM Fungi</w:t>
            </w:r>
          </w:p>
        </w:tc>
        <w:tc>
          <w:tcPr>
            <w:tcW w:w="1040" w:type="dxa"/>
            <w:vAlign w:val="center"/>
          </w:tcPr>
          <w:p w14:paraId="723AD8F1" w14:textId="77777777" w:rsidR="00F26C4D" w:rsidRDefault="00F26C4D" w:rsidP="00F72BFD">
            <w:pPr>
              <w:spacing w:line="240" w:lineRule="auto"/>
            </w:pPr>
            <w:r>
              <w:rPr>
                <w:sz w:val="13"/>
              </w:rPr>
              <w:t>Meadow</w:t>
            </w:r>
          </w:p>
        </w:tc>
        <w:tc>
          <w:tcPr>
            <w:tcW w:w="1040" w:type="dxa"/>
            <w:vAlign w:val="center"/>
          </w:tcPr>
          <w:p w14:paraId="56A1905B" w14:textId="77777777" w:rsidR="00F26C4D" w:rsidRDefault="00F26C4D" w:rsidP="00F72BFD">
            <w:pPr>
              <w:spacing w:line="240" w:lineRule="auto"/>
            </w:pPr>
            <w:r>
              <w:rPr>
                <w:sz w:val="13"/>
              </w:rPr>
              <w:t>15-30</w:t>
            </w:r>
          </w:p>
        </w:tc>
        <w:tc>
          <w:tcPr>
            <w:tcW w:w="1040" w:type="dxa"/>
            <w:vAlign w:val="center"/>
          </w:tcPr>
          <w:p w14:paraId="0F2BE82D" w14:textId="77777777" w:rsidR="00F26C4D" w:rsidRDefault="00F26C4D" w:rsidP="00F72BFD">
            <w:pPr>
              <w:spacing w:line="240" w:lineRule="auto"/>
            </w:pPr>
            <w:r>
              <w:rPr>
                <w:sz w:val="13"/>
              </w:rPr>
              <w:t>Day 13 - Day 0</w:t>
            </w:r>
          </w:p>
        </w:tc>
        <w:tc>
          <w:tcPr>
            <w:tcW w:w="1040" w:type="dxa"/>
            <w:vAlign w:val="center"/>
          </w:tcPr>
          <w:p w14:paraId="2276B627" w14:textId="77777777" w:rsidR="00F26C4D" w:rsidRDefault="00F26C4D" w:rsidP="00F72BFD">
            <w:pPr>
              <w:spacing w:line="240" w:lineRule="auto"/>
            </w:pPr>
            <w:r>
              <w:rPr>
                <w:sz w:val="13"/>
              </w:rPr>
              <w:t>-0.418</w:t>
            </w:r>
          </w:p>
        </w:tc>
        <w:tc>
          <w:tcPr>
            <w:tcW w:w="1040" w:type="dxa"/>
            <w:vAlign w:val="center"/>
          </w:tcPr>
          <w:p w14:paraId="3F36CBA9" w14:textId="77777777" w:rsidR="00F26C4D" w:rsidRDefault="00F26C4D" w:rsidP="00F72BFD">
            <w:pPr>
              <w:spacing w:line="240" w:lineRule="auto"/>
            </w:pPr>
            <w:r>
              <w:rPr>
                <w:sz w:val="13"/>
              </w:rPr>
              <w:t>0.510</w:t>
            </w:r>
          </w:p>
        </w:tc>
        <w:tc>
          <w:tcPr>
            <w:tcW w:w="1040" w:type="dxa"/>
            <w:vAlign w:val="center"/>
          </w:tcPr>
          <w:p w14:paraId="342FF5E6" w14:textId="77777777" w:rsidR="00F26C4D" w:rsidRDefault="00F26C4D" w:rsidP="00F72BFD">
            <w:pPr>
              <w:spacing w:line="240" w:lineRule="auto"/>
            </w:pPr>
            <w:r>
              <w:rPr>
                <w:sz w:val="13"/>
              </w:rPr>
              <w:t>48.0</w:t>
            </w:r>
          </w:p>
        </w:tc>
        <w:tc>
          <w:tcPr>
            <w:tcW w:w="1040" w:type="dxa"/>
            <w:vAlign w:val="center"/>
          </w:tcPr>
          <w:p w14:paraId="2EF95AC9" w14:textId="77777777" w:rsidR="00F26C4D" w:rsidRDefault="00F26C4D" w:rsidP="00F72BFD">
            <w:pPr>
              <w:spacing w:line="240" w:lineRule="auto"/>
            </w:pPr>
            <w:r>
              <w:rPr>
                <w:sz w:val="13"/>
              </w:rPr>
              <w:t>-1.444 to 0.608</w:t>
            </w:r>
          </w:p>
        </w:tc>
        <w:tc>
          <w:tcPr>
            <w:tcW w:w="1040" w:type="dxa"/>
            <w:vAlign w:val="center"/>
          </w:tcPr>
          <w:p w14:paraId="2F1CAFE1" w14:textId="77777777" w:rsidR="00F26C4D" w:rsidRDefault="00F26C4D" w:rsidP="00F72BFD">
            <w:pPr>
              <w:spacing w:line="240" w:lineRule="auto"/>
            </w:pPr>
            <w:r>
              <w:rPr>
                <w:sz w:val="13"/>
              </w:rPr>
              <w:t>0.417</w:t>
            </w:r>
          </w:p>
        </w:tc>
      </w:tr>
      <w:tr w:rsidR="00F26C4D" w14:paraId="67952167" w14:textId="77777777" w:rsidTr="00F72BFD">
        <w:trPr>
          <w:cantSplit/>
          <w:jc w:val="center"/>
        </w:trPr>
        <w:tc>
          <w:tcPr>
            <w:tcW w:w="1040" w:type="dxa"/>
            <w:vAlign w:val="center"/>
          </w:tcPr>
          <w:p w14:paraId="200CD649" w14:textId="77777777" w:rsidR="00F26C4D" w:rsidRDefault="00F26C4D" w:rsidP="00F72BFD">
            <w:pPr>
              <w:spacing w:line="240" w:lineRule="auto"/>
            </w:pPr>
            <w:r>
              <w:rPr>
                <w:sz w:val="13"/>
              </w:rPr>
              <w:t>AM Fungi</w:t>
            </w:r>
          </w:p>
        </w:tc>
        <w:tc>
          <w:tcPr>
            <w:tcW w:w="1040" w:type="dxa"/>
            <w:vAlign w:val="center"/>
          </w:tcPr>
          <w:p w14:paraId="27856F7C" w14:textId="77777777" w:rsidR="00F26C4D" w:rsidRDefault="00F26C4D" w:rsidP="00F72BFD">
            <w:pPr>
              <w:spacing w:line="240" w:lineRule="auto"/>
            </w:pPr>
            <w:r>
              <w:rPr>
                <w:sz w:val="13"/>
              </w:rPr>
              <w:t>Meadow</w:t>
            </w:r>
          </w:p>
        </w:tc>
        <w:tc>
          <w:tcPr>
            <w:tcW w:w="1040" w:type="dxa"/>
            <w:vAlign w:val="center"/>
          </w:tcPr>
          <w:p w14:paraId="4512AE08" w14:textId="77777777" w:rsidR="00F26C4D" w:rsidRDefault="00F26C4D" w:rsidP="00F72BFD">
            <w:pPr>
              <w:spacing w:line="240" w:lineRule="auto"/>
            </w:pPr>
            <w:r>
              <w:rPr>
                <w:sz w:val="13"/>
              </w:rPr>
              <w:t>15-30</w:t>
            </w:r>
          </w:p>
        </w:tc>
        <w:tc>
          <w:tcPr>
            <w:tcW w:w="1040" w:type="dxa"/>
            <w:vAlign w:val="center"/>
          </w:tcPr>
          <w:p w14:paraId="78AB3568" w14:textId="77777777" w:rsidR="00F26C4D" w:rsidRDefault="00F26C4D" w:rsidP="00F72BFD">
            <w:pPr>
              <w:spacing w:line="240" w:lineRule="auto"/>
            </w:pPr>
            <w:r>
              <w:rPr>
                <w:sz w:val="13"/>
              </w:rPr>
              <w:t>Day 40 - Day 0</w:t>
            </w:r>
          </w:p>
        </w:tc>
        <w:tc>
          <w:tcPr>
            <w:tcW w:w="1040" w:type="dxa"/>
            <w:vAlign w:val="center"/>
          </w:tcPr>
          <w:p w14:paraId="5B2CC214" w14:textId="77777777" w:rsidR="00F26C4D" w:rsidRDefault="00F26C4D" w:rsidP="00F72BFD">
            <w:pPr>
              <w:spacing w:line="240" w:lineRule="auto"/>
            </w:pPr>
            <w:r>
              <w:rPr>
                <w:sz w:val="13"/>
              </w:rPr>
              <w:t>-0.281</w:t>
            </w:r>
          </w:p>
        </w:tc>
        <w:tc>
          <w:tcPr>
            <w:tcW w:w="1040" w:type="dxa"/>
            <w:vAlign w:val="center"/>
          </w:tcPr>
          <w:p w14:paraId="5F1E574D" w14:textId="77777777" w:rsidR="00F26C4D" w:rsidRDefault="00F26C4D" w:rsidP="00F72BFD">
            <w:pPr>
              <w:spacing w:line="240" w:lineRule="auto"/>
            </w:pPr>
            <w:r>
              <w:rPr>
                <w:sz w:val="13"/>
              </w:rPr>
              <w:t>0.510</w:t>
            </w:r>
          </w:p>
        </w:tc>
        <w:tc>
          <w:tcPr>
            <w:tcW w:w="1040" w:type="dxa"/>
            <w:vAlign w:val="center"/>
          </w:tcPr>
          <w:p w14:paraId="2A07FD3D" w14:textId="77777777" w:rsidR="00F26C4D" w:rsidRDefault="00F26C4D" w:rsidP="00F72BFD">
            <w:pPr>
              <w:spacing w:line="240" w:lineRule="auto"/>
            </w:pPr>
            <w:r>
              <w:rPr>
                <w:sz w:val="13"/>
              </w:rPr>
              <w:t>48.0</w:t>
            </w:r>
          </w:p>
        </w:tc>
        <w:tc>
          <w:tcPr>
            <w:tcW w:w="1040" w:type="dxa"/>
            <w:vAlign w:val="center"/>
          </w:tcPr>
          <w:p w14:paraId="0F8AE5F4" w14:textId="77777777" w:rsidR="00F26C4D" w:rsidRDefault="00F26C4D" w:rsidP="00F72BFD">
            <w:pPr>
              <w:spacing w:line="240" w:lineRule="auto"/>
            </w:pPr>
            <w:r>
              <w:rPr>
                <w:sz w:val="13"/>
              </w:rPr>
              <w:t>-1.307 to 0.745</w:t>
            </w:r>
          </w:p>
        </w:tc>
        <w:tc>
          <w:tcPr>
            <w:tcW w:w="1040" w:type="dxa"/>
            <w:vAlign w:val="center"/>
          </w:tcPr>
          <w:p w14:paraId="5EA47E7B" w14:textId="77777777" w:rsidR="00F26C4D" w:rsidRDefault="00F26C4D" w:rsidP="00F72BFD">
            <w:pPr>
              <w:spacing w:line="240" w:lineRule="auto"/>
            </w:pPr>
            <w:r>
              <w:rPr>
                <w:sz w:val="13"/>
              </w:rPr>
              <w:t>0.584</w:t>
            </w:r>
          </w:p>
        </w:tc>
      </w:tr>
      <w:tr w:rsidR="00F26C4D" w14:paraId="55ADEF37" w14:textId="77777777" w:rsidTr="00F72BFD">
        <w:trPr>
          <w:cantSplit/>
          <w:jc w:val="center"/>
        </w:trPr>
        <w:tc>
          <w:tcPr>
            <w:tcW w:w="1040" w:type="dxa"/>
            <w:vAlign w:val="center"/>
          </w:tcPr>
          <w:p w14:paraId="5F2F5BC3" w14:textId="77777777" w:rsidR="00F26C4D" w:rsidRDefault="00F26C4D" w:rsidP="00F72BFD">
            <w:pPr>
              <w:spacing w:line="240" w:lineRule="auto"/>
            </w:pPr>
            <w:r>
              <w:rPr>
                <w:sz w:val="13"/>
              </w:rPr>
              <w:t>Fungi</w:t>
            </w:r>
          </w:p>
        </w:tc>
        <w:tc>
          <w:tcPr>
            <w:tcW w:w="1040" w:type="dxa"/>
            <w:vAlign w:val="center"/>
          </w:tcPr>
          <w:p w14:paraId="36E01E88" w14:textId="77777777" w:rsidR="00F26C4D" w:rsidRDefault="00F26C4D" w:rsidP="00F72BFD">
            <w:pPr>
              <w:spacing w:line="240" w:lineRule="auto"/>
            </w:pPr>
            <w:r>
              <w:rPr>
                <w:sz w:val="13"/>
              </w:rPr>
              <w:t>Swamp meadow</w:t>
            </w:r>
          </w:p>
        </w:tc>
        <w:tc>
          <w:tcPr>
            <w:tcW w:w="1040" w:type="dxa"/>
            <w:vAlign w:val="center"/>
          </w:tcPr>
          <w:p w14:paraId="4F002750" w14:textId="77777777" w:rsidR="00F26C4D" w:rsidRDefault="00F26C4D" w:rsidP="00F72BFD">
            <w:pPr>
              <w:spacing w:line="240" w:lineRule="auto"/>
            </w:pPr>
            <w:r>
              <w:rPr>
                <w:sz w:val="13"/>
              </w:rPr>
              <w:t>0-5</w:t>
            </w:r>
          </w:p>
        </w:tc>
        <w:tc>
          <w:tcPr>
            <w:tcW w:w="1040" w:type="dxa"/>
            <w:vAlign w:val="center"/>
          </w:tcPr>
          <w:p w14:paraId="53F11515" w14:textId="77777777" w:rsidR="00F26C4D" w:rsidRDefault="00F26C4D" w:rsidP="00F72BFD">
            <w:pPr>
              <w:spacing w:line="240" w:lineRule="auto"/>
            </w:pPr>
            <w:r>
              <w:rPr>
                <w:sz w:val="13"/>
              </w:rPr>
              <w:t>Day 13 - Day 0</w:t>
            </w:r>
          </w:p>
        </w:tc>
        <w:tc>
          <w:tcPr>
            <w:tcW w:w="1040" w:type="dxa"/>
            <w:vAlign w:val="center"/>
          </w:tcPr>
          <w:p w14:paraId="62C2AB7B" w14:textId="77777777" w:rsidR="00F26C4D" w:rsidRDefault="00F26C4D" w:rsidP="00F72BFD">
            <w:pPr>
              <w:spacing w:line="240" w:lineRule="auto"/>
            </w:pPr>
            <w:r>
              <w:rPr>
                <w:sz w:val="13"/>
              </w:rPr>
              <w:t>0.594</w:t>
            </w:r>
          </w:p>
        </w:tc>
        <w:tc>
          <w:tcPr>
            <w:tcW w:w="1040" w:type="dxa"/>
            <w:vAlign w:val="center"/>
          </w:tcPr>
          <w:p w14:paraId="61397A41" w14:textId="77777777" w:rsidR="00F26C4D" w:rsidRDefault="00F26C4D" w:rsidP="00F72BFD">
            <w:pPr>
              <w:spacing w:line="240" w:lineRule="auto"/>
            </w:pPr>
            <w:r>
              <w:rPr>
                <w:sz w:val="13"/>
              </w:rPr>
              <w:t>0.365</w:t>
            </w:r>
          </w:p>
        </w:tc>
        <w:tc>
          <w:tcPr>
            <w:tcW w:w="1040" w:type="dxa"/>
            <w:vAlign w:val="center"/>
          </w:tcPr>
          <w:p w14:paraId="7513F104" w14:textId="77777777" w:rsidR="00F26C4D" w:rsidRDefault="00F26C4D" w:rsidP="00F72BFD">
            <w:pPr>
              <w:spacing w:line="240" w:lineRule="auto"/>
            </w:pPr>
            <w:r>
              <w:rPr>
                <w:sz w:val="13"/>
              </w:rPr>
              <w:t>48.0</w:t>
            </w:r>
          </w:p>
        </w:tc>
        <w:tc>
          <w:tcPr>
            <w:tcW w:w="1040" w:type="dxa"/>
            <w:vAlign w:val="center"/>
          </w:tcPr>
          <w:p w14:paraId="19122BC1" w14:textId="77777777" w:rsidR="00F26C4D" w:rsidRDefault="00F26C4D" w:rsidP="00F72BFD">
            <w:pPr>
              <w:spacing w:line="240" w:lineRule="auto"/>
            </w:pPr>
            <w:r>
              <w:rPr>
                <w:sz w:val="13"/>
              </w:rPr>
              <w:t>-0.139 to 1.328</w:t>
            </w:r>
          </w:p>
        </w:tc>
        <w:tc>
          <w:tcPr>
            <w:tcW w:w="1040" w:type="dxa"/>
            <w:vAlign w:val="center"/>
          </w:tcPr>
          <w:p w14:paraId="692543FB" w14:textId="77777777" w:rsidR="00F26C4D" w:rsidRDefault="00F26C4D" w:rsidP="00F72BFD">
            <w:pPr>
              <w:spacing w:line="240" w:lineRule="auto"/>
            </w:pPr>
            <w:r>
              <w:rPr>
                <w:sz w:val="13"/>
              </w:rPr>
              <w:t>0.110</w:t>
            </w:r>
          </w:p>
        </w:tc>
      </w:tr>
      <w:tr w:rsidR="00F26C4D" w14:paraId="6EE78317" w14:textId="77777777" w:rsidTr="00F72BFD">
        <w:trPr>
          <w:cantSplit/>
          <w:jc w:val="center"/>
        </w:trPr>
        <w:tc>
          <w:tcPr>
            <w:tcW w:w="1040" w:type="dxa"/>
            <w:vAlign w:val="center"/>
          </w:tcPr>
          <w:p w14:paraId="0CBEF490" w14:textId="77777777" w:rsidR="00F26C4D" w:rsidRDefault="00F26C4D" w:rsidP="00F72BFD">
            <w:pPr>
              <w:spacing w:line="240" w:lineRule="auto"/>
            </w:pPr>
            <w:r>
              <w:rPr>
                <w:sz w:val="13"/>
              </w:rPr>
              <w:t>Fungi</w:t>
            </w:r>
          </w:p>
        </w:tc>
        <w:tc>
          <w:tcPr>
            <w:tcW w:w="1040" w:type="dxa"/>
            <w:vAlign w:val="center"/>
          </w:tcPr>
          <w:p w14:paraId="14B8FB27" w14:textId="77777777" w:rsidR="00F26C4D" w:rsidRDefault="00F26C4D" w:rsidP="00F72BFD">
            <w:pPr>
              <w:spacing w:line="240" w:lineRule="auto"/>
            </w:pPr>
            <w:r>
              <w:rPr>
                <w:sz w:val="13"/>
              </w:rPr>
              <w:t>Swamp meadow</w:t>
            </w:r>
          </w:p>
        </w:tc>
        <w:tc>
          <w:tcPr>
            <w:tcW w:w="1040" w:type="dxa"/>
            <w:vAlign w:val="center"/>
          </w:tcPr>
          <w:p w14:paraId="1787BB8C" w14:textId="77777777" w:rsidR="00F26C4D" w:rsidRDefault="00F26C4D" w:rsidP="00F72BFD">
            <w:pPr>
              <w:spacing w:line="240" w:lineRule="auto"/>
            </w:pPr>
            <w:r>
              <w:rPr>
                <w:sz w:val="13"/>
              </w:rPr>
              <w:t>0-5</w:t>
            </w:r>
          </w:p>
        </w:tc>
        <w:tc>
          <w:tcPr>
            <w:tcW w:w="1040" w:type="dxa"/>
            <w:vAlign w:val="center"/>
          </w:tcPr>
          <w:p w14:paraId="4D329C10" w14:textId="77777777" w:rsidR="00F26C4D" w:rsidRDefault="00F26C4D" w:rsidP="00F72BFD">
            <w:pPr>
              <w:spacing w:line="240" w:lineRule="auto"/>
            </w:pPr>
            <w:r>
              <w:rPr>
                <w:sz w:val="13"/>
              </w:rPr>
              <w:t>Day 40 - Day 0</w:t>
            </w:r>
          </w:p>
        </w:tc>
        <w:tc>
          <w:tcPr>
            <w:tcW w:w="1040" w:type="dxa"/>
            <w:vAlign w:val="center"/>
          </w:tcPr>
          <w:p w14:paraId="2999E01D" w14:textId="77777777" w:rsidR="00F26C4D" w:rsidRDefault="00F26C4D" w:rsidP="00F72BFD">
            <w:pPr>
              <w:spacing w:line="240" w:lineRule="auto"/>
            </w:pPr>
            <w:r>
              <w:rPr>
                <w:sz w:val="13"/>
              </w:rPr>
              <w:t>0.589</w:t>
            </w:r>
          </w:p>
        </w:tc>
        <w:tc>
          <w:tcPr>
            <w:tcW w:w="1040" w:type="dxa"/>
            <w:vAlign w:val="center"/>
          </w:tcPr>
          <w:p w14:paraId="0F378B42" w14:textId="77777777" w:rsidR="00F26C4D" w:rsidRDefault="00F26C4D" w:rsidP="00F72BFD">
            <w:pPr>
              <w:spacing w:line="240" w:lineRule="auto"/>
            </w:pPr>
            <w:r>
              <w:rPr>
                <w:sz w:val="13"/>
              </w:rPr>
              <w:t>0.365</w:t>
            </w:r>
          </w:p>
        </w:tc>
        <w:tc>
          <w:tcPr>
            <w:tcW w:w="1040" w:type="dxa"/>
            <w:vAlign w:val="center"/>
          </w:tcPr>
          <w:p w14:paraId="60E62AD5" w14:textId="77777777" w:rsidR="00F26C4D" w:rsidRDefault="00F26C4D" w:rsidP="00F72BFD">
            <w:pPr>
              <w:spacing w:line="240" w:lineRule="auto"/>
            </w:pPr>
            <w:r>
              <w:rPr>
                <w:sz w:val="13"/>
              </w:rPr>
              <w:t>48.0</w:t>
            </w:r>
          </w:p>
        </w:tc>
        <w:tc>
          <w:tcPr>
            <w:tcW w:w="1040" w:type="dxa"/>
            <w:vAlign w:val="center"/>
          </w:tcPr>
          <w:p w14:paraId="79060EA2" w14:textId="77777777" w:rsidR="00F26C4D" w:rsidRDefault="00F26C4D" w:rsidP="00F72BFD">
            <w:pPr>
              <w:spacing w:line="240" w:lineRule="auto"/>
            </w:pPr>
            <w:r>
              <w:rPr>
                <w:sz w:val="13"/>
              </w:rPr>
              <w:t>-0.145 to 1.322</w:t>
            </w:r>
          </w:p>
        </w:tc>
        <w:tc>
          <w:tcPr>
            <w:tcW w:w="1040" w:type="dxa"/>
            <w:vAlign w:val="center"/>
          </w:tcPr>
          <w:p w14:paraId="786C5436" w14:textId="77777777" w:rsidR="00F26C4D" w:rsidRDefault="00F26C4D" w:rsidP="00F72BFD">
            <w:pPr>
              <w:spacing w:line="240" w:lineRule="auto"/>
            </w:pPr>
            <w:r>
              <w:rPr>
                <w:sz w:val="13"/>
              </w:rPr>
              <w:t>0.113</w:t>
            </w:r>
          </w:p>
        </w:tc>
      </w:tr>
      <w:tr w:rsidR="00F26C4D" w14:paraId="09456017" w14:textId="77777777" w:rsidTr="00F72BFD">
        <w:trPr>
          <w:cantSplit/>
          <w:jc w:val="center"/>
        </w:trPr>
        <w:tc>
          <w:tcPr>
            <w:tcW w:w="1040" w:type="dxa"/>
            <w:vAlign w:val="center"/>
          </w:tcPr>
          <w:p w14:paraId="429D03B7" w14:textId="77777777" w:rsidR="00F26C4D" w:rsidRDefault="00F26C4D" w:rsidP="00F72BFD">
            <w:pPr>
              <w:spacing w:line="240" w:lineRule="auto"/>
            </w:pPr>
            <w:r>
              <w:rPr>
                <w:sz w:val="13"/>
              </w:rPr>
              <w:t>Fungi</w:t>
            </w:r>
          </w:p>
        </w:tc>
        <w:tc>
          <w:tcPr>
            <w:tcW w:w="1040" w:type="dxa"/>
            <w:vAlign w:val="center"/>
          </w:tcPr>
          <w:p w14:paraId="1CA44EC9" w14:textId="77777777" w:rsidR="00F26C4D" w:rsidRDefault="00F26C4D" w:rsidP="00F72BFD">
            <w:pPr>
              <w:spacing w:line="240" w:lineRule="auto"/>
            </w:pPr>
            <w:r>
              <w:rPr>
                <w:sz w:val="13"/>
              </w:rPr>
              <w:t>Meadow</w:t>
            </w:r>
          </w:p>
        </w:tc>
        <w:tc>
          <w:tcPr>
            <w:tcW w:w="1040" w:type="dxa"/>
            <w:vAlign w:val="center"/>
          </w:tcPr>
          <w:p w14:paraId="666F3D8C" w14:textId="77777777" w:rsidR="00F26C4D" w:rsidRDefault="00F26C4D" w:rsidP="00F72BFD">
            <w:pPr>
              <w:spacing w:line="240" w:lineRule="auto"/>
            </w:pPr>
            <w:r>
              <w:rPr>
                <w:sz w:val="13"/>
              </w:rPr>
              <w:t>0-5</w:t>
            </w:r>
          </w:p>
        </w:tc>
        <w:tc>
          <w:tcPr>
            <w:tcW w:w="1040" w:type="dxa"/>
            <w:vAlign w:val="center"/>
          </w:tcPr>
          <w:p w14:paraId="54991D78" w14:textId="77777777" w:rsidR="00F26C4D" w:rsidRDefault="00F26C4D" w:rsidP="00F72BFD">
            <w:pPr>
              <w:spacing w:line="240" w:lineRule="auto"/>
            </w:pPr>
            <w:r>
              <w:rPr>
                <w:sz w:val="13"/>
              </w:rPr>
              <w:t>Day 13 - Day 0</w:t>
            </w:r>
          </w:p>
        </w:tc>
        <w:tc>
          <w:tcPr>
            <w:tcW w:w="1040" w:type="dxa"/>
            <w:vAlign w:val="center"/>
          </w:tcPr>
          <w:p w14:paraId="110C56DE" w14:textId="77777777" w:rsidR="00F26C4D" w:rsidRDefault="00F26C4D" w:rsidP="00F72BFD">
            <w:pPr>
              <w:spacing w:line="240" w:lineRule="auto"/>
            </w:pPr>
            <w:r>
              <w:rPr>
                <w:sz w:val="13"/>
              </w:rPr>
              <w:t>0.919</w:t>
            </w:r>
          </w:p>
        </w:tc>
        <w:tc>
          <w:tcPr>
            <w:tcW w:w="1040" w:type="dxa"/>
            <w:vAlign w:val="center"/>
          </w:tcPr>
          <w:p w14:paraId="216D470F" w14:textId="77777777" w:rsidR="00F26C4D" w:rsidRDefault="00F26C4D" w:rsidP="00F72BFD">
            <w:pPr>
              <w:spacing w:line="240" w:lineRule="auto"/>
            </w:pPr>
            <w:r>
              <w:rPr>
                <w:sz w:val="13"/>
              </w:rPr>
              <w:t>0.365</w:t>
            </w:r>
          </w:p>
        </w:tc>
        <w:tc>
          <w:tcPr>
            <w:tcW w:w="1040" w:type="dxa"/>
            <w:vAlign w:val="center"/>
          </w:tcPr>
          <w:p w14:paraId="784BDE11" w14:textId="77777777" w:rsidR="00F26C4D" w:rsidRDefault="00F26C4D" w:rsidP="00F72BFD">
            <w:pPr>
              <w:spacing w:line="240" w:lineRule="auto"/>
            </w:pPr>
            <w:r>
              <w:rPr>
                <w:sz w:val="13"/>
              </w:rPr>
              <w:t>48.0</w:t>
            </w:r>
          </w:p>
        </w:tc>
        <w:tc>
          <w:tcPr>
            <w:tcW w:w="1040" w:type="dxa"/>
            <w:vAlign w:val="center"/>
          </w:tcPr>
          <w:p w14:paraId="1193274B" w14:textId="77777777" w:rsidR="00F26C4D" w:rsidRDefault="00F26C4D" w:rsidP="00F72BFD">
            <w:pPr>
              <w:spacing w:line="240" w:lineRule="auto"/>
            </w:pPr>
            <w:r>
              <w:rPr>
                <w:sz w:val="13"/>
              </w:rPr>
              <w:t>0.186 to 1.652</w:t>
            </w:r>
          </w:p>
        </w:tc>
        <w:tc>
          <w:tcPr>
            <w:tcW w:w="1040" w:type="dxa"/>
            <w:vAlign w:val="center"/>
          </w:tcPr>
          <w:p w14:paraId="55571820" w14:textId="77777777" w:rsidR="00F26C4D" w:rsidRDefault="00F26C4D" w:rsidP="00F72BFD">
            <w:pPr>
              <w:spacing w:line="240" w:lineRule="auto"/>
            </w:pPr>
            <w:r>
              <w:rPr>
                <w:sz w:val="13"/>
              </w:rPr>
              <w:t>0.015</w:t>
            </w:r>
          </w:p>
        </w:tc>
      </w:tr>
      <w:tr w:rsidR="00F26C4D" w14:paraId="68908103" w14:textId="77777777" w:rsidTr="00F72BFD">
        <w:trPr>
          <w:cantSplit/>
          <w:jc w:val="center"/>
        </w:trPr>
        <w:tc>
          <w:tcPr>
            <w:tcW w:w="1040" w:type="dxa"/>
            <w:vAlign w:val="center"/>
          </w:tcPr>
          <w:p w14:paraId="45840B60" w14:textId="77777777" w:rsidR="00F26C4D" w:rsidRDefault="00F26C4D" w:rsidP="00F72BFD">
            <w:pPr>
              <w:spacing w:line="240" w:lineRule="auto"/>
            </w:pPr>
            <w:r>
              <w:rPr>
                <w:sz w:val="13"/>
              </w:rPr>
              <w:t>Fungi</w:t>
            </w:r>
          </w:p>
        </w:tc>
        <w:tc>
          <w:tcPr>
            <w:tcW w:w="1040" w:type="dxa"/>
            <w:vAlign w:val="center"/>
          </w:tcPr>
          <w:p w14:paraId="75B5447A" w14:textId="77777777" w:rsidR="00F26C4D" w:rsidRDefault="00F26C4D" w:rsidP="00F72BFD">
            <w:pPr>
              <w:spacing w:line="240" w:lineRule="auto"/>
            </w:pPr>
            <w:r>
              <w:rPr>
                <w:sz w:val="13"/>
              </w:rPr>
              <w:t>Meadow</w:t>
            </w:r>
          </w:p>
        </w:tc>
        <w:tc>
          <w:tcPr>
            <w:tcW w:w="1040" w:type="dxa"/>
            <w:vAlign w:val="center"/>
          </w:tcPr>
          <w:p w14:paraId="4610FE05" w14:textId="77777777" w:rsidR="00F26C4D" w:rsidRDefault="00F26C4D" w:rsidP="00F72BFD">
            <w:pPr>
              <w:spacing w:line="240" w:lineRule="auto"/>
            </w:pPr>
            <w:r>
              <w:rPr>
                <w:sz w:val="13"/>
              </w:rPr>
              <w:t>0-5</w:t>
            </w:r>
          </w:p>
        </w:tc>
        <w:tc>
          <w:tcPr>
            <w:tcW w:w="1040" w:type="dxa"/>
            <w:vAlign w:val="center"/>
          </w:tcPr>
          <w:p w14:paraId="14EDEFD8" w14:textId="77777777" w:rsidR="00F26C4D" w:rsidRDefault="00F26C4D" w:rsidP="00F72BFD">
            <w:pPr>
              <w:spacing w:line="240" w:lineRule="auto"/>
            </w:pPr>
            <w:r>
              <w:rPr>
                <w:sz w:val="13"/>
              </w:rPr>
              <w:t>Day 40 - Day 0</w:t>
            </w:r>
          </w:p>
        </w:tc>
        <w:tc>
          <w:tcPr>
            <w:tcW w:w="1040" w:type="dxa"/>
            <w:vAlign w:val="center"/>
          </w:tcPr>
          <w:p w14:paraId="0716E5C6" w14:textId="77777777" w:rsidR="00F26C4D" w:rsidRDefault="00F26C4D" w:rsidP="00F72BFD">
            <w:pPr>
              <w:spacing w:line="240" w:lineRule="auto"/>
            </w:pPr>
            <w:r>
              <w:rPr>
                <w:sz w:val="13"/>
              </w:rPr>
              <w:t>0.648</w:t>
            </w:r>
          </w:p>
        </w:tc>
        <w:tc>
          <w:tcPr>
            <w:tcW w:w="1040" w:type="dxa"/>
            <w:vAlign w:val="center"/>
          </w:tcPr>
          <w:p w14:paraId="1479882B" w14:textId="77777777" w:rsidR="00F26C4D" w:rsidRDefault="00F26C4D" w:rsidP="00F72BFD">
            <w:pPr>
              <w:spacing w:line="240" w:lineRule="auto"/>
            </w:pPr>
            <w:r>
              <w:rPr>
                <w:sz w:val="13"/>
              </w:rPr>
              <w:t>0.365</w:t>
            </w:r>
          </w:p>
        </w:tc>
        <w:tc>
          <w:tcPr>
            <w:tcW w:w="1040" w:type="dxa"/>
            <w:vAlign w:val="center"/>
          </w:tcPr>
          <w:p w14:paraId="156985AF" w14:textId="77777777" w:rsidR="00F26C4D" w:rsidRDefault="00F26C4D" w:rsidP="00F72BFD">
            <w:pPr>
              <w:spacing w:line="240" w:lineRule="auto"/>
            </w:pPr>
            <w:r>
              <w:rPr>
                <w:sz w:val="13"/>
              </w:rPr>
              <w:t>48.0</w:t>
            </w:r>
          </w:p>
        </w:tc>
        <w:tc>
          <w:tcPr>
            <w:tcW w:w="1040" w:type="dxa"/>
            <w:vAlign w:val="center"/>
          </w:tcPr>
          <w:p w14:paraId="0C3A3690" w14:textId="77777777" w:rsidR="00F26C4D" w:rsidRDefault="00F26C4D" w:rsidP="00F72BFD">
            <w:pPr>
              <w:spacing w:line="240" w:lineRule="auto"/>
            </w:pPr>
            <w:r>
              <w:rPr>
                <w:sz w:val="13"/>
              </w:rPr>
              <w:t>-0.086 to 1.381</w:t>
            </w:r>
          </w:p>
        </w:tc>
        <w:tc>
          <w:tcPr>
            <w:tcW w:w="1040" w:type="dxa"/>
            <w:vAlign w:val="center"/>
          </w:tcPr>
          <w:p w14:paraId="304BD754" w14:textId="77777777" w:rsidR="00F26C4D" w:rsidRDefault="00F26C4D" w:rsidP="00F72BFD">
            <w:pPr>
              <w:spacing w:line="240" w:lineRule="auto"/>
            </w:pPr>
            <w:r>
              <w:rPr>
                <w:sz w:val="13"/>
              </w:rPr>
              <w:t>0.082</w:t>
            </w:r>
          </w:p>
        </w:tc>
      </w:tr>
      <w:tr w:rsidR="00F26C4D" w14:paraId="13B759A0" w14:textId="77777777" w:rsidTr="00F72BFD">
        <w:trPr>
          <w:cantSplit/>
          <w:jc w:val="center"/>
        </w:trPr>
        <w:tc>
          <w:tcPr>
            <w:tcW w:w="1040" w:type="dxa"/>
            <w:vAlign w:val="center"/>
          </w:tcPr>
          <w:p w14:paraId="0AB24595" w14:textId="77777777" w:rsidR="00F26C4D" w:rsidRDefault="00F26C4D" w:rsidP="00F72BFD">
            <w:pPr>
              <w:spacing w:line="240" w:lineRule="auto"/>
            </w:pPr>
            <w:r>
              <w:rPr>
                <w:sz w:val="13"/>
              </w:rPr>
              <w:t>Fungi</w:t>
            </w:r>
          </w:p>
        </w:tc>
        <w:tc>
          <w:tcPr>
            <w:tcW w:w="1040" w:type="dxa"/>
            <w:vAlign w:val="center"/>
          </w:tcPr>
          <w:p w14:paraId="74241169" w14:textId="77777777" w:rsidR="00F26C4D" w:rsidRDefault="00F26C4D" w:rsidP="00F72BFD">
            <w:pPr>
              <w:spacing w:line="240" w:lineRule="auto"/>
            </w:pPr>
            <w:r>
              <w:rPr>
                <w:sz w:val="13"/>
              </w:rPr>
              <w:t>Swamp meadow</w:t>
            </w:r>
          </w:p>
        </w:tc>
        <w:tc>
          <w:tcPr>
            <w:tcW w:w="1040" w:type="dxa"/>
            <w:vAlign w:val="center"/>
          </w:tcPr>
          <w:p w14:paraId="26BCD066" w14:textId="77777777" w:rsidR="00F26C4D" w:rsidRDefault="00F26C4D" w:rsidP="00F72BFD">
            <w:pPr>
              <w:spacing w:line="240" w:lineRule="auto"/>
            </w:pPr>
            <w:r>
              <w:rPr>
                <w:sz w:val="13"/>
              </w:rPr>
              <w:t>5-15</w:t>
            </w:r>
          </w:p>
        </w:tc>
        <w:tc>
          <w:tcPr>
            <w:tcW w:w="1040" w:type="dxa"/>
            <w:vAlign w:val="center"/>
          </w:tcPr>
          <w:p w14:paraId="34939838" w14:textId="77777777" w:rsidR="00F26C4D" w:rsidRDefault="00F26C4D" w:rsidP="00F72BFD">
            <w:pPr>
              <w:spacing w:line="240" w:lineRule="auto"/>
            </w:pPr>
            <w:r>
              <w:rPr>
                <w:sz w:val="13"/>
              </w:rPr>
              <w:t>Day 13 - Day 0</w:t>
            </w:r>
          </w:p>
        </w:tc>
        <w:tc>
          <w:tcPr>
            <w:tcW w:w="1040" w:type="dxa"/>
            <w:vAlign w:val="center"/>
          </w:tcPr>
          <w:p w14:paraId="1D437AE8" w14:textId="77777777" w:rsidR="00F26C4D" w:rsidRDefault="00F26C4D" w:rsidP="00F72BFD">
            <w:pPr>
              <w:spacing w:line="240" w:lineRule="auto"/>
            </w:pPr>
            <w:r>
              <w:rPr>
                <w:sz w:val="13"/>
              </w:rPr>
              <w:t>0.152</w:t>
            </w:r>
          </w:p>
        </w:tc>
        <w:tc>
          <w:tcPr>
            <w:tcW w:w="1040" w:type="dxa"/>
            <w:vAlign w:val="center"/>
          </w:tcPr>
          <w:p w14:paraId="40CED299" w14:textId="77777777" w:rsidR="00F26C4D" w:rsidRDefault="00F26C4D" w:rsidP="00F72BFD">
            <w:pPr>
              <w:spacing w:line="240" w:lineRule="auto"/>
            </w:pPr>
            <w:r>
              <w:rPr>
                <w:sz w:val="13"/>
              </w:rPr>
              <w:t>0.365</w:t>
            </w:r>
          </w:p>
        </w:tc>
        <w:tc>
          <w:tcPr>
            <w:tcW w:w="1040" w:type="dxa"/>
            <w:vAlign w:val="center"/>
          </w:tcPr>
          <w:p w14:paraId="597219E3" w14:textId="77777777" w:rsidR="00F26C4D" w:rsidRDefault="00F26C4D" w:rsidP="00F72BFD">
            <w:pPr>
              <w:spacing w:line="240" w:lineRule="auto"/>
            </w:pPr>
            <w:r>
              <w:rPr>
                <w:sz w:val="13"/>
              </w:rPr>
              <w:t>48.0</w:t>
            </w:r>
          </w:p>
        </w:tc>
        <w:tc>
          <w:tcPr>
            <w:tcW w:w="1040" w:type="dxa"/>
            <w:vAlign w:val="center"/>
          </w:tcPr>
          <w:p w14:paraId="0957FF4C" w14:textId="77777777" w:rsidR="00F26C4D" w:rsidRDefault="00F26C4D" w:rsidP="00F72BFD">
            <w:pPr>
              <w:spacing w:line="240" w:lineRule="auto"/>
            </w:pPr>
            <w:r>
              <w:rPr>
                <w:sz w:val="13"/>
              </w:rPr>
              <w:t>-0.581 to 0.886</w:t>
            </w:r>
          </w:p>
        </w:tc>
        <w:tc>
          <w:tcPr>
            <w:tcW w:w="1040" w:type="dxa"/>
            <w:vAlign w:val="center"/>
          </w:tcPr>
          <w:p w14:paraId="0FE9B452" w14:textId="77777777" w:rsidR="00F26C4D" w:rsidRDefault="00F26C4D" w:rsidP="00F72BFD">
            <w:pPr>
              <w:spacing w:line="240" w:lineRule="auto"/>
            </w:pPr>
            <w:r>
              <w:rPr>
                <w:sz w:val="13"/>
              </w:rPr>
              <w:t>0.678</w:t>
            </w:r>
          </w:p>
        </w:tc>
      </w:tr>
      <w:tr w:rsidR="00F26C4D" w14:paraId="0D27F207" w14:textId="77777777" w:rsidTr="00F72BFD">
        <w:trPr>
          <w:cantSplit/>
          <w:jc w:val="center"/>
        </w:trPr>
        <w:tc>
          <w:tcPr>
            <w:tcW w:w="1040" w:type="dxa"/>
            <w:vAlign w:val="center"/>
          </w:tcPr>
          <w:p w14:paraId="7BF60C90" w14:textId="77777777" w:rsidR="00F26C4D" w:rsidRDefault="00F26C4D" w:rsidP="00F72BFD">
            <w:pPr>
              <w:spacing w:line="240" w:lineRule="auto"/>
            </w:pPr>
            <w:r>
              <w:rPr>
                <w:sz w:val="13"/>
              </w:rPr>
              <w:t>Fungi</w:t>
            </w:r>
          </w:p>
        </w:tc>
        <w:tc>
          <w:tcPr>
            <w:tcW w:w="1040" w:type="dxa"/>
            <w:vAlign w:val="center"/>
          </w:tcPr>
          <w:p w14:paraId="294CEE6B" w14:textId="77777777" w:rsidR="00F26C4D" w:rsidRDefault="00F26C4D" w:rsidP="00F72BFD">
            <w:pPr>
              <w:spacing w:line="240" w:lineRule="auto"/>
            </w:pPr>
            <w:r>
              <w:rPr>
                <w:sz w:val="13"/>
              </w:rPr>
              <w:t>Swamp meadow</w:t>
            </w:r>
          </w:p>
        </w:tc>
        <w:tc>
          <w:tcPr>
            <w:tcW w:w="1040" w:type="dxa"/>
            <w:vAlign w:val="center"/>
          </w:tcPr>
          <w:p w14:paraId="07634D53" w14:textId="77777777" w:rsidR="00F26C4D" w:rsidRDefault="00F26C4D" w:rsidP="00F72BFD">
            <w:pPr>
              <w:spacing w:line="240" w:lineRule="auto"/>
            </w:pPr>
            <w:r>
              <w:rPr>
                <w:sz w:val="13"/>
              </w:rPr>
              <w:t>5-15</w:t>
            </w:r>
          </w:p>
        </w:tc>
        <w:tc>
          <w:tcPr>
            <w:tcW w:w="1040" w:type="dxa"/>
            <w:vAlign w:val="center"/>
          </w:tcPr>
          <w:p w14:paraId="079A2373" w14:textId="77777777" w:rsidR="00F26C4D" w:rsidRDefault="00F26C4D" w:rsidP="00F72BFD">
            <w:pPr>
              <w:spacing w:line="240" w:lineRule="auto"/>
            </w:pPr>
            <w:r>
              <w:rPr>
                <w:sz w:val="13"/>
              </w:rPr>
              <w:t>Day 40 - Day 0</w:t>
            </w:r>
          </w:p>
        </w:tc>
        <w:tc>
          <w:tcPr>
            <w:tcW w:w="1040" w:type="dxa"/>
            <w:vAlign w:val="center"/>
          </w:tcPr>
          <w:p w14:paraId="3F4EB264" w14:textId="77777777" w:rsidR="00F26C4D" w:rsidRDefault="00F26C4D" w:rsidP="00F72BFD">
            <w:pPr>
              <w:spacing w:line="240" w:lineRule="auto"/>
            </w:pPr>
            <w:r>
              <w:rPr>
                <w:sz w:val="13"/>
              </w:rPr>
              <w:t>-0.416</w:t>
            </w:r>
          </w:p>
        </w:tc>
        <w:tc>
          <w:tcPr>
            <w:tcW w:w="1040" w:type="dxa"/>
            <w:vAlign w:val="center"/>
          </w:tcPr>
          <w:p w14:paraId="491E8856" w14:textId="77777777" w:rsidR="00F26C4D" w:rsidRDefault="00F26C4D" w:rsidP="00F72BFD">
            <w:pPr>
              <w:spacing w:line="240" w:lineRule="auto"/>
            </w:pPr>
            <w:r>
              <w:rPr>
                <w:sz w:val="13"/>
              </w:rPr>
              <w:t>0.365</w:t>
            </w:r>
          </w:p>
        </w:tc>
        <w:tc>
          <w:tcPr>
            <w:tcW w:w="1040" w:type="dxa"/>
            <w:vAlign w:val="center"/>
          </w:tcPr>
          <w:p w14:paraId="33611533" w14:textId="77777777" w:rsidR="00F26C4D" w:rsidRDefault="00F26C4D" w:rsidP="00F72BFD">
            <w:pPr>
              <w:spacing w:line="240" w:lineRule="auto"/>
            </w:pPr>
            <w:r>
              <w:rPr>
                <w:sz w:val="13"/>
              </w:rPr>
              <w:t>48.0</w:t>
            </w:r>
          </w:p>
        </w:tc>
        <w:tc>
          <w:tcPr>
            <w:tcW w:w="1040" w:type="dxa"/>
            <w:vAlign w:val="center"/>
          </w:tcPr>
          <w:p w14:paraId="2E7703B8" w14:textId="77777777" w:rsidR="00F26C4D" w:rsidRDefault="00F26C4D" w:rsidP="00F72BFD">
            <w:pPr>
              <w:spacing w:line="240" w:lineRule="auto"/>
            </w:pPr>
            <w:r>
              <w:rPr>
                <w:sz w:val="13"/>
              </w:rPr>
              <w:t>-1.149 to 0.317</w:t>
            </w:r>
          </w:p>
        </w:tc>
        <w:tc>
          <w:tcPr>
            <w:tcW w:w="1040" w:type="dxa"/>
            <w:vAlign w:val="center"/>
          </w:tcPr>
          <w:p w14:paraId="26D67A8B" w14:textId="77777777" w:rsidR="00F26C4D" w:rsidRDefault="00F26C4D" w:rsidP="00F72BFD">
            <w:pPr>
              <w:spacing w:line="240" w:lineRule="auto"/>
            </w:pPr>
            <w:r>
              <w:rPr>
                <w:sz w:val="13"/>
              </w:rPr>
              <w:t>0.260</w:t>
            </w:r>
          </w:p>
        </w:tc>
      </w:tr>
      <w:tr w:rsidR="00F26C4D" w14:paraId="2EB64858" w14:textId="77777777" w:rsidTr="00F72BFD">
        <w:trPr>
          <w:cantSplit/>
          <w:jc w:val="center"/>
        </w:trPr>
        <w:tc>
          <w:tcPr>
            <w:tcW w:w="1040" w:type="dxa"/>
            <w:vAlign w:val="center"/>
          </w:tcPr>
          <w:p w14:paraId="507CAD9D" w14:textId="77777777" w:rsidR="00F26C4D" w:rsidRDefault="00F26C4D" w:rsidP="00F72BFD">
            <w:pPr>
              <w:spacing w:line="240" w:lineRule="auto"/>
            </w:pPr>
            <w:r>
              <w:rPr>
                <w:sz w:val="13"/>
              </w:rPr>
              <w:t>Fungi</w:t>
            </w:r>
          </w:p>
        </w:tc>
        <w:tc>
          <w:tcPr>
            <w:tcW w:w="1040" w:type="dxa"/>
            <w:vAlign w:val="center"/>
          </w:tcPr>
          <w:p w14:paraId="5A1D4D48" w14:textId="77777777" w:rsidR="00F26C4D" w:rsidRDefault="00F26C4D" w:rsidP="00F72BFD">
            <w:pPr>
              <w:spacing w:line="240" w:lineRule="auto"/>
            </w:pPr>
            <w:r>
              <w:rPr>
                <w:sz w:val="13"/>
              </w:rPr>
              <w:t>Meadow</w:t>
            </w:r>
          </w:p>
        </w:tc>
        <w:tc>
          <w:tcPr>
            <w:tcW w:w="1040" w:type="dxa"/>
            <w:vAlign w:val="center"/>
          </w:tcPr>
          <w:p w14:paraId="312A968D" w14:textId="77777777" w:rsidR="00F26C4D" w:rsidRDefault="00F26C4D" w:rsidP="00F72BFD">
            <w:pPr>
              <w:spacing w:line="240" w:lineRule="auto"/>
            </w:pPr>
            <w:r>
              <w:rPr>
                <w:sz w:val="13"/>
              </w:rPr>
              <w:t>5-15</w:t>
            </w:r>
          </w:p>
        </w:tc>
        <w:tc>
          <w:tcPr>
            <w:tcW w:w="1040" w:type="dxa"/>
            <w:vAlign w:val="center"/>
          </w:tcPr>
          <w:p w14:paraId="49DE7F6E" w14:textId="77777777" w:rsidR="00F26C4D" w:rsidRDefault="00F26C4D" w:rsidP="00F72BFD">
            <w:pPr>
              <w:spacing w:line="240" w:lineRule="auto"/>
            </w:pPr>
            <w:r>
              <w:rPr>
                <w:sz w:val="13"/>
              </w:rPr>
              <w:t>Day 13 - Day 0</w:t>
            </w:r>
          </w:p>
        </w:tc>
        <w:tc>
          <w:tcPr>
            <w:tcW w:w="1040" w:type="dxa"/>
            <w:vAlign w:val="center"/>
          </w:tcPr>
          <w:p w14:paraId="77CB817D" w14:textId="77777777" w:rsidR="00F26C4D" w:rsidRDefault="00F26C4D" w:rsidP="00F72BFD">
            <w:pPr>
              <w:spacing w:line="240" w:lineRule="auto"/>
            </w:pPr>
            <w:r>
              <w:rPr>
                <w:sz w:val="13"/>
              </w:rPr>
              <w:t>-0.014</w:t>
            </w:r>
          </w:p>
        </w:tc>
        <w:tc>
          <w:tcPr>
            <w:tcW w:w="1040" w:type="dxa"/>
            <w:vAlign w:val="center"/>
          </w:tcPr>
          <w:p w14:paraId="55339324" w14:textId="77777777" w:rsidR="00F26C4D" w:rsidRDefault="00F26C4D" w:rsidP="00F72BFD">
            <w:pPr>
              <w:spacing w:line="240" w:lineRule="auto"/>
            </w:pPr>
            <w:r>
              <w:rPr>
                <w:sz w:val="13"/>
              </w:rPr>
              <w:t>0.365</w:t>
            </w:r>
          </w:p>
        </w:tc>
        <w:tc>
          <w:tcPr>
            <w:tcW w:w="1040" w:type="dxa"/>
            <w:vAlign w:val="center"/>
          </w:tcPr>
          <w:p w14:paraId="36A0BA4C" w14:textId="77777777" w:rsidR="00F26C4D" w:rsidRDefault="00F26C4D" w:rsidP="00F72BFD">
            <w:pPr>
              <w:spacing w:line="240" w:lineRule="auto"/>
            </w:pPr>
            <w:r>
              <w:rPr>
                <w:sz w:val="13"/>
              </w:rPr>
              <w:t>48.0</w:t>
            </w:r>
          </w:p>
        </w:tc>
        <w:tc>
          <w:tcPr>
            <w:tcW w:w="1040" w:type="dxa"/>
            <w:vAlign w:val="center"/>
          </w:tcPr>
          <w:p w14:paraId="4F17D6DE" w14:textId="77777777" w:rsidR="00F26C4D" w:rsidRDefault="00F26C4D" w:rsidP="00F72BFD">
            <w:pPr>
              <w:spacing w:line="240" w:lineRule="auto"/>
            </w:pPr>
            <w:r>
              <w:rPr>
                <w:sz w:val="13"/>
              </w:rPr>
              <w:t>-0.747 to 0.719</w:t>
            </w:r>
          </w:p>
        </w:tc>
        <w:tc>
          <w:tcPr>
            <w:tcW w:w="1040" w:type="dxa"/>
            <w:vAlign w:val="center"/>
          </w:tcPr>
          <w:p w14:paraId="609AD3A5" w14:textId="77777777" w:rsidR="00F26C4D" w:rsidRDefault="00F26C4D" w:rsidP="00F72BFD">
            <w:pPr>
              <w:spacing w:line="240" w:lineRule="auto"/>
            </w:pPr>
            <w:r>
              <w:rPr>
                <w:sz w:val="13"/>
              </w:rPr>
              <w:t>0.970</w:t>
            </w:r>
          </w:p>
        </w:tc>
      </w:tr>
      <w:tr w:rsidR="00F26C4D" w14:paraId="153B2D0F" w14:textId="77777777" w:rsidTr="00F72BFD">
        <w:trPr>
          <w:cantSplit/>
          <w:jc w:val="center"/>
        </w:trPr>
        <w:tc>
          <w:tcPr>
            <w:tcW w:w="1040" w:type="dxa"/>
            <w:vAlign w:val="center"/>
          </w:tcPr>
          <w:p w14:paraId="220224EC" w14:textId="77777777" w:rsidR="00F26C4D" w:rsidRDefault="00F26C4D" w:rsidP="00F72BFD">
            <w:pPr>
              <w:spacing w:line="240" w:lineRule="auto"/>
            </w:pPr>
            <w:r>
              <w:rPr>
                <w:sz w:val="13"/>
              </w:rPr>
              <w:t>Fungi</w:t>
            </w:r>
          </w:p>
        </w:tc>
        <w:tc>
          <w:tcPr>
            <w:tcW w:w="1040" w:type="dxa"/>
            <w:vAlign w:val="center"/>
          </w:tcPr>
          <w:p w14:paraId="474F3A1D" w14:textId="77777777" w:rsidR="00F26C4D" w:rsidRDefault="00F26C4D" w:rsidP="00F72BFD">
            <w:pPr>
              <w:spacing w:line="240" w:lineRule="auto"/>
            </w:pPr>
            <w:r>
              <w:rPr>
                <w:sz w:val="13"/>
              </w:rPr>
              <w:t>Meadow</w:t>
            </w:r>
          </w:p>
        </w:tc>
        <w:tc>
          <w:tcPr>
            <w:tcW w:w="1040" w:type="dxa"/>
            <w:vAlign w:val="center"/>
          </w:tcPr>
          <w:p w14:paraId="45755635" w14:textId="77777777" w:rsidR="00F26C4D" w:rsidRDefault="00F26C4D" w:rsidP="00F72BFD">
            <w:pPr>
              <w:spacing w:line="240" w:lineRule="auto"/>
            </w:pPr>
            <w:r>
              <w:rPr>
                <w:sz w:val="13"/>
              </w:rPr>
              <w:t>5-15</w:t>
            </w:r>
          </w:p>
        </w:tc>
        <w:tc>
          <w:tcPr>
            <w:tcW w:w="1040" w:type="dxa"/>
            <w:vAlign w:val="center"/>
          </w:tcPr>
          <w:p w14:paraId="417909C4" w14:textId="77777777" w:rsidR="00F26C4D" w:rsidRDefault="00F26C4D" w:rsidP="00F72BFD">
            <w:pPr>
              <w:spacing w:line="240" w:lineRule="auto"/>
            </w:pPr>
            <w:r>
              <w:rPr>
                <w:sz w:val="13"/>
              </w:rPr>
              <w:t>Day 40 - Day 0</w:t>
            </w:r>
          </w:p>
        </w:tc>
        <w:tc>
          <w:tcPr>
            <w:tcW w:w="1040" w:type="dxa"/>
            <w:vAlign w:val="center"/>
          </w:tcPr>
          <w:p w14:paraId="5B788E3A" w14:textId="77777777" w:rsidR="00F26C4D" w:rsidRDefault="00F26C4D" w:rsidP="00F72BFD">
            <w:pPr>
              <w:spacing w:line="240" w:lineRule="auto"/>
            </w:pPr>
            <w:r>
              <w:rPr>
                <w:sz w:val="13"/>
              </w:rPr>
              <w:t>-0.499</w:t>
            </w:r>
          </w:p>
        </w:tc>
        <w:tc>
          <w:tcPr>
            <w:tcW w:w="1040" w:type="dxa"/>
            <w:vAlign w:val="center"/>
          </w:tcPr>
          <w:p w14:paraId="3AF521BC" w14:textId="77777777" w:rsidR="00F26C4D" w:rsidRDefault="00F26C4D" w:rsidP="00F72BFD">
            <w:pPr>
              <w:spacing w:line="240" w:lineRule="auto"/>
            </w:pPr>
            <w:r>
              <w:rPr>
                <w:sz w:val="13"/>
              </w:rPr>
              <w:t>0.365</w:t>
            </w:r>
          </w:p>
        </w:tc>
        <w:tc>
          <w:tcPr>
            <w:tcW w:w="1040" w:type="dxa"/>
            <w:vAlign w:val="center"/>
          </w:tcPr>
          <w:p w14:paraId="691BFAE4" w14:textId="77777777" w:rsidR="00F26C4D" w:rsidRDefault="00F26C4D" w:rsidP="00F72BFD">
            <w:pPr>
              <w:spacing w:line="240" w:lineRule="auto"/>
            </w:pPr>
            <w:r>
              <w:rPr>
                <w:sz w:val="13"/>
              </w:rPr>
              <w:t>48.0</w:t>
            </w:r>
          </w:p>
        </w:tc>
        <w:tc>
          <w:tcPr>
            <w:tcW w:w="1040" w:type="dxa"/>
            <w:vAlign w:val="center"/>
          </w:tcPr>
          <w:p w14:paraId="7174F59C" w14:textId="77777777" w:rsidR="00F26C4D" w:rsidRDefault="00F26C4D" w:rsidP="00F72BFD">
            <w:pPr>
              <w:spacing w:line="240" w:lineRule="auto"/>
            </w:pPr>
            <w:r>
              <w:rPr>
                <w:sz w:val="13"/>
              </w:rPr>
              <w:t>-1.233 to 0.234</w:t>
            </w:r>
          </w:p>
        </w:tc>
        <w:tc>
          <w:tcPr>
            <w:tcW w:w="1040" w:type="dxa"/>
            <w:vAlign w:val="center"/>
          </w:tcPr>
          <w:p w14:paraId="2EFF5A62" w14:textId="77777777" w:rsidR="00F26C4D" w:rsidRDefault="00F26C4D" w:rsidP="00F72BFD">
            <w:pPr>
              <w:spacing w:line="240" w:lineRule="auto"/>
            </w:pPr>
            <w:r>
              <w:rPr>
                <w:sz w:val="13"/>
              </w:rPr>
              <w:t>0.177</w:t>
            </w:r>
          </w:p>
        </w:tc>
      </w:tr>
      <w:tr w:rsidR="00F26C4D" w14:paraId="76F02E01" w14:textId="77777777" w:rsidTr="00F72BFD">
        <w:trPr>
          <w:cantSplit/>
          <w:jc w:val="center"/>
        </w:trPr>
        <w:tc>
          <w:tcPr>
            <w:tcW w:w="1040" w:type="dxa"/>
            <w:vAlign w:val="center"/>
          </w:tcPr>
          <w:p w14:paraId="1A3C488E" w14:textId="77777777" w:rsidR="00F26C4D" w:rsidRDefault="00F26C4D" w:rsidP="00F72BFD">
            <w:pPr>
              <w:spacing w:line="240" w:lineRule="auto"/>
            </w:pPr>
            <w:r>
              <w:rPr>
                <w:sz w:val="13"/>
              </w:rPr>
              <w:t>Fungi</w:t>
            </w:r>
          </w:p>
        </w:tc>
        <w:tc>
          <w:tcPr>
            <w:tcW w:w="1040" w:type="dxa"/>
            <w:vAlign w:val="center"/>
          </w:tcPr>
          <w:p w14:paraId="15B83A98" w14:textId="77777777" w:rsidR="00F26C4D" w:rsidRDefault="00F26C4D" w:rsidP="00F72BFD">
            <w:pPr>
              <w:spacing w:line="240" w:lineRule="auto"/>
            </w:pPr>
            <w:r>
              <w:rPr>
                <w:sz w:val="13"/>
              </w:rPr>
              <w:t>Swamp meadow</w:t>
            </w:r>
          </w:p>
        </w:tc>
        <w:tc>
          <w:tcPr>
            <w:tcW w:w="1040" w:type="dxa"/>
            <w:vAlign w:val="center"/>
          </w:tcPr>
          <w:p w14:paraId="57AC85E0" w14:textId="77777777" w:rsidR="00F26C4D" w:rsidRDefault="00F26C4D" w:rsidP="00F72BFD">
            <w:pPr>
              <w:spacing w:line="240" w:lineRule="auto"/>
            </w:pPr>
            <w:r>
              <w:rPr>
                <w:sz w:val="13"/>
              </w:rPr>
              <w:t>15-30</w:t>
            </w:r>
          </w:p>
        </w:tc>
        <w:tc>
          <w:tcPr>
            <w:tcW w:w="1040" w:type="dxa"/>
            <w:vAlign w:val="center"/>
          </w:tcPr>
          <w:p w14:paraId="1098C61C" w14:textId="77777777" w:rsidR="00F26C4D" w:rsidRDefault="00F26C4D" w:rsidP="00F72BFD">
            <w:pPr>
              <w:spacing w:line="240" w:lineRule="auto"/>
            </w:pPr>
            <w:r>
              <w:rPr>
                <w:sz w:val="13"/>
              </w:rPr>
              <w:t>Day 13 - Day 0</w:t>
            </w:r>
          </w:p>
        </w:tc>
        <w:tc>
          <w:tcPr>
            <w:tcW w:w="1040" w:type="dxa"/>
            <w:vAlign w:val="center"/>
          </w:tcPr>
          <w:p w14:paraId="4FF4CA95" w14:textId="77777777" w:rsidR="00F26C4D" w:rsidRDefault="00F26C4D" w:rsidP="00F72BFD">
            <w:pPr>
              <w:spacing w:line="240" w:lineRule="auto"/>
            </w:pPr>
            <w:r>
              <w:rPr>
                <w:sz w:val="13"/>
              </w:rPr>
              <w:t>0.129</w:t>
            </w:r>
          </w:p>
        </w:tc>
        <w:tc>
          <w:tcPr>
            <w:tcW w:w="1040" w:type="dxa"/>
            <w:vAlign w:val="center"/>
          </w:tcPr>
          <w:p w14:paraId="7D0C889F" w14:textId="77777777" w:rsidR="00F26C4D" w:rsidRDefault="00F26C4D" w:rsidP="00F72BFD">
            <w:pPr>
              <w:spacing w:line="240" w:lineRule="auto"/>
            </w:pPr>
            <w:r>
              <w:rPr>
                <w:sz w:val="13"/>
              </w:rPr>
              <w:t>0.365</w:t>
            </w:r>
          </w:p>
        </w:tc>
        <w:tc>
          <w:tcPr>
            <w:tcW w:w="1040" w:type="dxa"/>
            <w:vAlign w:val="center"/>
          </w:tcPr>
          <w:p w14:paraId="64E23B70" w14:textId="77777777" w:rsidR="00F26C4D" w:rsidRDefault="00F26C4D" w:rsidP="00F72BFD">
            <w:pPr>
              <w:spacing w:line="240" w:lineRule="auto"/>
            </w:pPr>
            <w:r>
              <w:rPr>
                <w:sz w:val="13"/>
              </w:rPr>
              <w:t>48.0</w:t>
            </w:r>
          </w:p>
        </w:tc>
        <w:tc>
          <w:tcPr>
            <w:tcW w:w="1040" w:type="dxa"/>
            <w:vAlign w:val="center"/>
          </w:tcPr>
          <w:p w14:paraId="560F254E" w14:textId="77777777" w:rsidR="00F26C4D" w:rsidRDefault="00F26C4D" w:rsidP="00F72BFD">
            <w:pPr>
              <w:spacing w:line="240" w:lineRule="auto"/>
            </w:pPr>
            <w:r>
              <w:rPr>
                <w:sz w:val="13"/>
              </w:rPr>
              <w:t>-0.604 to 0.862</w:t>
            </w:r>
          </w:p>
        </w:tc>
        <w:tc>
          <w:tcPr>
            <w:tcW w:w="1040" w:type="dxa"/>
            <w:vAlign w:val="center"/>
          </w:tcPr>
          <w:p w14:paraId="1E171793" w14:textId="77777777" w:rsidR="00F26C4D" w:rsidRDefault="00F26C4D" w:rsidP="00F72BFD">
            <w:pPr>
              <w:spacing w:line="240" w:lineRule="auto"/>
            </w:pPr>
            <w:r>
              <w:rPr>
                <w:sz w:val="13"/>
              </w:rPr>
              <w:t>0.725</w:t>
            </w:r>
          </w:p>
        </w:tc>
      </w:tr>
      <w:tr w:rsidR="00F26C4D" w14:paraId="0F8EB514" w14:textId="77777777" w:rsidTr="00F72BFD">
        <w:trPr>
          <w:cantSplit/>
          <w:jc w:val="center"/>
        </w:trPr>
        <w:tc>
          <w:tcPr>
            <w:tcW w:w="1040" w:type="dxa"/>
            <w:vAlign w:val="center"/>
          </w:tcPr>
          <w:p w14:paraId="7721C0C4" w14:textId="77777777" w:rsidR="00F26C4D" w:rsidRDefault="00F26C4D" w:rsidP="00F72BFD">
            <w:pPr>
              <w:spacing w:line="240" w:lineRule="auto"/>
            </w:pPr>
            <w:r>
              <w:rPr>
                <w:sz w:val="13"/>
              </w:rPr>
              <w:t>Fungi</w:t>
            </w:r>
          </w:p>
        </w:tc>
        <w:tc>
          <w:tcPr>
            <w:tcW w:w="1040" w:type="dxa"/>
            <w:vAlign w:val="center"/>
          </w:tcPr>
          <w:p w14:paraId="64ED0853" w14:textId="77777777" w:rsidR="00F26C4D" w:rsidRDefault="00F26C4D" w:rsidP="00F72BFD">
            <w:pPr>
              <w:spacing w:line="240" w:lineRule="auto"/>
            </w:pPr>
            <w:r>
              <w:rPr>
                <w:sz w:val="13"/>
              </w:rPr>
              <w:t>Swamp meadow</w:t>
            </w:r>
          </w:p>
        </w:tc>
        <w:tc>
          <w:tcPr>
            <w:tcW w:w="1040" w:type="dxa"/>
            <w:vAlign w:val="center"/>
          </w:tcPr>
          <w:p w14:paraId="7465525C" w14:textId="77777777" w:rsidR="00F26C4D" w:rsidRDefault="00F26C4D" w:rsidP="00F72BFD">
            <w:pPr>
              <w:spacing w:line="240" w:lineRule="auto"/>
            </w:pPr>
            <w:r>
              <w:rPr>
                <w:sz w:val="13"/>
              </w:rPr>
              <w:t>15-30</w:t>
            </w:r>
          </w:p>
        </w:tc>
        <w:tc>
          <w:tcPr>
            <w:tcW w:w="1040" w:type="dxa"/>
            <w:vAlign w:val="center"/>
          </w:tcPr>
          <w:p w14:paraId="6E157713" w14:textId="77777777" w:rsidR="00F26C4D" w:rsidRDefault="00F26C4D" w:rsidP="00F72BFD">
            <w:pPr>
              <w:spacing w:line="240" w:lineRule="auto"/>
            </w:pPr>
            <w:r>
              <w:rPr>
                <w:sz w:val="13"/>
              </w:rPr>
              <w:t>Day 40 - Day 0</w:t>
            </w:r>
          </w:p>
        </w:tc>
        <w:tc>
          <w:tcPr>
            <w:tcW w:w="1040" w:type="dxa"/>
            <w:vAlign w:val="center"/>
          </w:tcPr>
          <w:p w14:paraId="48860438" w14:textId="77777777" w:rsidR="00F26C4D" w:rsidRDefault="00F26C4D" w:rsidP="00F72BFD">
            <w:pPr>
              <w:spacing w:line="240" w:lineRule="auto"/>
            </w:pPr>
            <w:r>
              <w:rPr>
                <w:sz w:val="13"/>
              </w:rPr>
              <w:t>-1.781</w:t>
            </w:r>
          </w:p>
        </w:tc>
        <w:tc>
          <w:tcPr>
            <w:tcW w:w="1040" w:type="dxa"/>
            <w:vAlign w:val="center"/>
          </w:tcPr>
          <w:p w14:paraId="585CBCF9" w14:textId="77777777" w:rsidR="00F26C4D" w:rsidRDefault="00F26C4D" w:rsidP="00F72BFD">
            <w:pPr>
              <w:spacing w:line="240" w:lineRule="auto"/>
            </w:pPr>
            <w:r>
              <w:rPr>
                <w:sz w:val="13"/>
              </w:rPr>
              <w:t>0.365</w:t>
            </w:r>
          </w:p>
        </w:tc>
        <w:tc>
          <w:tcPr>
            <w:tcW w:w="1040" w:type="dxa"/>
            <w:vAlign w:val="center"/>
          </w:tcPr>
          <w:p w14:paraId="78CA741F" w14:textId="77777777" w:rsidR="00F26C4D" w:rsidRDefault="00F26C4D" w:rsidP="00F72BFD">
            <w:pPr>
              <w:spacing w:line="240" w:lineRule="auto"/>
            </w:pPr>
            <w:r>
              <w:rPr>
                <w:sz w:val="13"/>
              </w:rPr>
              <w:t>48.0</w:t>
            </w:r>
          </w:p>
        </w:tc>
        <w:tc>
          <w:tcPr>
            <w:tcW w:w="1040" w:type="dxa"/>
            <w:vAlign w:val="center"/>
          </w:tcPr>
          <w:p w14:paraId="09D5B709" w14:textId="77777777" w:rsidR="00F26C4D" w:rsidRDefault="00F26C4D" w:rsidP="00F72BFD">
            <w:pPr>
              <w:spacing w:line="240" w:lineRule="auto"/>
            </w:pPr>
            <w:r>
              <w:rPr>
                <w:sz w:val="13"/>
              </w:rPr>
              <w:t>-2.514 to -1.048</w:t>
            </w:r>
          </w:p>
        </w:tc>
        <w:tc>
          <w:tcPr>
            <w:tcW w:w="1040" w:type="dxa"/>
            <w:vAlign w:val="center"/>
          </w:tcPr>
          <w:p w14:paraId="66DB8BCA" w14:textId="77777777" w:rsidR="00F26C4D" w:rsidRDefault="00F26C4D" w:rsidP="00F72BFD">
            <w:pPr>
              <w:spacing w:line="240" w:lineRule="auto"/>
            </w:pPr>
            <w:r>
              <w:rPr>
                <w:sz w:val="13"/>
              </w:rPr>
              <w:t>1.20e-05</w:t>
            </w:r>
          </w:p>
        </w:tc>
      </w:tr>
      <w:tr w:rsidR="00F26C4D" w14:paraId="1976AFF0" w14:textId="77777777" w:rsidTr="00F72BFD">
        <w:trPr>
          <w:cantSplit/>
          <w:jc w:val="center"/>
        </w:trPr>
        <w:tc>
          <w:tcPr>
            <w:tcW w:w="1040" w:type="dxa"/>
            <w:vAlign w:val="center"/>
          </w:tcPr>
          <w:p w14:paraId="70C57AEF" w14:textId="77777777" w:rsidR="00F26C4D" w:rsidRDefault="00F26C4D" w:rsidP="00F72BFD">
            <w:pPr>
              <w:spacing w:line="240" w:lineRule="auto"/>
            </w:pPr>
            <w:r>
              <w:rPr>
                <w:sz w:val="13"/>
              </w:rPr>
              <w:t>Fungi</w:t>
            </w:r>
          </w:p>
        </w:tc>
        <w:tc>
          <w:tcPr>
            <w:tcW w:w="1040" w:type="dxa"/>
            <w:vAlign w:val="center"/>
          </w:tcPr>
          <w:p w14:paraId="630A0547" w14:textId="77777777" w:rsidR="00F26C4D" w:rsidRDefault="00F26C4D" w:rsidP="00F72BFD">
            <w:pPr>
              <w:spacing w:line="240" w:lineRule="auto"/>
            </w:pPr>
            <w:r>
              <w:rPr>
                <w:sz w:val="13"/>
              </w:rPr>
              <w:t>Meadow</w:t>
            </w:r>
          </w:p>
        </w:tc>
        <w:tc>
          <w:tcPr>
            <w:tcW w:w="1040" w:type="dxa"/>
            <w:vAlign w:val="center"/>
          </w:tcPr>
          <w:p w14:paraId="127968B6" w14:textId="77777777" w:rsidR="00F26C4D" w:rsidRDefault="00F26C4D" w:rsidP="00F72BFD">
            <w:pPr>
              <w:spacing w:line="240" w:lineRule="auto"/>
            </w:pPr>
            <w:r>
              <w:rPr>
                <w:sz w:val="13"/>
              </w:rPr>
              <w:t>15-30</w:t>
            </w:r>
          </w:p>
        </w:tc>
        <w:tc>
          <w:tcPr>
            <w:tcW w:w="1040" w:type="dxa"/>
            <w:vAlign w:val="center"/>
          </w:tcPr>
          <w:p w14:paraId="56B2C184" w14:textId="77777777" w:rsidR="00F26C4D" w:rsidRDefault="00F26C4D" w:rsidP="00F72BFD">
            <w:pPr>
              <w:spacing w:line="240" w:lineRule="auto"/>
            </w:pPr>
            <w:r>
              <w:rPr>
                <w:sz w:val="13"/>
              </w:rPr>
              <w:t>Day 13 - Day 0</w:t>
            </w:r>
          </w:p>
        </w:tc>
        <w:tc>
          <w:tcPr>
            <w:tcW w:w="1040" w:type="dxa"/>
            <w:vAlign w:val="center"/>
          </w:tcPr>
          <w:p w14:paraId="22B6D606" w14:textId="77777777" w:rsidR="00F26C4D" w:rsidRDefault="00F26C4D" w:rsidP="00F72BFD">
            <w:pPr>
              <w:spacing w:line="240" w:lineRule="auto"/>
            </w:pPr>
            <w:r>
              <w:rPr>
                <w:sz w:val="13"/>
              </w:rPr>
              <w:t>1.046</w:t>
            </w:r>
          </w:p>
        </w:tc>
        <w:tc>
          <w:tcPr>
            <w:tcW w:w="1040" w:type="dxa"/>
            <w:vAlign w:val="center"/>
          </w:tcPr>
          <w:p w14:paraId="5B3D5B53" w14:textId="77777777" w:rsidR="00F26C4D" w:rsidRDefault="00F26C4D" w:rsidP="00F72BFD">
            <w:pPr>
              <w:spacing w:line="240" w:lineRule="auto"/>
            </w:pPr>
            <w:r>
              <w:rPr>
                <w:sz w:val="13"/>
              </w:rPr>
              <w:t>0.365</w:t>
            </w:r>
          </w:p>
        </w:tc>
        <w:tc>
          <w:tcPr>
            <w:tcW w:w="1040" w:type="dxa"/>
            <w:vAlign w:val="center"/>
          </w:tcPr>
          <w:p w14:paraId="5BE5735D" w14:textId="77777777" w:rsidR="00F26C4D" w:rsidRDefault="00F26C4D" w:rsidP="00F72BFD">
            <w:pPr>
              <w:spacing w:line="240" w:lineRule="auto"/>
            </w:pPr>
            <w:r>
              <w:rPr>
                <w:sz w:val="13"/>
              </w:rPr>
              <w:t>48.0</w:t>
            </w:r>
          </w:p>
        </w:tc>
        <w:tc>
          <w:tcPr>
            <w:tcW w:w="1040" w:type="dxa"/>
            <w:vAlign w:val="center"/>
          </w:tcPr>
          <w:p w14:paraId="0C87AC6D" w14:textId="77777777" w:rsidR="00F26C4D" w:rsidRDefault="00F26C4D" w:rsidP="00F72BFD">
            <w:pPr>
              <w:spacing w:line="240" w:lineRule="auto"/>
            </w:pPr>
            <w:r>
              <w:rPr>
                <w:sz w:val="13"/>
              </w:rPr>
              <w:t>0.313 to 1.780</w:t>
            </w:r>
          </w:p>
        </w:tc>
        <w:tc>
          <w:tcPr>
            <w:tcW w:w="1040" w:type="dxa"/>
            <w:vAlign w:val="center"/>
          </w:tcPr>
          <w:p w14:paraId="4BEE8BD1" w14:textId="77777777" w:rsidR="00F26C4D" w:rsidRDefault="00F26C4D" w:rsidP="00F72BFD">
            <w:pPr>
              <w:spacing w:line="240" w:lineRule="auto"/>
            </w:pPr>
            <w:r>
              <w:rPr>
                <w:sz w:val="13"/>
              </w:rPr>
              <w:t>0.006</w:t>
            </w:r>
          </w:p>
        </w:tc>
      </w:tr>
      <w:tr w:rsidR="00F26C4D" w14:paraId="19BDB880" w14:textId="77777777" w:rsidTr="00F72BFD">
        <w:trPr>
          <w:cantSplit/>
          <w:jc w:val="center"/>
        </w:trPr>
        <w:tc>
          <w:tcPr>
            <w:tcW w:w="1040" w:type="dxa"/>
            <w:vAlign w:val="center"/>
          </w:tcPr>
          <w:p w14:paraId="794849F3" w14:textId="77777777" w:rsidR="00F26C4D" w:rsidRDefault="00F26C4D" w:rsidP="00F72BFD">
            <w:pPr>
              <w:spacing w:line="240" w:lineRule="auto"/>
            </w:pPr>
            <w:r>
              <w:rPr>
                <w:sz w:val="13"/>
              </w:rPr>
              <w:t>Fungi</w:t>
            </w:r>
          </w:p>
        </w:tc>
        <w:tc>
          <w:tcPr>
            <w:tcW w:w="1040" w:type="dxa"/>
            <w:vAlign w:val="center"/>
          </w:tcPr>
          <w:p w14:paraId="6549DF38" w14:textId="77777777" w:rsidR="00F26C4D" w:rsidRDefault="00F26C4D" w:rsidP="00F72BFD">
            <w:pPr>
              <w:spacing w:line="240" w:lineRule="auto"/>
            </w:pPr>
            <w:r>
              <w:rPr>
                <w:sz w:val="13"/>
              </w:rPr>
              <w:t>Meadow</w:t>
            </w:r>
          </w:p>
        </w:tc>
        <w:tc>
          <w:tcPr>
            <w:tcW w:w="1040" w:type="dxa"/>
            <w:vAlign w:val="center"/>
          </w:tcPr>
          <w:p w14:paraId="5E054F91" w14:textId="77777777" w:rsidR="00F26C4D" w:rsidRDefault="00F26C4D" w:rsidP="00F72BFD">
            <w:pPr>
              <w:spacing w:line="240" w:lineRule="auto"/>
            </w:pPr>
            <w:r>
              <w:rPr>
                <w:sz w:val="13"/>
              </w:rPr>
              <w:t>15-30</w:t>
            </w:r>
          </w:p>
        </w:tc>
        <w:tc>
          <w:tcPr>
            <w:tcW w:w="1040" w:type="dxa"/>
            <w:vAlign w:val="center"/>
          </w:tcPr>
          <w:p w14:paraId="0CCA60EB" w14:textId="77777777" w:rsidR="00F26C4D" w:rsidRDefault="00F26C4D" w:rsidP="00F72BFD">
            <w:pPr>
              <w:spacing w:line="240" w:lineRule="auto"/>
            </w:pPr>
            <w:r>
              <w:rPr>
                <w:sz w:val="13"/>
              </w:rPr>
              <w:t>Day 40 - Day 0</w:t>
            </w:r>
          </w:p>
        </w:tc>
        <w:tc>
          <w:tcPr>
            <w:tcW w:w="1040" w:type="dxa"/>
            <w:vAlign w:val="center"/>
          </w:tcPr>
          <w:p w14:paraId="4AF4D8C8" w14:textId="77777777" w:rsidR="00F26C4D" w:rsidRDefault="00F26C4D" w:rsidP="00F72BFD">
            <w:pPr>
              <w:spacing w:line="240" w:lineRule="auto"/>
            </w:pPr>
            <w:r>
              <w:rPr>
                <w:sz w:val="13"/>
              </w:rPr>
              <w:t>-1.497</w:t>
            </w:r>
          </w:p>
        </w:tc>
        <w:tc>
          <w:tcPr>
            <w:tcW w:w="1040" w:type="dxa"/>
            <w:vAlign w:val="center"/>
          </w:tcPr>
          <w:p w14:paraId="2E2D6073" w14:textId="77777777" w:rsidR="00F26C4D" w:rsidRDefault="00F26C4D" w:rsidP="00F72BFD">
            <w:pPr>
              <w:spacing w:line="240" w:lineRule="auto"/>
            </w:pPr>
            <w:r>
              <w:rPr>
                <w:sz w:val="13"/>
              </w:rPr>
              <w:t>0.365</w:t>
            </w:r>
          </w:p>
        </w:tc>
        <w:tc>
          <w:tcPr>
            <w:tcW w:w="1040" w:type="dxa"/>
            <w:vAlign w:val="center"/>
          </w:tcPr>
          <w:p w14:paraId="1DD9F5EB" w14:textId="77777777" w:rsidR="00F26C4D" w:rsidRDefault="00F26C4D" w:rsidP="00F72BFD">
            <w:pPr>
              <w:spacing w:line="240" w:lineRule="auto"/>
            </w:pPr>
            <w:r>
              <w:rPr>
                <w:sz w:val="13"/>
              </w:rPr>
              <w:t>48.0</w:t>
            </w:r>
          </w:p>
        </w:tc>
        <w:tc>
          <w:tcPr>
            <w:tcW w:w="1040" w:type="dxa"/>
            <w:vAlign w:val="center"/>
          </w:tcPr>
          <w:p w14:paraId="4DBBFF8D" w14:textId="77777777" w:rsidR="00F26C4D" w:rsidRDefault="00F26C4D" w:rsidP="00F72BFD">
            <w:pPr>
              <w:spacing w:line="240" w:lineRule="auto"/>
            </w:pPr>
            <w:r>
              <w:rPr>
                <w:sz w:val="13"/>
              </w:rPr>
              <w:t>-2.230 to -0.763</w:t>
            </w:r>
          </w:p>
        </w:tc>
        <w:tc>
          <w:tcPr>
            <w:tcW w:w="1040" w:type="dxa"/>
            <w:vAlign w:val="center"/>
          </w:tcPr>
          <w:p w14:paraId="4047B37E" w14:textId="77777777" w:rsidR="00F26C4D" w:rsidRDefault="00F26C4D" w:rsidP="00F72BFD">
            <w:pPr>
              <w:spacing w:line="240" w:lineRule="auto"/>
            </w:pPr>
            <w:r>
              <w:rPr>
                <w:sz w:val="13"/>
              </w:rPr>
              <w:t>1.57e-04</w:t>
            </w:r>
          </w:p>
        </w:tc>
      </w:tr>
      <w:tr w:rsidR="00F26C4D" w14:paraId="65C830D5" w14:textId="77777777" w:rsidTr="00F72BFD">
        <w:trPr>
          <w:cantSplit/>
          <w:jc w:val="center"/>
        </w:trPr>
        <w:tc>
          <w:tcPr>
            <w:tcW w:w="1040" w:type="dxa"/>
            <w:vAlign w:val="center"/>
          </w:tcPr>
          <w:p w14:paraId="1E5BC42B" w14:textId="77777777" w:rsidR="00F26C4D" w:rsidRDefault="00F26C4D" w:rsidP="00F72BFD">
            <w:pPr>
              <w:spacing w:line="240" w:lineRule="auto"/>
            </w:pPr>
            <w:r>
              <w:rPr>
                <w:sz w:val="13"/>
              </w:rPr>
              <w:t>General Bacteria</w:t>
            </w:r>
          </w:p>
        </w:tc>
        <w:tc>
          <w:tcPr>
            <w:tcW w:w="1040" w:type="dxa"/>
            <w:vAlign w:val="center"/>
          </w:tcPr>
          <w:p w14:paraId="41816BE7" w14:textId="77777777" w:rsidR="00F26C4D" w:rsidRDefault="00F26C4D" w:rsidP="00F72BFD">
            <w:pPr>
              <w:spacing w:line="240" w:lineRule="auto"/>
            </w:pPr>
            <w:r>
              <w:rPr>
                <w:sz w:val="13"/>
              </w:rPr>
              <w:t>Swamp meadow</w:t>
            </w:r>
          </w:p>
        </w:tc>
        <w:tc>
          <w:tcPr>
            <w:tcW w:w="1040" w:type="dxa"/>
            <w:vAlign w:val="center"/>
          </w:tcPr>
          <w:p w14:paraId="1D15654C" w14:textId="77777777" w:rsidR="00F26C4D" w:rsidRDefault="00F26C4D" w:rsidP="00F72BFD">
            <w:pPr>
              <w:spacing w:line="240" w:lineRule="auto"/>
            </w:pPr>
            <w:r>
              <w:rPr>
                <w:sz w:val="13"/>
              </w:rPr>
              <w:t>0-5</w:t>
            </w:r>
          </w:p>
        </w:tc>
        <w:tc>
          <w:tcPr>
            <w:tcW w:w="1040" w:type="dxa"/>
            <w:vAlign w:val="center"/>
          </w:tcPr>
          <w:p w14:paraId="58DBC90F" w14:textId="77777777" w:rsidR="00F26C4D" w:rsidRDefault="00F26C4D" w:rsidP="00F72BFD">
            <w:pPr>
              <w:spacing w:line="240" w:lineRule="auto"/>
            </w:pPr>
            <w:r>
              <w:rPr>
                <w:sz w:val="13"/>
              </w:rPr>
              <w:t>Day 13 - Day 0</w:t>
            </w:r>
          </w:p>
        </w:tc>
        <w:tc>
          <w:tcPr>
            <w:tcW w:w="1040" w:type="dxa"/>
            <w:vAlign w:val="center"/>
          </w:tcPr>
          <w:p w14:paraId="02BD23FD" w14:textId="77777777" w:rsidR="00F26C4D" w:rsidRDefault="00F26C4D" w:rsidP="00F72BFD">
            <w:pPr>
              <w:spacing w:line="240" w:lineRule="auto"/>
            </w:pPr>
            <w:r>
              <w:rPr>
                <w:sz w:val="13"/>
              </w:rPr>
              <w:t>-0.585</w:t>
            </w:r>
          </w:p>
        </w:tc>
        <w:tc>
          <w:tcPr>
            <w:tcW w:w="1040" w:type="dxa"/>
            <w:vAlign w:val="center"/>
          </w:tcPr>
          <w:p w14:paraId="2D1A44BA" w14:textId="77777777" w:rsidR="00F26C4D" w:rsidRDefault="00F26C4D" w:rsidP="00F72BFD">
            <w:pPr>
              <w:spacing w:line="240" w:lineRule="auto"/>
            </w:pPr>
            <w:r>
              <w:rPr>
                <w:sz w:val="13"/>
              </w:rPr>
              <w:t>0.313</w:t>
            </w:r>
          </w:p>
        </w:tc>
        <w:tc>
          <w:tcPr>
            <w:tcW w:w="1040" w:type="dxa"/>
            <w:vAlign w:val="center"/>
          </w:tcPr>
          <w:p w14:paraId="63CB66AB" w14:textId="77777777" w:rsidR="00F26C4D" w:rsidRDefault="00F26C4D" w:rsidP="00F72BFD">
            <w:pPr>
              <w:spacing w:line="240" w:lineRule="auto"/>
            </w:pPr>
            <w:r>
              <w:rPr>
                <w:sz w:val="13"/>
              </w:rPr>
              <w:t>48.0</w:t>
            </w:r>
          </w:p>
        </w:tc>
        <w:tc>
          <w:tcPr>
            <w:tcW w:w="1040" w:type="dxa"/>
            <w:vAlign w:val="center"/>
          </w:tcPr>
          <w:p w14:paraId="0D2E8976" w14:textId="77777777" w:rsidR="00F26C4D" w:rsidRDefault="00F26C4D" w:rsidP="00F72BFD">
            <w:pPr>
              <w:spacing w:line="240" w:lineRule="auto"/>
            </w:pPr>
            <w:r>
              <w:rPr>
                <w:sz w:val="13"/>
              </w:rPr>
              <w:t>-1.214 to 0.045</w:t>
            </w:r>
          </w:p>
        </w:tc>
        <w:tc>
          <w:tcPr>
            <w:tcW w:w="1040" w:type="dxa"/>
            <w:vAlign w:val="center"/>
          </w:tcPr>
          <w:p w14:paraId="4D5C3774" w14:textId="77777777" w:rsidR="00F26C4D" w:rsidRDefault="00F26C4D" w:rsidP="00F72BFD">
            <w:pPr>
              <w:spacing w:line="240" w:lineRule="auto"/>
            </w:pPr>
            <w:r>
              <w:rPr>
                <w:sz w:val="13"/>
              </w:rPr>
              <w:t>0.068</w:t>
            </w:r>
          </w:p>
        </w:tc>
      </w:tr>
      <w:tr w:rsidR="00F26C4D" w14:paraId="08146A11" w14:textId="77777777" w:rsidTr="00F72BFD">
        <w:trPr>
          <w:cantSplit/>
          <w:jc w:val="center"/>
        </w:trPr>
        <w:tc>
          <w:tcPr>
            <w:tcW w:w="1040" w:type="dxa"/>
            <w:vAlign w:val="center"/>
          </w:tcPr>
          <w:p w14:paraId="4C065776" w14:textId="77777777" w:rsidR="00F26C4D" w:rsidRDefault="00F26C4D" w:rsidP="00F72BFD">
            <w:pPr>
              <w:spacing w:line="240" w:lineRule="auto"/>
            </w:pPr>
            <w:r>
              <w:rPr>
                <w:sz w:val="13"/>
              </w:rPr>
              <w:t>General Bacteria</w:t>
            </w:r>
          </w:p>
        </w:tc>
        <w:tc>
          <w:tcPr>
            <w:tcW w:w="1040" w:type="dxa"/>
            <w:vAlign w:val="center"/>
          </w:tcPr>
          <w:p w14:paraId="2A561BEA" w14:textId="77777777" w:rsidR="00F26C4D" w:rsidRDefault="00F26C4D" w:rsidP="00F72BFD">
            <w:pPr>
              <w:spacing w:line="240" w:lineRule="auto"/>
            </w:pPr>
            <w:r>
              <w:rPr>
                <w:sz w:val="13"/>
              </w:rPr>
              <w:t>Swamp meadow</w:t>
            </w:r>
          </w:p>
        </w:tc>
        <w:tc>
          <w:tcPr>
            <w:tcW w:w="1040" w:type="dxa"/>
            <w:vAlign w:val="center"/>
          </w:tcPr>
          <w:p w14:paraId="4479B5E0" w14:textId="77777777" w:rsidR="00F26C4D" w:rsidRDefault="00F26C4D" w:rsidP="00F72BFD">
            <w:pPr>
              <w:spacing w:line="240" w:lineRule="auto"/>
            </w:pPr>
            <w:r>
              <w:rPr>
                <w:sz w:val="13"/>
              </w:rPr>
              <w:t>0-5</w:t>
            </w:r>
          </w:p>
        </w:tc>
        <w:tc>
          <w:tcPr>
            <w:tcW w:w="1040" w:type="dxa"/>
            <w:vAlign w:val="center"/>
          </w:tcPr>
          <w:p w14:paraId="0C43325D" w14:textId="77777777" w:rsidR="00F26C4D" w:rsidRDefault="00F26C4D" w:rsidP="00F72BFD">
            <w:pPr>
              <w:spacing w:line="240" w:lineRule="auto"/>
            </w:pPr>
            <w:r>
              <w:rPr>
                <w:sz w:val="13"/>
              </w:rPr>
              <w:t>Day 40 - Day 0</w:t>
            </w:r>
          </w:p>
        </w:tc>
        <w:tc>
          <w:tcPr>
            <w:tcW w:w="1040" w:type="dxa"/>
            <w:vAlign w:val="center"/>
          </w:tcPr>
          <w:p w14:paraId="08EFC10D" w14:textId="77777777" w:rsidR="00F26C4D" w:rsidRDefault="00F26C4D" w:rsidP="00F72BFD">
            <w:pPr>
              <w:spacing w:line="240" w:lineRule="auto"/>
            </w:pPr>
            <w:r>
              <w:rPr>
                <w:sz w:val="13"/>
              </w:rPr>
              <w:t>-1.347</w:t>
            </w:r>
          </w:p>
        </w:tc>
        <w:tc>
          <w:tcPr>
            <w:tcW w:w="1040" w:type="dxa"/>
            <w:vAlign w:val="center"/>
          </w:tcPr>
          <w:p w14:paraId="70CDCA17" w14:textId="77777777" w:rsidR="00F26C4D" w:rsidRDefault="00F26C4D" w:rsidP="00F72BFD">
            <w:pPr>
              <w:spacing w:line="240" w:lineRule="auto"/>
            </w:pPr>
            <w:r>
              <w:rPr>
                <w:sz w:val="13"/>
              </w:rPr>
              <w:t>0.313</w:t>
            </w:r>
          </w:p>
        </w:tc>
        <w:tc>
          <w:tcPr>
            <w:tcW w:w="1040" w:type="dxa"/>
            <w:vAlign w:val="center"/>
          </w:tcPr>
          <w:p w14:paraId="21CEC14E" w14:textId="77777777" w:rsidR="00F26C4D" w:rsidRDefault="00F26C4D" w:rsidP="00F72BFD">
            <w:pPr>
              <w:spacing w:line="240" w:lineRule="auto"/>
            </w:pPr>
            <w:r>
              <w:rPr>
                <w:sz w:val="13"/>
              </w:rPr>
              <w:t>48.0</w:t>
            </w:r>
          </w:p>
        </w:tc>
        <w:tc>
          <w:tcPr>
            <w:tcW w:w="1040" w:type="dxa"/>
            <w:vAlign w:val="center"/>
          </w:tcPr>
          <w:p w14:paraId="13DA8503" w14:textId="77777777" w:rsidR="00F26C4D" w:rsidRDefault="00F26C4D" w:rsidP="00F72BFD">
            <w:pPr>
              <w:spacing w:line="240" w:lineRule="auto"/>
            </w:pPr>
            <w:r>
              <w:rPr>
                <w:sz w:val="13"/>
              </w:rPr>
              <w:t>-1.977 to -0.718</w:t>
            </w:r>
          </w:p>
        </w:tc>
        <w:tc>
          <w:tcPr>
            <w:tcW w:w="1040" w:type="dxa"/>
            <w:vAlign w:val="center"/>
          </w:tcPr>
          <w:p w14:paraId="412D75FE" w14:textId="77777777" w:rsidR="00F26C4D" w:rsidRDefault="00F26C4D" w:rsidP="00F72BFD">
            <w:pPr>
              <w:spacing w:line="240" w:lineRule="auto"/>
            </w:pPr>
            <w:r>
              <w:rPr>
                <w:sz w:val="13"/>
              </w:rPr>
              <w:t>8.25e-05</w:t>
            </w:r>
          </w:p>
        </w:tc>
      </w:tr>
      <w:tr w:rsidR="00F26C4D" w14:paraId="3E18E2A5" w14:textId="77777777" w:rsidTr="00F72BFD">
        <w:trPr>
          <w:cantSplit/>
          <w:jc w:val="center"/>
        </w:trPr>
        <w:tc>
          <w:tcPr>
            <w:tcW w:w="1040" w:type="dxa"/>
            <w:vAlign w:val="center"/>
          </w:tcPr>
          <w:p w14:paraId="1235CB05" w14:textId="77777777" w:rsidR="00F26C4D" w:rsidRDefault="00F26C4D" w:rsidP="00F72BFD">
            <w:pPr>
              <w:spacing w:line="240" w:lineRule="auto"/>
            </w:pPr>
            <w:r>
              <w:rPr>
                <w:sz w:val="13"/>
              </w:rPr>
              <w:t>General Bacteria</w:t>
            </w:r>
          </w:p>
        </w:tc>
        <w:tc>
          <w:tcPr>
            <w:tcW w:w="1040" w:type="dxa"/>
            <w:vAlign w:val="center"/>
          </w:tcPr>
          <w:p w14:paraId="34BA452D" w14:textId="77777777" w:rsidR="00F26C4D" w:rsidRDefault="00F26C4D" w:rsidP="00F72BFD">
            <w:pPr>
              <w:spacing w:line="240" w:lineRule="auto"/>
            </w:pPr>
            <w:r>
              <w:rPr>
                <w:sz w:val="13"/>
              </w:rPr>
              <w:t>Meadow</w:t>
            </w:r>
          </w:p>
        </w:tc>
        <w:tc>
          <w:tcPr>
            <w:tcW w:w="1040" w:type="dxa"/>
            <w:vAlign w:val="center"/>
          </w:tcPr>
          <w:p w14:paraId="68FC9853" w14:textId="77777777" w:rsidR="00F26C4D" w:rsidRDefault="00F26C4D" w:rsidP="00F72BFD">
            <w:pPr>
              <w:spacing w:line="240" w:lineRule="auto"/>
            </w:pPr>
            <w:r>
              <w:rPr>
                <w:sz w:val="13"/>
              </w:rPr>
              <w:t>0-5</w:t>
            </w:r>
          </w:p>
        </w:tc>
        <w:tc>
          <w:tcPr>
            <w:tcW w:w="1040" w:type="dxa"/>
            <w:vAlign w:val="center"/>
          </w:tcPr>
          <w:p w14:paraId="3D6CA535" w14:textId="77777777" w:rsidR="00F26C4D" w:rsidRDefault="00F26C4D" w:rsidP="00F72BFD">
            <w:pPr>
              <w:spacing w:line="240" w:lineRule="auto"/>
            </w:pPr>
            <w:r>
              <w:rPr>
                <w:sz w:val="13"/>
              </w:rPr>
              <w:t>Day 13 - Day 0</w:t>
            </w:r>
          </w:p>
        </w:tc>
        <w:tc>
          <w:tcPr>
            <w:tcW w:w="1040" w:type="dxa"/>
            <w:vAlign w:val="center"/>
          </w:tcPr>
          <w:p w14:paraId="0C0AC22A" w14:textId="77777777" w:rsidR="00F26C4D" w:rsidRDefault="00F26C4D" w:rsidP="00F72BFD">
            <w:pPr>
              <w:spacing w:line="240" w:lineRule="auto"/>
            </w:pPr>
            <w:r>
              <w:rPr>
                <w:sz w:val="13"/>
              </w:rPr>
              <w:t>-0.254</w:t>
            </w:r>
          </w:p>
        </w:tc>
        <w:tc>
          <w:tcPr>
            <w:tcW w:w="1040" w:type="dxa"/>
            <w:vAlign w:val="center"/>
          </w:tcPr>
          <w:p w14:paraId="13C78BEB" w14:textId="77777777" w:rsidR="00F26C4D" w:rsidRDefault="00F26C4D" w:rsidP="00F72BFD">
            <w:pPr>
              <w:spacing w:line="240" w:lineRule="auto"/>
            </w:pPr>
            <w:r>
              <w:rPr>
                <w:sz w:val="13"/>
              </w:rPr>
              <w:t>0.313</w:t>
            </w:r>
          </w:p>
        </w:tc>
        <w:tc>
          <w:tcPr>
            <w:tcW w:w="1040" w:type="dxa"/>
            <w:vAlign w:val="center"/>
          </w:tcPr>
          <w:p w14:paraId="694F74DC" w14:textId="77777777" w:rsidR="00F26C4D" w:rsidRDefault="00F26C4D" w:rsidP="00F72BFD">
            <w:pPr>
              <w:spacing w:line="240" w:lineRule="auto"/>
            </w:pPr>
            <w:r>
              <w:rPr>
                <w:sz w:val="13"/>
              </w:rPr>
              <w:t>48.0</w:t>
            </w:r>
          </w:p>
        </w:tc>
        <w:tc>
          <w:tcPr>
            <w:tcW w:w="1040" w:type="dxa"/>
            <w:vAlign w:val="center"/>
          </w:tcPr>
          <w:p w14:paraId="2843087F" w14:textId="77777777" w:rsidR="00F26C4D" w:rsidRDefault="00F26C4D" w:rsidP="00F72BFD">
            <w:pPr>
              <w:spacing w:line="240" w:lineRule="auto"/>
            </w:pPr>
            <w:r>
              <w:rPr>
                <w:sz w:val="13"/>
              </w:rPr>
              <w:t>-0.883 to 0.376</w:t>
            </w:r>
          </w:p>
        </w:tc>
        <w:tc>
          <w:tcPr>
            <w:tcW w:w="1040" w:type="dxa"/>
            <w:vAlign w:val="center"/>
          </w:tcPr>
          <w:p w14:paraId="2EA9AB2E" w14:textId="77777777" w:rsidR="00F26C4D" w:rsidRDefault="00F26C4D" w:rsidP="00F72BFD">
            <w:pPr>
              <w:spacing w:line="240" w:lineRule="auto"/>
            </w:pPr>
            <w:r>
              <w:rPr>
                <w:sz w:val="13"/>
              </w:rPr>
              <w:t>0.421</w:t>
            </w:r>
          </w:p>
        </w:tc>
      </w:tr>
      <w:tr w:rsidR="00F26C4D" w14:paraId="2F7EA516" w14:textId="77777777" w:rsidTr="00F72BFD">
        <w:trPr>
          <w:cantSplit/>
          <w:jc w:val="center"/>
        </w:trPr>
        <w:tc>
          <w:tcPr>
            <w:tcW w:w="1040" w:type="dxa"/>
            <w:vAlign w:val="center"/>
          </w:tcPr>
          <w:p w14:paraId="5BBBB319" w14:textId="77777777" w:rsidR="00F26C4D" w:rsidRDefault="00F26C4D" w:rsidP="00F72BFD">
            <w:pPr>
              <w:spacing w:line="240" w:lineRule="auto"/>
            </w:pPr>
            <w:r>
              <w:rPr>
                <w:sz w:val="13"/>
              </w:rPr>
              <w:t>General Bacteria</w:t>
            </w:r>
          </w:p>
        </w:tc>
        <w:tc>
          <w:tcPr>
            <w:tcW w:w="1040" w:type="dxa"/>
            <w:vAlign w:val="center"/>
          </w:tcPr>
          <w:p w14:paraId="4AD2BA25" w14:textId="77777777" w:rsidR="00F26C4D" w:rsidRDefault="00F26C4D" w:rsidP="00F72BFD">
            <w:pPr>
              <w:spacing w:line="240" w:lineRule="auto"/>
            </w:pPr>
            <w:r>
              <w:rPr>
                <w:sz w:val="13"/>
              </w:rPr>
              <w:t>Meadow</w:t>
            </w:r>
          </w:p>
        </w:tc>
        <w:tc>
          <w:tcPr>
            <w:tcW w:w="1040" w:type="dxa"/>
            <w:vAlign w:val="center"/>
          </w:tcPr>
          <w:p w14:paraId="113C0525" w14:textId="77777777" w:rsidR="00F26C4D" w:rsidRDefault="00F26C4D" w:rsidP="00F72BFD">
            <w:pPr>
              <w:spacing w:line="240" w:lineRule="auto"/>
            </w:pPr>
            <w:r>
              <w:rPr>
                <w:sz w:val="13"/>
              </w:rPr>
              <w:t>0-5</w:t>
            </w:r>
          </w:p>
        </w:tc>
        <w:tc>
          <w:tcPr>
            <w:tcW w:w="1040" w:type="dxa"/>
            <w:vAlign w:val="center"/>
          </w:tcPr>
          <w:p w14:paraId="469E1EE7" w14:textId="77777777" w:rsidR="00F26C4D" w:rsidRDefault="00F26C4D" w:rsidP="00F72BFD">
            <w:pPr>
              <w:spacing w:line="240" w:lineRule="auto"/>
            </w:pPr>
            <w:r>
              <w:rPr>
                <w:sz w:val="13"/>
              </w:rPr>
              <w:t>Day 40 - Day 0</w:t>
            </w:r>
          </w:p>
        </w:tc>
        <w:tc>
          <w:tcPr>
            <w:tcW w:w="1040" w:type="dxa"/>
            <w:vAlign w:val="center"/>
          </w:tcPr>
          <w:p w14:paraId="3B14622E" w14:textId="77777777" w:rsidR="00F26C4D" w:rsidRDefault="00F26C4D" w:rsidP="00F72BFD">
            <w:pPr>
              <w:spacing w:line="240" w:lineRule="auto"/>
            </w:pPr>
            <w:r>
              <w:rPr>
                <w:sz w:val="13"/>
              </w:rPr>
              <w:t>-0.076</w:t>
            </w:r>
          </w:p>
        </w:tc>
        <w:tc>
          <w:tcPr>
            <w:tcW w:w="1040" w:type="dxa"/>
            <w:vAlign w:val="center"/>
          </w:tcPr>
          <w:p w14:paraId="18074585" w14:textId="77777777" w:rsidR="00F26C4D" w:rsidRDefault="00F26C4D" w:rsidP="00F72BFD">
            <w:pPr>
              <w:spacing w:line="240" w:lineRule="auto"/>
            </w:pPr>
            <w:r>
              <w:rPr>
                <w:sz w:val="13"/>
              </w:rPr>
              <w:t>0.313</w:t>
            </w:r>
          </w:p>
        </w:tc>
        <w:tc>
          <w:tcPr>
            <w:tcW w:w="1040" w:type="dxa"/>
            <w:vAlign w:val="center"/>
          </w:tcPr>
          <w:p w14:paraId="6A02CBBE" w14:textId="77777777" w:rsidR="00F26C4D" w:rsidRDefault="00F26C4D" w:rsidP="00F72BFD">
            <w:pPr>
              <w:spacing w:line="240" w:lineRule="auto"/>
            </w:pPr>
            <w:r>
              <w:rPr>
                <w:sz w:val="13"/>
              </w:rPr>
              <w:t>48.0</w:t>
            </w:r>
          </w:p>
        </w:tc>
        <w:tc>
          <w:tcPr>
            <w:tcW w:w="1040" w:type="dxa"/>
            <w:vAlign w:val="center"/>
          </w:tcPr>
          <w:p w14:paraId="084F1C5B" w14:textId="77777777" w:rsidR="00F26C4D" w:rsidRDefault="00F26C4D" w:rsidP="00F72BFD">
            <w:pPr>
              <w:spacing w:line="240" w:lineRule="auto"/>
            </w:pPr>
            <w:r>
              <w:rPr>
                <w:sz w:val="13"/>
              </w:rPr>
              <w:t>-0.705 to 0.554</w:t>
            </w:r>
          </w:p>
        </w:tc>
        <w:tc>
          <w:tcPr>
            <w:tcW w:w="1040" w:type="dxa"/>
            <w:vAlign w:val="center"/>
          </w:tcPr>
          <w:p w14:paraId="5DFF8ADA" w14:textId="77777777" w:rsidR="00F26C4D" w:rsidRDefault="00F26C4D" w:rsidP="00F72BFD">
            <w:pPr>
              <w:spacing w:line="240" w:lineRule="auto"/>
            </w:pPr>
            <w:r>
              <w:rPr>
                <w:sz w:val="13"/>
              </w:rPr>
              <w:t>0.810</w:t>
            </w:r>
          </w:p>
        </w:tc>
      </w:tr>
      <w:tr w:rsidR="00F26C4D" w14:paraId="004B68A6" w14:textId="77777777" w:rsidTr="00F72BFD">
        <w:trPr>
          <w:cantSplit/>
          <w:jc w:val="center"/>
        </w:trPr>
        <w:tc>
          <w:tcPr>
            <w:tcW w:w="1040" w:type="dxa"/>
            <w:vAlign w:val="center"/>
          </w:tcPr>
          <w:p w14:paraId="2890194E" w14:textId="77777777" w:rsidR="00F26C4D" w:rsidRDefault="00F26C4D" w:rsidP="00F72BFD">
            <w:pPr>
              <w:spacing w:line="240" w:lineRule="auto"/>
            </w:pPr>
            <w:r>
              <w:rPr>
                <w:sz w:val="13"/>
              </w:rPr>
              <w:t>General Bacteria</w:t>
            </w:r>
          </w:p>
        </w:tc>
        <w:tc>
          <w:tcPr>
            <w:tcW w:w="1040" w:type="dxa"/>
            <w:vAlign w:val="center"/>
          </w:tcPr>
          <w:p w14:paraId="3B2796C9" w14:textId="77777777" w:rsidR="00F26C4D" w:rsidRDefault="00F26C4D" w:rsidP="00F72BFD">
            <w:pPr>
              <w:spacing w:line="240" w:lineRule="auto"/>
            </w:pPr>
            <w:r>
              <w:rPr>
                <w:sz w:val="13"/>
              </w:rPr>
              <w:t>Swamp meadow</w:t>
            </w:r>
          </w:p>
        </w:tc>
        <w:tc>
          <w:tcPr>
            <w:tcW w:w="1040" w:type="dxa"/>
            <w:vAlign w:val="center"/>
          </w:tcPr>
          <w:p w14:paraId="78D06180" w14:textId="77777777" w:rsidR="00F26C4D" w:rsidRDefault="00F26C4D" w:rsidP="00F72BFD">
            <w:pPr>
              <w:spacing w:line="240" w:lineRule="auto"/>
            </w:pPr>
            <w:r>
              <w:rPr>
                <w:sz w:val="13"/>
              </w:rPr>
              <w:t>5-15</w:t>
            </w:r>
          </w:p>
        </w:tc>
        <w:tc>
          <w:tcPr>
            <w:tcW w:w="1040" w:type="dxa"/>
            <w:vAlign w:val="center"/>
          </w:tcPr>
          <w:p w14:paraId="6D396C73" w14:textId="77777777" w:rsidR="00F26C4D" w:rsidRDefault="00F26C4D" w:rsidP="00F72BFD">
            <w:pPr>
              <w:spacing w:line="240" w:lineRule="auto"/>
            </w:pPr>
            <w:r>
              <w:rPr>
                <w:sz w:val="13"/>
              </w:rPr>
              <w:t>Day 13 - Day 0</w:t>
            </w:r>
          </w:p>
        </w:tc>
        <w:tc>
          <w:tcPr>
            <w:tcW w:w="1040" w:type="dxa"/>
            <w:vAlign w:val="center"/>
          </w:tcPr>
          <w:p w14:paraId="4F0268D8" w14:textId="77777777" w:rsidR="00F26C4D" w:rsidRDefault="00F26C4D" w:rsidP="00F72BFD">
            <w:pPr>
              <w:spacing w:line="240" w:lineRule="auto"/>
            </w:pPr>
            <w:r>
              <w:rPr>
                <w:sz w:val="13"/>
              </w:rPr>
              <w:t>-1.124</w:t>
            </w:r>
          </w:p>
        </w:tc>
        <w:tc>
          <w:tcPr>
            <w:tcW w:w="1040" w:type="dxa"/>
            <w:vAlign w:val="center"/>
          </w:tcPr>
          <w:p w14:paraId="2A7D040E" w14:textId="77777777" w:rsidR="00F26C4D" w:rsidRDefault="00F26C4D" w:rsidP="00F72BFD">
            <w:pPr>
              <w:spacing w:line="240" w:lineRule="auto"/>
            </w:pPr>
            <w:r>
              <w:rPr>
                <w:sz w:val="13"/>
              </w:rPr>
              <w:t>0.313</w:t>
            </w:r>
          </w:p>
        </w:tc>
        <w:tc>
          <w:tcPr>
            <w:tcW w:w="1040" w:type="dxa"/>
            <w:vAlign w:val="center"/>
          </w:tcPr>
          <w:p w14:paraId="191161E8" w14:textId="77777777" w:rsidR="00F26C4D" w:rsidRDefault="00F26C4D" w:rsidP="00F72BFD">
            <w:pPr>
              <w:spacing w:line="240" w:lineRule="auto"/>
            </w:pPr>
            <w:r>
              <w:rPr>
                <w:sz w:val="13"/>
              </w:rPr>
              <w:t>48.0</w:t>
            </w:r>
          </w:p>
        </w:tc>
        <w:tc>
          <w:tcPr>
            <w:tcW w:w="1040" w:type="dxa"/>
            <w:vAlign w:val="center"/>
          </w:tcPr>
          <w:p w14:paraId="4AE5CC6F" w14:textId="77777777" w:rsidR="00F26C4D" w:rsidRDefault="00F26C4D" w:rsidP="00F72BFD">
            <w:pPr>
              <w:spacing w:line="240" w:lineRule="auto"/>
            </w:pPr>
            <w:r>
              <w:rPr>
                <w:sz w:val="13"/>
              </w:rPr>
              <w:t>-1.754 to -0.495</w:t>
            </w:r>
          </w:p>
        </w:tc>
        <w:tc>
          <w:tcPr>
            <w:tcW w:w="1040" w:type="dxa"/>
            <w:vAlign w:val="center"/>
          </w:tcPr>
          <w:p w14:paraId="6CE09F47" w14:textId="77777777" w:rsidR="00F26C4D" w:rsidRDefault="00F26C4D" w:rsidP="00F72BFD">
            <w:pPr>
              <w:spacing w:line="240" w:lineRule="auto"/>
            </w:pPr>
            <w:r>
              <w:rPr>
                <w:sz w:val="13"/>
              </w:rPr>
              <w:t>7.74e-04</w:t>
            </w:r>
          </w:p>
        </w:tc>
      </w:tr>
      <w:tr w:rsidR="00F26C4D" w14:paraId="50363292" w14:textId="77777777" w:rsidTr="00F72BFD">
        <w:trPr>
          <w:cantSplit/>
          <w:jc w:val="center"/>
        </w:trPr>
        <w:tc>
          <w:tcPr>
            <w:tcW w:w="1040" w:type="dxa"/>
            <w:vAlign w:val="center"/>
          </w:tcPr>
          <w:p w14:paraId="67FA5389" w14:textId="77777777" w:rsidR="00F26C4D" w:rsidRDefault="00F26C4D" w:rsidP="00F72BFD">
            <w:pPr>
              <w:spacing w:line="240" w:lineRule="auto"/>
            </w:pPr>
            <w:r>
              <w:rPr>
                <w:sz w:val="13"/>
              </w:rPr>
              <w:t>General Bacteria</w:t>
            </w:r>
          </w:p>
        </w:tc>
        <w:tc>
          <w:tcPr>
            <w:tcW w:w="1040" w:type="dxa"/>
            <w:vAlign w:val="center"/>
          </w:tcPr>
          <w:p w14:paraId="0963A78F" w14:textId="77777777" w:rsidR="00F26C4D" w:rsidRDefault="00F26C4D" w:rsidP="00F72BFD">
            <w:pPr>
              <w:spacing w:line="240" w:lineRule="auto"/>
            </w:pPr>
            <w:r>
              <w:rPr>
                <w:sz w:val="13"/>
              </w:rPr>
              <w:t>Swamp meadow</w:t>
            </w:r>
          </w:p>
        </w:tc>
        <w:tc>
          <w:tcPr>
            <w:tcW w:w="1040" w:type="dxa"/>
            <w:vAlign w:val="center"/>
          </w:tcPr>
          <w:p w14:paraId="4F1FD351" w14:textId="77777777" w:rsidR="00F26C4D" w:rsidRDefault="00F26C4D" w:rsidP="00F72BFD">
            <w:pPr>
              <w:spacing w:line="240" w:lineRule="auto"/>
            </w:pPr>
            <w:r>
              <w:rPr>
                <w:sz w:val="13"/>
              </w:rPr>
              <w:t>5-15</w:t>
            </w:r>
          </w:p>
        </w:tc>
        <w:tc>
          <w:tcPr>
            <w:tcW w:w="1040" w:type="dxa"/>
            <w:vAlign w:val="center"/>
          </w:tcPr>
          <w:p w14:paraId="12FAB760" w14:textId="77777777" w:rsidR="00F26C4D" w:rsidRDefault="00F26C4D" w:rsidP="00F72BFD">
            <w:pPr>
              <w:spacing w:line="240" w:lineRule="auto"/>
            </w:pPr>
            <w:r>
              <w:rPr>
                <w:sz w:val="13"/>
              </w:rPr>
              <w:t>Day 40 - Day 0</w:t>
            </w:r>
          </w:p>
        </w:tc>
        <w:tc>
          <w:tcPr>
            <w:tcW w:w="1040" w:type="dxa"/>
            <w:vAlign w:val="center"/>
          </w:tcPr>
          <w:p w14:paraId="37599566" w14:textId="77777777" w:rsidR="00F26C4D" w:rsidRDefault="00F26C4D" w:rsidP="00F72BFD">
            <w:pPr>
              <w:spacing w:line="240" w:lineRule="auto"/>
            </w:pPr>
            <w:r>
              <w:rPr>
                <w:sz w:val="13"/>
              </w:rPr>
              <w:t>-0.929</w:t>
            </w:r>
          </w:p>
        </w:tc>
        <w:tc>
          <w:tcPr>
            <w:tcW w:w="1040" w:type="dxa"/>
            <w:vAlign w:val="center"/>
          </w:tcPr>
          <w:p w14:paraId="02C53463" w14:textId="77777777" w:rsidR="00F26C4D" w:rsidRDefault="00F26C4D" w:rsidP="00F72BFD">
            <w:pPr>
              <w:spacing w:line="240" w:lineRule="auto"/>
            </w:pPr>
            <w:r>
              <w:rPr>
                <w:sz w:val="13"/>
              </w:rPr>
              <w:t>0.313</w:t>
            </w:r>
          </w:p>
        </w:tc>
        <w:tc>
          <w:tcPr>
            <w:tcW w:w="1040" w:type="dxa"/>
            <w:vAlign w:val="center"/>
          </w:tcPr>
          <w:p w14:paraId="627774A2" w14:textId="77777777" w:rsidR="00F26C4D" w:rsidRDefault="00F26C4D" w:rsidP="00F72BFD">
            <w:pPr>
              <w:spacing w:line="240" w:lineRule="auto"/>
            </w:pPr>
            <w:r>
              <w:rPr>
                <w:sz w:val="13"/>
              </w:rPr>
              <w:t>48.0</w:t>
            </w:r>
          </w:p>
        </w:tc>
        <w:tc>
          <w:tcPr>
            <w:tcW w:w="1040" w:type="dxa"/>
            <w:vAlign w:val="center"/>
          </w:tcPr>
          <w:p w14:paraId="1BC24D50" w14:textId="77777777" w:rsidR="00F26C4D" w:rsidRDefault="00F26C4D" w:rsidP="00F72BFD">
            <w:pPr>
              <w:spacing w:line="240" w:lineRule="auto"/>
            </w:pPr>
            <w:r>
              <w:rPr>
                <w:sz w:val="13"/>
              </w:rPr>
              <w:t>-1.559 to -0.300</w:t>
            </w:r>
          </w:p>
        </w:tc>
        <w:tc>
          <w:tcPr>
            <w:tcW w:w="1040" w:type="dxa"/>
            <w:vAlign w:val="center"/>
          </w:tcPr>
          <w:p w14:paraId="081CB41B" w14:textId="77777777" w:rsidR="00F26C4D" w:rsidRDefault="00F26C4D" w:rsidP="00F72BFD">
            <w:pPr>
              <w:spacing w:line="240" w:lineRule="auto"/>
            </w:pPr>
            <w:r>
              <w:rPr>
                <w:sz w:val="13"/>
              </w:rPr>
              <w:t>0.005</w:t>
            </w:r>
          </w:p>
        </w:tc>
      </w:tr>
      <w:tr w:rsidR="00F26C4D" w14:paraId="0598FC09" w14:textId="77777777" w:rsidTr="00F72BFD">
        <w:trPr>
          <w:cantSplit/>
          <w:jc w:val="center"/>
        </w:trPr>
        <w:tc>
          <w:tcPr>
            <w:tcW w:w="1040" w:type="dxa"/>
            <w:vAlign w:val="center"/>
          </w:tcPr>
          <w:p w14:paraId="4A3EDECF" w14:textId="77777777" w:rsidR="00F26C4D" w:rsidRDefault="00F26C4D" w:rsidP="00F72BFD">
            <w:pPr>
              <w:spacing w:line="240" w:lineRule="auto"/>
            </w:pPr>
            <w:r>
              <w:rPr>
                <w:sz w:val="13"/>
              </w:rPr>
              <w:t>General Bacteria</w:t>
            </w:r>
          </w:p>
        </w:tc>
        <w:tc>
          <w:tcPr>
            <w:tcW w:w="1040" w:type="dxa"/>
            <w:vAlign w:val="center"/>
          </w:tcPr>
          <w:p w14:paraId="68F687E2" w14:textId="77777777" w:rsidR="00F26C4D" w:rsidRDefault="00F26C4D" w:rsidP="00F72BFD">
            <w:pPr>
              <w:spacing w:line="240" w:lineRule="auto"/>
            </w:pPr>
            <w:r>
              <w:rPr>
                <w:sz w:val="13"/>
              </w:rPr>
              <w:t>Meadow</w:t>
            </w:r>
          </w:p>
        </w:tc>
        <w:tc>
          <w:tcPr>
            <w:tcW w:w="1040" w:type="dxa"/>
            <w:vAlign w:val="center"/>
          </w:tcPr>
          <w:p w14:paraId="54C7DD64" w14:textId="77777777" w:rsidR="00F26C4D" w:rsidRDefault="00F26C4D" w:rsidP="00F72BFD">
            <w:pPr>
              <w:spacing w:line="240" w:lineRule="auto"/>
            </w:pPr>
            <w:r>
              <w:rPr>
                <w:sz w:val="13"/>
              </w:rPr>
              <w:t>5-15</w:t>
            </w:r>
          </w:p>
        </w:tc>
        <w:tc>
          <w:tcPr>
            <w:tcW w:w="1040" w:type="dxa"/>
            <w:vAlign w:val="center"/>
          </w:tcPr>
          <w:p w14:paraId="12851B93" w14:textId="77777777" w:rsidR="00F26C4D" w:rsidRDefault="00F26C4D" w:rsidP="00F72BFD">
            <w:pPr>
              <w:spacing w:line="240" w:lineRule="auto"/>
            </w:pPr>
            <w:r>
              <w:rPr>
                <w:sz w:val="13"/>
              </w:rPr>
              <w:t>Day 13 - Day 0</w:t>
            </w:r>
          </w:p>
        </w:tc>
        <w:tc>
          <w:tcPr>
            <w:tcW w:w="1040" w:type="dxa"/>
            <w:vAlign w:val="center"/>
          </w:tcPr>
          <w:p w14:paraId="177F8C81" w14:textId="77777777" w:rsidR="00F26C4D" w:rsidRDefault="00F26C4D" w:rsidP="00F72BFD">
            <w:pPr>
              <w:spacing w:line="240" w:lineRule="auto"/>
            </w:pPr>
            <w:r>
              <w:rPr>
                <w:sz w:val="13"/>
              </w:rPr>
              <w:t>-0.155</w:t>
            </w:r>
          </w:p>
        </w:tc>
        <w:tc>
          <w:tcPr>
            <w:tcW w:w="1040" w:type="dxa"/>
            <w:vAlign w:val="center"/>
          </w:tcPr>
          <w:p w14:paraId="133DE9E3" w14:textId="77777777" w:rsidR="00F26C4D" w:rsidRDefault="00F26C4D" w:rsidP="00F72BFD">
            <w:pPr>
              <w:spacing w:line="240" w:lineRule="auto"/>
            </w:pPr>
            <w:r>
              <w:rPr>
                <w:sz w:val="13"/>
              </w:rPr>
              <w:t>0.313</w:t>
            </w:r>
          </w:p>
        </w:tc>
        <w:tc>
          <w:tcPr>
            <w:tcW w:w="1040" w:type="dxa"/>
            <w:vAlign w:val="center"/>
          </w:tcPr>
          <w:p w14:paraId="494265B5" w14:textId="77777777" w:rsidR="00F26C4D" w:rsidRDefault="00F26C4D" w:rsidP="00F72BFD">
            <w:pPr>
              <w:spacing w:line="240" w:lineRule="auto"/>
            </w:pPr>
            <w:r>
              <w:rPr>
                <w:sz w:val="13"/>
              </w:rPr>
              <w:t>48.0</w:t>
            </w:r>
          </w:p>
        </w:tc>
        <w:tc>
          <w:tcPr>
            <w:tcW w:w="1040" w:type="dxa"/>
            <w:vAlign w:val="center"/>
          </w:tcPr>
          <w:p w14:paraId="1344AC18" w14:textId="77777777" w:rsidR="00F26C4D" w:rsidRDefault="00F26C4D" w:rsidP="00F72BFD">
            <w:pPr>
              <w:spacing w:line="240" w:lineRule="auto"/>
            </w:pPr>
            <w:r>
              <w:rPr>
                <w:sz w:val="13"/>
              </w:rPr>
              <w:t>-0.785 to 0.474</w:t>
            </w:r>
          </w:p>
        </w:tc>
        <w:tc>
          <w:tcPr>
            <w:tcW w:w="1040" w:type="dxa"/>
            <w:vAlign w:val="center"/>
          </w:tcPr>
          <w:p w14:paraId="4C8AD84E" w14:textId="77777777" w:rsidR="00F26C4D" w:rsidRDefault="00F26C4D" w:rsidP="00F72BFD">
            <w:pPr>
              <w:spacing w:line="240" w:lineRule="auto"/>
            </w:pPr>
            <w:r>
              <w:rPr>
                <w:sz w:val="13"/>
              </w:rPr>
              <w:t>0.622</w:t>
            </w:r>
          </w:p>
        </w:tc>
      </w:tr>
      <w:tr w:rsidR="00F26C4D" w14:paraId="4CBB63CA" w14:textId="77777777" w:rsidTr="00F72BFD">
        <w:trPr>
          <w:cantSplit/>
          <w:jc w:val="center"/>
        </w:trPr>
        <w:tc>
          <w:tcPr>
            <w:tcW w:w="1040" w:type="dxa"/>
            <w:vAlign w:val="center"/>
          </w:tcPr>
          <w:p w14:paraId="5909949F" w14:textId="77777777" w:rsidR="00F26C4D" w:rsidRDefault="00F26C4D" w:rsidP="00F72BFD">
            <w:pPr>
              <w:spacing w:line="240" w:lineRule="auto"/>
            </w:pPr>
            <w:r>
              <w:rPr>
                <w:sz w:val="13"/>
              </w:rPr>
              <w:t>General Bacteria</w:t>
            </w:r>
          </w:p>
        </w:tc>
        <w:tc>
          <w:tcPr>
            <w:tcW w:w="1040" w:type="dxa"/>
            <w:vAlign w:val="center"/>
          </w:tcPr>
          <w:p w14:paraId="5F97902B" w14:textId="77777777" w:rsidR="00F26C4D" w:rsidRDefault="00F26C4D" w:rsidP="00F72BFD">
            <w:pPr>
              <w:spacing w:line="240" w:lineRule="auto"/>
            </w:pPr>
            <w:r>
              <w:rPr>
                <w:sz w:val="13"/>
              </w:rPr>
              <w:t>Meadow</w:t>
            </w:r>
          </w:p>
        </w:tc>
        <w:tc>
          <w:tcPr>
            <w:tcW w:w="1040" w:type="dxa"/>
            <w:vAlign w:val="center"/>
          </w:tcPr>
          <w:p w14:paraId="5482BDDA" w14:textId="77777777" w:rsidR="00F26C4D" w:rsidRDefault="00F26C4D" w:rsidP="00F72BFD">
            <w:pPr>
              <w:spacing w:line="240" w:lineRule="auto"/>
            </w:pPr>
            <w:r>
              <w:rPr>
                <w:sz w:val="13"/>
              </w:rPr>
              <w:t>5-15</w:t>
            </w:r>
          </w:p>
        </w:tc>
        <w:tc>
          <w:tcPr>
            <w:tcW w:w="1040" w:type="dxa"/>
            <w:vAlign w:val="center"/>
          </w:tcPr>
          <w:p w14:paraId="36BA342E" w14:textId="77777777" w:rsidR="00F26C4D" w:rsidRDefault="00F26C4D" w:rsidP="00F72BFD">
            <w:pPr>
              <w:spacing w:line="240" w:lineRule="auto"/>
            </w:pPr>
            <w:r>
              <w:rPr>
                <w:sz w:val="13"/>
              </w:rPr>
              <w:t>Day 40 - Day 0</w:t>
            </w:r>
          </w:p>
        </w:tc>
        <w:tc>
          <w:tcPr>
            <w:tcW w:w="1040" w:type="dxa"/>
            <w:vAlign w:val="center"/>
          </w:tcPr>
          <w:p w14:paraId="20709657" w14:textId="77777777" w:rsidR="00F26C4D" w:rsidRDefault="00F26C4D" w:rsidP="00F72BFD">
            <w:pPr>
              <w:spacing w:line="240" w:lineRule="auto"/>
            </w:pPr>
            <w:r>
              <w:rPr>
                <w:sz w:val="13"/>
              </w:rPr>
              <w:t>-0.986</w:t>
            </w:r>
          </w:p>
        </w:tc>
        <w:tc>
          <w:tcPr>
            <w:tcW w:w="1040" w:type="dxa"/>
            <w:vAlign w:val="center"/>
          </w:tcPr>
          <w:p w14:paraId="1A4441FA" w14:textId="77777777" w:rsidR="00F26C4D" w:rsidRDefault="00F26C4D" w:rsidP="00F72BFD">
            <w:pPr>
              <w:spacing w:line="240" w:lineRule="auto"/>
            </w:pPr>
            <w:r>
              <w:rPr>
                <w:sz w:val="13"/>
              </w:rPr>
              <w:t>0.313</w:t>
            </w:r>
          </w:p>
        </w:tc>
        <w:tc>
          <w:tcPr>
            <w:tcW w:w="1040" w:type="dxa"/>
            <w:vAlign w:val="center"/>
          </w:tcPr>
          <w:p w14:paraId="47A3DA67" w14:textId="77777777" w:rsidR="00F26C4D" w:rsidRDefault="00F26C4D" w:rsidP="00F72BFD">
            <w:pPr>
              <w:spacing w:line="240" w:lineRule="auto"/>
            </w:pPr>
            <w:r>
              <w:rPr>
                <w:sz w:val="13"/>
              </w:rPr>
              <w:t>48.0</w:t>
            </w:r>
          </w:p>
        </w:tc>
        <w:tc>
          <w:tcPr>
            <w:tcW w:w="1040" w:type="dxa"/>
            <w:vAlign w:val="center"/>
          </w:tcPr>
          <w:p w14:paraId="73FE7F4D" w14:textId="77777777" w:rsidR="00F26C4D" w:rsidRDefault="00F26C4D" w:rsidP="00F72BFD">
            <w:pPr>
              <w:spacing w:line="240" w:lineRule="auto"/>
            </w:pPr>
            <w:r>
              <w:rPr>
                <w:sz w:val="13"/>
              </w:rPr>
              <w:t>-1.616 to -0.357</w:t>
            </w:r>
          </w:p>
        </w:tc>
        <w:tc>
          <w:tcPr>
            <w:tcW w:w="1040" w:type="dxa"/>
            <w:vAlign w:val="center"/>
          </w:tcPr>
          <w:p w14:paraId="05669DAB" w14:textId="77777777" w:rsidR="00F26C4D" w:rsidRDefault="00F26C4D" w:rsidP="00F72BFD">
            <w:pPr>
              <w:spacing w:line="240" w:lineRule="auto"/>
            </w:pPr>
            <w:r>
              <w:rPr>
                <w:sz w:val="13"/>
              </w:rPr>
              <w:t>0.003</w:t>
            </w:r>
          </w:p>
        </w:tc>
      </w:tr>
      <w:tr w:rsidR="00F26C4D" w14:paraId="0A79C47F" w14:textId="77777777" w:rsidTr="00F72BFD">
        <w:trPr>
          <w:cantSplit/>
          <w:jc w:val="center"/>
        </w:trPr>
        <w:tc>
          <w:tcPr>
            <w:tcW w:w="1040" w:type="dxa"/>
            <w:vAlign w:val="center"/>
          </w:tcPr>
          <w:p w14:paraId="4BF01ED7" w14:textId="77777777" w:rsidR="00F26C4D" w:rsidRDefault="00F26C4D" w:rsidP="00F72BFD">
            <w:pPr>
              <w:spacing w:line="240" w:lineRule="auto"/>
            </w:pPr>
            <w:r>
              <w:rPr>
                <w:sz w:val="13"/>
              </w:rPr>
              <w:t>General Bacteria</w:t>
            </w:r>
          </w:p>
        </w:tc>
        <w:tc>
          <w:tcPr>
            <w:tcW w:w="1040" w:type="dxa"/>
            <w:vAlign w:val="center"/>
          </w:tcPr>
          <w:p w14:paraId="55DBEB81" w14:textId="77777777" w:rsidR="00F26C4D" w:rsidRDefault="00F26C4D" w:rsidP="00F72BFD">
            <w:pPr>
              <w:spacing w:line="240" w:lineRule="auto"/>
            </w:pPr>
            <w:r>
              <w:rPr>
                <w:sz w:val="13"/>
              </w:rPr>
              <w:t>Swamp meadow</w:t>
            </w:r>
          </w:p>
        </w:tc>
        <w:tc>
          <w:tcPr>
            <w:tcW w:w="1040" w:type="dxa"/>
            <w:vAlign w:val="center"/>
          </w:tcPr>
          <w:p w14:paraId="70E6A60D" w14:textId="77777777" w:rsidR="00F26C4D" w:rsidRDefault="00F26C4D" w:rsidP="00F72BFD">
            <w:pPr>
              <w:spacing w:line="240" w:lineRule="auto"/>
            </w:pPr>
            <w:r>
              <w:rPr>
                <w:sz w:val="13"/>
              </w:rPr>
              <w:t>15-30</w:t>
            </w:r>
          </w:p>
        </w:tc>
        <w:tc>
          <w:tcPr>
            <w:tcW w:w="1040" w:type="dxa"/>
            <w:vAlign w:val="center"/>
          </w:tcPr>
          <w:p w14:paraId="5B7D3A08" w14:textId="77777777" w:rsidR="00F26C4D" w:rsidRDefault="00F26C4D" w:rsidP="00F72BFD">
            <w:pPr>
              <w:spacing w:line="240" w:lineRule="auto"/>
            </w:pPr>
            <w:r>
              <w:rPr>
                <w:sz w:val="13"/>
              </w:rPr>
              <w:t>Day 13 - Day 0</w:t>
            </w:r>
          </w:p>
        </w:tc>
        <w:tc>
          <w:tcPr>
            <w:tcW w:w="1040" w:type="dxa"/>
            <w:vAlign w:val="center"/>
          </w:tcPr>
          <w:p w14:paraId="6E2821BD" w14:textId="77777777" w:rsidR="00F26C4D" w:rsidRDefault="00F26C4D" w:rsidP="00F72BFD">
            <w:pPr>
              <w:spacing w:line="240" w:lineRule="auto"/>
            </w:pPr>
            <w:r>
              <w:rPr>
                <w:sz w:val="13"/>
              </w:rPr>
              <w:t>-0.105</w:t>
            </w:r>
          </w:p>
        </w:tc>
        <w:tc>
          <w:tcPr>
            <w:tcW w:w="1040" w:type="dxa"/>
            <w:vAlign w:val="center"/>
          </w:tcPr>
          <w:p w14:paraId="14A351E3" w14:textId="77777777" w:rsidR="00F26C4D" w:rsidRDefault="00F26C4D" w:rsidP="00F72BFD">
            <w:pPr>
              <w:spacing w:line="240" w:lineRule="auto"/>
            </w:pPr>
            <w:r>
              <w:rPr>
                <w:sz w:val="13"/>
              </w:rPr>
              <w:t>0.313</w:t>
            </w:r>
          </w:p>
        </w:tc>
        <w:tc>
          <w:tcPr>
            <w:tcW w:w="1040" w:type="dxa"/>
            <w:vAlign w:val="center"/>
          </w:tcPr>
          <w:p w14:paraId="58893F9D" w14:textId="77777777" w:rsidR="00F26C4D" w:rsidRDefault="00F26C4D" w:rsidP="00F72BFD">
            <w:pPr>
              <w:spacing w:line="240" w:lineRule="auto"/>
            </w:pPr>
            <w:r>
              <w:rPr>
                <w:sz w:val="13"/>
              </w:rPr>
              <w:t>48.0</w:t>
            </w:r>
          </w:p>
        </w:tc>
        <w:tc>
          <w:tcPr>
            <w:tcW w:w="1040" w:type="dxa"/>
            <w:vAlign w:val="center"/>
          </w:tcPr>
          <w:p w14:paraId="245A552F" w14:textId="77777777" w:rsidR="00F26C4D" w:rsidRDefault="00F26C4D" w:rsidP="00F72BFD">
            <w:pPr>
              <w:spacing w:line="240" w:lineRule="auto"/>
            </w:pPr>
            <w:r>
              <w:rPr>
                <w:sz w:val="13"/>
              </w:rPr>
              <w:t>-0.734 to 0.525</w:t>
            </w:r>
          </w:p>
        </w:tc>
        <w:tc>
          <w:tcPr>
            <w:tcW w:w="1040" w:type="dxa"/>
            <w:vAlign w:val="center"/>
          </w:tcPr>
          <w:p w14:paraId="3882BC2C" w14:textId="77777777" w:rsidR="00F26C4D" w:rsidRDefault="00F26C4D" w:rsidP="00F72BFD">
            <w:pPr>
              <w:spacing w:line="240" w:lineRule="auto"/>
            </w:pPr>
            <w:r>
              <w:rPr>
                <w:sz w:val="13"/>
              </w:rPr>
              <w:t>0.740</w:t>
            </w:r>
          </w:p>
        </w:tc>
      </w:tr>
      <w:tr w:rsidR="00F26C4D" w14:paraId="7902BAC5" w14:textId="77777777" w:rsidTr="00F72BFD">
        <w:trPr>
          <w:cantSplit/>
          <w:jc w:val="center"/>
        </w:trPr>
        <w:tc>
          <w:tcPr>
            <w:tcW w:w="1040" w:type="dxa"/>
            <w:vAlign w:val="center"/>
          </w:tcPr>
          <w:p w14:paraId="7C73EDD0" w14:textId="77777777" w:rsidR="00F26C4D" w:rsidRDefault="00F26C4D" w:rsidP="00F72BFD">
            <w:pPr>
              <w:spacing w:line="240" w:lineRule="auto"/>
            </w:pPr>
            <w:r>
              <w:rPr>
                <w:sz w:val="13"/>
              </w:rPr>
              <w:lastRenderedPageBreak/>
              <w:t>General Bacteria</w:t>
            </w:r>
          </w:p>
        </w:tc>
        <w:tc>
          <w:tcPr>
            <w:tcW w:w="1040" w:type="dxa"/>
            <w:vAlign w:val="center"/>
          </w:tcPr>
          <w:p w14:paraId="06772ED1" w14:textId="77777777" w:rsidR="00F26C4D" w:rsidRDefault="00F26C4D" w:rsidP="00F72BFD">
            <w:pPr>
              <w:spacing w:line="240" w:lineRule="auto"/>
            </w:pPr>
            <w:r>
              <w:rPr>
                <w:sz w:val="13"/>
              </w:rPr>
              <w:t>Swamp meadow</w:t>
            </w:r>
          </w:p>
        </w:tc>
        <w:tc>
          <w:tcPr>
            <w:tcW w:w="1040" w:type="dxa"/>
            <w:vAlign w:val="center"/>
          </w:tcPr>
          <w:p w14:paraId="254BAAEB" w14:textId="77777777" w:rsidR="00F26C4D" w:rsidRDefault="00F26C4D" w:rsidP="00F72BFD">
            <w:pPr>
              <w:spacing w:line="240" w:lineRule="auto"/>
            </w:pPr>
            <w:r>
              <w:rPr>
                <w:sz w:val="13"/>
              </w:rPr>
              <w:t>15-30</w:t>
            </w:r>
          </w:p>
        </w:tc>
        <w:tc>
          <w:tcPr>
            <w:tcW w:w="1040" w:type="dxa"/>
            <w:vAlign w:val="center"/>
          </w:tcPr>
          <w:p w14:paraId="62E8CC8A" w14:textId="77777777" w:rsidR="00F26C4D" w:rsidRDefault="00F26C4D" w:rsidP="00F72BFD">
            <w:pPr>
              <w:spacing w:line="240" w:lineRule="auto"/>
            </w:pPr>
            <w:r>
              <w:rPr>
                <w:sz w:val="13"/>
              </w:rPr>
              <w:t>Day 40 - Day 0</w:t>
            </w:r>
          </w:p>
        </w:tc>
        <w:tc>
          <w:tcPr>
            <w:tcW w:w="1040" w:type="dxa"/>
            <w:vAlign w:val="center"/>
          </w:tcPr>
          <w:p w14:paraId="17FBBBCD" w14:textId="77777777" w:rsidR="00F26C4D" w:rsidRDefault="00F26C4D" w:rsidP="00F72BFD">
            <w:pPr>
              <w:spacing w:line="240" w:lineRule="auto"/>
            </w:pPr>
            <w:r>
              <w:rPr>
                <w:sz w:val="13"/>
              </w:rPr>
              <w:t>-2.104</w:t>
            </w:r>
          </w:p>
        </w:tc>
        <w:tc>
          <w:tcPr>
            <w:tcW w:w="1040" w:type="dxa"/>
            <w:vAlign w:val="center"/>
          </w:tcPr>
          <w:p w14:paraId="2F607001" w14:textId="77777777" w:rsidR="00F26C4D" w:rsidRDefault="00F26C4D" w:rsidP="00F72BFD">
            <w:pPr>
              <w:spacing w:line="240" w:lineRule="auto"/>
            </w:pPr>
            <w:r>
              <w:rPr>
                <w:sz w:val="13"/>
              </w:rPr>
              <w:t>0.313</w:t>
            </w:r>
          </w:p>
        </w:tc>
        <w:tc>
          <w:tcPr>
            <w:tcW w:w="1040" w:type="dxa"/>
            <w:vAlign w:val="center"/>
          </w:tcPr>
          <w:p w14:paraId="21B5A99C" w14:textId="77777777" w:rsidR="00F26C4D" w:rsidRDefault="00F26C4D" w:rsidP="00F72BFD">
            <w:pPr>
              <w:spacing w:line="240" w:lineRule="auto"/>
            </w:pPr>
            <w:r>
              <w:rPr>
                <w:sz w:val="13"/>
              </w:rPr>
              <w:t>48.0</w:t>
            </w:r>
          </w:p>
        </w:tc>
        <w:tc>
          <w:tcPr>
            <w:tcW w:w="1040" w:type="dxa"/>
            <w:vAlign w:val="center"/>
          </w:tcPr>
          <w:p w14:paraId="513897F1" w14:textId="77777777" w:rsidR="00F26C4D" w:rsidRDefault="00F26C4D" w:rsidP="00F72BFD">
            <w:pPr>
              <w:spacing w:line="240" w:lineRule="auto"/>
            </w:pPr>
            <w:r>
              <w:rPr>
                <w:sz w:val="13"/>
              </w:rPr>
              <w:t>-2.734 to -1.475</w:t>
            </w:r>
          </w:p>
        </w:tc>
        <w:tc>
          <w:tcPr>
            <w:tcW w:w="1040" w:type="dxa"/>
            <w:vAlign w:val="center"/>
          </w:tcPr>
          <w:p w14:paraId="0329E354" w14:textId="77777777" w:rsidR="00F26C4D" w:rsidRDefault="00F26C4D" w:rsidP="00F72BFD">
            <w:pPr>
              <w:spacing w:line="240" w:lineRule="auto"/>
            </w:pPr>
            <w:r>
              <w:rPr>
                <w:sz w:val="13"/>
              </w:rPr>
              <w:t>1.98e-08</w:t>
            </w:r>
          </w:p>
        </w:tc>
      </w:tr>
      <w:tr w:rsidR="00F26C4D" w14:paraId="0675FCAA" w14:textId="77777777" w:rsidTr="00F72BFD">
        <w:trPr>
          <w:cantSplit/>
          <w:jc w:val="center"/>
        </w:trPr>
        <w:tc>
          <w:tcPr>
            <w:tcW w:w="1040" w:type="dxa"/>
            <w:vAlign w:val="center"/>
          </w:tcPr>
          <w:p w14:paraId="78C40CAE" w14:textId="77777777" w:rsidR="00F26C4D" w:rsidRDefault="00F26C4D" w:rsidP="00F72BFD">
            <w:pPr>
              <w:spacing w:line="240" w:lineRule="auto"/>
            </w:pPr>
            <w:r>
              <w:rPr>
                <w:sz w:val="13"/>
              </w:rPr>
              <w:t>General Bacteria</w:t>
            </w:r>
          </w:p>
        </w:tc>
        <w:tc>
          <w:tcPr>
            <w:tcW w:w="1040" w:type="dxa"/>
            <w:vAlign w:val="center"/>
          </w:tcPr>
          <w:p w14:paraId="14275C62" w14:textId="77777777" w:rsidR="00F26C4D" w:rsidRDefault="00F26C4D" w:rsidP="00F72BFD">
            <w:pPr>
              <w:spacing w:line="240" w:lineRule="auto"/>
            </w:pPr>
            <w:r>
              <w:rPr>
                <w:sz w:val="13"/>
              </w:rPr>
              <w:t>Meadow</w:t>
            </w:r>
          </w:p>
        </w:tc>
        <w:tc>
          <w:tcPr>
            <w:tcW w:w="1040" w:type="dxa"/>
            <w:vAlign w:val="center"/>
          </w:tcPr>
          <w:p w14:paraId="450FE81A" w14:textId="77777777" w:rsidR="00F26C4D" w:rsidRDefault="00F26C4D" w:rsidP="00F72BFD">
            <w:pPr>
              <w:spacing w:line="240" w:lineRule="auto"/>
            </w:pPr>
            <w:r>
              <w:rPr>
                <w:sz w:val="13"/>
              </w:rPr>
              <w:t>15-30</w:t>
            </w:r>
          </w:p>
        </w:tc>
        <w:tc>
          <w:tcPr>
            <w:tcW w:w="1040" w:type="dxa"/>
            <w:vAlign w:val="center"/>
          </w:tcPr>
          <w:p w14:paraId="0E4818BF" w14:textId="77777777" w:rsidR="00F26C4D" w:rsidRDefault="00F26C4D" w:rsidP="00F72BFD">
            <w:pPr>
              <w:spacing w:line="240" w:lineRule="auto"/>
            </w:pPr>
            <w:r>
              <w:rPr>
                <w:sz w:val="13"/>
              </w:rPr>
              <w:t>Day 13 - Day 0</w:t>
            </w:r>
          </w:p>
        </w:tc>
        <w:tc>
          <w:tcPr>
            <w:tcW w:w="1040" w:type="dxa"/>
            <w:vAlign w:val="center"/>
          </w:tcPr>
          <w:p w14:paraId="7EEA0F0E" w14:textId="77777777" w:rsidR="00F26C4D" w:rsidRDefault="00F26C4D" w:rsidP="00F72BFD">
            <w:pPr>
              <w:spacing w:line="240" w:lineRule="auto"/>
            </w:pPr>
            <w:r>
              <w:rPr>
                <w:sz w:val="13"/>
              </w:rPr>
              <w:t>1.111</w:t>
            </w:r>
          </w:p>
        </w:tc>
        <w:tc>
          <w:tcPr>
            <w:tcW w:w="1040" w:type="dxa"/>
            <w:vAlign w:val="center"/>
          </w:tcPr>
          <w:p w14:paraId="74508AB6" w14:textId="77777777" w:rsidR="00F26C4D" w:rsidRDefault="00F26C4D" w:rsidP="00F72BFD">
            <w:pPr>
              <w:spacing w:line="240" w:lineRule="auto"/>
            </w:pPr>
            <w:r>
              <w:rPr>
                <w:sz w:val="13"/>
              </w:rPr>
              <w:t>0.313</w:t>
            </w:r>
          </w:p>
        </w:tc>
        <w:tc>
          <w:tcPr>
            <w:tcW w:w="1040" w:type="dxa"/>
            <w:vAlign w:val="center"/>
          </w:tcPr>
          <w:p w14:paraId="50E6676B" w14:textId="77777777" w:rsidR="00F26C4D" w:rsidRDefault="00F26C4D" w:rsidP="00F72BFD">
            <w:pPr>
              <w:spacing w:line="240" w:lineRule="auto"/>
            </w:pPr>
            <w:r>
              <w:rPr>
                <w:sz w:val="13"/>
              </w:rPr>
              <w:t>48.0</w:t>
            </w:r>
          </w:p>
        </w:tc>
        <w:tc>
          <w:tcPr>
            <w:tcW w:w="1040" w:type="dxa"/>
            <w:vAlign w:val="center"/>
          </w:tcPr>
          <w:p w14:paraId="321A6517" w14:textId="77777777" w:rsidR="00F26C4D" w:rsidRDefault="00F26C4D" w:rsidP="00F72BFD">
            <w:pPr>
              <w:spacing w:line="240" w:lineRule="auto"/>
            </w:pPr>
            <w:r>
              <w:rPr>
                <w:sz w:val="13"/>
              </w:rPr>
              <w:t>0.482 to 1.741</w:t>
            </w:r>
          </w:p>
        </w:tc>
        <w:tc>
          <w:tcPr>
            <w:tcW w:w="1040" w:type="dxa"/>
            <w:vAlign w:val="center"/>
          </w:tcPr>
          <w:p w14:paraId="39A4E871" w14:textId="77777777" w:rsidR="00F26C4D" w:rsidRDefault="00F26C4D" w:rsidP="00F72BFD">
            <w:pPr>
              <w:spacing w:line="240" w:lineRule="auto"/>
            </w:pPr>
            <w:r>
              <w:rPr>
                <w:sz w:val="13"/>
              </w:rPr>
              <w:t>8.77e-04</w:t>
            </w:r>
          </w:p>
        </w:tc>
      </w:tr>
      <w:tr w:rsidR="00F26C4D" w14:paraId="0B60719F" w14:textId="77777777" w:rsidTr="00F72BFD">
        <w:trPr>
          <w:cantSplit/>
          <w:jc w:val="center"/>
        </w:trPr>
        <w:tc>
          <w:tcPr>
            <w:tcW w:w="1040" w:type="dxa"/>
            <w:vAlign w:val="center"/>
          </w:tcPr>
          <w:p w14:paraId="776AAF6A" w14:textId="77777777" w:rsidR="00F26C4D" w:rsidRDefault="00F26C4D" w:rsidP="00F72BFD">
            <w:pPr>
              <w:spacing w:line="240" w:lineRule="auto"/>
            </w:pPr>
            <w:r>
              <w:rPr>
                <w:sz w:val="13"/>
              </w:rPr>
              <w:t>General Bacteria</w:t>
            </w:r>
          </w:p>
        </w:tc>
        <w:tc>
          <w:tcPr>
            <w:tcW w:w="1040" w:type="dxa"/>
            <w:vAlign w:val="center"/>
          </w:tcPr>
          <w:p w14:paraId="52D87569" w14:textId="77777777" w:rsidR="00F26C4D" w:rsidRDefault="00F26C4D" w:rsidP="00F72BFD">
            <w:pPr>
              <w:spacing w:line="240" w:lineRule="auto"/>
            </w:pPr>
            <w:r>
              <w:rPr>
                <w:sz w:val="13"/>
              </w:rPr>
              <w:t>Meadow</w:t>
            </w:r>
          </w:p>
        </w:tc>
        <w:tc>
          <w:tcPr>
            <w:tcW w:w="1040" w:type="dxa"/>
            <w:vAlign w:val="center"/>
          </w:tcPr>
          <w:p w14:paraId="551D1961" w14:textId="77777777" w:rsidR="00F26C4D" w:rsidRDefault="00F26C4D" w:rsidP="00F72BFD">
            <w:pPr>
              <w:spacing w:line="240" w:lineRule="auto"/>
            </w:pPr>
            <w:r>
              <w:rPr>
                <w:sz w:val="13"/>
              </w:rPr>
              <w:t>15-30</w:t>
            </w:r>
          </w:p>
        </w:tc>
        <w:tc>
          <w:tcPr>
            <w:tcW w:w="1040" w:type="dxa"/>
            <w:vAlign w:val="center"/>
          </w:tcPr>
          <w:p w14:paraId="58638F14" w14:textId="77777777" w:rsidR="00F26C4D" w:rsidRDefault="00F26C4D" w:rsidP="00F72BFD">
            <w:pPr>
              <w:spacing w:line="240" w:lineRule="auto"/>
            </w:pPr>
            <w:r>
              <w:rPr>
                <w:sz w:val="13"/>
              </w:rPr>
              <w:t>Day 40 - Day 0</w:t>
            </w:r>
          </w:p>
        </w:tc>
        <w:tc>
          <w:tcPr>
            <w:tcW w:w="1040" w:type="dxa"/>
            <w:vAlign w:val="center"/>
          </w:tcPr>
          <w:p w14:paraId="7E74E13B" w14:textId="77777777" w:rsidR="00F26C4D" w:rsidRDefault="00F26C4D" w:rsidP="00F72BFD">
            <w:pPr>
              <w:spacing w:line="240" w:lineRule="auto"/>
            </w:pPr>
            <w:r>
              <w:rPr>
                <w:sz w:val="13"/>
              </w:rPr>
              <w:t>-0.910</w:t>
            </w:r>
          </w:p>
        </w:tc>
        <w:tc>
          <w:tcPr>
            <w:tcW w:w="1040" w:type="dxa"/>
            <w:vAlign w:val="center"/>
          </w:tcPr>
          <w:p w14:paraId="64F19502" w14:textId="77777777" w:rsidR="00F26C4D" w:rsidRDefault="00F26C4D" w:rsidP="00F72BFD">
            <w:pPr>
              <w:spacing w:line="240" w:lineRule="auto"/>
            </w:pPr>
            <w:r>
              <w:rPr>
                <w:sz w:val="13"/>
              </w:rPr>
              <w:t>0.313</w:t>
            </w:r>
          </w:p>
        </w:tc>
        <w:tc>
          <w:tcPr>
            <w:tcW w:w="1040" w:type="dxa"/>
            <w:vAlign w:val="center"/>
          </w:tcPr>
          <w:p w14:paraId="22EE623E" w14:textId="77777777" w:rsidR="00F26C4D" w:rsidRDefault="00F26C4D" w:rsidP="00F72BFD">
            <w:pPr>
              <w:spacing w:line="240" w:lineRule="auto"/>
            </w:pPr>
            <w:r>
              <w:rPr>
                <w:sz w:val="13"/>
              </w:rPr>
              <w:t>48.0</w:t>
            </w:r>
          </w:p>
        </w:tc>
        <w:tc>
          <w:tcPr>
            <w:tcW w:w="1040" w:type="dxa"/>
            <w:vAlign w:val="center"/>
          </w:tcPr>
          <w:p w14:paraId="2E3BA94F" w14:textId="77777777" w:rsidR="00F26C4D" w:rsidRDefault="00F26C4D" w:rsidP="00F72BFD">
            <w:pPr>
              <w:spacing w:line="240" w:lineRule="auto"/>
            </w:pPr>
            <w:r>
              <w:rPr>
                <w:sz w:val="13"/>
              </w:rPr>
              <w:t>-1.539 to -0.280</w:t>
            </w:r>
          </w:p>
        </w:tc>
        <w:tc>
          <w:tcPr>
            <w:tcW w:w="1040" w:type="dxa"/>
            <w:vAlign w:val="center"/>
          </w:tcPr>
          <w:p w14:paraId="41DB0BCC" w14:textId="77777777" w:rsidR="00F26C4D" w:rsidRDefault="00F26C4D" w:rsidP="00F72BFD">
            <w:pPr>
              <w:spacing w:line="240" w:lineRule="auto"/>
            </w:pPr>
            <w:r>
              <w:rPr>
                <w:sz w:val="13"/>
              </w:rPr>
              <w:t>0.006</w:t>
            </w:r>
          </w:p>
        </w:tc>
      </w:tr>
      <w:tr w:rsidR="00F26C4D" w14:paraId="62D5C30D" w14:textId="77777777" w:rsidTr="00F72BFD">
        <w:trPr>
          <w:cantSplit/>
          <w:jc w:val="center"/>
        </w:trPr>
        <w:tc>
          <w:tcPr>
            <w:tcW w:w="1040" w:type="dxa"/>
            <w:vAlign w:val="center"/>
          </w:tcPr>
          <w:p w14:paraId="0DF39271" w14:textId="77777777" w:rsidR="00F26C4D" w:rsidRDefault="00F26C4D" w:rsidP="00F72BFD">
            <w:pPr>
              <w:spacing w:line="240" w:lineRule="auto"/>
            </w:pPr>
            <w:r>
              <w:rPr>
                <w:sz w:val="13"/>
              </w:rPr>
              <w:t>Gram Negative</w:t>
            </w:r>
          </w:p>
        </w:tc>
        <w:tc>
          <w:tcPr>
            <w:tcW w:w="1040" w:type="dxa"/>
            <w:vAlign w:val="center"/>
          </w:tcPr>
          <w:p w14:paraId="5445BCEF" w14:textId="77777777" w:rsidR="00F26C4D" w:rsidRDefault="00F26C4D" w:rsidP="00F72BFD">
            <w:pPr>
              <w:spacing w:line="240" w:lineRule="auto"/>
            </w:pPr>
            <w:r>
              <w:rPr>
                <w:sz w:val="13"/>
              </w:rPr>
              <w:t>Swamp meadow</w:t>
            </w:r>
          </w:p>
        </w:tc>
        <w:tc>
          <w:tcPr>
            <w:tcW w:w="1040" w:type="dxa"/>
            <w:vAlign w:val="center"/>
          </w:tcPr>
          <w:p w14:paraId="126E0C65" w14:textId="77777777" w:rsidR="00F26C4D" w:rsidRDefault="00F26C4D" w:rsidP="00F72BFD">
            <w:pPr>
              <w:spacing w:line="240" w:lineRule="auto"/>
            </w:pPr>
            <w:r>
              <w:rPr>
                <w:sz w:val="13"/>
              </w:rPr>
              <w:t>0-5</w:t>
            </w:r>
          </w:p>
        </w:tc>
        <w:tc>
          <w:tcPr>
            <w:tcW w:w="1040" w:type="dxa"/>
            <w:vAlign w:val="center"/>
          </w:tcPr>
          <w:p w14:paraId="22DE43ED" w14:textId="77777777" w:rsidR="00F26C4D" w:rsidRDefault="00F26C4D" w:rsidP="00F72BFD">
            <w:pPr>
              <w:spacing w:line="240" w:lineRule="auto"/>
            </w:pPr>
            <w:r>
              <w:rPr>
                <w:sz w:val="13"/>
              </w:rPr>
              <w:t>Day 13 - Day 0</w:t>
            </w:r>
          </w:p>
        </w:tc>
        <w:tc>
          <w:tcPr>
            <w:tcW w:w="1040" w:type="dxa"/>
            <w:vAlign w:val="center"/>
          </w:tcPr>
          <w:p w14:paraId="43E0AEA5" w14:textId="77777777" w:rsidR="00F26C4D" w:rsidRDefault="00F26C4D" w:rsidP="00F72BFD">
            <w:pPr>
              <w:spacing w:line="240" w:lineRule="auto"/>
            </w:pPr>
            <w:r>
              <w:rPr>
                <w:sz w:val="13"/>
              </w:rPr>
              <w:t>-0.317</w:t>
            </w:r>
          </w:p>
        </w:tc>
        <w:tc>
          <w:tcPr>
            <w:tcW w:w="1040" w:type="dxa"/>
            <w:vAlign w:val="center"/>
          </w:tcPr>
          <w:p w14:paraId="1D98B7BA" w14:textId="77777777" w:rsidR="00F26C4D" w:rsidRDefault="00F26C4D" w:rsidP="00F72BFD">
            <w:pPr>
              <w:spacing w:line="240" w:lineRule="auto"/>
            </w:pPr>
            <w:r>
              <w:rPr>
                <w:sz w:val="13"/>
              </w:rPr>
              <w:t>0.366</w:t>
            </w:r>
          </w:p>
        </w:tc>
        <w:tc>
          <w:tcPr>
            <w:tcW w:w="1040" w:type="dxa"/>
            <w:vAlign w:val="center"/>
          </w:tcPr>
          <w:p w14:paraId="06CD0E80" w14:textId="77777777" w:rsidR="00F26C4D" w:rsidRDefault="00F26C4D" w:rsidP="00F72BFD">
            <w:pPr>
              <w:spacing w:line="240" w:lineRule="auto"/>
            </w:pPr>
            <w:r>
              <w:rPr>
                <w:sz w:val="13"/>
              </w:rPr>
              <w:t>48.0</w:t>
            </w:r>
          </w:p>
        </w:tc>
        <w:tc>
          <w:tcPr>
            <w:tcW w:w="1040" w:type="dxa"/>
            <w:vAlign w:val="center"/>
          </w:tcPr>
          <w:p w14:paraId="03B1F342" w14:textId="77777777" w:rsidR="00F26C4D" w:rsidRDefault="00F26C4D" w:rsidP="00F72BFD">
            <w:pPr>
              <w:spacing w:line="240" w:lineRule="auto"/>
            </w:pPr>
            <w:r>
              <w:rPr>
                <w:sz w:val="13"/>
              </w:rPr>
              <w:t>-1.052 to 0.419</w:t>
            </w:r>
          </w:p>
        </w:tc>
        <w:tc>
          <w:tcPr>
            <w:tcW w:w="1040" w:type="dxa"/>
            <w:vAlign w:val="center"/>
          </w:tcPr>
          <w:p w14:paraId="5CCDEBA3" w14:textId="77777777" w:rsidR="00F26C4D" w:rsidRDefault="00F26C4D" w:rsidP="00F72BFD">
            <w:pPr>
              <w:spacing w:line="240" w:lineRule="auto"/>
            </w:pPr>
            <w:r>
              <w:rPr>
                <w:sz w:val="13"/>
              </w:rPr>
              <w:t>0.391</w:t>
            </w:r>
          </w:p>
        </w:tc>
      </w:tr>
      <w:tr w:rsidR="00F26C4D" w14:paraId="0FD33DF5" w14:textId="77777777" w:rsidTr="00F72BFD">
        <w:trPr>
          <w:cantSplit/>
          <w:jc w:val="center"/>
        </w:trPr>
        <w:tc>
          <w:tcPr>
            <w:tcW w:w="1040" w:type="dxa"/>
            <w:vAlign w:val="center"/>
          </w:tcPr>
          <w:p w14:paraId="3DA8A6B6" w14:textId="77777777" w:rsidR="00F26C4D" w:rsidRDefault="00F26C4D" w:rsidP="00F72BFD">
            <w:pPr>
              <w:spacing w:line="240" w:lineRule="auto"/>
            </w:pPr>
            <w:r>
              <w:rPr>
                <w:sz w:val="13"/>
              </w:rPr>
              <w:t>Gram Negative</w:t>
            </w:r>
          </w:p>
        </w:tc>
        <w:tc>
          <w:tcPr>
            <w:tcW w:w="1040" w:type="dxa"/>
            <w:vAlign w:val="center"/>
          </w:tcPr>
          <w:p w14:paraId="0A10578E" w14:textId="77777777" w:rsidR="00F26C4D" w:rsidRDefault="00F26C4D" w:rsidP="00F72BFD">
            <w:pPr>
              <w:spacing w:line="240" w:lineRule="auto"/>
            </w:pPr>
            <w:r>
              <w:rPr>
                <w:sz w:val="13"/>
              </w:rPr>
              <w:t>Swamp meadow</w:t>
            </w:r>
          </w:p>
        </w:tc>
        <w:tc>
          <w:tcPr>
            <w:tcW w:w="1040" w:type="dxa"/>
            <w:vAlign w:val="center"/>
          </w:tcPr>
          <w:p w14:paraId="2FFBA858" w14:textId="77777777" w:rsidR="00F26C4D" w:rsidRDefault="00F26C4D" w:rsidP="00F72BFD">
            <w:pPr>
              <w:spacing w:line="240" w:lineRule="auto"/>
            </w:pPr>
            <w:r>
              <w:rPr>
                <w:sz w:val="13"/>
              </w:rPr>
              <w:t>0-5</w:t>
            </w:r>
          </w:p>
        </w:tc>
        <w:tc>
          <w:tcPr>
            <w:tcW w:w="1040" w:type="dxa"/>
            <w:vAlign w:val="center"/>
          </w:tcPr>
          <w:p w14:paraId="647615ED" w14:textId="77777777" w:rsidR="00F26C4D" w:rsidRDefault="00F26C4D" w:rsidP="00F72BFD">
            <w:pPr>
              <w:spacing w:line="240" w:lineRule="auto"/>
            </w:pPr>
            <w:r>
              <w:rPr>
                <w:sz w:val="13"/>
              </w:rPr>
              <w:t>Day 40 - Day 0</w:t>
            </w:r>
          </w:p>
        </w:tc>
        <w:tc>
          <w:tcPr>
            <w:tcW w:w="1040" w:type="dxa"/>
            <w:vAlign w:val="center"/>
          </w:tcPr>
          <w:p w14:paraId="21341CC3" w14:textId="77777777" w:rsidR="00F26C4D" w:rsidRDefault="00F26C4D" w:rsidP="00F72BFD">
            <w:pPr>
              <w:spacing w:line="240" w:lineRule="auto"/>
            </w:pPr>
            <w:r>
              <w:rPr>
                <w:sz w:val="13"/>
              </w:rPr>
              <w:t>-0.354</w:t>
            </w:r>
          </w:p>
        </w:tc>
        <w:tc>
          <w:tcPr>
            <w:tcW w:w="1040" w:type="dxa"/>
            <w:vAlign w:val="center"/>
          </w:tcPr>
          <w:p w14:paraId="67401B63" w14:textId="77777777" w:rsidR="00F26C4D" w:rsidRDefault="00F26C4D" w:rsidP="00F72BFD">
            <w:pPr>
              <w:spacing w:line="240" w:lineRule="auto"/>
            </w:pPr>
            <w:r>
              <w:rPr>
                <w:sz w:val="13"/>
              </w:rPr>
              <w:t>0.366</w:t>
            </w:r>
          </w:p>
        </w:tc>
        <w:tc>
          <w:tcPr>
            <w:tcW w:w="1040" w:type="dxa"/>
            <w:vAlign w:val="center"/>
          </w:tcPr>
          <w:p w14:paraId="216787CC" w14:textId="77777777" w:rsidR="00F26C4D" w:rsidRDefault="00F26C4D" w:rsidP="00F72BFD">
            <w:pPr>
              <w:spacing w:line="240" w:lineRule="auto"/>
            </w:pPr>
            <w:r>
              <w:rPr>
                <w:sz w:val="13"/>
              </w:rPr>
              <w:t>48.0</w:t>
            </w:r>
          </w:p>
        </w:tc>
        <w:tc>
          <w:tcPr>
            <w:tcW w:w="1040" w:type="dxa"/>
            <w:vAlign w:val="center"/>
          </w:tcPr>
          <w:p w14:paraId="1BD166FE" w14:textId="77777777" w:rsidR="00F26C4D" w:rsidRDefault="00F26C4D" w:rsidP="00F72BFD">
            <w:pPr>
              <w:spacing w:line="240" w:lineRule="auto"/>
            </w:pPr>
            <w:r>
              <w:rPr>
                <w:sz w:val="13"/>
              </w:rPr>
              <w:t>-1.090 to 0.382</w:t>
            </w:r>
          </w:p>
        </w:tc>
        <w:tc>
          <w:tcPr>
            <w:tcW w:w="1040" w:type="dxa"/>
            <w:vAlign w:val="center"/>
          </w:tcPr>
          <w:p w14:paraId="4B68D57F" w14:textId="77777777" w:rsidR="00F26C4D" w:rsidRDefault="00F26C4D" w:rsidP="00F72BFD">
            <w:pPr>
              <w:spacing w:line="240" w:lineRule="auto"/>
            </w:pPr>
            <w:r>
              <w:rPr>
                <w:sz w:val="13"/>
              </w:rPr>
              <w:t>0.338</w:t>
            </w:r>
          </w:p>
        </w:tc>
      </w:tr>
      <w:tr w:rsidR="00F26C4D" w14:paraId="1ADCC5F7" w14:textId="77777777" w:rsidTr="00F72BFD">
        <w:trPr>
          <w:cantSplit/>
          <w:jc w:val="center"/>
        </w:trPr>
        <w:tc>
          <w:tcPr>
            <w:tcW w:w="1040" w:type="dxa"/>
            <w:vAlign w:val="center"/>
          </w:tcPr>
          <w:p w14:paraId="35FCAB28" w14:textId="77777777" w:rsidR="00F26C4D" w:rsidRDefault="00F26C4D" w:rsidP="00F72BFD">
            <w:pPr>
              <w:spacing w:line="240" w:lineRule="auto"/>
            </w:pPr>
            <w:r>
              <w:rPr>
                <w:sz w:val="13"/>
              </w:rPr>
              <w:t>Gram Negative</w:t>
            </w:r>
          </w:p>
        </w:tc>
        <w:tc>
          <w:tcPr>
            <w:tcW w:w="1040" w:type="dxa"/>
            <w:vAlign w:val="center"/>
          </w:tcPr>
          <w:p w14:paraId="393EFE7D" w14:textId="77777777" w:rsidR="00F26C4D" w:rsidRDefault="00F26C4D" w:rsidP="00F72BFD">
            <w:pPr>
              <w:spacing w:line="240" w:lineRule="auto"/>
            </w:pPr>
            <w:r>
              <w:rPr>
                <w:sz w:val="13"/>
              </w:rPr>
              <w:t>Meadow</w:t>
            </w:r>
          </w:p>
        </w:tc>
        <w:tc>
          <w:tcPr>
            <w:tcW w:w="1040" w:type="dxa"/>
            <w:vAlign w:val="center"/>
          </w:tcPr>
          <w:p w14:paraId="40B5DCE6" w14:textId="77777777" w:rsidR="00F26C4D" w:rsidRDefault="00F26C4D" w:rsidP="00F72BFD">
            <w:pPr>
              <w:spacing w:line="240" w:lineRule="auto"/>
            </w:pPr>
            <w:r>
              <w:rPr>
                <w:sz w:val="13"/>
              </w:rPr>
              <w:t>0-5</w:t>
            </w:r>
          </w:p>
        </w:tc>
        <w:tc>
          <w:tcPr>
            <w:tcW w:w="1040" w:type="dxa"/>
            <w:vAlign w:val="center"/>
          </w:tcPr>
          <w:p w14:paraId="1BE83514" w14:textId="77777777" w:rsidR="00F26C4D" w:rsidRDefault="00F26C4D" w:rsidP="00F72BFD">
            <w:pPr>
              <w:spacing w:line="240" w:lineRule="auto"/>
            </w:pPr>
            <w:r>
              <w:rPr>
                <w:sz w:val="13"/>
              </w:rPr>
              <w:t>Day 13 - Day 0</w:t>
            </w:r>
          </w:p>
        </w:tc>
        <w:tc>
          <w:tcPr>
            <w:tcW w:w="1040" w:type="dxa"/>
            <w:vAlign w:val="center"/>
          </w:tcPr>
          <w:p w14:paraId="36490BB8" w14:textId="77777777" w:rsidR="00F26C4D" w:rsidRDefault="00F26C4D" w:rsidP="00F72BFD">
            <w:pPr>
              <w:spacing w:line="240" w:lineRule="auto"/>
            </w:pPr>
            <w:r>
              <w:rPr>
                <w:sz w:val="13"/>
              </w:rPr>
              <w:t>0.451</w:t>
            </w:r>
          </w:p>
        </w:tc>
        <w:tc>
          <w:tcPr>
            <w:tcW w:w="1040" w:type="dxa"/>
            <w:vAlign w:val="center"/>
          </w:tcPr>
          <w:p w14:paraId="2B536850" w14:textId="77777777" w:rsidR="00F26C4D" w:rsidRDefault="00F26C4D" w:rsidP="00F72BFD">
            <w:pPr>
              <w:spacing w:line="240" w:lineRule="auto"/>
            </w:pPr>
            <w:r>
              <w:rPr>
                <w:sz w:val="13"/>
              </w:rPr>
              <w:t>0.366</w:t>
            </w:r>
          </w:p>
        </w:tc>
        <w:tc>
          <w:tcPr>
            <w:tcW w:w="1040" w:type="dxa"/>
            <w:vAlign w:val="center"/>
          </w:tcPr>
          <w:p w14:paraId="39D59011" w14:textId="77777777" w:rsidR="00F26C4D" w:rsidRDefault="00F26C4D" w:rsidP="00F72BFD">
            <w:pPr>
              <w:spacing w:line="240" w:lineRule="auto"/>
            </w:pPr>
            <w:r>
              <w:rPr>
                <w:sz w:val="13"/>
              </w:rPr>
              <w:t>48.0</w:t>
            </w:r>
          </w:p>
        </w:tc>
        <w:tc>
          <w:tcPr>
            <w:tcW w:w="1040" w:type="dxa"/>
            <w:vAlign w:val="center"/>
          </w:tcPr>
          <w:p w14:paraId="5104AF32" w14:textId="77777777" w:rsidR="00F26C4D" w:rsidRDefault="00F26C4D" w:rsidP="00F72BFD">
            <w:pPr>
              <w:spacing w:line="240" w:lineRule="auto"/>
            </w:pPr>
            <w:r>
              <w:rPr>
                <w:sz w:val="13"/>
              </w:rPr>
              <w:t>-0.285 to 1.186</w:t>
            </w:r>
          </w:p>
        </w:tc>
        <w:tc>
          <w:tcPr>
            <w:tcW w:w="1040" w:type="dxa"/>
            <w:vAlign w:val="center"/>
          </w:tcPr>
          <w:p w14:paraId="3BC1F4E5" w14:textId="77777777" w:rsidR="00F26C4D" w:rsidRDefault="00F26C4D" w:rsidP="00F72BFD">
            <w:pPr>
              <w:spacing w:line="240" w:lineRule="auto"/>
            </w:pPr>
            <w:r>
              <w:rPr>
                <w:sz w:val="13"/>
              </w:rPr>
              <w:t>0.224</w:t>
            </w:r>
          </w:p>
        </w:tc>
      </w:tr>
      <w:tr w:rsidR="00F26C4D" w14:paraId="1594CBBC" w14:textId="77777777" w:rsidTr="00F72BFD">
        <w:trPr>
          <w:cantSplit/>
          <w:jc w:val="center"/>
        </w:trPr>
        <w:tc>
          <w:tcPr>
            <w:tcW w:w="1040" w:type="dxa"/>
            <w:vAlign w:val="center"/>
          </w:tcPr>
          <w:p w14:paraId="22A3673B" w14:textId="77777777" w:rsidR="00F26C4D" w:rsidRDefault="00F26C4D" w:rsidP="00F72BFD">
            <w:pPr>
              <w:spacing w:line="240" w:lineRule="auto"/>
            </w:pPr>
            <w:r>
              <w:rPr>
                <w:sz w:val="13"/>
              </w:rPr>
              <w:t>Gram Negative</w:t>
            </w:r>
          </w:p>
        </w:tc>
        <w:tc>
          <w:tcPr>
            <w:tcW w:w="1040" w:type="dxa"/>
            <w:vAlign w:val="center"/>
          </w:tcPr>
          <w:p w14:paraId="71BBF562" w14:textId="77777777" w:rsidR="00F26C4D" w:rsidRDefault="00F26C4D" w:rsidP="00F72BFD">
            <w:pPr>
              <w:spacing w:line="240" w:lineRule="auto"/>
            </w:pPr>
            <w:r>
              <w:rPr>
                <w:sz w:val="13"/>
              </w:rPr>
              <w:t>Meadow</w:t>
            </w:r>
          </w:p>
        </w:tc>
        <w:tc>
          <w:tcPr>
            <w:tcW w:w="1040" w:type="dxa"/>
            <w:vAlign w:val="center"/>
          </w:tcPr>
          <w:p w14:paraId="52C19E39" w14:textId="77777777" w:rsidR="00F26C4D" w:rsidRDefault="00F26C4D" w:rsidP="00F72BFD">
            <w:pPr>
              <w:spacing w:line="240" w:lineRule="auto"/>
            </w:pPr>
            <w:r>
              <w:rPr>
                <w:sz w:val="13"/>
              </w:rPr>
              <w:t>0-5</w:t>
            </w:r>
          </w:p>
        </w:tc>
        <w:tc>
          <w:tcPr>
            <w:tcW w:w="1040" w:type="dxa"/>
            <w:vAlign w:val="center"/>
          </w:tcPr>
          <w:p w14:paraId="68DFC0A7" w14:textId="77777777" w:rsidR="00F26C4D" w:rsidRDefault="00F26C4D" w:rsidP="00F72BFD">
            <w:pPr>
              <w:spacing w:line="240" w:lineRule="auto"/>
            </w:pPr>
            <w:r>
              <w:rPr>
                <w:sz w:val="13"/>
              </w:rPr>
              <w:t>Day 40 - Day 0</w:t>
            </w:r>
          </w:p>
        </w:tc>
        <w:tc>
          <w:tcPr>
            <w:tcW w:w="1040" w:type="dxa"/>
            <w:vAlign w:val="center"/>
          </w:tcPr>
          <w:p w14:paraId="6AEEBF9A" w14:textId="77777777" w:rsidR="00F26C4D" w:rsidRDefault="00F26C4D" w:rsidP="00F72BFD">
            <w:pPr>
              <w:spacing w:line="240" w:lineRule="auto"/>
            </w:pPr>
            <w:r>
              <w:rPr>
                <w:sz w:val="13"/>
              </w:rPr>
              <w:t>-0.070</w:t>
            </w:r>
          </w:p>
        </w:tc>
        <w:tc>
          <w:tcPr>
            <w:tcW w:w="1040" w:type="dxa"/>
            <w:vAlign w:val="center"/>
          </w:tcPr>
          <w:p w14:paraId="6439573A" w14:textId="77777777" w:rsidR="00F26C4D" w:rsidRDefault="00F26C4D" w:rsidP="00F72BFD">
            <w:pPr>
              <w:spacing w:line="240" w:lineRule="auto"/>
            </w:pPr>
            <w:r>
              <w:rPr>
                <w:sz w:val="13"/>
              </w:rPr>
              <w:t>0.366</w:t>
            </w:r>
          </w:p>
        </w:tc>
        <w:tc>
          <w:tcPr>
            <w:tcW w:w="1040" w:type="dxa"/>
            <w:vAlign w:val="center"/>
          </w:tcPr>
          <w:p w14:paraId="06D435A6" w14:textId="77777777" w:rsidR="00F26C4D" w:rsidRDefault="00F26C4D" w:rsidP="00F72BFD">
            <w:pPr>
              <w:spacing w:line="240" w:lineRule="auto"/>
            </w:pPr>
            <w:r>
              <w:rPr>
                <w:sz w:val="13"/>
              </w:rPr>
              <w:t>48.0</w:t>
            </w:r>
          </w:p>
        </w:tc>
        <w:tc>
          <w:tcPr>
            <w:tcW w:w="1040" w:type="dxa"/>
            <w:vAlign w:val="center"/>
          </w:tcPr>
          <w:p w14:paraId="161AD229" w14:textId="77777777" w:rsidR="00F26C4D" w:rsidRDefault="00F26C4D" w:rsidP="00F72BFD">
            <w:pPr>
              <w:spacing w:line="240" w:lineRule="auto"/>
            </w:pPr>
            <w:r>
              <w:rPr>
                <w:sz w:val="13"/>
              </w:rPr>
              <w:t>-0.806 to 0.666</w:t>
            </w:r>
          </w:p>
        </w:tc>
        <w:tc>
          <w:tcPr>
            <w:tcW w:w="1040" w:type="dxa"/>
            <w:vAlign w:val="center"/>
          </w:tcPr>
          <w:p w14:paraId="1DFD32DB" w14:textId="77777777" w:rsidR="00F26C4D" w:rsidRDefault="00F26C4D" w:rsidP="00F72BFD">
            <w:pPr>
              <w:spacing w:line="240" w:lineRule="auto"/>
            </w:pPr>
            <w:r>
              <w:rPr>
                <w:sz w:val="13"/>
              </w:rPr>
              <w:t>0.850</w:t>
            </w:r>
          </w:p>
        </w:tc>
      </w:tr>
      <w:tr w:rsidR="00F26C4D" w14:paraId="5AEEC9E1" w14:textId="77777777" w:rsidTr="00F72BFD">
        <w:trPr>
          <w:cantSplit/>
          <w:jc w:val="center"/>
        </w:trPr>
        <w:tc>
          <w:tcPr>
            <w:tcW w:w="1040" w:type="dxa"/>
            <w:vAlign w:val="center"/>
          </w:tcPr>
          <w:p w14:paraId="0858AC6A" w14:textId="77777777" w:rsidR="00F26C4D" w:rsidRDefault="00F26C4D" w:rsidP="00F72BFD">
            <w:pPr>
              <w:spacing w:line="240" w:lineRule="auto"/>
            </w:pPr>
            <w:r>
              <w:rPr>
                <w:sz w:val="13"/>
              </w:rPr>
              <w:t>Gram Negative</w:t>
            </w:r>
          </w:p>
        </w:tc>
        <w:tc>
          <w:tcPr>
            <w:tcW w:w="1040" w:type="dxa"/>
            <w:vAlign w:val="center"/>
          </w:tcPr>
          <w:p w14:paraId="4CDB0C10" w14:textId="77777777" w:rsidR="00F26C4D" w:rsidRDefault="00F26C4D" w:rsidP="00F72BFD">
            <w:pPr>
              <w:spacing w:line="240" w:lineRule="auto"/>
            </w:pPr>
            <w:r>
              <w:rPr>
                <w:sz w:val="13"/>
              </w:rPr>
              <w:t>Swamp meadow</w:t>
            </w:r>
          </w:p>
        </w:tc>
        <w:tc>
          <w:tcPr>
            <w:tcW w:w="1040" w:type="dxa"/>
            <w:vAlign w:val="center"/>
          </w:tcPr>
          <w:p w14:paraId="0A6AAC70" w14:textId="77777777" w:rsidR="00F26C4D" w:rsidRDefault="00F26C4D" w:rsidP="00F72BFD">
            <w:pPr>
              <w:spacing w:line="240" w:lineRule="auto"/>
            </w:pPr>
            <w:r>
              <w:rPr>
                <w:sz w:val="13"/>
              </w:rPr>
              <w:t>5-15</w:t>
            </w:r>
          </w:p>
        </w:tc>
        <w:tc>
          <w:tcPr>
            <w:tcW w:w="1040" w:type="dxa"/>
            <w:vAlign w:val="center"/>
          </w:tcPr>
          <w:p w14:paraId="39660A5F" w14:textId="77777777" w:rsidR="00F26C4D" w:rsidRDefault="00F26C4D" w:rsidP="00F72BFD">
            <w:pPr>
              <w:spacing w:line="240" w:lineRule="auto"/>
            </w:pPr>
            <w:r>
              <w:rPr>
                <w:sz w:val="13"/>
              </w:rPr>
              <w:t>Day 13 - Day 0</w:t>
            </w:r>
          </w:p>
        </w:tc>
        <w:tc>
          <w:tcPr>
            <w:tcW w:w="1040" w:type="dxa"/>
            <w:vAlign w:val="center"/>
          </w:tcPr>
          <w:p w14:paraId="1AA8B582" w14:textId="77777777" w:rsidR="00F26C4D" w:rsidRDefault="00F26C4D" w:rsidP="00F72BFD">
            <w:pPr>
              <w:spacing w:line="240" w:lineRule="auto"/>
            </w:pPr>
            <w:r>
              <w:rPr>
                <w:sz w:val="13"/>
              </w:rPr>
              <w:t>-0.330</w:t>
            </w:r>
          </w:p>
        </w:tc>
        <w:tc>
          <w:tcPr>
            <w:tcW w:w="1040" w:type="dxa"/>
            <w:vAlign w:val="center"/>
          </w:tcPr>
          <w:p w14:paraId="5547EB48" w14:textId="77777777" w:rsidR="00F26C4D" w:rsidRDefault="00F26C4D" w:rsidP="00F72BFD">
            <w:pPr>
              <w:spacing w:line="240" w:lineRule="auto"/>
            </w:pPr>
            <w:r>
              <w:rPr>
                <w:sz w:val="13"/>
              </w:rPr>
              <w:t>0.366</w:t>
            </w:r>
          </w:p>
        </w:tc>
        <w:tc>
          <w:tcPr>
            <w:tcW w:w="1040" w:type="dxa"/>
            <w:vAlign w:val="center"/>
          </w:tcPr>
          <w:p w14:paraId="431A05B1" w14:textId="77777777" w:rsidR="00F26C4D" w:rsidRDefault="00F26C4D" w:rsidP="00F72BFD">
            <w:pPr>
              <w:spacing w:line="240" w:lineRule="auto"/>
            </w:pPr>
            <w:r>
              <w:rPr>
                <w:sz w:val="13"/>
              </w:rPr>
              <w:t>48.0</w:t>
            </w:r>
          </w:p>
        </w:tc>
        <w:tc>
          <w:tcPr>
            <w:tcW w:w="1040" w:type="dxa"/>
            <w:vAlign w:val="center"/>
          </w:tcPr>
          <w:p w14:paraId="58593DA7" w14:textId="77777777" w:rsidR="00F26C4D" w:rsidRDefault="00F26C4D" w:rsidP="00F72BFD">
            <w:pPr>
              <w:spacing w:line="240" w:lineRule="auto"/>
            </w:pPr>
            <w:r>
              <w:rPr>
                <w:sz w:val="13"/>
              </w:rPr>
              <w:t>-1.065 to 0.406</w:t>
            </w:r>
          </w:p>
        </w:tc>
        <w:tc>
          <w:tcPr>
            <w:tcW w:w="1040" w:type="dxa"/>
            <w:vAlign w:val="center"/>
          </w:tcPr>
          <w:p w14:paraId="729F0E26" w14:textId="77777777" w:rsidR="00F26C4D" w:rsidRDefault="00F26C4D" w:rsidP="00F72BFD">
            <w:pPr>
              <w:spacing w:line="240" w:lineRule="auto"/>
            </w:pPr>
            <w:r>
              <w:rPr>
                <w:sz w:val="13"/>
              </w:rPr>
              <w:t>0.372</w:t>
            </w:r>
          </w:p>
        </w:tc>
      </w:tr>
      <w:tr w:rsidR="00F26C4D" w14:paraId="5A398B37" w14:textId="77777777" w:rsidTr="00F72BFD">
        <w:trPr>
          <w:cantSplit/>
          <w:jc w:val="center"/>
        </w:trPr>
        <w:tc>
          <w:tcPr>
            <w:tcW w:w="1040" w:type="dxa"/>
            <w:vAlign w:val="center"/>
          </w:tcPr>
          <w:p w14:paraId="15C3A32B" w14:textId="77777777" w:rsidR="00F26C4D" w:rsidRDefault="00F26C4D" w:rsidP="00F72BFD">
            <w:pPr>
              <w:spacing w:line="240" w:lineRule="auto"/>
            </w:pPr>
            <w:r>
              <w:rPr>
                <w:sz w:val="13"/>
              </w:rPr>
              <w:t>Gram Negative</w:t>
            </w:r>
          </w:p>
        </w:tc>
        <w:tc>
          <w:tcPr>
            <w:tcW w:w="1040" w:type="dxa"/>
            <w:vAlign w:val="center"/>
          </w:tcPr>
          <w:p w14:paraId="0D5767B7" w14:textId="77777777" w:rsidR="00F26C4D" w:rsidRDefault="00F26C4D" w:rsidP="00F72BFD">
            <w:pPr>
              <w:spacing w:line="240" w:lineRule="auto"/>
            </w:pPr>
            <w:r>
              <w:rPr>
                <w:sz w:val="13"/>
              </w:rPr>
              <w:t>Swamp meadow</w:t>
            </w:r>
          </w:p>
        </w:tc>
        <w:tc>
          <w:tcPr>
            <w:tcW w:w="1040" w:type="dxa"/>
            <w:vAlign w:val="center"/>
          </w:tcPr>
          <w:p w14:paraId="6D3288B5" w14:textId="77777777" w:rsidR="00F26C4D" w:rsidRDefault="00F26C4D" w:rsidP="00F72BFD">
            <w:pPr>
              <w:spacing w:line="240" w:lineRule="auto"/>
            </w:pPr>
            <w:r>
              <w:rPr>
                <w:sz w:val="13"/>
              </w:rPr>
              <w:t>5-15</w:t>
            </w:r>
          </w:p>
        </w:tc>
        <w:tc>
          <w:tcPr>
            <w:tcW w:w="1040" w:type="dxa"/>
            <w:vAlign w:val="center"/>
          </w:tcPr>
          <w:p w14:paraId="46B36E8E" w14:textId="77777777" w:rsidR="00F26C4D" w:rsidRDefault="00F26C4D" w:rsidP="00F72BFD">
            <w:pPr>
              <w:spacing w:line="240" w:lineRule="auto"/>
            </w:pPr>
            <w:r>
              <w:rPr>
                <w:sz w:val="13"/>
              </w:rPr>
              <w:t>Day 40 - Day 0</w:t>
            </w:r>
          </w:p>
        </w:tc>
        <w:tc>
          <w:tcPr>
            <w:tcW w:w="1040" w:type="dxa"/>
            <w:vAlign w:val="center"/>
          </w:tcPr>
          <w:p w14:paraId="6CA51F84" w14:textId="77777777" w:rsidR="00F26C4D" w:rsidRDefault="00F26C4D" w:rsidP="00F72BFD">
            <w:pPr>
              <w:spacing w:line="240" w:lineRule="auto"/>
            </w:pPr>
            <w:r>
              <w:rPr>
                <w:sz w:val="13"/>
              </w:rPr>
              <w:t>-0.959</w:t>
            </w:r>
          </w:p>
        </w:tc>
        <w:tc>
          <w:tcPr>
            <w:tcW w:w="1040" w:type="dxa"/>
            <w:vAlign w:val="center"/>
          </w:tcPr>
          <w:p w14:paraId="15B6F44E" w14:textId="77777777" w:rsidR="00F26C4D" w:rsidRDefault="00F26C4D" w:rsidP="00F72BFD">
            <w:pPr>
              <w:spacing w:line="240" w:lineRule="auto"/>
            </w:pPr>
            <w:r>
              <w:rPr>
                <w:sz w:val="13"/>
              </w:rPr>
              <w:t>0.366</w:t>
            </w:r>
          </w:p>
        </w:tc>
        <w:tc>
          <w:tcPr>
            <w:tcW w:w="1040" w:type="dxa"/>
            <w:vAlign w:val="center"/>
          </w:tcPr>
          <w:p w14:paraId="26C716CD" w14:textId="77777777" w:rsidR="00F26C4D" w:rsidRDefault="00F26C4D" w:rsidP="00F72BFD">
            <w:pPr>
              <w:spacing w:line="240" w:lineRule="auto"/>
            </w:pPr>
            <w:r>
              <w:rPr>
                <w:sz w:val="13"/>
              </w:rPr>
              <w:t>48.0</w:t>
            </w:r>
          </w:p>
        </w:tc>
        <w:tc>
          <w:tcPr>
            <w:tcW w:w="1040" w:type="dxa"/>
            <w:vAlign w:val="center"/>
          </w:tcPr>
          <w:p w14:paraId="3EC26E5F" w14:textId="77777777" w:rsidR="00F26C4D" w:rsidRDefault="00F26C4D" w:rsidP="00F72BFD">
            <w:pPr>
              <w:spacing w:line="240" w:lineRule="auto"/>
            </w:pPr>
            <w:r>
              <w:rPr>
                <w:sz w:val="13"/>
              </w:rPr>
              <w:t>-1.695 to -0.224</w:t>
            </w:r>
          </w:p>
        </w:tc>
        <w:tc>
          <w:tcPr>
            <w:tcW w:w="1040" w:type="dxa"/>
            <w:vAlign w:val="center"/>
          </w:tcPr>
          <w:p w14:paraId="4410F952" w14:textId="77777777" w:rsidR="00F26C4D" w:rsidRDefault="00F26C4D" w:rsidP="00F72BFD">
            <w:pPr>
              <w:spacing w:line="240" w:lineRule="auto"/>
            </w:pPr>
            <w:r>
              <w:rPr>
                <w:sz w:val="13"/>
              </w:rPr>
              <w:t>0.012</w:t>
            </w:r>
          </w:p>
        </w:tc>
      </w:tr>
      <w:tr w:rsidR="00F26C4D" w14:paraId="6DF3D59E" w14:textId="77777777" w:rsidTr="00F72BFD">
        <w:trPr>
          <w:cantSplit/>
          <w:jc w:val="center"/>
        </w:trPr>
        <w:tc>
          <w:tcPr>
            <w:tcW w:w="1040" w:type="dxa"/>
            <w:vAlign w:val="center"/>
          </w:tcPr>
          <w:p w14:paraId="6C9EA14F" w14:textId="77777777" w:rsidR="00F26C4D" w:rsidRDefault="00F26C4D" w:rsidP="00F72BFD">
            <w:pPr>
              <w:spacing w:line="240" w:lineRule="auto"/>
            </w:pPr>
            <w:r>
              <w:rPr>
                <w:sz w:val="13"/>
              </w:rPr>
              <w:t>Gram Negative</w:t>
            </w:r>
          </w:p>
        </w:tc>
        <w:tc>
          <w:tcPr>
            <w:tcW w:w="1040" w:type="dxa"/>
            <w:vAlign w:val="center"/>
          </w:tcPr>
          <w:p w14:paraId="1C9F35DC" w14:textId="77777777" w:rsidR="00F26C4D" w:rsidRDefault="00F26C4D" w:rsidP="00F72BFD">
            <w:pPr>
              <w:spacing w:line="240" w:lineRule="auto"/>
            </w:pPr>
            <w:r>
              <w:rPr>
                <w:sz w:val="13"/>
              </w:rPr>
              <w:t>Meadow</w:t>
            </w:r>
          </w:p>
        </w:tc>
        <w:tc>
          <w:tcPr>
            <w:tcW w:w="1040" w:type="dxa"/>
            <w:vAlign w:val="center"/>
          </w:tcPr>
          <w:p w14:paraId="22E1EA9A" w14:textId="77777777" w:rsidR="00F26C4D" w:rsidRDefault="00F26C4D" w:rsidP="00F72BFD">
            <w:pPr>
              <w:spacing w:line="240" w:lineRule="auto"/>
            </w:pPr>
            <w:r>
              <w:rPr>
                <w:sz w:val="13"/>
              </w:rPr>
              <w:t>5-15</w:t>
            </w:r>
          </w:p>
        </w:tc>
        <w:tc>
          <w:tcPr>
            <w:tcW w:w="1040" w:type="dxa"/>
            <w:vAlign w:val="center"/>
          </w:tcPr>
          <w:p w14:paraId="4FF1D9D4" w14:textId="77777777" w:rsidR="00F26C4D" w:rsidRDefault="00F26C4D" w:rsidP="00F72BFD">
            <w:pPr>
              <w:spacing w:line="240" w:lineRule="auto"/>
            </w:pPr>
            <w:r>
              <w:rPr>
                <w:sz w:val="13"/>
              </w:rPr>
              <w:t>Day 13 - Day 0</w:t>
            </w:r>
          </w:p>
        </w:tc>
        <w:tc>
          <w:tcPr>
            <w:tcW w:w="1040" w:type="dxa"/>
            <w:vAlign w:val="center"/>
          </w:tcPr>
          <w:p w14:paraId="0C3E8996" w14:textId="77777777" w:rsidR="00F26C4D" w:rsidRDefault="00F26C4D" w:rsidP="00F72BFD">
            <w:pPr>
              <w:spacing w:line="240" w:lineRule="auto"/>
            </w:pPr>
            <w:r>
              <w:rPr>
                <w:sz w:val="13"/>
              </w:rPr>
              <w:t>-0.371</w:t>
            </w:r>
          </w:p>
        </w:tc>
        <w:tc>
          <w:tcPr>
            <w:tcW w:w="1040" w:type="dxa"/>
            <w:vAlign w:val="center"/>
          </w:tcPr>
          <w:p w14:paraId="563104BA" w14:textId="77777777" w:rsidR="00F26C4D" w:rsidRDefault="00F26C4D" w:rsidP="00F72BFD">
            <w:pPr>
              <w:spacing w:line="240" w:lineRule="auto"/>
            </w:pPr>
            <w:r>
              <w:rPr>
                <w:sz w:val="13"/>
              </w:rPr>
              <w:t>0.366</w:t>
            </w:r>
          </w:p>
        </w:tc>
        <w:tc>
          <w:tcPr>
            <w:tcW w:w="1040" w:type="dxa"/>
            <w:vAlign w:val="center"/>
          </w:tcPr>
          <w:p w14:paraId="318F271E" w14:textId="77777777" w:rsidR="00F26C4D" w:rsidRDefault="00F26C4D" w:rsidP="00F72BFD">
            <w:pPr>
              <w:spacing w:line="240" w:lineRule="auto"/>
            </w:pPr>
            <w:r>
              <w:rPr>
                <w:sz w:val="13"/>
              </w:rPr>
              <w:t>48.0</w:t>
            </w:r>
          </w:p>
        </w:tc>
        <w:tc>
          <w:tcPr>
            <w:tcW w:w="1040" w:type="dxa"/>
            <w:vAlign w:val="center"/>
          </w:tcPr>
          <w:p w14:paraId="5BDC71AE" w14:textId="77777777" w:rsidR="00F26C4D" w:rsidRDefault="00F26C4D" w:rsidP="00F72BFD">
            <w:pPr>
              <w:spacing w:line="240" w:lineRule="auto"/>
            </w:pPr>
            <w:r>
              <w:rPr>
                <w:sz w:val="13"/>
              </w:rPr>
              <w:t>-1.107 to 0.365</w:t>
            </w:r>
          </w:p>
        </w:tc>
        <w:tc>
          <w:tcPr>
            <w:tcW w:w="1040" w:type="dxa"/>
            <w:vAlign w:val="center"/>
          </w:tcPr>
          <w:p w14:paraId="3301FA80" w14:textId="77777777" w:rsidR="00F26C4D" w:rsidRDefault="00F26C4D" w:rsidP="00F72BFD">
            <w:pPr>
              <w:spacing w:line="240" w:lineRule="auto"/>
            </w:pPr>
            <w:r>
              <w:rPr>
                <w:sz w:val="13"/>
              </w:rPr>
              <w:t>0.316</w:t>
            </w:r>
          </w:p>
        </w:tc>
      </w:tr>
      <w:tr w:rsidR="00F26C4D" w14:paraId="3896BC22" w14:textId="77777777" w:rsidTr="00F72BFD">
        <w:trPr>
          <w:cantSplit/>
          <w:jc w:val="center"/>
        </w:trPr>
        <w:tc>
          <w:tcPr>
            <w:tcW w:w="1040" w:type="dxa"/>
            <w:vAlign w:val="center"/>
          </w:tcPr>
          <w:p w14:paraId="3E56F56D" w14:textId="77777777" w:rsidR="00F26C4D" w:rsidRDefault="00F26C4D" w:rsidP="00F72BFD">
            <w:pPr>
              <w:spacing w:line="240" w:lineRule="auto"/>
            </w:pPr>
            <w:r>
              <w:rPr>
                <w:sz w:val="13"/>
              </w:rPr>
              <w:t>Gram Negative</w:t>
            </w:r>
          </w:p>
        </w:tc>
        <w:tc>
          <w:tcPr>
            <w:tcW w:w="1040" w:type="dxa"/>
            <w:vAlign w:val="center"/>
          </w:tcPr>
          <w:p w14:paraId="29122726" w14:textId="77777777" w:rsidR="00F26C4D" w:rsidRDefault="00F26C4D" w:rsidP="00F72BFD">
            <w:pPr>
              <w:spacing w:line="240" w:lineRule="auto"/>
            </w:pPr>
            <w:r>
              <w:rPr>
                <w:sz w:val="13"/>
              </w:rPr>
              <w:t>Meadow</w:t>
            </w:r>
          </w:p>
        </w:tc>
        <w:tc>
          <w:tcPr>
            <w:tcW w:w="1040" w:type="dxa"/>
            <w:vAlign w:val="center"/>
          </w:tcPr>
          <w:p w14:paraId="38749A66" w14:textId="77777777" w:rsidR="00F26C4D" w:rsidRDefault="00F26C4D" w:rsidP="00F72BFD">
            <w:pPr>
              <w:spacing w:line="240" w:lineRule="auto"/>
            </w:pPr>
            <w:r>
              <w:rPr>
                <w:sz w:val="13"/>
              </w:rPr>
              <w:t>5-15</w:t>
            </w:r>
          </w:p>
        </w:tc>
        <w:tc>
          <w:tcPr>
            <w:tcW w:w="1040" w:type="dxa"/>
            <w:vAlign w:val="center"/>
          </w:tcPr>
          <w:p w14:paraId="6C53FA5E" w14:textId="77777777" w:rsidR="00F26C4D" w:rsidRDefault="00F26C4D" w:rsidP="00F72BFD">
            <w:pPr>
              <w:spacing w:line="240" w:lineRule="auto"/>
            </w:pPr>
            <w:r>
              <w:rPr>
                <w:sz w:val="13"/>
              </w:rPr>
              <w:t>Day 40 - Day 0</w:t>
            </w:r>
          </w:p>
        </w:tc>
        <w:tc>
          <w:tcPr>
            <w:tcW w:w="1040" w:type="dxa"/>
            <w:vAlign w:val="center"/>
          </w:tcPr>
          <w:p w14:paraId="6CB8D4A4" w14:textId="77777777" w:rsidR="00F26C4D" w:rsidRDefault="00F26C4D" w:rsidP="00F72BFD">
            <w:pPr>
              <w:spacing w:line="240" w:lineRule="auto"/>
            </w:pPr>
            <w:r>
              <w:rPr>
                <w:sz w:val="13"/>
              </w:rPr>
              <w:t>-1.561</w:t>
            </w:r>
          </w:p>
        </w:tc>
        <w:tc>
          <w:tcPr>
            <w:tcW w:w="1040" w:type="dxa"/>
            <w:vAlign w:val="center"/>
          </w:tcPr>
          <w:p w14:paraId="09C29862" w14:textId="77777777" w:rsidR="00F26C4D" w:rsidRDefault="00F26C4D" w:rsidP="00F72BFD">
            <w:pPr>
              <w:spacing w:line="240" w:lineRule="auto"/>
            </w:pPr>
            <w:r>
              <w:rPr>
                <w:sz w:val="13"/>
              </w:rPr>
              <w:t>0.366</w:t>
            </w:r>
          </w:p>
        </w:tc>
        <w:tc>
          <w:tcPr>
            <w:tcW w:w="1040" w:type="dxa"/>
            <w:vAlign w:val="center"/>
          </w:tcPr>
          <w:p w14:paraId="095CA45F" w14:textId="77777777" w:rsidR="00F26C4D" w:rsidRDefault="00F26C4D" w:rsidP="00F72BFD">
            <w:pPr>
              <w:spacing w:line="240" w:lineRule="auto"/>
            </w:pPr>
            <w:r>
              <w:rPr>
                <w:sz w:val="13"/>
              </w:rPr>
              <w:t>48.0</w:t>
            </w:r>
          </w:p>
        </w:tc>
        <w:tc>
          <w:tcPr>
            <w:tcW w:w="1040" w:type="dxa"/>
            <w:vAlign w:val="center"/>
          </w:tcPr>
          <w:p w14:paraId="421A8FE7" w14:textId="77777777" w:rsidR="00F26C4D" w:rsidRDefault="00F26C4D" w:rsidP="00F72BFD">
            <w:pPr>
              <w:spacing w:line="240" w:lineRule="auto"/>
            </w:pPr>
            <w:r>
              <w:rPr>
                <w:sz w:val="13"/>
              </w:rPr>
              <w:t>-2.296 to -0.825</w:t>
            </w:r>
          </w:p>
        </w:tc>
        <w:tc>
          <w:tcPr>
            <w:tcW w:w="1040" w:type="dxa"/>
            <w:vAlign w:val="center"/>
          </w:tcPr>
          <w:p w14:paraId="100F5E06" w14:textId="77777777" w:rsidR="00F26C4D" w:rsidRDefault="00F26C4D" w:rsidP="00F72BFD">
            <w:pPr>
              <w:spacing w:line="240" w:lineRule="auto"/>
            </w:pPr>
            <w:r>
              <w:rPr>
                <w:sz w:val="13"/>
              </w:rPr>
              <w:t>9.34e-05</w:t>
            </w:r>
          </w:p>
        </w:tc>
      </w:tr>
      <w:tr w:rsidR="00F26C4D" w14:paraId="5BB70774" w14:textId="77777777" w:rsidTr="00F72BFD">
        <w:trPr>
          <w:cantSplit/>
          <w:jc w:val="center"/>
        </w:trPr>
        <w:tc>
          <w:tcPr>
            <w:tcW w:w="1040" w:type="dxa"/>
            <w:vAlign w:val="center"/>
          </w:tcPr>
          <w:p w14:paraId="09BC47C9" w14:textId="77777777" w:rsidR="00F26C4D" w:rsidRDefault="00F26C4D" w:rsidP="00F72BFD">
            <w:pPr>
              <w:spacing w:line="240" w:lineRule="auto"/>
            </w:pPr>
            <w:r>
              <w:rPr>
                <w:sz w:val="13"/>
              </w:rPr>
              <w:t>Gram Negative</w:t>
            </w:r>
          </w:p>
        </w:tc>
        <w:tc>
          <w:tcPr>
            <w:tcW w:w="1040" w:type="dxa"/>
            <w:vAlign w:val="center"/>
          </w:tcPr>
          <w:p w14:paraId="171A9EEC" w14:textId="77777777" w:rsidR="00F26C4D" w:rsidRDefault="00F26C4D" w:rsidP="00F72BFD">
            <w:pPr>
              <w:spacing w:line="240" w:lineRule="auto"/>
            </w:pPr>
            <w:r>
              <w:rPr>
                <w:sz w:val="13"/>
              </w:rPr>
              <w:t>Swamp meadow</w:t>
            </w:r>
          </w:p>
        </w:tc>
        <w:tc>
          <w:tcPr>
            <w:tcW w:w="1040" w:type="dxa"/>
            <w:vAlign w:val="center"/>
          </w:tcPr>
          <w:p w14:paraId="734F8059" w14:textId="77777777" w:rsidR="00F26C4D" w:rsidRDefault="00F26C4D" w:rsidP="00F72BFD">
            <w:pPr>
              <w:spacing w:line="240" w:lineRule="auto"/>
            </w:pPr>
            <w:r>
              <w:rPr>
                <w:sz w:val="13"/>
              </w:rPr>
              <w:t>15-30</w:t>
            </w:r>
          </w:p>
        </w:tc>
        <w:tc>
          <w:tcPr>
            <w:tcW w:w="1040" w:type="dxa"/>
            <w:vAlign w:val="center"/>
          </w:tcPr>
          <w:p w14:paraId="4BFBD483" w14:textId="77777777" w:rsidR="00F26C4D" w:rsidRDefault="00F26C4D" w:rsidP="00F72BFD">
            <w:pPr>
              <w:spacing w:line="240" w:lineRule="auto"/>
            </w:pPr>
            <w:r>
              <w:rPr>
                <w:sz w:val="13"/>
              </w:rPr>
              <w:t>Day 13 - Day 0</w:t>
            </w:r>
          </w:p>
        </w:tc>
        <w:tc>
          <w:tcPr>
            <w:tcW w:w="1040" w:type="dxa"/>
            <w:vAlign w:val="center"/>
          </w:tcPr>
          <w:p w14:paraId="17147AF0" w14:textId="77777777" w:rsidR="00F26C4D" w:rsidRDefault="00F26C4D" w:rsidP="00F72BFD">
            <w:pPr>
              <w:spacing w:line="240" w:lineRule="auto"/>
            </w:pPr>
            <w:r>
              <w:rPr>
                <w:sz w:val="13"/>
              </w:rPr>
              <w:t>-0.642</w:t>
            </w:r>
          </w:p>
        </w:tc>
        <w:tc>
          <w:tcPr>
            <w:tcW w:w="1040" w:type="dxa"/>
            <w:vAlign w:val="center"/>
          </w:tcPr>
          <w:p w14:paraId="07BCF865" w14:textId="77777777" w:rsidR="00F26C4D" w:rsidRDefault="00F26C4D" w:rsidP="00F72BFD">
            <w:pPr>
              <w:spacing w:line="240" w:lineRule="auto"/>
            </w:pPr>
            <w:r>
              <w:rPr>
                <w:sz w:val="13"/>
              </w:rPr>
              <w:t>0.366</w:t>
            </w:r>
          </w:p>
        </w:tc>
        <w:tc>
          <w:tcPr>
            <w:tcW w:w="1040" w:type="dxa"/>
            <w:vAlign w:val="center"/>
          </w:tcPr>
          <w:p w14:paraId="7791FECC" w14:textId="77777777" w:rsidR="00F26C4D" w:rsidRDefault="00F26C4D" w:rsidP="00F72BFD">
            <w:pPr>
              <w:spacing w:line="240" w:lineRule="auto"/>
            </w:pPr>
            <w:r>
              <w:rPr>
                <w:sz w:val="13"/>
              </w:rPr>
              <w:t>48.0</w:t>
            </w:r>
          </w:p>
        </w:tc>
        <w:tc>
          <w:tcPr>
            <w:tcW w:w="1040" w:type="dxa"/>
            <w:vAlign w:val="center"/>
          </w:tcPr>
          <w:p w14:paraId="36E8DC95" w14:textId="77777777" w:rsidR="00F26C4D" w:rsidRDefault="00F26C4D" w:rsidP="00F72BFD">
            <w:pPr>
              <w:spacing w:line="240" w:lineRule="auto"/>
            </w:pPr>
            <w:r>
              <w:rPr>
                <w:sz w:val="13"/>
              </w:rPr>
              <w:t>-1.378 to 0.093</w:t>
            </w:r>
          </w:p>
        </w:tc>
        <w:tc>
          <w:tcPr>
            <w:tcW w:w="1040" w:type="dxa"/>
            <w:vAlign w:val="center"/>
          </w:tcPr>
          <w:p w14:paraId="1E631F5D" w14:textId="77777777" w:rsidR="00F26C4D" w:rsidRDefault="00F26C4D" w:rsidP="00F72BFD">
            <w:pPr>
              <w:spacing w:line="240" w:lineRule="auto"/>
            </w:pPr>
            <w:r>
              <w:rPr>
                <w:sz w:val="13"/>
              </w:rPr>
              <w:t>0.086</w:t>
            </w:r>
          </w:p>
        </w:tc>
      </w:tr>
      <w:tr w:rsidR="00F26C4D" w14:paraId="09DC5B0B" w14:textId="77777777" w:rsidTr="00F72BFD">
        <w:trPr>
          <w:cantSplit/>
          <w:jc w:val="center"/>
        </w:trPr>
        <w:tc>
          <w:tcPr>
            <w:tcW w:w="1040" w:type="dxa"/>
            <w:vAlign w:val="center"/>
          </w:tcPr>
          <w:p w14:paraId="17A5D0B9" w14:textId="77777777" w:rsidR="00F26C4D" w:rsidRDefault="00F26C4D" w:rsidP="00F72BFD">
            <w:pPr>
              <w:spacing w:line="240" w:lineRule="auto"/>
            </w:pPr>
            <w:r>
              <w:rPr>
                <w:sz w:val="13"/>
              </w:rPr>
              <w:t>Gram Negative</w:t>
            </w:r>
          </w:p>
        </w:tc>
        <w:tc>
          <w:tcPr>
            <w:tcW w:w="1040" w:type="dxa"/>
            <w:vAlign w:val="center"/>
          </w:tcPr>
          <w:p w14:paraId="4F450C0B" w14:textId="77777777" w:rsidR="00F26C4D" w:rsidRDefault="00F26C4D" w:rsidP="00F72BFD">
            <w:pPr>
              <w:spacing w:line="240" w:lineRule="auto"/>
            </w:pPr>
            <w:r>
              <w:rPr>
                <w:sz w:val="13"/>
              </w:rPr>
              <w:t>Swamp meadow</w:t>
            </w:r>
          </w:p>
        </w:tc>
        <w:tc>
          <w:tcPr>
            <w:tcW w:w="1040" w:type="dxa"/>
            <w:vAlign w:val="center"/>
          </w:tcPr>
          <w:p w14:paraId="26EBDCBC" w14:textId="77777777" w:rsidR="00F26C4D" w:rsidRDefault="00F26C4D" w:rsidP="00F72BFD">
            <w:pPr>
              <w:spacing w:line="240" w:lineRule="auto"/>
            </w:pPr>
            <w:r>
              <w:rPr>
                <w:sz w:val="13"/>
              </w:rPr>
              <w:t>15-30</w:t>
            </w:r>
          </w:p>
        </w:tc>
        <w:tc>
          <w:tcPr>
            <w:tcW w:w="1040" w:type="dxa"/>
            <w:vAlign w:val="center"/>
          </w:tcPr>
          <w:p w14:paraId="417FF0DD" w14:textId="77777777" w:rsidR="00F26C4D" w:rsidRDefault="00F26C4D" w:rsidP="00F72BFD">
            <w:pPr>
              <w:spacing w:line="240" w:lineRule="auto"/>
            </w:pPr>
            <w:r>
              <w:rPr>
                <w:sz w:val="13"/>
              </w:rPr>
              <w:t>Day 40 - Day 0</w:t>
            </w:r>
          </w:p>
        </w:tc>
        <w:tc>
          <w:tcPr>
            <w:tcW w:w="1040" w:type="dxa"/>
            <w:vAlign w:val="center"/>
          </w:tcPr>
          <w:p w14:paraId="64481C95" w14:textId="77777777" w:rsidR="00F26C4D" w:rsidRDefault="00F26C4D" w:rsidP="00F72BFD">
            <w:pPr>
              <w:spacing w:line="240" w:lineRule="auto"/>
            </w:pPr>
            <w:r>
              <w:rPr>
                <w:sz w:val="13"/>
              </w:rPr>
              <w:t>-2.290</w:t>
            </w:r>
          </w:p>
        </w:tc>
        <w:tc>
          <w:tcPr>
            <w:tcW w:w="1040" w:type="dxa"/>
            <w:vAlign w:val="center"/>
          </w:tcPr>
          <w:p w14:paraId="3D7D7937" w14:textId="77777777" w:rsidR="00F26C4D" w:rsidRDefault="00F26C4D" w:rsidP="00F72BFD">
            <w:pPr>
              <w:spacing w:line="240" w:lineRule="auto"/>
            </w:pPr>
            <w:r>
              <w:rPr>
                <w:sz w:val="13"/>
              </w:rPr>
              <w:t>0.366</w:t>
            </w:r>
          </w:p>
        </w:tc>
        <w:tc>
          <w:tcPr>
            <w:tcW w:w="1040" w:type="dxa"/>
            <w:vAlign w:val="center"/>
          </w:tcPr>
          <w:p w14:paraId="119FFAD7" w14:textId="77777777" w:rsidR="00F26C4D" w:rsidRDefault="00F26C4D" w:rsidP="00F72BFD">
            <w:pPr>
              <w:spacing w:line="240" w:lineRule="auto"/>
            </w:pPr>
            <w:r>
              <w:rPr>
                <w:sz w:val="13"/>
              </w:rPr>
              <w:t>48.0</w:t>
            </w:r>
          </w:p>
        </w:tc>
        <w:tc>
          <w:tcPr>
            <w:tcW w:w="1040" w:type="dxa"/>
            <w:vAlign w:val="center"/>
          </w:tcPr>
          <w:p w14:paraId="4166C500" w14:textId="77777777" w:rsidR="00F26C4D" w:rsidRDefault="00F26C4D" w:rsidP="00F72BFD">
            <w:pPr>
              <w:spacing w:line="240" w:lineRule="auto"/>
            </w:pPr>
            <w:r>
              <w:rPr>
                <w:sz w:val="13"/>
              </w:rPr>
              <w:t>-3.026 to -1.554</w:t>
            </w:r>
          </w:p>
        </w:tc>
        <w:tc>
          <w:tcPr>
            <w:tcW w:w="1040" w:type="dxa"/>
            <w:vAlign w:val="center"/>
          </w:tcPr>
          <w:p w14:paraId="1EA06200" w14:textId="77777777" w:rsidR="00F26C4D" w:rsidRDefault="00F26C4D" w:rsidP="00F72BFD">
            <w:pPr>
              <w:spacing w:line="240" w:lineRule="auto"/>
            </w:pPr>
            <w:r>
              <w:rPr>
                <w:sz w:val="13"/>
              </w:rPr>
              <w:t>1.01e-07</w:t>
            </w:r>
          </w:p>
        </w:tc>
      </w:tr>
      <w:tr w:rsidR="00F26C4D" w14:paraId="7347CE0F" w14:textId="77777777" w:rsidTr="00F72BFD">
        <w:trPr>
          <w:cantSplit/>
          <w:jc w:val="center"/>
        </w:trPr>
        <w:tc>
          <w:tcPr>
            <w:tcW w:w="1040" w:type="dxa"/>
            <w:vAlign w:val="center"/>
          </w:tcPr>
          <w:p w14:paraId="659D5B95" w14:textId="77777777" w:rsidR="00F26C4D" w:rsidRDefault="00F26C4D" w:rsidP="00F72BFD">
            <w:pPr>
              <w:spacing w:line="240" w:lineRule="auto"/>
            </w:pPr>
            <w:r>
              <w:rPr>
                <w:sz w:val="13"/>
              </w:rPr>
              <w:t>Gram Negative</w:t>
            </w:r>
          </w:p>
        </w:tc>
        <w:tc>
          <w:tcPr>
            <w:tcW w:w="1040" w:type="dxa"/>
            <w:vAlign w:val="center"/>
          </w:tcPr>
          <w:p w14:paraId="60CF51DF" w14:textId="77777777" w:rsidR="00F26C4D" w:rsidRDefault="00F26C4D" w:rsidP="00F72BFD">
            <w:pPr>
              <w:spacing w:line="240" w:lineRule="auto"/>
            </w:pPr>
            <w:r>
              <w:rPr>
                <w:sz w:val="13"/>
              </w:rPr>
              <w:t>Meadow</w:t>
            </w:r>
          </w:p>
        </w:tc>
        <w:tc>
          <w:tcPr>
            <w:tcW w:w="1040" w:type="dxa"/>
            <w:vAlign w:val="center"/>
          </w:tcPr>
          <w:p w14:paraId="0C84C3B0" w14:textId="77777777" w:rsidR="00F26C4D" w:rsidRDefault="00F26C4D" w:rsidP="00F72BFD">
            <w:pPr>
              <w:spacing w:line="240" w:lineRule="auto"/>
            </w:pPr>
            <w:r>
              <w:rPr>
                <w:sz w:val="13"/>
              </w:rPr>
              <w:t>15-30</w:t>
            </w:r>
          </w:p>
        </w:tc>
        <w:tc>
          <w:tcPr>
            <w:tcW w:w="1040" w:type="dxa"/>
            <w:vAlign w:val="center"/>
          </w:tcPr>
          <w:p w14:paraId="5C53EB16" w14:textId="77777777" w:rsidR="00F26C4D" w:rsidRDefault="00F26C4D" w:rsidP="00F72BFD">
            <w:pPr>
              <w:spacing w:line="240" w:lineRule="auto"/>
            </w:pPr>
            <w:r>
              <w:rPr>
                <w:sz w:val="13"/>
              </w:rPr>
              <w:t>Day 13 - Day 0</w:t>
            </w:r>
          </w:p>
        </w:tc>
        <w:tc>
          <w:tcPr>
            <w:tcW w:w="1040" w:type="dxa"/>
            <w:vAlign w:val="center"/>
          </w:tcPr>
          <w:p w14:paraId="1A6E9505" w14:textId="77777777" w:rsidR="00F26C4D" w:rsidRDefault="00F26C4D" w:rsidP="00F72BFD">
            <w:pPr>
              <w:spacing w:line="240" w:lineRule="auto"/>
            </w:pPr>
            <w:r>
              <w:rPr>
                <w:sz w:val="13"/>
              </w:rPr>
              <w:t>0.974</w:t>
            </w:r>
          </w:p>
        </w:tc>
        <w:tc>
          <w:tcPr>
            <w:tcW w:w="1040" w:type="dxa"/>
            <w:vAlign w:val="center"/>
          </w:tcPr>
          <w:p w14:paraId="1F57951E" w14:textId="77777777" w:rsidR="00F26C4D" w:rsidRDefault="00F26C4D" w:rsidP="00F72BFD">
            <w:pPr>
              <w:spacing w:line="240" w:lineRule="auto"/>
            </w:pPr>
            <w:r>
              <w:rPr>
                <w:sz w:val="13"/>
              </w:rPr>
              <w:t>0.366</w:t>
            </w:r>
          </w:p>
        </w:tc>
        <w:tc>
          <w:tcPr>
            <w:tcW w:w="1040" w:type="dxa"/>
            <w:vAlign w:val="center"/>
          </w:tcPr>
          <w:p w14:paraId="7E00717E" w14:textId="77777777" w:rsidR="00F26C4D" w:rsidRDefault="00F26C4D" w:rsidP="00F72BFD">
            <w:pPr>
              <w:spacing w:line="240" w:lineRule="auto"/>
            </w:pPr>
            <w:r>
              <w:rPr>
                <w:sz w:val="13"/>
              </w:rPr>
              <w:t>48.0</w:t>
            </w:r>
          </w:p>
        </w:tc>
        <w:tc>
          <w:tcPr>
            <w:tcW w:w="1040" w:type="dxa"/>
            <w:vAlign w:val="center"/>
          </w:tcPr>
          <w:p w14:paraId="720EE78E" w14:textId="77777777" w:rsidR="00F26C4D" w:rsidRDefault="00F26C4D" w:rsidP="00F72BFD">
            <w:pPr>
              <w:spacing w:line="240" w:lineRule="auto"/>
            </w:pPr>
            <w:r>
              <w:rPr>
                <w:sz w:val="13"/>
              </w:rPr>
              <w:t>0.238 to 1.710</w:t>
            </w:r>
          </w:p>
        </w:tc>
        <w:tc>
          <w:tcPr>
            <w:tcW w:w="1040" w:type="dxa"/>
            <w:vAlign w:val="center"/>
          </w:tcPr>
          <w:p w14:paraId="40D62B4C" w14:textId="77777777" w:rsidR="00F26C4D" w:rsidRDefault="00F26C4D" w:rsidP="00F72BFD">
            <w:pPr>
              <w:spacing w:line="240" w:lineRule="auto"/>
            </w:pPr>
            <w:r>
              <w:rPr>
                <w:sz w:val="13"/>
              </w:rPr>
              <w:t>0.011</w:t>
            </w:r>
          </w:p>
        </w:tc>
      </w:tr>
      <w:tr w:rsidR="00F26C4D" w14:paraId="3509499A" w14:textId="77777777" w:rsidTr="00F72BFD">
        <w:trPr>
          <w:cantSplit/>
          <w:jc w:val="center"/>
        </w:trPr>
        <w:tc>
          <w:tcPr>
            <w:tcW w:w="1040" w:type="dxa"/>
            <w:vAlign w:val="center"/>
          </w:tcPr>
          <w:p w14:paraId="24B91248" w14:textId="77777777" w:rsidR="00F26C4D" w:rsidRDefault="00F26C4D" w:rsidP="00F72BFD">
            <w:pPr>
              <w:spacing w:line="240" w:lineRule="auto"/>
            </w:pPr>
            <w:r>
              <w:rPr>
                <w:sz w:val="13"/>
              </w:rPr>
              <w:t>Gram Negative</w:t>
            </w:r>
          </w:p>
        </w:tc>
        <w:tc>
          <w:tcPr>
            <w:tcW w:w="1040" w:type="dxa"/>
            <w:vAlign w:val="center"/>
          </w:tcPr>
          <w:p w14:paraId="6AFF1F4F" w14:textId="77777777" w:rsidR="00F26C4D" w:rsidRDefault="00F26C4D" w:rsidP="00F72BFD">
            <w:pPr>
              <w:spacing w:line="240" w:lineRule="auto"/>
            </w:pPr>
            <w:r>
              <w:rPr>
                <w:sz w:val="13"/>
              </w:rPr>
              <w:t>Meadow</w:t>
            </w:r>
          </w:p>
        </w:tc>
        <w:tc>
          <w:tcPr>
            <w:tcW w:w="1040" w:type="dxa"/>
            <w:vAlign w:val="center"/>
          </w:tcPr>
          <w:p w14:paraId="5860FAA8" w14:textId="77777777" w:rsidR="00F26C4D" w:rsidRDefault="00F26C4D" w:rsidP="00F72BFD">
            <w:pPr>
              <w:spacing w:line="240" w:lineRule="auto"/>
            </w:pPr>
            <w:r>
              <w:rPr>
                <w:sz w:val="13"/>
              </w:rPr>
              <w:t>15-30</w:t>
            </w:r>
          </w:p>
        </w:tc>
        <w:tc>
          <w:tcPr>
            <w:tcW w:w="1040" w:type="dxa"/>
            <w:vAlign w:val="center"/>
          </w:tcPr>
          <w:p w14:paraId="1B7CDAAC" w14:textId="77777777" w:rsidR="00F26C4D" w:rsidRDefault="00F26C4D" w:rsidP="00F72BFD">
            <w:pPr>
              <w:spacing w:line="240" w:lineRule="auto"/>
            </w:pPr>
            <w:r>
              <w:rPr>
                <w:sz w:val="13"/>
              </w:rPr>
              <w:t>Day 40 - Day 0</w:t>
            </w:r>
          </w:p>
        </w:tc>
        <w:tc>
          <w:tcPr>
            <w:tcW w:w="1040" w:type="dxa"/>
            <w:vAlign w:val="center"/>
          </w:tcPr>
          <w:p w14:paraId="1FDDB195" w14:textId="77777777" w:rsidR="00F26C4D" w:rsidRDefault="00F26C4D" w:rsidP="00F72BFD">
            <w:pPr>
              <w:spacing w:line="240" w:lineRule="auto"/>
            </w:pPr>
            <w:r>
              <w:rPr>
                <w:sz w:val="13"/>
              </w:rPr>
              <w:t>-1.134</w:t>
            </w:r>
          </w:p>
        </w:tc>
        <w:tc>
          <w:tcPr>
            <w:tcW w:w="1040" w:type="dxa"/>
            <w:vAlign w:val="center"/>
          </w:tcPr>
          <w:p w14:paraId="16F26458" w14:textId="77777777" w:rsidR="00F26C4D" w:rsidRDefault="00F26C4D" w:rsidP="00F72BFD">
            <w:pPr>
              <w:spacing w:line="240" w:lineRule="auto"/>
            </w:pPr>
            <w:r>
              <w:rPr>
                <w:sz w:val="13"/>
              </w:rPr>
              <w:t>0.366</w:t>
            </w:r>
          </w:p>
        </w:tc>
        <w:tc>
          <w:tcPr>
            <w:tcW w:w="1040" w:type="dxa"/>
            <w:vAlign w:val="center"/>
          </w:tcPr>
          <w:p w14:paraId="6C0034D2" w14:textId="77777777" w:rsidR="00F26C4D" w:rsidRDefault="00F26C4D" w:rsidP="00F72BFD">
            <w:pPr>
              <w:spacing w:line="240" w:lineRule="auto"/>
            </w:pPr>
            <w:r>
              <w:rPr>
                <w:sz w:val="13"/>
              </w:rPr>
              <w:t>48.0</w:t>
            </w:r>
          </w:p>
        </w:tc>
        <w:tc>
          <w:tcPr>
            <w:tcW w:w="1040" w:type="dxa"/>
            <w:vAlign w:val="center"/>
          </w:tcPr>
          <w:p w14:paraId="5EF7469C" w14:textId="77777777" w:rsidR="00F26C4D" w:rsidRDefault="00F26C4D" w:rsidP="00F72BFD">
            <w:pPr>
              <w:spacing w:line="240" w:lineRule="auto"/>
            </w:pPr>
            <w:r>
              <w:rPr>
                <w:sz w:val="13"/>
              </w:rPr>
              <w:t>-1.870 to -0.398</w:t>
            </w:r>
          </w:p>
        </w:tc>
        <w:tc>
          <w:tcPr>
            <w:tcW w:w="1040" w:type="dxa"/>
            <w:vAlign w:val="center"/>
          </w:tcPr>
          <w:p w14:paraId="4F5CC548" w14:textId="77777777" w:rsidR="00F26C4D" w:rsidRDefault="00F26C4D" w:rsidP="00F72BFD">
            <w:pPr>
              <w:spacing w:line="240" w:lineRule="auto"/>
            </w:pPr>
            <w:r>
              <w:rPr>
                <w:sz w:val="13"/>
              </w:rPr>
              <w:t>0.003</w:t>
            </w:r>
          </w:p>
        </w:tc>
      </w:tr>
      <w:tr w:rsidR="00F26C4D" w14:paraId="3748B11E" w14:textId="77777777" w:rsidTr="00F72BFD">
        <w:trPr>
          <w:cantSplit/>
          <w:jc w:val="center"/>
        </w:trPr>
        <w:tc>
          <w:tcPr>
            <w:tcW w:w="1040" w:type="dxa"/>
            <w:vAlign w:val="center"/>
          </w:tcPr>
          <w:p w14:paraId="405968BF" w14:textId="77777777" w:rsidR="00F26C4D" w:rsidRDefault="00F26C4D" w:rsidP="00F72BFD">
            <w:pPr>
              <w:spacing w:line="240" w:lineRule="auto"/>
            </w:pPr>
            <w:r>
              <w:rPr>
                <w:sz w:val="13"/>
              </w:rPr>
              <w:t>Gram Positive</w:t>
            </w:r>
          </w:p>
        </w:tc>
        <w:tc>
          <w:tcPr>
            <w:tcW w:w="1040" w:type="dxa"/>
            <w:vAlign w:val="center"/>
          </w:tcPr>
          <w:p w14:paraId="41142C05" w14:textId="77777777" w:rsidR="00F26C4D" w:rsidRDefault="00F26C4D" w:rsidP="00F72BFD">
            <w:pPr>
              <w:spacing w:line="240" w:lineRule="auto"/>
            </w:pPr>
            <w:r>
              <w:rPr>
                <w:sz w:val="13"/>
              </w:rPr>
              <w:t>Swamp meadow</w:t>
            </w:r>
          </w:p>
        </w:tc>
        <w:tc>
          <w:tcPr>
            <w:tcW w:w="1040" w:type="dxa"/>
            <w:vAlign w:val="center"/>
          </w:tcPr>
          <w:p w14:paraId="3DE9A458" w14:textId="77777777" w:rsidR="00F26C4D" w:rsidRDefault="00F26C4D" w:rsidP="00F72BFD">
            <w:pPr>
              <w:spacing w:line="240" w:lineRule="auto"/>
            </w:pPr>
            <w:r>
              <w:rPr>
                <w:sz w:val="13"/>
              </w:rPr>
              <w:t>0-5</w:t>
            </w:r>
          </w:p>
        </w:tc>
        <w:tc>
          <w:tcPr>
            <w:tcW w:w="1040" w:type="dxa"/>
            <w:vAlign w:val="center"/>
          </w:tcPr>
          <w:p w14:paraId="4752865B" w14:textId="77777777" w:rsidR="00F26C4D" w:rsidRDefault="00F26C4D" w:rsidP="00F72BFD">
            <w:pPr>
              <w:spacing w:line="240" w:lineRule="auto"/>
            </w:pPr>
            <w:r>
              <w:rPr>
                <w:sz w:val="13"/>
              </w:rPr>
              <w:t>Day 13 - Day 0</w:t>
            </w:r>
          </w:p>
        </w:tc>
        <w:tc>
          <w:tcPr>
            <w:tcW w:w="1040" w:type="dxa"/>
            <w:vAlign w:val="center"/>
          </w:tcPr>
          <w:p w14:paraId="43F9285A" w14:textId="77777777" w:rsidR="00F26C4D" w:rsidRDefault="00F26C4D" w:rsidP="00F72BFD">
            <w:pPr>
              <w:spacing w:line="240" w:lineRule="auto"/>
            </w:pPr>
            <w:r>
              <w:rPr>
                <w:sz w:val="13"/>
              </w:rPr>
              <w:t>-0.537</w:t>
            </w:r>
          </w:p>
        </w:tc>
        <w:tc>
          <w:tcPr>
            <w:tcW w:w="1040" w:type="dxa"/>
            <w:vAlign w:val="center"/>
          </w:tcPr>
          <w:p w14:paraId="488DCFA0" w14:textId="77777777" w:rsidR="00F26C4D" w:rsidRDefault="00F26C4D" w:rsidP="00F72BFD">
            <w:pPr>
              <w:spacing w:line="240" w:lineRule="auto"/>
            </w:pPr>
            <w:r>
              <w:rPr>
                <w:sz w:val="13"/>
              </w:rPr>
              <w:t>0.300</w:t>
            </w:r>
          </w:p>
        </w:tc>
        <w:tc>
          <w:tcPr>
            <w:tcW w:w="1040" w:type="dxa"/>
            <w:vAlign w:val="center"/>
          </w:tcPr>
          <w:p w14:paraId="0362F92E" w14:textId="77777777" w:rsidR="00F26C4D" w:rsidRDefault="00F26C4D" w:rsidP="00F72BFD">
            <w:pPr>
              <w:spacing w:line="240" w:lineRule="auto"/>
            </w:pPr>
            <w:r>
              <w:rPr>
                <w:sz w:val="13"/>
              </w:rPr>
              <w:t>48.0</w:t>
            </w:r>
          </w:p>
        </w:tc>
        <w:tc>
          <w:tcPr>
            <w:tcW w:w="1040" w:type="dxa"/>
            <w:vAlign w:val="center"/>
          </w:tcPr>
          <w:p w14:paraId="06FE1B34" w14:textId="77777777" w:rsidR="00F26C4D" w:rsidRDefault="00F26C4D" w:rsidP="00F72BFD">
            <w:pPr>
              <w:spacing w:line="240" w:lineRule="auto"/>
            </w:pPr>
            <w:r>
              <w:rPr>
                <w:sz w:val="13"/>
              </w:rPr>
              <w:t>-1.140 to 0.065</w:t>
            </w:r>
          </w:p>
        </w:tc>
        <w:tc>
          <w:tcPr>
            <w:tcW w:w="1040" w:type="dxa"/>
            <w:vAlign w:val="center"/>
          </w:tcPr>
          <w:p w14:paraId="5D6643ED" w14:textId="77777777" w:rsidR="00F26C4D" w:rsidRDefault="00F26C4D" w:rsidP="00F72BFD">
            <w:pPr>
              <w:spacing w:line="240" w:lineRule="auto"/>
            </w:pPr>
            <w:r>
              <w:rPr>
                <w:sz w:val="13"/>
              </w:rPr>
              <w:t>0.079</w:t>
            </w:r>
          </w:p>
        </w:tc>
      </w:tr>
      <w:tr w:rsidR="00F26C4D" w14:paraId="6366759E" w14:textId="77777777" w:rsidTr="00F72BFD">
        <w:trPr>
          <w:cantSplit/>
          <w:jc w:val="center"/>
        </w:trPr>
        <w:tc>
          <w:tcPr>
            <w:tcW w:w="1040" w:type="dxa"/>
            <w:vAlign w:val="center"/>
          </w:tcPr>
          <w:p w14:paraId="7ABF9374" w14:textId="77777777" w:rsidR="00F26C4D" w:rsidRDefault="00F26C4D" w:rsidP="00F72BFD">
            <w:pPr>
              <w:spacing w:line="240" w:lineRule="auto"/>
            </w:pPr>
            <w:r>
              <w:rPr>
                <w:sz w:val="13"/>
              </w:rPr>
              <w:t>Gram Positive</w:t>
            </w:r>
          </w:p>
        </w:tc>
        <w:tc>
          <w:tcPr>
            <w:tcW w:w="1040" w:type="dxa"/>
            <w:vAlign w:val="center"/>
          </w:tcPr>
          <w:p w14:paraId="2288B4E4" w14:textId="77777777" w:rsidR="00F26C4D" w:rsidRDefault="00F26C4D" w:rsidP="00F72BFD">
            <w:pPr>
              <w:spacing w:line="240" w:lineRule="auto"/>
            </w:pPr>
            <w:r>
              <w:rPr>
                <w:sz w:val="13"/>
              </w:rPr>
              <w:t>Swamp meadow</w:t>
            </w:r>
          </w:p>
        </w:tc>
        <w:tc>
          <w:tcPr>
            <w:tcW w:w="1040" w:type="dxa"/>
            <w:vAlign w:val="center"/>
          </w:tcPr>
          <w:p w14:paraId="71904A18" w14:textId="77777777" w:rsidR="00F26C4D" w:rsidRDefault="00F26C4D" w:rsidP="00F72BFD">
            <w:pPr>
              <w:spacing w:line="240" w:lineRule="auto"/>
            </w:pPr>
            <w:r>
              <w:rPr>
                <w:sz w:val="13"/>
              </w:rPr>
              <w:t>0-5</w:t>
            </w:r>
          </w:p>
        </w:tc>
        <w:tc>
          <w:tcPr>
            <w:tcW w:w="1040" w:type="dxa"/>
            <w:vAlign w:val="center"/>
          </w:tcPr>
          <w:p w14:paraId="47776E8F" w14:textId="77777777" w:rsidR="00F26C4D" w:rsidRDefault="00F26C4D" w:rsidP="00F72BFD">
            <w:pPr>
              <w:spacing w:line="240" w:lineRule="auto"/>
            </w:pPr>
            <w:r>
              <w:rPr>
                <w:sz w:val="13"/>
              </w:rPr>
              <w:t>Day 40 - Day 0</w:t>
            </w:r>
          </w:p>
        </w:tc>
        <w:tc>
          <w:tcPr>
            <w:tcW w:w="1040" w:type="dxa"/>
            <w:vAlign w:val="center"/>
          </w:tcPr>
          <w:p w14:paraId="4BD936E5" w14:textId="77777777" w:rsidR="00F26C4D" w:rsidRDefault="00F26C4D" w:rsidP="00F72BFD">
            <w:pPr>
              <w:spacing w:line="240" w:lineRule="auto"/>
            </w:pPr>
            <w:r>
              <w:rPr>
                <w:sz w:val="13"/>
              </w:rPr>
              <w:t>-0.418</w:t>
            </w:r>
          </w:p>
        </w:tc>
        <w:tc>
          <w:tcPr>
            <w:tcW w:w="1040" w:type="dxa"/>
            <w:vAlign w:val="center"/>
          </w:tcPr>
          <w:p w14:paraId="671BCBF3" w14:textId="77777777" w:rsidR="00F26C4D" w:rsidRDefault="00F26C4D" w:rsidP="00F72BFD">
            <w:pPr>
              <w:spacing w:line="240" w:lineRule="auto"/>
            </w:pPr>
            <w:r>
              <w:rPr>
                <w:sz w:val="13"/>
              </w:rPr>
              <w:t>0.300</w:t>
            </w:r>
          </w:p>
        </w:tc>
        <w:tc>
          <w:tcPr>
            <w:tcW w:w="1040" w:type="dxa"/>
            <w:vAlign w:val="center"/>
          </w:tcPr>
          <w:p w14:paraId="306C2489" w14:textId="77777777" w:rsidR="00F26C4D" w:rsidRDefault="00F26C4D" w:rsidP="00F72BFD">
            <w:pPr>
              <w:spacing w:line="240" w:lineRule="auto"/>
            </w:pPr>
            <w:r>
              <w:rPr>
                <w:sz w:val="13"/>
              </w:rPr>
              <w:t>48.0</w:t>
            </w:r>
          </w:p>
        </w:tc>
        <w:tc>
          <w:tcPr>
            <w:tcW w:w="1040" w:type="dxa"/>
            <w:vAlign w:val="center"/>
          </w:tcPr>
          <w:p w14:paraId="3FC26DE4" w14:textId="77777777" w:rsidR="00F26C4D" w:rsidRDefault="00F26C4D" w:rsidP="00F72BFD">
            <w:pPr>
              <w:spacing w:line="240" w:lineRule="auto"/>
            </w:pPr>
            <w:r>
              <w:rPr>
                <w:sz w:val="13"/>
              </w:rPr>
              <w:t>-1.021 to 0.184</w:t>
            </w:r>
          </w:p>
        </w:tc>
        <w:tc>
          <w:tcPr>
            <w:tcW w:w="1040" w:type="dxa"/>
            <w:vAlign w:val="center"/>
          </w:tcPr>
          <w:p w14:paraId="20FEA0AB" w14:textId="77777777" w:rsidR="00F26C4D" w:rsidRDefault="00F26C4D" w:rsidP="00F72BFD">
            <w:pPr>
              <w:spacing w:line="240" w:lineRule="auto"/>
            </w:pPr>
            <w:r>
              <w:rPr>
                <w:sz w:val="13"/>
              </w:rPr>
              <w:t>0.169</w:t>
            </w:r>
          </w:p>
        </w:tc>
      </w:tr>
      <w:tr w:rsidR="00F26C4D" w14:paraId="05A552C3" w14:textId="77777777" w:rsidTr="00F72BFD">
        <w:trPr>
          <w:cantSplit/>
          <w:jc w:val="center"/>
        </w:trPr>
        <w:tc>
          <w:tcPr>
            <w:tcW w:w="1040" w:type="dxa"/>
            <w:vAlign w:val="center"/>
          </w:tcPr>
          <w:p w14:paraId="6CBB22C2" w14:textId="77777777" w:rsidR="00F26C4D" w:rsidRDefault="00F26C4D" w:rsidP="00F72BFD">
            <w:pPr>
              <w:spacing w:line="240" w:lineRule="auto"/>
            </w:pPr>
            <w:r>
              <w:rPr>
                <w:sz w:val="13"/>
              </w:rPr>
              <w:t>Gram Positive</w:t>
            </w:r>
          </w:p>
        </w:tc>
        <w:tc>
          <w:tcPr>
            <w:tcW w:w="1040" w:type="dxa"/>
            <w:vAlign w:val="center"/>
          </w:tcPr>
          <w:p w14:paraId="6231700D" w14:textId="77777777" w:rsidR="00F26C4D" w:rsidRDefault="00F26C4D" w:rsidP="00F72BFD">
            <w:pPr>
              <w:spacing w:line="240" w:lineRule="auto"/>
            </w:pPr>
            <w:r>
              <w:rPr>
                <w:sz w:val="13"/>
              </w:rPr>
              <w:t>Meadow</w:t>
            </w:r>
          </w:p>
        </w:tc>
        <w:tc>
          <w:tcPr>
            <w:tcW w:w="1040" w:type="dxa"/>
            <w:vAlign w:val="center"/>
          </w:tcPr>
          <w:p w14:paraId="1DA47B11" w14:textId="77777777" w:rsidR="00F26C4D" w:rsidRDefault="00F26C4D" w:rsidP="00F72BFD">
            <w:pPr>
              <w:spacing w:line="240" w:lineRule="auto"/>
            </w:pPr>
            <w:r>
              <w:rPr>
                <w:sz w:val="13"/>
              </w:rPr>
              <w:t>0-5</w:t>
            </w:r>
          </w:p>
        </w:tc>
        <w:tc>
          <w:tcPr>
            <w:tcW w:w="1040" w:type="dxa"/>
            <w:vAlign w:val="center"/>
          </w:tcPr>
          <w:p w14:paraId="4A11F492" w14:textId="77777777" w:rsidR="00F26C4D" w:rsidRDefault="00F26C4D" w:rsidP="00F72BFD">
            <w:pPr>
              <w:spacing w:line="240" w:lineRule="auto"/>
            </w:pPr>
            <w:r>
              <w:rPr>
                <w:sz w:val="13"/>
              </w:rPr>
              <w:t>Day 13 - Day 0</w:t>
            </w:r>
          </w:p>
        </w:tc>
        <w:tc>
          <w:tcPr>
            <w:tcW w:w="1040" w:type="dxa"/>
            <w:vAlign w:val="center"/>
          </w:tcPr>
          <w:p w14:paraId="2DE06420" w14:textId="77777777" w:rsidR="00F26C4D" w:rsidRDefault="00F26C4D" w:rsidP="00F72BFD">
            <w:pPr>
              <w:spacing w:line="240" w:lineRule="auto"/>
            </w:pPr>
            <w:r>
              <w:rPr>
                <w:sz w:val="13"/>
              </w:rPr>
              <w:t>0.278</w:t>
            </w:r>
          </w:p>
        </w:tc>
        <w:tc>
          <w:tcPr>
            <w:tcW w:w="1040" w:type="dxa"/>
            <w:vAlign w:val="center"/>
          </w:tcPr>
          <w:p w14:paraId="146DE65C" w14:textId="77777777" w:rsidR="00F26C4D" w:rsidRDefault="00F26C4D" w:rsidP="00F72BFD">
            <w:pPr>
              <w:spacing w:line="240" w:lineRule="auto"/>
            </w:pPr>
            <w:r>
              <w:rPr>
                <w:sz w:val="13"/>
              </w:rPr>
              <w:t>0.300</w:t>
            </w:r>
          </w:p>
        </w:tc>
        <w:tc>
          <w:tcPr>
            <w:tcW w:w="1040" w:type="dxa"/>
            <w:vAlign w:val="center"/>
          </w:tcPr>
          <w:p w14:paraId="572B1CE1" w14:textId="77777777" w:rsidR="00F26C4D" w:rsidRDefault="00F26C4D" w:rsidP="00F72BFD">
            <w:pPr>
              <w:spacing w:line="240" w:lineRule="auto"/>
            </w:pPr>
            <w:r>
              <w:rPr>
                <w:sz w:val="13"/>
              </w:rPr>
              <w:t>48.0</w:t>
            </w:r>
          </w:p>
        </w:tc>
        <w:tc>
          <w:tcPr>
            <w:tcW w:w="1040" w:type="dxa"/>
            <w:vAlign w:val="center"/>
          </w:tcPr>
          <w:p w14:paraId="2BFFCC31" w14:textId="77777777" w:rsidR="00F26C4D" w:rsidRDefault="00F26C4D" w:rsidP="00F72BFD">
            <w:pPr>
              <w:spacing w:line="240" w:lineRule="auto"/>
            </w:pPr>
            <w:r>
              <w:rPr>
                <w:sz w:val="13"/>
              </w:rPr>
              <w:t>-0.324 to 0.881</w:t>
            </w:r>
          </w:p>
        </w:tc>
        <w:tc>
          <w:tcPr>
            <w:tcW w:w="1040" w:type="dxa"/>
            <w:vAlign w:val="center"/>
          </w:tcPr>
          <w:p w14:paraId="0F492F39" w14:textId="77777777" w:rsidR="00F26C4D" w:rsidRDefault="00F26C4D" w:rsidP="00F72BFD">
            <w:pPr>
              <w:spacing w:line="240" w:lineRule="auto"/>
            </w:pPr>
            <w:r>
              <w:rPr>
                <w:sz w:val="13"/>
              </w:rPr>
              <w:t>0.358</w:t>
            </w:r>
          </w:p>
        </w:tc>
      </w:tr>
      <w:tr w:rsidR="00F26C4D" w14:paraId="2440589D" w14:textId="77777777" w:rsidTr="00F72BFD">
        <w:trPr>
          <w:cantSplit/>
          <w:jc w:val="center"/>
        </w:trPr>
        <w:tc>
          <w:tcPr>
            <w:tcW w:w="1040" w:type="dxa"/>
            <w:vAlign w:val="center"/>
          </w:tcPr>
          <w:p w14:paraId="3264A708" w14:textId="77777777" w:rsidR="00F26C4D" w:rsidRDefault="00F26C4D" w:rsidP="00F72BFD">
            <w:pPr>
              <w:spacing w:line="240" w:lineRule="auto"/>
            </w:pPr>
            <w:r>
              <w:rPr>
                <w:sz w:val="13"/>
              </w:rPr>
              <w:t>Gram Positive</w:t>
            </w:r>
          </w:p>
        </w:tc>
        <w:tc>
          <w:tcPr>
            <w:tcW w:w="1040" w:type="dxa"/>
            <w:vAlign w:val="center"/>
          </w:tcPr>
          <w:p w14:paraId="5A68AD7B" w14:textId="77777777" w:rsidR="00F26C4D" w:rsidRDefault="00F26C4D" w:rsidP="00F72BFD">
            <w:pPr>
              <w:spacing w:line="240" w:lineRule="auto"/>
            </w:pPr>
            <w:r>
              <w:rPr>
                <w:sz w:val="13"/>
              </w:rPr>
              <w:t>Meadow</w:t>
            </w:r>
          </w:p>
        </w:tc>
        <w:tc>
          <w:tcPr>
            <w:tcW w:w="1040" w:type="dxa"/>
            <w:vAlign w:val="center"/>
          </w:tcPr>
          <w:p w14:paraId="7CD41DC6" w14:textId="77777777" w:rsidR="00F26C4D" w:rsidRDefault="00F26C4D" w:rsidP="00F72BFD">
            <w:pPr>
              <w:spacing w:line="240" w:lineRule="auto"/>
            </w:pPr>
            <w:r>
              <w:rPr>
                <w:sz w:val="13"/>
              </w:rPr>
              <w:t>0-5</w:t>
            </w:r>
          </w:p>
        </w:tc>
        <w:tc>
          <w:tcPr>
            <w:tcW w:w="1040" w:type="dxa"/>
            <w:vAlign w:val="center"/>
          </w:tcPr>
          <w:p w14:paraId="708729D1" w14:textId="77777777" w:rsidR="00F26C4D" w:rsidRDefault="00F26C4D" w:rsidP="00F72BFD">
            <w:pPr>
              <w:spacing w:line="240" w:lineRule="auto"/>
            </w:pPr>
            <w:r>
              <w:rPr>
                <w:sz w:val="13"/>
              </w:rPr>
              <w:t>Day 40 - Day 0</w:t>
            </w:r>
          </w:p>
        </w:tc>
        <w:tc>
          <w:tcPr>
            <w:tcW w:w="1040" w:type="dxa"/>
            <w:vAlign w:val="center"/>
          </w:tcPr>
          <w:p w14:paraId="0C5C1E8E" w14:textId="77777777" w:rsidR="00F26C4D" w:rsidRDefault="00F26C4D" w:rsidP="00F72BFD">
            <w:pPr>
              <w:spacing w:line="240" w:lineRule="auto"/>
            </w:pPr>
            <w:r>
              <w:rPr>
                <w:sz w:val="13"/>
              </w:rPr>
              <w:t>0.435</w:t>
            </w:r>
          </w:p>
        </w:tc>
        <w:tc>
          <w:tcPr>
            <w:tcW w:w="1040" w:type="dxa"/>
            <w:vAlign w:val="center"/>
          </w:tcPr>
          <w:p w14:paraId="450CE927" w14:textId="77777777" w:rsidR="00F26C4D" w:rsidRDefault="00F26C4D" w:rsidP="00F72BFD">
            <w:pPr>
              <w:spacing w:line="240" w:lineRule="auto"/>
            </w:pPr>
            <w:r>
              <w:rPr>
                <w:sz w:val="13"/>
              </w:rPr>
              <w:t>0.300</w:t>
            </w:r>
          </w:p>
        </w:tc>
        <w:tc>
          <w:tcPr>
            <w:tcW w:w="1040" w:type="dxa"/>
            <w:vAlign w:val="center"/>
          </w:tcPr>
          <w:p w14:paraId="1B596685" w14:textId="77777777" w:rsidR="00F26C4D" w:rsidRDefault="00F26C4D" w:rsidP="00F72BFD">
            <w:pPr>
              <w:spacing w:line="240" w:lineRule="auto"/>
            </w:pPr>
            <w:r>
              <w:rPr>
                <w:sz w:val="13"/>
              </w:rPr>
              <w:t>48.0</w:t>
            </w:r>
          </w:p>
        </w:tc>
        <w:tc>
          <w:tcPr>
            <w:tcW w:w="1040" w:type="dxa"/>
            <w:vAlign w:val="center"/>
          </w:tcPr>
          <w:p w14:paraId="4FBEBEA1" w14:textId="77777777" w:rsidR="00F26C4D" w:rsidRDefault="00F26C4D" w:rsidP="00F72BFD">
            <w:pPr>
              <w:spacing w:line="240" w:lineRule="auto"/>
            </w:pPr>
            <w:r>
              <w:rPr>
                <w:sz w:val="13"/>
              </w:rPr>
              <w:t>-0.168 to 1.038</w:t>
            </w:r>
          </w:p>
        </w:tc>
        <w:tc>
          <w:tcPr>
            <w:tcW w:w="1040" w:type="dxa"/>
            <w:vAlign w:val="center"/>
          </w:tcPr>
          <w:p w14:paraId="63A3F6CF" w14:textId="77777777" w:rsidR="00F26C4D" w:rsidRDefault="00F26C4D" w:rsidP="00F72BFD">
            <w:pPr>
              <w:spacing w:line="240" w:lineRule="auto"/>
            </w:pPr>
            <w:r>
              <w:rPr>
                <w:sz w:val="13"/>
              </w:rPr>
              <w:t>0.153</w:t>
            </w:r>
          </w:p>
        </w:tc>
      </w:tr>
      <w:tr w:rsidR="00F26C4D" w14:paraId="72ACC432" w14:textId="77777777" w:rsidTr="00F72BFD">
        <w:trPr>
          <w:cantSplit/>
          <w:jc w:val="center"/>
        </w:trPr>
        <w:tc>
          <w:tcPr>
            <w:tcW w:w="1040" w:type="dxa"/>
            <w:vAlign w:val="center"/>
          </w:tcPr>
          <w:p w14:paraId="53944AB6" w14:textId="77777777" w:rsidR="00F26C4D" w:rsidRDefault="00F26C4D" w:rsidP="00F72BFD">
            <w:pPr>
              <w:spacing w:line="240" w:lineRule="auto"/>
            </w:pPr>
            <w:r>
              <w:rPr>
                <w:sz w:val="13"/>
              </w:rPr>
              <w:t>Gram Positive</w:t>
            </w:r>
          </w:p>
        </w:tc>
        <w:tc>
          <w:tcPr>
            <w:tcW w:w="1040" w:type="dxa"/>
            <w:vAlign w:val="center"/>
          </w:tcPr>
          <w:p w14:paraId="7B03137C" w14:textId="77777777" w:rsidR="00F26C4D" w:rsidRDefault="00F26C4D" w:rsidP="00F72BFD">
            <w:pPr>
              <w:spacing w:line="240" w:lineRule="auto"/>
            </w:pPr>
            <w:r>
              <w:rPr>
                <w:sz w:val="13"/>
              </w:rPr>
              <w:t>Swamp meadow</w:t>
            </w:r>
          </w:p>
        </w:tc>
        <w:tc>
          <w:tcPr>
            <w:tcW w:w="1040" w:type="dxa"/>
            <w:vAlign w:val="center"/>
          </w:tcPr>
          <w:p w14:paraId="400F876A" w14:textId="77777777" w:rsidR="00F26C4D" w:rsidRDefault="00F26C4D" w:rsidP="00F72BFD">
            <w:pPr>
              <w:spacing w:line="240" w:lineRule="auto"/>
            </w:pPr>
            <w:r>
              <w:rPr>
                <w:sz w:val="13"/>
              </w:rPr>
              <w:t>5-15</w:t>
            </w:r>
          </w:p>
        </w:tc>
        <w:tc>
          <w:tcPr>
            <w:tcW w:w="1040" w:type="dxa"/>
            <w:vAlign w:val="center"/>
          </w:tcPr>
          <w:p w14:paraId="2ECAC1A7" w14:textId="77777777" w:rsidR="00F26C4D" w:rsidRDefault="00F26C4D" w:rsidP="00F72BFD">
            <w:pPr>
              <w:spacing w:line="240" w:lineRule="auto"/>
            </w:pPr>
            <w:r>
              <w:rPr>
                <w:sz w:val="13"/>
              </w:rPr>
              <w:t>Day 13 - Day 0</w:t>
            </w:r>
          </w:p>
        </w:tc>
        <w:tc>
          <w:tcPr>
            <w:tcW w:w="1040" w:type="dxa"/>
            <w:vAlign w:val="center"/>
          </w:tcPr>
          <w:p w14:paraId="3373FCD5" w14:textId="77777777" w:rsidR="00F26C4D" w:rsidRDefault="00F26C4D" w:rsidP="00F72BFD">
            <w:pPr>
              <w:spacing w:line="240" w:lineRule="auto"/>
            </w:pPr>
            <w:r>
              <w:rPr>
                <w:sz w:val="13"/>
              </w:rPr>
              <w:t>-0.426</w:t>
            </w:r>
          </w:p>
        </w:tc>
        <w:tc>
          <w:tcPr>
            <w:tcW w:w="1040" w:type="dxa"/>
            <w:vAlign w:val="center"/>
          </w:tcPr>
          <w:p w14:paraId="03B75711" w14:textId="77777777" w:rsidR="00F26C4D" w:rsidRDefault="00F26C4D" w:rsidP="00F72BFD">
            <w:pPr>
              <w:spacing w:line="240" w:lineRule="auto"/>
            </w:pPr>
            <w:r>
              <w:rPr>
                <w:sz w:val="13"/>
              </w:rPr>
              <w:t>0.300</w:t>
            </w:r>
          </w:p>
        </w:tc>
        <w:tc>
          <w:tcPr>
            <w:tcW w:w="1040" w:type="dxa"/>
            <w:vAlign w:val="center"/>
          </w:tcPr>
          <w:p w14:paraId="2B93D8EE" w14:textId="77777777" w:rsidR="00F26C4D" w:rsidRDefault="00F26C4D" w:rsidP="00F72BFD">
            <w:pPr>
              <w:spacing w:line="240" w:lineRule="auto"/>
            </w:pPr>
            <w:r>
              <w:rPr>
                <w:sz w:val="13"/>
              </w:rPr>
              <w:t>48.0</w:t>
            </w:r>
          </w:p>
        </w:tc>
        <w:tc>
          <w:tcPr>
            <w:tcW w:w="1040" w:type="dxa"/>
            <w:vAlign w:val="center"/>
          </w:tcPr>
          <w:p w14:paraId="61F5ED50" w14:textId="77777777" w:rsidR="00F26C4D" w:rsidRDefault="00F26C4D" w:rsidP="00F72BFD">
            <w:pPr>
              <w:spacing w:line="240" w:lineRule="auto"/>
            </w:pPr>
            <w:r>
              <w:rPr>
                <w:sz w:val="13"/>
              </w:rPr>
              <w:t>-1.028 to 0.177</w:t>
            </w:r>
          </w:p>
        </w:tc>
        <w:tc>
          <w:tcPr>
            <w:tcW w:w="1040" w:type="dxa"/>
            <w:vAlign w:val="center"/>
          </w:tcPr>
          <w:p w14:paraId="329E0183" w14:textId="77777777" w:rsidR="00F26C4D" w:rsidRDefault="00F26C4D" w:rsidP="00F72BFD">
            <w:pPr>
              <w:spacing w:line="240" w:lineRule="auto"/>
            </w:pPr>
            <w:r>
              <w:rPr>
                <w:sz w:val="13"/>
              </w:rPr>
              <w:t>0.162</w:t>
            </w:r>
          </w:p>
        </w:tc>
      </w:tr>
      <w:tr w:rsidR="00F26C4D" w14:paraId="42209A4C" w14:textId="77777777" w:rsidTr="00F72BFD">
        <w:trPr>
          <w:cantSplit/>
          <w:jc w:val="center"/>
        </w:trPr>
        <w:tc>
          <w:tcPr>
            <w:tcW w:w="1040" w:type="dxa"/>
            <w:vAlign w:val="center"/>
          </w:tcPr>
          <w:p w14:paraId="68EFA88C" w14:textId="77777777" w:rsidR="00F26C4D" w:rsidRDefault="00F26C4D" w:rsidP="00F72BFD">
            <w:pPr>
              <w:spacing w:line="240" w:lineRule="auto"/>
            </w:pPr>
            <w:r>
              <w:rPr>
                <w:sz w:val="13"/>
              </w:rPr>
              <w:t>Gram Positive</w:t>
            </w:r>
          </w:p>
        </w:tc>
        <w:tc>
          <w:tcPr>
            <w:tcW w:w="1040" w:type="dxa"/>
            <w:vAlign w:val="center"/>
          </w:tcPr>
          <w:p w14:paraId="4D2202C3" w14:textId="77777777" w:rsidR="00F26C4D" w:rsidRDefault="00F26C4D" w:rsidP="00F72BFD">
            <w:pPr>
              <w:spacing w:line="240" w:lineRule="auto"/>
            </w:pPr>
            <w:r>
              <w:rPr>
                <w:sz w:val="13"/>
              </w:rPr>
              <w:t>Swamp meadow</w:t>
            </w:r>
          </w:p>
        </w:tc>
        <w:tc>
          <w:tcPr>
            <w:tcW w:w="1040" w:type="dxa"/>
            <w:vAlign w:val="center"/>
          </w:tcPr>
          <w:p w14:paraId="2CD0CF01" w14:textId="77777777" w:rsidR="00F26C4D" w:rsidRDefault="00F26C4D" w:rsidP="00F72BFD">
            <w:pPr>
              <w:spacing w:line="240" w:lineRule="auto"/>
            </w:pPr>
            <w:r>
              <w:rPr>
                <w:sz w:val="13"/>
              </w:rPr>
              <w:t>5-15</w:t>
            </w:r>
          </w:p>
        </w:tc>
        <w:tc>
          <w:tcPr>
            <w:tcW w:w="1040" w:type="dxa"/>
            <w:vAlign w:val="center"/>
          </w:tcPr>
          <w:p w14:paraId="61A21CDF" w14:textId="77777777" w:rsidR="00F26C4D" w:rsidRDefault="00F26C4D" w:rsidP="00F72BFD">
            <w:pPr>
              <w:spacing w:line="240" w:lineRule="auto"/>
            </w:pPr>
            <w:r>
              <w:rPr>
                <w:sz w:val="13"/>
              </w:rPr>
              <w:t>Day 40 - Day 0</w:t>
            </w:r>
          </w:p>
        </w:tc>
        <w:tc>
          <w:tcPr>
            <w:tcW w:w="1040" w:type="dxa"/>
            <w:vAlign w:val="center"/>
          </w:tcPr>
          <w:p w14:paraId="233A8A1B" w14:textId="77777777" w:rsidR="00F26C4D" w:rsidRDefault="00F26C4D" w:rsidP="00F72BFD">
            <w:pPr>
              <w:spacing w:line="240" w:lineRule="auto"/>
            </w:pPr>
            <w:r>
              <w:rPr>
                <w:sz w:val="13"/>
              </w:rPr>
              <w:t>-0.479</w:t>
            </w:r>
          </w:p>
        </w:tc>
        <w:tc>
          <w:tcPr>
            <w:tcW w:w="1040" w:type="dxa"/>
            <w:vAlign w:val="center"/>
          </w:tcPr>
          <w:p w14:paraId="17D0E14A" w14:textId="77777777" w:rsidR="00F26C4D" w:rsidRDefault="00F26C4D" w:rsidP="00F72BFD">
            <w:pPr>
              <w:spacing w:line="240" w:lineRule="auto"/>
            </w:pPr>
            <w:r>
              <w:rPr>
                <w:sz w:val="13"/>
              </w:rPr>
              <w:t>0.300</w:t>
            </w:r>
          </w:p>
        </w:tc>
        <w:tc>
          <w:tcPr>
            <w:tcW w:w="1040" w:type="dxa"/>
            <w:vAlign w:val="center"/>
          </w:tcPr>
          <w:p w14:paraId="435F7F31" w14:textId="77777777" w:rsidR="00F26C4D" w:rsidRDefault="00F26C4D" w:rsidP="00F72BFD">
            <w:pPr>
              <w:spacing w:line="240" w:lineRule="auto"/>
            </w:pPr>
            <w:r>
              <w:rPr>
                <w:sz w:val="13"/>
              </w:rPr>
              <w:t>48.0</w:t>
            </w:r>
          </w:p>
        </w:tc>
        <w:tc>
          <w:tcPr>
            <w:tcW w:w="1040" w:type="dxa"/>
            <w:vAlign w:val="center"/>
          </w:tcPr>
          <w:p w14:paraId="419F5431" w14:textId="77777777" w:rsidR="00F26C4D" w:rsidRDefault="00F26C4D" w:rsidP="00F72BFD">
            <w:pPr>
              <w:spacing w:line="240" w:lineRule="auto"/>
            </w:pPr>
            <w:r>
              <w:rPr>
                <w:sz w:val="13"/>
              </w:rPr>
              <w:t>-1.082 to 0.124</w:t>
            </w:r>
          </w:p>
        </w:tc>
        <w:tc>
          <w:tcPr>
            <w:tcW w:w="1040" w:type="dxa"/>
            <w:vAlign w:val="center"/>
          </w:tcPr>
          <w:p w14:paraId="186DAA07" w14:textId="77777777" w:rsidR="00F26C4D" w:rsidRDefault="00F26C4D" w:rsidP="00F72BFD">
            <w:pPr>
              <w:spacing w:line="240" w:lineRule="auto"/>
            </w:pPr>
            <w:r>
              <w:rPr>
                <w:sz w:val="13"/>
              </w:rPr>
              <w:t>0.117</w:t>
            </w:r>
          </w:p>
        </w:tc>
      </w:tr>
      <w:tr w:rsidR="00F26C4D" w14:paraId="007C70F5" w14:textId="77777777" w:rsidTr="00F72BFD">
        <w:trPr>
          <w:cantSplit/>
          <w:jc w:val="center"/>
        </w:trPr>
        <w:tc>
          <w:tcPr>
            <w:tcW w:w="1040" w:type="dxa"/>
            <w:vAlign w:val="center"/>
          </w:tcPr>
          <w:p w14:paraId="77CC2195" w14:textId="77777777" w:rsidR="00F26C4D" w:rsidRDefault="00F26C4D" w:rsidP="00F72BFD">
            <w:pPr>
              <w:spacing w:line="240" w:lineRule="auto"/>
            </w:pPr>
            <w:r>
              <w:rPr>
                <w:sz w:val="13"/>
              </w:rPr>
              <w:t>Gram Positive</w:t>
            </w:r>
          </w:p>
        </w:tc>
        <w:tc>
          <w:tcPr>
            <w:tcW w:w="1040" w:type="dxa"/>
            <w:vAlign w:val="center"/>
          </w:tcPr>
          <w:p w14:paraId="6D31585F" w14:textId="77777777" w:rsidR="00F26C4D" w:rsidRDefault="00F26C4D" w:rsidP="00F72BFD">
            <w:pPr>
              <w:spacing w:line="240" w:lineRule="auto"/>
            </w:pPr>
            <w:r>
              <w:rPr>
                <w:sz w:val="13"/>
              </w:rPr>
              <w:t>Meadow</w:t>
            </w:r>
          </w:p>
        </w:tc>
        <w:tc>
          <w:tcPr>
            <w:tcW w:w="1040" w:type="dxa"/>
            <w:vAlign w:val="center"/>
          </w:tcPr>
          <w:p w14:paraId="19182F79" w14:textId="77777777" w:rsidR="00F26C4D" w:rsidRDefault="00F26C4D" w:rsidP="00F72BFD">
            <w:pPr>
              <w:spacing w:line="240" w:lineRule="auto"/>
            </w:pPr>
            <w:r>
              <w:rPr>
                <w:sz w:val="13"/>
              </w:rPr>
              <w:t>5-15</w:t>
            </w:r>
          </w:p>
        </w:tc>
        <w:tc>
          <w:tcPr>
            <w:tcW w:w="1040" w:type="dxa"/>
            <w:vAlign w:val="center"/>
          </w:tcPr>
          <w:p w14:paraId="4FE1EB48" w14:textId="77777777" w:rsidR="00F26C4D" w:rsidRDefault="00F26C4D" w:rsidP="00F72BFD">
            <w:pPr>
              <w:spacing w:line="240" w:lineRule="auto"/>
            </w:pPr>
            <w:r>
              <w:rPr>
                <w:sz w:val="13"/>
              </w:rPr>
              <w:t>Day 13 - Day 0</w:t>
            </w:r>
          </w:p>
        </w:tc>
        <w:tc>
          <w:tcPr>
            <w:tcW w:w="1040" w:type="dxa"/>
            <w:vAlign w:val="center"/>
          </w:tcPr>
          <w:p w14:paraId="290BF715" w14:textId="77777777" w:rsidR="00F26C4D" w:rsidRDefault="00F26C4D" w:rsidP="00F72BFD">
            <w:pPr>
              <w:spacing w:line="240" w:lineRule="auto"/>
            </w:pPr>
            <w:r>
              <w:rPr>
                <w:sz w:val="13"/>
              </w:rPr>
              <w:t>0.316</w:t>
            </w:r>
          </w:p>
        </w:tc>
        <w:tc>
          <w:tcPr>
            <w:tcW w:w="1040" w:type="dxa"/>
            <w:vAlign w:val="center"/>
          </w:tcPr>
          <w:p w14:paraId="4B12B6DF" w14:textId="77777777" w:rsidR="00F26C4D" w:rsidRDefault="00F26C4D" w:rsidP="00F72BFD">
            <w:pPr>
              <w:spacing w:line="240" w:lineRule="auto"/>
            </w:pPr>
            <w:r>
              <w:rPr>
                <w:sz w:val="13"/>
              </w:rPr>
              <w:t>0.300</w:t>
            </w:r>
          </w:p>
        </w:tc>
        <w:tc>
          <w:tcPr>
            <w:tcW w:w="1040" w:type="dxa"/>
            <w:vAlign w:val="center"/>
          </w:tcPr>
          <w:p w14:paraId="27FE657A" w14:textId="77777777" w:rsidR="00F26C4D" w:rsidRDefault="00F26C4D" w:rsidP="00F72BFD">
            <w:pPr>
              <w:spacing w:line="240" w:lineRule="auto"/>
            </w:pPr>
            <w:r>
              <w:rPr>
                <w:sz w:val="13"/>
              </w:rPr>
              <w:t>48.0</w:t>
            </w:r>
          </w:p>
        </w:tc>
        <w:tc>
          <w:tcPr>
            <w:tcW w:w="1040" w:type="dxa"/>
            <w:vAlign w:val="center"/>
          </w:tcPr>
          <w:p w14:paraId="6587B257" w14:textId="77777777" w:rsidR="00F26C4D" w:rsidRDefault="00F26C4D" w:rsidP="00F72BFD">
            <w:pPr>
              <w:spacing w:line="240" w:lineRule="auto"/>
            </w:pPr>
            <w:r>
              <w:rPr>
                <w:sz w:val="13"/>
              </w:rPr>
              <w:t>-0.287 to 0.918</w:t>
            </w:r>
          </w:p>
        </w:tc>
        <w:tc>
          <w:tcPr>
            <w:tcW w:w="1040" w:type="dxa"/>
            <w:vAlign w:val="center"/>
          </w:tcPr>
          <w:p w14:paraId="21D19637" w14:textId="77777777" w:rsidR="00F26C4D" w:rsidRDefault="00F26C4D" w:rsidP="00F72BFD">
            <w:pPr>
              <w:spacing w:line="240" w:lineRule="auto"/>
            </w:pPr>
            <w:r>
              <w:rPr>
                <w:sz w:val="13"/>
              </w:rPr>
              <w:t>0.298</w:t>
            </w:r>
          </w:p>
        </w:tc>
      </w:tr>
      <w:tr w:rsidR="00F26C4D" w14:paraId="6A525E2E" w14:textId="77777777" w:rsidTr="00F72BFD">
        <w:trPr>
          <w:cantSplit/>
          <w:jc w:val="center"/>
        </w:trPr>
        <w:tc>
          <w:tcPr>
            <w:tcW w:w="1040" w:type="dxa"/>
            <w:vAlign w:val="center"/>
          </w:tcPr>
          <w:p w14:paraId="41062A97" w14:textId="77777777" w:rsidR="00F26C4D" w:rsidRDefault="00F26C4D" w:rsidP="00F72BFD">
            <w:pPr>
              <w:spacing w:line="240" w:lineRule="auto"/>
            </w:pPr>
            <w:r>
              <w:rPr>
                <w:sz w:val="13"/>
              </w:rPr>
              <w:t>Gram Positive</w:t>
            </w:r>
          </w:p>
        </w:tc>
        <w:tc>
          <w:tcPr>
            <w:tcW w:w="1040" w:type="dxa"/>
            <w:vAlign w:val="center"/>
          </w:tcPr>
          <w:p w14:paraId="249CB68E" w14:textId="77777777" w:rsidR="00F26C4D" w:rsidRDefault="00F26C4D" w:rsidP="00F72BFD">
            <w:pPr>
              <w:spacing w:line="240" w:lineRule="auto"/>
            </w:pPr>
            <w:r>
              <w:rPr>
                <w:sz w:val="13"/>
              </w:rPr>
              <w:t>Meadow</w:t>
            </w:r>
          </w:p>
        </w:tc>
        <w:tc>
          <w:tcPr>
            <w:tcW w:w="1040" w:type="dxa"/>
            <w:vAlign w:val="center"/>
          </w:tcPr>
          <w:p w14:paraId="2B142068" w14:textId="77777777" w:rsidR="00F26C4D" w:rsidRDefault="00F26C4D" w:rsidP="00F72BFD">
            <w:pPr>
              <w:spacing w:line="240" w:lineRule="auto"/>
            </w:pPr>
            <w:r>
              <w:rPr>
                <w:sz w:val="13"/>
              </w:rPr>
              <w:t>5-15</w:t>
            </w:r>
          </w:p>
        </w:tc>
        <w:tc>
          <w:tcPr>
            <w:tcW w:w="1040" w:type="dxa"/>
            <w:vAlign w:val="center"/>
          </w:tcPr>
          <w:p w14:paraId="3E2BFFD0" w14:textId="77777777" w:rsidR="00F26C4D" w:rsidRDefault="00F26C4D" w:rsidP="00F72BFD">
            <w:pPr>
              <w:spacing w:line="240" w:lineRule="auto"/>
            </w:pPr>
            <w:r>
              <w:rPr>
                <w:sz w:val="13"/>
              </w:rPr>
              <w:t>Day 40 - Day 0</w:t>
            </w:r>
          </w:p>
        </w:tc>
        <w:tc>
          <w:tcPr>
            <w:tcW w:w="1040" w:type="dxa"/>
            <w:vAlign w:val="center"/>
          </w:tcPr>
          <w:p w14:paraId="390193B9" w14:textId="77777777" w:rsidR="00F26C4D" w:rsidRDefault="00F26C4D" w:rsidP="00F72BFD">
            <w:pPr>
              <w:spacing w:line="240" w:lineRule="auto"/>
            </w:pPr>
            <w:r>
              <w:rPr>
                <w:sz w:val="13"/>
              </w:rPr>
              <w:t>-0.487</w:t>
            </w:r>
          </w:p>
        </w:tc>
        <w:tc>
          <w:tcPr>
            <w:tcW w:w="1040" w:type="dxa"/>
            <w:vAlign w:val="center"/>
          </w:tcPr>
          <w:p w14:paraId="0C8CECCA" w14:textId="77777777" w:rsidR="00F26C4D" w:rsidRDefault="00F26C4D" w:rsidP="00F72BFD">
            <w:pPr>
              <w:spacing w:line="240" w:lineRule="auto"/>
            </w:pPr>
            <w:r>
              <w:rPr>
                <w:sz w:val="13"/>
              </w:rPr>
              <w:t>0.300</w:t>
            </w:r>
          </w:p>
        </w:tc>
        <w:tc>
          <w:tcPr>
            <w:tcW w:w="1040" w:type="dxa"/>
            <w:vAlign w:val="center"/>
          </w:tcPr>
          <w:p w14:paraId="1564A6ED" w14:textId="77777777" w:rsidR="00F26C4D" w:rsidRDefault="00F26C4D" w:rsidP="00F72BFD">
            <w:pPr>
              <w:spacing w:line="240" w:lineRule="auto"/>
            </w:pPr>
            <w:r>
              <w:rPr>
                <w:sz w:val="13"/>
              </w:rPr>
              <w:t>48.0</w:t>
            </w:r>
          </w:p>
        </w:tc>
        <w:tc>
          <w:tcPr>
            <w:tcW w:w="1040" w:type="dxa"/>
            <w:vAlign w:val="center"/>
          </w:tcPr>
          <w:p w14:paraId="516485A6" w14:textId="77777777" w:rsidR="00F26C4D" w:rsidRDefault="00F26C4D" w:rsidP="00F72BFD">
            <w:pPr>
              <w:spacing w:line="240" w:lineRule="auto"/>
            </w:pPr>
            <w:r>
              <w:rPr>
                <w:sz w:val="13"/>
              </w:rPr>
              <w:t>-1.090 to 0.115</w:t>
            </w:r>
          </w:p>
        </w:tc>
        <w:tc>
          <w:tcPr>
            <w:tcW w:w="1040" w:type="dxa"/>
            <w:vAlign w:val="center"/>
          </w:tcPr>
          <w:p w14:paraId="186809F3" w14:textId="77777777" w:rsidR="00F26C4D" w:rsidRDefault="00F26C4D" w:rsidP="00F72BFD">
            <w:pPr>
              <w:spacing w:line="240" w:lineRule="auto"/>
            </w:pPr>
            <w:r>
              <w:rPr>
                <w:sz w:val="13"/>
              </w:rPr>
              <w:t>0.110</w:t>
            </w:r>
          </w:p>
        </w:tc>
      </w:tr>
      <w:tr w:rsidR="00F26C4D" w14:paraId="7F534F6E" w14:textId="77777777" w:rsidTr="00F72BFD">
        <w:trPr>
          <w:cantSplit/>
          <w:jc w:val="center"/>
        </w:trPr>
        <w:tc>
          <w:tcPr>
            <w:tcW w:w="1040" w:type="dxa"/>
            <w:vAlign w:val="center"/>
          </w:tcPr>
          <w:p w14:paraId="74F3FFAC" w14:textId="77777777" w:rsidR="00F26C4D" w:rsidRDefault="00F26C4D" w:rsidP="00F72BFD">
            <w:pPr>
              <w:spacing w:line="240" w:lineRule="auto"/>
            </w:pPr>
            <w:r>
              <w:rPr>
                <w:sz w:val="13"/>
              </w:rPr>
              <w:t>Gram Positive</w:t>
            </w:r>
          </w:p>
        </w:tc>
        <w:tc>
          <w:tcPr>
            <w:tcW w:w="1040" w:type="dxa"/>
            <w:vAlign w:val="center"/>
          </w:tcPr>
          <w:p w14:paraId="4FA45814" w14:textId="77777777" w:rsidR="00F26C4D" w:rsidRDefault="00F26C4D" w:rsidP="00F72BFD">
            <w:pPr>
              <w:spacing w:line="240" w:lineRule="auto"/>
            </w:pPr>
            <w:r>
              <w:rPr>
                <w:sz w:val="13"/>
              </w:rPr>
              <w:t>Swamp meadow</w:t>
            </w:r>
          </w:p>
        </w:tc>
        <w:tc>
          <w:tcPr>
            <w:tcW w:w="1040" w:type="dxa"/>
            <w:vAlign w:val="center"/>
          </w:tcPr>
          <w:p w14:paraId="6ED3D500" w14:textId="77777777" w:rsidR="00F26C4D" w:rsidRDefault="00F26C4D" w:rsidP="00F72BFD">
            <w:pPr>
              <w:spacing w:line="240" w:lineRule="auto"/>
            </w:pPr>
            <w:r>
              <w:rPr>
                <w:sz w:val="13"/>
              </w:rPr>
              <w:t>15-30</w:t>
            </w:r>
          </w:p>
        </w:tc>
        <w:tc>
          <w:tcPr>
            <w:tcW w:w="1040" w:type="dxa"/>
            <w:vAlign w:val="center"/>
          </w:tcPr>
          <w:p w14:paraId="4F9F43C1" w14:textId="77777777" w:rsidR="00F26C4D" w:rsidRDefault="00F26C4D" w:rsidP="00F72BFD">
            <w:pPr>
              <w:spacing w:line="240" w:lineRule="auto"/>
            </w:pPr>
            <w:r>
              <w:rPr>
                <w:sz w:val="13"/>
              </w:rPr>
              <w:t>Day 13 - Day 0</w:t>
            </w:r>
          </w:p>
        </w:tc>
        <w:tc>
          <w:tcPr>
            <w:tcW w:w="1040" w:type="dxa"/>
            <w:vAlign w:val="center"/>
          </w:tcPr>
          <w:p w14:paraId="2BF72C8A" w14:textId="77777777" w:rsidR="00F26C4D" w:rsidRDefault="00F26C4D" w:rsidP="00F72BFD">
            <w:pPr>
              <w:spacing w:line="240" w:lineRule="auto"/>
            </w:pPr>
            <w:r>
              <w:rPr>
                <w:sz w:val="13"/>
              </w:rPr>
              <w:t>-1.367</w:t>
            </w:r>
          </w:p>
        </w:tc>
        <w:tc>
          <w:tcPr>
            <w:tcW w:w="1040" w:type="dxa"/>
            <w:vAlign w:val="center"/>
          </w:tcPr>
          <w:p w14:paraId="4474736A" w14:textId="77777777" w:rsidR="00F26C4D" w:rsidRDefault="00F26C4D" w:rsidP="00F72BFD">
            <w:pPr>
              <w:spacing w:line="240" w:lineRule="auto"/>
            </w:pPr>
            <w:r>
              <w:rPr>
                <w:sz w:val="13"/>
              </w:rPr>
              <w:t>0.300</w:t>
            </w:r>
          </w:p>
        </w:tc>
        <w:tc>
          <w:tcPr>
            <w:tcW w:w="1040" w:type="dxa"/>
            <w:vAlign w:val="center"/>
          </w:tcPr>
          <w:p w14:paraId="427C75B6" w14:textId="77777777" w:rsidR="00F26C4D" w:rsidRDefault="00F26C4D" w:rsidP="00F72BFD">
            <w:pPr>
              <w:spacing w:line="240" w:lineRule="auto"/>
            </w:pPr>
            <w:r>
              <w:rPr>
                <w:sz w:val="13"/>
              </w:rPr>
              <w:t>48.0</w:t>
            </w:r>
          </w:p>
        </w:tc>
        <w:tc>
          <w:tcPr>
            <w:tcW w:w="1040" w:type="dxa"/>
            <w:vAlign w:val="center"/>
          </w:tcPr>
          <w:p w14:paraId="3BBC968B" w14:textId="77777777" w:rsidR="00F26C4D" w:rsidRDefault="00F26C4D" w:rsidP="00F72BFD">
            <w:pPr>
              <w:spacing w:line="240" w:lineRule="auto"/>
            </w:pPr>
            <w:r>
              <w:rPr>
                <w:sz w:val="13"/>
              </w:rPr>
              <w:t>-1.969 to -0.764</w:t>
            </w:r>
          </w:p>
        </w:tc>
        <w:tc>
          <w:tcPr>
            <w:tcW w:w="1040" w:type="dxa"/>
            <w:vAlign w:val="center"/>
          </w:tcPr>
          <w:p w14:paraId="4CE81AA7" w14:textId="77777777" w:rsidR="00F26C4D" w:rsidRDefault="00F26C4D" w:rsidP="00F72BFD">
            <w:pPr>
              <w:spacing w:line="240" w:lineRule="auto"/>
            </w:pPr>
            <w:r>
              <w:rPr>
                <w:sz w:val="13"/>
              </w:rPr>
              <w:t>3.55e-05</w:t>
            </w:r>
          </w:p>
        </w:tc>
      </w:tr>
      <w:tr w:rsidR="00F26C4D" w14:paraId="38741004" w14:textId="77777777" w:rsidTr="00F72BFD">
        <w:trPr>
          <w:cantSplit/>
          <w:jc w:val="center"/>
        </w:trPr>
        <w:tc>
          <w:tcPr>
            <w:tcW w:w="1040" w:type="dxa"/>
            <w:vAlign w:val="center"/>
          </w:tcPr>
          <w:p w14:paraId="3A1B3C34" w14:textId="77777777" w:rsidR="00F26C4D" w:rsidRDefault="00F26C4D" w:rsidP="00F72BFD">
            <w:pPr>
              <w:spacing w:line="240" w:lineRule="auto"/>
            </w:pPr>
            <w:r>
              <w:rPr>
                <w:sz w:val="13"/>
              </w:rPr>
              <w:t>Gram Positive</w:t>
            </w:r>
          </w:p>
        </w:tc>
        <w:tc>
          <w:tcPr>
            <w:tcW w:w="1040" w:type="dxa"/>
            <w:vAlign w:val="center"/>
          </w:tcPr>
          <w:p w14:paraId="41E15981" w14:textId="77777777" w:rsidR="00F26C4D" w:rsidRDefault="00F26C4D" w:rsidP="00F72BFD">
            <w:pPr>
              <w:spacing w:line="240" w:lineRule="auto"/>
            </w:pPr>
            <w:r>
              <w:rPr>
                <w:sz w:val="13"/>
              </w:rPr>
              <w:t>Swamp meadow</w:t>
            </w:r>
          </w:p>
        </w:tc>
        <w:tc>
          <w:tcPr>
            <w:tcW w:w="1040" w:type="dxa"/>
            <w:vAlign w:val="center"/>
          </w:tcPr>
          <w:p w14:paraId="7D336FB1" w14:textId="77777777" w:rsidR="00F26C4D" w:rsidRDefault="00F26C4D" w:rsidP="00F72BFD">
            <w:pPr>
              <w:spacing w:line="240" w:lineRule="auto"/>
            </w:pPr>
            <w:r>
              <w:rPr>
                <w:sz w:val="13"/>
              </w:rPr>
              <w:t>15-30</w:t>
            </w:r>
          </w:p>
        </w:tc>
        <w:tc>
          <w:tcPr>
            <w:tcW w:w="1040" w:type="dxa"/>
            <w:vAlign w:val="center"/>
          </w:tcPr>
          <w:p w14:paraId="3950E498" w14:textId="77777777" w:rsidR="00F26C4D" w:rsidRDefault="00F26C4D" w:rsidP="00F72BFD">
            <w:pPr>
              <w:spacing w:line="240" w:lineRule="auto"/>
            </w:pPr>
            <w:r>
              <w:rPr>
                <w:sz w:val="13"/>
              </w:rPr>
              <w:t>Day 40 - Day 0</w:t>
            </w:r>
          </w:p>
        </w:tc>
        <w:tc>
          <w:tcPr>
            <w:tcW w:w="1040" w:type="dxa"/>
            <w:vAlign w:val="center"/>
          </w:tcPr>
          <w:p w14:paraId="6F5E6878" w14:textId="77777777" w:rsidR="00F26C4D" w:rsidRDefault="00F26C4D" w:rsidP="00F72BFD">
            <w:pPr>
              <w:spacing w:line="240" w:lineRule="auto"/>
            </w:pPr>
            <w:r>
              <w:rPr>
                <w:sz w:val="13"/>
              </w:rPr>
              <w:t>-1.535</w:t>
            </w:r>
          </w:p>
        </w:tc>
        <w:tc>
          <w:tcPr>
            <w:tcW w:w="1040" w:type="dxa"/>
            <w:vAlign w:val="center"/>
          </w:tcPr>
          <w:p w14:paraId="13DAA7DA" w14:textId="77777777" w:rsidR="00F26C4D" w:rsidRDefault="00F26C4D" w:rsidP="00F72BFD">
            <w:pPr>
              <w:spacing w:line="240" w:lineRule="auto"/>
            </w:pPr>
            <w:r>
              <w:rPr>
                <w:sz w:val="13"/>
              </w:rPr>
              <w:t>0.300</w:t>
            </w:r>
          </w:p>
        </w:tc>
        <w:tc>
          <w:tcPr>
            <w:tcW w:w="1040" w:type="dxa"/>
            <w:vAlign w:val="center"/>
          </w:tcPr>
          <w:p w14:paraId="46660B2B" w14:textId="77777777" w:rsidR="00F26C4D" w:rsidRDefault="00F26C4D" w:rsidP="00F72BFD">
            <w:pPr>
              <w:spacing w:line="240" w:lineRule="auto"/>
            </w:pPr>
            <w:r>
              <w:rPr>
                <w:sz w:val="13"/>
              </w:rPr>
              <w:t>48.0</w:t>
            </w:r>
          </w:p>
        </w:tc>
        <w:tc>
          <w:tcPr>
            <w:tcW w:w="1040" w:type="dxa"/>
            <w:vAlign w:val="center"/>
          </w:tcPr>
          <w:p w14:paraId="53C75A92" w14:textId="77777777" w:rsidR="00F26C4D" w:rsidRDefault="00F26C4D" w:rsidP="00F72BFD">
            <w:pPr>
              <w:spacing w:line="240" w:lineRule="auto"/>
            </w:pPr>
            <w:r>
              <w:rPr>
                <w:sz w:val="13"/>
              </w:rPr>
              <w:t>-2.137 to -0.932</w:t>
            </w:r>
          </w:p>
        </w:tc>
        <w:tc>
          <w:tcPr>
            <w:tcW w:w="1040" w:type="dxa"/>
            <w:vAlign w:val="center"/>
          </w:tcPr>
          <w:p w14:paraId="21EA66BC" w14:textId="77777777" w:rsidR="00F26C4D" w:rsidRDefault="00F26C4D" w:rsidP="00F72BFD">
            <w:pPr>
              <w:spacing w:line="240" w:lineRule="auto"/>
            </w:pPr>
            <w:r>
              <w:rPr>
                <w:sz w:val="13"/>
              </w:rPr>
              <w:t>5.34e-06</w:t>
            </w:r>
          </w:p>
        </w:tc>
      </w:tr>
      <w:tr w:rsidR="00F26C4D" w14:paraId="411CA6DB" w14:textId="77777777" w:rsidTr="00F72BFD">
        <w:trPr>
          <w:cantSplit/>
          <w:jc w:val="center"/>
        </w:trPr>
        <w:tc>
          <w:tcPr>
            <w:tcW w:w="1040" w:type="dxa"/>
            <w:vAlign w:val="center"/>
          </w:tcPr>
          <w:p w14:paraId="57973B80" w14:textId="77777777" w:rsidR="00F26C4D" w:rsidRDefault="00F26C4D" w:rsidP="00F72BFD">
            <w:pPr>
              <w:spacing w:line="240" w:lineRule="auto"/>
            </w:pPr>
            <w:r>
              <w:rPr>
                <w:sz w:val="13"/>
              </w:rPr>
              <w:t>Gram Positive</w:t>
            </w:r>
          </w:p>
        </w:tc>
        <w:tc>
          <w:tcPr>
            <w:tcW w:w="1040" w:type="dxa"/>
            <w:vAlign w:val="center"/>
          </w:tcPr>
          <w:p w14:paraId="5FD2735E" w14:textId="77777777" w:rsidR="00F26C4D" w:rsidRDefault="00F26C4D" w:rsidP="00F72BFD">
            <w:pPr>
              <w:spacing w:line="240" w:lineRule="auto"/>
            </w:pPr>
            <w:r>
              <w:rPr>
                <w:sz w:val="13"/>
              </w:rPr>
              <w:t>Meadow</w:t>
            </w:r>
          </w:p>
        </w:tc>
        <w:tc>
          <w:tcPr>
            <w:tcW w:w="1040" w:type="dxa"/>
            <w:vAlign w:val="center"/>
          </w:tcPr>
          <w:p w14:paraId="27A0BD22" w14:textId="77777777" w:rsidR="00F26C4D" w:rsidRDefault="00F26C4D" w:rsidP="00F72BFD">
            <w:pPr>
              <w:spacing w:line="240" w:lineRule="auto"/>
            </w:pPr>
            <w:r>
              <w:rPr>
                <w:sz w:val="13"/>
              </w:rPr>
              <w:t>15-30</w:t>
            </w:r>
          </w:p>
        </w:tc>
        <w:tc>
          <w:tcPr>
            <w:tcW w:w="1040" w:type="dxa"/>
            <w:vAlign w:val="center"/>
          </w:tcPr>
          <w:p w14:paraId="5C848EFA" w14:textId="77777777" w:rsidR="00F26C4D" w:rsidRDefault="00F26C4D" w:rsidP="00F72BFD">
            <w:pPr>
              <w:spacing w:line="240" w:lineRule="auto"/>
            </w:pPr>
            <w:r>
              <w:rPr>
                <w:sz w:val="13"/>
              </w:rPr>
              <w:t>Day 13 - Day 0</w:t>
            </w:r>
          </w:p>
        </w:tc>
        <w:tc>
          <w:tcPr>
            <w:tcW w:w="1040" w:type="dxa"/>
            <w:vAlign w:val="center"/>
          </w:tcPr>
          <w:p w14:paraId="646DED8D" w14:textId="77777777" w:rsidR="00F26C4D" w:rsidRDefault="00F26C4D" w:rsidP="00F72BFD">
            <w:pPr>
              <w:spacing w:line="240" w:lineRule="auto"/>
            </w:pPr>
            <w:r>
              <w:rPr>
                <w:sz w:val="13"/>
              </w:rPr>
              <w:t>0.883</w:t>
            </w:r>
          </w:p>
        </w:tc>
        <w:tc>
          <w:tcPr>
            <w:tcW w:w="1040" w:type="dxa"/>
            <w:vAlign w:val="center"/>
          </w:tcPr>
          <w:p w14:paraId="683F272B" w14:textId="77777777" w:rsidR="00F26C4D" w:rsidRDefault="00F26C4D" w:rsidP="00F72BFD">
            <w:pPr>
              <w:spacing w:line="240" w:lineRule="auto"/>
            </w:pPr>
            <w:r>
              <w:rPr>
                <w:sz w:val="13"/>
              </w:rPr>
              <w:t>0.300</w:t>
            </w:r>
          </w:p>
        </w:tc>
        <w:tc>
          <w:tcPr>
            <w:tcW w:w="1040" w:type="dxa"/>
            <w:vAlign w:val="center"/>
          </w:tcPr>
          <w:p w14:paraId="59CE7A81" w14:textId="77777777" w:rsidR="00F26C4D" w:rsidRDefault="00F26C4D" w:rsidP="00F72BFD">
            <w:pPr>
              <w:spacing w:line="240" w:lineRule="auto"/>
            </w:pPr>
            <w:r>
              <w:rPr>
                <w:sz w:val="13"/>
              </w:rPr>
              <w:t>48.0</w:t>
            </w:r>
          </w:p>
        </w:tc>
        <w:tc>
          <w:tcPr>
            <w:tcW w:w="1040" w:type="dxa"/>
            <w:vAlign w:val="center"/>
          </w:tcPr>
          <w:p w14:paraId="613E978E" w14:textId="77777777" w:rsidR="00F26C4D" w:rsidRDefault="00F26C4D" w:rsidP="00F72BFD">
            <w:pPr>
              <w:spacing w:line="240" w:lineRule="auto"/>
            </w:pPr>
            <w:r>
              <w:rPr>
                <w:sz w:val="13"/>
              </w:rPr>
              <w:t>0.280 to 1.485</w:t>
            </w:r>
          </w:p>
        </w:tc>
        <w:tc>
          <w:tcPr>
            <w:tcW w:w="1040" w:type="dxa"/>
            <w:vAlign w:val="center"/>
          </w:tcPr>
          <w:p w14:paraId="3949039E" w14:textId="77777777" w:rsidR="00F26C4D" w:rsidRDefault="00F26C4D" w:rsidP="00F72BFD">
            <w:pPr>
              <w:spacing w:line="240" w:lineRule="auto"/>
            </w:pPr>
            <w:r>
              <w:rPr>
                <w:sz w:val="13"/>
              </w:rPr>
              <w:t>0.005</w:t>
            </w:r>
          </w:p>
        </w:tc>
      </w:tr>
      <w:tr w:rsidR="00F26C4D" w14:paraId="00BF83FC" w14:textId="77777777" w:rsidTr="00F72BFD">
        <w:trPr>
          <w:cantSplit/>
          <w:jc w:val="center"/>
        </w:trPr>
        <w:tc>
          <w:tcPr>
            <w:tcW w:w="1040" w:type="dxa"/>
            <w:vAlign w:val="center"/>
          </w:tcPr>
          <w:p w14:paraId="0339ECF7" w14:textId="77777777" w:rsidR="00F26C4D" w:rsidRDefault="00F26C4D" w:rsidP="00F72BFD">
            <w:pPr>
              <w:spacing w:line="240" w:lineRule="auto"/>
            </w:pPr>
            <w:r>
              <w:rPr>
                <w:sz w:val="13"/>
              </w:rPr>
              <w:t>Gram Positive</w:t>
            </w:r>
          </w:p>
        </w:tc>
        <w:tc>
          <w:tcPr>
            <w:tcW w:w="1040" w:type="dxa"/>
            <w:vAlign w:val="center"/>
          </w:tcPr>
          <w:p w14:paraId="60446531" w14:textId="77777777" w:rsidR="00F26C4D" w:rsidRDefault="00F26C4D" w:rsidP="00F72BFD">
            <w:pPr>
              <w:spacing w:line="240" w:lineRule="auto"/>
            </w:pPr>
            <w:r>
              <w:rPr>
                <w:sz w:val="13"/>
              </w:rPr>
              <w:t>Meadow</w:t>
            </w:r>
          </w:p>
        </w:tc>
        <w:tc>
          <w:tcPr>
            <w:tcW w:w="1040" w:type="dxa"/>
            <w:vAlign w:val="center"/>
          </w:tcPr>
          <w:p w14:paraId="3AEB021D" w14:textId="77777777" w:rsidR="00F26C4D" w:rsidRDefault="00F26C4D" w:rsidP="00F72BFD">
            <w:pPr>
              <w:spacing w:line="240" w:lineRule="auto"/>
            </w:pPr>
            <w:r>
              <w:rPr>
                <w:sz w:val="13"/>
              </w:rPr>
              <w:t>15-30</w:t>
            </w:r>
          </w:p>
        </w:tc>
        <w:tc>
          <w:tcPr>
            <w:tcW w:w="1040" w:type="dxa"/>
            <w:vAlign w:val="center"/>
          </w:tcPr>
          <w:p w14:paraId="64BCDFEF" w14:textId="77777777" w:rsidR="00F26C4D" w:rsidRDefault="00F26C4D" w:rsidP="00F72BFD">
            <w:pPr>
              <w:spacing w:line="240" w:lineRule="auto"/>
            </w:pPr>
            <w:r>
              <w:rPr>
                <w:sz w:val="13"/>
              </w:rPr>
              <w:t>Day 40 - Day 0</w:t>
            </w:r>
          </w:p>
        </w:tc>
        <w:tc>
          <w:tcPr>
            <w:tcW w:w="1040" w:type="dxa"/>
            <w:vAlign w:val="center"/>
          </w:tcPr>
          <w:p w14:paraId="3CE7C604" w14:textId="77777777" w:rsidR="00F26C4D" w:rsidRDefault="00F26C4D" w:rsidP="00F72BFD">
            <w:pPr>
              <w:spacing w:line="240" w:lineRule="auto"/>
            </w:pPr>
            <w:r>
              <w:rPr>
                <w:sz w:val="13"/>
              </w:rPr>
              <w:t>-0.193</w:t>
            </w:r>
          </w:p>
        </w:tc>
        <w:tc>
          <w:tcPr>
            <w:tcW w:w="1040" w:type="dxa"/>
            <w:vAlign w:val="center"/>
          </w:tcPr>
          <w:p w14:paraId="22A45A67" w14:textId="77777777" w:rsidR="00F26C4D" w:rsidRDefault="00F26C4D" w:rsidP="00F72BFD">
            <w:pPr>
              <w:spacing w:line="240" w:lineRule="auto"/>
            </w:pPr>
            <w:r>
              <w:rPr>
                <w:sz w:val="13"/>
              </w:rPr>
              <w:t>0.300</w:t>
            </w:r>
          </w:p>
        </w:tc>
        <w:tc>
          <w:tcPr>
            <w:tcW w:w="1040" w:type="dxa"/>
            <w:vAlign w:val="center"/>
          </w:tcPr>
          <w:p w14:paraId="162CD7D2" w14:textId="77777777" w:rsidR="00F26C4D" w:rsidRDefault="00F26C4D" w:rsidP="00F72BFD">
            <w:pPr>
              <w:spacing w:line="240" w:lineRule="auto"/>
            </w:pPr>
            <w:r>
              <w:rPr>
                <w:sz w:val="13"/>
              </w:rPr>
              <w:t>48.0</w:t>
            </w:r>
          </w:p>
        </w:tc>
        <w:tc>
          <w:tcPr>
            <w:tcW w:w="1040" w:type="dxa"/>
            <w:vAlign w:val="center"/>
          </w:tcPr>
          <w:p w14:paraId="516041D2" w14:textId="77777777" w:rsidR="00F26C4D" w:rsidRDefault="00F26C4D" w:rsidP="00F72BFD">
            <w:pPr>
              <w:spacing w:line="240" w:lineRule="auto"/>
            </w:pPr>
            <w:r>
              <w:rPr>
                <w:sz w:val="13"/>
              </w:rPr>
              <w:t>-0.796 to 0.409</w:t>
            </w:r>
          </w:p>
        </w:tc>
        <w:tc>
          <w:tcPr>
            <w:tcW w:w="1040" w:type="dxa"/>
            <w:vAlign w:val="center"/>
          </w:tcPr>
          <w:p w14:paraId="74C9E768" w14:textId="77777777" w:rsidR="00F26C4D" w:rsidRDefault="00F26C4D" w:rsidP="00F72BFD">
            <w:pPr>
              <w:spacing w:line="240" w:lineRule="auto"/>
            </w:pPr>
            <w:r>
              <w:rPr>
                <w:sz w:val="13"/>
              </w:rPr>
              <w:t>0.522</w:t>
            </w:r>
          </w:p>
        </w:tc>
      </w:tr>
      <w:tr w:rsidR="00F26C4D" w14:paraId="4C7E7427" w14:textId="77777777" w:rsidTr="00F72BFD">
        <w:trPr>
          <w:cantSplit/>
          <w:jc w:val="center"/>
        </w:trPr>
        <w:tc>
          <w:tcPr>
            <w:tcW w:w="1040" w:type="dxa"/>
            <w:vAlign w:val="center"/>
          </w:tcPr>
          <w:p w14:paraId="4E37101F" w14:textId="77777777" w:rsidR="00F26C4D" w:rsidRDefault="00F26C4D" w:rsidP="00F72BFD">
            <w:pPr>
              <w:spacing w:line="240" w:lineRule="auto"/>
            </w:pPr>
            <w:r>
              <w:rPr>
                <w:sz w:val="13"/>
              </w:rPr>
              <w:t>F:B</w:t>
            </w:r>
          </w:p>
        </w:tc>
        <w:tc>
          <w:tcPr>
            <w:tcW w:w="1040" w:type="dxa"/>
            <w:vAlign w:val="center"/>
          </w:tcPr>
          <w:p w14:paraId="31724A3C" w14:textId="77777777" w:rsidR="00F26C4D" w:rsidRDefault="00F26C4D" w:rsidP="00F72BFD">
            <w:pPr>
              <w:spacing w:line="240" w:lineRule="auto"/>
            </w:pPr>
            <w:r>
              <w:rPr>
                <w:sz w:val="13"/>
              </w:rPr>
              <w:t>Swamp meadow</w:t>
            </w:r>
          </w:p>
        </w:tc>
        <w:tc>
          <w:tcPr>
            <w:tcW w:w="1040" w:type="dxa"/>
            <w:vAlign w:val="center"/>
          </w:tcPr>
          <w:p w14:paraId="08969DFE" w14:textId="77777777" w:rsidR="00F26C4D" w:rsidRDefault="00F26C4D" w:rsidP="00F72BFD">
            <w:pPr>
              <w:spacing w:line="240" w:lineRule="auto"/>
            </w:pPr>
            <w:r>
              <w:rPr>
                <w:sz w:val="13"/>
              </w:rPr>
              <w:t>0-5</w:t>
            </w:r>
          </w:p>
        </w:tc>
        <w:tc>
          <w:tcPr>
            <w:tcW w:w="1040" w:type="dxa"/>
            <w:vAlign w:val="center"/>
          </w:tcPr>
          <w:p w14:paraId="1537C39C" w14:textId="77777777" w:rsidR="00F26C4D" w:rsidRDefault="00F26C4D" w:rsidP="00F72BFD">
            <w:pPr>
              <w:spacing w:line="240" w:lineRule="auto"/>
            </w:pPr>
            <w:r>
              <w:rPr>
                <w:sz w:val="13"/>
              </w:rPr>
              <w:t>Day 13 - Day 0</w:t>
            </w:r>
          </w:p>
        </w:tc>
        <w:tc>
          <w:tcPr>
            <w:tcW w:w="1040" w:type="dxa"/>
            <w:vAlign w:val="center"/>
          </w:tcPr>
          <w:p w14:paraId="17580334" w14:textId="77777777" w:rsidR="00F26C4D" w:rsidRDefault="00F26C4D" w:rsidP="00F72BFD">
            <w:pPr>
              <w:spacing w:line="240" w:lineRule="auto"/>
            </w:pPr>
            <w:r>
              <w:rPr>
                <w:sz w:val="13"/>
              </w:rPr>
              <w:t>0.998</w:t>
            </w:r>
          </w:p>
        </w:tc>
        <w:tc>
          <w:tcPr>
            <w:tcW w:w="1040" w:type="dxa"/>
            <w:vAlign w:val="center"/>
          </w:tcPr>
          <w:p w14:paraId="267F98F7" w14:textId="77777777" w:rsidR="00F26C4D" w:rsidRDefault="00F26C4D" w:rsidP="00F72BFD">
            <w:pPr>
              <w:spacing w:line="240" w:lineRule="auto"/>
            </w:pPr>
            <w:r>
              <w:rPr>
                <w:sz w:val="13"/>
              </w:rPr>
              <w:t>0.276</w:t>
            </w:r>
          </w:p>
        </w:tc>
        <w:tc>
          <w:tcPr>
            <w:tcW w:w="1040" w:type="dxa"/>
            <w:vAlign w:val="center"/>
          </w:tcPr>
          <w:p w14:paraId="081C029E" w14:textId="77777777" w:rsidR="00F26C4D" w:rsidRDefault="00F26C4D" w:rsidP="00F72BFD">
            <w:pPr>
              <w:spacing w:line="240" w:lineRule="auto"/>
            </w:pPr>
            <w:r>
              <w:rPr>
                <w:sz w:val="13"/>
              </w:rPr>
              <w:t>48.0</w:t>
            </w:r>
          </w:p>
        </w:tc>
        <w:tc>
          <w:tcPr>
            <w:tcW w:w="1040" w:type="dxa"/>
            <w:vAlign w:val="center"/>
          </w:tcPr>
          <w:p w14:paraId="359D146E" w14:textId="77777777" w:rsidR="00F26C4D" w:rsidRDefault="00F26C4D" w:rsidP="00F72BFD">
            <w:pPr>
              <w:spacing w:line="240" w:lineRule="auto"/>
            </w:pPr>
            <w:r>
              <w:rPr>
                <w:sz w:val="13"/>
              </w:rPr>
              <w:t>0.443 to 1.554</w:t>
            </w:r>
          </w:p>
        </w:tc>
        <w:tc>
          <w:tcPr>
            <w:tcW w:w="1040" w:type="dxa"/>
            <w:vAlign w:val="center"/>
          </w:tcPr>
          <w:p w14:paraId="6625A02B" w14:textId="77777777" w:rsidR="00F26C4D" w:rsidRDefault="00F26C4D" w:rsidP="00F72BFD">
            <w:pPr>
              <w:spacing w:line="240" w:lineRule="auto"/>
            </w:pPr>
            <w:r>
              <w:rPr>
                <w:sz w:val="13"/>
              </w:rPr>
              <w:t>7.25e-04</w:t>
            </w:r>
          </w:p>
        </w:tc>
      </w:tr>
      <w:tr w:rsidR="00F26C4D" w14:paraId="27D2B4F3" w14:textId="77777777" w:rsidTr="00F72BFD">
        <w:trPr>
          <w:cantSplit/>
          <w:jc w:val="center"/>
        </w:trPr>
        <w:tc>
          <w:tcPr>
            <w:tcW w:w="1040" w:type="dxa"/>
            <w:vAlign w:val="center"/>
          </w:tcPr>
          <w:p w14:paraId="2A3AD08A" w14:textId="77777777" w:rsidR="00F26C4D" w:rsidRDefault="00F26C4D" w:rsidP="00F72BFD">
            <w:pPr>
              <w:spacing w:line="240" w:lineRule="auto"/>
            </w:pPr>
            <w:r>
              <w:rPr>
                <w:sz w:val="13"/>
              </w:rPr>
              <w:t>F:B</w:t>
            </w:r>
          </w:p>
        </w:tc>
        <w:tc>
          <w:tcPr>
            <w:tcW w:w="1040" w:type="dxa"/>
            <w:vAlign w:val="center"/>
          </w:tcPr>
          <w:p w14:paraId="2D5F05D7" w14:textId="77777777" w:rsidR="00F26C4D" w:rsidRDefault="00F26C4D" w:rsidP="00F72BFD">
            <w:pPr>
              <w:spacing w:line="240" w:lineRule="auto"/>
            </w:pPr>
            <w:r>
              <w:rPr>
                <w:sz w:val="13"/>
              </w:rPr>
              <w:t>Swamp meadow</w:t>
            </w:r>
          </w:p>
        </w:tc>
        <w:tc>
          <w:tcPr>
            <w:tcW w:w="1040" w:type="dxa"/>
            <w:vAlign w:val="center"/>
          </w:tcPr>
          <w:p w14:paraId="316FDC6D" w14:textId="77777777" w:rsidR="00F26C4D" w:rsidRDefault="00F26C4D" w:rsidP="00F72BFD">
            <w:pPr>
              <w:spacing w:line="240" w:lineRule="auto"/>
            </w:pPr>
            <w:r>
              <w:rPr>
                <w:sz w:val="13"/>
              </w:rPr>
              <w:t>0-5</w:t>
            </w:r>
          </w:p>
        </w:tc>
        <w:tc>
          <w:tcPr>
            <w:tcW w:w="1040" w:type="dxa"/>
            <w:vAlign w:val="center"/>
          </w:tcPr>
          <w:p w14:paraId="2B681AD7" w14:textId="77777777" w:rsidR="00F26C4D" w:rsidRDefault="00F26C4D" w:rsidP="00F72BFD">
            <w:pPr>
              <w:spacing w:line="240" w:lineRule="auto"/>
            </w:pPr>
            <w:r>
              <w:rPr>
                <w:sz w:val="13"/>
              </w:rPr>
              <w:t>Day 40 - Day 0</w:t>
            </w:r>
          </w:p>
        </w:tc>
        <w:tc>
          <w:tcPr>
            <w:tcW w:w="1040" w:type="dxa"/>
            <w:vAlign w:val="center"/>
          </w:tcPr>
          <w:p w14:paraId="53DA6A65" w14:textId="77777777" w:rsidR="00F26C4D" w:rsidRDefault="00F26C4D" w:rsidP="00F72BFD">
            <w:pPr>
              <w:spacing w:line="240" w:lineRule="auto"/>
            </w:pPr>
            <w:r>
              <w:rPr>
                <w:sz w:val="13"/>
              </w:rPr>
              <w:t>0.947</w:t>
            </w:r>
          </w:p>
        </w:tc>
        <w:tc>
          <w:tcPr>
            <w:tcW w:w="1040" w:type="dxa"/>
            <w:vAlign w:val="center"/>
          </w:tcPr>
          <w:p w14:paraId="7D3078AF" w14:textId="77777777" w:rsidR="00F26C4D" w:rsidRDefault="00F26C4D" w:rsidP="00F72BFD">
            <w:pPr>
              <w:spacing w:line="240" w:lineRule="auto"/>
            </w:pPr>
            <w:r>
              <w:rPr>
                <w:sz w:val="13"/>
              </w:rPr>
              <w:t>0.276</w:t>
            </w:r>
          </w:p>
        </w:tc>
        <w:tc>
          <w:tcPr>
            <w:tcW w:w="1040" w:type="dxa"/>
            <w:vAlign w:val="center"/>
          </w:tcPr>
          <w:p w14:paraId="4792C32A" w14:textId="77777777" w:rsidR="00F26C4D" w:rsidRDefault="00F26C4D" w:rsidP="00F72BFD">
            <w:pPr>
              <w:spacing w:line="240" w:lineRule="auto"/>
            </w:pPr>
            <w:r>
              <w:rPr>
                <w:sz w:val="13"/>
              </w:rPr>
              <w:t>48.0</w:t>
            </w:r>
          </w:p>
        </w:tc>
        <w:tc>
          <w:tcPr>
            <w:tcW w:w="1040" w:type="dxa"/>
            <w:vAlign w:val="center"/>
          </w:tcPr>
          <w:p w14:paraId="64560A2E" w14:textId="77777777" w:rsidR="00F26C4D" w:rsidRDefault="00F26C4D" w:rsidP="00F72BFD">
            <w:pPr>
              <w:spacing w:line="240" w:lineRule="auto"/>
            </w:pPr>
            <w:r>
              <w:rPr>
                <w:sz w:val="13"/>
              </w:rPr>
              <w:t>0.391 to 1.502</w:t>
            </w:r>
          </w:p>
        </w:tc>
        <w:tc>
          <w:tcPr>
            <w:tcW w:w="1040" w:type="dxa"/>
            <w:vAlign w:val="center"/>
          </w:tcPr>
          <w:p w14:paraId="53D18471" w14:textId="77777777" w:rsidR="00F26C4D" w:rsidRDefault="00F26C4D" w:rsidP="00F72BFD">
            <w:pPr>
              <w:spacing w:line="240" w:lineRule="auto"/>
            </w:pPr>
            <w:r>
              <w:rPr>
                <w:sz w:val="13"/>
              </w:rPr>
              <w:t>0.001</w:t>
            </w:r>
          </w:p>
        </w:tc>
      </w:tr>
      <w:tr w:rsidR="00F26C4D" w14:paraId="237C55B4" w14:textId="77777777" w:rsidTr="00F72BFD">
        <w:trPr>
          <w:cantSplit/>
          <w:jc w:val="center"/>
        </w:trPr>
        <w:tc>
          <w:tcPr>
            <w:tcW w:w="1040" w:type="dxa"/>
            <w:vAlign w:val="center"/>
          </w:tcPr>
          <w:p w14:paraId="59749635" w14:textId="77777777" w:rsidR="00F26C4D" w:rsidRDefault="00F26C4D" w:rsidP="00F72BFD">
            <w:pPr>
              <w:spacing w:line="240" w:lineRule="auto"/>
            </w:pPr>
            <w:r>
              <w:rPr>
                <w:sz w:val="13"/>
              </w:rPr>
              <w:t>F:B</w:t>
            </w:r>
          </w:p>
        </w:tc>
        <w:tc>
          <w:tcPr>
            <w:tcW w:w="1040" w:type="dxa"/>
            <w:vAlign w:val="center"/>
          </w:tcPr>
          <w:p w14:paraId="68B3577A" w14:textId="77777777" w:rsidR="00F26C4D" w:rsidRDefault="00F26C4D" w:rsidP="00F72BFD">
            <w:pPr>
              <w:spacing w:line="240" w:lineRule="auto"/>
            </w:pPr>
            <w:r>
              <w:rPr>
                <w:sz w:val="13"/>
              </w:rPr>
              <w:t>Meadow</w:t>
            </w:r>
          </w:p>
        </w:tc>
        <w:tc>
          <w:tcPr>
            <w:tcW w:w="1040" w:type="dxa"/>
            <w:vAlign w:val="center"/>
          </w:tcPr>
          <w:p w14:paraId="432FD68F" w14:textId="77777777" w:rsidR="00F26C4D" w:rsidRDefault="00F26C4D" w:rsidP="00F72BFD">
            <w:pPr>
              <w:spacing w:line="240" w:lineRule="auto"/>
            </w:pPr>
            <w:r>
              <w:rPr>
                <w:sz w:val="13"/>
              </w:rPr>
              <w:t>0-5</w:t>
            </w:r>
          </w:p>
        </w:tc>
        <w:tc>
          <w:tcPr>
            <w:tcW w:w="1040" w:type="dxa"/>
            <w:vAlign w:val="center"/>
          </w:tcPr>
          <w:p w14:paraId="1D4713BA" w14:textId="77777777" w:rsidR="00F26C4D" w:rsidRDefault="00F26C4D" w:rsidP="00F72BFD">
            <w:pPr>
              <w:spacing w:line="240" w:lineRule="auto"/>
            </w:pPr>
            <w:r>
              <w:rPr>
                <w:sz w:val="13"/>
              </w:rPr>
              <w:t>Day 13 - Day 0</w:t>
            </w:r>
          </w:p>
        </w:tc>
        <w:tc>
          <w:tcPr>
            <w:tcW w:w="1040" w:type="dxa"/>
            <w:vAlign w:val="center"/>
          </w:tcPr>
          <w:p w14:paraId="4ACC9000" w14:textId="77777777" w:rsidR="00F26C4D" w:rsidRDefault="00F26C4D" w:rsidP="00F72BFD">
            <w:pPr>
              <w:spacing w:line="240" w:lineRule="auto"/>
            </w:pPr>
            <w:r>
              <w:rPr>
                <w:sz w:val="13"/>
              </w:rPr>
              <w:t>0.476</w:t>
            </w:r>
          </w:p>
        </w:tc>
        <w:tc>
          <w:tcPr>
            <w:tcW w:w="1040" w:type="dxa"/>
            <w:vAlign w:val="center"/>
          </w:tcPr>
          <w:p w14:paraId="24BD2A24" w14:textId="77777777" w:rsidR="00F26C4D" w:rsidRDefault="00F26C4D" w:rsidP="00F72BFD">
            <w:pPr>
              <w:spacing w:line="240" w:lineRule="auto"/>
            </w:pPr>
            <w:r>
              <w:rPr>
                <w:sz w:val="13"/>
              </w:rPr>
              <w:t>0.276</w:t>
            </w:r>
          </w:p>
        </w:tc>
        <w:tc>
          <w:tcPr>
            <w:tcW w:w="1040" w:type="dxa"/>
            <w:vAlign w:val="center"/>
          </w:tcPr>
          <w:p w14:paraId="08066E44" w14:textId="77777777" w:rsidR="00F26C4D" w:rsidRDefault="00F26C4D" w:rsidP="00F72BFD">
            <w:pPr>
              <w:spacing w:line="240" w:lineRule="auto"/>
            </w:pPr>
            <w:r>
              <w:rPr>
                <w:sz w:val="13"/>
              </w:rPr>
              <w:t>48.0</w:t>
            </w:r>
          </w:p>
        </w:tc>
        <w:tc>
          <w:tcPr>
            <w:tcW w:w="1040" w:type="dxa"/>
            <w:vAlign w:val="center"/>
          </w:tcPr>
          <w:p w14:paraId="79C0C93E" w14:textId="77777777" w:rsidR="00F26C4D" w:rsidRDefault="00F26C4D" w:rsidP="00F72BFD">
            <w:pPr>
              <w:spacing w:line="240" w:lineRule="auto"/>
            </w:pPr>
            <w:r>
              <w:rPr>
                <w:sz w:val="13"/>
              </w:rPr>
              <w:t>-0.079 to 1.032</w:t>
            </w:r>
          </w:p>
        </w:tc>
        <w:tc>
          <w:tcPr>
            <w:tcW w:w="1040" w:type="dxa"/>
            <w:vAlign w:val="center"/>
          </w:tcPr>
          <w:p w14:paraId="73F5459C" w14:textId="77777777" w:rsidR="00F26C4D" w:rsidRDefault="00F26C4D" w:rsidP="00F72BFD">
            <w:pPr>
              <w:spacing w:line="240" w:lineRule="auto"/>
            </w:pPr>
            <w:r>
              <w:rPr>
                <w:sz w:val="13"/>
              </w:rPr>
              <w:t>0.091</w:t>
            </w:r>
          </w:p>
        </w:tc>
      </w:tr>
      <w:tr w:rsidR="00F26C4D" w14:paraId="6CB71C14" w14:textId="77777777" w:rsidTr="00F72BFD">
        <w:trPr>
          <w:cantSplit/>
          <w:jc w:val="center"/>
        </w:trPr>
        <w:tc>
          <w:tcPr>
            <w:tcW w:w="1040" w:type="dxa"/>
            <w:vAlign w:val="center"/>
          </w:tcPr>
          <w:p w14:paraId="73F0A0BF" w14:textId="77777777" w:rsidR="00F26C4D" w:rsidRDefault="00F26C4D" w:rsidP="00F72BFD">
            <w:pPr>
              <w:spacing w:line="240" w:lineRule="auto"/>
            </w:pPr>
            <w:r>
              <w:rPr>
                <w:sz w:val="13"/>
              </w:rPr>
              <w:t>F:B</w:t>
            </w:r>
          </w:p>
        </w:tc>
        <w:tc>
          <w:tcPr>
            <w:tcW w:w="1040" w:type="dxa"/>
            <w:vAlign w:val="center"/>
          </w:tcPr>
          <w:p w14:paraId="7153AEBA" w14:textId="77777777" w:rsidR="00F26C4D" w:rsidRDefault="00F26C4D" w:rsidP="00F72BFD">
            <w:pPr>
              <w:spacing w:line="240" w:lineRule="auto"/>
            </w:pPr>
            <w:r>
              <w:rPr>
                <w:sz w:val="13"/>
              </w:rPr>
              <w:t>Meadow</w:t>
            </w:r>
          </w:p>
        </w:tc>
        <w:tc>
          <w:tcPr>
            <w:tcW w:w="1040" w:type="dxa"/>
            <w:vAlign w:val="center"/>
          </w:tcPr>
          <w:p w14:paraId="326312C7" w14:textId="77777777" w:rsidR="00F26C4D" w:rsidRDefault="00F26C4D" w:rsidP="00F72BFD">
            <w:pPr>
              <w:spacing w:line="240" w:lineRule="auto"/>
            </w:pPr>
            <w:r>
              <w:rPr>
                <w:sz w:val="13"/>
              </w:rPr>
              <w:t>0-5</w:t>
            </w:r>
          </w:p>
        </w:tc>
        <w:tc>
          <w:tcPr>
            <w:tcW w:w="1040" w:type="dxa"/>
            <w:vAlign w:val="center"/>
          </w:tcPr>
          <w:p w14:paraId="1DD423DA" w14:textId="77777777" w:rsidR="00F26C4D" w:rsidRDefault="00F26C4D" w:rsidP="00F72BFD">
            <w:pPr>
              <w:spacing w:line="240" w:lineRule="auto"/>
            </w:pPr>
            <w:r>
              <w:rPr>
                <w:sz w:val="13"/>
              </w:rPr>
              <w:t>Day 40 - Day 0</w:t>
            </w:r>
          </w:p>
        </w:tc>
        <w:tc>
          <w:tcPr>
            <w:tcW w:w="1040" w:type="dxa"/>
            <w:vAlign w:val="center"/>
          </w:tcPr>
          <w:p w14:paraId="6E702794" w14:textId="77777777" w:rsidR="00F26C4D" w:rsidRDefault="00F26C4D" w:rsidP="00F72BFD">
            <w:pPr>
              <w:spacing w:line="240" w:lineRule="auto"/>
            </w:pPr>
            <w:r>
              <w:rPr>
                <w:sz w:val="13"/>
              </w:rPr>
              <w:t>0.275</w:t>
            </w:r>
          </w:p>
        </w:tc>
        <w:tc>
          <w:tcPr>
            <w:tcW w:w="1040" w:type="dxa"/>
            <w:vAlign w:val="center"/>
          </w:tcPr>
          <w:p w14:paraId="5FAB3A3F" w14:textId="77777777" w:rsidR="00F26C4D" w:rsidRDefault="00F26C4D" w:rsidP="00F72BFD">
            <w:pPr>
              <w:spacing w:line="240" w:lineRule="auto"/>
            </w:pPr>
            <w:r>
              <w:rPr>
                <w:sz w:val="13"/>
              </w:rPr>
              <w:t>0.276</w:t>
            </w:r>
          </w:p>
        </w:tc>
        <w:tc>
          <w:tcPr>
            <w:tcW w:w="1040" w:type="dxa"/>
            <w:vAlign w:val="center"/>
          </w:tcPr>
          <w:p w14:paraId="46E668DD" w14:textId="77777777" w:rsidR="00F26C4D" w:rsidRDefault="00F26C4D" w:rsidP="00F72BFD">
            <w:pPr>
              <w:spacing w:line="240" w:lineRule="auto"/>
            </w:pPr>
            <w:r>
              <w:rPr>
                <w:sz w:val="13"/>
              </w:rPr>
              <w:t>48.0</w:t>
            </w:r>
          </w:p>
        </w:tc>
        <w:tc>
          <w:tcPr>
            <w:tcW w:w="1040" w:type="dxa"/>
            <w:vAlign w:val="center"/>
          </w:tcPr>
          <w:p w14:paraId="1051C84B" w14:textId="77777777" w:rsidR="00F26C4D" w:rsidRDefault="00F26C4D" w:rsidP="00F72BFD">
            <w:pPr>
              <w:spacing w:line="240" w:lineRule="auto"/>
            </w:pPr>
            <w:r>
              <w:rPr>
                <w:sz w:val="13"/>
              </w:rPr>
              <w:t>-0.281 to 0.830</w:t>
            </w:r>
          </w:p>
        </w:tc>
        <w:tc>
          <w:tcPr>
            <w:tcW w:w="1040" w:type="dxa"/>
            <w:vAlign w:val="center"/>
          </w:tcPr>
          <w:p w14:paraId="2C7DAF34" w14:textId="77777777" w:rsidR="00F26C4D" w:rsidRDefault="00F26C4D" w:rsidP="00F72BFD">
            <w:pPr>
              <w:spacing w:line="240" w:lineRule="auto"/>
            </w:pPr>
            <w:r>
              <w:rPr>
                <w:sz w:val="13"/>
              </w:rPr>
              <w:t>0.325</w:t>
            </w:r>
          </w:p>
        </w:tc>
      </w:tr>
      <w:tr w:rsidR="00F26C4D" w14:paraId="39114211" w14:textId="77777777" w:rsidTr="00F72BFD">
        <w:trPr>
          <w:cantSplit/>
          <w:jc w:val="center"/>
        </w:trPr>
        <w:tc>
          <w:tcPr>
            <w:tcW w:w="1040" w:type="dxa"/>
            <w:vAlign w:val="center"/>
          </w:tcPr>
          <w:p w14:paraId="47BD2254" w14:textId="77777777" w:rsidR="00F26C4D" w:rsidRDefault="00F26C4D" w:rsidP="00F72BFD">
            <w:pPr>
              <w:spacing w:line="240" w:lineRule="auto"/>
            </w:pPr>
            <w:r>
              <w:rPr>
                <w:sz w:val="13"/>
              </w:rPr>
              <w:t>F:B</w:t>
            </w:r>
          </w:p>
        </w:tc>
        <w:tc>
          <w:tcPr>
            <w:tcW w:w="1040" w:type="dxa"/>
            <w:vAlign w:val="center"/>
          </w:tcPr>
          <w:p w14:paraId="3DDABC1E" w14:textId="77777777" w:rsidR="00F26C4D" w:rsidRDefault="00F26C4D" w:rsidP="00F72BFD">
            <w:pPr>
              <w:spacing w:line="240" w:lineRule="auto"/>
            </w:pPr>
            <w:r>
              <w:rPr>
                <w:sz w:val="13"/>
              </w:rPr>
              <w:t>Swamp meadow</w:t>
            </w:r>
          </w:p>
        </w:tc>
        <w:tc>
          <w:tcPr>
            <w:tcW w:w="1040" w:type="dxa"/>
            <w:vAlign w:val="center"/>
          </w:tcPr>
          <w:p w14:paraId="0B6FAF4E" w14:textId="77777777" w:rsidR="00F26C4D" w:rsidRDefault="00F26C4D" w:rsidP="00F72BFD">
            <w:pPr>
              <w:spacing w:line="240" w:lineRule="auto"/>
            </w:pPr>
            <w:r>
              <w:rPr>
                <w:sz w:val="13"/>
              </w:rPr>
              <w:t>5-15</w:t>
            </w:r>
          </w:p>
        </w:tc>
        <w:tc>
          <w:tcPr>
            <w:tcW w:w="1040" w:type="dxa"/>
            <w:vAlign w:val="center"/>
          </w:tcPr>
          <w:p w14:paraId="56A50619" w14:textId="77777777" w:rsidR="00F26C4D" w:rsidRDefault="00F26C4D" w:rsidP="00F72BFD">
            <w:pPr>
              <w:spacing w:line="240" w:lineRule="auto"/>
            </w:pPr>
            <w:r>
              <w:rPr>
                <w:sz w:val="13"/>
              </w:rPr>
              <w:t>Day 13 - Day 0</w:t>
            </w:r>
          </w:p>
        </w:tc>
        <w:tc>
          <w:tcPr>
            <w:tcW w:w="1040" w:type="dxa"/>
            <w:vAlign w:val="center"/>
          </w:tcPr>
          <w:p w14:paraId="13E7C0DB" w14:textId="77777777" w:rsidR="00F26C4D" w:rsidRDefault="00F26C4D" w:rsidP="00F72BFD">
            <w:pPr>
              <w:spacing w:line="240" w:lineRule="auto"/>
            </w:pPr>
            <w:r>
              <w:rPr>
                <w:sz w:val="13"/>
              </w:rPr>
              <w:t>0.642</w:t>
            </w:r>
          </w:p>
        </w:tc>
        <w:tc>
          <w:tcPr>
            <w:tcW w:w="1040" w:type="dxa"/>
            <w:vAlign w:val="center"/>
          </w:tcPr>
          <w:p w14:paraId="3CDE47E2" w14:textId="77777777" w:rsidR="00F26C4D" w:rsidRDefault="00F26C4D" w:rsidP="00F72BFD">
            <w:pPr>
              <w:spacing w:line="240" w:lineRule="auto"/>
            </w:pPr>
            <w:r>
              <w:rPr>
                <w:sz w:val="13"/>
              </w:rPr>
              <w:t>0.276</w:t>
            </w:r>
          </w:p>
        </w:tc>
        <w:tc>
          <w:tcPr>
            <w:tcW w:w="1040" w:type="dxa"/>
            <w:vAlign w:val="center"/>
          </w:tcPr>
          <w:p w14:paraId="36787707" w14:textId="77777777" w:rsidR="00F26C4D" w:rsidRDefault="00F26C4D" w:rsidP="00F72BFD">
            <w:pPr>
              <w:spacing w:line="240" w:lineRule="auto"/>
            </w:pPr>
            <w:r>
              <w:rPr>
                <w:sz w:val="13"/>
              </w:rPr>
              <w:t>48.0</w:t>
            </w:r>
          </w:p>
        </w:tc>
        <w:tc>
          <w:tcPr>
            <w:tcW w:w="1040" w:type="dxa"/>
            <w:vAlign w:val="center"/>
          </w:tcPr>
          <w:p w14:paraId="467B1DC9" w14:textId="77777777" w:rsidR="00F26C4D" w:rsidRDefault="00F26C4D" w:rsidP="00F72BFD">
            <w:pPr>
              <w:spacing w:line="240" w:lineRule="auto"/>
            </w:pPr>
            <w:r>
              <w:rPr>
                <w:sz w:val="13"/>
              </w:rPr>
              <w:t>0.086 to 1.197</w:t>
            </w:r>
          </w:p>
        </w:tc>
        <w:tc>
          <w:tcPr>
            <w:tcW w:w="1040" w:type="dxa"/>
            <w:vAlign w:val="center"/>
          </w:tcPr>
          <w:p w14:paraId="7C32847A" w14:textId="77777777" w:rsidR="00F26C4D" w:rsidRDefault="00F26C4D" w:rsidP="00F72BFD">
            <w:pPr>
              <w:spacing w:line="240" w:lineRule="auto"/>
            </w:pPr>
            <w:r>
              <w:rPr>
                <w:sz w:val="13"/>
              </w:rPr>
              <w:t>0.025</w:t>
            </w:r>
          </w:p>
        </w:tc>
      </w:tr>
      <w:tr w:rsidR="00F26C4D" w14:paraId="6E25842F" w14:textId="77777777" w:rsidTr="00F72BFD">
        <w:trPr>
          <w:cantSplit/>
          <w:jc w:val="center"/>
        </w:trPr>
        <w:tc>
          <w:tcPr>
            <w:tcW w:w="1040" w:type="dxa"/>
            <w:vAlign w:val="center"/>
          </w:tcPr>
          <w:p w14:paraId="662068DB" w14:textId="77777777" w:rsidR="00F26C4D" w:rsidRDefault="00F26C4D" w:rsidP="00F72BFD">
            <w:pPr>
              <w:spacing w:line="240" w:lineRule="auto"/>
            </w:pPr>
            <w:r>
              <w:rPr>
                <w:sz w:val="13"/>
              </w:rPr>
              <w:t>F:B</w:t>
            </w:r>
          </w:p>
        </w:tc>
        <w:tc>
          <w:tcPr>
            <w:tcW w:w="1040" w:type="dxa"/>
            <w:vAlign w:val="center"/>
          </w:tcPr>
          <w:p w14:paraId="04637BDE" w14:textId="77777777" w:rsidR="00F26C4D" w:rsidRDefault="00F26C4D" w:rsidP="00F72BFD">
            <w:pPr>
              <w:spacing w:line="240" w:lineRule="auto"/>
            </w:pPr>
            <w:r>
              <w:rPr>
                <w:sz w:val="13"/>
              </w:rPr>
              <w:t>Swamp meadow</w:t>
            </w:r>
          </w:p>
        </w:tc>
        <w:tc>
          <w:tcPr>
            <w:tcW w:w="1040" w:type="dxa"/>
            <w:vAlign w:val="center"/>
          </w:tcPr>
          <w:p w14:paraId="7793B31C" w14:textId="77777777" w:rsidR="00F26C4D" w:rsidRDefault="00F26C4D" w:rsidP="00F72BFD">
            <w:pPr>
              <w:spacing w:line="240" w:lineRule="auto"/>
            </w:pPr>
            <w:r>
              <w:rPr>
                <w:sz w:val="13"/>
              </w:rPr>
              <w:t>5-15</w:t>
            </w:r>
          </w:p>
        </w:tc>
        <w:tc>
          <w:tcPr>
            <w:tcW w:w="1040" w:type="dxa"/>
            <w:vAlign w:val="center"/>
          </w:tcPr>
          <w:p w14:paraId="784B339A" w14:textId="77777777" w:rsidR="00F26C4D" w:rsidRDefault="00F26C4D" w:rsidP="00F72BFD">
            <w:pPr>
              <w:spacing w:line="240" w:lineRule="auto"/>
            </w:pPr>
            <w:r>
              <w:rPr>
                <w:sz w:val="13"/>
              </w:rPr>
              <w:t>Day 40 - Day 0</w:t>
            </w:r>
          </w:p>
        </w:tc>
        <w:tc>
          <w:tcPr>
            <w:tcW w:w="1040" w:type="dxa"/>
            <w:vAlign w:val="center"/>
          </w:tcPr>
          <w:p w14:paraId="780793A7" w14:textId="77777777" w:rsidR="00F26C4D" w:rsidRDefault="00F26C4D" w:rsidP="00F72BFD">
            <w:pPr>
              <w:spacing w:line="240" w:lineRule="auto"/>
            </w:pPr>
            <w:r>
              <w:rPr>
                <w:sz w:val="13"/>
              </w:rPr>
              <w:t>0.134</w:t>
            </w:r>
          </w:p>
        </w:tc>
        <w:tc>
          <w:tcPr>
            <w:tcW w:w="1040" w:type="dxa"/>
            <w:vAlign w:val="center"/>
          </w:tcPr>
          <w:p w14:paraId="55B85F7C" w14:textId="77777777" w:rsidR="00F26C4D" w:rsidRDefault="00F26C4D" w:rsidP="00F72BFD">
            <w:pPr>
              <w:spacing w:line="240" w:lineRule="auto"/>
            </w:pPr>
            <w:r>
              <w:rPr>
                <w:sz w:val="13"/>
              </w:rPr>
              <w:t>0.276</w:t>
            </w:r>
          </w:p>
        </w:tc>
        <w:tc>
          <w:tcPr>
            <w:tcW w:w="1040" w:type="dxa"/>
            <w:vAlign w:val="center"/>
          </w:tcPr>
          <w:p w14:paraId="1D33EE97" w14:textId="77777777" w:rsidR="00F26C4D" w:rsidRDefault="00F26C4D" w:rsidP="00F72BFD">
            <w:pPr>
              <w:spacing w:line="240" w:lineRule="auto"/>
            </w:pPr>
            <w:r>
              <w:rPr>
                <w:sz w:val="13"/>
              </w:rPr>
              <w:t>48.0</w:t>
            </w:r>
          </w:p>
        </w:tc>
        <w:tc>
          <w:tcPr>
            <w:tcW w:w="1040" w:type="dxa"/>
            <w:vAlign w:val="center"/>
          </w:tcPr>
          <w:p w14:paraId="6C54E8D3" w14:textId="77777777" w:rsidR="00F26C4D" w:rsidRDefault="00F26C4D" w:rsidP="00F72BFD">
            <w:pPr>
              <w:spacing w:line="240" w:lineRule="auto"/>
            </w:pPr>
            <w:r>
              <w:rPr>
                <w:sz w:val="13"/>
              </w:rPr>
              <w:t>-0.421 to 0.690</w:t>
            </w:r>
          </w:p>
        </w:tc>
        <w:tc>
          <w:tcPr>
            <w:tcW w:w="1040" w:type="dxa"/>
            <w:vAlign w:val="center"/>
          </w:tcPr>
          <w:p w14:paraId="1074DBEB" w14:textId="77777777" w:rsidR="00F26C4D" w:rsidRDefault="00F26C4D" w:rsidP="00F72BFD">
            <w:pPr>
              <w:spacing w:line="240" w:lineRule="auto"/>
            </w:pPr>
            <w:r>
              <w:rPr>
                <w:sz w:val="13"/>
              </w:rPr>
              <w:t>0.629</w:t>
            </w:r>
          </w:p>
        </w:tc>
      </w:tr>
      <w:tr w:rsidR="00F26C4D" w14:paraId="12BE0E79" w14:textId="77777777" w:rsidTr="00F72BFD">
        <w:trPr>
          <w:cantSplit/>
          <w:jc w:val="center"/>
        </w:trPr>
        <w:tc>
          <w:tcPr>
            <w:tcW w:w="1040" w:type="dxa"/>
            <w:vAlign w:val="center"/>
          </w:tcPr>
          <w:p w14:paraId="304CF9A8" w14:textId="77777777" w:rsidR="00F26C4D" w:rsidRDefault="00F26C4D" w:rsidP="00F72BFD">
            <w:pPr>
              <w:spacing w:line="240" w:lineRule="auto"/>
            </w:pPr>
            <w:r>
              <w:rPr>
                <w:sz w:val="13"/>
              </w:rPr>
              <w:t>F:B</w:t>
            </w:r>
          </w:p>
        </w:tc>
        <w:tc>
          <w:tcPr>
            <w:tcW w:w="1040" w:type="dxa"/>
            <w:vAlign w:val="center"/>
          </w:tcPr>
          <w:p w14:paraId="1412822B" w14:textId="77777777" w:rsidR="00F26C4D" w:rsidRDefault="00F26C4D" w:rsidP="00F72BFD">
            <w:pPr>
              <w:spacing w:line="240" w:lineRule="auto"/>
            </w:pPr>
            <w:r>
              <w:rPr>
                <w:sz w:val="13"/>
              </w:rPr>
              <w:t>Meadow</w:t>
            </w:r>
          </w:p>
        </w:tc>
        <w:tc>
          <w:tcPr>
            <w:tcW w:w="1040" w:type="dxa"/>
            <w:vAlign w:val="center"/>
          </w:tcPr>
          <w:p w14:paraId="251860D2" w14:textId="77777777" w:rsidR="00F26C4D" w:rsidRDefault="00F26C4D" w:rsidP="00F72BFD">
            <w:pPr>
              <w:spacing w:line="240" w:lineRule="auto"/>
            </w:pPr>
            <w:r>
              <w:rPr>
                <w:sz w:val="13"/>
              </w:rPr>
              <w:t>5-15</w:t>
            </w:r>
          </w:p>
        </w:tc>
        <w:tc>
          <w:tcPr>
            <w:tcW w:w="1040" w:type="dxa"/>
            <w:vAlign w:val="center"/>
          </w:tcPr>
          <w:p w14:paraId="334730C8" w14:textId="77777777" w:rsidR="00F26C4D" w:rsidRDefault="00F26C4D" w:rsidP="00F72BFD">
            <w:pPr>
              <w:spacing w:line="240" w:lineRule="auto"/>
            </w:pPr>
            <w:r>
              <w:rPr>
                <w:sz w:val="13"/>
              </w:rPr>
              <w:t>Day 13 - Day 0</w:t>
            </w:r>
          </w:p>
        </w:tc>
        <w:tc>
          <w:tcPr>
            <w:tcW w:w="1040" w:type="dxa"/>
            <w:vAlign w:val="center"/>
          </w:tcPr>
          <w:p w14:paraId="4D272FFD" w14:textId="77777777" w:rsidR="00F26C4D" w:rsidRDefault="00F26C4D" w:rsidP="00F72BFD">
            <w:pPr>
              <w:spacing w:line="240" w:lineRule="auto"/>
            </w:pPr>
            <w:r>
              <w:rPr>
                <w:sz w:val="13"/>
              </w:rPr>
              <w:t>-0.217</w:t>
            </w:r>
          </w:p>
        </w:tc>
        <w:tc>
          <w:tcPr>
            <w:tcW w:w="1040" w:type="dxa"/>
            <w:vAlign w:val="center"/>
          </w:tcPr>
          <w:p w14:paraId="7368D3C0" w14:textId="77777777" w:rsidR="00F26C4D" w:rsidRDefault="00F26C4D" w:rsidP="00F72BFD">
            <w:pPr>
              <w:spacing w:line="240" w:lineRule="auto"/>
            </w:pPr>
            <w:r>
              <w:rPr>
                <w:sz w:val="13"/>
              </w:rPr>
              <w:t>0.276</w:t>
            </w:r>
          </w:p>
        </w:tc>
        <w:tc>
          <w:tcPr>
            <w:tcW w:w="1040" w:type="dxa"/>
            <w:vAlign w:val="center"/>
          </w:tcPr>
          <w:p w14:paraId="17905A99" w14:textId="77777777" w:rsidR="00F26C4D" w:rsidRDefault="00F26C4D" w:rsidP="00F72BFD">
            <w:pPr>
              <w:spacing w:line="240" w:lineRule="auto"/>
            </w:pPr>
            <w:r>
              <w:rPr>
                <w:sz w:val="13"/>
              </w:rPr>
              <w:t>48.0</w:t>
            </w:r>
          </w:p>
        </w:tc>
        <w:tc>
          <w:tcPr>
            <w:tcW w:w="1040" w:type="dxa"/>
            <w:vAlign w:val="center"/>
          </w:tcPr>
          <w:p w14:paraId="17F05E26" w14:textId="77777777" w:rsidR="00F26C4D" w:rsidRDefault="00F26C4D" w:rsidP="00F72BFD">
            <w:pPr>
              <w:spacing w:line="240" w:lineRule="auto"/>
            </w:pPr>
            <w:r>
              <w:rPr>
                <w:sz w:val="13"/>
              </w:rPr>
              <w:t>-0.772 to 0.339</w:t>
            </w:r>
          </w:p>
        </w:tc>
        <w:tc>
          <w:tcPr>
            <w:tcW w:w="1040" w:type="dxa"/>
            <w:vAlign w:val="center"/>
          </w:tcPr>
          <w:p w14:paraId="7B58A4FA" w14:textId="77777777" w:rsidR="00F26C4D" w:rsidRDefault="00F26C4D" w:rsidP="00F72BFD">
            <w:pPr>
              <w:spacing w:line="240" w:lineRule="auto"/>
            </w:pPr>
            <w:r>
              <w:rPr>
                <w:sz w:val="13"/>
              </w:rPr>
              <w:t>0.437</w:t>
            </w:r>
          </w:p>
        </w:tc>
      </w:tr>
      <w:tr w:rsidR="00F26C4D" w14:paraId="48548955" w14:textId="77777777" w:rsidTr="00F72BFD">
        <w:trPr>
          <w:cantSplit/>
          <w:jc w:val="center"/>
        </w:trPr>
        <w:tc>
          <w:tcPr>
            <w:tcW w:w="1040" w:type="dxa"/>
            <w:vAlign w:val="center"/>
          </w:tcPr>
          <w:p w14:paraId="203DF0FB" w14:textId="77777777" w:rsidR="00F26C4D" w:rsidRDefault="00F26C4D" w:rsidP="00F72BFD">
            <w:pPr>
              <w:spacing w:line="240" w:lineRule="auto"/>
            </w:pPr>
            <w:r>
              <w:rPr>
                <w:sz w:val="13"/>
              </w:rPr>
              <w:t>F:B</w:t>
            </w:r>
          </w:p>
        </w:tc>
        <w:tc>
          <w:tcPr>
            <w:tcW w:w="1040" w:type="dxa"/>
            <w:vAlign w:val="center"/>
          </w:tcPr>
          <w:p w14:paraId="0352896E" w14:textId="77777777" w:rsidR="00F26C4D" w:rsidRDefault="00F26C4D" w:rsidP="00F72BFD">
            <w:pPr>
              <w:spacing w:line="240" w:lineRule="auto"/>
            </w:pPr>
            <w:r>
              <w:rPr>
                <w:sz w:val="13"/>
              </w:rPr>
              <w:t>Meadow</w:t>
            </w:r>
          </w:p>
        </w:tc>
        <w:tc>
          <w:tcPr>
            <w:tcW w:w="1040" w:type="dxa"/>
            <w:vAlign w:val="center"/>
          </w:tcPr>
          <w:p w14:paraId="106EF5F0" w14:textId="77777777" w:rsidR="00F26C4D" w:rsidRDefault="00F26C4D" w:rsidP="00F72BFD">
            <w:pPr>
              <w:spacing w:line="240" w:lineRule="auto"/>
            </w:pPr>
            <w:r>
              <w:rPr>
                <w:sz w:val="13"/>
              </w:rPr>
              <w:t>5-15</w:t>
            </w:r>
          </w:p>
        </w:tc>
        <w:tc>
          <w:tcPr>
            <w:tcW w:w="1040" w:type="dxa"/>
            <w:vAlign w:val="center"/>
          </w:tcPr>
          <w:p w14:paraId="0BDDBBC7" w14:textId="77777777" w:rsidR="00F26C4D" w:rsidRDefault="00F26C4D" w:rsidP="00F72BFD">
            <w:pPr>
              <w:spacing w:line="240" w:lineRule="auto"/>
            </w:pPr>
            <w:r>
              <w:rPr>
                <w:sz w:val="13"/>
              </w:rPr>
              <w:t>Day 40 - Day 0</w:t>
            </w:r>
          </w:p>
        </w:tc>
        <w:tc>
          <w:tcPr>
            <w:tcW w:w="1040" w:type="dxa"/>
            <w:vAlign w:val="center"/>
          </w:tcPr>
          <w:p w14:paraId="547985A0" w14:textId="77777777" w:rsidR="00F26C4D" w:rsidRDefault="00F26C4D" w:rsidP="00F72BFD">
            <w:pPr>
              <w:spacing w:line="240" w:lineRule="auto"/>
            </w:pPr>
            <w:r>
              <w:rPr>
                <w:sz w:val="13"/>
              </w:rPr>
              <w:t>0.196</w:t>
            </w:r>
          </w:p>
        </w:tc>
        <w:tc>
          <w:tcPr>
            <w:tcW w:w="1040" w:type="dxa"/>
            <w:vAlign w:val="center"/>
          </w:tcPr>
          <w:p w14:paraId="55083E24" w14:textId="77777777" w:rsidR="00F26C4D" w:rsidRDefault="00F26C4D" w:rsidP="00F72BFD">
            <w:pPr>
              <w:spacing w:line="240" w:lineRule="auto"/>
            </w:pPr>
            <w:r>
              <w:rPr>
                <w:sz w:val="13"/>
              </w:rPr>
              <w:t>0.276</w:t>
            </w:r>
          </w:p>
        </w:tc>
        <w:tc>
          <w:tcPr>
            <w:tcW w:w="1040" w:type="dxa"/>
            <w:vAlign w:val="center"/>
          </w:tcPr>
          <w:p w14:paraId="3844BDF3" w14:textId="77777777" w:rsidR="00F26C4D" w:rsidRDefault="00F26C4D" w:rsidP="00F72BFD">
            <w:pPr>
              <w:spacing w:line="240" w:lineRule="auto"/>
            </w:pPr>
            <w:r>
              <w:rPr>
                <w:sz w:val="13"/>
              </w:rPr>
              <w:t>48.0</w:t>
            </w:r>
          </w:p>
        </w:tc>
        <w:tc>
          <w:tcPr>
            <w:tcW w:w="1040" w:type="dxa"/>
            <w:vAlign w:val="center"/>
          </w:tcPr>
          <w:p w14:paraId="4037E912" w14:textId="77777777" w:rsidR="00F26C4D" w:rsidRDefault="00F26C4D" w:rsidP="00F72BFD">
            <w:pPr>
              <w:spacing w:line="240" w:lineRule="auto"/>
            </w:pPr>
            <w:r>
              <w:rPr>
                <w:sz w:val="13"/>
              </w:rPr>
              <w:t>-0.360 to 0.751</w:t>
            </w:r>
          </w:p>
        </w:tc>
        <w:tc>
          <w:tcPr>
            <w:tcW w:w="1040" w:type="dxa"/>
            <w:vAlign w:val="center"/>
          </w:tcPr>
          <w:p w14:paraId="3BF5308E" w14:textId="77777777" w:rsidR="00F26C4D" w:rsidRDefault="00F26C4D" w:rsidP="00F72BFD">
            <w:pPr>
              <w:spacing w:line="240" w:lineRule="auto"/>
            </w:pPr>
            <w:r>
              <w:rPr>
                <w:sz w:val="13"/>
              </w:rPr>
              <w:t>0.482</w:t>
            </w:r>
          </w:p>
        </w:tc>
      </w:tr>
      <w:tr w:rsidR="00F26C4D" w14:paraId="40C1F1B2" w14:textId="77777777" w:rsidTr="00F72BFD">
        <w:trPr>
          <w:cantSplit/>
          <w:jc w:val="center"/>
        </w:trPr>
        <w:tc>
          <w:tcPr>
            <w:tcW w:w="1040" w:type="dxa"/>
            <w:vAlign w:val="center"/>
          </w:tcPr>
          <w:p w14:paraId="6E25623C" w14:textId="77777777" w:rsidR="00F26C4D" w:rsidRDefault="00F26C4D" w:rsidP="00F72BFD">
            <w:pPr>
              <w:spacing w:line="240" w:lineRule="auto"/>
            </w:pPr>
            <w:r>
              <w:rPr>
                <w:sz w:val="13"/>
              </w:rPr>
              <w:t>F:B</w:t>
            </w:r>
          </w:p>
        </w:tc>
        <w:tc>
          <w:tcPr>
            <w:tcW w:w="1040" w:type="dxa"/>
            <w:vAlign w:val="center"/>
          </w:tcPr>
          <w:p w14:paraId="2B368844" w14:textId="77777777" w:rsidR="00F26C4D" w:rsidRDefault="00F26C4D" w:rsidP="00F72BFD">
            <w:pPr>
              <w:spacing w:line="240" w:lineRule="auto"/>
            </w:pPr>
            <w:r>
              <w:rPr>
                <w:sz w:val="13"/>
              </w:rPr>
              <w:t>Swamp meadow</w:t>
            </w:r>
          </w:p>
        </w:tc>
        <w:tc>
          <w:tcPr>
            <w:tcW w:w="1040" w:type="dxa"/>
            <w:vAlign w:val="center"/>
          </w:tcPr>
          <w:p w14:paraId="661664E7" w14:textId="77777777" w:rsidR="00F26C4D" w:rsidRDefault="00F26C4D" w:rsidP="00F72BFD">
            <w:pPr>
              <w:spacing w:line="240" w:lineRule="auto"/>
            </w:pPr>
            <w:r>
              <w:rPr>
                <w:sz w:val="13"/>
              </w:rPr>
              <w:t>15-30</w:t>
            </w:r>
          </w:p>
        </w:tc>
        <w:tc>
          <w:tcPr>
            <w:tcW w:w="1040" w:type="dxa"/>
            <w:vAlign w:val="center"/>
          </w:tcPr>
          <w:p w14:paraId="0429E7B6" w14:textId="77777777" w:rsidR="00F26C4D" w:rsidRDefault="00F26C4D" w:rsidP="00F72BFD">
            <w:pPr>
              <w:spacing w:line="240" w:lineRule="auto"/>
            </w:pPr>
            <w:r>
              <w:rPr>
                <w:sz w:val="13"/>
              </w:rPr>
              <w:t>Day 13 - Day 0</w:t>
            </w:r>
          </w:p>
        </w:tc>
        <w:tc>
          <w:tcPr>
            <w:tcW w:w="1040" w:type="dxa"/>
            <w:vAlign w:val="center"/>
          </w:tcPr>
          <w:p w14:paraId="56AAD2E9" w14:textId="77777777" w:rsidR="00F26C4D" w:rsidRDefault="00F26C4D" w:rsidP="00F72BFD">
            <w:pPr>
              <w:spacing w:line="240" w:lineRule="auto"/>
            </w:pPr>
            <w:r>
              <w:rPr>
                <w:sz w:val="13"/>
              </w:rPr>
              <w:t>1.220</w:t>
            </w:r>
          </w:p>
        </w:tc>
        <w:tc>
          <w:tcPr>
            <w:tcW w:w="1040" w:type="dxa"/>
            <w:vAlign w:val="center"/>
          </w:tcPr>
          <w:p w14:paraId="726A0B69" w14:textId="77777777" w:rsidR="00F26C4D" w:rsidRDefault="00F26C4D" w:rsidP="00F72BFD">
            <w:pPr>
              <w:spacing w:line="240" w:lineRule="auto"/>
            </w:pPr>
            <w:r>
              <w:rPr>
                <w:sz w:val="13"/>
              </w:rPr>
              <w:t>0.276</w:t>
            </w:r>
          </w:p>
        </w:tc>
        <w:tc>
          <w:tcPr>
            <w:tcW w:w="1040" w:type="dxa"/>
            <w:vAlign w:val="center"/>
          </w:tcPr>
          <w:p w14:paraId="6944A205" w14:textId="77777777" w:rsidR="00F26C4D" w:rsidRDefault="00F26C4D" w:rsidP="00F72BFD">
            <w:pPr>
              <w:spacing w:line="240" w:lineRule="auto"/>
            </w:pPr>
            <w:r>
              <w:rPr>
                <w:sz w:val="13"/>
              </w:rPr>
              <w:t>48.0</w:t>
            </w:r>
          </w:p>
        </w:tc>
        <w:tc>
          <w:tcPr>
            <w:tcW w:w="1040" w:type="dxa"/>
            <w:vAlign w:val="center"/>
          </w:tcPr>
          <w:p w14:paraId="090882CB" w14:textId="77777777" w:rsidR="00F26C4D" w:rsidRDefault="00F26C4D" w:rsidP="00F72BFD">
            <w:pPr>
              <w:spacing w:line="240" w:lineRule="auto"/>
            </w:pPr>
            <w:r>
              <w:rPr>
                <w:sz w:val="13"/>
              </w:rPr>
              <w:t>0.665 to 1.776</w:t>
            </w:r>
          </w:p>
        </w:tc>
        <w:tc>
          <w:tcPr>
            <w:tcW w:w="1040" w:type="dxa"/>
            <w:vAlign w:val="center"/>
          </w:tcPr>
          <w:p w14:paraId="268E6B95" w14:textId="77777777" w:rsidR="00F26C4D" w:rsidRDefault="00F26C4D" w:rsidP="00F72BFD">
            <w:pPr>
              <w:spacing w:line="240" w:lineRule="auto"/>
            </w:pPr>
            <w:r>
              <w:rPr>
                <w:sz w:val="13"/>
              </w:rPr>
              <w:t>5.70e-05</w:t>
            </w:r>
          </w:p>
        </w:tc>
      </w:tr>
      <w:tr w:rsidR="00F26C4D" w14:paraId="00403621" w14:textId="77777777" w:rsidTr="00F72BFD">
        <w:trPr>
          <w:cantSplit/>
          <w:jc w:val="center"/>
        </w:trPr>
        <w:tc>
          <w:tcPr>
            <w:tcW w:w="1040" w:type="dxa"/>
            <w:vAlign w:val="center"/>
          </w:tcPr>
          <w:p w14:paraId="6B6206D6" w14:textId="77777777" w:rsidR="00F26C4D" w:rsidRDefault="00F26C4D" w:rsidP="00F72BFD">
            <w:pPr>
              <w:spacing w:line="240" w:lineRule="auto"/>
            </w:pPr>
            <w:r>
              <w:rPr>
                <w:sz w:val="13"/>
              </w:rPr>
              <w:t>F:B</w:t>
            </w:r>
          </w:p>
        </w:tc>
        <w:tc>
          <w:tcPr>
            <w:tcW w:w="1040" w:type="dxa"/>
            <w:vAlign w:val="center"/>
          </w:tcPr>
          <w:p w14:paraId="2AAD4365" w14:textId="77777777" w:rsidR="00F26C4D" w:rsidRDefault="00F26C4D" w:rsidP="00F72BFD">
            <w:pPr>
              <w:spacing w:line="240" w:lineRule="auto"/>
            </w:pPr>
            <w:r>
              <w:rPr>
                <w:sz w:val="13"/>
              </w:rPr>
              <w:t>Swamp meadow</w:t>
            </w:r>
          </w:p>
        </w:tc>
        <w:tc>
          <w:tcPr>
            <w:tcW w:w="1040" w:type="dxa"/>
            <w:vAlign w:val="center"/>
          </w:tcPr>
          <w:p w14:paraId="53FF32B6" w14:textId="77777777" w:rsidR="00F26C4D" w:rsidRDefault="00F26C4D" w:rsidP="00F72BFD">
            <w:pPr>
              <w:spacing w:line="240" w:lineRule="auto"/>
            </w:pPr>
            <w:r>
              <w:rPr>
                <w:sz w:val="13"/>
              </w:rPr>
              <w:t>15-30</w:t>
            </w:r>
          </w:p>
        </w:tc>
        <w:tc>
          <w:tcPr>
            <w:tcW w:w="1040" w:type="dxa"/>
            <w:vAlign w:val="center"/>
          </w:tcPr>
          <w:p w14:paraId="004952BA" w14:textId="77777777" w:rsidR="00F26C4D" w:rsidRDefault="00F26C4D" w:rsidP="00F72BFD">
            <w:pPr>
              <w:spacing w:line="240" w:lineRule="auto"/>
            </w:pPr>
            <w:r>
              <w:rPr>
                <w:sz w:val="13"/>
              </w:rPr>
              <w:t>Day 40 - Day 0</w:t>
            </w:r>
          </w:p>
        </w:tc>
        <w:tc>
          <w:tcPr>
            <w:tcW w:w="1040" w:type="dxa"/>
            <w:vAlign w:val="center"/>
          </w:tcPr>
          <w:p w14:paraId="17F75E8C" w14:textId="77777777" w:rsidR="00F26C4D" w:rsidRDefault="00F26C4D" w:rsidP="00F72BFD">
            <w:pPr>
              <w:spacing w:line="240" w:lineRule="auto"/>
            </w:pPr>
            <w:r>
              <w:rPr>
                <w:sz w:val="13"/>
              </w:rPr>
              <w:t>-0.147</w:t>
            </w:r>
          </w:p>
        </w:tc>
        <w:tc>
          <w:tcPr>
            <w:tcW w:w="1040" w:type="dxa"/>
            <w:vAlign w:val="center"/>
          </w:tcPr>
          <w:p w14:paraId="07F2E473" w14:textId="77777777" w:rsidR="00F26C4D" w:rsidRDefault="00F26C4D" w:rsidP="00F72BFD">
            <w:pPr>
              <w:spacing w:line="240" w:lineRule="auto"/>
            </w:pPr>
            <w:r>
              <w:rPr>
                <w:sz w:val="13"/>
              </w:rPr>
              <w:t>0.276</w:t>
            </w:r>
          </w:p>
        </w:tc>
        <w:tc>
          <w:tcPr>
            <w:tcW w:w="1040" w:type="dxa"/>
            <w:vAlign w:val="center"/>
          </w:tcPr>
          <w:p w14:paraId="0C32CB7B" w14:textId="77777777" w:rsidR="00F26C4D" w:rsidRDefault="00F26C4D" w:rsidP="00F72BFD">
            <w:pPr>
              <w:spacing w:line="240" w:lineRule="auto"/>
            </w:pPr>
            <w:r>
              <w:rPr>
                <w:sz w:val="13"/>
              </w:rPr>
              <w:t>48.0</w:t>
            </w:r>
          </w:p>
        </w:tc>
        <w:tc>
          <w:tcPr>
            <w:tcW w:w="1040" w:type="dxa"/>
            <w:vAlign w:val="center"/>
          </w:tcPr>
          <w:p w14:paraId="13B4E018" w14:textId="77777777" w:rsidR="00F26C4D" w:rsidRDefault="00F26C4D" w:rsidP="00F72BFD">
            <w:pPr>
              <w:spacing w:line="240" w:lineRule="auto"/>
            </w:pPr>
            <w:r>
              <w:rPr>
                <w:sz w:val="13"/>
              </w:rPr>
              <w:t>-0.703 to 0.408</w:t>
            </w:r>
          </w:p>
        </w:tc>
        <w:tc>
          <w:tcPr>
            <w:tcW w:w="1040" w:type="dxa"/>
            <w:vAlign w:val="center"/>
          </w:tcPr>
          <w:p w14:paraId="1D05BD69" w14:textId="77777777" w:rsidR="00F26C4D" w:rsidRDefault="00F26C4D" w:rsidP="00F72BFD">
            <w:pPr>
              <w:spacing w:line="240" w:lineRule="auto"/>
            </w:pPr>
            <w:r>
              <w:rPr>
                <w:sz w:val="13"/>
              </w:rPr>
              <w:t>0.597</w:t>
            </w:r>
          </w:p>
        </w:tc>
      </w:tr>
      <w:tr w:rsidR="00F26C4D" w14:paraId="5DFD8A77" w14:textId="77777777" w:rsidTr="00F72BFD">
        <w:trPr>
          <w:cantSplit/>
          <w:jc w:val="center"/>
        </w:trPr>
        <w:tc>
          <w:tcPr>
            <w:tcW w:w="1040" w:type="dxa"/>
            <w:vAlign w:val="center"/>
          </w:tcPr>
          <w:p w14:paraId="3A693288" w14:textId="77777777" w:rsidR="00F26C4D" w:rsidRDefault="00F26C4D" w:rsidP="00F72BFD">
            <w:pPr>
              <w:spacing w:line="240" w:lineRule="auto"/>
            </w:pPr>
            <w:r>
              <w:rPr>
                <w:sz w:val="13"/>
              </w:rPr>
              <w:t>F:B</w:t>
            </w:r>
          </w:p>
        </w:tc>
        <w:tc>
          <w:tcPr>
            <w:tcW w:w="1040" w:type="dxa"/>
            <w:vAlign w:val="center"/>
          </w:tcPr>
          <w:p w14:paraId="70C45B21" w14:textId="77777777" w:rsidR="00F26C4D" w:rsidRDefault="00F26C4D" w:rsidP="00F72BFD">
            <w:pPr>
              <w:spacing w:line="240" w:lineRule="auto"/>
            </w:pPr>
            <w:r>
              <w:rPr>
                <w:sz w:val="13"/>
              </w:rPr>
              <w:t>Meadow</w:t>
            </w:r>
          </w:p>
        </w:tc>
        <w:tc>
          <w:tcPr>
            <w:tcW w:w="1040" w:type="dxa"/>
            <w:vAlign w:val="center"/>
          </w:tcPr>
          <w:p w14:paraId="37E8F368" w14:textId="77777777" w:rsidR="00F26C4D" w:rsidRDefault="00F26C4D" w:rsidP="00F72BFD">
            <w:pPr>
              <w:spacing w:line="240" w:lineRule="auto"/>
            </w:pPr>
            <w:r>
              <w:rPr>
                <w:sz w:val="13"/>
              </w:rPr>
              <w:t>15-30</w:t>
            </w:r>
          </w:p>
        </w:tc>
        <w:tc>
          <w:tcPr>
            <w:tcW w:w="1040" w:type="dxa"/>
            <w:vAlign w:val="center"/>
          </w:tcPr>
          <w:p w14:paraId="7ECE9E57" w14:textId="77777777" w:rsidR="00F26C4D" w:rsidRDefault="00F26C4D" w:rsidP="00F72BFD">
            <w:pPr>
              <w:spacing w:line="240" w:lineRule="auto"/>
            </w:pPr>
            <w:r>
              <w:rPr>
                <w:sz w:val="13"/>
              </w:rPr>
              <w:t>Day 13 - Day 0</w:t>
            </w:r>
          </w:p>
        </w:tc>
        <w:tc>
          <w:tcPr>
            <w:tcW w:w="1040" w:type="dxa"/>
            <w:vAlign w:val="center"/>
          </w:tcPr>
          <w:p w14:paraId="579D6D56" w14:textId="77777777" w:rsidR="00F26C4D" w:rsidRDefault="00F26C4D" w:rsidP="00F72BFD">
            <w:pPr>
              <w:spacing w:line="240" w:lineRule="auto"/>
            </w:pPr>
            <w:r>
              <w:rPr>
                <w:sz w:val="13"/>
              </w:rPr>
              <w:t>0.107</w:t>
            </w:r>
          </w:p>
        </w:tc>
        <w:tc>
          <w:tcPr>
            <w:tcW w:w="1040" w:type="dxa"/>
            <w:vAlign w:val="center"/>
          </w:tcPr>
          <w:p w14:paraId="4D784E4A" w14:textId="77777777" w:rsidR="00F26C4D" w:rsidRDefault="00F26C4D" w:rsidP="00F72BFD">
            <w:pPr>
              <w:spacing w:line="240" w:lineRule="auto"/>
            </w:pPr>
            <w:r>
              <w:rPr>
                <w:sz w:val="13"/>
              </w:rPr>
              <w:t>0.276</w:t>
            </w:r>
          </w:p>
        </w:tc>
        <w:tc>
          <w:tcPr>
            <w:tcW w:w="1040" w:type="dxa"/>
            <w:vAlign w:val="center"/>
          </w:tcPr>
          <w:p w14:paraId="1B6042C1" w14:textId="77777777" w:rsidR="00F26C4D" w:rsidRDefault="00F26C4D" w:rsidP="00F72BFD">
            <w:pPr>
              <w:spacing w:line="240" w:lineRule="auto"/>
            </w:pPr>
            <w:r>
              <w:rPr>
                <w:sz w:val="13"/>
              </w:rPr>
              <w:t>48.0</w:t>
            </w:r>
          </w:p>
        </w:tc>
        <w:tc>
          <w:tcPr>
            <w:tcW w:w="1040" w:type="dxa"/>
            <w:vAlign w:val="center"/>
          </w:tcPr>
          <w:p w14:paraId="56ED9FBB" w14:textId="77777777" w:rsidR="00F26C4D" w:rsidRDefault="00F26C4D" w:rsidP="00F72BFD">
            <w:pPr>
              <w:spacing w:line="240" w:lineRule="auto"/>
            </w:pPr>
            <w:r>
              <w:rPr>
                <w:sz w:val="13"/>
              </w:rPr>
              <w:t>-0.449 to 0.662</w:t>
            </w:r>
          </w:p>
        </w:tc>
        <w:tc>
          <w:tcPr>
            <w:tcW w:w="1040" w:type="dxa"/>
            <w:vAlign w:val="center"/>
          </w:tcPr>
          <w:p w14:paraId="7515BCEB" w14:textId="77777777" w:rsidR="00F26C4D" w:rsidRDefault="00F26C4D" w:rsidP="00F72BFD">
            <w:pPr>
              <w:spacing w:line="240" w:lineRule="auto"/>
            </w:pPr>
            <w:r>
              <w:rPr>
                <w:sz w:val="13"/>
              </w:rPr>
              <w:t>0.701</w:t>
            </w:r>
          </w:p>
        </w:tc>
      </w:tr>
      <w:tr w:rsidR="00F26C4D" w14:paraId="772F5452" w14:textId="77777777" w:rsidTr="00F72BFD">
        <w:trPr>
          <w:cantSplit/>
          <w:jc w:val="center"/>
        </w:trPr>
        <w:tc>
          <w:tcPr>
            <w:tcW w:w="1040" w:type="dxa"/>
            <w:vAlign w:val="center"/>
          </w:tcPr>
          <w:p w14:paraId="62B5E440" w14:textId="77777777" w:rsidR="00F26C4D" w:rsidRDefault="00F26C4D" w:rsidP="00F72BFD">
            <w:pPr>
              <w:spacing w:line="240" w:lineRule="auto"/>
            </w:pPr>
            <w:r>
              <w:rPr>
                <w:sz w:val="13"/>
              </w:rPr>
              <w:t>F:B</w:t>
            </w:r>
          </w:p>
        </w:tc>
        <w:tc>
          <w:tcPr>
            <w:tcW w:w="1040" w:type="dxa"/>
            <w:vAlign w:val="center"/>
          </w:tcPr>
          <w:p w14:paraId="7702501A" w14:textId="77777777" w:rsidR="00F26C4D" w:rsidRDefault="00F26C4D" w:rsidP="00F72BFD">
            <w:pPr>
              <w:spacing w:line="240" w:lineRule="auto"/>
            </w:pPr>
            <w:r>
              <w:rPr>
                <w:sz w:val="13"/>
              </w:rPr>
              <w:t>Meadow</w:t>
            </w:r>
          </w:p>
        </w:tc>
        <w:tc>
          <w:tcPr>
            <w:tcW w:w="1040" w:type="dxa"/>
            <w:vAlign w:val="center"/>
          </w:tcPr>
          <w:p w14:paraId="2EC7E205" w14:textId="77777777" w:rsidR="00F26C4D" w:rsidRDefault="00F26C4D" w:rsidP="00F72BFD">
            <w:pPr>
              <w:spacing w:line="240" w:lineRule="auto"/>
            </w:pPr>
            <w:r>
              <w:rPr>
                <w:sz w:val="13"/>
              </w:rPr>
              <w:t>15-30</w:t>
            </w:r>
          </w:p>
        </w:tc>
        <w:tc>
          <w:tcPr>
            <w:tcW w:w="1040" w:type="dxa"/>
            <w:vAlign w:val="center"/>
          </w:tcPr>
          <w:p w14:paraId="453694EF" w14:textId="77777777" w:rsidR="00F26C4D" w:rsidRDefault="00F26C4D" w:rsidP="00F72BFD">
            <w:pPr>
              <w:spacing w:line="240" w:lineRule="auto"/>
            </w:pPr>
            <w:r>
              <w:rPr>
                <w:sz w:val="13"/>
              </w:rPr>
              <w:t>Day 40 - Day 0</w:t>
            </w:r>
          </w:p>
        </w:tc>
        <w:tc>
          <w:tcPr>
            <w:tcW w:w="1040" w:type="dxa"/>
            <w:vAlign w:val="center"/>
          </w:tcPr>
          <w:p w14:paraId="59FC7ABA" w14:textId="77777777" w:rsidR="00F26C4D" w:rsidRDefault="00F26C4D" w:rsidP="00F72BFD">
            <w:pPr>
              <w:spacing w:line="240" w:lineRule="auto"/>
            </w:pPr>
            <w:r>
              <w:rPr>
                <w:sz w:val="13"/>
              </w:rPr>
              <w:t>-0.983</w:t>
            </w:r>
          </w:p>
        </w:tc>
        <w:tc>
          <w:tcPr>
            <w:tcW w:w="1040" w:type="dxa"/>
            <w:vAlign w:val="center"/>
          </w:tcPr>
          <w:p w14:paraId="45FD0C9C" w14:textId="77777777" w:rsidR="00F26C4D" w:rsidRDefault="00F26C4D" w:rsidP="00F72BFD">
            <w:pPr>
              <w:spacing w:line="240" w:lineRule="auto"/>
            </w:pPr>
            <w:r>
              <w:rPr>
                <w:sz w:val="13"/>
              </w:rPr>
              <w:t>0.276</w:t>
            </w:r>
          </w:p>
        </w:tc>
        <w:tc>
          <w:tcPr>
            <w:tcW w:w="1040" w:type="dxa"/>
            <w:vAlign w:val="center"/>
          </w:tcPr>
          <w:p w14:paraId="17D98AC0" w14:textId="77777777" w:rsidR="00F26C4D" w:rsidRDefault="00F26C4D" w:rsidP="00F72BFD">
            <w:pPr>
              <w:spacing w:line="240" w:lineRule="auto"/>
            </w:pPr>
            <w:r>
              <w:rPr>
                <w:sz w:val="13"/>
              </w:rPr>
              <w:t>48.0</w:t>
            </w:r>
          </w:p>
        </w:tc>
        <w:tc>
          <w:tcPr>
            <w:tcW w:w="1040" w:type="dxa"/>
            <w:vAlign w:val="center"/>
          </w:tcPr>
          <w:p w14:paraId="0FACA592" w14:textId="77777777" w:rsidR="00F26C4D" w:rsidRDefault="00F26C4D" w:rsidP="00F72BFD">
            <w:pPr>
              <w:spacing w:line="240" w:lineRule="auto"/>
            </w:pPr>
            <w:r>
              <w:rPr>
                <w:sz w:val="13"/>
              </w:rPr>
              <w:t>-1.538 to -0.427</w:t>
            </w:r>
          </w:p>
        </w:tc>
        <w:tc>
          <w:tcPr>
            <w:tcW w:w="1040" w:type="dxa"/>
            <w:vAlign w:val="center"/>
          </w:tcPr>
          <w:p w14:paraId="6D587FE5" w14:textId="77777777" w:rsidR="00F26C4D" w:rsidRDefault="00F26C4D" w:rsidP="00F72BFD">
            <w:pPr>
              <w:spacing w:line="240" w:lineRule="auto"/>
            </w:pPr>
            <w:r>
              <w:rPr>
                <w:sz w:val="13"/>
              </w:rPr>
              <w:t>8.56e-04</w:t>
            </w:r>
          </w:p>
        </w:tc>
      </w:tr>
      <w:tr w:rsidR="00F26C4D" w14:paraId="170337A6" w14:textId="77777777" w:rsidTr="00F72BFD">
        <w:trPr>
          <w:cantSplit/>
          <w:jc w:val="center"/>
        </w:trPr>
        <w:tc>
          <w:tcPr>
            <w:tcW w:w="1040" w:type="dxa"/>
            <w:vAlign w:val="center"/>
          </w:tcPr>
          <w:p w14:paraId="6DC2CFCA" w14:textId="77777777" w:rsidR="00F26C4D" w:rsidRDefault="00F26C4D" w:rsidP="00F72BFD">
            <w:pPr>
              <w:spacing w:line="240" w:lineRule="auto"/>
            </w:pPr>
            <w:r>
              <w:rPr>
                <w:sz w:val="13"/>
              </w:rPr>
              <w:t>G+:G-</w:t>
            </w:r>
          </w:p>
        </w:tc>
        <w:tc>
          <w:tcPr>
            <w:tcW w:w="1040" w:type="dxa"/>
            <w:vAlign w:val="center"/>
          </w:tcPr>
          <w:p w14:paraId="65AA57EA" w14:textId="77777777" w:rsidR="00F26C4D" w:rsidRDefault="00F26C4D" w:rsidP="00F72BFD">
            <w:pPr>
              <w:spacing w:line="240" w:lineRule="auto"/>
            </w:pPr>
            <w:r>
              <w:rPr>
                <w:sz w:val="13"/>
              </w:rPr>
              <w:t>Swamp meadow</w:t>
            </w:r>
          </w:p>
        </w:tc>
        <w:tc>
          <w:tcPr>
            <w:tcW w:w="1040" w:type="dxa"/>
            <w:vAlign w:val="center"/>
          </w:tcPr>
          <w:p w14:paraId="52FB9CA0" w14:textId="77777777" w:rsidR="00F26C4D" w:rsidRDefault="00F26C4D" w:rsidP="00F72BFD">
            <w:pPr>
              <w:spacing w:line="240" w:lineRule="auto"/>
            </w:pPr>
            <w:r>
              <w:rPr>
                <w:sz w:val="13"/>
              </w:rPr>
              <w:t>0-5</w:t>
            </w:r>
          </w:p>
        </w:tc>
        <w:tc>
          <w:tcPr>
            <w:tcW w:w="1040" w:type="dxa"/>
            <w:vAlign w:val="center"/>
          </w:tcPr>
          <w:p w14:paraId="19B48031" w14:textId="77777777" w:rsidR="00F26C4D" w:rsidRDefault="00F26C4D" w:rsidP="00F72BFD">
            <w:pPr>
              <w:spacing w:line="240" w:lineRule="auto"/>
            </w:pPr>
            <w:r>
              <w:rPr>
                <w:sz w:val="13"/>
              </w:rPr>
              <w:t>Day 13 - Day 0</w:t>
            </w:r>
          </w:p>
        </w:tc>
        <w:tc>
          <w:tcPr>
            <w:tcW w:w="1040" w:type="dxa"/>
            <w:vAlign w:val="center"/>
          </w:tcPr>
          <w:p w14:paraId="3CA69804" w14:textId="77777777" w:rsidR="00F26C4D" w:rsidRDefault="00F26C4D" w:rsidP="00F72BFD">
            <w:pPr>
              <w:spacing w:line="240" w:lineRule="auto"/>
            </w:pPr>
            <w:r>
              <w:rPr>
                <w:sz w:val="13"/>
              </w:rPr>
              <w:t>-0.221</w:t>
            </w:r>
          </w:p>
        </w:tc>
        <w:tc>
          <w:tcPr>
            <w:tcW w:w="1040" w:type="dxa"/>
            <w:vAlign w:val="center"/>
          </w:tcPr>
          <w:p w14:paraId="5E229E7A" w14:textId="77777777" w:rsidR="00F26C4D" w:rsidRDefault="00F26C4D" w:rsidP="00F72BFD">
            <w:pPr>
              <w:spacing w:line="240" w:lineRule="auto"/>
            </w:pPr>
            <w:r>
              <w:rPr>
                <w:sz w:val="13"/>
              </w:rPr>
              <w:t>0.275</w:t>
            </w:r>
          </w:p>
        </w:tc>
        <w:tc>
          <w:tcPr>
            <w:tcW w:w="1040" w:type="dxa"/>
            <w:vAlign w:val="center"/>
          </w:tcPr>
          <w:p w14:paraId="7126A408" w14:textId="77777777" w:rsidR="00F26C4D" w:rsidRDefault="00F26C4D" w:rsidP="00F72BFD">
            <w:pPr>
              <w:spacing w:line="240" w:lineRule="auto"/>
            </w:pPr>
            <w:r>
              <w:rPr>
                <w:sz w:val="13"/>
              </w:rPr>
              <w:t>48.0</w:t>
            </w:r>
          </w:p>
        </w:tc>
        <w:tc>
          <w:tcPr>
            <w:tcW w:w="1040" w:type="dxa"/>
            <w:vAlign w:val="center"/>
          </w:tcPr>
          <w:p w14:paraId="726FAE74" w14:textId="77777777" w:rsidR="00F26C4D" w:rsidRDefault="00F26C4D" w:rsidP="00F72BFD">
            <w:pPr>
              <w:spacing w:line="240" w:lineRule="auto"/>
            </w:pPr>
            <w:r>
              <w:rPr>
                <w:sz w:val="13"/>
              </w:rPr>
              <w:t>-0.774 to 0.332</w:t>
            </w:r>
          </w:p>
        </w:tc>
        <w:tc>
          <w:tcPr>
            <w:tcW w:w="1040" w:type="dxa"/>
            <w:vAlign w:val="center"/>
          </w:tcPr>
          <w:p w14:paraId="4184998B" w14:textId="77777777" w:rsidR="00F26C4D" w:rsidRDefault="00F26C4D" w:rsidP="00F72BFD">
            <w:pPr>
              <w:spacing w:line="240" w:lineRule="auto"/>
            </w:pPr>
            <w:r>
              <w:rPr>
                <w:sz w:val="13"/>
              </w:rPr>
              <w:t>0.426</w:t>
            </w:r>
          </w:p>
        </w:tc>
      </w:tr>
      <w:tr w:rsidR="00F26C4D" w14:paraId="49585B39" w14:textId="77777777" w:rsidTr="00F72BFD">
        <w:trPr>
          <w:cantSplit/>
          <w:jc w:val="center"/>
        </w:trPr>
        <w:tc>
          <w:tcPr>
            <w:tcW w:w="1040" w:type="dxa"/>
            <w:vAlign w:val="center"/>
          </w:tcPr>
          <w:p w14:paraId="717AA016" w14:textId="77777777" w:rsidR="00F26C4D" w:rsidRDefault="00F26C4D" w:rsidP="00F72BFD">
            <w:pPr>
              <w:spacing w:line="240" w:lineRule="auto"/>
            </w:pPr>
            <w:r>
              <w:rPr>
                <w:sz w:val="13"/>
              </w:rPr>
              <w:t>G+:G-</w:t>
            </w:r>
          </w:p>
        </w:tc>
        <w:tc>
          <w:tcPr>
            <w:tcW w:w="1040" w:type="dxa"/>
            <w:vAlign w:val="center"/>
          </w:tcPr>
          <w:p w14:paraId="085C6275" w14:textId="77777777" w:rsidR="00F26C4D" w:rsidRDefault="00F26C4D" w:rsidP="00F72BFD">
            <w:pPr>
              <w:spacing w:line="240" w:lineRule="auto"/>
            </w:pPr>
            <w:r>
              <w:rPr>
                <w:sz w:val="13"/>
              </w:rPr>
              <w:t>Swamp meadow</w:t>
            </w:r>
          </w:p>
        </w:tc>
        <w:tc>
          <w:tcPr>
            <w:tcW w:w="1040" w:type="dxa"/>
            <w:vAlign w:val="center"/>
          </w:tcPr>
          <w:p w14:paraId="5B39DCB9" w14:textId="77777777" w:rsidR="00F26C4D" w:rsidRDefault="00F26C4D" w:rsidP="00F72BFD">
            <w:pPr>
              <w:spacing w:line="240" w:lineRule="auto"/>
            </w:pPr>
            <w:r>
              <w:rPr>
                <w:sz w:val="13"/>
              </w:rPr>
              <w:t>0-5</w:t>
            </w:r>
          </w:p>
        </w:tc>
        <w:tc>
          <w:tcPr>
            <w:tcW w:w="1040" w:type="dxa"/>
            <w:vAlign w:val="center"/>
          </w:tcPr>
          <w:p w14:paraId="55D58437" w14:textId="77777777" w:rsidR="00F26C4D" w:rsidRDefault="00F26C4D" w:rsidP="00F72BFD">
            <w:pPr>
              <w:spacing w:line="240" w:lineRule="auto"/>
            </w:pPr>
            <w:r>
              <w:rPr>
                <w:sz w:val="13"/>
              </w:rPr>
              <w:t>Day 40 - Day 0</w:t>
            </w:r>
          </w:p>
        </w:tc>
        <w:tc>
          <w:tcPr>
            <w:tcW w:w="1040" w:type="dxa"/>
            <w:vAlign w:val="center"/>
          </w:tcPr>
          <w:p w14:paraId="7B3E181B" w14:textId="77777777" w:rsidR="00F26C4D" w:rsidRDefault="00F26C4D" w:rsidP="00F72BFD">
            <w:pPr>
              <w:spacing w:line="240" w:lineRule="auto"/>
            </w:pPr>
            <w:r>
              <w:rPr>
                <w:sz w:val="13"/>
              </w:rPr>
              <w:t>-0.064</w:t>
            </w:r>
          </w:p>
        </w:tc>
        <w:tc>
          <w:tcPr>
            <w:tcW w:w="1040" w:type="dxa"/>
            <w:vAlign w:val="center"/>
          </w:tcPr>
          <w:p w14:paraId="182FB3C1" w14:textId="77777777" w:rsidR="00F26C4D" w:rsidRDefault="00F26C4D" w:rsidP="00F72BFD">
            <w:pPr>
              <w:spacing w:line="240" w:lineRule="auto"/>
            </w:pPr>
            <w:r>
              <w:rPr>
                <w:sz w:val="13"/>
              </w:rPr>
              <w:t>0.275</w:t>
            </w:r>
          </w:p>
        </w:tc>
        <w:tc>
          <w:tcPr>
            <w:tcW w:w="1040" w:type="dxa"/>
            <w:vAlign w:val="center"/>
          </w:tcPr>
          <w:p w14:paraId="790FB4F9" w14:textId="77777777" w:rsidR="00F26C4D" w:rsidRDefault="00F26C4D" w:rsidP="00F72BFD">
            <w:pPr>
              <w:spacing w:line="240" w:lineRule="auto"/>
            </w:pPr>
            <w:r>
              <w:rPr>
                <w:sz w:val="13"/>
              </w:rPr>
              <w:t>48.0</w:t>
            </w:r>
          </w:p>
        </w:tc>
        <w:tc>
          <w:tcPr>
            <w:tcW w:w="1040" w:type="dxa"/>
            <w:vAlign w:val="center"/>
          </w:tcPr>
          <w:p w14:paraId="6A9EA7B2" w14:textId="77777777" w:rsidR="00F26C4D" w:rsidRDefault="00F26C4D" w:rsidP="00F72BFD">
            <w:pPr>
              <w:spacing w:line="240" w:lineRule="auto"/>
            </w:pPr>
            <w:r>
              <w:rPr>
                <w:sz w:val="13"/>
              </w:rPr>
              <w:t>-0.617 to 0.489</w:t>
            </w:r>
          </w:p>
        </w:tc>
        <w:tc>
          <w:tcPr>
            <w:tcW w:w="1040" w:type="dxa"/>
            <w:vAlign w:val="center"/>
          </w:tcPr>
          <w:p w14:paraId="63943F96" w14:textId="77777777" w:rsidR="00F26C4D" w:rsidRDefault="00F26C4D" w:rsidP="00F72BFD">
            <w:pPr>
              <w:spacing w:line="240" w:lineRule="auto"/>
            </w:pPr>
            <w:r>
              <w:rPr>
                <w:sz w:val="13"/>
              </w:rPr>
              <w:t>0.817</w:t>
            </w:r>
          </w:p>
        </w:tc>
      </w:tr>
      <w:tr w:rsidR="00F26C4D" w14:paraId="3C5092D3" w14:textId="77777777" w:rsidTr="00F72BFD">
        <w:trPr>
          <w:cantSplit/>
          <w:jc w:val="center"/>
        </w:trPr>
        <w:tc>
          <w:tcPr>
            <w:tcW w:w="1040" w:type="dxa"/>
            <w:vAlign w:val="center"/>
          </w:tcPr>
          <w:p w14:paraId="5DB06B9A" w14:textId="77777777" w:rsidR="00F26C4D" w:rsidRDefault="00F26C4D" w:rsidP="00F72BFD">
            <w:pPr>
              <w:spacing w:line="240" w:lineRule="auto"/>
            </w:pPr>
            <w:r>
              <w:rPr>
                <w:sz w:val="13"/>
              </w:rPr>
              <w:t>G+:G-</w:t>
            </w:r>
          </w:p>
        </w:tc>
        <w:tc>
          <w:tcPr>
            <w:tcW w:w="1040" w:type="dxa"/>
            <w:vAlign w:val="center"/>
          </w:tcPr>
          <w:p w14:paraId="541CE13D" w14:textId="77777777" w:rsidR="00F26C4D" w:rsidRDefault="00F26C4D" w:rsidP="00F72BFD">
            <w:pPr>
              <w:spacing w:line="240" w:lineRule="auto"/>
            </w:pPr>
            <w:r>
              <w:rPr>
                <w:sz w:val="13"/>
              </w:rPr>
              <w:t>Meadow</w:t>
            </w:r>
          </w:p>
        </w:tc>
        <w:tc>
          <w:tcPr>
            <w:tcW w:w="1040" w:type="dxa"/>
            <w:vAlign w:val="center"/>
          </w:tcPr>
          <w:p w14:paraId="72F9C962" w14:textId="77777777" w:rsidR="00F26C4D" w:rsidRDefault="00F26C4D" w:rsidP="00F72BFD">
            <w:pPr>
              <w:spacing w:line="240" w:lineRule="auto"/>
            </w:pPr>
            <w:r>
              <w:rPr>
                <w:sz w:val="13"/>
              </w:rPr>
              <w:t>0-5</w:t>
            </w:r>
          </w:p>
        </w:tc>
        <w:tc>
          <w:tcPr>
            <w:tcW w:w="1040" w:type="dxa"/>
            <w:vAlign w:val="center"/>
          </w:tcPr>
          <w:p w14:paraId="73AFA7D7" w14:textId="77777777" w:rsidR="00F26C4D" w:rsidRDefault="00F26C4D" w:rsidP="00F72BFD">
            <w:pPr>
              <w:spacing w:line="240" w:lineRule="auto"/>
            </w:pPr>
            <w:r>
              <w:rPr>
                <w:sz w:val="13"/>
              </w:rPr>
              <w:t>Day 13 - Day 0</w:t>
            </w:r>
          </w:p>
        </w:tc>
        <w:tc>
          <w:tcPr>
            <w:tcW w:w="1040" w:type="dxa"/>
            <w:vAlign w:val="center"/>
          </w:tcPr>
          <w:p w14:paraId="34C6CB08" w14:textId="77777777" w:rsidR="00F26C4D" w:rsidRDefault="00F26C4D" w:rsidP="00F72BFD">
            <w:pPr>
              <w:spacing w:line="240" w:lineRule="auto"/>
            </w:pPr>
            <w:r>
              <w:rPr>
                <w:sz w:val="13"/>
              </w:rPr>
              <w:t>-0.172</w:t>
            </w:r>
          </w:p>
        </w:tc>
        <w:tc>
          <w:tcPr>
            <w:tcW w:w="1040" w:type="dxa"/>
            <w:vAlign w:val="center"/>
          </w:tcPr>
          <w:p w14:paraId="4967C959" w14:textId="77777777" w:rsidR="00F26C4D" w:rsidRDefault="00F26C4D" w:rsidP="00F72BFD">
            <w:pPr>
              <w:spacing w:line="240" w:lineRule="auto"/>
            </w:pPr>
            <w:r>
              <w:rPr>
                <w:sz w:val="13"/>
              </w:rPr>
              <w:t>0.275</w:t>
            </w:r>
          </w:p>
        </w:tc>
        <w:tc>
          <w:tcPr>
            <w:tcW w:w="1040" w:type="dxa"/>
            <w:vAlign w:val="center"/>
          </w:tcPr>
          <w:p w14:paraId="2DA43433" w14:textId="77777777" w:rsidR="00F26C4D" w:rsidRDefault="00F26C4D" w:rsidP="00F72BFD">
            <w:pPr>
              <w:spacing w:line="240" w:lineRule="auto"/>
            </w:pPr>
            <w:r>
              <w:rPr>
                <w:sz w:val="13"/>
              </w:rPr>
              <w:t>48.0</w:t>
            </w:r>
          </w:p>
        </w:tc>
        <w:tc>
          <w:tcPr>
            <w:tcW w:w="1040" w:type="dxa"/>
            <w:vAlign w:val="center"/>
          </w:tcPr>
          <w:p w14:paraId="0F734C57" w14:textId="77777777" w:rsidR="00F26C4D" w:rsidRDefault="00F26C4D" w:rsidP="00F72BFD">
            <w:pPr>
              <w:spacing w:line="240" w:lineRule="auto"/>
            </w:pPr>
            <w:r>
              <w:rPr>
                <w:sz w:val="13"/>
              </w:rPr>
              <w:t>-0.726 to 0.381</w:t>
            </w:r>
          </w:p>
        </w:tc>
        <w:tc>
          <w:tcPr>
            <w:tcW w:w="1040" w:type="dxa"/>
            <w:vAlign w:val="center"/>
          </w:tcPr>
          <w:p w14:paraId="554467D7" w14:textId="77777777" w:rsidR="00F26C4D" w:rsidRDefault="00F26C4D" w:rsidP="00F72BFD">
            <w:pPr>
              <w:spacing w:line="240" w:lineRule="auto"/>
            </w:pPr>
            <w:r>
              <w:rPr>
                <w:sz w:val="13"/>
              </w:rPr>
              <w:t>0.534</w:t>
            </w:r>
          </w:p>
        </w:tc>
      </w:tr>
      <w:tr w:rsidR="00F26C4D" w14:paraId="2F9189D1" w14:textId="77777777" w:rsidTr="00F72BFD">
        <w:trPr>
          <w:cantSplit/>
          <w:jc w:val="center"/>
        </w:trPr>
        <w:tc>
          <w:tcPr>
            <w:tcW w:w="1040" w:type="dxa"/>
            <w:vAlign w:val="center"/>
          </w:tcPr>
          <w:p w14:paraId="7A1D7BD2" w14:textId="77777777" w:rsidR="00F26C4D" w:rsidRDefault="00F26C4D" w:rsidP="00F72BFD">
            <w:pPr>
              <w:spacing w:line="240" w:lineRule="auto"/>
            </w:pPr>
            <w:r>
              <w:rPr>
                <w:sz w:val="13"/>
              </w:rPr>
              <w:t>G+:G-</w:t>
            </w:r>
          </w:p>
        </w:tc>
        <w:tc>
          <w:tcPr>
            <w:tcW w:w="1040" w:type="dxa"/>
            <w:vAlign w:val="center"/>
          </w:tcPr>
          <w:p w14:paraId="582418F4" w14:textId="77777777" w:rsidR="00F26C4D" w:rsidRDefault="00F26C4D" w:rsidP="00F72BFD">
            <w:pPr>
              <w:spacing w:line="240" w:lineRule="auto"/>
            </w:pPr>
            <w:r>
              <w:rPr>
                <w:sz w:val="13"/>
              </w:rPr>
              <w:t>Meadow</w:t>
            </w:r>
          </w:p>
        </w:tc>
        <w:tc>
          <w:tcPr>
            <w:tcW w:w="1040" w:type="dxa"/>
            <w:vAlign w:val="center"/>
          </w:tcPr>
          <w:p w14:paraId="7BDE379B" w14:textId="77777777" w:rsidR="00F26C4D" w:rsidRDefault="00F26C4D" w:rsidP="00F72BFD">
            <w:pPr>
              <w:spacing w:line="240" w:lineRule="auto"/>
            </w:pPr>
            <w:r>
              <w:rPr>
                <w:sz w:val="13"/>
              </w:rPr>
              <w:t>0-5</w:t>
            </w:r>
          </w:p>
        </w:tc>
        <w:tc>
          <w:tcPr>
            <w:tcW w:w="1040" w:type="dxa"/>
            <w:vAlign w:val="center"/>
          </w:tcPr>
          <w:p w14:paraId="170835E3" w14:textId="77777777" w:rsidR="00F26C4D" w:rsidRDefault="00F26C4D" w:rsidP="00F72BFD">
            <w:pPr>
              <w:spacing w:line="240" w:lineRule="auto"/>
            </w:pPr>
            <w:r>
              <w:rPr>
                <w:sz w:val="13"/>
              </w:rPr>
              <w:t>Day 40 - Day 0</w:t>
            </w:r>
          </w:p>
        </w:tc>
        <w:tc>
          <w:tcPr>
            <w:tcW w:w="1040" w:type="dxa"/>
            <w:vAlign w:val="center"/>
          </w:tcPr>
          <w:p w14:paraId="3108139E" w14:textId="77777777" w:rsidR="00F26C4D" w:rsidRDefault="00F26C4D" w:rsidP="00F72BFD">
            <w:pPr>
              <w:spacing w:line="240" w:lineRule="auto"/>
            </w:pPr>
            <w:r>
              <w:rPr>
                <w:sz w:val="13"/>
              </w:rPr>
              <w:t>0.505</w:t>
            </w:r>
          </w:p>
        </w:tc>
        <w:tc>
          <w:tcPr>
            <w:tcW w:w="1040" w:type="dxa"/>
            <w:vAlign w:val="center"/>
          </w:tcPr>
          <w:p w14:paraId="1DE5592F" w14:textId="77777777" w:rsidR="00F26C4D" w:rsidRDefault="00F26C4D" w:rsidP="00F72BFD">
            <w:pPr>
              <w:spacing w:line="240" w:lineRule="auto"/>
            </w:pPr>
            <w:r>
              <w:rPr>
                <w:sz w:val="13"/>
              </w:rPr>
              <w:t>0.275</w:t>
            </w:r>
          </w:p>
        </w:tc>
        <w:tc>
          <w:tcPr>
            <w:tcW w:w="1040" w:type="dxa"/>
            <w:vAlign w:val="center"/>
          </w:tcPr>
          <w:p w14:paraId="029B302D" w14:textId="77777777" w:rsidR="00F26C4D" w:rsidRDefault="00F26C4D" w:rsidP="00F72BFD">
            <w:pPr>
              <w:spacing w:line="240" w:lineRule="auto"/>
            </w:pPr>
            <w:r>
              <w:rPr>
                <w:sz w:val="13"/>
              </w:rPr>
              <w:t>48.0</w:t>
            </w:r>
          </w:p>
        </w:tc>
        <w:tc>
          <w:tcPr>
            <w:tcW w:w="1040" w:type="dxa"/>
            <w:vAlign w:val="center"/>
          </w:tcPr>
          <w:p w14:paraId="1693E87F" w14:textId="77777777" w:rsidR="00F26C4D" w:rsidRDefault="00F26C4D" w:rsidP="00F72BFD">
            <w:pPr>
              <w:spacing w:line="240" w:lineRule="auto"/>
            </w:pPr>
            <w:r>
              <w:rPr>
                <w:sz w:val="13"/>
              </w:rPr>
              <w:t>-0.048 to 1.058</w:t>
            </w:r>
          </w:p>
        </w:tc>
        <w:tc>
          <w:tcPr>
            <w:tcW w:w="1040" w:type="dxa"/>
            <w:vAlign w:val="center"/>
          </w:tcPr>
          <w:p w14:paraId="434B01D1" w14:textId="77777777" w:rsidR="00F26C4D" w:rsidRDefault="00F26C4D" w:rsidP="00F72BFD">
            <w:pPr>
              <w:spacing w:line="240" w:lineRule="auto"/>
            </w:pPr>
            <w:r>
              <w:rPr>
                <w:sz w:val="13"/>
              </w:rPr>
              <w:t>0.073</w:t>
            </w:r>
          </w:p>
        </w:tc>
      </w:tr>
      <w:tr w:rsidR="00F26C4D" w14:paraId="4464FA3C" w14:textId="77777777" w:rsidTr="00F72BFD">
        <w:trPr>
          <w:cantSplit/>
          <w:jc w:val="center"/>
        </w:trPr>
        <w:tc>
          <w:tcPr>
            <w:tcW w:w="1040" w:type="dxa"/>
            <w:vAlign w:val="center"/>
          </w:tcPr>
          <w:p w14:paraId="7D60D710" w14:textId="77777777" w:rsidR="00F26C4D" w:rsidRDefault="00F26C4D" w:rsidP="00F72BFD">
            <w:pPr>
              <w:spacing w:line="240" w:lineRule="auto"/>
            </w:pPr>
            <w:r>
              <w:rPr>
                <w:sz w:val="13"/>
              </w:rPr>
              <w:t>G+:G-</w:t>
            </w:r>
          </w:p>
        </w:tc>
        <w:tc>
          <w:tcPr>
            <w:tcW w:w="1040" w:type="dxa"/>
            <w:vAlign w:val="center"/>
          </w:tcPr>
          <w:p w14:paraId="07276D3D" w14:textId="77777777" w:rsidR="00F26C4D" w:rsidRDefault="00F26C4D" w:rsidP="00F72BFD">
            <w:pPr>
              <w:spacing w:line="240" w:lineRule="auto"/>
            </w:pPr>
            <w:r>
              <w:rPr>
                <w:sz w:val="13"/>
              </w:rPr>
              <w:t>Swamp meadow</w:t>
            </w:r>
          </w:p>
        </w:tc>
        <w:tc>
          <w:tcPr>
            <w:tcW w:w="1040" w:type="dxa"/>
            <w:vAlign w:val="center"/>
          </w:tcPr>
          <w:p w14:paraId="0E966A58" w14:textId="77777777" w:rsidR="00F26C4D" w:rsidRDefault="00F26C4D" w:rsidP="00F72BFD">
            <w:pPr>
              <w:spacing w:line="240" w:lineRule="auto"/>
            </w:pPr>
            <w:r>
              <w:rPr>
                <w:sz w:val="13"/>
              </w:rPr>
              <w:t>5-15</w:t>
            </w:r>
          </w:p>
        </w:tc>
        <w:tc>
          <w:tcPr>
            <w:tcW w:w="1040" w:type="dxa"/>
            <w:vAlign w:val="center"/>
          </w:tcPr>
          <w:p w14:paraId="3B7A79C0" w14:textId="77777777" w:rsidR="00F26C4D" w:rsidRDefault="00F26C4D" w:rsidP="00F72BFD">
            <w:pPr>
              <w:spacing w:line="240" w:lineRule="auto"/>
            </w:pPr>
            <w:r>
              <w:rPr>
                <w:sz w:val="13"/>
              </w:rPr>
              <w:t>Day 13 - Day 0</w:t>
            </w:r>
          </w:p>
        </w:tc>
        <w:tc>
          <w:tcPr>
            <w:tcW w:w="1040" w:type="dxa"/>
            <w:vAlign w:val="center"/>
          </w:tcPr>
          <w:p w14:paraId="649D9509" w14:textId="77777777" w:rsidR="00F26C4D" w:rsidRDefault="00F26C4D" w:rsidP="00F72BFD">
            <w:pPr>
              <w:spacing w:line="240" w:lineRule="auto"/>
            </w:pPr>
            <w:r>
              <w:rPr>
                <w:sz w:val="13"/>
              </w:rPr>
              <w:t>-0.096</w:t>
            </w:r>
          </w:p>
        </w:tc>
        <w:tc>
          <w:tcPr>
            <w:tcW w:w="1040" w:type="dxa"/>
            <w:vAlign w:val="center"/>
          </w:tcPr>
          <w:p w14:paraId="0C6B75C1" w14:textId="77777777" w:rsidR="00F26C4D" w:rsidRDefault="00F26C4D" w:rsidP="00F72BFD">
            <w:pPr>
              <w:spacing w:line="240" w:lineRule="auto"/>
            </w:pPr>
            <w:r>
              <w:rPr>
                <w:sz w:val="13"/>
              </w:rPr>
              <w:t>0.275</w:t>
            </w:r>
          </w:p>
        </w:tc>
        <w:tc>
          <w:tcPr>
            <w:tcW w:w="1040" w:type="dxa"/>
            <w:vAlign w:val="center"/>
          </w:tcPr>
          <w:p w14:paraId="11912DC8" w14:textId="77777777" w:rsidR="00F26C4D" w:rsidRDefault="00F26C4D" w:rsidP="00F72BFD">
            <w:pPr>
              <w:spacing w:line="240" w:lineRule="auto"/>
            </w:pPr>
            <w:r>
              <w:rPr>
                <w:sz w:val="13"/>
              </w:rPr>
              <w:t>48.0</w:t>
            </w:r>
          </w:p>
        </w:tc>
        <w:tc>
          <w:tcPr>
            <w:tcW w:w="1040" w:type="dxa"/>
            <w:vAlign w:val="center"/>
          </w:tcPr>
          <w:p w14:paraId="0995FBC5" w14:textId="77777777" w:rsidR="00F26C4D" w:rsidRDefault="00F26C4D" w:rsidP="00F72BFD">
            <w:pPr>
              <w:spacing w:line="240" w:lineRule="auto"/>
            </w:pPr>
            <w:r>
              <w:rPr>
                <w:sz w:val="13"/>
              </w:rPr>
              <w:t>-0.649 to 0.457</w:t>
            </w:r>
          </w:p>
        </w:tc>
        <w:tc>
          <w:tcPr>
            <w:tcW w:w="1040" w:type="dxa"/>
            <w:vAlign w:val="center"/>
          </w:tcPr>
          <w:p w14:paraId="59E86B30" w14:textId="77777777" w:rsidR="00F26C4D" w:rsidRDefault="00F26C4D" w:rsidP="00F72BFD">
            <w:pPr>
              <w:spacing w:line="240" w:lineRule="auto"/>
            </w:pPr>
            <w:r>
              <w:rPr>
                <w:sz w:val="13"/>
              </w:rPr>
              <w:t>0.728</w:t>
            </w:r>
          </w:p>
        </w:tc>
      </w:tr>
      <w:tr w:rsidR="00F26C4D" w14:paraId="408917BB" w14:textId="77777777" w:rsidTr="00F72BFD">
        <w:trPr>
          <w:cantSplit/>
          <w:jc w:val="center"/>
        </w:trPr>
        <w:tc>
          <w:tcPr>
            <w:tcW w:w="1040" w:type="dxa"/>
            <w:vAlign w:val="center"/>
          </w:tcPr>
          <w:p w14:paraId="70E0BBEA" w14:textId="77777777" w:rsidR="00F26C4D" w:rsidRDefault="00F26C4D" w:rsidP="00F72BFD">
            <w:pPr>
              <w:spacing w:line="240" w:lineRule="auto"/>
            </w:pPr>
            <w:r>
              <w:rPr>
                <w:sz w:val="13"/>
              </w:rPr>
              <w:t>G+:G-</w:t>
            </w:r>
          </w:p>
        </w:tc>
        <w:tc>
          <w:tcPr>
            <w:tcW w:w="1040" w:type="dxa"/>
            <w:vAlign w:val="center"/>
          </w:tcPr>
          <w:p w14:paraId="78960454" w14:textId="77777777" w:rsidR="00F26C4D" w:rsidRDefault="00F26C4D" w:rsidP="00F72BFD">
            <w:pPr>
              <w:spacing w:line="240" w:lineRule="auto"/>
            </w:pPr>
            <w:r>
              <w:rPr>
                <w:sz w:val="13"/>
              </w:rPr>
              <w:t>Swamp meadow</w:t>
            </w:r>
          </w:p>
        </w:tc>
        <w:tc>
          <w:tcPr>
            <w:tcW w:w="1040" w:type="dxa"/>
            <w:vAlign w:val="center"/>
          </w:tcPr>
          <w:p w14:paraId="2E310254" w14:textId="77777777" w:rsidR="00F26C4D" w:rsidRDefault="00F26C4D" w:rsidP="00F72BFD">
            <w:pPr>
              <w:spacing w:line="240" w:lineRule="auto"/>
            </w:pPr>
            <w:r>
              <w:rPr>
                <w:sz w:val="13"/>
              </w:rPr>
              <w:t>5-15</w:t>
            </w:r>
          </w:p>
        </w:tc>
        <w:tc>
          <w:tcPr>
            <w:tcW w:w="1040" w:type="dxa"/>
            <w:vAlign w:val="center"/>
          </w:tcPr>
          <w:p w14:paraId="29331514" w14:textId="77777777" w:rsidR="00F26C4D" w:rsidRDefault="00F26C4D" w:rsidP="00F72BFD">
            <w:pPr>
              <w:spacing w:line="240" w:lineRule="auto"/>
            </w:pPr>
            <w:r>
              <w:rPr>
                <w:sz w:val="13"/>
              </w:rPr>
              <w:t>Day 40 - Day 0</w:t>
            </w:r>
          </w:p>
        </w:tc>
        <w:tc>
          <w:tcPr>
            <w:tcW w:w="1040" w:type="dxa"/>
            <w:vAlign w:val="center"/>
          </w:tcPr>
          <w:p w14:paraId="27BC5B76" w14:textId="77777777" w:rsidR="00F26C4D" w:rsidRDefault="00F26C4D" w:rsidP="00F72BFD">
            <w:pPr>
              <w:spacing w:line="240" w:lineRule="auto"/>
            </w:pPr>
            <w:r>
              <w:rPr>
                <w:sz w:val="13"/>
              </w:rPr>
              <w:t>0.481</w:t>
            </w:r>
          </w:p>
        </w:tc>
        <w:tc>
          <w:tcPr>
            <w:tcW w:w="1040" w:type="dxa"/>
            <w:vAlign w:val="center"/>
          </w:tcPr>
          <w:p w14:paraId="000D8461" w14:textId="77777777" w:rsidR="00F26C4D" w:rsidRDefault="00F26C4D" w:rsidP="00F72BFD">
            <w:pPr>
              <w:spacing w:line="240" w:lineRule="auto"/>
            </w:pPr>
            <w:r>
              <w:rPr>
                <w:sz w:val="13"/>
              </w:rPr>
              <w:t>0.275</w:t>
            </w:r>
          </w:p>
        </w:tc>
        <w:tc>
          <w:tcPr>
            <w:tcW w:w="1040" w:type="dxa"/>
            <w:vAlign w:val="center"/>
          </w:tcPr>
          <w:p w14:paraId="219C2DCB" w14:textId="77777777" w:rsidR="00F26C4D" w:rsidRDefault="00F26C4D" w:rsidP="00F72BFD">
            <w:pPr>
              <w:spacing w:line="240" w:lineRule="auto"/>
            </w:pPr>
            <w:r>
              <w:rPr>
                <w:sz w:val="13"/>
              </w:rPr>
              <w:t>48.0</w:t>
            </w:r>
          </w:p>
        </w:tc>
        <w:tc>
          <w:tcPr>
            <w:tcW w:w="1040" w:type="dxa"/>
            <w:vAlign w:val="center"/>
          </w:tcPr>
          <w:p w14:paraId="7F959332" w14:textId="77777777" w:rsidR="00F26C4D" w:rsidRDefault="00F26C4D" w:rsidP="00F72BFD">
            <w:pPr>
              <w:spacing w:line="240" w:lineRule="auto"/>
            </w:pPr>
            <w:r>
              <w:rPr>
                <w:sz w:val="13"/>
              </w:rPr>
              <w:t>-0.073 to 1.034</w:t>
            </w:r>
          </w:p>
        </w:tc>
        <w:tc>
          <w:tcPr>
            <w:tcW w:w="1040" w:type="dxa"/>
            <w:vAlign w:val="center"/>
          </w:tcPr>
          <w:p w14:paraId="283CD376" w14:textId="77777777" w:rsidR="00F26C4D" w:rsidRDefault="00F26C4D" w:rsidP="00F72BFD">
            <w:pPr>
              <w:spacing w:line="240" w:lineRule="auto"/>
            </w:pPr>
            <w:r>
              <w:rPr>
                <w:sz w:val="13"/>
              </w:rPr>
              <w:t>0.087</w:t>
            </w:r>
          </w:p>
        </w:tc>
      </w:tr>
      <w:tr w:rsidR="00F26C4D" w14:paraId="0066BA24" w14:textId="77777777" w:rsidTr="00F72BFD">
        <w:trPr>
          <w:cantSplit/>
          <w:jc w:val="center"/>
        </w:trPr>
        <w:tc>
          <w:tcPr>
            <w:tcW w:w="1040" w:type="dxa"/>
            <w:vAlign w:val="center"/>
          </w:tcPr>
          <w:p w14:paraId="66602DCF" w14:textId="77777777" w:rsidR="00F26C4D" w:rsidRDefault="00F26C4D" w:rsidP="00F72BFD">
            <w:pPr>
              <w:spacing w:line="240" w:lineRule="auto"/>
            </w:pPr>
            <w:r>
              <w:rPr>
                <w:sz w:val="13"/>
              </w:rPr>
              <w:t>G+:G-</w:t>
            </w:r>
          </w:p>
        </w:tc>
        <w:tc>
          <w:tcPr>
            <w:tcW w:w="1040" w:type="dxa"/>
            <w:vAlign w:val="center"/>
          </w:tcPr>
          <w:p w14:paraId="12CA45FA" w14:textId="77777777" w:rsidR="00F26C4D" w:rsidRDefault="00F26C4D" w:rsidP="00F72BFD">
            <w:pPr>
              <w:spacing w:line="240" w:lineRule="auto"/>
            </w:pPr>
            <w:r>
              <w:rPr>
                <w:sz w:val="13"/>
              </w:rPr>
              <w:t>Meadow</w:t>
            </w:r>
          </w:p>
        </w:tc>
        <w:tc>
          <w:tcPr>
            <w:tcW w:w="1040" w:type="dxa"/>
            <w:vAlign w:val="center"/>
          </w:tcPr>
          <w:p w14:paraId="74EB513F" w14:textId="77777777" w:rsidR="00F26C4D" w:rsidRDefault="00F26C4D" w:rsidP="00F72BFD">
            <w:pPr>
              <w:spacing w:line="240" w:lineRule="auto"/>
            </w:pPr>
            <w:r>
              <w:rPr>
                <w:sz w:val="13"/>
              </w:rPr>
              <w:t>5-15</w:t>
            </w:r>
          </w:p>
        </w:tc>
        <w:tc>
          <w:tcPr>
            <w:tcW w:w="1040" w:type="dxa"/>
            <w:vAlign w:val="center"/>
          </w:tcPr>
          <w:p w14:paraId="0298DE65" w14:textId="77777777" w:rsidR="00F26C4D" w:rsidRDefault="00F26C4D" w:rsidP="00F72BFD">
            <w:pPr>
              <w:spacing w:line="240" w:lineRule="auto"/>
            </w:pPr>
            <w:r>
              <w:rPr>
                <w:sz w:val="13"/>
              </w:rPr>
              <w:t>Day 13 - Day 0</w:t>
            </w:r>
          </w:p>
        </w:tc>
        <w:tc>
          <w:tcPr>
            <w:tcW w:w="1040" w:type="dxa"/>
            <w:vAlign w:val="center"/>
          </w:tcPr>
          <w:p w14:paraId="3D986996" w14:textId="77777777" w:rsidR="00F26C4D" w:rsidRDefault="00F26C4D" w:rsidP="00F72BFD">
            <w:pPr>
              <w:spacing w:line="240" w:lineRule="auto"/>
            </w:pPr>
            <w:r>
              <w:rPr>
                <w:sz w:val="13"/>
              </w:rPr>
              <w:t>0.687</w:t>
            </w:r>
          </w:p>
        </w:tc>
        <w:tc>
          <w:tcPr>
            <w:tcW w:w="1040" w:type="dxa"/>
            <w:vAlign w:val="center"/>
          </w:tcPr>
          <w:p w14:paraId="1B176F5F" w14:textId="77777777" w:rsidR="00F26C4D" w:rsidRDefault="00F26C4D" w:rsidP="00F72BFD">
            <w:pPr>
              <w:spacing w:line="240" w:lineRule="auto"/>
            </w:pPr>
            <w:r>
              <w:rPr>
                <w:sz w:val="13"/>
              </w:rPr>
              <w:t>0.275</w:t>
            </w:r>
          </w:p>
        </w:tc>
        <w:tc>
          <w:tcPr>
            <w:tcW w:w="1040" w:type="dxa"/>
            <w:vAlign w:val="center"/>
          </w:tcPr>
          <w:p w14:paraId="6D184BC0" w14:textId="77777777" w:rsidR="00F26C4D" w:rsidRDefault="00F26C4D" w:rsidP="00F72BFD">
            <w:pPr>
              <w:spacing w:line="240" w:lineRule="auto"/>
            </w:pPr>
            <w:r>
              <w:rPr>
                <w:sz w:val="13"/>
              </w:rPr>
              <w:t>48.0</w:t>
            </w:r>
          </w:p>
        </w:tc>
        <w:tc>
          <w:tcPr>
            <w:tcW w:w="1040" w:type="dxa"/>
            <w:vAlign w:val="center"/>
          </w:tcPr>
          <w:p w14:paraId="581F0673" w14:textId="77777777" w:rsidR="00F26C4D" w:rsidRDefault="00F26C4D" w:rsidP="00F72BFD">
            <w:pPr>
              <w:spacing w:line="240" w:lineRule="auto"/>
            </w:pPr>
            <w:r>
              <w:rPr>
                <w:sz w:val="13"/>
              </w:rPr>
              <w:t>0.134 to 1.240</w:t>
            </w:r>
          </w:p>
        </w:tc>
        <w:tc>
          <w:tcPr>
            <w:tcW w:w="1040" w:type="dxa"/>
            <w:vAlign w:val="center"/>
          </w:tcPr>
          <w:p w14:paraId="394753CD" w14:textId="77777777" w:rsidR="00F26C4D" w:rsidRDefault="00F26C4D" w:rsidP="00F72BFD">
            <w:pPr>
              <w:spacing w:line="240" w:lineRule="auto"/>
            </w:pPr>
            <w:r>
              <w:rPr>
                <w:sz w:val="13"/>
              </w:rPr>
              <w:t>0.016</w:t>
            </w:r>
          </w:p>
        </w:tc>
      </w:tr>
      <w:tr w:rsidR="00F26C4D" w14:paraId="29692AD8" w14:textId="77777777" w:rsidTr="00F72BFD">
        <w:trPr>
          <w:cantSplit/>
          <w:jc w:val="center"/>
        </w:trPr>
        <w:tc>
          <w:tcPr>
            <w:tcW w:w="1040" w:type="dxa"/>
            <w:vAlign w:val="center"/>
          </w:tcPr>
          <w:p w14:paraId="7FFFA24F" w14:textId="77777777" w:rsidR="00F26C4D" w:rsidRDefault="00F26C4D" w:rsidP="00F72BFD">
            <w:pPr>
              <w:spacing w:line="240" w:lineRule="auto"/>
            </w:pPr>
            <w:r>
              <w:rPr>
                <w:sz w:val="13"/>
              </w:rPr>
              <w:t>G+:G-</w:t>
            </w:r>
          </w:p>
        </w:tc>
        <w:tc>
          <w:tcPr>
            <w:tcW w:w="1040" w:type="dxa"/>
            <w:vAlign w:val="center"/>
          </w:tcPr>
          <w:p w14:paraId="0D02A97D" w14:textId="77777777" w:rsidR="00F26C4D" w:rsidRDefault="00F26C4D" w:rsidP="00F72BFD">
            <w:pPr>
              <w:spacing w:line="240" w:lineRule="auto"/>
            </w:pPr>
            <w:r>
              <w:rPr>
                <w:sz w:val="13"/>
              </w:rPr>
              <w:t>Meadow</w:t>
            </w:r>
          </w:p>
        </w:tc>
        <w:tc>
          <w:tcPr>
            <w:tcW w:w="1040" w:type="dxa"/>
            <w:vAlign w:val="center"/>
          </w:tcPr>
          <w:p w14:paraId="3A2CDAC8" w14:textId="77777777" w:rsidR="00F26C4D" w:rsidRDefault="00F26C4D" w:rsidP="00F72BFD">
            <w:pPr>
              <w:spacing w:line="240" w:lineRule="auto"/>
            </w:pPr>
            <w:r>
              <w:rPr>
                <w:sz w:val="13"/>
              </w:rPr>
              <w:t>5-15</w:t>
            </w:r>
          </w:p>
        </w:tc>
        <w:tc>
          <w:tcPr>
            <w:tcW w:w="1040" w:type="dxa"/>
            <w:vAlign w:val="center"/>
          </w:tcPr>
          <w:p w14:paraId="65D1F13D" w14:textId="77777777" w:rsidR="00F26C4D" w:rsidRDefault="00F26C4D" w:rsidP="00F72BFD">
            <w:pPr>
              <w:spacing w:line="240" w:lineRule="auto"/>
            </w:pPr>
            <w:r>
              <w:rPr>
                <w:sz w:val="13"/>
              </w:rPr>
              <w:t>Day 40 - Day 0</w:t>
            </w:r>
          </w:p>
        </w:tc>
        <w:tc>
          <w:tcPr>
            <w:tcW w:w="1040" w:type="dxa"/>
            <w:vAlign w:val="center"/>
          </w:tcPr>
          <w:p w14:paraId="42208F0C" w14:textId="77777777" w:rsidR="00F26C4D" w:rsidRDefault="00F26C4D" w:rsidP="00F72BFD">
            <w:pPr>
              <w:spacing w:line="240" w:lineRule="auto"/>
            </w:pPr>
            <w:r>
              <w:rPr>
                <w:sz w:val="13"/>
              </w:rPr>
              <w:t>1.073</w:t>
            </w:r>
          </w:p>
        </w:tc>
        <w:tc>
          <w:tcPr>
            <w:tcW w:w="1040" w:type="dxa"/>
            <w:vAlign w:val="center"/>
          </w:tcPr>
          <w:p w14:paraId="761C89AF" w14:textId="77777777" w:rsidR="00F26C4D" w:rsidRDefault="00F26C4D" w:rsidP="00F72BFD">
            <w:pPr>
              <w:spacing w:line="240" w:lineRule="auto"/>
            </w:pPr>
            <w:r>
              <w:rPr>
                <w:sz w:val="13"/>
              </w:rPr>
              <w:t>0.275</w:t>
            </w:r>
          </w:p>
        </w:tc>
        <w:tc>
          <w:tcPr>
            <w:tcW w:w="1040" w:type="dxa"/>
            <w:vAlign w:val="center"/>
          </w:tcPr>
          <w:p w14:paraId="3FDB05F8" w14:textId="77777777" w:rsidR="00F26C4D" w:rsidRDefault="00F26C4D" w:rsidP="00F72BFD">
            <w:pPr>
              <w:spacing w:line="240" w:lineRule="auto"/>
            </w:pPr>
            <w:r>
              <w:rPr>
                <w:sz w:val="13"/>
              </w:rPr>
              <w:t>48.0</w:t>
            </w:r>
          </w:p>
        </w:tc>
        <w:tc>
          <w:tcPr>
            <w:tcW w:w="1040" w:type="dxa"/>
            <w:vAlign w:val="center"/>
          </w:tcPr>
          <w:p w14:paraId="5080DDA0" w14:textId="77777777" w:rsidR="00F26C4D" w:rsidRDefault="00F26C4D" w:rsidP="00F72BFD">
            <w:pPr>
              <w:spacing w:line="240" w:lineRule="auto"/>
            </w:pPr>
            <w:r>
              <w:rPr>
                <w:sz w:val="13"/>
              </w:rPr>
              <w:t>0.520 to 1.626</w:t>
            </w:r>
          </w:p>
        </w:tc>
        <w:tc>
          <w:tcPr>
            <w:tcW w:w="1040" w:type="dxa"/>
            <w:vAlign w:val="center"/>
          </w:tcPr>
          <w:p w14:paraId="7AC3177E" w14:textId="77777777" w:rsidR="00F26C4D" w:rsidRDefault="00F26C4D" w:rsidP="00F72BFD">
            <w:pPr>
              <w:spacing w:line="240" w:lineRule="auto"/>
            </w:pPr>
            <w:r>
              <w:rPr>
                <w:sz w:val="13"/>
              </w:rPr>
              <w:t>2.99e-04</w:t>
            </w:r>
          </w:p>
        </w:tc>
      </w:tr>
      <w:tr w:rsidR="00F26C4D" w14:paraId="3D70445E" w14:textId="77777777" w:rsidTr="00F72BFD">
        <w:trPr>
          <w:cantSplit/>
          <w:jc w:val="center"/>
        </w:trPr>
        <w:tc>
          <w:tcPr>
            <w:tcW w:w="1040" w:type="dxa"/>
            <w:vAlign w:val="center"/>
          </w:tcPr>
          <w:p w14:paraId="429D73DD" w14:textId="77777777" w:rsidR="00F26C4D" w:rsidRDefault="00F26C4D" w:rsidP="00F72BFD">
            <w:pPr>
              <w:spacing w:line="240" w:lineRule="auto"/>
            </w:pPr>
            <w:r>
              <w:rPr>
                <w:sz w:val="13"/>
              </w:rPr>
              <w:t>G+:G-</w:t>
            </w:r>
          </w:p>
        </w:tc>
        <w:tc>
          <w:tcPr>
            <w:tcW w:w="1040" w:type="dxa"/>
            <w:vAlign w:val="center"/>
          </w:tcPr>
          <w:p w14:paraId="2D72C57F" w14:textId="77777777" w:rsidR="00F26C4D" w:rsidRDefault="00F26C4D" w:rsidP="00F72BFD">
            <w:pPr>
              <w:spacing w:line="240" w:lineRule="auto"/>
            </w:pPr>
            <w:r>
              <w:rPr>
                <w:sz w:val="13"/>
              </w:rPr>
              <w:t>Swamp meadow</w:t>
            </w:r>
          </w:p>
        </w:tc>
        <w:tc>
          <w:tcPr>
            <w:tcW w:w="1040" w:type="dxa"/>
            <w:vAlign w:val="center"/>
          </w:tcPr>
          <w:p w14:paraId="270F554E" w14:textId="77777777" w:rsidR="00F26C4D" w:rsidRDefault="00F26C4D" w:rsidP="00F72BFD">
            <w:pPr>
              <w:spacing w:line="240" w:lineRule="auto"/>
            </w:pPr>
            <w:r>
              <w:rPr>
                <w:sz w:val="13"/>
              </w:rPr>
              <w:t>15-30</w:t>
            </w:r>
          </w:p>
        </w:tc>
        <w:tc>
          <w:tcPr>
            <w:tcW w:w="1040" w:type="dxa"/>
            <w:vAlign w:val="center"/>
          </w:tcPr>
          <w:p w14:paraId="124865B5" w14:textId="77777777" w:rsidR="00F26C4D" w:rsidRDefault="00F26C4D" w:rsidP="00F72BFD">
            <w:pPr>
              <w:spacing w:line="240" w:lineRule="auto"/>
            </w:pPr>
            <w:r>
              <w:rPr>
                <w:sz w:val="13"/>
              </w:rPr>
              <w:t>Day 13 - Day 0</w:t>
            </w:r>
          </w:p>
        </w:tc>
        <w:tc>
          <w:tcPr>
            <w:tcW w:w="1040" w:type="dxa"/>
            <w:vAlign w:val="center"/>
          </w:tcPr>
          <w:p w14:paraId="7E729875" w14:textId="77777777" w:rsidR="00F26C4D" w:rsidRDefault="00F26C4D" w:rsidP="00F72BFD">
            <w:pPr>
              <w:spacing w:line="240" w:lineRule="auto"/>
            </w:pPr>
            <w:r>
              <w:rPr>
                <w:sz w:val="13"/>
              </w:rPr>
              <w:t>-0.724</w:t>
            </w:r>
          </w:p>
        </w:tc>
        <w:tc>
          <w:tcPr>
            <w:tcW w:w="1040" w:type="dxa"/>
            <w:vAlign w:val="center"/>
          </w:tcPr>
          <w:p w14:paraId="0D4FBA31" w14:textId="77777777" w:rsidR="00F26C4D" w:rsidRDefault="00F26C4D" w:rsidP="00F72BFD">
            <w:pPr>
              <w:spacing w:line="240" w:lineRule="auto"/>
            </w:pPr>
            <w:r>
              <w:rPr>
                <w:sz w:val="13"/>
              </w:rPr>
              <w:t>0.275</w:t>
            </w:r>
          </w:p>
        </w:tc>
        <w:tc>
          <w:tcPr>
            <w:tcW w:w="1040" w:type="dxa"/>
            <w:vAlign w:val="center"/>
          </w:tcPr>
          <w:p w14:paraId="46A69CAD" w14:textId="77777777" w:rsidR="00F26C4D" w:rsidRDefault="00F26C4D" w:rsidP="00F72BFD">
            <w:pPr>
              <w:spacing w:line="240" w:lineRule="auto"/>
            </w:pPr>
            <w:r>
              <w:rPr>
                <w:sz w:val="13"/>
              </w:rPr>
              <w:t>48.0</w:t>
            </w:r>
          </w:p>
        </w:tc>
        <w:tc>
          <w:tcPr>
            <w:tcW w:w="1040" w:type="dxa"/>
            <w:vAlign w:val="center"/>
          </w:tcPr>
          <w:p w14:paraId="00D57F81" w14:textId="77777777" w:rsidR="00F26C4D" w:rsidRDefault="00F26C4D" w:rsidP="00F72BFD">
            <w:pPr>
              <w:spacing w:line="240" w:lineRule="auto"/>
            </w:pPr>
            <w:r>
              <w:rPr>
                <w:sz w:val="13"/>
              </w:rPr>
              <w:t>-1.278 to -0.171</w:t>
            </w:r>
          </w:p>
        </w:tc>
        <w:tc>
          <w:tcPr>
            <w:tcW w:w="1040" w:type="dxa"/>
            <w:vAlign w:val="center"/>
          </w:tcPr>
          <w:p w14:paraId="1989257F" w14:textId="77777777" w:rsidR="00F26C4D" w:rsidRDefault="00F26C4D" w:rsidP="00F72BFD">
            <w:pPr>
              <w:spacing w:line="240" w:lineRule="auto"/>
            </w:pPr>
            <w:r>
              <w:rPr>
                <w:sz w:val="13"/>
              </w:rPr>
              <w:t>0.011</w:t>
            </w:r>
          </w:p>
        </w:tc>
      </w:tr>
      <w:tr w:rsidR="00F26C4D" w14:paraId="0C27A956" w14:textId="77777777" w:rsidTr="00F72BFD">
        <w:trPr>
          <w:cantSplit/>
          <w:jc w:val="center"/>
        </w:trPr>
        <w:tc>
          <w:tcPr>
            <w:tcW w:w="1040" w:type="dxa"/>
            <w:vAlign w:val="center"/>
          </w:tcPr>
          <w:p w14:paraId="16FB9737" w14:textId="77777777" w:rsidR="00F26C4D" w:rsidRDefault="00F26C4D" w:rsidP="00F72BFD">
            <w:pPr>
              <w:spacing w:line="240" w:lineRule="auto"/>
            </w:pPr>
            <w:r>
              <w:rPr>
                <w:sz w:val="13"/>
              </w:rPr>
              <w:t>G+:G-</w:t>
            </w:r>
          </w:p>
        </w:tc>
        <w:tc>
          <w:tcPr>
            <w:tcW w:w="1040" w:type="dxa"/>
            <w:vAlign w:val="center"/>
          </w:tcPr>
          <w:p w14:paraId="4CE4D8AB" w14:textId="77777777" w:rsidR="00F26C4D" w:rsidRDefault="00F26C4D" w:rsidP="00F72BFD">
            <w:pPr>
              <w:spacing w:line="240" w:lineRule="auto"/>
            </w:pPr>
            <w:r>
              <w:rPr>
                <w:sz w:val="13"/>
              </w:rPr>
              <w:t>Swamp meadow</w:t>
            </w:r>
          </w:p>
        </w:tc>
        <w:tc>
          <w:tcPr>
            <w:tcW w:w="1040" w:type="dxa"/>
            <w:vAlign w:val="center"/>
          </w:tcPr>
          <w:p w14:paraId="0259011A" w14:textId="77777777" w:rsidR="00F26C4D" w:rsidRDefault="00F26C4D" w:rsidP="00F72BFD">
            <w:pPr>
              <w:spacing w:line="240" w:lineRule="auto"/>
            </w:pPr>
            <w:r>
              <w:rPr>
                <w:sz w:val="13"/>
              </w:rPr>
              <w:t>15-30</w:t>
            </w:r>
          </w:p>
        </w:tc>
        <w:tc>
          <w:tcPr>
            <w:tcW w:w="1040" w:type="dxa"/>
            <w:vAlign w:val="center"/>
          </w:tcPr>
          <w:p w14:paraId="2B8BE1EB" w14:textId="77777777" w:rsidR="00F26C4D" w:rsidRDefault="00F26C4D" w:rsidP="00F72BFD">
            <w:pPr>
              <w:spacing w:line="240" w:lineRule="auto"/>
            </w:pPr>
            <w:r>
              <w:rPr>
                <w:sz w:val="13"/>
              </w:rPr>
              <w:t>Day 40 - Day 0</w:t>
            </w:r>
          </w:p>
        </w:tc>
        <w:tc>
          <w:tcPr>
            <w:tcW w:w="1040" w:type="dxa"/>
            <w:vAlign w:val="center"/>
          </w:tcPr>
          <w:p w14:paraId="3066B2F1" w14:textId="77777777" w:rsidR="00F26C4D" w:rsidRDefault="00F26C4D" w:rsidP="00F72BFD">
            <w:pPr>
              <w:spacing w:line="240" w:lineRule="auto"/>
            </w:pPr>
            <w:r>
              <w:rPr>
                <w:sz w:val="13"/>
              </w:rPr>
              <w:t>0.755</w:t>
            </w:r>
          </w:p>
        </w:tc>
        <w:tc>
          <w:tcPr>
            <w:tcW w:w="1040" w:type="dxa"/>
            <w:vAlign w:val="center"/>
          </w:tcPr>
          <w:p w14:paraId="6EEB855D" w14:textId="77777777" w:rsidR="00F26C4D" w:rsidRDefault="00F26C4D" w:rsidP="00F72BFD">
            <w:pPr>
              <w:spacing w:line="240" w:lineRule="auto"/>
            </w:pPr>
            <w:r>
              <w:rPr>
                <w:sz w:val="13"/>
              </w:rPr>
              <w:t>0.275</w:t>
            </w:r>
          </w:p>
        </w:tc>
        <w:tc>
          <w:tcPr>
            <w:tcW w:w="1040" w:type="dxa"/>
            <w:vAlign w:val="center"/>
          </w:tcPr>
          <w:p w14:paraId="5C683B5E" w14:textId="77777777" w:rsidR="00F26C4D" w:rsidRDefault="00F26C4D" w:rsidP="00F72BFD">
            <w:pPr>
              <w:spacing w:line="240" w:lineRule="auto"/>
            </w:pPr>
            <w:r>
              <w:rPr>
                <w:sz w:val="13"/>
              </w:rPr>
              <w:t>48.0</w:t>
            </w:r>
          </w:p>
        </w:tc>
        <w:tc>
          <w:tcPr>
            <w:tcW w:w="1040" w:type="dxa"/>
            <w:vAlign w:val="center"/>
          </w:tcPr>
          <w:p w14:paraId="25BA6549" w14:textId="77777777" w:rsidR="00F26C4D" w:rsidRDefault="00F26C4D" w:rsidP="00F72BFD">
            <w:pPr>
              <w:spacing w:line="240" w:lineRule="auto"/>
            </w:pPr>
            <w:r>
              <w:rPr>
                <w:sz w:val="13"/>
              </w:rPr>
              <w:t>0.202 to 1.309</w:t>
            </w:r>
          </w:p>
        </w:tc>
        <w:tc>
          <w:tcPr>
            <w:tcW w:w="1040" w:type="dxa"/>
            <w:vAlign w:val="center"/>
          </w:tcPr>
          <w:p w14:paraId="7ACC56B7" w14:textId="77777777" w:rsidR="00F26C4D" w:rsidRDefault="00F26C4D" w:rsidP="00F72BFD">
            <w:pPr>
              <w:spacing w:line="240" w:lineRule="auto"/>
            </w:pPr>
            <w:r>
              <w:rPr>
                <w:sz w:val="13"/>
              </w:rPr>
              <w:t>0.008</w:t>
            </w:r>
          </w:p>
        </w:tc>
      </w:tr>
      <w:tr w:rsidR="00F26C4D" w14:paraId="5313F3FA" w14:textId="77777777" w:rsidTr="00F72BFD">
        <w:trPr>
          <w:cantSplit/>
          <w:jc w:val="center"/>
        </w:trPr>
        <w:tc>
          <w:tcPr>
            <w:tcW w:w="1040" w:type="dxa"/>
            <w:vAlign w:val="center"/>
          </w:tcPr>
          <w:p w14:paraId="68980FA6" w14:textId="77777777" w:rsidR="00F26C4D" w:rsidRDefault="00F26C4D" w:rsidP="00F72BFD">
            <w:pPr>
              <w:spacing w:line="240" w:lineRule="auto"/>
            </w:pPr>
            <w:r>
              <w:rPr>
                <w:sz w:val="13"/>
              </w:rPr>
              <w:t>G+:G-</w:t>
            </w:r>
          </w:p>
        </w:tc>
        <w:tc>
          <w:tcPr>
            <w:tcW w:w="1040" w:type="dxa"/>
            <w:vAlign w:val="center"/>
          </w:tcPr>
          <w:p w14:paraId="2C9D311E" w14:textId="77777777" w:rsidR="00F26C4D" w:rsidRDefault="00F26C4D" w:rsidP="00F72BFD">
            <w:pPr>
              <w:spacing w:line="240" w:lineRule="auto"/>
            </w:pPr>
            <w:r>
              <w:rPr>
                <w:sz w:val="13"/>
              </w:rPr>
              <w:t>Meadow</w:t>
            </w:r>
          </w:p>
        </w:tc>
        <w:tc>
          <w:tcPr>
            <w:tcW w:w="1040" w:type="dxa"/>
            <w:vAlign w:val="center"/>
          </w:tcPr>
          <w:p w14:paraId="25720F43" w14:textId="77777777" w:rsidR="00F26C4D" w:rsidRDefault="00F26C4D" w:rsidP="00F72BFD">
            <w:pPr>
              <w:spacing w:line="240" w:lineRule="auto"/>
            </w:pPr>
            <w:r>
              <w:rPr>
                <w:sz w:val="13"/>
              </w:rPr>
              <w:t>15-30</w:t>
            </w:r>
          </w:p>
        </w:tc>
        <w:tc>
          <w:tcPr>
            <w:tcW w:w="1040" w:type="dxa"/>
            <w:vAlign w:val="center"/>
          </w:tcPr>
          <w:p w14:paraId="23C03C22" w14:textId="77777777" w:rsidR="00F26C4D" w:rsidRDefault="00F26C4D" w:rsidP="00F72BFD">
            <w:pPr>
              <w:spacing w:line="240" w:lineRule="auto"/>
            </w:pPr>
            <w:r>
              <w:rPr>
                <w:sz w:val="13"/>
              </w:rPr>
              <w:t>Day 13 - Day 0</w:t>
            </w:r>
          </w:p>
        </w:tc>
        <w:tc>
          <w:tcPr>
            <w:tcW w:w="1040" w:type="dxa"/>
            <w:vAlign w:val="center"/>
          </w:tcPr>
          <w:p w14:paraId="20CFA012" w14:textId="77777777" w:rsidR="00F26C4D" w:rsidRDefault="00F26C4D" w:rsidP="00F72BFD">
            <w:pPr>
              <w:spacing w:line="240" w:lineRule="auto"/>
            </w:pPr>
            <w:r>
              <w:rPr>
                <w:sz w:val="13"/>
              </w:rPr>
              <w:t>-0.092</w:t>
            </w:r>
          </w:p>
        </w:tc>
        <w:tc>
          <w:tcPr>
            <w:tcW w:w="1040" w:type="dxa"/>
            <w:vAlign w:val="center"/>
          </w:tcPr>
          <w:p w14:paraId="583CA376" w14:textId="77777777" w:rsidR="00F26C4D" w:rsidRDefault="00F26C4D" w:rsidP="00F72BFD">
            <w:pPr>
              <w:spacing w:line="240" w:lineRule="auto"/>
            </w:pPr>
            <w:r>
              <w:rPr>
                <w:sz w:val="13"/>
              </w:rPr>
              <w:t>0.275</w:t>
            </w:r>
          </w:p>
        </w:tc>
        <w:tc>
          <w:tcPr>
            <w:tcW w:w="1040" w:type="dxa"/>
            <w:vAlign w:val="center"/>
          </w:tcPr>
          <w:p w14:paraId="2957C64D" w14:textId="77777777" w:rsidR="00F26C4D" w:rsidRDefault="00F26C4D" w:rsidP="00F72BFD">
            <w:pPr>
              <w:spacing w:line="240" w:lineRule="auto"/>
            </w:pPr>
            <w:r>
              <w:rPr>
                <w:sz w:val="13"/>
              </w:rPr>
              <w:t>48.0</w:t>
            </w:r>
          </w:p>
        </w:tc>
        <w:tc>
          <w:tcPr>
            <w:tcW w:w="1040" w:type="dxa"/>
            <w:vAlign w:val="center"/>
          </w:tcPr>
          <w:p w14:paraId="275F490C" w14:textId="77777777" w:rsidR="00F26C4D" w:rsidRDefault="00F26C4D" w:rsidP="00F72BFD">
            <w:pPr>
              <w:spacing w:line="240" w:lineRule="auto"/>
            </w:pPr>
            <w:r>
              <w:rPr>
                <w:sz w:val="13"/>
              </w:rPr>
              <w:t>-0.645 to 0.462</w:t>
            </w:r>
          </w:p>
        </w:tc>
        <w:tc>
          <w:tcPr>
            <w:tcW w:w="1040" w:type="dxa"/>
            <w:vAlign w:val="center"/>
          </w:tcPr>
          <w:p w14:paraId="0D82195E" w14:textId="77777777" w:rsidR="00F26C4D" w:rsidRDefault="00F26C4D" w:rsidP="00F72BFD">
            <w:pPr>
              <w:spacing w:line="240" w:lineRule="auto"/>
            </w:pPr>
            <w:r>
              <w:rPr>
                <w:sz w:val="13"/>
              </w:rPr>
              <w:t>0.741</w:t>
            </w:r>
          </w:p>
        </w:tc>
      </w:tr>
      <w:tr w:rsidR="00F26C4D" w14:paraId="05E66896" w14:textId="77777777" w:rsidTr="00F72BFD">
        <w:trPr>
          <w:cantSplit/>
          <w:jc w:val="center"/>
        </w:trPr>
        <w:tc>
          <w:tcPr>
            <w:tcW w:w="1040" w:type="dxa"/>
            <w:vAlign w:val="center"/>
          </w:tcPr>
          <w:p w14:paraId="3F83ACF0" w14:textId="77777777" w:rsidR="00F26C4D" w:rsidRDefault="00F26C4D" w:rsidP="00F72BFD">
            <w:pPr>
              <w:spacing w:line="240" w:lineRule="auto"/>
            </w:pPr>
            <w:r>
              <w:rPr>
                <w:sz w:val="13"/>
              </w:rPr>
              <w:t>G+:G-</w:t>
            </w:r>
          </w:p>
        </w:tc>
        <w:tc>
          <w:tcPr>
            <w:tcW w:w="1040" w:type="dxa"/>
            <w:vAlign w:val="center"/>
          </w:tcPr>
          <w:p w14:paraId="398E5B57" w14:textId="77777777" w:rsidR="00F26C4D" w:rsidRDefault="00F26C4D" w:rsidP="00F72BFD">
            <w:pPr>
              <w:spacing w:line="240" w:lineRule="auto"/>
            </w:pPr>
            <w:r>
              <w:rPr>
                <w:sz w:val="13"/>
              </w:rPr>
              <w:t>Meadow</w:t>
            </w:r>
          </w:p>
        </w:tc>
        <w:tc>
          <w:tcPr>
            <w:tcW w:w="1040" w:type="dxa"/>
            <w:vAlign w:val="center"/>
          </w:tcPr>
          <w:p w14:paraId="2552DE84" w14:textId="77777777" w:rsidR="00F26C4D" w:rsidRDefault="00F26C4D" w:rsidP="00F72BFD">
            <w:pPr>
              <w:spacing w:line="240" w:lineRule="auto"/>
            </w:pPr>
            <w:r>
              <w:rPr>
                <w:sz w:val="13"/>
              </w:rPr>
              <w:t>15-30</w:t>
            </w:r>
          </w:p>
        </w:tc>
        <w:tc>
          <w:tcPr>
            <w:tcW w:w="1040" w:type="dxa"/>
            <w:vAlign w:val="center"/>
          </w:tcPr>
          <w:p w14:paraId="772F337C" w14:textId="77777777" w:rsidR="00F26C4D" w:rsidRDefault="00F26C4D" w:rsidP="00F72BFD">
            <w:pPr>
              <w:spacing w:line="240" w:lineRule="auto"/>
            </w:pPr>
            <w:r>
              <w:rPr>
                <w:sz w:val="13"/>
              </w:rPr>
              <w:t>Day 40 - Day 0</w:t>
            </w:r>
          </w:p>
        </w:tc>
        <w:tc>
          <w:tcPr>
            <w:tcW w:w="1040" w:type="dxa"/>
            <w:vAlign w:val="center"/>
          </w:tcPr>
          <w:p w14:paraId="68D70B77" w14:textId="77777777" w:rsidR="00F26C4D" w:rsidRDefault="00F26C4D" w:rsidP="00F72BFD">
            <w:pPr>
              <w:spacing w:line="240" w:lineRule="auto"/>
            </w:pPr>
            <w:r>
              <w:rPr>
                <w:sz w:val="13"/>
              </w:rPr>
              <w:t>0.941</w:t>
            </w:r>
          </w:p>
        </w:tc>
        <w:tc>
          <w:tcPr>
            <w:tcW w:w="1040" w:type="dxa"/>
            <w:vAlign w:val="center"/>
          </w:tcPr>
          <w:p w14:paraId="1CDFB1F8" w14:textId="77777777" w:rsidR="00F26C4D" w:rsidRDefault="00F26C4D" w:rsidP="00F72BFD">
            <w:pPr>
              <w:spacing w:line="240" w:lineRule="auto"/>
            </w:pPr>
            <w:r>
              <w:rPr>
                <w:sz w:val="13"/>
              </w:rPr>
              <w:t>0.275</w:t>
            </w:r>
          </w:p>
        </w:tc>
        <w:tc>
          <w:tcPr>
            <w:tcW w:w="1040" w:type="dxa"/>
            <w:vAlign w:val="center"/>
          </w:tcPr>
          <w:p w14:paraId="4CBB337C" w14:textId="77777777" w:rsidR="00F26C4D" w:rsidRDefault="00F26C4D" w:rsidP="00F72BFD">
            <w:pPr>
              <w:spacing w:line="240" w:lineRule="auto"/>
            </w:pPr>
            <w:r>
              <w:rPr>
                <w:sz w:val="13"/>
              </w:rPr>
              <w:t>48.0</w:t>
            </w:r>
          </w:p>
        </w:tc>
        <w:tc>
          <w:tcPr>
            <w:tcW w:w="1040" w:type="dxa"/>
            <w:vAlign w:val="center"/>
          </w:tcPr>
          <w:p w14:paraId="44B30552" w14:textId="77777777" w:rsidR="00F26C4D" w:rsidRDefault="00F26C4D" w:rsidP="00F72BFD">
            <w:pPr>
              <w:spacing w:line="240" w:lineRule="auto"/>
            </w:pPr>
            <w:r>
              <w:rPr>
                <w:sz w:val="13"/>
              </w:rPr>
              <w:t>0.388 to 1.494</w:t>
            </w:r>
          </w:p>
        </w:tc>
        <w:tc>
          <w:tcPr>
            <w:tcW w:w="1040" w:type="dxa"/>
            <w:vAlign w:val="center"/>
          </w:tcPr>
          <w:p w14:paraId="22DFFC7F" w14:textId="77777777" w:rsidR="00F26C4D" w:rsidRDefault="00F26C4D" w:rsidP="00F72BFD">
            <w:pPr>
              <w:spacing w:line="240" w:lineRule="auto"/>
            </w:pPr>
            <w:r>
              <w:rPr>
                <w:sz w:val="13"/>
              </w:rPr>
              <w:t>0.001</w:t>
            </w:r>
          </w:p>
        </w:tc>
      </w:tr>
    </w:tbl>
    <w:p w14:paraId="7346EACD" w14:textId="77777777" w:rsidR="00F26C4D" w:rsidRDefault="00F26C4D" w:rsidP="00F26C4D">
      <w:r>
        <w:lastRenderedPageBreak/>
        <w:br w:type="page"/>
      </w:r>
    </w:p>
    <w:p w14:paraId="02AAB00A" w14:textId="77777777" w:rsidR="00F26C4D" w:rsidRDefault="00F26C4D" w:rsidP="00F26C4D">
      <w:pPr>
        <w:pStyle w:val="21"/>
      </w:pPr>
      <w:r>
        <w:rPr>
          <w:rFonts w:ascii="Times New Roman" w:eastAsia="Times New Roman" w:hAnsi="Times New Roman"/>
        </w:rPr>
        <w:lastRenderedPageBreak/>
        <w:t>Supplementary Table S4. Primary-model diagnostics</w:t>
      </w:r>
    </w:p>
    <w:tbl>
      <w:tblPr>
        <w:tblStyle w:val="aff1"/>
        <w:tblW w:w="9360" w:type="dxa"/>
        <w:jc w:val="center"/>
        <w:tblLayout w:type="fixed"/>
        <w:tblLook w:val="04A0" w:firstRow="1" w:lastRow="0" w:firstColumn="1" w:lastColumn="0" w:noHBand="0" w:noVBand="1"/>
      </w:tblPr>
      <w:tblGrid>
        <w:gridCol w:w="1040"/>
        <w:gridCol w:w="1040"/>
        <w:gridCol w:w="1040"/>
        <w:gridCol w:w="1040"/>
        <w:gridCol w:w="1040"/>
        <w:gridCol w:w="1040"/>
        <w:gridCol w:w="1040"/>
        <w:gridCol w:w="1040"/>
        <w:gridCol w:w="1040"/>
      </w:tblGrid>
      <w:tr w:rsidR="00F26C4D" w14:paraId="64EA6019" w14:textId="77777777" w:rsidTr="00F72BFD">
        <w:trPr>
          <w:tblHeader/>
          <w:jc w:val="center"/>
        </w:trPr>
        <w:tc>
          <w:tcPr>
            <w:tcW w:w="1040" w:type="dxa"/>
            <w:shd w:val="clear" w:color="auto" w:fill="E8EEF5"/>
          </w:tcPr>
          <w:p w14:paraId="693022F5" w14:textId="77777777" w:rsidR="00F26C4D" w:rsidRDefault="00F26C4D" w:rsidP="00F72BFD">
            <w:pPr>
              <w:spacing w:line="240" w:lineRule="auto"/>
            </w:pPr>
            <w:r>
              <w:rPr>
                <w:b/>
                <w:sz w:val="13"/>
              </w:rPr>
              <w:t>Outcome</w:t>
            </w:r>
          </w:p>
        </w:tc>
        <w:tc>
          <w:tcPr>
            <w:tcW w:w="1040" w:type="dxa"/>
            <w:shd w:val="clear" w:color="auto" w:fill="E8EEF5"/>
          </w:tcPr>
          <w:p w14:paraId="76B9FB1A" w14:textId="77777777" w:rsidR="00F26C4D" w:rsidRDefault="00F26C4D" w:rsidP="00F72BFD">
            <w:pPr>
              <w:spacing w:line="240" w:lineRule="auto"/>
            </w:pPr>
            <w:r>
              <w:rPr>
                <w:b/>
                <w:sz w:val="13"/>
              </w:rPr>
              <w:t>n</w:t>
            </w:r>
          </w:p>
        </w:tc>
        <w:tc>
          <w:tcPr>
            <w:tcW w:w="1040" w:type="dxa"/>
            <w:shd w:val="clear" w:color="auto" w:fill="E8EEF5"/>
          </w:tcPr>
          <w:p w14:paraId="57E30D14" w14:textId="77777777" w:rsidR="00F26C4D" w:rsidRDefault="00F26C4D" w:rsidP="00F72BFD">
            <w:pPr>
              <w:spacing w:line="240" w:lineRule="auto"/>
            </w:pPr>
            <w:r>
              <w:rPr>
                <w:b/>
                <w:sz w:val="13"/>
              </w:rPr>
              <w:t>Pairs</w:t>
            </w:r>
          </w:p>
        </w:tc>
        <w:tc>
          <w:tcPr>
            <w:tcW w:w="1040" w:type="dxa"/>
            <w:shd w:val="clear" w:color="auto" w:fill="E8EEF5"/>
          </w:tcPr>
          <w:p w14:paraId="3C79A330" w14:textId="77777777" w:rsidR="00F26C4D" w:rsidRDefault="00F26C4D" w:rsidP="00F72BFD">
            <w:pPr>
              <w:spacing w:line="240" w:lineRule="auto"/>
            </w:pPr>
            <w:r>
              <w:rPr>
                <w:b/>
                <w:sz w:val="13"/>
              </w:rPr>
              <w:t>Singular</w:t>
            </w:r>
          </w:p>
        </w:tc>
        <w:tc>
          <w:tcPr>
            <w:tcW w:w="1040" w:type="dxa"/>
            <w:shd w:val="clear" w:color="auto" w:fill="E8EEF5"/>
          </w:tcPr>
          <w:p w14:paraId="217649FF" w14:textId="77777777" w:rsidR="00F26C4D" w:rsidRDefault="00F26C4D" w:rsidP="00F72BFD">
            <w:pPr>
              <w:spacing w:line="240" w:lineRule="auto"/>
            </w:pPr>
            <w:r>
              <w:rPr>
                <w:b/>
                <w:sz w:val="13"/>
              </w:rPr>
              <w:t>Shapiro W</w:t>
            </w:r>
          </w:p>
        </w:tc>
        <w:tc>
          <w:tcPr>
            <w:tcW w:w="1040" w:type="dxa"/>
            <w:shd w:val="clear" w:color="auto" w:fill="E8EEF5"/>
          </w:tcPr>
          <w:p w14:paraId="52018225" w14:textId="77777777" w:rsidR="00F26C4D" w:rsidRDefault="00F26C4D" w:rsidP="00F72BFD">
            <w:pPr>
              <w:spacing w:line="240" w:lineRule="auto"/>
            </w:pPr>
            <w:r>
              <w:rPr>
                <w:b/>
                <w:sz w:val="13"/>
              </w:rPr>
              <w:t>Shapiro P</w:t>
            </w:r>
          </w:p>
        </w:tc>
        <w:tc>
          <w:tcPr>
            <w:tcW w:w="1040" w:type="dxa"/>
            <w:shd w:val="clear" w:color="auto" w:fill="E8EEF5"/>
          </w:tcPr>
          <w:p w14:paraId="1EEA9C5C" w14:textId="77777777" w:rsidR="00F26C4D" w:rsidRDefault="00F26C4D" w:rsidP="00F72BFD">
            <w:pPr>
              <w:spacing w:line="240" w:lineRule="auto"/>
            </w:pPr>
            <w:r>
              <w:rPr>
                <w:b/>
                <w:sz w:val="13"/>
              </w:rPr>
              <w:t>Max |std. residual|</w:t>
            </w:r>
          </w:p>
        </w:tc>
        <w:tc>
          <w:tcPr>
            <w:tcW w:w="1040" w:type="dxa"/>
            <w:shd w:val="clear" w:color="auto" w:fill="E8EEF5"/>
          </w:tcPr>
          <w:p w14:paraId="297D43E0" w14:textId="77777777" w:rsidR="00F26C4D" w:rsidRDefault="00F26C4D" w:rsidP="00F72BFD">
            <w:pPr>
              <w:spacing w:line="240" w:lineRule="auto"/>
            </w:pPr>
            <w:r>
              <w:rPr>
                <w:b/>
                <w:sz w:val="13"/>
              </w:rPr>
              <w:t>Residual–fitted r</w:t>
            </w:r>
          </w:p>
        </w:tc>
        <w:tc>
          <w:tcPr>
            <w:tcW w:w="1040" w:type="dxa"/>
            <w:shd w:val="clear" w:color="auto" w:fill="E8EEF5"/>
          </w:tcPr>
          <w:p w14:paraId="45A1A2AB" w14:textId="77777777" w:rsidR="00F26C4D" w:rsidRDefault="00F26C4D" w:rsidP="00F72BFD">
            <w:pPr>
              <w:spacing w:line="240" w:lineRule="auto"/>
            </w:pPr>
            <w:r>
              <w:rPr>
                <w:b/>
                <w:sz w:val="13"/>
              </w:rPr>
              <w:t>Convergence message</w:t>
            </w:r>
          </w:p>
        </w:tc>
      </w:tr>
      <w:tr w:rsidR="00F26C4D" w14:paraId="0D8D6384" w14:textId="77777777" w:rsidTr="00F72BFD">
        <w:trPr>
          <w:cantSplit/>
          <w:jc w:val="center"/>
        </w:trPr>
        <w:tc>
          <w:tcPr>
            <w:tcW w:w="1040" w:type="dxa"/>
            <w:vAlign w:val="center"/>
          </w:tcPr>
          <w:p w14:paraId="0E758117" w14:textId="77777777" w:rsidR="00F26C4D" w:rsidRDefault="00F26C4D" w:rsidP="00F72BFD">
            <w:pPr>
              <w:spacing w:line="240" w:lineRule="auto"/>
            </w:pPr>
            <w:r>
              <w:rPr>
                <w:sz w:val="13"/>
              </w:rPr>
              <w:t>Actinomycetes</w:t>
            </w:r>
          </w:p>
        </w:tc>
        <w:tc>
          <w:tcPr>
            <w:tcW w:w="1040" w:type="dxa"/>
            <w:vAlign w:val="center"/>
          </w:tcPr>
          <w:p w14:paraId="4CE6194F" w14:textId="77777777" w:rsidR="00F26C4D" w:rsidRDefault="00F26C4D" w:rsidP="00F72BFD">
            <w:pPr>
              <w:spacing w:line="240" w:lineRule="auto"/>
            </w:pPr>
            <w:r>
              <w:rPr>
                <w:sz w:val="13"/>
              </w:rPr>
              <w:t>72</w:t>
            </w:r>
          </w:p>
        </w:tc>
        <w:tc>
          <w:tcPr>
            <w:tcW w:w="1040" w:type="dxa"/>
            <w:vAlign w:val="center"/>
          </w:tcPr>
          <w:p w14:paraId="3265D041" w14:textId="77777777" w:rsidR="00F26C4D" w:rsidRDefault="00F26C4D" w:rsidP="00F72BFD">
            <w:pPr>
              <w:spacing w:line="240" w:lineRule="auto"/>
            </w:pPr>
            <w:r>
              <w:rPr>
                <w:sz w:val="13"/>
              </w:rPr>
              <w:t>8</w:t>
            </w:r>
          </w:p>
        </w:tc>
        <w:tc>
          <w:tcPr>
            <w:tcW w:w="1040" w:type="dxa"/>
            <w:vAlign w:val="center"/>
          </w:tcPr>
          <w:p w14:paraId="06F31E51" w14:textId="77777777" w:rsidR="00F26C4D" w:rsidRDefault="00F26C4D" w:rsidP="00F72BFD">
            <w:pPr>
              <w:spacing w:line="240" w:lineRule="auto"/>
            </w:pPr>
            <w:r>
              <w:rPr>
                <w:sz w:val="13"/>
              </w:rPr>
              <w:t>TRUE</w:t>
            </w:r>
          </w:p>
        </w:tc>
        <w:tc>
          <w:tcPr>
            <w:tcW w:w="1040" w:type="dxa"/>
            <w:vAlign w:val="center"/>
          </w:tcPr>
          <w:p w14:paraId="37DEAE97" w14:textId="77777777" w:rsidR="00F26C4D" w:rsidRDefault="00F26C4D" w:rsidP="00F72BFD">
            <w:pPr>
              <w:spacing w:line="240" w:lineRule="auto"/>
            </w:pPr>
            <w:r>
              <w:rPr>
                <w:sz w:val="13"/>
              </w:rPr>
              <w:t>0.868</w:t>
            </w:r>
          </w:p>
        </w:tc>
        <w:tc>
          <w:tcPr>
            <w:tcW w:w="1040" w:type="dxa"/>
            <w:vAlign w:val="center"/>
          </w:tcPr>
          <w:p w14:paraId="74DCB44A" w14:textId="77777777" w:rsidR="00F26C4D" w:rsidRDefault="00F26C4D" w:rsidP="00F72BFD">
            <w:pPr>
              <w:spacing w:line="240" w:lineRule="auto"/>
            </w:pPr>
            <w:r>
              <w:rPr>
                <w:sz w:val="13"/>
              </w:rPr>
              <w:t>2.07e-06</w:t>
            </w:r>
          </w:p>
        </w:tc>
        <w:tc>
          <w:tcPr>
            <w:tcW w:w="1040" w:type="dxa"/>
            <w:vAlign w:val="center"/>
          </w:tcPr>
          <w:p w14:paraId="51FD6821" w14:textId="77777777" w:rsidR="00F26C4D" w:rsidRDefault="00F26C4D" w:rsidP="00F72BFD">
            <w:pPr>
              <w:spacing w:line="240" w:lineRule="auto"/>
            </w:pPr>
            <w:r>
              <w:rPr>
                <w:sz w:val="13"/>
              </w:rPr>
              <w:t>4.355</w:t>
            </w:r>
          </w:p>
        </w:tc>
        <w:tc>
          <w:tcPr>
            <w:tcW w:w="1040" w:type="dxa"/>
            <w:vAlign w:val="center"/>
          </w:tcPr>
          <w:p w14:paraId="01908D8A" w14:textId="77777777" w:rsidR="00F26C4D" w:rsidRDefault="00F26C4D" w:rsidP="00F72BFD">
            <w:pPr>
              <w:spacing w:line="240" w:lineRule="auto"/>
            </w:pPr>
            <w:r>
              <w:rPr>
                <w:sz w:val="13"/>
              </w:rPr>
              <w:t>1.87e-16</w:t>
            </w:r>
          </w:p>
        </w:tc>
        <w:tc>
          <w:tcPr>
            <w:tcW w:w="1040" w:type="dxa"/>
            <w:vAlign w:val="center"/>
          </w:tcPr>
          <w:p w14:paraId="2192888E" w14:textId="77777777" w:rsidR="00F26C4D" w:rsidRDefault="00F26C4D" w:rsidP="00F72BFD">
            <w:pPr>
              <w:spacing w:line="240" w:lineRule="auto"/>
            </w:pPr>
            <w:r>
              <w:rPr>
                <w:sz w:val="13"/>
              </w:rPr>
              <w:t>boundary (singular) fit: see help('isSingular')</w:t>
            </w:r>
          </w:p>
        </w:tc>
      </w:tr>
      <w:tr w:rsidR="00F26C4D" w14:paraId="0A57E1BB" w14:textId="77777777" w:rsidTr="00F72BFD">
        <w:trPr>
          <w:cantSplit/>
          <w:jc w:val="center"/>
        </w:trPr>
        <w:tc>
          <w:tcPr>
            <w:tcW w:w="1040" w:type="dxa"/>
            <w:vAlign w:val="center"/>
          </w:tcPr>
          <w:p w14:paraId="042F7937" w14:textId="77777777" w:rsidR="00F26C4D" w:rsidRDefault="00F26C4D" w:rsidP="00F72BFD">
            <w:pPr>
              <w:spacing w:line="240" w:lineRule="auto"/>
            </w:pPr>
            <w:r>
              <w:rPr>
                <w:sz w:val="13"/>
              </w:rPr>
              <w:t>AM Fungi</w:t>
            </w:r>
          </w:p>
        </w:tc>
        <w:tc>
          <w:tcPr>
            <w:tcW w:w="1040" w:type="dxa"/>
            <w:vAlign w:val="center"/>
          </w:tcPr>
          <w:p w14:paraId="2C49DBEE" w14:textId="77777777" w:rsidR="00F26C4D" w:rsidRDefault="00F26C4D" w:rsidP="00F72BFD">
            <w:pPr>
              <w:spacing w:line="240" w:lineRule="auto"/>
            </w:pPr>
            <w:r>
              <w:rPr>
                <w:sz w:val="13"/>
              </w:rPr>
              <w:t>72</w:t>
            </w:r>
          </w:p>
        </w:tc>
        <w:tc>
          <w:tcPr>
            <w:tcW w:w="1040" w:type="dxa"/>
            <w:vAlign w:val="center"/>
          </w:tcPr>
          <w:p w14:paraId="28870A59" w14:textId="77777777" w:rsidR="00F26C4D" w:rsidRDefault="00F26C4D" w:rsidP="00F72BFD">
            <w:pPr>
              <w:spacing w:line="240" w:lineRule="auto"/>
            </w:pPr>
            <w:r>
              <w:rPr>
                <w:sz w:val="13"/>
              </w:rPr>
              <w:t>8</w:t>
            </w:r>
          </w:p>
        </w:tc>
        <w:tc>
          <w:tcPr>
            <w:tcW w:w="1040" w:type="dxa"/>
            <w:vAlign w:val="center"/>
          </w:tcPr>
          <w:p w14:paraId="5FA4C219" w14:textId="77777777" w:rsidR="00F26C4D" w:rsidRDefault="00F26C4D" w:rsidP="00F72BFD">
            <w:pPr>
              <w:spacing w:line="240" w:lineRule="auto"/>
            </w:pPr>
            <w:r>
              <w:rPr>
                <w:sz w:val="13"/>
              </w:rPr>
              <w:t>FALSE</w:t>
            </w:r>
          </w:p>
        </w:tc>
        <w:tc>
          <w:tcPr>
            <w:tcW w:w="1040" w:type="dxa"/>
            <w:vAlign w:val="center"/>
          </w:tcPr>
          <w:p w14:paraId="4EB71F65" w14:textId="77777777" w:rsidR="00F26C4D" w:rsidRDefault="00F26C4D" w:rsidP="00F72BFD">
            <w:pPr>
              <w:spacing w:line="240" w:lineRule="auto"/>
            </w:pPr>
            <w:r>
              <w:rPr>
                <w:sz w:val="13"/>
              </w:rPr>
              <w:t>0.889</w:t>
            </w:r>
          </w:p>
        </w:tc>
        <w:tc>
          <w:tcPr>
            <w:tcW w:w="1040" w:type="dxa"/>
            <w:vAlign w:val="center"/>
          </w:tcPr>
          <w:p w14:paraId="623C53D6" w14:textId="77777777" w:rsidR="00F26C4D" w:rsidRDefault="00F26C4D" w:rsidP="00F72BFD">
            <w:pPr>
              <w:spacing w:line="240" w:lineRule="auto"/>
            </w:pPr>
            <w:r>
              <w:rPr>
                <w:sz w:val="13"/>
              </w:rPr>
              <w:t>1.10e-05</w:t>
            </w:r>
          </w:p>
        </w:tc>
        <w:tc>
          <w:tcPr>
            <w:tcW w:w="1040" w:type="dxa"/>
            <w:vAlign w:val="center"/>
          </w:tcPr>
          <w:p w14:paraId="3F691308" w14:textId="77777777" w:rsidR="00F26C4D" w:rsidRDefault="00F26C4D" w:rsidP="00F72BFD">
            <w:pPr>
              <w:spacing w:line="240" w:lineRule="auto"/>
            </w:pPr>
            <w:r>
              <w:rPr>
                <w:sz w:val="13"/>
              </w:rPr>
              <w:t>4.634</w:t>
            </w:r>
          </w:p>
        </w:tc>
        <w:tc>
          <w:tcPr>
            <w:tcW w:w="1040" w:type="dxa"/>
            <w:vAlign w:val="center"/>
          </w:tcPr>
          <w:p w14:paraId="3D0BEF06" w14:textId="77777777" w:rsidR="00F26C4D" w:rsidRDefault="00F26C4D" w:rsidP="00F72BFD">
            <w:pPr>
              <w:spacing w:line="240" w:lineRule="auto"/>
            </w:pPr>
            <w:r>
              <w:rPr>
                <w:sz w:val="13"/>
              </w:rPr>
              <w:t>0.041</w:t>
            </w:r>
          </w:p>
        </w:tc>
        <w:tc>
          <w:tcPr>
            <w:tcW w:w="1040" w:type="dxa"/>
            <w:vAlign w:val="center"/>
          </w:tcPr>
          <w:p w14:paraId="0DDDA036" w14:textId="77777777" w:rsidR="00F26C4D" w:rsidRDefault="00F26C4D" w:rsidP="00F72BFD">
            <w:pPr>
              <w:spacing w:line="240" w:lineRule="auto"/>
            </w:pPr>
            <w:r>
              <w:rPr>
                <w:sz w:val="13"/>
              </w:rPr>
              <w:t>None</w:t>
            </w:r>
          </w:p>
        </w:tc>
      </w:tr>
      <w:tr w:rsidR="00F26C4D" w14:paraId="1BEA5032" w14:textId="77777777" w:rsidTr="00F72BFD">
        <w:trPr>
          <w:cantSplit/>
          <w:jc w:val="center"/>
        </w:trPr>
        <w:tc>
          <w:tcPr>
            <w:tcW w:w="1040" w:type="dxa"/>
            <w:vAlign w:val="center"/>
          </w:tcPr>
          <w:p w14:paraId="687B798E" w14:textId="77777777" w:rsidR="00F26C4D" w:rsidRDefault="00F26C4D" w:rsidP="00F72BFD">
            <w:pPr>
              <w:spacing w:line="240" w:lineRule="auto"/>
            </w:pPr>
            <w:r>
              <w:rPr>
                <w:sz w:val="13"/>
              </w:rPr>
              <w:t>Fungi</w:t>
            </w:r>
          </w:p>
        </w:tc>
        <w:tc>
          <w:tcPr>
            <w:tcW w:w="1040" w:type="dxa"/>
            <w:vAlign w:val="center"/>
          </w:tcPr>
          <w:p w14:paraId="63F32662" w14:textId="77777777" w:rsidR="00F26C4D" w:rsidRDefault="00F26C4D" w:rsidP="00F72BFD">
            <w:pPr>
              <w:spacing w:line="240" w:lineRule="auto"/>
            </w:pPr>
            <w:r>
              <w:rPr>
                <w:sz w:val="13"/>
              </w:rPr>
              <w:t>72</w:t>
            </w:r>
          </w:p>
        </w:tc>
        <w:tc>
          <w:tcPr>
            <w:tcW w:w="1040" w:type="dxa"/>
            <w:vAlign w:val="center"/>
          </w:tcPr>
          <w:p w14:paraId="021469BA" w14:textId="77777777" w:rsidR="00F26C4D" w:rsidRDefault="00F26C4D" w:rsidP="00F72BFD">
            <w:pPr>
              <w:spacing w:line="240" w:lineRule="auto"/>
            </w:pPr>
            <w:r>
              <w:rPr>
                <w:sz w:val="13"/>
              </w:rPr>
              <w:t>8</w:t>
            </w:r>
          </w:p>
        </w:tc>
        <w:tc>
          <w:tcPr>
            <w:tcW w:w="1040" w:type="dxa"/>
            <w:vAlign w:val="center"/>
          </w:tcPr>
          <w:p w14:paraId="6428BC2A" w14:textId="77777777" w:rsidR="00F26C4D" w:rsidRDefault="00F26C4D" w:rsidP="00F72BFD">
            <w:pPr>
              <w:spacing w:line="240" w:lineRule="auto"/>
            </w:pPr>
            <w:r>
              <w:rPr>
                <w:sz w:val="13"/>
              </w:rPr>
              <w:t>FALSE</w:t>
            </w:r>
          </w:p>
        </w:tc>
        <w:tc>
          <w:tcPr>
            <w:tcW w:w="1040" w:type="dxa"/>
            <w:vAlign w:val="center"/>
          </w:tcPr>
          <w:p w14:paraId="09C78EED" w14:textId="77777777" w:rsidR="00F26C4D" w:rsidRDefault="00F26C4D" w:rsidP="00F72BFD">
            <w:pPr>
              <w:spacing w:line="240" w:lineRule="auto"/>
            </w:pPr>
            <w:r>
              <w:rPr>
                <w:sz w:val="13"/>
              </w:rPr>
              <w:t>0.964</w:t>
            </w:r>
          </w:p>
        </w:tc>
        <w:tc>
          <w:tcPr>
            <w:tcW w:w="1040" w:type="dxa"/>
            <w:vAlign w:val="center"/>
          </w:tcPr>
          <w:p w14:paraId="47C2C149" w14:textId="77777777" w:rsidR="00F26C4D" w:rsidRDefault="00F26C4D" w:rsidP="00F72BFD">
            <w:pPr>
              <w:spacing w:line="240" w:lineRule="auto"/>
            </w:pPr>
            <w:r>
              <w:rPr>
                <w:sz w:val="13"/>
              </w:rPr>
              <w:t>0.038</w:t>
            </w:r>
          </w:p>
        </w:tc>
        <w:tc>
          <w:tcPr>
            <w:tcW w:w="1040" w:type="dxa"/>
            <w:vAlign w:val="center"/>
          </w:tcPr>
          <w:p w14:paraId="157DE749" w14:textId="77777777" w:rsidR="00F26C4D" w:rsidRDefault="00F26C4D" w:rsidP="00F72BFD">
            <w:pPr>
              <w:spacing w:line="240" w:lineRule="auto"/>
            </w:pPr>
            <w:r>
              <w:rPr>
                <w:sz w:val="13"/>
              </w:rPr>
              <w:t>3.112</w:t>
            </w:r>
          </w:p>
        </w:tc>
        <w:tc>
          <w:tcPr>
            <w:tcW w:w="1040" w:type="dxa"/>
            <w:vAlign w:val="center"/>
          </w:tcPr>
          <w:p w14:paraId="1A1EA63A" w14:textId="77777777" w:rsidR="00F26C4D" w:rsidRDefault="00F26C4D" w:rsidP="00F72BFD">
            <w:pPr>
              <w:spacing w:line="240" w:lineRule="auto"/>
            </w:pPr>
            <w:r>
              <w:rPr>
                <w:sz w:val="13"/>
              </w:rPr>
              <w:t>2.65e-04</w:t>
            </w:r>
          </w:p>
        </w:tc>
        <w:tc>
          <w:tcPr>
            <w:tcW w:w="1040" w:type="dxa"/>
            <w:vAlign w:val="center"/>
          </w:tcPr>
          <w:p w14:paraId="24DBB638" w14:textId="77777777" w:rsidR="00F26C4D" w:rsidRDefault="00F26C4D" w:rsidP="00F72BFD">
            <w:pPr>
              <w:spacing w:line="240" w:lineRule="auto"/>
            </w:pPr>
            <w:r>
              <w:rPr>
                <w:sz w:val="13"/>
              </w:rPr>
              <w:t>None</w:t>
            </w:r>
          </w:p>
        </w:tc>
      </w:tr>
      <w:tr w:rsidR="00F26C4D" w14:paraId="1A141622" w14:textId="77777777" w:rsidTr="00F72BFD">
        <w:trPr>
          <w:cantSplit/>
          <w:jc w:val="center"/>
        </w:trPr>
        <w:tc>
          <w:tcPr>
            <w:tcW w:w="1040" w:type="dxa"/>
            <w:vAlign w:val="center"/>
          </w:tcPr>
          <w:p w14:paraId="07135D71" w14:textId="77777777" w:rsidR="00F26C4D" w:rsidRDefault="00F26C4D" w:rsidP="00F72BFD">
            <w:pPr>
              <w:spacing w:line="240" w:lineRule="auto"/>
            </w:pPr>
            <w:r>
              <w:rPr>
                <w:sz w:val="13"/>
              </w:rPr>
              <w:t>General Bacteria</w:t>
            </w:r>
          </w:p>
        </w:tc>
        <w:tc>
          <w:tcPr>
            <w:tcW w:w="1040" w:type="dxa"/>
            <w:vAlign w:val="center"/>
          </w:tcPr>
          <w:p w14:paraId="0CF47246" w14:textId="77777777" w:rsidR="00F26C4D" w:rsidRDefault="00F26C4D" w:rsidP="00F72BFD">
            <w:pPr>
              <w:spacing w:line="240" w:lineRule="auto"/>
            </w:pPr>
            <w:r>
              <w:rPr>
                <w:sz w:val="13"/>
              </w:rPr>
              <w:t>72</w:t>
            </w:r>
          </w:p>
        </w:tc>
        <w:tc>
          <w:tcPr>
            <w:tcW w:w="1040" w:type="dxa"/>
            <w:vAlign w:val="center"/>
          </w:tcPr>
          <w:p w14:paraId="18D0A014" w14:textId="77777777" w:rsidR="00F26C4D" w:rsidRDefault="00F26C4D" w:rsidP="00F72BFD">
            <w:pPr>
              <w:spacing w:line="240" w:lineRule="auto"/>
            </w:pPr>
            <w:r>
              <w:rPr>
                <w:sz w:val="13"/>
              </w:rPr>
              <w:t>8</w:t>
            </w:r>
          </w:p>
        </w:tc>
        <w:tc>
          <w:tcPr>
            <w:tcW w:w="1040" w:type="dxa"/>
            <w:vAlign w:val="center"/>
          </w:tcPr>
          <w:p w14:paraId="1699DF08" w14:textId="77777777" w:rsidR="00F26C4D" w:rsidRDefault="00F26C4D" w:rsidP="00F72BFD">
            <w:pPr>
              <w:spacing w:line="240" w:lineRule="auto"/>
            </w:pPr>
            <w:r>
              <w:rPr>
                <w:sz w:val="13"/>
              </w:rPr>
              <w:t>FALSE</w:t>
            </w:r>
          </w:p>
        </w:tc>
        <w:tc>
          <w:tcPr>
            <w:tcW w:w="1040" w:type="dxa"/>
            <w:vAlign w:val="center"/>
          </w:tcPr>
          <w:p w14:paraId="280DFF7D" w14:textId="77777777" w:rsidR="00F26C4D" w:rsidRDefault="00F26C4D" w:rsidP="00F72BFD">
            <w:pPr>
              <w:spacing w:line="240" w:lineRule="auto"/>
            </w:pPr>
            <w:r>
              <w:rPr>
                <w:sz w:val="13"/>
              </w:rPr>
              <w:t>0.940</w:t>
            </w:r>
          </w:p>
        </w:tc>
        <w:tc>
          <w:tcPr>
            <w:tcW w:w="1040" w:type="dxa"/>
            <w:vAlign w:val="center"/>
          </w:tcPr>
          <w:p w14:paraId="3C0F201F" w14:textId="77777777" w:rsidR="00F26C4D" w:rsidRDefault="00F26C4D" w:rsidP="00F72BFD">
            <w:pPr>
              <w:spacing w:line="240" w:lineRule="auto"/>
            </w:pPr>
            <w:r>
              <w:rPr>
                <w:sz w:val="13"/>
              </w:rPr>
              <w:t>0.002</w:t>
            </w:r>
          </w:p>
        </w:tc>
        <w:tc>
          <w:tcPr>
            <w:tcW w:w="1040" w:type="dxa"/>
            <w:vAlign w:val="center"/>
          </w:tcPr>
          <w:p w14:paraId="2B502A91" w14:textId="77777777" w:rsidR="00F26C4D" w:rsidRDefault="00F26C4D" w:rsidP="00F72BFD">
            <w:pPr>
              <w:spacing w:line="240" w:lineRule="auto"/>
            </w:pPr>
            <w:r>
              <w:rPr>
                <w:sz w:val="13"/>
              </w:rPr>
              <w:t>3.274</w:t>
            </w:r>
          </w:p>
        </w:tc>
        <w:tc>
          <w:tcPr>
            <w:tcW w:w="1040" w:type="dxa"/>
            <w:vAlign w:val="center"/>
          </w:tcPr>
          <w:p w14:paraId="3D7DC655" w14:textId="77777777" w:rsidR="00F26C4D" w:rsidRDefault="00F26C4D" w:rsidP="00F72BFD">
            <w:pPr>
              <w:spacing w:line="240" w:lineRule="auto"/>
            </w:pPr>
            <w:r>
              <w:rPr>
                <w:sz w:val="13"/>
              </w:rPr>
              <w:t>0.033</w:t>
            </w:r>
          </w:p>
        </w:tc>
        <w:tc>
          <w:tcPr>
            <w:tcW w:w="1040" w:type="dxa"/>
            <w:vAlign w:val="center"/>
          </w:tcPr>
          <w:p w14:paraId="1D2E7390" w14:textId="77777777" w:rsidR="00F26C4D" w:rsidRDefault="00F26C4D" w:rsidP="00F72BFD">
            <w:pPr>
              <w:spacing w:line="240" w:lineRule="auto"/>
            </w:pPr>
            <w:r>
              <w:rPr>
                <w:sz w:val="13"/>
              </w:rPr>
              <w:t>None</w:t>
            </w:r>
          </w:p>
        </w:tc>
      </w:tr>
      <w:tr w:rsidR="00F26C4D" w14:paraId="10E56F33" w14:textId="77777777" w:rsidTr="00F72BFD">
        <w:trPr>
          <w:cantSplit/>
          <w:jc w:val="center"/>
        </w:trPr>
        <w:tc>
          <w:tcPr>
            <w:tcW w:w="1040" w:type="dxa"/>
            <w:vAlign w:val="center"/>
          </w:tcPr>
          <w:p w14:paraId="0FA1E062" w14:textId="77777777" w:rsidR="00F26C4D" w:rsidRDefault="00F26C4D" w:rsidP="00F72BFD">
            <w:pPr>
              <w:spacing w:line="240" w:lineRule="auto"/>
            </w:pPr>
            <w:r>
              <w:rPr>
                <w:sz w:val="13"/>
              </w:rPr>
              <w:t>Gram Negative</w:t>
            </w:r>
          </w:p>
        </w:tc>
        <w:tc>
          <w:tcPr>
            <w:tcW w:w="1040" w:type="dxa"/>
            <w:vAlign w:val="center"/>
          </w:tcPr>
          <w:p w14:paraId="5029D4C2" w14:textId="77777777" w:rsidR="00F26C4D" w:rsidRDefault="00F26C4D" w:rsidP="00F72BFD">
            <w:pPr>
              <w:spacing w:line="240" w:lineRule="auto"/>
            </w:pPr>
            <w:r>
              <w:rPr>
                <w:sz w:val="13"/>
              </w:rPr>
              <w:t>72</w:t>
            </w:r>
          </w:p>
        </w:tc>
        <w:tc>
          <w:tcPr>
            <w:tcW w:w="1040" w:type="dxa"/>
            <w:vAlign w:val="center"/>
          </w:tcPr>
          <w:p w14:paraId="6FD4096A" w14:textId="77777777" w:rsidR="00F26C4D" w:rsidRDefault="00F26C4D" w:rsidP="00F72BFD">
            <w:pPr>
              <w:spacing w:line="240" w:lineRule="auto"/>
            </w:pPr>
            <w:r>
              <w:rPr>
                <w:sz w:val="13"/>
              </w:rPr>
              <w:t>8</w:t>
            </w:r>
          </w:p>
        </w:tc>
        <w:tc>
          <w:tcPr>
            <w:tcW w:w="1040" w:type="dxa"/>
            <w:vAlign w:val="center"/>
          </w:tcPr>
          <w:p w14:paraId="347A19C6" w14:textId="77777777" w:rsidR="00F26C4D" w:rsidRDefault="00F26C4D" w:rsidP="00F72BFD">
            <w:pPr>
              <w:spacing w:line="240" w:lineRule="auto"/>
            </w:pPr>
            <w:r>
              <w:rPr>
                <w:sz w:val="13"/>
              </w:rPr>
              <w:t>FALSE</w:t>
            </w:r>
          </w:p>
        </w:tc>
        <w:tc>
          <w:tcPr>
            <w:tcW w:w="1040" w:type="dxa"/>
            <w:vAlign w:val="center"/>
          </w:tcPr>
          <w:p w14:paraId="4B3B9AEB" w14:textId="77777777" w:rsidR="00F26C4D" w:rsidRDefault="00F26C4D" w:rsidP="00F72BFD">
            <w:pPr>
              <w:spacing w:line="240" w:lineRule="auto"/>
            </w:pPr>
            <w:r>
              <w:rPr>
                <w:sz w:val="13"/>
              </w:rPr>
              <w:t>0.953</w:t>
            </w:r>
          </w:p>
        </w:tc>
        <w:tc>
          <w:tcPr>
            <w:tcW w:w="1040" w:type="dxa"/>
            <w:vAlign w:val="center"/>
          </w:tcPr>
          <w:p w14:paraId="48B308FB" w14:textId="77777777" w:rsidR="00F26C4D" w:rsidRDefault="00F26C4D" w:rsidP="00F72BFD">
            <w:pPr>
              <w:spacing w:line="240" w:lineRule="auto"/>
            </w:pPr>
            <w:r>
              <w:rPr>
                <w:sz w:val="13"/>
              </w:rPr>
              <w:t>0.009</w:t>
            </w:r>
          </w:p>
        </w:tc>
        <w:tc>
          <w:tcPr>
            <w:tcW w:w="1040" w:type="dxa"/>
            <w:vAlign w:val="center"/>
          </w:tcPr>
          <w:p w14:paraId="176C5655" w14:textId="77777777" w:rsidR="00F26C4D" w:rsidRDefault="00F26C4D" w:rsidP="00F72BFD">
            <w:pPr>
              <w:spacing w:line="240" w:lineRule="auto"/>
            </w:pPr>
            <w:r>
              <w:rPr>
                <w:sz w:val="13"/>
              </w:rPr>
              <w:t>2.940</w:t>
            </w:r>
          </w:p>
        </w:tc>
        <w:tc>
          <w:tcPr>
            <w:tcW w:w="1040" w:type="dxa"/>
            <w:vAlign w:val="center"/>
          </w:tcPr>
          <w:p w14:paraId="3238C9DB" w14:textId="77777777" w:rsidR="00F26C4D" w:rsidRDefault="00F26C4D" w:rsidP="00F72BFD">
            <w:pPr>
              <w:spacing w:line="240" w:lineRule="auto"/>
            </w:pPr>
            <w:r>
              <w:rPr>
                <w:sz w:val="13"/>
              </w:rPr>
              <w:t>0.020</w:t>
            </w:r>
          </w:p>
        </w:tc>
        <w:tc>
          <w:tcPr>
            <w:tcW w:w="1040" w:type="dxa"/>
            <w:vAlign w:val="center"/>
          </w:tcPr>
          <w:p w14:paraId="47A49B45" w14:textId="77777777" w:rsidR="00F26C4D" w:rsidRDefault="00F26C4D" w:rsidP="00F72BFD">
            <w:pPr>
              <w:spacing w:line="240" w:lineRule="auto"/>
            </w:pPr>
            <w:r>
              <w:rPr>
                <w:sz w:val="13"/>
              </w:rPr>
              <w:t>None</w:t>
            </w:r>
          </w:p>
        </w:tc>
      </w:tr>
      <w:tr w:rsidR="00F26C4D" w14:paraId="424830C7" w14:textId="77777777" w:rsidTr="00F72BFD">
        <w:trPr>
          <w:cantSplit/>
          <w:jc w:val="center"/>
        </w:trPr>
        <w:tc>
          <w:tcPr>
            <w:tcW w:w="1040" w:type="dxa"/>
            <w:vAlign w:val="center"/>
          </w:tcPr>
          <w:p w14:paraId="4CE7B5CB" w14:textId="77777777" w:rsidR="00F26C4D" w:rsidRDefault="00F26C4D" w:rsidP="00F72BFD">
            <w:pPr>
              <w:spacing w:line="240" w:lineRule="auto"/>
            </w:pPr>
            <w:r>
              <w:rPr>
                <w:sz w:val="13"/>
              </w:rPr>
              <w:t>Gram Positive</w:t>
            </w:r>
          </w:p>
        </w:tc>
        <w:tc>
          <w:tcPr>
            <w:tcW w:w="1040" w:type="dxa"/>
            <w:vAlign w:val="center"/>
          </w:tcPr>
          <w:p w14:paraId="70360469" w14:textId="77777777" w:rsidR="00F26C4D" w:rsidRDefault="00F26C4D" w:rsidP="00F72BFD">
            <w:pPr>
              <w:spacing w:line="240" w:lineRule="auto"/>
            </w:pPr>
            <w:r>
              <w:rPr>
                <w:sz w:val="13"/>
              </w:rPr>
              <w:t>72</w:t>
            </w:r>
          </w:p>
        </w:tc>
        <w:tc>
          <w:tcPr>
            <w:tcW w:w="1040" w:type="dxa"/>
            <w:vAlign w:val="center"/>
          </w:tcPr>
          <w:p w14:paraId="63541DEA" w14:textId="77777777" w:rsidR="00F26C4D" w:rsidRDefault="00F26C4D" w:rsidP="00F72BFD">
            <w:pPr>
              <w:spacing w:line="240" w:lineRule="auto"/>
            </w:pPr>
            <w:r>
              <w:rPr>
                <w:sz w:val="13"/>
              </w:rPr>
              <w:t>8</w:t>
            </w:r>
          </w:p>
        </w:tc>
        <w:tc>
          <w:tcPr>
            <w:tcW w:w="1040" w:type="dxa"/>
            <w:vAlign w:val="center"/>
          </w:tcPr>
          <w:p w14:paraId="2D0C77E5" w14:textId="77777777" w:rsidR="00F26C4D" w:rsidRDefault="00F26C4D" w:rsidP="00F72BFD">
            <w:pPr>
              <w:spacing w:line="240" w:lineRule="auto"/>
            </w:pPr>
            <w:r>
              <w:rPr>
                <w:sz w:val="13"/>
              </w:rPr>
              <w:t>TRUE</w:t>
            </w:r>
          </w:p>
        </w:tc>
        <w:tc>
          <w:tcPr>
            <w:tcW w:w="1040" w:type="dxa"/>
            <w:vAlign w:val="center"/>
          </w:tcPr>
          <w:p w14:paraId="52605685" w14:textId="77777777" w:rsidR="00F26C4D" w:rsidRDefault="00F26C4D" w:rsidP="00F72BFD">
            <w:pPr>
              <w:spacing w:line="240" w:lineRule="auto"/>
            </w:pPr>
            <w:r>
              <w:rPr>
                <w:sz w:val="13"/>
              </w:rPr>
              <w:t>0.959</w:t>
            </w:r>
          </w:p>
        </w:tc>
        <w:tc>
          <w:tcPr>
            <w:tcW w:w="1040" w:type="dxa"/>
            <w:vAlign w:val="center"/>
          </w:tcPr>
          <w:p w14:paraId="54E40D59" w14:textId="77777777" w:rsidR="00F26C4D" w:rsidRDefault="00F26C4D" w:rsidP="00F72BFD">
            <w:pPr>
              <w:spacing w:line="240" w:lineRule="auto"/>
            </w:pPr>
            <w:r>
              <w:rPr>
                <w:sz w:val="13"/>
              </w:rPr>
              <w:t>0.020</w:t>
            </w:r>
          </w:p>
        </w:tc>
        <w:tc>
          <w:tcPr>
            <w:tcW w:w="1040" w:type="dxa"/>
            <w:vAlign w:val="center"/>
          </w:tcPr>
          <w:p w14:paraId="4BE0F1CA" w14:textId="77777777" w:rsidR="00F26C4D" w:rsidRDefault="00F26C4D" w:rsidP="00F72BFD">
            <w:pPr>
              <w:spacing w:line="240" w:lineRule="auto"/>
            </w:pPr>
            <w:r>
              <w:rPr>
                <w:sz w:val="13"/>
              </w:rPr>
              <w:t>3.814</w:t>
            </w:r>
          </w:p>
        </w:tc>
        <w:tc>
          <w:tcPr>
            <w:tcW w:w="1040" w:type="dxa"/>
            <w:vAlign w:val="center"/>
          </w:tcPr>
          <w:p w14:paraId="0FA89FC9" w14:textId="77777777" w:rsidR="00F26C4D" w:rsidRDefault="00F26C4D" w:rsidP="00F72BFD">
            <w:pPr>
              <w:spacing w:line="240" w:lineRule="auto"/>
            </w:pPr>
            <w:r>
              <w:rPr>
                <w:sz w:val="13"/>
              </w:rPr>
              <w:t>1.19e-16</w:t>
            </w:r>
          </w:p>
        </w:tc>
        <w:tc>
          <w:tcPr>
            <w:tcW w:w="1040" w:type="dxa"/>
            <w:vAlign w:val="center"/>
          </w:tcPr>
          <w:p w14:paraId="5306ADD9" w14:textId="77777777" w:rsidR="00F26C4D" w:rsidRDefault="00F26C4D" w:rsidP="00F72BFD">
            <w:pPr>
              <w:spacing w:line="240" w:lineRule="auto"/>
            </w:pPr>
            <w:r>
              <w:rPr>
                <w:sz w:val="13"/>
              </w:rPr>
              <w:t>boundary (singular) fit: see help('isSingular')</w:t>
            </w:r>
          </w:p>
        </w:tc>
      </w:tr>
      <w:tr w:rsidR="00F26C4D" w14:paraId="04C947C5" w14:textId="77777777" w:rsidTr="00F72BFD">
        <w:trPr>
          <w:cantSplit/>
          <w:jc w:val="center"/>
        </w:trPr>
        <w:tc>
          <w:tcPr>
            <w:tcW w:w="1040" w:type="dxa"/>
            <w:vAlign w:val="center"/>
          </w:tcPr>
          <w:p w14:paraId="66841F0D" w14:textId="77777777" w:rsidR="00F26C4D" w:rsidRDefault="00F26C4D" w:rsidP="00F72BFD">
            <w:pPr>
              <w:spacing w:line="240" w:lineRule="auto"/>
            </w:pPr>
            <w:r>
              <w:rPr>
                <w:sz w:val="13"/>
              </w:rPr>
              <w:t>F:B</w:t>
            </w:r>
          </w:p>
        </w:tc>
        <w:tc>
          <w:tcPr>
            <w:tcW w:w="1040" w:type="dxa"/>
            <w:vAlign w:val="center"/>
          </w:tcPr>
          <w:p w14:paraId="75A830FA" w14:textId="77777777" w:rsidR="00F26C4D" w:rsidRDefault="00F26C4D" w:rsidP="00F72BFD">
            <w:pPr>
              <w:spacing w:line="240" w:lineRule="auto"/>
            </w:pPr>
            <w:r>
              <w:rPr>
                <w:sz w:val="13"/>
              </w:rPr>
              <w:t>72</w:t>
            </w:r>
          </w:p>
        </w:tc>
        <w:tc>
          <w:tcPr>
            <w:tcW w:w="1040" w:type="dxa"/>
            <w:vAlign w:val="center"/>
          </w:tcPr>
          <w:p w14:paraId="506BDF4E" w14:textId="77777777" w:rsidR="00F26C4D" w:rsidRDefault="00F26C4D" w:rsidP="00F72BFD">
            <w:pPr>
              <w:spacing w:line="240" w:lineRule="auto"/>
            </w:pPr>
            <w:r>
              <w:rPr>
                <w:sz w:val="13"/>
              </w:rPr>
              <w:t>8</w:t>
            </w:r>
          </w:p>
        </w:tc>
        <w:tc>
          <w:tcPr>
            <w:tcW w:w="1040" w:type="dxa"/>
            <w:vAlign w:val="center"/>
          </w:tcPr>
          <w:p w14:paraId="5562902C" w14:textId="77777777" w:rsidR="00F26C4D" w:rsidRDefault="00F26C4D" w:rsidP="00F72BFD">
            <w:pPr>
              <w:spacing w:line="240" w:lineRule="auto"/>
            </w:pPr>
            <w:r>
              <w:rPr>
                <w:sz w:val="13"/>
              </w:rPr>
              <w:t>TRUE</w:t>
            </w:r>
          </w:p>
        </w:tc>
        <w:tc>
          <w:tcPr>
            <w:tcW w:w="1040" w:type="dxa"/>
            <w:vAlign w:val="center"/>
          </w:tcPr>
          <w:p w14:paraId="4141C3D9" w14:textId="77777777" w:rsidR="00F26C4D" w:rsidRDefault="00F26C4D" w:rsidP="00F72BFD">
            <w:pPr>
              <w:spacing w:line="240" w:lineRule="auto"/>
            </w:pPr>
            <w:r>
              <w:rPr>
                <w:sz w:val="13"/>
              </w:rPr>
              <w:t>0.979</w:t>
            </w:r>
          </w:p>
        </w:tc>
        <w:tc>
          <w:tcPr>
            <w:tcW w:w="1040" w:type="dxa"/>
            <w:vAlign w:val="center"/>
          </w:tcPr>
          <w:p w14:paraId="130329D6" w14:textId="77777777" w:rsidR="00F26C4D" w:rsidRDefault="00F26C4D" w:rsidP="00F72BFD">
            <w:pPr>
              <w:spacing w:line="240" w:lineRule="auto"/>
            </w:pPr>
            <w:r>
              <w:rPr>
                <w:sz w:val="13"/>
              </w:rPr>
              <w:t>0.288</w:t>
            </w:r>
          </w:p>
        </w:tc>
        <w:tc>
          <w:tcPr>
            <w:tcW w:w="1040" w:type="dxa"/>
            <w:vAlign w:val="center"/>
          </w:tcPr>
          <w:p w14:paraId="7B68AD96" w14:textId="77777777" w:rsidR="00F26C4D" w:rsidRDefault="00F26C4D" w:rsidP="00F72BFD">
            <w:pPr>
              <w:spacing w:line="240" w:lineRule="auto"/>
            </w:pPr>
            <w:r>
              <w:rPr>
                <w:sz w:val="13"/>
              </w:rPr>
              <w:t>3.272</w:t>
            </w:r>
          </w:p>
        </w:tc>
        <w:tc>
          <w:tcPr>
            <w:tcW w:w="1040" w:type="dxa"/>
            <w:vAlign w:val="center"/>
          </w:tcPr>
          <w:p w14:paraId="79D85231" w14:textId="77777777" w:rsidR="00F26C4D" w:rsidRDefault="00F26C4D" w:rsidP="00F72BFD">
            <w:pPr>
              <w:spacing w:line="240" w:lineRule="auto"/>
            </w:pPr>
            <w:r>
              <w:rPr>
                <w:sz w:val="13"/>
              </w:rPr>
              <w:t>-4.95e-17</w:t>
            </w:r>
          </w:p>
        </w:tc>
        <w:tc>
          <w:tcPr>
            <w:tcW w:w="1040" w:type="dxa"/>
            <w:vAlign w:val="center"/>
          </w:tcPr>
          <w:p w14:paraId="7AD627FE" w14:textId="77777777" w:rsidR="00F26C4D" w:rsidRDefault="00F26C4D" w:rsidP="00F72BFD">
            <w:pPr>
              <w:spacing w:line="240" w:lineRule="auto"/>
            </w:pPr>
            <w:r>
              <w:rPr>
                <w:sz w:val="13"/>
              </w:rPr>
              <w:t>boundary (singular) fit: see help('isSingular')</w:t>
            </w:r>
          </w:p>
        </w:tc>
      </w:tr>
      <w:tr w:rsidR="00F26C4D" w14:paraId="1DD24F5C" w14:textId="77777777" w:rsidTr="00F72BFD">
        <w:trPr>
          <w:cantSplit/>
          <w:jc w:val="center"/>
        </w:trPr>
        <w:tc>
          <w:tcPr>
            <w:tcW w:w="1040" w:type="dxa"/>
            <w:vAlign w:val="center"/>
          </w:tcPr>
          <w:p w14:paraId="38D2F3DC" w14:textId="77777777" w:rsidR="00F26C4D" w:rsidRDefault="00F26C4D" w:rsidP="00F72BFD">
            <w:pPr>
              <w:spacing w:line="240" w:lineRule="auto"/>
            </w:pPr>
            <w:r>
              <w:rPr>
                <w:sz w:val="13"/>
              </w:rPr>
              <w:t>G+:G-</w:t>
            </w:r>
          </w:p>
        </w:tc>
        <w:tc>
          <w:tcPr>
            <w:tcW w:w="1040" w:type="dxa"/>
            <w:vAlign w:val="center"/>
          </w:tcPr>
          <w:p w14:paraId="0FE2079B" w14:textId="77777777" w:rsidR="00F26C4D" w:rsidRDefault="00F26C4D" w:rsidP="00F72BFD">
            <w:pPr>
              <w:spacing w:line="240" w:lineRule="auto"/>
            </w:pPr>
            <w:r>
              <w:rPr>
                <w:sz w:val="13"/>
              </w:rPr>
              <w:t>72</w:t>
            </w:r>
          </w:p>
        </w:tc>
        <w:tc>
          <w:tcPr>
            <w:tcW w:w="1040" w:type="dxa"/>
            <w:vAlign w:val="center"/>
          </w:tcPr>
          <w:p w14:paraId="6D4A8020" w14:textId="77777777" w:rsidR="00F26C4D" w:rsidRDefault="00F26C4D" w:rsidP="00F72BFD">
            <w:pPr>
              <w:spacing w:line="240" w:lineRule="auto"/>
            </w:pPr>
            <w:r>
              <w:rPr>
                <w:sz w:val="13"/>
              </w:rPr>
              <w:t>8</w:t>
            </w:r>
          </w:p>
        </w:tc>
        <w:tc>
          <w:tcPr>
            <w:tcW w:w="1040" w:type="dxa"/>
            <w:vAlign w:val="center"/>
          </w:tcPr>
          <w:p w14:paraId="5E223C04" w14:textId="77777777" w:rsidR="00F26C4D" w:rsidRDefault="00F26C4D" w:rsidP="00F72BFD">
            <w:pPr>
              <w:spacing w:line="240" w:lineRule="auto"/>
            </w:pPr>
            <w:r>
              <w:rPr>
                <w:sz w:val="13"/>
              </w:rPr>
              <w:t>FALSE</w:t>
            </w:r>
          </w:p>
        </w:tc>
        <w:tc>
          <w:tcPr>
            <w:tcW w:w="1040" w:type="dxa"/>
            <w:vAlign w:val="center"/>
          </w:tcPr>
          <w:p w14:paraId="626550F9" w14:textId="77777777" w:rsidR="00F26C4D" w:rsidRDefault="00F26C4D" w:rsidP="00F72BFD">
            <w:pPr>
              <w:spacing w:line="240" w:lineRule="auto"/>
            </w:pPr>
            <w:r>
              <w:rPr>
                <w:sz w:val="13"/>
              </w:rPr>
              <w:t>0.948</w:t>
            </w:r>
          </w:p>
        </w:tc>
        <w:tc>
          <w:tcPr>
            <w:tcW w:w="1040" w:type="dxa"/>
            <w:vAlign w:val="center"/>
          </w:tcPr>
          <w:p w14:paraId="63E05365" w14:textId="77777777" w:rsidR="00F26C4D" w:rsidRDefault="00F26C4D" w:rsidP="00F72BFD">
            <w:pPr>
              <w:spacing w:line="240" w:lineRule="auto"/>
            </w:pPr>
            <w:r>
              <w:rPr>
                <w:sz w:val="13"/>
              </w:rPr>
              <w:t>0.005</w:t>
            </w:r>
          </w:p>
        </w:tc>
        <w:tc>
          <w:tcPr>
            <w:tcW w:w="1040" w:type="dxa"/>
            <w:vAlign w:val="center"/>
          </w:tcPr>
          <w:p w14:paraId="2FEC3BF5" w14:textId="77777777" w:rsidR="00F26C4D" w:rsidRDefault="00F26C4D" w:rsidP="00F72BFD">
            <w:pPr>
              <w:spacing w:line="240" w:lineRule="auto"/>
            </w:pPr>
            <w:r>
              <w:rPr>
                <w:sz w:val="13"/>
              </w:rPr>
              <w:t>3.729</w:t>
            </w:r>
          </w:p>
        </w:tc>
        <w:tc>
          <w:tcPr>
            <w:tcW w:w="1040" w:type="dxa"/>
            <w:vAlign w:val="center"/>
          </w:tcPr>
          <w:p w14:paraId="14C4FFEC" w14:textId="77777777" w:rsidR="00F26C4D" w:rsidRDefault="00F26C4D" w:rsidP="00F72BFD">
            <w:pPr>
              <w:spacing w:line="240" w:lineRule="auto"/>
            </w:pPr>
            <w:r>
              <w:rPr>
                <w:sz w:val="13"/>
              </w:rPr>
              <w:t>0.032</w:t>
            </w:r>
          </w:p>
        </w:tc>
        <w:tc>
          <w:tcPr>
            <w:tcW w:w="1040" w:type="dxa"/>
            <w:vAlign w:val="center"/>
          </w:tcPr>
          <w:p w14:paraId="649AB302" w14:textId="77777777" w:rsidR="00F26C4D" w:rsidRDefault="00F26C4D" w:rsidP="00F72BFD">
            <w:pPr>
              <w:spacing w:line="240" w:lineRule="auto"/>
            </w:pPr>
            <w:r>
              <w:rPr>
                <w:sz w:val="13"/>
              </w:rPr>
              <w:t>None</w:t>
            </w:r>
          </w:p>
        </w:tc>
      </w:tr>
    </w:tbl>
    <w:p w14:paraId="283B4B06" w14:textId="77777777" w:rsidR="00F26C4D" w:rsidRDefault="00F26C4D" w:rsidP="00F26C4D">
      <w:r>
        <w:br w:type="page"/>
      </w:r>
    </w:p>
    <w:p w14:paraId="05B9ED6A" w14:textId="77777777" w:rsidR="00F26C4D" w:rsidRDefault="00F26C4D" w:rsidP="00F26C4D">
      <w:pPr>
        <w:pStyle w:val="21"/>
      </w:pPr>
      <w:r>
        <w:rPr>
          <w:rFonts w:ascii="Times New Roman" w:eastAsia="Times New Roman" w:hAnsi="Times New Roman"/>
        </w:rPr>
        <w:lastRenderedPageBreak/>
        <w:t>Supplementary Table S5. Day-0 soil-property and root-biomass paired-profile tests</w:t>
      </w:r>
    </w:p>
    <w:tbl>
      <w:tblPr>
        <w:tblStyle w:val="aff1"/>
        <w:tblW w:w="9360" w:type="dxa"/>
        <w:jc w:val="center"/>
        <w:tblLayout w:type="fixed"/>
        <w:tblLook w:val="04A0" w:firstRow="1" w:lastRow="0" w:firstColumn="1" w:lastColumn="0" w:noHBand="0" w:noVBand="1"/>
      </w:tblPr>
      <w:tblGrid>
        <w:gridCol w:w="1337"/>
        <w:gridCol w:w="1337"/>
        <w:gridCol w:w="1337"/>
        <w:gridCol w:w="1337"/>
        <w:gridCol w:w="1337"/>
        <w:gridCol w:w="1337"/>
        <w:gridCol w:w="1338"/>
      </w:tblGrid>
      <w:tr w:rsidR="00F26C4D" w14:paraId="5DA66C14" w14:textId="77777777" w:rsidTr="00F72BFD">
        <w:trPr>
          <w:tblHeader/>
          <w:jc w:val="center"/>
        </w:trPr>
        <w:tc>
          <w:tcPr>
            <w:tcW w:w="1337" w:type="dxa"/>
            <w:shd w:val="clear" w:color="auto" w:fill="E8EEF5"/>
          </w:tcPr>
          <w:p w14:paraId="48D5B2E1" w14:textId="77777777" w:rsidR="00F26C4D" w:rsidRDefault="00F26C4D" w:rsidP="00F72BFD">
            <w:pPr>
              <w:spacing w:line="240" w:lineRule="auto"/>
            </w:pPr>
            <w:r>
              <w:rPr>
                <w:b/>
                <w:sz w:val="14"/>
              </w:rPr>
              <w:t>Outcome</w:t>
            </w:r>
          </w:p>
        </w:tc>
        <w:tc>
          <w:tcPr>
            <w:tcW w:w="1337" w:type="dxa"/>
            <w:shd w:val="clear" w:color="auto" w:fill="E8EEF5"/>
          </w:tcPr>
          <w:p w14:paraId="493C447E" w14:textId="77777777" w:rsidR="00F26C4D" w:rsidRDefault="00F26C4D" w:rsidP="00F72BFD">
            <w:pPr>
              <w:spacing w:line="240" w:lineRule="auto"/>
            </w:pPr>
            <w:r>
              <w:rPr>
                <w:b/>
                <w:sz w:val="14"/>
              </w:rPr>
              <w:t>Term</w:t>
            </w:r>
          </w:p>
        </w:tc>
        <w:tc>
          <w:tcPr>
            <w:tcW w:w="1337" w:type="dxa"/>
            <w:shd w:val="clear" w:color="auto" w:fill="E8EEF5"/>
          </w:tcPr>
          <w:p w14:paraId="281C7F0D" w14:textId="77777777" w:rsidR="00F26C4D" w:rsidRDefault="00F26C4D" w:rsidP="00F72BFD">
            <w:pPr>
              <w:spacing w:line="240" w:lineRule="auto"/>
            </w:pPr>
            <w:r>
              <w:rPr>
                <w:b/>
                <w:sz w:val="14"/>
              </w:rPr>
              <w:t>F</w:t>
            </w:r>
          </w:p>
        </w:tc>
        <w:tc>
          <w:tcPr>
            <w:tcW w:w="1337" w:type="dxa"/>
            <w:shd w:val="clear" w:color="auto" w:fill="E8EEF5"/>
          </w:tcPr>
          <w:p w14:paraId="6842D110" w14:textId="77777777" w:rsidR="00F26C4D" w:rsidRDefault="00F26C4D" w:rsidP="00F72BFD">
            <w:pPr>
              <w:spacing w:line="240" w:lineRule="auto"/>
            </w:pPr>
            <w:r>
              <w:rPr>
                <w:b/>
                <w:sz w:val="14"/>
              </w:rPr>
              <w:t>Num df</w:t>
            </w:r>
          </w:p>
        </w:tc>
        <w:tc>
          <w:tcPr>
            <w:tcW w:w="1337" w:type="dxa"/>
            <w:shd w:val="clear" w:color="auto" w:fill="E8EEF5"/>
          </w:tcPr>
          <w:p w14:paraId="665B4D9E" w14:textId="77777777" w:rsidR="00F26C4D" w:rsidRDefault="00F26C4D" w:rsidP="00F72BFD">
            <w:pPr>
              <w:spacing w:line="240" w:lineRule="auto"/>
            </w:pPr>
            <w:r>
              <w:rPr>
                <w:b/>
                <w:sz w:val="14"/>
              </w:rPr>
              <w:t>Den df</w:t>
            </w:r>
          </w:p>
        </w:tc>
        <w:tc>
          <w:tcPr>
            <w:tcW w:w="1337" w:type="dxa"/>
            <w:shd w:val="clear" w:color="auto" w:fill="E8EEF5"/>
          </w:tcPr>
          <w:p w14:paraId="57BD9B6F" w14:textId="77777777" w:rsidR="00F26C4D" w:rsidRDefault="00F26C4D" w:rsidP="00F72BFD">
            <w:pPr>
              <w:spacing w:line="240" w:lineRule="auto"/>
            </w:pPr>
            <w:r>
              <w:rPr>
                <w:b/>
                <w:sz w:val="14"/>
              </w:rPr>
              <w:t>P</w:t>
            </w:r>
          </w:p>
        </w:tc>
        <w:tc>
          <w:tcPr>
            <w:tcW w:w="1338" w:type="dxa"/>
            <w:shd w:val="clear" w:color="auto" w:fill="E8EEF5"/>
          </w:tcPr>
          <w:p w14:paraId="2000E6E4" w14:textId="77777777" w:rsidR="00F26C4D" w:rsidRDefault="00F26C4D" w:rsidP="00F72BFD">
            <w:pPr>
              <w:spacing w:line="240" w:lineRule="auto"/>
            </w:pPr>
            <w:r>
              <w:rPr>
                <w:b/>
                <w:sz w:val="14"/>
              </w:rPr>
              <w:t>q</w:t>
            </w:r>
          </w:p>
        </w:tc>
      </w:tr>
      <w:tr w:rsidR="00F26C4D" w14:paraId="7D6469F9" w14:textId="77777777" w:rsidTr="00F72BFD">
        <w:trPr>
          <w:cantSplit/>
          <w:jc w:val="center"/>
        </w:trPr>
        <w:tc>
          <w:tcPr>
            <w:tcW w:w="1337" w:type="dxa"/>
            <w:vAlign w:val="center"/>
          </w:tcPr>
          <w:p w14:paraId="548D1E65" w14:textId="77777777" w:rsidR="00F26C4D" w:rsidRDefault="00F26C4D" w:rsidP="00F72BFD">
            <w:pPr>
              <w:spacing w:line="240" w:lineRule="auto"/>
            </w:pPr>
            <w:r>
              <w:rPr>
                <w:sz w:val="14"/>
              </w:rPr>
              <w:t>Available P</w:t>
            </w:r>
          </w:p>
        </w:tc>
        <w:tc>
          <w:tcPr>
            <w:tcW w:w="1337" w:type="dxa"/>
            <w:vAlign w:val="center"/>
          </w:tcPr>
          <w:p w14:paraId="44D3EE72" w14:textId="77777777" w:rsidR="00F26C4D" w:rsidRDefault="00F26C4D" w:rsidP="00F72BFD">
            <w:pPr>
              <w:spacing w:line="240" w:lineRule="auto"/>
            </w:pPr>
            <w:r>
              <w:rPr>
                <w:sz w:val="14"/>
              </w:rPr>
              <w:t>habitat</w:t>
            </w:r>
          </w:p>
        </w:tc>
        <w:tc>
          <w:tcPr>
            <w:tcW w:w="1337" w:type="dxa"/>
            <w:vAlign w:val="center"/>
          </w:tcPr>
          <w:p w14:paraId="116F5885" w14:textId="77777777" w:rsidR="00F26C4D" w:rsidRDefault="00F26C4D" w:rsidP="00F72BFD">
            <w:pPr>
              <w:spacing w:line="240" w:lineRule="auto"/>
            </w:pPr>
            <w:r>
              <w:rPr>
                <w:sz w:val="14"/>
              </w:rPr>
              <w:t>0.22</w:t>
            </w:r>
          </w:p>
        </w:tc>
        <w:tc>
          <w:tcPr>
            <w:tcW w:w="1337" w:type="dxa"/>
            <w:vAlign w:val="center"/>
          </w:tcPr>
          <w:p w14:paraId="77A39644" w14:textId="77777777" w:rsidR="00F26C4D" w:rsidRDefault="00F26C4D" w:rsidP="00F72BFD">
            <w:pPr>
              <w:spacing w:line="240" w:lineRule="auto"/>
            </w:pPr>
            <w:r>
              <w:rPr>
                <w:sz w:val="14"/>
              </w:rPr>
              <w:t>1</w:t>
            </w:r>
          </w:p>
        </w:tc>
        <w:tc>
          <w:tcPr>
            <w:tcW w:w="1337" w:type="dxa"/>
            <w:vAlign w:val="center"/>
          </w:tcPr>
          <w:p w14:paraId="59C8B87F" w14:textId="77777777" w:rsidR="00F26C4D" w:rsidRDefault="00F26C4D" w:rsidP="00F72BFD">
            <w:pPr>
              <w:spacing w:line="240" w:lineRule="auto"/>
            </w:pPr>
            <w:r>
              <w:rPr>
                <w:sz w:val="14"/>
              </w:rPr>
              <w:t>6.0</w:t>
            </w:r>
          </w:p>
        </w:tc>
        <w:tc>
          <w:tcPr>
            <w:tcW w:w="1337" w:type="dxa"/>
            <w:vAlign w:val="center"/>
          </w:tcPr>
          <w:p w14:paraId="045ABB7A" w14:textId="77777777" w:rsidR="00F26C4D" w:rsidRDefault="00F26C4D" w:rsidP="00F72BFD">
            <w:pPr>
              <w:spacing w:line="240" w:lineRule="auto"/>
            </w:pPr>
            <w:r>
              <w:rPr>
                <w:sz w:val="14"/>
              </w:rPr>
              <w:t>0.658</w:t>
            </w:r>
          </w:p>
        </w:tc>
        <w:tc>
          <w:tcPr>
            <w:tcW w:w="1338" w:type="dxa"/>
            <w:vAlign w:val="center"/>
          </w:tcPr>
          <w:p w14:paraId="27D6FAE8" w14:textId="77777777" w:rsidR="00F26C4D" w:rsidRDefault="00F26C4D" w:rsidP="00F72BFD">
            <w:pPr>
              <w:spacing w:line="240" w:lineRule="auto"/>
            </w:pPr>
            <w:r>
              <w:rPr>
                <w:sz w:val="14"/>
              </w:rPr>
              <w:t>0.731</w:t>
            </w:r>
          </w:p>
        </w:tc>
      </w:tr>
      <w:tr w:rsidR="00F26C4D" w14:paraId="76D4D47F" w14:textId="77777777" w:rsidTr="00F72BFD">
        <w:trPr>
          <w:cantSplit/>
          <w:jc w:val="center"/>
        </w:trPr>
        <w:tc>
          <w:tcPr>
            <w:tcW w:w="1337" w:type="dxa"/>
            <w:vAlign w:val="center"/>
          </w:tcPr>
          <w:p w14:paraId="1042718B" w14:textId="77777777" w:rsidR="00F26C4D" w:rsidRDefault="00F26C4D" w:rsidP="00F72BFD">
            <w:pPr>
              <w:spacing w:line="240" w:lineRule="auto"/>
            </w:pPr>
            <w:r>
              <w:rPr>
                <w:sz w:val="14"/>
              </w:rPr>
              <w:t>Available P</w:t>
            </w:r>
          </w:p>
        </w:tc>
        <w:tc>
          <w:tcPr>
            <w:tcW w:w="1337" w:type="dxa"/>
            <w:vAlign w:val="center"/>
          </w:tcPr>
          <w:p w14:paraId="600A8D2D" w14:textId="77777777" w:rsidR="00F26C4D" w:rsidRDefault="00F26C4D" w:rsidP="00F72BFD">
            <w:pPr>
              <w:spacing w:line="240" w:lineRule="auto"/>
            </w:pPr>
            <w:r>
              <w:rPr>
                <w:sz w:val="14"/>
              </w:rPr>
              <w:t>depth</w:t>
            </w:r>
          </w:p>
        </w:tc>
        <w:tc>
          <w:tcPr>
            <w:tcW w:w="1337" w:type="dxa"/>
            <w:vAlign w:val="center"/>
          </w:tcPr>
          <w:p w14:paraId="0FD6F395" w14:textId="77777777" w:rsidR="00F26C4D" w:rsidRDefault="00F26C4D" w:rsidP="00F72BFD">
            <w:pPr>
              <w:spacing w:line="240" w:lineRule="auto"/>
            </w:pPr>
            <w:r>
              <w:rPr>
                <w:sz w:val="14"/>
              </w:rPr>
              <w:t>1.05</w:t>
            </w:r>
          </w:p>
        </w:tc>
        <w:tc>
          <w:tcPr>
            <w:tcW w:w="1337" w:type="dxa"/>
            <w:vAlign w:val="center"/>
          </w:tcPr>
          <w:p w14:paraId="444B54C0" w14:textId="77777777" w:rsidR="00F26C4D" w:rsidRDefault="00F26C4D" w:rsidP="00F72BFD">
            <w:pPr>
              <w:spacing w:line="240" w:lineRule="auto"/>
            </w:pPr>
            <w:r>
              <w:rPr>
                <w:sz w:val="14"/>
              </w:rPr>
              <w:t>2</w:t>
            </w:r>
          </w:p>
        </w:tc>
        <w:tc>
          <w:tcPr>
            <w:tcW w:w="1337" w:type="dxa"/>
            <w:vAlign w:val="center"/>
          </w:tcPr>
          <w:p w14:paraId="18FF1761" w14:textId="77777777" w:rsidR="00F26C4D" w:rsidRDefault="00F26C4D" w:rsidP="00F72BFD">
            <w:pPr>
              <w:spacing w:line="240" w:lineRule="auto"/>
            </w:pPr>
            <w:r>
              <w:rPr>
                <w:sz w:val="14"/>
              </w:rPr>
              <w:t>12.0</w:t>
            </w:r>
          </w:p>
        </w:tc>
        <w:tc>
          <w:tcPr>
            <w:tcW w:w="1337" w:type="dxa"/>
            <w:vAlign w:val="center"/>
          </w:tcPr>
          <w:p w14:paraId="0D309E9C" w14:textId="77777777" w:rsidR="00F26C4D" w:rsidRDefault="00F26C4D" w:rsidP="00F72BFD">
            <w:pPr>
              <w:spacing w:line="240" w:lineRule="auto"/>
            </w:pPr>
            <w:r>
              <w:rPr>
                <w:sz w:val="14"/>
              </w:rPr>
              <w:t>0.380</w:t>
            </w:r>
          </w:p>
        </w:tc>
        <w:tc>
          <w:tcPr>
            <w:tcW w:w="1338" w:type="dxa"/>
            <w:vAlign w:val="center"/>
          </w:tcPr>
          <w:p w14:paraId="1D418D42" w14:textId="77777777" w:rsidR="00F26C4D" w:rsidRDefault="00F26C4D" w:rsidP="00F72BFD">
            <w:pPr>
              <w:spacing w:line="240" w:lineRule="auto"/>
            </w:pPr>
            <w:r>
              <w:rPr>
                <w:sz w:val="14"/>
              </w:rPr>
              <w:t>0.475</w:t>
            </w:r>
          </w:p>
        </w:tc>
      </w:tr>
      <w:tr w:rsidR="00F26C4D" w14:paraId="61B03675" w14:textId="77777777" w:rsidTr="00F72BFD">
        <w:trPr>
          <w:cantSplit/>
          <w:jc w:val="center"/>
        </w:trPr>
        <w:tc>
          <w:tcPr>
            <w:tcW w:w="1337" w:type="dxa"/>
            <w:vAlign w:val="center"/>
          </w:tcPr>
          <w:p w14:paraId="5DE8FCD4" w14:textId="77777777" w:rsidR="00F26C4D" w:rsidRDefault="00F26C4D" w:rsidP="00F72BFD">
            <w:pPr>
              <w:spacing w:line="240" w:lineRule="auto"/>
            </w:pPr>
            <w:r>
              <w:rPr>
                <w:sz w:val="14"/>
              </w:rPr>
              <w:t>Available P</w:t>
            </w:r>
          </w:p>
        </w:tc>
        <w:tc>
          <w:tcPr>
            <w:tcW w:w="1337" w:type="dxa"/>
            <w:vAlign w:val="center"/>
          </w:tcPr>
          <w:p w14:paraId="4E38320C" w14:textId="77777777" w:rsidR="00F26C4D" w:rsidRDefault="00F26C4D" w:rsidP="00F72BFD">
            <w:pPr>
              <w:spacing w:line="240" w:lineRule="auto"/>
            </w:pPr>
            <w:r>
              <w:rPr>
                <w:sz w:val="14"/>
              </w:rPr>
              <w:t>habitat:depth</w:t>
            </w:r>
          </w:p>
        </w:tc>
        <w:tc>
          <w:tcPr>
            <w:tcW w:w="1337" w:type="dxa"/>
            <w:vAlign w:val="center"/>
          </w:tcPr>
          <w:p w14:paraId="5CE4D8D0" w14:textId="77777777" w:rsidR="00F26C4D" w:rsidRDefault="00F26C4D" w:rsidP="00F72BFD">
            <w:pPr>
              <w:spacing w:line="240" w:lineRule="auto"/>
            </w:pPr>
            <w:r>
              <w:rPr>
                <w:sz w:val="14"/>
              </w:rPr>
              <w:t>0.21</w:t>
            </w:r>
          </w:p>
        </w:tc>
        <w:tc>
          <w:tcPr>
            <w:tcW w:w="1337" w:type="dxa"/>
            <w:vAlign w:val="center"/>
          </w:tcPr>
          <w:p w14:paraId="525E9753" w14:textId="77777777" w:rsidR="00F26C4D" w:rsidRDefault="00F26C4D" w:rsidP="00F72BFD">
            <w:pPr>
              <w:spacing w:line="240" w:lineRule="auto"/>
            </w:pPr>
            <w:r>
              <w:rPr>
                <w:sz w:val="14"/>
              </w:rPr>
              <w:t>2</w:t>
            </w:r>
          </w:p>
        </w:tc>
        <w:tc>
          <w:tcPr>
            <w:tcW w:w="1337" w:type="dxa"/>
            <w:vAlign w:val="center"/>
          </w:tcPr>
          <w:p w14:paraId="11E03D59" w14:textId="77777777" w:rsidR="00F26C4D" w:rsidRDefault="00F26C4D" w:rsidP="00F72BFD">
            <w:pPr>
              <w:spacing w:line="240" w:lineRule="auto"/>
            </w:pPr>
            <w:r>
              <w:rPr>
                <w:sz w:val="14"/>
              </w:rPr>
              <w:t>12.0</w:t>
            </w:r>
          </w:p>
        </w:tc>
        <w:tc>
          <w:tcPr>
            <w:tcW w:w="1337" w:type="dxa"/>
            <w:vAlign w:val="center"/>
          </w:tcPr>
          <w:p w14:paraId="629E2BEA" w14:textId="77777777" w:rsidR="00F26C4D" w:rsidRDefault="00F26C4D" w:rsidP="00F72BFD">
            <w:pPr>
              <w:spacing w:line="240" w:lineRule="auto"/>
            </w:pPr>
            <w:r>
              <w:rPr>
                <w:sz w:val="14"/>
              </w:rPr>
              <w:t>0.810</w:t>
            </w:r>
          </w:p>
        </w:tc>
        <w:tc>
          <w:tcPr>
            <w:tcW w:w="1338" w:type="dxa"/>
            <w:vAlign w:val="center"/>
          </w:tcPr>
          <w:p w14:paraId="69078CC4" w14:textId="77777777" w:rsidR="00F26C4D" w:rsidRDefault="00F26C4D" w:rsidP="00F72BFD">
            <w:pPr>
              <w:spacing w:line="240" w:lineRule="auto"/>
            </w:pPr>
            <w:r>
              <w:rPr>
                <w:sz w:val="14"/>
              </w:rPr>
              <w:t>0.810</w:t>
            </w:r>
          </w:p>
        </w:tc>
      </w:tr>
      <w:tr w:rsidR="00F26C4D" w14:paraId="0734A22D" w14:textId="77777777" w:rsidTr="00F72BFD">
        <w:trPr>
          <w:cantSplit/>
          <w:jc w:val="center"/>
        </w:trPr>
        <w:tc>
          <w:tcPr>
            <w:tcW w:w="1337" w:type="dxa"/>
            <w:vAlign w:val="center"/>
          </w:tcPr>
          <w:p w14:paraId="40261EFD" w14:textId="77777777" w:rsidR="00F26C4D" w:rsidRDefault="00F26C4D" w:rsidP="00F72BFD">
            <w:pPr>
              <w:spacing w:line="240" w:lineRule="auto"/>
            </w:pPr>
            <w:r>
              <w:rPr>
                <w:sz w:val="14"/>
              </w:rPr>
              <w:t>C:N</w:t>
            </w:r>
          </w:p>
        </w:tc>
        <w:tc>
          <w:tcPr>
            <w:tcW w:w="1337" w:type="dxa"/>
            <w:vAlign w:val="center"/>
          </w:tcPr>
          <w:p w14:paraId="117FACC0" w14:textId="77777777" w:rsidR="00F26C4D" w:rsidRDefault="00F26C4D" w:rsidP="00F72BFD">
            <w:pPr>
              <w:spacing w:line="240" w:lineRule="auto"/>
            </w:pPr>
            <w:r>
              <w:rPr>
                <w:sz w:val="14"/>
              </w:rPr>
              <w:t>habitat</w:t>
            </w:r>
          </w:p>
        </w:tc>
        <w:tc>
          <w:tcPr>
            <w:tcW w:w="1337" w:type="dxa"/>
            <w:vAlign w:val="center"/>
          </w:tcPr>
          <w:p w14:paraId="6A12F73F" w14:textId="77777777" w:rsidR="00F26C4D" w:rsidRDefault="00F26C4D" w:rsidP="00F72BFD">
            <w:pPr>
              <w:spacing w:line="240" w:lineRule="auto"/>
            </w:pPr>
            <w:r>
              <w:rPr>
                <w:sz w:val="14"/>
              </w:rPr>
              <w:t>5.23</w:t>
            </w:r>
          </w:p>
        </w:tc>
        <w:tc>
          <w:tcPr>
            <w:tcW w:w="1337" w:type="dxa"/>
            <w:vAlign w:val="center"/>
          </w:tcPr>
          <w:p w14:paraId="74A4203F" w14:textId="77777777" w:rsidR="00F26C4D" w:rsidRDefault="00F26C4D" w:rsidP="00F72BFD">
            <w:pPr>
              <w:spacing w:line="240" w:lineRule="auto"/>
            </w:pPr>
            <w:r>
              <w:rPr>
                <w:sz w:val="14"/>
              </w:rPr>
              <w:t>1</w:t>
            </w:r>
          </w:p>
        </w:tc>
        <w:tc>
          <w:tcPr>
            <w:tcW w:w="1337" w:type="dxa"/>
            <w:vAlign w:val="center"/>
          </w:tcPr>
          <w:p w14:paraId="57761476" w14:textId="77777777" w:rsidR="00F26C4D" w:rsidRDefault="00F26C4D" w:rsidP="00F72BFD">
            <w:pPr>
              <w:spacing w:line="240" w:lineRule="auto"/>
            </w:pPr>
            <w:r>
              <w:rPr>
                <w:sz w:val="14"/>
              </w:rPr>
              <w:t>6.0</w:t>
            </w:r>
          </w:p>
        </w:tc>
        <w:tc>
          <w:tcPr>
            <w:tcW w:w="1337" w:type="dxa"/>
            <w:vAlign w:val="center"/>
          </w:tcPr>
          <w:p w14:paraId="67FBCB35" w14:textId="77777777" w:rsidR="00F26C4D" w:rsidRDefault="00F26C4D" w:rsidP="00F72BFD">
            <w:pPr>
              <w:spacing w:line="240" w:lineRule="auto"/>
            </w:pPr>
            <w:r>
              <w:rPr>
                <w:sz w:val="14"/>
              </w:rPr>
              <w:t>0.062</w:t>
            </w:r>
          </w:p>
        </w:tc>
        <w:tc>
          <w:tcPr>
            <w:tcW w:w="1338" w:type="dxa"/>
            <w:vAlign w:val="center"/>
          </w:tcPr>
          <w:p w14:paraId="41AF9003" w14:textId="77777777" w:rsidR="00F26C4D" w:rsidRDefault="00F26C4D" w:rsidP="00F72BFD">
            <w:pPr>
              <w:spacing w:line="240" w:lineRule="auto"/>
            </w:pPr>
            <w:r>
              <w:rPr>
                <w:sz w:val="14"/>
              </w:rPr>
              <w:t>0.207</w:t>
            </w:r>
          </w:p>
        </w:tc>
      </w:tr>
      <w:tr w:rsidR="00F26C4D" w14:paraId="67FB6C3A" w14:textId="77777777" w:rsidTr="00F72BFD">
        <w:trPr>
          <w:cantSplit/>
          <w:jc w:val="center"/>
        </w:trPr>
        <w:tc>
          <w:tcPr>
            <w:tcW w:w="1337" w:type="dxa"/>
            <w:vAlign w:val="center"/>
          </w:tcPr>
          <w:p w14:paraId="093E5F15" w14:textId="77777777" w:rsidR="00F26C4D" w:rsidRDefault="00F26C4D" w:rsidP="00F72BFD">
            <w:pPr>
              <w:spacing w:line="240" w:lineRule="auto"/>
            </w:pPr>
            <w:r>
              <w:rPr>
                <w:sz w:val="14"/>
              </w:rPr>
              <w:t>C:N</w:t>
            </w:r>
          </w:p>
        </w:tc>
        <w:tc>
          <w:tcPr>
            <w:tcW w:w="1337" w:type="dxa"/>
            <w:vAlign w:val="center"/>
          </w:tcPr>
          <w:p w14:paraId="38D26E17" w14:textId="77777777" w:rsidR="00F26C4D" w:rsidRDefault="00F26C4D" w:rsidP="00F72BFD">
            <w:pPr>
              <w:spacing w:line="240" w:lineRule="auto"/>
            </w:pPr>
            <w:r>
              <w:rPr>
                <w:sz w:val="14"/>
              </w:rPr>
              <w:t>depth</w:t>
            </w:r>
          </w:p>
        </w:tc>
        <w:tc>
          <w:tcPr>
            <w:tcW w:w="1337" w:type="dxa"/>
            <w:vAlign w:val="center"/>
          </w:tcPr>
          <w:p w14:paraId="7BD62A70" w14:textId="77777777" w:rsidR="00F26C4D" w:rsidRDefault="00F26C4D" w:rsidP="00F72BFD">
            <w:pPr>
              <w:spacing w:line="240" w:lineRule="auto"/>
            </w:pPr>
            <w:r>
              <w:rPr>
                <w:sz w:val="14"/>
              </w:rPr>
              <w:t>23.58</w:t>
            </w:r>
          </w:p>
        </w:tc>
        <w:tc>
          <w:tcPr>
            <w:tcW w:w="1337" w:type="dxa"/>
            <w:vAlign w:val="center"/>
          </w:tcPr>
          <w:p w14:paraId="622712D5" w14:textId="77777777" w:rsidR="00F26C4D" w:rsidRDefault="00F26C4D" w:rsidP="00F72BFD">
            <w:pPr>
              <w:spacing w:line="240" w:lineRule="auto"/>
            </w:pPr>
            <w:r>
              <w:rPr>
                <w:sz w:val="14"/>
              </w:rPr>
              <w:t>2</w:t>
            </w:r>
          </w:p>
        </w:tc>
        <w:tc>
          <w:tcPr>
            <w:tcW w:w="1337" w:type="dxa"/>
            <w:vAlign w:val="center"/>
          </w:tcPr>
          <w:p w14:paraId="100A50DF" w14:textId="77777777" w:rsidR="00F26C4D" w:rsidRDefault="00F26C4D" w:rsidP="00F72BFD">
            <w:pPr>
              <w:spacing w:line="240" w:lineRule="auto"/>
            </w:pPr>
            <w:r>
              <w:rPr>
                <w:sz w:val="14"/>
              </w:rPr>
              <w:t>12.0</w:t>
            </w:r>
          </w:p>
        </w:tc>
        <w:tc>
          <w:tcPr>
            <w:tcW w:w="1337" w:type="dxa"/>
            <w:vAlign w:val="center"/>
          </w:tcPr>
          <w:p w14:paraId="76CD262B" w14:textId="77777777" w:rsidR="00F26C4D" w:rsidRDefault="00F26C4D" w:rsidP="00F72BFD">
            <w:pPr>
              <w:spacing w:line="240" w:lineRule="auto"/>
            </w:pPr>
            <w:r>
              <w:rPr>
                <w:sz w:val="14"/>
              </w:rPr>
              <w:t>6.97e-05</w:t>
            </w:r>
          </w:p>
        </w:tc>
        <w:tc>
          <w:tcPr>
            <w:tcW w:w="1338" w:type="dxa"/>
            <w:vAlign w:val="center"/>
          </w:tcPr>
          <w:p w14:paraId="373E3170" w14:textId="77777777" w:rsidR="00F26C4D" w:rsidRDefault="00F26C4D" w:rsidP="00F72BFD">
            <w:pPr>
              <w:spacing w:line="240" w:lineRule="auto"/>
            </w:pPr>
            <w:r>
              <w:rPr>
                <w:sz w:val="14"/>
              </w:rPr>
              <w:t>6.97e-04</w:t>
            </w:r>
          </w:p>
        </w:tc>
      </w:tr>
      <w:tr w:rsidR="00F26C4D" w14:paraId="64C5C86E" w14:textId="77777777" w:rsidTr="00F72BFD">
        <w:trPr>
          <w:cantSplit/>
          <w:jc w:val="center"/>
        </w:trPr>
        <w:tc>
          <w:tcPr>
            <w:tcW w:w="1337" w:type="dxa"/>
            <w:vAlign w:val="center"/>
          </w:tcPr>
          <w:p w14:paraId="3373E568" w14:textId="77777777" w:rsidR="00F26C4D" w:rsidRDefault="00F26C4D" w:rsidP="00F72BFD">
            <w:pPr>
              <w:spacing w:line="240" w:lineRule="auto"/>
            </w:pPr>
            <w:r>
              <w:rPr>
                <w:sz w:val="14"/>
              </w:rPr>
              <w:t>C:N</w:t>
            </w:r>
          </w:p>
        </w:tc>
        <w:tc>
          <w:tcPr>
            <w:tcW w:w="1337" w:type="dxa"/>
            <w:vAlign w:val="center"/>
          </w:tcPr>
          <w:p w14:paraId="003495AF" w14:textId="77777777" w:rsidR="00F26C4D" w:rsidRDefault="00F26C4D" w:rsidP="00F72BFD">
            <w:pPr>
              <w:spacing w:line="240" w:lineRule="auto"/>
            </w:pPr>
            <w:r>
              <w:rPr>
                <w:sz w:val="14"/>
              </w:rPr>
              <w:t>habitat:depth</w:t>
            </w:r>
          </w:p>
        </w:tc>
        <w:tc>
          <w:tcPr>
            <w:tcW w:w="1337" w:type="dxa"/>
            <w:vAlign w:val="center"/>
          </w:tcPr>
          <w:p w14:paraId="7C5F1850" w14:textId="77777777" w:rsidR="00F26C4D" w:rsidRDefault="00F26C4D" w:rsidP="00F72BFD">
            <w:pPr>
              <w:spacing w:line="240" w:lineRule="auto"/>
            </w:pPr>
            <w:r>
              <w:rPr>
                <w:sz w:val="14"/>
              </w:rPr>
              <w:t>4.71</w:t>
            </w:r>
          </w:p>
        </w:tc>
        <w:tc>
          <w:tcPr>
            <w:tcW w:w="1337" w:type="dxa"/>
            <w:vAlign w:val="center"/>
          </w:tcPr>
          <w:p w14:paraId="6734A8AD" w14:textId="77777777" w:rsidR="00F26C4D" w:rsidRDefault="00F26C4D" w:rsidP="00F72BFD">
            <w:pPr>
              <w:spacing w:line="240" w:lineRule="auto"/>
            </w:pPr>
            <w:r>
              <w:rPr>
                <w:sz w:val="14"/>
              </w:rPr>
              <w:t>2</w:t>
            </w:r>
          </w:p>
        </w:tc>
        <w:tc>
          <w:tcPr>
            <w:tcW w:w="1337" w:type="dxa"/>
            <w:vAlign w:val="center"/>
          </w:tcPr>
          <w:p w14:paraId="6A37E790" w14:textId="77777777" w:rsidR="00F26C4D" w:rsidRDefault="00F26C4D" w:rsidP="00F72BFD">
            <w:pPr>
              <w:spacing w:line="240" w:lineRule="auto"/>
            </w:pPr>
            <w:r>
              <w:rPr>
                <w:sz w:val="14"/>
              </w:rPr>
              <w:t>12.0</w:t>
            </w:r>
          </w:p>
        </w:tc>
        <w:tc>
          <w:tcPr>
            <w:tcW w:w="1337" w:type="dxa"/>
            <w:vAlign w:val="center"/>
          </w:tcPr>
          <w:p w14:paraId="7DBB5CAB" w14:textId="77777777" w:rsidR="00F26C4D" w:rsidRDefault="00F26C4D" w:rsidP="00F72BFD">
            <w:pPr>
              <w:spacing w:line="240" w:lineRule="auto"/>
            </w:pPr>
            <w:r>
              <w:rPr>
                <w:sz w:val="14"/>
              </w:rPr>
              <w:t>0.031</w:t>
            </w:r>
          </w:p>
        </w:tc>
        <w:tc>
          <w:tcPr>
            <w:tcW w:w="1338" w:type="dxa"/>
            <w:vAlign w:val="center"/>
          </w:tcPr>
          <w:p w14:paraId="17DF18C4" w14:textId="77777777" w:rsidR="00F26C4D" w:rsidRDefault="00F26C4D" w:rsidP="00F72BFD">
            <w:pPr>
              <w:spacing w:line="240" w:lineRule="auto"/>
            </w:pPr>
            <w:r>
              <w:rPr>
                <w:sz w:val="14"/>
              </w:rPr>
              <w:t>0.077</w:t>
            </w:r>
          </w:p>
        </w:tc>
      </w:tr>
      <w:tr w:rsidR="00F26C4D" w14:paraId="5F0D1DEB" w14:textId="77777777" w:rsidTr="00F72BFD">
        <w:trPr>
          <w:cantSplit/>
          <w:jc w:val="center"/>
        </w:trPr>
        <w:tc>
          <w:tcPr>
            <w:tcW w:w="1337" w:type="dxa"/>
            <w:vAlign w:val="center"/>
          </w:tcPr>
          <w:p w14:paraId="12A70AC4" w14:textId="77777777" w:rsidR="00F26C4D" w:rsidRDefault="00F26C4D" w:rsidP="00F72BFD">
            <w:pPr>
              <w:spacing w:line="240" w:lineRule="auto"/>
            </w:pPr>
            <w:r>
              <w:rPr>
                <w:sz w:val="14"/>
              </w:rPr>
              <w:t>NH4-N</w:t>
            </w:r>
          </w:p>
        </w:tc>
        <w:tc>
          <w:tcPr>
            <w:tcW w:w="1337" w:type="dxa"/>
            <w:vAlign w:val="center"/>
          </w:tcPr>
          <w:p w14:paraId="2D54BCC6" w14:textId="77777777" w:rsidR="00F26C4D" w:rsidRDefault="00F26C4D" w:rsidP="00F72BFD">
            <w:pPr>
              <w:spacing w:line="240" w:lineRule="auto"/>
            </w:pPr>
            <w:r>
              <w:rPr>
                <w:sz w:val="14"/>
              </w:rPr>
              <w:t>habitat</w:t>
            </w:r>
          </w:p>
        </w:tc>
        <w:tc>
          <w:tcPr>
            <w:tcW w:w="1337" w:type="dxa"/>
            <w:vAlign w:val="center"/>
          </w:tcPr>
          <w:p w14:paraId="26DABAEB" w14:textId="77777777" w:rsidR="00F26C4D" w:rsidRDefault="00F26C4D" w:rsidP="00F72BFD">
            <w:pPr>
              <w:spacing w:line="240" w:lineRule="auto"/>
            </w:pPr>
            <w:r>
              <w:rPr>
                <w:sz w:val="14"/>
              </w:rPr>
              <w:t>0.76</w:t>
            </w:r>
          </w:p>
        </w:tc>
        <w:tc>
          <w:tcPr>
            <w:tcW w:w="1337" w:type="dxa"/>
            <w:vAlign w:val="center"/>
          </w:tcPr>
          <w:p w14:paraId="30418BAF" w14:textId="77777777" w:rsidR="00F26C4D" w:rsidRDefault="00F26C4D" w:rsidP="00F72BFD">
            <w:pPr>
              <w:spacing w:line="240" w:lineRule="auto"/>
            </w:pPr>
            <w:r>
              <w:rPr>
                <w:sz w:val="14"/>
              </w:rPr>
              <w:t>1</w:t>
            </w:r>
          </w:p>
        </w:tc>
        <w:tc>
          <w:tcPr>
            <w:tcW w:w="1337" w:type="dxa"/>
            <w:vAlign w:val="center"/>
          </w:tcPr>
          <w:p w14:paraId="5D9888E5" w14:textId="77777777" w:rsidR="00F26C4D" w:rsidRDefault="00F26C4D" w:rsidP="00F72BFD">
            <w:pPr>
              <w:spacing w:line="240" w:lineRule="auto"/>
            </w:pPr>
            <w:r>
              <w:rPr>
                <w:sz w:val="14"/>
              </w:rPr>
              <w:t>6.0</w:t>
            </w:r>
          </w:p>
        </w:tc>
        <w:tc>
          <w:tcPr>
            <w:tcW w:w="1337" w:type="dxa"/>
            <w:vAlign w:val="center"/>
          </w:tcPr>
          <w:p w14:paraId="3FC8AE9B" w14:textId="77777777" w:rsidR="00F26C4D" w:rsidRDefault="00F26C4D" w:rsidP="00F72BFD">
            <w:pPr>
              <w:spacing w:line="240" w:lineRule="auto"/>
            </w:pPr>
            <w:r>
              <w:rPr>
                <w:sz w:val="14"/>
              </w:rPr>
              <w:t>0.417</w:t>
            </w:r>
          </w:p>
        </w:tc>
        <w:tc>
          <w:tcPr>
            <w:tcW w:w="1338" w:type="dxa"/>
            <w:vAlign w:val="center"/>
          </w:tcPr>
          <w:p w14:paraId="10DF3BFD" w14:textId="77777777" w:rsidR="00F26C4D" w:rsidRDefault="00F26C4D" w:rsidP="00F72BFD">
            <w:pPr>
              <w:spacing w:line="240" w:lineRule="auto"/>
            </w:pPr>
            <w:r>
              <w:rPr>
                <w:sz w:val="14"/>
              </w:rPr>
              <w:t>0.595</w:t>
            </w:r>
          </w:p>
        </w:tc>
      </w:tr>
      <w:tr w:rsidR="00F26C4D" w14:paraId="48082361" w14:textId="77777777" w:rsidTr="00F72BFD">
        <w:trPr>
          <w:cantSplit/>
          <w:jc w:val="center"/>
        </w:trPr>
        <w:tc>
          <w:tcPr>
            <w:tcW w:w="1337" w:type="dxa"/>
            <w:vAlign w:val="center"/>
          </w:tcPr>
          <w:p w14:paraId="1541A561" w14:textId="77777777" w:rsidR="00F26C4D" w:rsidRDefault="00F26C4D" w:rsidP="00F72BFD">
            <w:pPr>
              <w:spacing w:line="240" w:lineRule="auto"/>
            </w:pPr>
            <w:r>
              <w:rPr>
                <w:sz w:val="14"/>
              </w:rPr>
              <w:t>NH4-N</w:t>
            </w:r>
          </w:p>
        </w:tc>
        <w:tc>
          <w:tcPr>
            <w:tcW w:w="1337" w:type="dxa"/>
            <w:vAlign w:val="center"/>
          </w:tcPr>
          <w:p w14:paraId="12722806" w14:textId="77777777" w:rsidR="00F26C4D" w:rsidRDefault="00F26C4D" w:rsidP="00F72BFD">
            <w:pPr>
              <w:spacing w:line="240" w:lineRule="auto"/>
            </w:pPr>
            <w:r>
              <w:rPr>
                <w:sz w:val="14"/>
              </w:rPr>
              <w:t>depth</w:t>
            </w:r>
          </w:p>
        </w:tc>
        <w:tc>
          <w:tcPr>
            <w:tcW w:w="1337" w:type="dxa"/>
            <w:vAlign w:val="center"/>
          </w:tcPr>
          <w:p w14:paraId="407620FB" w14:textId="77777777" w:rsidR="00F26C4D" w:rsidRDefault="00F26C4D" w:rsidP="00F72BFD">
            <w:pPr>
              <w:spacing w:line="240" w:lineRule="auto"/>
            </w:pPr>
            <w:r>
              <w:rPr>
                <w:sz w:val="14"/>
              </w:rPr>
              <w:t>0.36</w:t>
            </w:r>
          </w:p>
        </w:tc>
        <w:tc>
          <w:tcPr>
            <w:tcW w:w="1337" w:type="dxa"/>
            <w:vAlign w:val="center"/>
          </w:tcPr>
          <w:p w14:paraId="0EDC1CDF" w14:textId="77777777" w:rsidR="00F26C4D" w:rsidRDefault="00F26C4D" w:rsidP="00F72BFD">
            <w:pPr>
              <w:spacing w:line="240" w:lineRule="auto"/>
            </w:pPr>
            <w:r>
              <w:rPr>
                <w:sz w:val="14"/>
              </w:rPr>
              <w:t>2</w:t>
            </w:r>
          </w:p>
        </w:tc>
        <w:tc>
          <w:tcPr>
            <w:tcW w:w="1337" w:type="dxa"/>
            <w:vAlign w:val="center"/>
          </w:tcPr>
          <w:p w14:paraId="2D4C48C4" w14:textId="77777777" w:rsidR="00F26C4D" w:rsidRDefault="00F26C4D" w:rsidP="00F72BFD">
            <w:pPr>
              <w:spacing w:line="240" w:lineRule="auto"/>
            </w:pPr>
            <w:r>
              <w:rPr>
                <w:sz w:val="14"/>
              </w:rPr>
              <w:t>12.0</w:t>
            </w:r>
          </w:p>
        </w:tc>
        <w:tc>
          <w:tcPr>
            <w:tcW w:w="1337" w:type="dxa"/>
            <w:vAlign w:val="center"/>
          </w:tcPr>
          <w:p w14:paraId="6290520E" w14:textId="77777777" w:rsidR="00F26C4D" w:rsidRDefault="00F26C4D" w:rsidP="00F72BFD">
            <w:pPr>
              <w:spacing w:line="240" w:lineRule="auto"/>
            </w:pPr>
            <w:r>
              <w:rPr>
                <w:sz w:val="14"/>
              </w:rPr>
              <w:t>0.702</w:t>
            </w:r>
          </w:p>
        </w:tc>
        <w:tc>
          <w:tcPr>
            <w:tcW w:w="1338" w:type="dxa"/>
            <w:vAlign w:val="center"/>
          </w:tcPr>
          <w:p w14:paraId="55A8CE88" w14:textId="77777777" w:rsidR="00F26C4D" w:rsidRDefault="00F26C4D" w:rsidP="00F72BFD">
            <w:pPr>
              <w:spacing w:line="240" w:lineRule="auto"/>
            </w:pPr>
            <w:r>
              <w:rPr>
                <w:sz w:val="14"/>
              </w:rPr>
              <w:t>0.702</w:t>
            </w:r>
          </w:p>
        </w:tc>
      </w:tr>
      <w:tr w:rsidR="00F26C4D" w14:paraId="79C94306" w14:textId="77777777" w:rsidTr="00F72BFD">
        <w:trPr>
          <w:cantSplit/>
          <w:jc w:val="center"/>
        </w:trPr>
        <w:tc>
          <w:tcPr>
            <w:tcW w:w="1337" w:type="dxa"/>
            <w:vAlign w:val="center"/>
          </w:tcPr>
          <w:p w14:paraId="7B421042" w14:textId="77777777" w:rsidR="00F26C4D" w:rsidRDefault="00F26C4D" w:rsidP="00F72BFD">
            <w:pPr>
              <w:spacing w:line="240" w:lineRule="auto"/>
            </w:pPr>
            <w:r>
              <w:rPr>
                <w:sz w:val="14"/>
              </w:rPr>
              <w:t>NH4-N</w:t>
            </w:r>
          </w:p>
        </w:tc>
        <w:tc>
          <w:tcPr>
            <w:tcW w:w="1337" w:type="dxa"/>
            <w:vAlign w:val="center"/>
          </w:tcPr>
          <w:p w14:paraId="3076B3E1" w14:textId="77777777" w:rsidR="00F26C4D" w:rsidRDefault="00F26C4D" w:rsidP="00F72BFD">
            <w:pPr>
              <w:spacing w:line="240" w:lineRule="auto"/>
            </w:pPr>
            <w:r>
              <w:rPr>
                <w:sz w:val="14"/>
              </w:rPr>
              <w:t>habitat:depth</w:t>
            </w:r>
          </w:p>
        </w:tc>
        <w:tc>
          <w:tcPr>
            <w:tcW w:w="1337" w:type="dxa"/>
            <w:vAlign w:val="center"/>
          </w:tcPr>
          <w:p w14:paraId="54DF9AF9" w14:textId="77777777" w:rsidR="00F26C4D" w:rsidRDefault="00F26C4D" w:rsidP="00F72BFD">
            <w:pPr>
              <w:spacing w:line="240" w:lineRule="auto"/>
            </w:pPr>
            <w:r>
              <w:rPr>
                <w:sz w:val="14"/>
              </w:rPr>
              <w:t>3.62</w:t>
            </w:r>
          </w:p>
        </w:tc>
        <w:tc>
          <w:tcPr>
            <w:tcW w:w="1337" w:type="dxa"/>
            <w:vAlign w:val="center"/>
          </w:tcPr>
          <w:p w14:paraId="2149334D" w14:textId="77777777" w:rsidR="00F26C4D" w:rsidRDefault="00F26C4D" w:rsidP="00F72BFD">
            <w:pPr>
              <w:spacing w:line="240" w:lineRule="auto"/>
            </w:pPr>
            <w:r>
              <w:rPr>
                <w:sz w:val="14"/>
              </w:rPr>
              <w:t>2</w:t>
            </w:r>
          </w:p>
        </w:tc>
        <w:tc>
          <w:tcPr>
            <w:tcW w:w="1337" w:type="dxa"/>
            <w:vAlign w:val="center"/>
          </w:tcPr>
          <w:p w14:paraId="1041D995" w14:textId="77777777" w:rsidR="00F26C4D" w:rsidRDefault="00F26C4D" w:rsidP="00F72BFD">
            <w:pPr>
              <w:spacing w:line="240" w:lineRule="auto"/>
            </w:pPr>
            <w:r>
              <w:rPr>
                <w:sz w:val="14"/>
              </w:rPr>
              <w:t>12.0</w:t>
            </w:r>
          </w:p>
        </w:tc>
        <w:tc>
          <w:tcPr>
            <w:tcW w:w="1337" w:type="dxa"/>
            <w:vAlign w:val="center"/>
          </w:tcPr>
          <w:p w14:paraId="4944DCFB" w14:textId="77777777" w:rsidR="00F26C4D" w:rsidRDefault="00F26C4D" w:rsidP="00F72BFD">
            <w:pPr>
              <w:spacing w:line="240" w:lineRule="auto"/>
            </w:pPr>
            <w:r>
              <w:rPr>
                <w:sz w:val="14"/>
              </w:rPr>
              <w:t>0.059</w:t>
            </w:r>
          </w:p>
        </w:tc>
        <w:tc>
          <w:tcPr>
            <w:tcW w:w="1338" w:type="dxa"/>
            <w:vAlign w:val="center"/>
          </w:tcPr>
          <w:p w14:paraId="71DE5755" w14:textId="77777777" w:rsidR="00F26C4D" w:rsidRDefault="00F26C4D" w:rsidP="00F72BFD">
            <w:pPr>
              <w:spacing w:line="240" w:lineRule="auto"/>
            </w:pPr>
            <w:r>
              <w:rPr>
                <w:sz w:val="14"/>
              </w:rPr>
              <w:t>0.103</w:t>
            </w:r>
          </w:p>
        </w:tc>
      </w:tr>
      <w:tr w:rsidR="00F26C4D" w14:paraId="6585BE71" w14:textId="77777777" w:rsidTr="00F72BFD">
        <w:trPr>
          <w:cantSplit/>
          <w:jc w:val="center"/>
        </w:trPr>
        <w:tc>
          <w:tcPr>
            <w:tcW w:w="1337" w:type="dxa"/>
            <w:vAlign w:val="center"/>
          </w:tcPr>
          <w:p w14:paraId="391D33CB" w14:textId="77777777" w:rsidR="00F26C4D" w:rsidRDefault="00F26C4D" w:rsidP="00F72BFD">
            <w:pPr>
              <w:spacing w:line="240" w:lineRule="auto"/>
            </w:pPr>
            <w:r>
              <w:rPr>
                <w:sz w:val="14"/>
              </w:rPr>
              <w:t>NO3-N</w:t>
            </w:r>
          </w:p>
        </w:tc>
        <w:tc>
          <w:tcPr>
            <w:tcW w:w="1337" w:type="dxa"/>
            <w:vAlign w:val="center"/>
          </w:tcPr>
          <w:p w14:paraId="3058BAE7" w14:textId="77777777" w:rsidR="00F26C4D" w:rsidRDefault="00F26C4D" w:rsidP="00F72BFD">
            <w:pPr>
              <w:spacing w:line="240" w:lineRule="auto"/>
            </w:pPr>
            <w:r>
              <w:rPr>
                <w:sz w:val="14"/>
              </w:rPr>
              <w:t>habitat</w:t>
            </w:r>
          </w:p>
        </w:tc>
        <w:tc>
          <w:tcPr>
            <w:tcW w:w="1337" w:type="dxa"/>
            <w:vAlign w:val="center"/>
          </w:tcPr>
          <w:p w14:paraId="570706AF" w14:textId="77777777" w:rsidR="00F26C4D" w:rsidRDefault="00F26C4D" w:rsidP="00F72BFD">
            <w:pPr>
              <w:spacing w:line="240" w:lineRule="auto"/>
            </w:pPr>
            <w:r>
              <w:rPr>
                <w:sz w:val="14"/>
              </w:rPr>
              <w:t>2.21</w:t>
            </w:r>
          </w:p>
        </w:tc>
        <w:tc>
          <w:tcPr>
            <w:tcW w:w="1337" w:type="dxa"/>
            <w:vAlign w:val="center"/>
          </w:tcPr>
          <w:p w14:paraId="43984E73" w14:textId="77777777" w:rsidR="00F26C4D" w:rsidRDefault="00F26C4D" w:rsidP="00F72BFD">
            <w:pPr>
              <w:spacing w:line="240" w:lineRule="auto"/>
            </w:pPr>
            <w:r>
              <w:rPr>
                <w:sz w:val="14"/>
              </w:rPr>
              <w:t>1</w:t>
            </w:r>
          </w:p>
        </w:tc>
        <w:tc>
          <w:tcPr>
            <w:tcW w:w="1337" w:type="dxa"/>
            <w:vAlign w:val="center"/>
          </w:tcPr>
          <w:p w14:paraId="45067AAD" w14:textId="77777777" w:rsidR="00F26C4D" w:rsidRDefault="00F26C4D" w:rsidP="00F72BFD">
            <w:pPr>
              <w:spacing w:line="240" w:lineRule="auto"/>
            </w:pPr>
            <w:r>
              <w:rPr>
                <w:sz w:val="14"/>
              </w:rPr>
              <w:t>6.0</w:t>
            </w:r>
          </w:p>
        </w:tc>
        <w:tc>
          <w:tcPr>
            <w:tcW w:w="1337" w:type="dxa"/>
            <w:vAlign w:val="center"/>
          </w:tcPr>
          <w:p w14:paraId="249D2414" w14:textId="77777777" w:rsidR="00F26C4D" w:rsidRDefault="00F26C4D" w:rsidP="00F72BFD">
            <w:pPr>
              <w:spacing w:line="240" w:lineRule="auto"/>
            </w:pPr>
            <w:r>
              <w:rPr>
                <w:sz w:val="14"/>
              </w:rPr>
              <w:t>0.188</w:t>
            </w:r>
          </w:p>
        </w:tc>
        <w:tc>
          <w:tcPr>
            <w:tcW w:w="1338" w:type="dxa"/>
            <w:vAlign w:val="center"/>
          </w:tcPr>
          <w:p w14:paraId="3B7DD5F4" w14:textId="77777777" w:rsidR="00F26C4D" w:rsidRDefault="00F26C4D" w:rsidP="00F72BFD">
            <w:pPr>
              <w:spacing w:line="240" w:lineRule="auto"/>
            </w:pPr>
            <w:r>
              <w:rPr>
                <w:sz w:val="14"/>
              </w:rPr>
              <w:t>0.376</w:t>
            </w:r>
          </w:p>
        </w:tc>
      </w:tr>
      <w:tr w:rsidR="00F26C4D" w14:paraId="3E8133D4" w14:textId="77777777" w:rsidTr="00F72BFD">
        <w:trPr>
          <w:cantSplit/>
          <w:jc w:val="center"/>
        </w:trPr>
        <w:tc>
          <w:tcPr>
            <w:tcW w:w="1337" w:type="dxa"/>
            <w:vAlign w:val="center"/>
          </w:tcPr>
          <w:p w14:paraId="56E7D5DB" w14:textId="77777777" w:rsidR="00F26C4D" w:rsidRDefault="00F26C4D" w:rsidP="00F72BFD">
            <w:pPr>
              <w:spacing w:line="240" w:lineRule="auto"/>
            </w:pPr>
            <w:r>
              <w:rPr>
                <w:sz w:val="14"/>
              </w:rPr>
              <w:t>NO3-N</w:t>
            </w:r>
          </w:p>
        </w:tc>
        <w:tc>
          <w:tcPr>
            <w:tcW w:w="1337" w:type="dxa"/>
            <w:vAlign w:val="center"/>
          </w:tcPr>
          <w:p w14:paraId="1704267A" w14:textId="77777777" w:rsidR="00F26C4D" w:rsidRDefault="00F26C4D" w:rsidP="00F72BFD">
            <w:pPr>
              <w:spacing w:line="240" w:lineRule="auto"/>
            </w:pPr>
            <w:r>
              <w:rPr>
                <w:sz w:val="14"/>
              </w:rPr>
              <w:t>depth</w:t>
            </w:r>
          </w:p>
        </w:tc>
        <w:tc>
          <w:tcPr>
            <w:tcW w:w="1337" w:type="dxa"/>
            <w:vAlign w:val="center"/>
          </w:tcPr>
          <w:p w14:paraId="1544C9B9" w14:textId="77777777" w:rsidR="00F26C4D" w:rsidRDefault="00F26C4D" w:rsidP="00F72BFD">
            <w:pPr>
              <w:spacing w:line="240" w:lineRule="auto"/>
            </w:pPr>
            <w:r>
              <w:rPr>
                <w:sz w:val="14"/>
              </w:rPr>
              <w:t>2.46</w:t>
            </w:r>
          </w:p>
        </w:tc>
        <w:tc>
          <w:tcPr>
            <w:tcW w:w="1337" w:type="dxa"/>
            <w:vAlign w:val="center"/>
          </w:tcPr>
          <w:p w14:paraId="0AFB88EA" w14:textId="77777777" w:rsidR="00F26C4D" w:rsidRDefault="00F26C4D" w:rsidP="00F72BFD">
            <w:pPr>
              <w:spacing w:line="240" w:lineRule="auto"/>
            </w:pPr>
            <w:r>
              <w:rPr>
                <w:sz w:val="14"/>
              </w:rPr>
              <w:t>2</w:t>
            </w:r>
          </w:p>
        </w:tc>
        <w:tc>
          <w:tcPr>
            <w:tcW w:w="1337" w:type="dxa"/>
            <w:vAlign w:val="center"/>
          </w:tcPr>
          <w:p w14:paraId="6EC03027" w14:textId="77777777" w:rsidR="00F26C4D" w:rsidRDefault="00F26C4D" w:rsidP="00F72BFD">
            <w:pPr>
              <w:spacing w:line="240" w:lineRule="auto"/>
            </w:pPr>
            <w:r>
              <w:rPr>
                <w:sz w:val="14"/>
              </w:rPr>
              <w:t>12.0</w:t>
            </w:r>
          </w:p>
        </w:tc>
        <w:tc>
          <w:tcPr>
            <w:tcW w:w="1337" w:type="dxa"/>
            <w:vAlign w:val="center"/>
          </w:tcPr>
          <w:p w14:paraId="5E043C61" w14:textId="77777777" w:rsidR="00F26C4D" w:rsidRDefault="00F26C4D" w:rsidP="00F72BFD">
            <w:pPr>
              <w:spacing w:line="240" w:lineRule="auto"/>
            </w:pPr>
            <w:r>
              <w:rPr>
                <w:sz w:val="14"/>
              </w:rPr>
              <w:t>0.127</w:t>
            </w:r>
          </w:p>
        </w:tc>
        <w:tc>
          <w:tcPr>
            <w:tcW w:w="1338" w:type="dxa"/>
            <w:vAlign w:val="center"/>
          </w:tcPr>
          <w:p w14:paraId="638D4AF3" w14:textId="77777777" w:rsidR="00F26C4D" w:rsidRDefault="00F26C4D" w:rsidP="00F72BFD">
            <w:pPr>
              <w:spacing w:line="240" w:lineRule="auto"/>
            </w:pPr>
            <w:r>
              <w:rPr>
                <w:sz w:val="14"/>
              </w:rPr>
              <w:t>0.255</w:t>
            </w:r>
          </w:p>
        </w:tc>
      </w:tr>
      <w:tr w:rsidR="00F26C4D" w14:paraId="7089BC2F" w14:textId="77777777" w:rsidTr="00F72BFD">
        <w:trPr>
          <w:cantSplit/>
          <w:jc w:val="center"/>
        </w:trPr>
        <w:tc>
          <w:tcPr>
            <w:tcW w:w="1337" w:type="dxa"/>
            <w:vAlign w:val="center"/>
          </w:tcPr>
          <w:p w14:paraId="7DAE26E6" w14:textId="77777777" w:rsidR="00F26C4D" w:rsidRDefault="00F26C4D" w:rsidP="00F72BFD">
            <w:pPr>
              <w:spacing w:line="240" w:lineRule="auto"/>
            </w:pPr>
            <w:r>
              <w:rPr>
                <w:sz w:val="14"/>
              </w:rPr>
              <w:t>NO3-N</w:t>
            </w:r>
          </w:p>
        </w:tc>
        <w:tc>
          <w:tcPr>
            <w:tcW w:w="1337" w:type="dxa"/>
            <w:vAlign w:val="center"/>
          </w:tcPr>
          <w:p w14:paraId="1D17526C" w14:textId="77777777" w:rsidR="00F26C4D" w:rsidRDefault="00F26C4D" w:rsidP="00F72BFD">
            <w:pPr>
              <w:spacing w:line="240" w:lineRule="auto"/>
            </w:pPr>
            <w:r>
              <w:rPr>
                <w:sz w:val="14"/>
              </w:rPr>
              <w:t>habitat:depth</w:t>
            </w:r>
          </w:p>
        </w:tc>
        <w:tc>
          <w:tcPr>
            <w:tcW w:w="1337" w:type="dxa"/>
            <w:vAlign w:val="center"/>
          </w:tcPr>
          <w:p w14:paraId="22C1BF4B" w14:textId="77777777" w:rsidR="00F26C4D" w:rsidRDefault="00F26C4D" w:rsidP="00F72BFD">
            <w:pPr>
              <w:spacing w:line="240" w:lineRule="auto"/>
            </w:pPr>
            <w:r>
              <w:rPr>
                <w:sz w:val="14"/>
              </w:rPr>
              <w:t>3.37</w:t>
            </w:r>
          </w:p>
        </w:tc>
        <w:tc>
          <w:tcPr>
            <w:tcW w:w="1337" w:type="dxa"/>
            <w:vAlign w:val="center"/>
          </w:tcPr>
          <w:p w14:paraId="7DD473B6" w14:textId="77777777" w:rsidR="00F26C4D" w:rsidRDefault="00F26C4D" w:rsidP="00F72BFD">
            <w:pPr>
              <w:spacing w:line="240" w:lineRule="auto"/>
            </w:pPr>
            <w:r>
              <w:rPr>
                <w:sz w:val="14"/>
              </w:rPr>
              <w:t>2</w:t>
            </w:r>
          </w:p>
        </w:tc>
        <w:tc>
          <w:tcPr>
            <w:tcW w:w="1337" w:type="dxa"/>
            <w:vAlign w:val="center"/>
          </w:tcPr>
          <w:p w14:paraId="5A681AA8" w14:textId="77777777" w:rsidR="00F26C4D" w:rsidRDefault="00F26C4D" w:rsidP="00F72BFD">
            <w:pPr>
              <w:spacing w:line="240" w:lineRule="auto"/>
            </w:pPr>
            <w:r>
              <w:rPr>
                <w:sz w:val="14"/>
              </w:rPr>
              <w:t>12.0</w:t>
            </w:r>
          </w:p>
        </w:tc>
        <w:tc>
          <w:tcPr>
            <w:tcW w:w="1337" w:type="dxa"/>
            <w:vAlign w:val="center"/>
          </w:tcPr>
          <w:p w14:paraId="66D37D84" w14:textId="77777777" w:rsidR="00F26C4D" w:rsidRDefault="00F26C4D" w:rsidP="00F72BFD">
            <w:pPr>
              <w:spacing w:line="240" w:lineRule="auto"/>
            </w:pPr>
            <w:r>
              <w:rPr>
                <w:sz w:val="14"/>
              </w:rPr>
              <w:t>0.069</w:t>
            </w:r>
          </w:p>
        </w:tc>
        <w:tc>
          <w:tcPr>
            <w:tcW w:w="1338" w:type="dxa"/>
            <w:vAlign w:val="center"/>
          </w:tcPr>
          <w:p w14:paraId="5A830CAA" w14:textId="77777777" w:rsidR="00F26C4D" w:rsidRDefault="00F26C4D" w:rsidP="00F72BFD">
            <w:pPr>
              <w:spacing w:line="240" w:lineRule="auto"/>
            </w:pPr>
            <w:r>
              <w:rPr>
                <w:sz w:val="14"/>
              </w:rPr>
              <w:t>0.103</w:t>
            </w:r>
          </w:p>
        </w:tc>
      </w:tr>
      <w:tr w:rsidR="00F26C4D" w14:paraId="2F82DCE6" w14:textId="77777777" w:rsidTr="00F72BFD">
        <w:trPr>
          <w:cantSplit/>
          <w:jc w:val="center"/>
        </w:trPr>
        <w:tc>
          <w:tcPr>
            <w:tcW w:w="1337" w:type="dxa"/>
            <w:vAlign w:val="center"/>
          </w:tcPr>
          <w:p w14:paraId="6F053C86" w14:textId="77777777" w:rsidR="00F26C4D" w:rsidRDefault="00F26C4D" w:rsidP="00F72BFD">
            <w:pPr>
              <w:spacing w:line="240" w:lineRule="auto"/>
            </w:pPr>
            <w:r>
              <w:rPr>
                <w:sz w:val="14"/>
              </w:rPr>
              <w:t>Root biomass</w:t>
            </w:r>
          </w:p>
        </w:tc>
        <w:tc>
          <w:tcPr>
            <w:tcW w:w="1337" w:type="dxa"/>
            <w:vAlign w:val="center"/>
          </w:tcPr>
          <w:p w14:paraId="36EFDEC9" w14:textId="77777777" w:rsidR="00F26C4D" w:rsidRDefault="00F26C4D" w:rsidP="00F72BFD">
            <w:pPr>
              <w:spacing w:line="240" w:lineRule="auto"/>
            </w:pPr>
            <w:r>
              <w:rPr>
                <w:sz w:val="14"/>
              </w:rPr>
              <w:t>habitat</w:t>
            </w:r>
          </w:p>
        </w:tc>
        <w:tc>
          <w:tcPr>
            <w:tcW w:w="1337" w:type="dxa"/>
            <w:vAlign w:val="center"/>
          </w:tcPr>
          <w:p w14:paraId="2B429379" w14:textId="77777777" w:rsidR="00F26C4D" w:rsidRDefault="00F26C4D" w:rsidP="00F72BFD">
            <w:pPr>
              <w:spacing w:line="240" w:lineRule="auto"/>
            </w:pPr>
            <w:r>
              <w:rPr>
                <w:sz w:val="14"/>
              </w:rPr>
              <w:t>6.58</w:t>
            </w:r>
          </w:p>
        </w:tc>
        <w:tc>
          <w:tcPr>
            <w:tcW w:w="1337" w:type="dxa"/>
            <w:vAlign w:val="center"/>
          </w:tcPr>
          <w:p w14:paraId="34204341" w14:textId="77777777" w:rsidR="00F26C4D" w:rsidRDefault="00F26C4D" w:rsidP="00F72BFD">
            <w:pPr>
              <w:spacing w:line="240" w:lineRule="auto"/>
            </w:pPr>
            <w:r>
              <w:rPr>
                <w:sz w:val="14"/>
              </w:rPr>
              <w:t>1</w:t>
            </w:r>
          </w:p>
        </w:tc>
        <w:tc>
          <w:tcPr>
            <w:tcW w:w="1337" w:type="dxa"/>
            <w:vAlign w:val="center"/>
          </w:tcPr>
          <w:p w14:paraId="54C0D43A" w14:textId="77777777" w:rsidR="00F26C4D" w:rsidRDefault="00F26C4D" w:rsidP="00F72BFD">
            <w:pPr>
              <w:spacing w:line="240" w:lineRule="auto"/>
            </w:pPr>
            <w:r>
              <w:rPr>
                <w:sz w:val="14"/>
              </w:rPr>
              <w:t>6.0</w:t>
            </w:r>
          </w:p>
        </w:tc>
        <w:tc>
          <w:tcPr>
            <w:tcW w:w="1337" w:type="dxa"/>
            <w:vAlign w:val="center"/>
          </w:tcPr>
          <w:p w14:paraId="049A9715" w14:textId="77777777" w:rsidR="00F26C4D" w:rsidRDefault="00F26C4D" w:rsidP="00F72BFD">
            <w:pPr>
              <w:spacing w:line="240" w:lineRule="auto"/>
            </w:pPr>
            <w:r>
              <w:rPr>
                <w:sz w:val="14"/>
              </w:rPr>
              <w:t>0.043</w:t>
            </w:r>
          </w:p>
        </w:tc>
        <w:tc>
          <w:tcPr>
            <w:tcW w:w="1338" w:type="dxa"/>
            <w:vAlign w:val="center"/>
          </w:tcPr>
          <w:p w14:paraId="39A2A438" w14:textId="77777777" w:rsidR="00F26C4D" w:rsidRDefault="00F26C4D" w:rsidP="00F72BFD">
            <w:pPr>
              <w:spacing w:line="240" w:lineRule="auto"/>
            </w:pPr>
            <w:r>
              <w:rPr>
                <w:sz w:val="14"/>
              </w:rPr>
              <w:t>0.207</w:t>
            </w:r>
          </w:p>
        </w:tc>
      </w:tr>
      <w:tr w:rsidR="00F26C4D" w14:paraId="0FE3F914" w14:textId="77777777" w:rsidTr="00F72BFD">
        <w:trPr>
          <w:cantSplit/>
          <w:jc w:val="center"/>
        </w:trPr>
        <w:tc>
          <w:tcPr>
            <w:tcW w:w="1337" w:type="dxa"/>
            <w:vAlign w:val="center"/>
          </w:tcPr>
          <w:p w14:paraId="4A613441" w14:textId="77777777" w:rsidR="00F26C4D" w:rsidRDefault="00F26C4D" w:rsidP="00F72BFD">
            <w:pPr>
              <w:spacing w:line="240" w:lineRule="auto"/>
            </w:pPr>
            <w:r>
              <w:rPr>
                <w:sz w:val="14"/>
              </w:rPr>
              <w:t>Root biomass</w:t>
            </w:r>
          </w:p>
        </w:tc>
        <w:tc>
          <w:tcPr>
            <w:tcW w:w="1337" w:type="dxa"/>
            <w:vAlign w:val="center"/>
          </w:tcPr>
          <w:p w14:paraId="0E1E6D25" w14:textId="77777777" w:rsidR="00F26C4D" w:rsidRDefault="00F26C4D" w:rsidP="00F72BFD">
            <w:pPr>
              <w:spacing w:line="240" w:lineRule="auto"/>
            </w:pPr>
            <w:r>
              <w:rPr>
                <w:sz w:val="14"/>
              </w:rPr>
              <w:t>depth</w:t>
            </w:r>
          </w:p>
        </w:tc>
        <w:tc>
          <w:tcPr>
            <w:tcW w:w="1337" w:type="dxa"/>
            <w:vAlign w:val="center"/>
          </w:tcPr>
          <w:p w14:paraId="404DDB84" w14:textId="77777777" w:rsidR="00F26C4D" w:rsidRDefault="00F26C4D" w:rsidP="00F72BFD">
            <w:pPr>
              <w:spacing w:line="240" w:lineRule="auto"/>
            </w:pPr>
            <w:r>
              <w:rPr>
                <w:sz w:val="14"/>
              </w:rPr>
              <w:t>16.46</w:t>
            </w:r>
          </w:p>
        </w:tc>
        <w:tc>
          <w:tcPr>
            <w:tcW w:w="1337" w:type="dxa"/>
            <w:vAlign w:val="center"/>
          </w:tcPr>
          <w:p w14:paraId="05EB1DD7" w14:textId="77777777" w:rsidR="00F26C4D" w:rsidRDefault="00F26C4D" w:rsidP="00F72BFD">
            <w:pPr>
              <w:spacing w:line="240" w:lineRule="auto"/>
            </w:pPr>
            <w:r>
              <w:rPr>
                <w:sz w:val="14"/>
              </w:rPr>
              <w:t>2</w:t>
            </w:r>
          </w:p>
        </w:tc>
        <w:tc>
          <w:tcPr>
            <w:tcW w:w="1337" w:type="dxa"/>
            <w:vAlign w:val="center"/>
          </w:tcPr>
          <w:p w14:paraId="27E46E24" w14:textId="77777777" w:rsidR="00F26C4D" w:rsidRDefault="00F26C4D" w:rsidP="00F72BFD">
            <w:pPr>
              <w:spacing w:line="240" w:lineRule="auto"/>
            </w:pPr>
            <w:r>
              <w:rPr>
                <w:sz w:val="14"/>
              </w:rPr>
              <w:t>12.0</w:t>
            </w:r>
          </w:p>
        </w:tc>
        <w:tc>
          <w:tcPr>
            <w:tcW w:w="1337" w:type="dxa"/>
            <w:vAlign w:val="center"/>
          </w:tcPr>
          <w:p w14:paraId="016214ED" w14:textId="77777777" w:rsidR="00F26C4D" w:rsidRDefault="00F26C4D" w:rsidP="00F72BFD">
            <w:pPr>
              <w:spacing w:line="240" w:lineRule="auto"/>
            </w:pPr>
            <w:r>
              <w:rPr>
                <w:sz w:val="14"/>
              </w:rPr>
              <w:t>3.63e-04</w:t>
            </w:r>
          </w:p>
        </w:tc>
        <w:tc>
          <w:tcPr>
            <w:tcW w:w="1338" w:type="dxa"/>
            <w:vAlign w:val="center"/>
          </w:tcPr>
          <w:p w14:paraId="2AC98444" w14:textId="77777777" w:rsidR="00F26C4D" w:rsidRDefault="00F26C4D" w:rsidP="00F72BFD">
            <w:pPr>
              <w:spacing w:line="240" w:lineRule="auto"/>
            </w:pPr>
            <w:r>
              <w:rPr>
                <w:sz w:val="14"/>
              </w:rPr>
              <w:t>0.002</w:t>
            </w:r>
          </w:p>
        </w:tc>
      </w:tr>
      <w:tr w:rsidR="00F26C4D" w14:paraId="49BE88B7" w14:textId="77777777" w:rsidTr="00F72BFD">
        <w:trPr>
          <w:cantSplit/>
          <w:jc w:val="center"/>
        </w:trPr>
        <w:tc>
          <w:tcPr>
            <w:tcW w:w="1337" w:type="dxa"/>
            <w:vAlign w:val="center"/>
          </w:tcPr>
          <w:p w14:paraId="37D7211C" w14:textId="77777777" w:rsidR="00F26C4D" w:rsidRDefault="00F26C4D" w:rsidP="00F72BFD">
            <w:pPr>
              <w:spacing w:line="240" w:lineRule="auto"/>
            </w:pPr>
            <w:r>
              <w:rPr>
                <w:sz w:val="14"/>
              </w:rPr>
              <w:t>Root biomass</w:t>
            </w:r>
          </w:p>
        </w:tc>
        <w:tc>
          <w:tcPr>
            <w:tcW w:w="1337" w:type="dxa"/>
            <w:vAlign w:val="center"/>
          </w:tcPr>
          <w:p w14:paraId="531E1124" w14:textId="77777777" w:rsidR="00F26C4D" w:rsidRDefault="00F26C4D" w:rsidP="00F72BFD">
            <w:pPr>
              <w:spacing w:line="240" w:lineRule="auto"/>
            </w:pPr>
            <w:r>
              <w:rPr>
                <w:sz w:val="14"/>
              </w:rPr>
              <w:t>habitat:depth</w:t>
            </w:r>
          </w:p>
        </w:tc>
        <w:tc>
          <w:tcPr>
            <w:tcW w:w="1337" w:type="dxa"/>
            <w:vAlign w:val="center"/>
          </w:tcPr>
          <w:p w14:paraId="43846BB1" w14:textId="77777777" w:rsidR="00F26C4D" w:rsidRDefault="00F26C4D" w:rsidP="00F72BFD">
            <w:pPr>
              <w:spacing w:line="240" w:lineRule="auto"/>
            </w:pPr>
            <w:r>
              <w:rPr>
                <w:sz w:val="14"/>
              </w:rPr>
              <w:t>3.10</w:t>
            </w:r>
          </w:p>
        </w:tc>
        <w:tc>
          <w:tcPr>
            <w:tcW w:w="1337" w:type="dxa"/>
            <w:vAlign w:val="center"/>
          </w:tcPr>
          <w:p w14:paraId="4A24486E" w14:textId="77777777" w:rsidR="00F26C4D" w:rsidRDefault="00F26C4D" w:rsidP="00F72BFD">
            <w:pPr>
              <w:spacing w:line="240" w:lineRule="auto"/>
            </w:pPr>
            <w:r>
              <w:rPr>
                <w:sz w:val="14"/>
              </w:rPr>
              <w:t>2</w:t>
            </w:r>
          </w:p>
        </w:tc>
        <w:tc>
          <w:tcPr>
            <w:tcW w:w="1337" w:type="dxa"/>
            <w:vAlign w:val="center"/>
          </w:tcPr>
          <w:p w14:paraId="6CFB89B6" w14:textId="77777777" w:rsidR="00F26C4D" w:rsidRDefault="00F26C4D" w:rsidP="00F72BFD">
            <w:pPr>
              <w:spacing w:line="240" w:lineRule="auto"/>
            </w:pPr>
            <w:r>
              <w:rPr>
                <w:sz w:val="14"/>
              </w:rPr>
              <w:t>12.0</w:t>
            </w:r>
          </w:p>
        </w:tc>
        <w:tc>
          <w:tcPr>
            <w:tcW w:w="1337" w:type="dxa"/>
            <w:vAlign w:val="center"/>
          </w:tcPr>
          <w:p w14:paraId="08DEFE96" w14:textId="77777777" w:rsidR="00F26C4D" w:rsidRDefault="00F26C4D" w:rsidP="00F72BFD">
            <w:pPr>
              <w:spacing w:line="240" w:lineRule="auto"/>
            </w:pPr>
            <w:r>
              <w:rPr>
                <w:sz w:val="14"/>
              </w:rPr>
              <w:t>0.082</w:t>
            </w:r>
          </w:p>
        </w:tc>
        <w:tc>
          <w:tcPr>
            <w:tcW w:w="1338" w:type="dxa"/>
            <w:vAlign w:val="center"/>
          </w:tcPr>
          <w:p w14:paraId="6DD97085" w14:textId="77777777" w:rsidR="00F26C4D" w:rsidRDefault="00F26C4D" w:rsidP="00F72BFD">
            <w:pPr>
              <w:spacing w:line="240" w:lineRule="auto"/>
            </w:pPr>
            <w:r>
              <w:rPr>
                <w:sz w:val="14"/>
              </w:rPr>
              <w:t>0.103</w:t>
            </w:r>
          </w:p>
        </w:tc>
      </w:tr>
      <w:tr w:rsidR="00F26C4D" w14:paraId="30F14E45" w14:textId="77777777" w:rsidTr="00F72BFD">
        <w:trPr>
          <w:cantSplit/>
          <w:jc w:val="center"/>
        </w:trPr>
        <w:tc>
          <w:tcPr>
            <w:tcW w:w="1337" w:type="dxa"/>
            <w:vAlign w:val="center"/>
          </w:tcPr>
          <w:p w14:paraId="2D8FABA0" w14:textId="77777777" w:rsidR="00F26C4D" w:rsidRDefault="00F26C4D" w:rsidP="00F72BFD">
            <w:pPr>
              <w:spacing w:line="240" w:lineRule="auto"/>
            </w:pPr>
            <w:r>
              <w:rPr>
                <w:sz w:val="14"/>
              </w:rPr>
              <w:t>Soil organic C</w:t>
            </w:r>
          </w:p>
        </w:tc>
        <w:tc>
          <w:tcPr>
            <w:tcW w:w="1337" w:type="dxa"/>
            <w:vAlign w:val="center"/>
          </w:tcPr>
          <w:p w14:paraId="7BB7D61D" w14:textId="77777777" w:rsidR="00F26C4D" w:rsidRDefault="00F26C4D" w:rsidP="00F72BFD">
            <w:pPr>
              <w:spacing w:line="240" w:lineRule="auto"/>
            </w:pPr>
            <w:r>
              <w:rPr>
                <w:sz w:val="14"/>
              </w:rPr>
              <w:t>habitat</w:t>
            </w:r>
          </w:p>
        </w:tc>
        <w:tc>
          <w:tcPr>
            <w:tcW w:w="1337" w:type="dxa"/>
            <w:vAlign w:val="center"/>
          </w:tcPr>
          <w:p w14:paraId="569E1131" w14:textId="77777777" w:rsidR="00F26C4D" w:rsidRDefault="00F26C4D" w:rsidP="00F72BFD">
            <w:pPr>
              <w:spacing w:line="240" w:lineRule="auto"/>
            </w:pPr>
            <w:r>
              <w:rPr>
                <w:sz w:val="14"/>
              </w:rPr>
              <w:t>0.27</w:t>
            </w:r>
          </w:p>
        </w:tc>
        <w:tc>
          <w:tcPr>
            <w:tcW w:w="1337" w:type="dxa"/>
            <w:vAlign w:val="center"/>
          </w:tcPr>
          <w:p w14:paraId="09066BFB" w14:textId="77777777" w:rsidR="00F26C4D" w:rsidRDefault="00F26C4D" w:rsidP="00F72BFD">
            <w:pPr>
              <w:spacing w:line="240" w:lineRule="auto"/>
            </w:pPr>
            <w:r>
              <w:rPr>
                <w:sz w:val="14"/>
              </w:rPr>
              <w:t>1</w:t>
            </w:r>
          </w:p>
        </w:tc>
        <w:tc>
          <w:tcPr>
            <w:tcW w:w="1337" w:type="dxa"/>
            <w:vAlign w:val="center"/>
          </w:tcPr>
          <w:p w14:paraId="5669343B" w14:textId="77777777" w:rsidR="00F26C4D" w:rsidRDefault="00F26C4D" w:rsidP="00F72BFD">
            <w:pPr>
              <w:spacing w:line="240" w:lineRule="auto"/>
            </w:pPr>
            <w:r>
              <w:rPr>
                <w:sz w:val="14"/>
              </w:rPr>
              <w:t>6.0</w:t>
            </w:r>
          </w:p>
        </w:tc>
        <w:tc>
          <w:tcPr>
            <w:tcW w:w="1337" w:type="dxa"/>
            <w:vAlign w:val="center"/>
          </w:tcPr>
          <w:p w14:paraId="1D05902E" w14:textId="77777777" w:rsidR="00F26C4D" w:rsidRDefault="00F26C4D" w:rsidP="00F72BFD">
            <w:pPr>
              <w:spacing w:line="240" w:lineRule="auto"/>
            </w:pPr>
            <w:r>
              <w:rPr>
                <w:sz w:val="14"/>
              </w:rPr>
              <w:t>0.622</w:t>
            </w:r>
          </w:p>
        </w:tc>
        <w:tc>
          <w:tcPr>
            <w:tcW w:w="1338" w:type="dxa"/>
            <w:vAlign w:val="center"/>
          </w:tcPr>
          <w:p w14:paraId="7978F8E4" w14:textId="77777777" w:rsidR="00F26C4D" w:rsidRDefault="00F26C4D" w:rsidP="00F72BFD">
            <w:pPr>
              <w:spacing w:line="240" w:lineRule="auto"/>
            </w:pPr>
            <w:r>
              <w:rPr>
                <w:sz w:val="14"/>
              </w:rPr>
              <w:t>0.731</w:t>
            </w:r>
          </w:p>
        </w:tc>
      </w:tr>
      <w:tr w:rsidR="00F26C4D" w14:paraId="1D9AFF0E" w14:textId="77777777" w:rsidTr="00F72BFD">
        <w:trPr>
          <w:cantSplit/>
          <w:jc w:val="center"/>
        </w:trPr>
        <w:tc>
          <w:tcPr>
            <w:tcW w:w="1337" w:type="dxa"/>
            <w:vAlign w:val="center"/>
          </w:tcPr>
          <w:p w14:paraId="34548841" w14:textId="77777777" w:rsidR="00F26C4D" w:rsidRDefault="00F26C4D" w:rsidP="00F72BFD">
            <w:pPr>
              <w:spacing w:line="240" w:lineRule="auto"/>
            </w:pPr>
            <w:r>
              <w:rPr>
                <w:sz w:val="14"/>
              </w:rPr>
              <w:t>Soil organic C</w:t>
            </w:r>
          </w:p>
        </w:tc>
        <w:tc>
          <w:tcPr>
            <w:tcW w:w="1337" w:type="dxa"/>
            <w:vAlign w:val="center"/>
          </w:tcPr>
          <w:p w14:paraId="29FC01A0" w14:textId="77777777" w:rsidR="00F26C4D" w:rsidRDefault="00F26C4D" w:rsidP="00F72BFD">
            <w:pPr>
              <w:spacing w:line="240" w:lineRule="auto"/>
            </w:pPr>
            <w:r>
              <w:rPr>
                <w:sz w:val="14"/>
              </w:rPr>
              <w:t>depth</w:t>
            </w:r>
          </w:p>
        </w:tc>
        <w:tc>
          <w:tcPr>
            <w:tcW w:w="1337" w:type="dxa"/>
            <w:vAlign w:val="center"/>
          </w:tcPr>
          <w:p w14:paraId="43D73310" w14:textId="77777777" w:rsidR="00F26C4D" w:rsidRDefault="00F26C4D" w:rsidP="00F72BFD">
            <w:pPr>
              <w:spacing w:line="240" w:lineRule="auto"/>
            </w:pPr>
            <w:r>
              <w:rPr>
                <w:sz w:val="14"/>
              </w:rPr>
              <w:t>4.64</w:t>
            </w:r>
          </w:p>
        </w:tc>
        <w:tc>
          <w:tcPr>
            <w:tcW w:w="1337" w:type="dxa"/>
            <w:vAlign w:val="center"/>
          </w:tcPr>
          <w:p w14:paraId="31CEC1C8" w14:textId="77777777" w:rsidR="00F26C4D" w:rsidRDefault="00F26C4D" w:rsidP="00F72BFD">
            <w:pPr>
              <w:spacing w:line="240" w:lineRule="auto"/>
            </w:pPr>
            <w:r>
              <w:rPr>
                <w:sz w:val="14"/>
              </w:rPr>
              <w:t>2</w:t>
            </w:r>
          </w:p>
        </w:tc>
        <w:tc>
          <w:tcPr>
            <w:tcW w:w="1337" w:type="dxa"/>
            <w:vAlign w:val="center"/>
          </w:tcPr>
          <w:p w14:paraId="63ECEEBE" w14:textId="77777777" w:rsidR="00F26C4D" w:rsidRDefault="00F26C4D" w:rsidP="00F72BFD">
            <w:pPr>
              <w:spacing w:line="240" w:lineRule="auto"/>
            </w:pPr>
            <w:r>
              <w:rPr>
                <w:sz w:val="14"/>
              </w:rPr>
              <w:t>12.0</w:t>
            </w:r>
          </w:p>
        </w:tc>
        <w:tc>
          <w:tcPr>
            <w:tcW w:w="1337" w:type="dxa"/>
            <w:vAlign w:val="center"/>
          </w:tcPr>
          <w:p w14:paraId="138FEE1B" w14:textId="77777777" w:rsidR="00F26C4D" w:rsidRDefault="00F26C4D" w:rsidP="00F72BFD">
            <w:pPr>
              <w:spacing w:line="240" w:lineRule="auto"/>
            </w:pPr>
            <w:r>
              <w:rPr>
                <w:sz w:val="14"/>
              </w:rPr>
              <w:t>0.032</w:t>
            </w:r>
          </w:p>
        </w:tc>
        <w:tc>
          <w:tcPr>
            <w:tcW w:w="1338" w:type="dxa"/>
            <w:vAlign w:val="center"/>
          </w:tcPr>
          <w:p w14:paraId="13AE37AF" w14:textId="77777777" w:rsidR="00F26C4D" w:rsidRDefault="00F26C4D" w:rsidP="00F72BFD">
            <w:pPr>
              <w:spacing w:line="240" w:lineRule="auto"/>
            </w:pPr>
            <w:r>
              <w:rPr>
                <w:sz w:val="14"/>
              </w:rPr>
              <w:t>0.081</w:t>
            </w:r>
          </w:p>
        </w:tc>
      </w:tr>
      <w:tr w:rsidR="00F26C4D" w14:paraId="372E409C" w14:textId="77777777" w:rsidTr="00F72BFD">
        <w:trPr>
          <w:cantSplit/>
          <w:jc w:val="center"/>
        </w:trPr>
        <w:tc>
          <w:tcPr>
            <w:tcW w:w="1337" w:type="dxa"/>
            <w:vAlign w:val="center"/>
          </w:tcPr>
          <w:p w14:paraId="5E3784B1" w14:textId="77777777" w:rsidR="00F26C4D" w:rsidRDefault="00F26C4D" w:rsidP="00F72BFD">
            <w:pPr>
              <w:spacing w:line="240" w:lineRule="auto"/>
            </w:pPr>
            <w:r>
              <w:rPr>
                <w:sz w:val="14"/>
              </w:rPr>
              <w:t>Soil organic C</w:t>
            </w:r>
          </w:p>
        </w:tc>
        <w:tc>
          <w:tcPr>
            <w:tcW w:w="1337" w:type="dxa"/>
            <w:vAlign w:val="center"/>
          </w:tcPr>
          <w:p w14:paraId="12EA5484" w14:textId="77777777" w:rsidR="00F26C4D" w:rsidRDefault="00F26C4D" w:rsidP="00F72BFD">
            <w:pPr>
              <w:spacing w:line="240" w:lineRule="auto"/>
            </w:pPr>
            <w:r>
              <w:rPr>
                <w:sz w:val="14"/>
              </w:rPr>
              <w:t>habitat:depth</w:t>
            </w:r>
          </w:p>
        </w:tc>
        <w:tc>
          <w:tcPr>
            <w:tcW w:w="1337" w:type="dxa"/>
            <w:vAlign w:val="center"/>
          </w:tcPr>
          <w:p w14:paraId="42B91A1A" w14:textId="77777777" w:rsidR="00F26C4D" w:rsidRDefault="00F26C4D" w:rsidP="00F72BFD">
            <w:pPr>
              <w:spacing w:line="240" w:lineRule="auto"/>
            </w:pPr>
            <w:r>
              <w:rPr>
                <w:sz w:val="14"/>
              </w:rPr>
              <w:t>10.94</w:t>
            </w:r>
          </w:p>
        </w:tc>
        <w:tc>
          <w:tcPr>
            <w:tcW w:w="1337" w:type="dxa"/>
            <w:vAlign w:val="center"/>
          </w:tcPr>
          <w:p w14:paraId="522B4298" w14:textId="77777777" w:rsidR="00F26C4D" w:rsidRDefault="00F26C4D" w:rsidP="00F72BFD">
            <w:pPr>
              <w:spacing w:line="240" w:lineRule="auto"/>
            </w:pPr>
            <w:r>
              <w:rPr>
                <w:sz w:val="14"/>
              </w:rPr>
              <w:t>2</w:t>
            </w:r>
          </w:p>
        </w:tc>
        <w:tc>
          <w:tcPr>
            <w:tcW w:w="1337" w:type="dxa"/>
            <w:vAlign w:val="center"/>
          </w:tcPr>
          <w:p w14:paraId="60A69151" w14:textId="77777777" w:rsidR="00F26C4D" w:rsidRDefault="00F26C4D" w:rsidP="00F72BFD">
            <w:pPr>
              <w:spacing w:line="240" w:lineRule="auto"/>
            </w:pPr>
            <w:r>
              <w:rPr>
                <w:sz w:val="14"/>
              </w:rPr>
              <w:t>12.0</w:t>
            </w:r>
          </w:p>
        </w:tc>
        <w:tc>
          <w:tcPr>
            <w:tcW w:w="1337" w:type="dxa"/>
            <w:vAlign w:val="center"/>
          </w:tcPr>
          <w:p w14:paraId="7121B0EE" w14:textId="77777777" w:rsidR="00F26C4D" w:rsidRDefault="00F26C4D" w:rsidP="00F72BFD">
            <w:pPr>
              <w:spacing w:line="240" w:lineRule="auto"/>
            </w:pPr>
            <w:r>
              <w:rPr>
                <w:sz w:val="14"/>
              </w:rPr>
              <w:t>0.002</w:t>
            </w:r>
          </w:p>
        </w:tc>
        <w:tc>
          <w:tcPr>
            <w:tcW w:w="1338" w:type="dxa"/>
            <w:vAlign w:val="center"/>
          </w:tcPr>
          <w:p w14:paraId="348D98DE" w14:textId="77777777" w:rsidR="00F26C4D" w:rsidRDefault="00F26C4D" w:rsidP="00F72BFD">
            <w:pPr>
              <w:spacing w:line="240" w:lineRule="auto"/>
            </w:pPr>
            <w:r>
              <w:rPr>
                <w:sz w:val="14"/>
              </w:rPr>
              <w:t>0.019</w:t>
            </w:r>
          </w:p>
        </w:tc>
      </w:tr>
      <w:tr w:rsidR="00F26C4D" w14:paraId="28F99404" w14:textId="77777777" w:rsidTr="00F72BFD">
        <w:trPr>
          <w:cantSplit/>
          <w:jc w:val="center"/>
        </w:trPr>
        <w:tc>
          <w:tcPr>
            <w:tcW w:w="1337" w:type="dxa"/>
            <w:vAlign w:val="center"/>
          </w:tcPr>
          <w:p w14:paraId="047170D9" w14:textId="77777777" w:rsidR="00F26C4D" w:rsidRDefault="00F26C4D" w:rsidP="00F72BFD">
            <w:pPr>
              <w:spacing w:line="240" w:lineRule="auto"/>
            </w:pPr>
            <w:r>
              <w:rPr>
                <w:sz w:val="14"/>
              </w:rPr>
              <w:t>Soil water content</w:t>
            </w:r>
          </w:p>
        </w:tc>
        <w:tc>
          <w:tcPr>
            <w:tcW w:w="1337" w:type="dxa"/>
            <w:vAlign w:val="center"/>
          </w:tcPr>
          <w:p w14:paraId="0F02F5F3" w14:textId="77777777" w:rsidR="00F26C4D" w:rsidRDefault="00F26C4D" w:rsidP="00F72BFD">
            <w:pPr>
              <w:spacing w:line="240" w:lineRule="auto"/>
            </w:pPr>
            <w:r>
              <w:rPr>
                <w:sz w:val="14"/>
              </w:rPr>
              <w:t>habitat</w:t>
            </w:r>
          </w:p>
        </w:tc>
        <w:tc>
          <w:tcPr>
            <w:tcW w:w="1337" w:type="dxa"/>
            <w:vAlign w:val="center"/>
          </w:tcPr>
          <w:p w14:paraId="7FA218D5" w14:textId="77777777" w:rsidR="00F26C4D" w:rsidRDefault="00F26C4D" w:rsidP="00F72BFD">
            <w:pPr>
              <w:spacing w:line="240" w:lineRule="auto"/>
            </w:pPr>
            <w:r>
              <w:rPr>
                <w:sz w:val="14"/>
              </w:rPr>
              <w:t>7.65</w:t>
            </w:r>
          </w:p>
        </w:tc>
        <w:tc>
          <w:tcPr>
            <w:tcW w:w="1337" w:type="dxa"/>
            <w:vAlign w:val="center"/>
          </w:tcPr>
          <w:p w14:paraId="089F8E01" w14:textId="77777777" w:rsidR="00F26C4D" w:rsidRDefault="00F26C4D" w:rsidP="00F72BFD">
            <w:pPr>
              <w:spacing w:line="240" w:lineRule="auto"/>
            </w:pPr>
            <w:r>
              <w:rPr>
                <w:sz w:val="14"/>
              </w:rPr>
              <w:t>1</w:t>
            </w:r>
          </w:p>
        </w:tc>
        <w:tc>
          <w:tcPr>
            <w:tcW w:w="1337" w:type="dxa"/>
            <w:vAlign w:val="center"/>
          </w:tcPr>
          <w:p w14:paraId="6C17821F" w14:textId="77777777" w:rsidR="00F26C4D" w:rsidRDefault="00F26C4D" w:rsidP="00F72BFD">
            <w:pPr>
              <w:spacing w:line="240" w:lineRule="auto"/>
            </w:pPr>
            <w:r>
              <w:rPr>
                <w:sz w:val="14"/>
              </w:rPr>
              <w:t>6.0</w:t>
            </w:r>
          </w:p>
        </w:tc>
        <w:tc>
          <w:tcPr>
            <w:tcW w:w="1337" w:type="dxa"/>
            <w:vAlign w:val="center"/>
          </w:tcPr>
          <w:p w14:paraId="5CE7BD38" w14:textId="77777777" w:rsidR="00F26C4D" w:rsidRDefault="00F26C4D" w:rsidP="00F72BFD">
            <w:pPr>
              <w:spacing w:line="240" w:lineRule="auto"/>
            </w:pPr>
            <w:r>
              <w:rPr>
                <w:sz w:val="14"/>
              </w:rPr>
              <w:t>0.033</w:t>
            </w:r>
          </w:p>
        </w:tc>
        <w:tc>
          <w:tcPr>
            <w:tcW w:w="1338" w:type="dxa"/>
            <w:vAlign w:val="center"/>
          </w:tcPr>
          <w:p w14:paraId="41530528" w14:textId="77777777" w:rsidR="00F26C4D" w:rsidRDefault="00F26C4D" w:rsidP="00F72BFD">
            <w:pPr>
              <w:spacing w:line="240" w:lineRule="auto"/>
            </w:pPr>
            <w:r>
              <w:rPr>
                <w:sz w:val="14"/>
              </w:rPr>
              <w:t>0.207</w:t>
            </w:r>
          </w:p>
        </w:tc>
      </w:tr>
      <w:tr w:rsidR="00F26C4D" w14:paraId="1D919CCB" w14:textId="77777777" w:rsidTr="00F72BFD">
        <w:trPr>
          <w:cantSplit/>
          <w:jc w:val="center"/>
        </w:trPr>
        <w:tc>
          <w:tcPr>
            <w:tcW w:w="1337" w:type="dxa"/>
            <w:vAlign w:val="center"/>
          </w:tcPr>
          <w:p w14:paraId="09B0380C" w14:textId="77777777" w:rsidR="00F26C4D" w:rsidRDefault="00F26C4D" w:rsidP="00F72BFD">
            <w:pPr>
              <w:spacing w:line="240" w:lineRule="auto"/>
            </w:pPr>
            <w:r>
              <w:rPr>
                <w:sz w:val="14"/>
              </w:rPr>
              <w:t>Soil water content</w:t>
            </w:r>
          </w:p>
        </w:tc>
        <w:tc>
          <w:tcPr>
            <w:tcW w:w="1337" w:type="dxa"/>
            <w:vAlign w:val="center"/>
          </w:tcPr>
          <w:p w14:paraId="4862C8A0" w14:textId="77777777" w:rsidR="00F26C4D" w:rsidRDefault="00F26C4D" w:rsidP="00F72BFD">
            <w:pPr>
              <w:spacing w:line="240" w:lineRule="auto"/>
            </w:pPr>
            <w:r>
              <w:rPr>
                <w:sz w:val="14"/>
              </w:rPr>
              <w:t>depth</w:t>
            </w:r>
          </w:p>
        </w:tc>
        <w:tc>
          <w:tcPr>
            <w:tcW w:w="1337" w:type="dxa"/>
            <w:vAlign w:val="center"/>
          </w:tcPr>
          <w:p w14:paraId="10B778AC" w14:textId="77777777" w:rsidR="00F26C4D" w:rsidRDefault="00F26C4D" w:rsidP="00F72BFD">
            <w:pPr>
              <w:spacing w:line="240" w:lineRule="auto"/>
            </w:pPr>
            <w:r>
              <w:rPr>
                <w:sz w:val="14"/>
              </w:rPr>
              <w:t>14.04</w:t>
            </w:r>
          </w:p>
        </w:tc>
        <w:tc>
          <w:tcPr>
            <w:tcW w:w="1337" w:type="dxa"/>
            <w:vAlign w:val="center"/>
          </w:tcPr>
          <w:p w14:paraId="699D0A17" w14:textId="77777777" w:rsidR="00F26C4D" w:rsidRDefault="00F26C4D" w:rsidP="00F72BFD">
            <w:pPr>
              <w:spacing w:line="240" w:lineRule="auto"/>
            </w:pPr>
            <w:r>
              <w:rPr>
                <w:sz w:val="14"/>
              </w:rPr>
              <w:t>2</w:t>
            </w:r>
          </w:p>
        </w:tc>
        <w:tc>
          <w:tcPr>
            <w:tcW w:w="1337" w:type="dxa"/>
            <w:vAlign w:val="center"/>
          </w:tcPr>
          <w:p w14:paraId="4899099E" w14:textId="77777777" w:rsidR="00F26C4D" w:rsidRDefault="00F26C4D" w:rsidP="00F72BFD">
            <w:pPr>
              <w:spacing w:line="240" w:lineRule="auto"/>
            </w:pPr>
            <w:r>
              <w:rPr>
                <w:sz w:val="14"/>
              </w:rPr>
              <w:t>12.0</w:t>
            </w:r>
          </w:p>
        </w:tc>
        <w:tc>
          <w:tcPr>
            <w:tcW w:w="1337" w:type="dxa"/>
            <w:vAlign w:val="center"/>
          </w:tcPr>
          <w:p w14:paraId="3212D681" w14:textId="77777777" w:rsidR="00F26C4D" w:rsidRDefault="00F26C4D" w:rsidP="00F72BFD">
            <w:pPr>
              <w:spacing w:line="240" w:lineRule="auto"/>
            </w:pPr>
            <w:r>
              <w:rPr>
                <w:sz w:val="14"/>
              </w:rPr>
              <w:t>7.21e-04</w:t>
            </w:r>
          </w:p>
        </w:tc>
        <w:tc>
          <w:tcPr>
            <w:tcW w:w="1338" w:type="dxa"/>
            <w:vAlign w:val="center"/>
          </w:tcPr>
          <w:p w14:paraId="17BBE01E" w14:textId="77777777" w:rsidR="00F26C4D" w:rsidRDefault="00F26C4D" w:rsidP="00F72BFD">
            <w:pPr>
              <w:spacing w:line="240" w:lineRule="auto"/>
            </w:pPr>
            <w:r>
              <w:rPr>
                <w:sz w:val="14"/>
              </w:rPr>
              <w:t>0.002</w:t>
            </w:r>
          </w:p>
        </w:tc>
      </w:tr>
      <w:tr w:rsidR="00F26C4D" w14:paraId="7B1743D8" w14:textId="77777777" w:rsidTr="00F72BFD">
        <w:trPr>
          <w:cantSplit/>
          <w:jc w:val="center"/>
        </w:trPr>
        <w:tc>
          <w:tcPr>
            <w:tcW w:w="1337" w:type="dxa"/>
            <w:vAlign w:val="center"/>
          </w:tcPr>
          <w:p w14:paraId="7638CC91" w14:textId="77777777" w:rsidR="00F26C4D" w:rsidRDefault="00F26C4D" w:rsidP="00F72BFD">
            <w:pPr>
              <w:spacing w:line="240" w:lineRule="auto"/>
            </w:pPr>
            <w:r>
              <w:rPr>
                <w:sz w:val="14"/>
              </w:rPr>
              <w:t>Soil water content</w:t>
            </w:r>
          </w:p>
        </w:tc>
        <w:tc>
          <w:tcPr>
            <w:tcW w:w="1337" w:type="dxa"/>
            <w:vAlign w:val="center"/>
          </w:tcPr>
          <w:p w14:paraId="7C0CD90C" w14:textId="77777777" w:rsidR="00F26C4D" w:rsidRDefault="00F26C4D" w:rsidP="00F72BFD">
            <w:pPr>
              <w:spacing w:line="240" w:lineRule="auto"/>
            </w:pPr>
            <w:r>
              <w:rPr>
                <w:sz w:val="14"/>
              </w:rPr>
              <w:t>habitat:depth</w:t>
            </w:r>
          </w:p>
        </w:tc>
        <w:tc>
          <w:tcPr>
            <w:tcW w:w="1337" w:type="dxa"/>
            <w:vAlign w:val="center"/>
          </w:tcPr>
          <w:p w14:paraId="13EFA3AA" w14:textId="77777777" w:rsidR="00F26C4D" w:rsidRDefault="00F26C4D" w:rsidP="00F72BFD">
            <w:pPr>
              <w:spacing w:line="240" w:lineRule="auto"/>
            </w:pPr>
            <w:r>
              <w:rPr>
                <w:sz w:val="14"/>
              </w:rPr>
              <w:t>6.05</w:t>
            </w:r>
          </w:p>
        </w:tc>
        <w:tc>
          <w:tcPr>
            <w:tcW w:w="1337" w:type="dxa"/>
            <w:vAlign w:val="center"/>
          </w:tcPr>
          <w:p w14:paraId="6B665F70" w14:textId="77777777" w:rsidR="00F26C4D" w:rsidRDefault="00F26C4D" w:rsidP="00F72BFD">
            <w:pPr>
              <w:spacing w:line="240" w:lineRule="auto"/>
            </w:pPr>
            <w:r>
              <w:rPr>
                <w:sz w:val="14"/>
              </w:rPr>
              <w:t>2</w:t>
            </w:r>
          </w:p>
        </w:tc>
        <w:tc>
          <w:tcPr>
            <w:tcW w:w="1337" w:type="dxa"/>
            <w:vAlign w:val="center"/>
          </w:tcPr>
          <w:p w14:paraId="51682BBF" w14:textId="77777777" w:rsidR="00F26C4D" w:rsidRDefault="00F26C4D" w:rsidP="00F72BFD">
            <w:pPr>
              <w:spacing w:line="240" w:lineRule="auto"/>
            </w:pPr>
            <w:r>
              <w:rPr>
                <w:sz w:val="14"/>
              </w:rPr>
              <w:t>12.0</w:t>
            </w:r>
          </w:p>
        </w:tc>
        <w:tc>
          <w:tcPr>
            <w:tcW w:w="1337" w:type="dxa"/>
            <w:vAlign w:val="center"/>
          </w:tcPr>
          <w:p w14:paraId="24631322" w14:textId="77777777" w:rsidR="00F26C4D" w:rsidRDefault="00F26C4D" w:rsidP="00F72BFD">
            <w:pPr>
              <w:spacing w:line="240" w:lineRule="auto"/>
            </w:pPr>
            <w:r>
              <w:rPr>
                <w:sz w:val="14"/>
              </w:rPr>
              <w:t>0.015</w:t>
            </w:r>
          </w:p>
        </w:tc>
        <w:tc>
          <w:tcPr>
            <w:tcW w:w="1338" w:type="dxa"/>
            <w:vAlign w:val="center"/>
          </w:tcPr>
          <w:p w14:paraId="07E1C38A" w14:textId="77777777" w:rsidR="00F26C4D" w:rsidRDefault="00F26C4D" w:rsidP="00F72BFD">
            <w:pPr>
              <w:spacing w:line="240" w:lineRule="auto"/>
            </w:pPr>
            <w:r>
              <w:rPr>
                <w:sz w:val="14"/>
              </w:rPr>
              <w:t>0.051</w:t>
            </w:r>
          </w:p>
        </w:tc>
      </w:tr>
      <w:tr w:rsidR="00F26C4D" w14:paraId="4813A435" w14:textId="77777777" w:rsidTr="00F72BFD">
        <w:trPr>
          <w:cantSplit/>
          <w:jc w:val="center"/>
        </w:trPr>
        <w:tc>
          <w:tcPr>
            <w:tcW w:w="1337" w:type="dxa"/>
            <w:vAlign w:val="center"/>
          </w:tcPr>
          <w:p w14:paraId="4692B6F2" w14:textId="77777777" w:rsidR="00F26C4D" w:rsidRDefault="00F26C4D" w:rsidP="00F72BFD">
            <w:pPr>
              <w:spacing w:line="240" w:lineRule="auto"/>
            </w:pPr>
            <w:r>
              <w:rPr>
                <w:sz w:val="14"/>
              </w:rPr>
              <w:t>Total N</w:t>
            </w:r>
          </w:p>
        </w:tc>
        <w:tc>
          <w:tcPr>
            <w:tcW w:w="1337" w:type="dxa"/>
            <w:vAlign w:val="center"/>
          </w:tcPr>
          <w:p w14:paraId="058136F6" w14:textId="77777777" w:rsidR="00F26C4D" w:rsidRDefault="00F26C4D" w:rsidP="00F72BFD">
            <w:pPr>
              <w:spacing w:line="240" w:lineRule="auto"/>
            </w:pPr>
            <w:r>
              <w:rPr>
                <w:sz w:val="14"/>
              </w:rPr>
              <w:t>habitat</w:t>
            </w:r>
          </w:p>
        </w:tc>
        <w:tc>
          <w:tcPr>
            <w:tcW w:w="1337" w:type="dxa"/>
            <w:vAlign w:val="center"/>
          </w:tcPr>
          <w:p w14:paraId="49263510" w14:textId="77777777" w:rsidR="00F26C4D" w:rsidRDefault="00F26C4D" w:rsidP="00F72BFD">
            <w:pPr>
              <w:spacing w:line="240" w:lineRule="auto"/>
            </w:pPr>
            <w:r>
              <w:rPr>
                <w:sz w:val="14"/>
              </w:rPr>
              <w:t>1.18</w:t>
            </w:r>
          </w:p>
        </w:tc>
        <w:tc>
          <w:tcPr>
            <w:tcW w:w="1337" w:type="dxa"/>
            <w:vAlign w:val="center"/>
          </w:tcPr>
          <w:p w14:paraId="59CE7B68" w14:textId="77777777" w:rsidR="00F26C4D" w:rsidRDefault="00F26C4D" w:rsidP="00F72BFD">
            <w:pPr>
              <w:spacing w:line="240" w:lineRule="auto"/>
            </w:pPr>
            <w:r>
              <w:rPr>
                <w:sz w:val="14"/>
              </w:rPr>
              <w:t>1</w:t>
            </w:r>
          </w:p>
        </w:tc>
        <w:tc>
          <w:tcPr>
            <w:tcW w:w="1337" w:type="dxa"/>
            <w:vAlign w:val="center"/>
          </w:tcPr>
          <w:p w14:paraId="61612164" w14:textId="77777777" w:rsidR="00F26C4D" w:rsidRDefault="00F26C4D" w:rsidP="00F72BFD">
            <w:pPr>
              <w:spacing w:line="240" w:lineRule="auto"/>
            </w:pPr>
            <w:r>
              <w:rPr>
                <w:sz w:val="14"/>
              </w:rPr>
              <w:t>6.0</w:t>
            </w:r>
          </w:p>
        </w:tc>
        <w:tc>
          <w:tcPr>
            <w:tcW w:w="1337" w:type="dxa"/>
            <w:vAlign w:val="center"/>
          </w:tcPr>
          <w:p w14:paraId="664AE6A6" w14:textId="77777777" w:rsidR="00F26C4D" w:rsidRDefault="00F26C4D" w:rsidP="00F72BFD">
            <w:pPr>
              <w:spacing w:line="240" w:lineRule="auto"/>
            </w:pPr>
            <w:r>
              <w:rPr>
                <w:sz w:val="14"/>
              </w:rPr>
              <w:t>0.319</w:t>
            </w:r>
          </w:p>
        </w:tc>
        <w:tc>
          <w:tcPr>
            <w:tcW w:w="1338" w:type="dxa"/>
            <w:vAlign w:val="center"/>
          </w:tcPr>
          <w:p w14:paraId="627F48AB" w14:textId="77777777" w:rsidR="00F26C4D" w:rsidRDefault="00F26C4D" w:rsidP="00F72BFD">
            <w:pPr>
              <w:spacing w:line="240" w:lineRule="auto"/>
            </w:pPr>
            <w:r>
              <w:rPr>
                <w:sz w:val="14"/>
              </w:rPr>
              <w:t>0.531</w:t>
            </w:r>
          </w:p>
        </w:tc>
      </w:tr>
      <w:tr w:rsidR="00F26C4D" w14:paraId="454886E7" w14:textId="77777777" w:rsidTr="00F72BFD">
        <w:trPr>
          <w:cantSplit/>
          <w:jc w:val="center"/>
        </w:trPr>
        <w:tc>
          <w:tcPr>
            <w:tcW w:w="1337" w:type="dxa"/>
            <w:vAlign w:val="center"/>
          </w:tcPr>
          <w:p w14:paraId="348F6829" w14:textId="77777777" w:rsidR="00F26C4D" w:rsidRDefault="00F26C4D" w:rsidP="00F72BFD">
            <w:pPr>
              <w:spacing w:line="240" w:lineRule="auto"/>
            </w:pPr>
            <w:r>
              <w:rPr>
                <w:sz w:val="14"/>
              </w:rPr>
              <w:t>Total N</w:t>
            </w:r>
          </w:p>
        </w:tc>
        <w:tc>
          <w:tcPr>
            <w:tcW w:w="1337" w:type="dxa"/>
            <w:vAlign w:val="center"/>
          </w:tcPr>
          <w:p w14:paraId="7C9BBDBD" w14:textId="77777777" w:rsidR="00F26C4D" w:rsidRDefault="00F26C4D" w:rsidP="00F72BFD">
            <w:pPr>
              <w:spacing w:line="240" w:lineRule="auto"/>
            </w:pPr>
            <w:r>
              <w:rPr>
                <w:sz w:val="14"/>
              </w:rPr>
              <w:t>depth</w:t>
            </w:r>
          </w:p>
        </w:tc>
        <w:tc>
          <w:tcPr>
            <w:tcW w:w="1337" w:type="dxa"/>
            <w:vAlign w:val="center"/>
          </w:tcPr>
          <w:p w14:paraId="7DCAFB7C" w14:textId="77777777" w:rsidR="00F26C4D" w:rsidRDefault="00F26C4D" w:rsidP="00F72BFD">
            <w:pPr>
              <w:spacing w:line="240" w:lineRule="auto"/>
            </w:pPr>
            <w:r>
              <w:rPr>
                <w:sz w:val="14"/>
              </w:rPr>
              <w:t>0.86</w:t>
            </w:r>
          </w:p>
        </w:tc>
        <w:tc>
          <w:tcPr>
            <w:tcW w:w="1337" w:type="dxa"/>
            <w:vAlign w:val="center"/>
          </w:tcPr>
          <w:p w14:paraId="6F1EBFC0" w14:textId="77777777" w:rsidR="00F26C4D" w:rsidRDefault="00F26C4D" w:rsidP="00F72BFD">
            <w:pPr>
              <w:spacing w:line="240" w:lineRule="auto"/>
            </w:pPr>
            <w:r>
              <w:rPr>
                <w:sz w:val="14"/>
              </w:rPr>
              <w:t>2</w:t>
            </w:r>
          </w:p>
        </w:tc>
        <w:tc>
          <w:tcPr>
            <w:tcW w:w="1337" w:type="dxa"/>
            <w:vAlign w:val="center"/>
          </w:tcPr>
          <w:p w14:paraId="09AF24C3" w14:textId="77777777" w:rsidR="00F26C4D" w:rsidRDefault="00F26C4D" w:rsidP="00F72BFD">
            <w:pPr>
              <w:spacing w:line="240" w:lineRule="auto"/>
            </w:pPr>
            <w:r>
              <w:rPr>
                <w:sz w:val="14"/>
              </w:rPr>
              <w:t>12.0</w:t>
            </w:r>
          </w:p>
        </w:tc>
        <w:tc>
          <w:tcPr>
            <w:tcW w:w="1337" w:type="dxa"/>
            <w:vAlign w:val="center"/>
          </w:tcPr>
          <w:p w14:paraId="1F21F1A2" w14:textId="77777777" w:rsidR="00F26C4D" w:rsidRDefault="00F26C4D" w:rsidP="00F72BFD">
            <w:pPr>
              <w:spacing w:line="240" w:lineRule="auto"/>
            </w:pPr>
            <w:r>
              <w:rPr>
                <w:sz w:val="14"/>
              </w:rPr>
              <w:t>0.448</w:t>
            </w:r>
          </w:p>
        </w:tc>
        <w:tc>
          <w:tcPr>
            <w:tcW w:w="1338" w:type="dxa"/>
            <w:vAlign w:val="center"/>
          </w:tcPr>
          <w:p w14:paraId="743F8E71" w14:textId="77777777" w:rsidR="00F26C4D" w:rsidRDefault="00F26C4D" w:rsidP="00F72BFD">
            <w:pPr>
              <w:spacing w:line="240" w:lineRule="auto"/>
            </w:pPr>
            <w:r>
              <w:rPr>
                <w:sz w:val="14"/>
              </w:rPr>
              <w:t>0.497</w:t>
            </w:r>
          </w:p>
        </w:tc>
      </w:tr>
      <w:tr w:rsidR="00F26C4D" w14:paraId="50A6FE59" w14:textId="77777777" w:rsidTr="00F72BFD">
        <w:trPr>
          <w:cantSplit/>
          <w:jc w:val="center"/>
        </w:trPr>
        <w:tc>
          <w:tcPr>
            <w:tcW w:w="1337" w:type="dxa"/>
            <w:vAlign w:val="center"/>
          </w:tcPr>
          <w:p w14:paraId="0A6C1D85" w14:textId="77777777" w:rsidR="00F26C4D" w:rsidRDefault="00F26C4D" w:rsidP="00F72BFD">
            <w:pPr>
              <w:spacing w:line="240" w:lineRule="auto"/>
            </w:pPr>
            <w:r>
              <w:rPr>
                <w:sz w:val="14"/>
              </w:rPr>
              <w:t>Total N</w:t>
            </w:r>
          </w:p>
        </w:tc>
        <w:tc>
          <w:tcPr>
            <w:tcW w:w="1337" w:type="dxa"/>
            <w:vAlign w:val="center"/>
          </w:tcPr>
          <w:p w14:paraId="70B5235F" w14:textId="77777777" w:rsidR="00F26C4D" w:rsidRDefault="00F26C4D" w:rsidP="00F72BFD">
            <w:pPr>
              <w:spacing w:line="240" w:lineRule="auto"/>
            </w:pPr>
            <w:r>
              <w:rPr>
                <w:sz w:val="14"/>
              </w:rPr>
              <w:t>habitat:depth</w:t>
            </w:r>
          </w:p>
        </w:tc>
        <w:tc>
          <w:tcPr>
            <w:tcW w:w="1337" w:type="dxa"/>
            <w:vAlign w:val="center"/>
          </w:tcPr>
          <w:p w14:paraId="701AEC38" w14:textId="77777777" w:rsidR="00F26C4D" w:rsidRDefault="00F26C4D" w:rsidP="00F72BFD">
            <w:pPr>
              <w:spacing w:line="240" w:lineRule="auto"/>
            </w:pPr>
            <w:r>
              <w:rPr>
                <w:sz w:val="14"/>
              </w:rPr>
              <w:t>9.19</w:t>
            </w:r>
          </w:p>
        </w:tc>
        <w:tc>
          <w:tcPr>
            <w:tcW w:w="1337" w:type="dxa"/>
            <w:vAlign w:val="center"/>
          </w:tcPr>
          <w:p w14:paraId="53E51229" w14:textId="77777777" w:rsidR="00F26C4D" w:rsidRDefault="00F26C4D" w:rsidP="00F72BFD">
            <w:pPr>
              <w:spacing w:line="240" w:lineRule="auto"/>
            </w:pPr>
            <w:r>
              <w:rPr>
                <w:sz w:val="14"/>
              </w:rPr>
              <w:t>2</w:t>
            </w:r>
          </w:p>
        </w:tc>
        <w:tc>
          <w:tcPr>
            <w:tcW w:w="1337" w:type="dxa"/>
            <w:vAlign w:val="center"/>
          </w:tcPr>
          <w:p w14:paraId="15F68571" w14:textId="77777777" w:rsidR="00F26C4D" w:rsidRDefault="00F26C4D" w:rsidP="00F72BFD">
            <w:pPr>
              <w:spacing w:line="240" w:lineRule="auto"/>
            </w:pPr>
            <w:r>
              <w:rPr>
                <w:sz w:val="14"/>
              </w:rPr>
              <w:t>12.0</w:t>
            </w:r>
          </w:p>
        </w:tc>
        <w:tc>
          <w:tcPr>
            <w:tcW w:w="1337" w:type="dxa"/>
            <w:vAlign w:val="center"/>
          </w:tcPr>
          <w:p w14:paraId="2D69EBA9" w14:textId="77777777" w:rsidR="00F26C4D" w:rsidRDefault="00F26C4D" w:rsidP="00F72BFD">
            <w:pPr>
              <w:spacing w:line="240" w:lineRule="auto"/>
            </w:pPr>
            <w:r>
              <w:rPr>
                <w:sz w:val="14"/>
              </w:rPr>
              <w:t>0.004</w:t>
            </w:r>
          </w:p>
        </w:tc>
        <w:tc>
          <w:tcPr>
            <w:tcW w:w="1338" w:type="dxa"/>
            <w:vAlign w:val="center"/>
          </w:tcPr>
          <w:p w14:paraId="5382814B" w14:textId="77777777" w:rsidR="00F26C4D" w:rsidRDefault="00F26C4D" w:rsidP="00F72BFD">
            <w:pPr>
              <w:spacing w:line="240" w:lineRule="auto"/>
            </w:pPr>
            <w:r>
              <w:rPr>
                <w:sz w:val="14"/>
              </w:rPr>
              <w:t>0.019</w:t>
            </w:r>
          </w:p>
        </w:tc>
      </w:tr>
      <w:tr w:rsidR="00F26C4D" w14:paraId="1AFAA7EF" w14:textId="77777777" w:rsidTr="00F72BFD">
        <w:trPr>
          <w:cantSplit/>
          <w:jc w:val="center"/>
        </w:trPr>
        <w:tc>
          <w:tcPr>
            <w:tcW w:w="1337" w:type="dxa"/>
            <w:vAlign w:val="center"/>
          </w:tcPr>
          <w:p w14:paraId="31788FF3" w14:textId="77777777" w:rsidR="00F26C4D" w:rsidRDefault="00F26C4D" w:rsidP="00F72BFD">
            <w:pPr>
              <w:spacing w:line="240" w:lineRule="auto"/>
            </w:pPr>
            <w:r>
              <w:rPr>
                <w:sz w:val="14"/>
              </w:rPr>
              <w:t>Total P</w:t>
            </w:r>
          </w:p>
        </w:tc>
        <w:tc>
          <w:tcPr>
            <w:tcW w:w="1337" w:type="dxa"/>
            <w:vAlign w:val="center"/>
          </w:tcPr>
          <w:p w14:paraId="79371B2A" w14:textId="77777777" w:rsidR="00F26C4D" w:rsidRDefault="00F26C4D" w:rsidP="00F72BFD">
            <w:pPr>
              <w:spacing w:line="240" w:lineRule="auto"/>
            </w:pPr>
            <w:r>
              <w:rPr>
                <w:sz w:val="14"/>
              </w:rPr>
              <w:t>habitat</w:t>
            </w:r>
          </w:p>
        </w:tc>
        <w:tc>
          <w:tcPr>
            <w:tcW w:w="1337" w:type="dxa"/>
            <w:vAlign w:val="center"/>
          </w:tcPr>
          <w:p w14:paraId="521A1BCF" w14:textId="77777777" w:rsidR="00F26C4D" w:rsidRDefault="00F26C4D" w:rsidP="00F72BFD">
            <w:pPr>
              <w:spacing w:line="240" w:lineRule="auto"/>
            </w:pPr>
            <w:r>
              <w:rPr>
                <w:sz w:val="14"/>
              </w:rPr>
              <w:t>4.13</w:t>
            </w:r>
          </w:p>
        </w:tc>
        <w:tc>
          <w:tcPr>
            <w:tcW w:w="1337" w:type="dxa"/>
            <w:vAlign w:val="center"/>
          </w:tcPr>
          <w:p w14:paraId="4EA9B049" w14:textId="77777777" w:rsidR="00F26C4D" w:rsidRDefault="00F26C4D" w:rsidP="00F72BFD">
            <w:pPr>
              <w:spacing w:line="240" w:lineRule="auto"/>
            </w:pPr>
            <w:r>
              <w:rPr>
                <w:sz w:val="14"/>
              </w:rPr>
              <w:t>1</w:t>
            </w:r>
          </w:p>
        </w:tc>
        <w:tc>
          <w:tcPr>
            <w:tcW w:w="1337" w:type="dxa"/>
            <w:vAlign w:val="center"/>
          </w:tcPr>
          <w:p w14:paraId="5EDCC36C" w14:textId="77777777" w:rsidR="00F26C4D" w:rsidRDefault="00F26C4D" w:rsidP="00F72BFD">
            <w:pPr>
              <w:spacing w:line="240" w:lineRule="auto"/>
            </w:pPr>
            <w:r>
              <w:rPr>
                <w:sz w:val="14"/>
              </w:rPr>
              <w:t>6.0</w:t>
            </w:r>
          </w:p>
        </w:tc>
        <w:tc>
          <w:tcPr>
            <w:tcW w:w="1337" w:type="dxa"/>
            <w:vAlign w:val="center"/>
          </w:tcPr>
          <w:p w14:paraId="5641FD72" w14:textId="77777777" w:rsidR="00F26C4D" w:rsidRDefault="00F26C4D" w:rsidP="00F72BFD">
            <w:pPr>
              <w:spacing w:line="240" w:lineRule="auto"/>
            </w:pPr>
            <w:r>
              <w:rPr>
                <w:sz w:val="14"/>
              </w:rPr>
              <w:t>0.088</w:t>
            </w:r>
          </w:p>
        </w:tc>
        <w:tc>
          <w:tcPr>
            <w:tcW w:w="1338" w:type="dxa"/>
            <w:vAlign w:val="center"/>
          </w:tcPr>
          <w:p w14:paraId="3CA4D7E1" w14:textId="77777777" w:rsidR="00F26C4D" w:rsidRDefault="00F26C4D" w:rsidP="00F72BFD">
            <w:pPr>
              <w:spacing w:line="240" w:lineRule="auto"/>
            </w:pPr>
            <w:r>
              <w:rPr>
                <w:sz w:val="14"/>
              </w:rPr>
              <w:t>0.221</w:t>
            </w:r>
          </w:p>
        </w:tc>
      </w:tr>
      <w:tr w:rsidR="00F26C4D" w14:paraId="6C428609" w14:textId="77777777" w:rsidTr="00F72BFD">
        <w:trPr>
          <w:cantSplit/>
          <w:jc w:val="center"/>
        </w:trPr>
        <w:tc>
          <w:tcPr>
            <w:tcW w:w="1337" w:type="dxa"/>
            <w:vAlign w:val="center"/>
          </w:tcPr>
          <w:p w14:paraId="1D094375" w14:textId="77777777" w:rsidR="00F26C4D" w:rsidRDefault="00F26C4D" w:rsidP="00F72BFD">
            <w:pPr>
              <w:spacing w:line="240" w:lineRule="auto"/>
            </w:pPr>
            <w:r>
              <w:rPr>
                <w:sz w:val="14"/>
              </w:rPr>
              <w:t>Total P</w:t>
            </w:r>
          </w:p>
        </w:tc>
        <w:tc>
          <w:tcPr>
            <w:tcW w:w="1337" w:type="dxa"/>
            <w:vAlign w:val="center"/>
          </w:tcPr>
          <w:p w14:paraId="076DABDC" w14:textId="77777777" w:rsidR="00F26C4D" w:rsidRDefault="00F26C4D" w:rsidP="00F72BFD">
            <w:pPr>
              <w:spacing w:line="240" w:lineRule="auto"/>
            </w:pPr>
            <w:r>
              <w:rPr>
                <w:sz w:val="14"/>
              </w:rPr>
              <w:t>depth</w:t>
            </w:r>
          </w:p>
        </w:tc>
        <w:tc>
          <w:tcPr>
            <w:tcW w:w="1337" w:type="dxa"/>
            <w:vAlign w:val="center"/>
          </w:tcPr>
          <w:p w14:paraId="1566CDEC" w14:textId="77777777" w:rsidR="00F26C4D" w:rsidRDefault="00F26C4D" w:rsidP="00F72BFD">
            <w:pPr>
              <w:spacing w:line="240" w:lineRule="auto"/>
            </w:pPr>
            <w:r>
              <w:rPr>
                <w:sz w:val="14"/>
              </w:rPr>
              <w:t>1.28</w:t>
            </w:r>
          </w:p>
        </w:tc>
        <w:tc>
          <w:tcPr>
            <w:tcW w:w="1337" w:type="dxa"/>
            <w:vAlign w:val="center"/>
          </w:tcPr>
          <w:p w14:paraId="23F696A6" w14:textId="77777777" w:rsidR="00F26C4D" w:rsidRDefault="00F26C4D" w:rsidP="00F72BFD">
            <w:pPr>
              <w:spacing w:line="240" w:lineRule="auto"/>
            </w:pPr>
            <w:r>
              <w:rPr>
                <w:sz w:val="14"/>
              </w:rPr>
              <w:t>2</w:t>
            </w:r>
          </w:p>
        </w:tc>
        <w:tc>
          <w:tcPr>
            <w:tcW w:w="1337" w:type="dxa"/>
            <w:vAlign w:val="center"/>
          </w:tcPr>
          <w:p w14:paraId="45FE35D2" w14:textId="77777777" w:rsidR="00F26C4D" w:rsidRDefault="00F26C4D" w:rsidP="00F72BFD">
            <w:pPr>
              <w:spacing w:line="240" w:lineRule="auto"/>
            </w:pPr>
            <w:r>
              <w:rPr>
                <w:sz w:val="14"/>
              </w:rPr>
              <w:t>12.0</w:t>
            </w:r>
          </w:p>
        </w:tc>
        <w:tc>
          <w:tcPr>
            <w:tcW w:w="1337" w:type="dxa"/>
            <w:vAlign w:val="center"/>
          </w:tcPr>
          <w:p w14:paraId="4463991F" w14:textId="77777777" w:rsidR="00F26C4D" w:rsidRDefault="00F26C4D" w:rsidP="00F72BFD">
            <w:pPr>
              <w:spacing w:line="240" w:lineRule="auto"/>
            </w:pPr>
            <w:r>
              <w:rPr>
                <w:sz w:val="14"/>
              </w:rPr>
              <w:t>0.313</w:t>
            </w:r>
          </w:p>
        </w:tc>
        <w:tc>
          <w:tcPr>
            <w:tcW w:w="1338" w:type="dxa"/>
            <w:vAlign w:val="center"/>
          </w:tcPr>
          <w:p w14:paraId="3BF62051" w14:textId="77777777" w:rsidR="00F26C4D" w:rsidRDefault="00F26C4D" w:rsidP="00F72BFD">
            <w:pPr>
              <w:spacing w:line="240" w:lineRule="auto"/>
            </w:pPr>
            <w:r>
              <w:rPr>
                <w:sz w:val="14"/>
              </w:rPr>
              <w:t>0.448</w:t>
            </w:r>
          </w:p>
        </w:tc>
      </w:tr>
      <w:tr w:rsidR="00F26C4D" w14:paraId="20C9A6BC" w14:textId="77777777" w:rsidTr="00F72BFD">
        <w:trPr>
          <w:cantSplit/>
          <w:jc w:val="center"/>
        </w:trPr>
        <w:tc>
          <w:tcPr>
            <w:tcW w:w="1337" w:type="dxa"/>
            <w:vAlign w:val="center"/>
          </w:tcPr>
          <w:p w14:paraId="4F1CF377" w14:textId="77777777" w:rsidR="00F26C4D" w:rsidRDefault="00F26C4D" w:rsidP="00F72BFD">
            <w:pPr>
              <w:spacing w:line="240" w:lineRule="auto"/>
            </w:pPr>
            <w:r>
              <w:rPr>
                <w:sz w:val="14"/>
              </w:rPr>
              <w:t>Total P</w:t>
            </w:r>
          </w:p>
        </w:tc>
        <w:tc>
          <w:tcPr>
            <w:tcW w:w="1337" w:type="dxa"/>
            <w:vAlign w:val="center"/>
          </w:tcPr>
          <w:p w14:paraId="24B50129" w14:textId="77777777" w:rsidR="00F26C4D" w:rsidRDefault="00F26C4D" w:rsidP="00F72BFD">
            <w:pPr>
              <w:spacing w:line="240" w:lineRule="auto"/>
            </w:pPr>
            <w:r>
              <w:rPr>
                <w:sz w:val="14"/>
              </w:rPr>
              <w:t>habitat:depth</w:t>
            </w:r>
          </w:p>
        </w:tc>
        <w:tc>
          <w:tcPr>
            <w:tcW w:w="1337" w:type="dxa"/>
            <w:vAlign w:val="center"/>
          </w:tcPr>
          <w:p w14:paraId="4EFA4F12" w14:textId="77777777" w:rsidR="00F26C4D" w:rsidRDefault="00F26C4D" w:rsidP="00F72BFD">
            <w:pPr>
              <w:spacing w:line="240" w:lineRule="auto"/>
            </w:pPr>
            <w:r>
              <w:rPr>
                <w:sz w:val="14"/>
              </w:rPr>
              <w:t>3.14</w:t>
            </w:r>
          </w:p>
        </w:tc>
        <w:tc>
          <w:tcPr>
            <w:tcW w:w="1337" w:type="dxa"/>
            <w:vAlign w:val="center"/>
          </w:tcPr>
          <w:p w14:paraId="73B842D2" w14:textId="77777777" w:rsidR="00F26C4D" w:rsidRDefault="00F26C4D" w:rsidP="00F72BFD">
            <w:pPr>
              <w:spacing w:line="240" w:lineRule="auto"/>
            </w:pPr>
            <w:r>
              <w:rPr>
                <w:sz w:val="14"/>
              </w:rPr>
              <w:t>2</w:t>
            </w:r>
          </w:p>
        </w:tc>
        <w:tc>
          <w:tcPr>
            <w:tcW w:w="1337" w:type="dxa"/>
            <w:vAlign w:val="center"/>
          </w:tcPr>
          <w:p w14:paraId="7EE877F5" w14:textId="77777777" w:rsidR="00F26C4D" w:rsidRDefault="00F26C4D" w:rsidP="00F72BFD">
            <w:pPr>
              <w:spacing w:line="240" w:lineRule="auto"/>
            </w:pPr>
            <w:r>
              <w:rPr>
                <w:sz w:val="14"/>
              </w:rPr>
              <w:t>12.0</w:t>
            </w:r>
          </w:p>
        </w:tc>
        <w:tc>
          <w:tcPr>
            <w:tcW w:w="1337" w:type="dxa"/>
            <w:vAlign w:val="center"/>
          </w:tcPr>
          <w:p w14:paraId="374EF401" w14:textId="77777777" w:rsidR="00F26C4D" w:rsidRDefault="00F26C4D" w:rsidP="00F72BFD">
            <w:pPr>
              <w:spacing w:line="240" w:lineRule="auto"/>
            </w:pPr>
            <w:r>
              <w:rPr>
                <w:sz w:val="14"/>
              </w:rPr>
              <w:t>0.080</w:t>
            </w:r>
          </w:p>
        </w:tc>
        <w:tc>
          <w:tcPr>
            <w:tcW w:w="1338" w:type="dxa"/>
            <w:vAlign w:val="center"/>
          </w:tcPr>
          <w:p w14:paraId="6AF3A9E5" w14:textId="77777777" w:rsidR="00F26C4D" w:rsidRDefault="00F26C4D" w:rsidP="00F72BFD">
            <w:pPr>
              <w:spacing w:line="240" w:lineRule="auto"/>
            </w:pPr>
            <w:r>
              <w:rPr>
                <w:sz w:val="14"/>
              </w:rPr>
              <w:t>0.103</w:t>
            </w:r>
          </w:p>
        </w:tc>
      </w:tr>
      <w:tr w:rsidR="00F26C4D" w14:paraId="25FCF5DC" w14:textId="77777777" w:rsidTr="00F72BFD">
        <w:trPr>
          <w:cantSplit/>
          <w:jc w:val="center"/>
        </w:trPr>
        <w:tc>
          <w:tcPr>
            <w:tcW w:w="1337" w:type="dxa"/>
            <w:vAlign w:val="center"/>
          </w:tcPr>
          <w:p w14:paraId="730E4D8A" w14:textId="77777777" w:rsidR="00F26C4D" w:rsidRDefault="00F26C4D" w:rsidP="00F72BFD">
            <w:pPr>
              <w:spacing w:line="240" w:lineRule="auto"/>
            </w:pPr>
            <w:r>
              <w:rPr>
                <w:sz w:val="14"/>
              </w:rPr>
              <w:t>pH</w:t>
            </w:r>
          </w:p>
        </w:tc>
        <w:tc>
          <w:tcPr>
            <w:tcW w:w="1337" w:type="dxa"/>
            <w:vAlign w:val="center"/>
          </w:tcPr>
          <w:p w14:paraId="06C19FC5" w14:textId="77777777" w:rsidR="00F26C4D" w:rsidRDefault="00F26C4D" w:rsidP="00F72BFD">
            <w:pPr>
              <w:spacing w:line="240" w:lineRule="auto"/>
            </w:pPr>
            <w:r>
              <w:rPr>
                <w:sz w:val="14"/>
              </w:rPr>
              <w:t>habitat</w:t>
            </w:r>
          </w:p>
        </w:tc>
        <w:tc>
          <w:tcPr>
            <w:tcW w:w="1337" w:type="dxa"/>
            <w:vAlign w:val="center"/>
          </w:tcPr>
          <w:p w14:paraId="4D1B0D20" w14:textId="77777777" w:rsidR="00F26C4D" w:rsidRDefault="00F26C4D" w:rsidP="00F72BFD">
            <w:pPr>
              <w:spacing w:line="240" w:lineRule="auto"/>
            </w:pPr>
            <w:r>
              <w:rPr>
                <w:sz w:val="14"/>
              </w:rPr>
              <w:t>0.02</w:t>
            </w:r>
          </w:p>
        </w:tc>
        <w:tc>
          <w:tcPr>
            <w:tcW w:w="1337" w:type="dxa"/>
            <w:vAlign w:val="center"/>
          </w:tcPr>
          <w:p w14:paraId="21D3662F" w14:textId="77777777" w:rsidR="00F26C4D" w:rsidRDefault="00F26C4D" w:rsidP="00F72BFD">
            <w:pPr>
              <w:spacing w:line="240" w:lineRule="auto"/>
            </w:pPr>
            <w:r>
              <w:rPr>
                <w:sz w:val="14"/>
              </w:rPr>
              <w:t>1</w:t>
            </w:r>
          </w:p>
        </w:tc>
        <w:tc>
          <w:tcPr>
            <w:tcW w:w="1337" w:type="dxa"/>
            <w:vAlign w:val="center"/>
          </w:tcPr>
          <w:p w14:paraId="4603DF95" w14:textId="77777777" w:rsidR="00F26C4D" w:rsidRDefault="00F26C4D" w:rsidP="00F72BFD">
            <w:pPr>
              <w:spacing w:line="240" w:lineRule="auto"/>
            </w:pPr>
            <w:r>
              <w:rPr>
                <w:sz w:val="14"/>
              </w:rPr>
              <w:t>6.0</w:t>
            </w:r>
          </w:p>
        </w:tc>
        <w:tc>
          <w:tcPr>
            <w:tcW w:w="1337" w:type="dxa"/>
            <w:vAlign w:val="center"/>
          </w:tcPr>
          <w:p w14:paraId="1DA52E0C" w14:textId="77777777" w:rsidR="00F26C4D" w:rsidRDefault="00F26C4D" w:rsidP="00F72BFD">
            <w:pPr>
              <w:spacing w:line="240" w:lineRule="auto"/>
            </w:pPr>
            <w:r>
              <w:rPr>
                <w:sz w:val="14"/>
              </w:rPr>
              <w:t>0.900</w:t>
            </w:r>
          </w:p>
        </w:tc>
        <w:tc>
          <w:tcPr>
            <w:tcW w:w="1338" w:type="dxa"/>
            <w:vAlign w:val="center"/>
          </w:tcPr>
          <w:p w14:paraId="64E450CF" w14:textId="77777777" w:rsidR="00F26C4D" w:rsidRDefault="00F26C4D" w:rsidP="00F72BFD">
            <w:pPr>
              <w:spacing w:line="240" w:lineRule="auto"/>
            </w:pPr>
            <w:r>
              <w:rPr>
                <w:sz w:val="14"/>
              </w:rPr>
              <w:t>0.900</w:t>
            </w:r>
          </w:p>
        </w:tc>
      </w:tr>
      <w:tr w:rsidR="00F26C4D" w14:paraId="354D3951" w14:textId="77777777" w:rsidTr="00F72BFD">
        <w:trPr>
          <w:cantSplit/>
          <w:jc w:val="center"/>
        </w:trPr>
        <w:tc>
          <w:tcPr>
            <w:tcW w:w="1337" w:type="dxa"/>
            <w:vAlign w:val="center"/>
          </w:tcPr>
          <w:p w14:paraId="7470B888" w14:textId="77777777" w:rsidR="00F26C4D" w:rsidRDefault="00F26C4D" w:rsidP="00F72BFD">
            <w:pPr>
              <w:spacing w:line="240" w:lineRule="auto"/>
            </w:pPr>
            <w:r>
              <w:rPr>
                <w:sz w:val="14"/>
              </w:rPr>
              <w:t>pH</w:t>
            </w:r>
          </w:p>
        </w:tc>
        <w:tc>
          <w:tcPr>
            <w:tcW w:w="1337" w:type="dxa"/>
            <w:vAlign w:val="center"/>
          </w:tcPr>
          <w:p w14:paraId="236441C7" w14:textId="77777777" w:rsidR="00F26C4D" w:rsidRDefault="00F26C4D" w:rsidP="00F72BFD">
            <w:pPr>
              <w:spacing w:line="240" w:lineRule="auto"/>
            </w:pPr>
            <w:r>
              <w:rPr>
                <w:sz w:val="14"/>
              </w:rPr>
              <w:t>depth</w:t>
            </w:r>
          </w:p>
        </w:tc>
        <w:tc>
          <w:tcPr>
            <w:tcW w:w="1337" w:type="dxa"/>
            <w:vAlign w:val="center"/>
          </w:tcPr>
          <w:p w14:paraId="583C393F" w14:textId="77777777" w:rsidR="00F26C4D" w:rsidRDefault="00F26C4D" w:rsidP="00F72BFD">
            <w:pPr>
              <w:spacing w:line="240" w:lineRule="auto"/>
            </w:pPr>
            <w:r>
              <w:rPr>
                <w:sz w:val="14"/>
              </w:rPr>
              <w:t>1.37</w:t>
            </w:r>
          </w:p>
        </w:tc>
        <w:tc>
          <w:tcPr>
            <w:tcW w:w="1337" w:type="dxa"/>
            <w:vAlign w:val="center"/>
          </w:tcPr>
          <w:p w14:paraId="196D0A71" w14:textId="77777777" w:rsidR="00F26C4D" w:rsidRDefault="00F26C4D" w:rsidP="00F72BFD">
            <w:pPr>
              <w:spacing w:line="240" w:lineRule="auto"/>
            </w:pPr>
            <w:r>
              <w:rPr>
                <w:sz w:val="14"/>
              </w:rPr>
              <w:t>2</w:t>
            </w:r>
          </w:p>
        </w:tc>
        <w:tc>
          <w:tcPr>
            <w:tcW w:w="1337" w:type="dxa"/>
            <w:vAlign w:val="center"/>
          </w:tcPr>
          <w:p w14:paraId="073661C1" w14:textId="77777777" w:rsidR="00F26C4D" w:rsidRDefault="00F26C4D" w:rsidP="00F72BFD">
            <w:pPr>
              <w:spacing w:line="240" w:lineRule="auto"/>
            </w:pPr>
            <w:r>
              <w:rPr>
                <w:sz w:val="14"/>
              </w:rPr>
              <w:t>12.0</w:t>
            </w:r>
          </w:p>
        </w:tc>
        <w:tc>
          <w:tcPr>
            <w:tcW w:w="1337" w:type="dxa"/>
            <w:vAlign w:val="center"/>
          </w:tcPr>
          <w:p w14:paraId="4C50CE47" w14:textId="77777777" w:rsidR="00F26C4D" w:rsidRDefault="00F26C4D" w:rsidP="00F72BFD">
            <w:pPr>
              <w:spacing w:line="240" w:lineRule="auto"/>
            </w:pPr>
            <w:r>
              <w:rPr>
                <w:sz w:val="14"/>
              </w:rPr>
              <w:t>0.291</w:t>
            </w:r>
          </w:p>
        </w:tc>
        <w:tc>
          <w:tcPr>
            <w:tcW w:w="1338" w:type="dxa"/>
            <w:vAlign w:val="center"/>
          </w:tcPr>
          <w:p w14:paraId="5306573A" w14:textId="77777777" w:rsidR="00F26C4D" w:rsidRDefault="00F26C4D" w:rsidP="00F72BFD">
            <w:pPr>
              <w:spacing w:line="240" w:lineRule="auto"/>
            </w:pPr>
            <w:r>
              <w:rPr>
                <w:sz w:val="14"/>
              </w:rPr>
              <w:t>0.448</w:t>
            </w:r>
          </w:p>
        </w:tc>
      </w:tr>
      <w:tr w:rsidR="00F26C4D" w14:paraId="04D01B7E" w14:textId="77777777" w:rsidTr="00F72BFD">
        <w:trPr>
          <w:cantSplit/>
          <w:jc w:val="center"/>
        </w:trPr>
        <w:tc>
          <w:tcPr>
            <w:tcW w:w="1337" w:type="dxa"/>
            <w:vAlign w:val="center"/>
          </w:tcPr>
          <w:p w14:paraId="6E9CABD2" w14:textId="77777777" w:rsidR="00F26C4D" w:rsidRDefault="00F26C4D" w:rsidP="00F72BFD">
            <w:pPr>
              <w:spacing w:line="240" w:lineRule="auto"/>
            </w:pPr>
            <w:r>
              <w:rPr>
                <w:sz w:val="14"/>
              </w:rPr>
              <w:t>pH</w:t>
            </w:r>
          </w:p>
        </w:tc>
        <w:tc>
          <w:tcPr>
            <w:tcW w:w="1337" w:type="dxa"/>
            <w:vAlign w:val="center"/>
          </w:tcPr>
          <w:p w14:paraId="0B787780" w14:textId="77777777" w:rsidR="00F26C4D" w:rsidRDefault="00F26C4D" w:rsidP="00F72BFD">
            <w:pPr>
              <w:spacing w:line="240" w:lineRule="auto"/>
            </w:pPr>
            <w:r>
              <w:rPr>
                <w:sz w:val="14"/>
              </w:rPr>
              <w:t>habitat:depth</w:t>
            </w:r>
          </w:p>
        </w:tc>
        <w:tc>
          <w:tcPr>
            <w:tcW w:w="1337" w:type="dxa"/>
            <w:vAlign w:val="center"/>
          </w:tcPr>
          <w:p w14:paraId="278D25AB" w14:textId="77777777" w:rsidR="00F26C4D" w:rsidRDefault="00F26C4D" w:rsidP="00F72BFD">
            <w:pPr>
              <w:spacing w:line="240" w:lineRule="auto"/>
            </w:pPr>
            <w:r>
              <w:rPr>
                <w:sz w:val="14"/>
              </w:rPr>
              <w:t>0.47</w:t>
            </w:r>
          </w:p>
        </w:tc>
        <w:tc>
          <w:tcPr>
            <w:tcW w:w="1337" w:type="dxa"/>
            <w:vAlign w:val="center"/>
          </w:tcPr>
          <w:p w14:paraId="6CEAE57D" w14:textId="77777777" w:rsidR="00F26C4D" w:rsidRDefault="00F26C4D" w:rsidP="00F72BFD">
            <w:pPr>
              <w:spacing w:line="240" w:lineRule="auto"/>
            </w:pPr>
            <w:r>
              <w:rPr>
                <w:sz w:val="14"/>
              </w:rPr>
              <w:t>2</w:t>
            </w:r>
          </w:p>
        </w:tc>
        <w:tc>
          <w:tcPr>
            <w:tcW w:w="1337" w:type="dxa"/>
            <w:vAlign w:val="center"/>
          </w:tcPr>
          <w:p w14:paraId="0A72DA7C" w14:textId="77777777" w:rsidR="00F26C4D" w:rsidRDefault="00F26C4D" w:rsidP="00F72BFD">
            <w:pPr>
              <w:spacing w:line="240" w:lineRule="auto"/>
            </w:pPr>
            <w:r>
              <w:rPr>
                <w:sz w:val="14"/>
              </w:rPr>
              <w:t>12.0</w:t>
            </w:r>
          </w:p>
        </w:tc>
        <w:tc>
          <w:tcPr>
            <w:tcW w:w="1337" w:type="dxa"/>
            <w:vAlign w:val="center"/>
          </w:tcPr>
          <w:p w14:paraId="73347413" w14:textId="77777777" w:rsidR="00F26C4D" w:rsidRDefault="00F26C4D" w:rsidP="00F72BFD">
            <w:pPr>
              <w:spacing w:line="240" w:lineRule="auto"/>
            </w:pPr>
            <w:r>
              <w:rPr>
                <w:sz w:val="14"/>
              </w:rPr>
              <w:t>0.638</w:t>
            </w:r>
          </w:p>
        </w:tc>
        <w:tc>
          <w:tcPr>
            <w:tcW w:w="1338" w:type="dxa"/>
            <w:vAlign w:val="center"/>
          </w:tcPr>
          <w:p w14:paraId="3E560379" w14:textId="77777777" w:rsidR="00F26C4D" w:rsidRDefault="00F26C4D" w:rsidP="00F72BFD">
            <w:pPr>
              <w:spacing w:line="240" w:lineRule="auto"/>
            </w:pPr>
            <w:r>
              <w:rPr>
                <w:sz w:val="14"/>
              </w:rPr>
              <w:t>0.708</w:t>
            </w:r>
          </w:p>
        </w:tc>
      </w:tr>
    </w:tbl>
    <w:p w14:paraId="3EBB5EC8" w14:textId="77777777" w:rsidR="00F26C4D" w:rsidRDefault="00F26C4D" w:rsidP="00F26C4D">
      <w:r>
        <w:br w:type="page"/>
      </w:r>
    </w:p>
    <w:p w14:paraId="352FE65D" w14:textId="77777777" w:rsidR="00F26C4D" w:rsidRDefault="00F26C4D" w:rsidP="00F26C4D">
      <w:pPr>
        <w:pStyle w:val="21"/>
      </w:pPr>
      <w:r>
        <w:rPr>
          <w:rFonts w:ascii="Times New Roman" w:eastAsia="Times New Roman" w:hAnsi="Times New Roman"/>
        </w:rPr>
        <w:lastRenderedPageBreak/>
        <w:t>Supplementary Figures</w:t>
      </w:r>
    </w:p>
    <w:p w14:paraId="09A5511C" w14:textId="77777777" w:rsidR="00F26C4D" w:rsidRDefault="00F26C4D" w:rsidP="00F26C4D">
      <w:pPr>
        <w:pStyle w:val="FigureCaption"/>
      </w:pPr>
      <w:r>
        <w:rPr>
          <w:b/>
        </w:rPr>
        <w:t>Supplementary Figure S1. Observed PLFA concentrations and ratios.</w:t>
      </w:r>
      <w:r>
        <w:t xml:space="preserve"> Points and lines are means across the four independent management units; error bars are standard errors. Blue denotes swamp meadow, orange denotes meadow, solid lines denote excluded units and dashed lines denote grazed units. These raw-scale panels complement the pair-level lnRR analysis.</w:t>
      </w:r>
    </w:p>
    <w:p w14:paraId="2625520D" w14:textId="77777777" w:rsidR="00F26C4D" w:rsidRDefault="00F26C4D" w:rsidP="00F26C4D">
      <w:pPr>
        <w:jc w:val="center"/>
      </w:pPr>
      <w:r>
        <w:rPr>
          <w:noProof/>
        </w:rPr>
        <w:drawing>
          <wp:inline distT="0" distB="0" distL="0" distR="0" wp14:anchorId="089FB6AA" wp14:editId="722F57E5">
            <wp:extent cx="5040000" cy="6861273"/>
            <wp:effectExtent l="0" t="0" r="0" b="0"/>
            <wp:docPr id="1" name="Picture 1" descr="Observed PLFA concentrations and ratios across dates, depths, habitats and management units." title="Observed PLFA concentrations and ratios across dates, depths, habitats and management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for_Word.png"/>
                    <pic:cNvPicPr/>
                  </pic:nvPicPr>
                  <pic:blipFill>
                    <a:blip r:embed="rId5"/>
                    <a:stretch>
                      <a:fillRect/>
                    </a:stretch>
                  </pic:blipFill>
                  <pic:spPr>
                    <a:xfrm>
                      <a:off x="0" y="0"/>
                      <a:ext cx="5040000" cy="6861273"/>
                    </a:xfrm>
                    <a:prstGeom prst="rect">
                      <a:avLst/>
                    </a:prstGeom>
                  </pic:spPr>
                </pic:pic>
              </a:graphicData>
            </a:graphic>
          </wp:inline>
        </w:drawing>
      </w:r>
    </w:p>
    <w:p w14:paraId="00C97D04" w14:textId="77777777" w:rsidR="00F26C4D" w:rsidRDefault="00F26C4D" w:rsidP="00F26C4D">
      <w:pPr>
        <w:pStyle w:val="FigureCaption"/>
      </w:pPr>
      <w:r>
        <w:rPr>
          <w:b/>
        </w:rPr>
        <w:lastRenderedPageBreak/>
        <w:t>Supplementary Figure S2. Day-0 paired soil and root profiles.</w:t>
      </w:r>
      <w:r>
        <w:t xml:space="preserve"> Points are mean paired contrasts and horizontal bars are 95% confidence intervals from four pairs per habitat. Positive-valued outcomes use lnRR; pH uses grazed minus excluded. Shapes identify depth. These one-date profiles are environmental context, not temporal mediators.</w:t>
      </w:r>
    </w:p>
    <w:p w14:paraId="4CCDB016" w14:textId="77777777" w:rsidR="00F26C4D" w:rsidRDefault="00F26C4D" w:rsidP="00F26C4D">
      <w:pPr>
        <w:jc w:val="center"/>
      </w:pPr>
      <w:r>
        <w:rPr>
          <w:noProof/>
        </w:rPr>
        <w:drawing>
          <wp:inline distT="0" distB="0" distL="0" distR="0" wp14:anchorId="1D4BE6FE" wp14:editId="03E95DBE">
            <wp:extent cx="5760000" cy="4320000"/>
            <wp:effectExtent l="0" t="0" r="0" b="0"/>
            <wp:docPr id="2" name="Picture 2" descr="Day-0 paired soil-property and root-biomass profiles with 95% confidence intervals." title="Day-0 paired soil-property and root-biomass profiles with 95% confidence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for_Word.png"/>
                    <pic:cNvPicPr/>
                  </pic:nvPicPr>
                  <pic:blipFill>
                    <a:blip r:embed="rId6"/>
                    <a:stretch>
                      <a:fillRect/>
                    </a:stretch>
                  </pic:blipFill>
                  <pic:spPr>
                    <a:xfrm>
                      <a:off x="0" y="0"/>
                      <a:ext cx="5760000" cy="4320000"/>
                    </a:xfrm>
                    <a:prstGeom prst="rect">
                      <a:avLst/>
                    </a:prstGeom>
                  </pic:spPr>
                </pic:pic>
              </a:graphicData>
            </a:graphic>
          </wp:inline>
        </w:drawing>
      </w:r>
    </w:p>
    <w:p w14:paraId="09E9073A" w14:textId="77777777" w:rsidR="00F26C4D" w:rsidRDefault="00F26C4D" w:rsidP="00F26C4D">
      <w:pPr>
        <w:pStyle w:val="FigureCaption"/>
      </w:pPr>
      <w:r>
        <w:rPr>
          <w:b/>
        </w:rPr>
        <w:lastRenderedPageBreak/>
        <w:t>Supplementary Figure S3. Primary-model diagnostics.</w:t>
      </w:r>
      <w:r>
        <w:t xml:space="preserve"> (a) Standardised residuals versus fitted values. (b) Normal quantile plots. Panels show all eight PLFA outcomes; no observation was excluded.</w:t>
      </w:r>
    </w:p>
    <w:p w14:paraId="4BC6E2BC" w14:textId="77777777" w:rsidR="00F26C4D" w:rsidRDefault="00F26C4D" w:rsidP="00F26C4D">
      <w:pPr>
        <w:jc w:val="center"/>
      </w:pPr>
      <w:r>
        <w:rPr>
          <w:noProof/>
        </w:rPr>
        <w:drawing>
          <wp:inline distT="0" distB="0" distL="0" distR="0" wp14:anchorId="2ABDEFBB" wp14:editId="53A2AB21">
            <wp:extent cx="5760000" cy="7362327"/>
            <wp:effectExtent l="0" t="0" r="0" b="0"/>
            <wp:docPr id="3" name="Picture 3" descr="Residual-versus-fitted and normal-quantile diagnostics for all eight PLFA models." title="Residual-versus-fitted and normal-quantile diagnostics for all eight PLFA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_for_Word.png"/>
                    <pic:cNvPicPr/>
                  </pic:nvPicPr>
                  <pic:blipFill>
                    <a:blip r:embed="rId7"/>
                    <a:stretch>
                      <a:fillRect/>
                    </a:stretch>
                  </pic:blipFill>
                  <pic:spPr>
                    <a:xfrm>
                      <a:off x="0" y="0"/>
                      <a:ext cx="5760000" cy="7362327"/>
                    </a:xfrm>
                    <a:prstGeom prst="rect">
                      <a:avLst/>
                    </a:prstGeom>
                  </pic:spPr>
                </pic:pic>
              </a:graphicData>
            </a:graphic>
          </wp:inline>
        </w:drawing>
      </w:r>
    </w:p>
    <w:p w14:paraId="27F515A6" w14:textId="77777777" w:rsidR="00F26C4D" w:rsidRDefault="00F26C4D" w:rsidP="00F26C4D">
      <w:pPr>
        <w:pStyle w:val="FigureCaption"/>
      </w:pPr>
      <w:r>
        <w:rPr>
          <w:b/>
        </w:rPr>
        <w:lastRenderedPageBreak/>
        <w:t>Supplementary Figure S4. Leave-one-independent-pair-out P values.</w:t>
      </w:r>
      <w:r>
        <w:t xml:space="preserve"> Each column omits one of the eight pair subjects. Values are capped at 0.10 for display; red cells denote smaller P values. The complete numerical table is supplied in the source-data workbook.</w:t>
      </w:r>
    </w:p>
    <w:p w14:paraId="004C427F" w14:textId="77777777" w:rsidR="00F26C4D" w:rsidRDefault="00F26C4D" w:rsidP="00F26C4D">
      <w:pPr>
        <w:jc w:val="center"/>
      </w:pPr>
      <w:r>
        <w:rPr>
          <w:noProof/>
        </w:rPr>
        <w:drawing>
          <wp:inline distT="0" distB="0" distL="0" distR="0" wp14:anchorId="228BF4CB" wp14:editId="6E3AE77C">
            <wp:extent cx="5760000" cy="6720873"/>
            <wp:effectExtent l="0" t="0" r="0" b="0"/>
            <wp:docPr id="4" name="Picture 4" descr="Leave-one-independent-pair-out P values for the four target model terms." title="Leave-one-independent-pair-out P values for the four target model te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_for_Word.png"/>
                    <pic:cNvPicPr/>
                  </pic:nvPicPr>
                  <pic:blipFill>
                    <a:blip r:embed="rId8"/>
                    <a:stretch>
                      <a:fillRect/>
                    </a:stretch>
                  </pic:blipFill>
                  <pic:spPr>
                    <a:xfrm>
                      <a:off x="0" y="0"/>
                      <a:ext cx="5760000" cy="6720873"/>
                    </a:xfrm>
                    <a:prstGeom prst="rect">
                      <a:avLst/>
                    </a:prstGeom>
                  </pic:spPr>
                </pic:pic>
              </a:graphicData>
            </a:graphic>
          </wp:inline>
        </w:drawing>
      </w:r>
    </w:p>
    <w:p w14:paraId="236ADB47" w14:textId="77777777" w:rsidR="004A514B" w:rsidRDefault="004A514B">
      <w:pPr>
        <w:rPr>
          <w:rFonts w:hint="eastAsia"/>
        </w:rPr>
      </w:pPr>
    </w:p>
    <w:sectPr w:rsidR="004A514B" w:rsidSect="00F26C4D">
      <w:footerReference w:type="default" r:id="rId9"/>
      <w:pgSz w:w="12240" w:h="15840"/>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74C9" w14:textId="77777777" w:rsidR="00F26C4D" w:rsidRDefault="00F26C4D">
    <w:pPr>
      <w:pStyle w:val="af2"/>
      <w:jc w:val="center"/>
    </w:pPr>
    <w:r>
      <w:fldChar w:fldCharType="begin"/>
    </w:r>
    <w:r>
      <w:instrText xml:space="preserve"> PAGE </w:instrText>
    </w:r>
    <w:r>
      <w:fldChar w:fldCharType="separate"/>
    </w:r>
    <w:r>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93143330">
    <w:abstractNumId w:val="8"/>
  </w:num>
  <w:num w:numId="2" w16cid:durableId="240409539">
    <w:abstractNumId w:val="6"/>
  </w:num>
  <w:num w:numId="3" w16cid:durableId="927537918">
    <w:abstractNumId w:val="5"/>
  </w:num>
  <w:num w:numId="4" w16cid:durableId="1581408985">
    <w:abstractNumId w:val="4"/>
  </w:num>
  <w:num w:numId="5" w16cid:durableId="322051014">
    <w:abstractNumId w:val="7"/>
  </w:num>
  <w:num w:numId="6" w16cid:durableId="1200168976">
    <w:abstractNumId w:val="3"/>
  </w:num>
  <w:num w:numId="7" w16cid:durableId="1440296953">
    <w:abstractNumId w:val="2"/>
  </w:num>
  <w:num w:numId="8" w16cid:durableId="2022464568">
    <w:abstractNumId w:val="1"/>
  </w:num>
  <w:num w:numId="9" w16cid:durableId="268778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1D4"/>
    <w:rsid w:val="0005462B"/>
    <w:rsid w:val="004A514B"/>
    <w:rsid w:val="004C6491"/>
    <w:rsid w:val="006A01D4"/>
    <w:rsid w:val="00F26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EF847-42CC-4035-A265-87EAF580F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26C4D"/>
    <w:pPr>
      <w:spacing w:line="276" w:lineRule="auto"/>
    </w:pPr>
    <w:rPr>
      <w:rFonts w:ascii="Times New Roman" w:eastAsia="Times New Roman" w:hAnsi="Times New Roman"/>
      <w:kern w:val="0"/>
      <w:lang w:eastAsia="en-US"/>
    </w:rPr>
  </w:style>
  <w:style w:type="paragraph" w:styleId="1">
    <w:name w:val="heading 1"/>
    <w:basedOn w:val="a1"/>
    <w:next w:val="a1"/>
    <w:link w:val="10"/>
    <w:uiPriority w:val="9"/>
    <w:qFormat/>
    <w:rsid w:val="006A01D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1"/>
    <w:next w:val="a1"/>
    <w:link w:val="22"/>
    <w:uiPriority w:val="9"/>
    <w:unhideWhenUsed/>
    <w:qFormat/>
    <w:rsid w:val="006A01D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1"/>
    <w:next w:val="a1"/>
    <w:link w:val="32"/>
    <w:uiPriority w:val="9"/>
    <w:unhideWhenUsed/>
    <w:qFormat/>
    <w:rsid w:val="006A01D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1"/>
    <w:next w:val="a1"/>
    <w:link w:val="40"/>
    <w:uiPriority w:val="9"/>
    <w:semiHidden/>
    <w:unhideWhenUsed/>
    <w:qFormat/>
    <w:rsid w:val="006A01D4"/>
    <w:pPr>
      <w:keepNext/>
      <w:keepLines/>
      <w:spacing w:before="80" w:after="40"/>
      <w:outlineLvl w:val="3"/>
    </w:pPr>
    <w:rPr>
      <w:rFonts w:cstheme="majorBidi"/>
      <w:color w:val="0F4761" w:themeColor="accent1" w:themeShade="BF"/>
      <w:sz w:val="28"/>
      <w:szCs w:val="28"/>
    </w:rPr>
  </w:style>
  <w:style w:type="paragraph" w:styleId="5">
    <w:name w:val="heading 5"/>
    <w:basedOn w:val="a1"/>
    <w:next w:val="a1"/>
    <w:link w:val="50"/>
    <w:uiPriority w:val="9"/>
    <w:semiHidden/>
    <w:unhideWhenUsed/>
    <w:qFormat/>
    <w:rsid w:val="006A01D4"/>
    <w:pPr>
      <w:keepNext/>
      <w:keepLines/>
      <w:spacing w:before="80" w:after="40"/>
      <w:outlineLvl w:val="4"/>
    </w:pPr>
    <w:rPr>
      <w:rFonts w:cstheme="majorBidi"/>
      <w:color w:val="0F4761" w:themeColor="accent1" w:themeShade="BF"/>
      <w:sz w:val="24"/>
      <w:szCs w:val="24"/>
    </w:rPr>
  </w:style>
  <w:style w:type="paragraph" w:styleId="6">
    <w:name w:val="heading 6"/>
    <w:basedOn w:val="a1"/>
    <w:next w:val="a1"/>
    <w:link w:val="60"/>
    <w:uiPriority w:val="9"/>
    <w:semiHidden/>
    <w:unhideWhenUsed/>
    <w:qFormat/>
    <w:rsid w:val="006A01D4"/>
    <w:pPr>
      <w:keepNext/>
      <w:keepLines/>
      <w:spacing w:before="40"/>
      <w:outlineLvl w:val="5"/>
    </w:pPr>
    <w:rPr>
      <w:rFonts w:cstheme="majorBidi"/>
      <w:b/>
      <w:bCs/>
      <w:color w:val="0F4761" w:themeColor="accent1" w:themeShade="BF"/>
    </w:rPr>
  </w:style>
  <w:style w:type="paragraph" w:styleId="7">
    <w:name w:val="heading 7"/>
    <w:basedOn w:val="a1"/>
    <w:next w:val="a1"/>
    <w:link w:val="70"/>
    <w:uiPriority w:val="9"/>
    <w:semiHidden/>
    <w:unhideWhenUsed/>
    <w:qFormat/>
    <w:rsid w:val="006A01D4"/>
    <w:pPr>
      <w:keepNext/>
      <w:keepLines/>
      <w:spacing w:before="40"/>
      <w:outlineLvl w:val="6"/>
    </w:pPr>
    <w:rPr>
      <w:rFonts w:cstheme="majorBidi"/>
      <w:b/>
      <w:bCs/>
      <w:color w:val="595959" w:themeColor="text1" w:themeTint="A6"/>
    </w:rPr>
  </w:style>
  <w:style w:type="paragraph" w:styleId="8">
    <w:name w:val="heading 8"/>
    <w:basedOn w:val="a1"/>
    <w:next w:val="a1"/>
    <w:link w:val="80"/>
    <w:uiPriority w:val="9"/>
    <w:semiHidden/>
    <w:unhideWhenUsed/>
    <w:qFormat/>
    <w:rsid w:val="006A01D4"/>
    <w:pPr>
      <w:keepNext/>
      <w:keepLines/>
      <w:outlineLvl w:val="7"/>
    </w:pPr>
    <w:rPr>
      <w:rFonts w:cstheme="majorBidi"/>
      <w:color w:val="595959" w:themeColor="text1" w:themeTint="A6"/>
    </w:rPr>
  </w:style>
  <w:style w:type="paragraph" w:styleId="9">
    <w:name w:val="heading 9"/>
    <w:basedOn w:val="a1"/>
    <w:next w:val="a1"/>
    <w:link w:val="90"/>
    <w:uiPriority w:val="9"/>
    <w:semiHidden/>
    <w:unhideWhenUsed/>
    <w:qFormat/>
    <w:rsid w:val="006A01D4"/>
    <w:pPr>
      <w:keepNext/>
      <w:keepLines/>
      <w:outlineLvl w:val="8"/>
    </w:pPr>
    <w:rPr>
      <w:rFonts w:eastAsiaTheme="majorEastAsia" w:cstheme="majorBidi"/>
      <w:color w:val="595959" w:themeColor="text1" w:themeTint="A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
    <w:rsid w:val="006A01D4"/>
    <w:rPr>
      <w:rFonts w:asciiTheme="majorHAnsi" w:eastAsiaTheme="majorEastAsia" w:hAnsiTheme="majorHAnsi" w:cstheme="majorBidi"/>
      <w:color w:val="0F4761" w:themeColor="accent1" w:themeShade="BF"/>
      <w:sz w:val="48"/>
      <w:szCs w:val="48"/>
    </w:rPr>
  </w:style>
  <w:style w:type="character" w:customStyle="1" w:styleId="22">
    <w:name w:val="标题 2 字符"/>
    <w:basedOn w:val="a2"/>
    <w:link w:val="21"/>
    <w:uiPriority w:val="9"/>
    <w:rsid w:val="006A01D4"/>
    <w:rPr>
      <w:rFonts w:asciiTheme="majorHAnsi" w:eastAsiaTheme="majorEastAsia" w:hAnsiTheme="majorHAnsi" w:cstheme="majorBidi"/>
      <w:color w:val="0F4761" w:themeColor="accent1" w:themeShade="BF"/>
      <w:sz w:val="40"/>
      <w:szCs w:val="40"/>
    </w:rPr>
  </w:style>
  <w:style w:type="character" w:customStyle="1" w:styleId="32">
    <w:name w:val="标题 3 字符"/>
    <w:basedOn w:val="a2"/>
    <w:link w:val="31"/>
    <w:uiPriority w:val="9"/>
    <w:rsid w:val="006A01D4"/>
    <w:rPr>
      <w:rFonts w:asciiTheme="majorHAnsi" w:eastAsiaTheme="majorEastAsia" w:hAnsiTheme="majorHAnsi" w:cstheme="majorBidi"/>
      <w:color w:val="0F4761" w:themeColor="accent1" w:themeShade="BF"/>
      <w:sz w:val="32"/>
      <w:szCs w:val="32"/>
    </w:rPr>
  </w:style>
  <w:style w:type="character" w:customStyle="1" w:styleId="40">
    <w:name w:val="标题 4 字符"/>
    <w:basedOn w:val="a2"/>
    <w:link w:val="4"/>
    <w:uiPriority w:val="9"/>
    <w:semiHidden/>
    <w:rsid w:val="006A01D4"/>
    <w:rPr>
      <w:rFonts w:cstheme="majorBidi"/>
      <w:color w:val="0F4761" w:themeColor="accent1" w:themeShade="BF"/>
      <w:sz w:val="28"/>
      <w:szCs w:val="28"/>
    </w:rPr>
  </w:style>
  <w:style w:type="character" w:customStyle="1" w:styleId="50">
    <w:name w:val="标题 5 字符"/>
    <w:basedOn w:val="a2"/>
    <w:link w:val="5"/>
    <w:uiPriority w:val="9"/>
    <w:semiHidden/>
    <w:rsid w:val="006A01D4"/>
    <w:rPr>
      <w:rFonts w:cstheme="majorBidi"/>
      <w:color w:val="0F4761" w:themeColor="accent1" w:themeShade="BF"/>
      <w:sz w:val="24"/>
      <w:szCs w:val="24"/>
    </w:rPr>
  </w:style>
  <w:style w:type="character" w:customStyle="1" w:styleId="60">
    <w:name w:val="标题 6 字符"/>
    <w:basedOn w:val="a2"/>
    <w:link w:val="6"/>
    <w:uiPriority w:val="9"/>
    <w:semiHidden/>
    <w:rsid w:val="006A01D4"/>
    <w:rPr>
      <w:rFonts w:cstheme="majorBidi"/>
      <w:b/>
      <w:bCs/>
      <w:color w:val="0F4761" w:themeColor="accent1" w:themeShade="BF"/>
    </w:rPr>
  </w:style>
  <w:style w:type="character" w:customStyle="1" w:styleId="70">
    <w:name w:val="标题 7 字符"/>
    <w:basedOn w:val="a2"/>
    <w:link w:val="7"/>
    <w:uiPriority w:val="9"/>
    <w:semiHidden/>
    <w:rsid w:val="006A01D4"/>
    <w:rPr>
      <w:rFonts w:cstheme="majorBidi"/>
      <w:b/>
      <w:bCs/>
      <w:color w:val="595959" w:themeColor="text1" w:themeTint="A6"/>
    </w:rPr>
  </w:style>
  <w:style w:type="character" w:customStyle="1" w:styleId="80">
    <w:name w:val="标题 8 字符"/>
    <w:basedOn w:val="a2"/>
    <w:link w:val="8"/>
    <w:uiPriority w:val="9"/>
    <w:semiHidden/>
    <w:rsid w:val="006A01D4"/>
    <w:rPr>
      <w:rFonts w:cstheme="majorBidi"/>
      <w:color w:val="595959" w:themeColor="text1" w:themeTint="A6"/>
    </w:rPr>
  </w:style>
  <w:style w:type="character" w:customStyle="1" w:styleId="90">
    <w:name w:val="标题 9 字符"/>
    <w:basedOn w:val="a2"/>
    <w:link w:val="9"/>
    <w:uiPriority w:val="9"/>
    <w:semiHidden/>
    <w:rsid w:val="006A01D4"/>
    <w:rPr>
      <w:rFonts w:eastAsiaTheme="majorEastAsia" w:cstheme="majorBidi"/>
      <w:color w:val="595959" w:themeColor="text1" w:themeTint="A6"/>
    </w:rPr>
  </w:style>
  <w:style w:type="paragraph" w:styleId="a5">
    <w:name w:val="Title"/>
    <w:basedOn w:val="a1"/>
    <w:next w:val="a1"/>
    <w:link w:val="a6"/>
    <w:uiPriority w:val="10"/>
    <w:qFormat/>
    <w:rsid w:val="006A01D4"/>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2"/>
    <w:link w:val="a5"/>
    <w:uiPriority w:val="10"/>
    <w:rsid w:val="006A01D4"/>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6A01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2"/>
    <w:link w:val="a7"/>
    <w:uiPriority w:val="11"/>
    <w:rsid w:val="006A01D4"/>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6A01D4"/>
    <w:pPr>
      <w:spacing w:before="160" w:after="160"/>
      <w:jc w:val="center"/>
    </w:pPr>
    <w:rPr>
      <w:i/>
      <w:iCs/>
      <w:color w:val="404040" w:themeColor="text1" w:themeTint="BF"/>
    </w:rPr>
  </w:style>
  <w:style w:type="character" w:customStyle="1" w:styleId="aa">
    <w:name w:val="引用 字符"/>
    <w:basedOn w:val="a2"/>
    <w:link w:val="a9"/>
    <w:uiPriority w:val="29"/>
    <w:rsid w:val="006A01D4"/>
    <w:rPr>
      <w:i/>
      <w:iCs/>
      <w:color w:val="404040" w:themeColor="text1" w:themeTint="BF"/>
    </w:rPr>
  </w:style>
  <w:style w:type="paragraph" w:styleId="ab">
    <w:name w:val="List Paragraph"/>
    <w:basedOn w:val="a1"/>
    <w:uiPriority w:val="34"/>
    <w:qFormat/>
    <w:rsid w:val="006A01D4"/>
    <w:pPr>
      <w:ind w:left="720"/>
      <w:contextualSpacing/>
    </w:pPr>
  </w:style>
  <w:style w:type="character" w:styleId="ac">
    <w:name w:val="Intense Emphasis"/>
    <w:basedOn w:val="a2"/>
    <w:uiPriority w:val="21"/>
    <w:qFormat/>
    <w:rsid w:val="006A01D4"/>
    <w:rPr>
      <w:i/>
      <w:iCs/>
      <w:color w:val="0F4761" w:themeColor="accent1" w:themeShade="BF"/>
    </w:rPr>
  </w:style>
  <w:style w:type="paragraph" w:styleId="ad">
    <w:name w:val="Intense Quote"/>
    <w:basedOn w:val="a1"/>
    <w:next w:val="a1"/>
    <w:link w:val="ae"/>
    <w:uiPriority w:val="30"/>
    <w:qFormat/>
    <w:rsid w:val="006A0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2"/>
    <w:link w:val="ad"/>
    <w:uiPriority w:val="30"/>
    <w:rsid w:val="006A01D4"/>
    <w:rPr>
      <w:i/>
      <w:iCs/>
      <w:color w:val="0F4761" w:themeColor="accent1" w:themeShade="BF"/>
    </w:rPr>
  </w:style>
  <w:style w:type="character" w:styleId="af">
    <w:name w:val="Intense Reference"/>
    <w:basedOn w:val="a2"/>
    <w:uiPriority w:val="32"/>
    <w:qFormat/>
    <w:rsid w:val="006A01D4"/>
    <w:rPr>
      <w:b/>
      <w:bCs/>
      <w:smallCaps/>
      <w:color w:val="0F4761" w:themeColor="accent1" w:themeShade="BF"/>
      <w:spacing w:val="5"/>
    </w:rPr>
  </w:style>
  <w:style w:type="paragraph" w:styleId="af0">
    <w:name w:val="header"/>
    <w:basedOn w:val="a1"/>
    <w:link w:val="af1"/>
    <w:uiPriority w:val="99"/>
    <w:unhideWhenUsed/>
    <w:rsid w:val="00F26C4D"/>
    <w:pPr>
      <w:tabs>
        <w:tab w:val="center" w:pos="4680"/>
        <w:tab w:val="right" w:pos="9360"/>
      </w:tabs>
      <w:spacing w:line="240" w:lineRule="auto"/>
    </w:pPr>
  </w:style>
  <w:style w:type="character" w:customStyle="1" w:styleId="af1">
    <w:name w:val="页眉 字符"/>
    <w:basedOn w:val="a2"/>
    <w:link w:val="af0"/>
    <w:uiPriority w:val="99"/>
    <w:rsid w:val="00F26C4D"/>
    <w:rPr>
      <w:rFonts w:ascii="Times New Roman" w:eastAsia="Times New Roman" w:hAnsi="Times New Roman"/>
      <w:kern w:val="0"/>
      <w:lang w:eastAsia="en-US"/>
    </w:rPr>
  </w:style>
  <w:style w:type="paragraph" w:styleId="af2">
    <w:name w:val="footer"/>
    <w:basedOn w:val="a1"/>
    <w:link w:val="af3"/>
    <w:uiPriority w:val="99"/>
    <w:unhideWhenUsed/>
    <w:rsid w:val="00F26C4D"/>
    <w:pPr>
      <w:tabs>
        <w:tab w:val="center" w:pos="4680"/>
        <w:tab w:val="right" w:pos="9360"/>
      </w:tabs>
      <w:spacing w:line="240" w:lineRule="auto"/>
    </w:pPr>
  </w:style>
  <w:style w:type="character" w:customStyle="1" w:styleId="af3">
    <w:name w:val="页脚 字符"/>
    <w:basedOn w:val="a2"/>
    <w:link w:val="af2"/>
    <w:uiPriority w:val="99"/>
    <w:rsid w:val="00F26C4D"/>
    <w:rPr>
      <w:rFonts w:ascii="Times New Roman" w:eastAsia="Times New Roman" w:hAnsi="Times New Roman"/>
      <w:kern w:val="0"/>
      <w:lang w:eastAsia="en-US"/>
    </w:rPr>
  </w:style>
  <w:style w:type="paragraph" w:styleId="af4">
    <w:name w:val="No Spacing"/>
    <w:uiPriority w:val="1"/>
    <w:qFormat/>
    <w:rsid w:val="00F26C4D"/>
    <w:rPr>
      <w:kern w:val="0"/>
      <w:sz w:val="22"/>
      <w:lang w:eastAsia="en-US"/>
    </w:rPr>
  </w:style>
  <w:style w:type="paragraph" w:styleId="af5">
    <w:name w:val="Body Text"/>
    <w:basedOn w:val="a1"/>
    <w:link w:val="af6"/>
    <w:uiPriority w:val="99"/>
    <w:unhideWhenUsed/>
    <w:rsid w:val="00F26C4D"/>
    <w:pPr>
      <w:spacing w:after="120"/>
    </w:pPr>
  </w:style>
  <w:style w:type="character" w:customStyle="1" w:styleId="af6">
    <w:name w:val="正文文本 字符"/>
    <w:basedOn w:val="a2"/>
    <w:link w:val="af5"/>
    <w:uiPriority w:val="99"/>
    <w:rsid w:val="00F26C4D"/>
    <w:rPr>
      <w:rFonts w:ascii="Times New Roman" w:eastAsia="Times New Roman" w:hAnsi="Times New Roman"/>
      <w:kern w:val="0"/>
      <w:lang w:eastAsia="en-US"/>
    </w:rPr>
  </w:style>
  <w:style w:type="paragraph" w:styleId="23">
    <w:name w:val="Body Text 2"/>
    <w:basedOn w:val="a1"/>
    <w:link w:val="24"/>
    <w:uiPriority w:val="99"/>
    <w:unhideWhenUsed/>
    <w:rsid w:val="00F26C4D"/>
    <w:pPr>
      <w:spacing w:after="120" w:line="480" w:lineRule="auto"/>
    </w:pPr>
  </w:style>
  <w:style w:type="character" w:customStyle="1" w:styleId="24">
    <w:name w:val="正文文本 2 字符"/>
    <w:basedOn w:val="a2"/>
    <w:link w:val="23"/>
    <w:uiPriority w:val="99"/>
    <w:rsid w:val="00F26C4D"/>
    <w:rPr>
      <w:rFonts w:ascii="Times New Roman" w:eastAsia="Times New Roman" w:hAnsi="Times New Roman"/>
      <w:kern w:val="0"/>
      <w:lang w:eastAsia="en-US"/>
    </w:rPr>
  </w:style>
  <w:style w:type="paragraph" w:styleId="33">
    <w:name w:val="Body Text 3"/>
    <w:basedOn w:val="a1"/>
    <w:link w:val="34"/>
    <w:uiPriority w:val="99"/>
    <w:unhideWhenUsed/>
    <w:rsid w:val="00F26C4D"/>
    <w:pPr>
      <w:spacing w:after="120"/>
    </w:pPr>
    <w:rPr>
      <w:sz w:val="16"/>
      <w:szCs w:val="16"/>
    </w:rPr>
  </w:style>
  <w:style w:type="character" w:customStyle="1" w:styleId="34">
    <w:name w:val="正文文本 3 字符"/>
    <w:basedOn w:val="a2"/>
    <w:link w:val="33"/>
    <w:uiPriority w:val="99"/>
    <w:rsid w:val="00F26C4D"/>
    <w:rPr>
      <w:rFonts w:ascii="Times New Roman" w:eastAsia="Times New Roman" w:hAnsi="Times New Roman"/>
      <w:kern w:val="0"/>
      <w:sz w:val="16"/>
      <w:szCs w:val="16"/>
      <w:lang w:eastAsia="en-US"/>
    </w:rPr>
  </w:style>
  <w:style w:type="paragraph" w:styleId="af7">
    <w:name w:val="List"/>
    <w:basedOn w:val="a1"/>
    <w:uiPriority w:val="99"/>
    <w:unhideWhenUsed/>
    <w:rsid w:val="00F26C4D"/>
    <w:pPr>
      <w:ind w:left="360" w:hanging="360"/>
      <w:contextualSpacing/>
    </w:pPr>
  </w:style>
  <w:style w:type="paragraph" w:styleId="25">
    <w:name w:val="List 2"/>
    <w:basedOn w:val="a1"/>
    <w:uiPriority w:val="99"/>
    <w:unhideWhenUsed/>
    <w:rsid w:val="00F26C4D"/>
    <w:pPr>
      <w:ind w:left="720" w:hanging="360"/>
      <w:contextualSpacing/>
    </w:pPr>
  </w:style>
  <w:style w:type="paragraph" w:styleId="35">
    <w:name w:val="List 3"/>
    <w:basedOn w:val="a1"/>
    <w:uiPriority w:val="99"/>
    <w:unhideWhenUsed/>
    <w:rsid w:val="00F26C4D"/>
    <w:pPr>
      <w:ind w:left="1080" w:hanging="360"/>
      <w:contextualSpacing/>
    </w:pPr>
  </w:style>
  <w:style w:type="paragraph" w:styleId="a0">
    <w:name w:val="List Bullet"/>
    <w:basedOn w:val="a1"/>
    <w:uiPriority w:val="99"/>
    <w:unhideWhenUsed/>
    <w:rsid w:val="00F26C4D"/>
    <w:pPr>
      <w:numPr>
        <w:numId w:val="1"/>
      </w:numPr>
      <w:tabs>
        <w:tab w:val="clear" w:pos="360"/>
      </w:tabs>
      <w:ind w:left="0" w:firstLine="0"/>
      <w:contextualSpacing/>
    </w:pPr>
  </w:style>
  <w:style w:type="paragraph" w:styleId="20">
    <w:name w:val="List Bullet 2"/>
    <w:basedOn w:val="a1"/>
    <w:uiPriority w:val="99"/>
    <w:unhideWhenUsed/>
    <w:rsid w:val="00F26C4D"/>
    <w:pPr>
      <w:numPr>
        <w:numId w:val="2"/>
      </w:numPr>
      <w:tabs>
        <w:tab w:val="clear" w:pos="720"/>
      </w:tabs>
      <w:ind w:left="0" w:firstLine="0"/>
      <w:contextualSpacing/>
    </w:pPr>
  </w:style>
  <w:style w:type="paragraph" w:styleId="30">
    <w:name w:val="List Bullet 3"/>
    <w:basedOn w:val="a1"/>
    <w:uiPriority w:val="99"/>
    <w:unhideWhenUsed/>
    <w:rsid w:val="00F26C4D"/>
    <w:pPr>
      <w:numPr>
        <w:numId w:val="3"/>
      </w:numPr>
      <w:tabs>
        <w:tab w:val="clear" w:pos="1080"/>
      </w:tabs>
      <w:ind w:left="0" w:firstLine="0"/>
      <w:contextualSpacing/>
    </w:pPr>
  </w:style>
  <w:style w:type="paragraph" w:styleId="a">
    <w:name w:val="List Number"/>
    <w:basedOn w:val="a1"/>
    <w:uiPriority w:val="99"/>
    <w:unhideWhenUsed/>
    <w:rsid w:val="00F26C4D"/>
    <w:pPr>
      <w:numPr>
        <w:numId w:val="5"/>
      </w:numPr>
      <w:tabs>
        <w:tab w:val="clear" w:pos="360"/>
      </w:tabs>
      <w:ind w:left="0" w:firstLine="0"/>
      <w:contextualSpacing/>
    </w:pPr>
  </w:style>
  <w:style w:type="paragraph" w:styleId="2">
    <w:name w:val="List Number 2"/>
    <w:basedOn w:val="a1"/>
    <w:uiPriority w:val="99"/>
    <w:unhideWhenUsed/>
    <w:rsid w:val="00F26C4D"/>
    <w:pPr>
      <w:numPr>
        <w:numId w:val="6"/>
      </w:numPr>
      <w:tabs>
        <w:tab w:val="clear" w:pos="720"/>
      </w:tabs>
      <w:ind w:left="0" w:firstLine="0"/>
      <w:contextualSpacing/>
    </w:pPr>
  </w:style>
  <w:style w:type="paragraph" w:styleId="3">
    <w:name w:val="List Number 3"/>
    <w:basedOn w:val="a1"/>
    <w:uiPriority w:val="99"/>
    <w:unhideWhenUsed/>
    <w:rsid w:val="00F26C4D"/>
    <w:pPr>
      <w:numPr>
        <w:numId w:val="7"/>
      </w:numPr>
      <w:tabs>
        <w:tab w:val="clear" w:pos="1080"/>
      </w:tabs>
      <w:ind w:left="0" w:firstLine="0"/>
      <w:contextualSpacing/>
    </w:pPr>
  </w:style>
  <w:style w:type="paragraph" w:styleId="af8">
    <w:name w:val="List Continue"/>
    <w:basedOn w:val="a1"/>
    <w:uiPriority w:val="99"/>
    <w:unhideWhenUsed/>
    <w:rsid w:val="00F26C4D"/>
    <w:pPr>
      <w:spacing w:after="120"/>
      <w:ind w:left="360"/>
      <w:contextualSpacing/>
    </w:pPr>
  </w:style>
  <w:style w:type="paragraph" w:styleId="26">
    <w:name w:val="List Continue 2"/>
    <w:basedOn w:val="a1"/>
    <w:uiPriority w:val="99"/>
    <w:unhideWhenUsed/>
    <w:rsid w:val="00F26C4D"/>
    <w:pPr>
      <w:spacing w:after="120"/>
      <w:ind w:left="720"/>
      <w:contextualSpacing/>
    </w:pPr>
  </w:style>
  <w:style w:type="paragraph" w:styleId="36">
    <w:name w:val="List Continue 3"/>
    <w:basedOn w:val="a1"/>
    <w:uiPriority w:val="99"/>
    <w:unhideWhenUsed/>
    <w:rsid w:val="00F26C4D"/>
    <w:pPr>
      <w:spacing w:after="120"/>
      <w:ind w:left="1080"/>
      <w:contextualSpacing/>
    </w:pPr>
  </w:style>
  <w:style w:type="paragraph" w:styleId="af9">
    <w:name w:val="macro"/>
    <w:link w:val="afa"/>
    <w:uiPriority w:val="99"/>
    <w:unhideWhenUsed/>
    <w:rsid w:val="00F26C4D"/>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eastAsia="en-US"/>
    </w:rPr>
  </w:style>
  <w:style w:type="character" w:customStyle="1" w:styleId="afa">
    <w:name w:val="宏文本 字符"/>
    <w:basedOn w:val="a2"/>
    <w:link w:val="af9"/>
    <w:uiPriority w:val="99"/>
    <w:rsid w:val="00F26C4D"/>
    <w:rPr>
      <w:rFonts w:ascii="Courier" w:hAnsi="Courier"/>
      <w:kern w:val="0"/>
      <w:sz w:val="20"/>
      <w:szCs w:val="20"/>
      <w:lang w:eastAsia="en-US"/>
    </w:rPr>
  </w:style>
  <w:style w:type="paragraph" w:styleId="afb">
    <w:name w:val="caption"/>
    <w:basedOn w:val="a1"/>
    <w:next w:val="a1"/>
    <w:uiPriority w:val="35"/>
    <w:semiHidden/>
    <w:unhideWhenUsed/>
    <w:qFormat/>
    <w:rsid w:val="00F26C4D"/>
    <w:pPr>
      <w:spacing w:line="240" w:lineRule="auto"/>
    </w:pPr>
    <w:rPr>
      <w:b/>
      <w:bCs/>
      <w:color w:val="156082" w:themeColor="accent1"/>
      <w:sz w:val="18"/>
      <w:szCs w:val="18"/>
    </w:rPr>
  </w:style>
  <w:style w:type="character" w:styleId="afc">
    <w:name w:val="Strong"/>
    <w:basedOn w:val="a2"/>
    <w:uiPriority w:val="22"/>
    <w:qFormat/>
    <w:rsid w:val="00F26C4D"/>
    <w:rPr>
      <w:b/>
      <w:bCs/>
    </w:rPr>
  </w:style>
  <w:style w:type="character" w:styleId="afd">
    <w:name w:val="Emphasis"/>
    <w:basedOn w:val="a2"/>
    <w:uiPriority w:val="20"/>
    <w:qFormat/>
    <w:rsid w:val="00F26C4D"/>
    <w:rPr>
      <w:i/>
      <w:iCs/>
    </w:rPr>
  </w:style>
  <w:style w:type="character" w:styleId="afe">
    <w:name w:val="Subtle Emphasis"/>
    <w:basedOn w:val="a2"/>
    <w:uiPriority w:val="19"/>
    <w:qFormat/>
    <w:rsid w:val="00F26C4D"/>
    <w:rPr>
      <w:i/>
      <w:iCs/>
      <w:color w:val="808080" w:themeColor="text1" w:themeTint="7F"/>
    </w:rPr>
  </w:style>
  <w:style w:type="character" w:styleId="aff">
    <w:name w:val="Subtle Reference"/>
    <w:basedOn w:val="a2"/>
    <w:uiPriority w:val="31"/>
    <w:qFormat/>
    <w:rsid w:val="00F26C4D"/>
    <w:rPr>
      <w:smallCaps/>
      <w:color w:val="E97132" w:themeColor="accent2"/>
      <w:u w:val="single"/>
    </w:rPr>
  </w:style>
  <w:style w:type="character" w:styleId="aff0">
    <w:name w:val="Book Title"/>
    <w:basedOn w:val="a2"/>
    <w:uiPriority w:val="33"/>
    <w:qFormat/>
    <w:rsid w:val="00F26C4D"/>
    <w:rPr>
      <w:b/>
      <w:bCs/>
      <w:smallCaps/>
      <w:spacing w:val="5"/>
    </w:rPr>
  </w:style>
  <w:style w:type="paragraph" w:styleId="TOC">
    <w:name w:val="TOC Heading"/>
    <w:basedOn w:val="1"/>
    <w:next w:val="a1"/>
    <w:uiPriority w:val="39"/>
    <w:semiHidden/>
    <w:unhideWhenUsed/>
    <w:qFormat/>
    <w:rsid w:val="00F26C4D"/>
    <w:pPr>
      <w:spacing w:before="240"/>
      <w:outlineLvl w:val="9"/>
    </w:pPr>
    <w:rPr>
      <w:b/>
      <w:bCs/>
      <w:sz w:val="28"/>
      <w:szCs w:val="28"/>
    </w:rPr>
  </w:style>
  <w:style w:type="table" w:styleId="aff1">
    <w:name w:val="Table Grid"/>
    <w:basedOn w:val="a3"/>
    <w:uiPriority w:val="59"/>
    <w:rsid w:val="00F26C4D"/>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26C4D"/>
    <w:rPr>
      <w:color w:val="000000" w:themeColor="text1" w:themeShade="BF"/>
      <w:kern w:val="0"/>
      <w:sz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26C4D"/>
    <w:rPr>
      <w:color w:val="0F4761" w:themeColor="accent1" w:themeShade="BF"/>
      <w:kern w:val="0"/>
      <w:sz w:val="22"/>
      <w:lang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
    <w:name w:val="Light Shading Accent 2"/>
    <w:basedOn w:val="a3"/>
    <w:uiPriority w:val="60"/>
    <w:rsid w:val="00F26C4D"/>
    <w:rPr>
      <w:color w:val="BF4E14" w:themeColor="accent2" w:themeShade="BF"/>
      <w:kern w:val="0"/>
      <w:sz w:val="22"/>
      <w:lang w:eastAsia="en-US"/>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
    <w:name w:val="Light Shading Accent 3"/>
    <w:basedOn w:val="a3"/>
    <w:uiPriority w:val="60"/>
    <w:rsid w:val="00F26C4D"/>
    <w:rPr>
      <w:color w:val="124F1A" w:themeColor="accent3" w:themeShade="BF"/>
      <w:kern w:val="0"/>
      <w:sz w:val="22"/>
      <w:lang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
    <w:name w:val="Light Shading Accent 4"/>
    <w:basedOn w:val="a3"/>
    <w:uiPriority w:val="60"/>
    <w:rsid w:val="00F26C4D"/>
    <w:rPr>
      <w:color w:val="0B769F" w:themeColor="accent4" w:themeShade="BF"/>
      <w:kern w:val="0"/>
      <w:sz w:val="22"/>
      <w:lang w:eastAsia="en-US"/>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
    <w:name w:val="Light Shading Accent 5"/>
    <w:basedOn w:val="a3"/>
    <w:uiPriority w:val="60"/>
    <w:rsid w:val="00F26C4D"/>
    <w:rPr>
      <w:color w:val="77206D" w:themeColor="accent5" w:themeShade="BF"/>
      <w:kern w:val="0"/>
      <w:sz w:val="22"/>
      <w:lang w:eastAsia="en-US"/>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
    <w:name w:val="Light Shading Accent 6"/>
    <w:basedOn w:val="a3"/>
    <w:uiPriority w:val="60"/>
    <w:rsid w:val="00F26C4D"/>
    <w:rPr>
      <w:color w:val="3A7C22" w:themeColor="accent6" w:themeShade="BF"/>
      <w:kern w:val="0"/>
      <w:sz w:val="22"/>
      <w:lang w:eastAsia="en-US"/>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aff3">
    <w:name w:val="Light List"/>
    <w:basedOn w:val="a3"/>
    <w:uiPriority w:val="61"/>
    <w:rsid w:val="00F26C4D"/>
    <w:rPr>
      <w:kern w:val="0"/>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26C4D"/>
    <w:rPr>
      <w:kern w:val="0"/>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0">
    <w:name w:val="Light List Accent 2"/>
    <w:basedOn w:val="a3"/>
    <w:uiPriority w:val="61"/>
    <w:rsid w:val="00F26C4D"/>
    <w:rPr>
      <w:kern w:val="0"/>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0">
    <w:name w:val="Light List Accent 3"/>
    <w:basedOn w:val="a3"/>
    <w:uiPriority w:val="61"/>
    <w:rsid w:val="00F26C4D"/>
    <w:rPr>
      <w:kern w:val="0"/>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0">
    <w:name w:val="Light List Accent 4"/>
    <w:basedOn w:val="a3"/>
    <w:uiPriority w:val="61"/>
    <w:rsid w:val="00F26C4D"/>
    <w:rPr>
      <w:kern w:val="0"/>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0">
    <w:name w:val="Light List Accent 5"/>
    <w:basedOn w:val="a3"/>
    <w:uiPriority w:val="61"/>
    <w:rsid w:val="00F26C4D"/>
    <w:rPr>
      <w:kern w:val="0"/>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0">
    <w:name w:val="Light List Accent 6"/>
    <w:basedOn w:val="a3"/>
    <w:uiPriority w:val="61"/>
    <w:rsid w:val="00F26C4D"/>
    <w:rPr>
      <w:kern w:val="0"/>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4">
    <w:name w:val="Light Grid"/>
    <w:basedOn w:val="a3"/>
    <w:uiPriority w:val="62"/>
    <w:rsid w:val="00F26C4D"/>
    <w:rPr>
      <w:kern w:val="0"/>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F26C4D"/>
    <w:rPr>
      <w:kern w:val="0"/>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1">
    <w:name w:val="Light Grid Accent 2"/>
    <w:basedOn w:val="a3"/>
    <w:uiPriority w:val="62"/>
    <w:rsid w:val="00F26C4D"/>
    <w:rPr>
      <w:kern w:val="0"/>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1">
    <w:name w:val="Light Grid Accent 3"/>
    <w:basedOn w:val="a3"/>
    <w:uiPriority w:val="62"/>
    <w:rsid w:val="00F26C4D"/>
    <w:rPr>
      <w:kern w:val="0"/>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1">
    <w:name w:val="Light Grid Accent 4"/>
    <w:basedOn w:val="a3"/>
    <w:uiPriority w:val="62"/>
    <w:rsid w:val="00F26C4D"/>
    <w:rPr>
      <w:kern w:val="0"/>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1">
    <w:name w:val="Light Grid Accent 5"/>
    <w:basedOn w:val="a3"/>
    <w:uiPriority w:val="62"/>
    <w:rsid w:val="00F26C4D"/>
    <w:rPr>
      <w:kern w:val="0"/>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1">
    <w:name w:val="Light Grid Accent 6"/>
    <w:basedOn w:val="a3"/>
    <w:uiPriority w:val="62"/>
    <w:rsid w:val="00F26C4D"/>
    <w:rPr>
      <w:kern w:val="0"/>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11">
    <w:name w:val="Medium Shading 1"/>
    <w:basedOn w:val="a3"/>
    <w:uiPriority w:val="63"/>
    <w:rsid w:val="00F26C4D"/>
    <w:rPr>
      <w:kern w:val="0"/>
      <w:sz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F26C4D"/>
    <w:rPr>
      <w:kern w:val="0"/>
      <w:sz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F26C4D"/>
    <w:rPr>
      <w:kern w:val="0"/>
      <w:sz w:val="22"/>
      <w:lang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F26C4D"/>
    <w:rPr>
      <w:kern w:val="0"/>
      <w:sz w:val="22"/>
      <w:lang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F26C4D"/>
    <w:rPr>
      <w:kern w:val="0"/>
      <w:sz w:val="22"/>
      <w:lang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F26C4D"/>
    <w:rPr>
      <w:kern w:val="0"/>
      <w:sz w:val="22"/>
      <w:lang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F26C4D"/>
    <w:rPr>
      <w:kern w:val="0"/>
      <w:sz w:val="22"/>
      <w:lang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7">
    <w:name w:val="Medium Shading 2"/>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F26C4D"/>
    <w:rPr>
      <w:kern w:val="0"/>
      <w:sz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F26C4D"/>
    <w:rPr>
      <w:color w:val="000000" w:themeColor="text1"/>
      <w:kern w:val="0"/>
      <w:sz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F26C4D"/>
    <w:rPr>
      <w:color w:val="000000" w:themeColor="text1"/>
      <w:kern w:val="0"/>
      <w:sz w:val="22"/>
      <w:lang w:eastAsia="en-US"/>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3"/>
    <w:uiPriority w:val="65"/>
    <w:rsid w:val="00F26C4D"/>
    <w:rPr>
      <w:color w:val="000000" w:themeColor="text1"/>
      <w:kern w:val="0"/>
      <w:sz w:val="22"/>
      <w:lang w:eastAsia="en-US"/>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3"/>
    <w:uiPriority w:val="65"/>
    <w:rsid w:val="00F26C4D"/>
    <w:rPr>
      <w:color w:val="000000" w:themeColor="text1"/>
      <w:kern w:val="0"/>
      <w:sz w:val="22"/>
      <w:lang w:eastAsia="en-US"/>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3"/>
    <w:uiPriority w:val="65"/>
    <w:rsid w:val="00F26C4D"/>
    <w:rPr>
      <w:color w:val="000000" w:themeColor="text1"/>
      <w:kern w:val="0"/>
      <w:sz w:val="22"/>
      <w:lang w:eastAsia="en-US"/>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3"/>
    <w:uiPriority w:val="65"/>
    <w:rsid w:val="00F26C4D"/>
    <w:rPr>
      <w:color w:val="000000" w:themeColor="text1"/>
      <w:kern w:val="0"/>
      <w:sz w:val="22"/>
      <w:lang w:eastAsia="en-US"/>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3"/>
    <w:uiPriority w:val="65"/>
    <w:rsid w:val="00F26C4D"/>
    <w:rPr>
      <w:color w:val="000000" w:themeColor="text1"/>
      <w:kern w:val="0"/>
      <w:sz w:val="22"/>
      <w:lang w:eastAsia="en-US"/>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8">
    <w:name w:val="Medium List 2"/>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F26C4D"/>
    <w:rPr>
      <w:kern w:val="0"/>
      <w:sz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F26C4D"/>
    <w:rPr>
      <w:kern w:val="0"/>
      <w:sz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3"/>
    <w:uiPriority w:val="67"/>
    <w:rsid w:val="00F26C4D"/>
    <w:rPr>
      <w:kern w:val="0"/>
      <w:sz w:val="22"/>
      <w:lang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3"/>
    <w:uiPriority w:val="67"/>
    <w:rsid w:val="00F26C4D"/>
    <w:rPr>
      <w:kern w:val="0"/>
      <w:sz w:val="22"/>
      <w:lang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3"/>
    <w:uiPriority w:val="67"/>
    <w:rsid w:val="00F26C4D"/>
    <w:rPr>
      <w:kern w:val="0"/>
      <w:sz w:val="22"/>
      <w:lang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3"/>
    <w:uiPriority w:val="67"/>
    <w:rsid w:val="00F26C4D"/>
    <w:rPr>
      <w:kern w:val="0"/>
      <w:sz w:val="22"/>
      <w:lang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3"/>
    <w:uiPriority w:val="67"/>
    <w:rsid w:val="00F26C4D"/>
    <w:rPr>
      <w:kern w:val="0"/>
      <w:sz w:val="22"/>
      <w:lang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9">
    <w:name w:val="Medium Grid 2"/>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F26C4D"/>
    <w:rPr>
      <w:rFonts w:asciiTheme="majorHAnsi" w:eastAsiaTheme="majorEastAsia" w:hAnsiTheme="majorHAnsi" w:cstheme="majorBidi"/>
      <w:color w:val="000000" w:themeColor="text1"/>
      <w:kern w:val="0"/>
      <w:sz w:val="22"/>
      <w:lang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7">
    <w:name w:val="Medium Grid 3"/>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3"/>
    <w:uiPriority w:val="69"/>
    <w:rsid w:val="00F26C4D"/>
    <w:rPr>
      <w:kern w:val="0"/>
      <w:sz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aff5">
    <w:name w:val="Dark List"/>
    <w:basedOn w:val="a3"/>
    <w:uiPriority w:val="70"/>
    <w:rsid w:val="00F26C4D"/>
    <w:rPr>
      <w:color w:val="FFFFFF" w:themeColor="background1"/>
      <w:kern w:val="0"/>
      <w:sz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F26C4D"/>
    <w:rPr>
      <w:color w:val="FFFFFF" w:themeColor="background1"/>
      <w:kern w:val="0"/>
      <w:sz w:val="22"/>
      <w:lang w:eastAsia="en-US"/>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3"/>
    <w:uiPriority w:val="70"/>
    <w:rsid w:val="00F26C4D"/>
    <w:rPr>
      <w:color w:val="FFFFFF" w:themeColor="background1"/>
      <w:kern w:val="0"/>
      <w:sz w:val="22"/>
      <w:lang w:eastAsia="en-US"/>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3"/>
    <w:uiPriority w:val="70"/>
    <w:rsid w:val="00F26C4D"/>
    <w:rPr>
      <w:color w:val="FFFFFF" w:themeColor="background1"/>
      <w:kern w:val="0"/>
      <w:sz w:val="22"/>
      <w:lang w:eastAsia="en-US"/>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3"/>
    <w:uiPriority w:val="70"/>
    <w:rsid w:val="00F26C4D"/>
    <w:rPr>
      <w:color w:val="FFFFFF" w:themeColor="background1"/>
      <w:kern w:val="0"/>
      <w:sz w:val="22"/>
      <w:lang w:eastAsia="en-US"/>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3"/>
    <w:uiPriority w:val="70"/>
    <w:rsid w:val="00F26C4D"/>
    <w:rPr>
      <w:color w:val="FFFFFF" w:themeColor="background1"/>
      <w:kern w:val="0"/>
      <w:sz w:val="22"/>
      <w:lang w:eastAsia="en-US"/>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3"/>
    <w:uiPriority w:val="70"/>
    <w:rsid w:val="00F26C4D"/>
    <w:rPr>
      <w:color w:val="FFFFFF" w:themeColor="background1"/>
      <w:kern w:val="0"/>
      <w:sz w:val="22"/>
      <w:lang w:eastAsia="en-US"/>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aff6">
    <w:name w:val="Colorful Shading"/>
    <w:basedOn w:val="a3"/>
    <w:uiPriority w:val="71"/>
    <w:rsid w:val="00F26C4D"/>
    <w:rPr>
      <w:color w:val="000000" w:themeColor="text1"/>
      <w:kern w:val="0"/>
      <w:sz w:val="22"/>
      <w:lang w:eastAsia="en-US"/>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F26C4D"/>
    <w:rPr>
      <w:color w:val="000000" w:themeColor="text1"/>
      <w:kern w:val="0"/>
      <w:sz w:val="22"/>
      <w:lang w:eastAsia="en-US"/>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F26C4D"/>
    <w:rPr>
      <w:color w:val="000000" w:themeColor="text1"/>
      <w:kern w:val="0"/>
      <w:sz w:val="22"/>
      <w:lang w:eastAsia="en-US"/>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F26C4D"/>
    <w:rPr>
      <w:color w:val="000000" w:themeColor="text1"/>
      <w:kern w:val="0"/>
      <w:sz w:val="22"/>
      <w:lang w:eastAsia="en-US"/>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3">
    <w:name w:val="Colorful Shading Accent 4"/>
    <w:basedOn w:val="a3"/>
    <w:uiPriority w:val="71"/>
    <w:rsid w:val="00F26C4D"/>
    <w:rPr>
      <w:color w:val="000000" w:themeColor="text1"/>
      <w:kern w:val="0"/>
      <w:sz w:val="22"/>
      <w:lang w:eastAsia="en-US"/>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F26C4D"/>
    <w:rPr>
      <w:color w:val="000000" w:themeColor="text1"/>
      <w:kern w:val="0"/>
      <w:sz w:val="22"/>
      <w:lang w:eastAsia="en-US"/>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F26C4D"/>
    <w:rPr>
      <w:color w:val="000000" w:themeColor="text1"/>
      <w:kern w:val="0"/>
      <w:sz w:val="22"/>
      <w:lang w:eastAsia="en-US"/>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F26C4D"/>
    <w:rPr>
      <w:color w:val="000000" w:themeColor="text1"/>
      <w:kern w:val="0"/>
      <w:sz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F26C4D"/>
    <w:rPr>
      <w:color w:val="000000" w:themeColor="text1"/>
      <w:kern w:val="0"/>
      <w:sz w:val="22"/>
      <w:lang w:eastAsia="en-US"/>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4">
    <w:name w:val="Colorful List Accent 2"/>
    <w:basedOn w:val="a3"/>
    <w:uiPriority w:val="72"/>
    <w:rsid w:val="00F26C4D"/>
    <w:rPr>
      <w:color w:val="000000" w:themeColor="text1"/>
      <w:kern w:val="0"/>
      <w:sz w:val="22"/>
      <w:lang w:eastAsia="en-US"/>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4">
    <w:name w:val="Colorful List Accent 3"/>
    <w:basedOn w:val="a3"/>
    <w:uiPriority w:val="72"/>
    <w:rsid w:val="00F26C4D"/>
    <w:rPr>
      <w:color w:val="000000" w:themeColor="text1"/>
      <w:kern w:val="0"/>
      <w:sz w:val="22"/>
      <w:lang w:eastAsia="en-US"/>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4">
    <w:name w:val="Colorful List Accent 4"/>
    <w:basedOn w:val="a3"/>
    <w:uiPriority w:val="72"/>
    <w:rsid w:val="00F26C4D"/>
    <w:rPr>
      <w:color w:val="000000" w:themeColor="text1"/>
      <w:kern w:val="0"/>
      <w:sz w:val="22"/>
      <w:lang w:eastAsia="en-US"/>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4">
    <w:name w:val="Colorful List Accent 5"/>
    <w:basedOn w:val="a3"/>
    <w:uiPriority w:val="72"/>
    <w:rsid w:val="00F26C4D"/>
    <w:rPr>
      <w:color w:val="000000" w:themeColor="text1"/>
      <w:kern w:val="0"/>
      <w:sz w:val="22"/>
      <w:lang w:eastAsia="en-US"/>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4">
    <w:name w:val="Colorful List Accent 6"/>
    <w:basedOn w:val="a3"/>
    <w:uiPriority w:val="72"/>
    <w:rsid w:val="00F26C4D"/>
    <w:rPr>
      <w:color w:val="000000" w:themeColor="text1"/>
      <w:kern w:val="0"/>
      <w:sz w:val="22"/>
      <w:lang w:eastAsia="en-US"/>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8">
    <w:name w:val="Colorful Grid"/>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5">
    <w:name w:val="Colorful Grid Accent 2"/>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5">
    <w:name w:val="Colorful Grid Accent 3"/>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5">
    <w:name w:val="Colorful Grid Accent 4"/>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5">
    <w:name w:val="Colorful Grid Accent 5"/>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5">
    <w:name w:val="Colorful Grid Accent 6"/>
    <w:basedOn w:val="a3"/>
    <w:uiPriority w:val="73"/>
    <w:rsid w:val="00F26C4D"/>
    <w:rPr>
      <w:color w:val="000000" w:themeColor="text1"/>
      <w:kern w:val="0"/>
      <w:sz w:val="22"/>
      <w:lang w:eastAsia="en-US"/>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FigureCaption">
    <w:name w:val="Figure Caption"/>
    <w:rsid w:val="00F26C4D"/>
    <w:pPr>
      <w:keepNext/>
      <w:spacing w:after="120" w:line="276" w:lineRule="auto"/>
    </w:pPr>
    <w:rPr>
      <w:rFonts w:ascii="Times New Roman" w:eastAsia="Times New Roman" w:hAnsi="Times New Roman"/>
      <w:kern w:val="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2744</Words>
  <Characters>15643</Characters>
  <Application>Microsoft Office Word</Application>
  <DocSecurity>0</DocSecurity>
  <Lines>130</Lines>
  <Paragraphs>36</Paragraphs>
  <ScaleCrop>false</ScaleCrop>
  <Company/>
  <LinksUpToDate>false</LinksUpToDate>
  <CharactersWithSpaces>18351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xg z</dc:creator>
  <cp:keywords/>
  <dc:description/>
  <cp:lastModifiedBy>xg z</cp:lastModifiedBy>
  <cp:revision>2</cp:revision>
  <dcterms:created xsi:type="dcterms:W3CDTF">2026-08-21T01:20:00Z</dcterms:created>
  <dcterms:modified xsi:type="dcterms:W3CDTF">2026-08-21T01:21:00Z</dcterms:modified>
</cp:coreProperties>
</file>