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8202CB" w14:textId="77777777" w:rsidR="00C81053" w:rsidRDefault="00ED5F5D">
      <w:pPr>
        <w:keepNext/>
        <w:spacing w:before="120" w:after="80"/>
      </w:pPr>
      <w:r>
        <w:rPr>
          <w:rFonts w:ascii="Arial" w:eastAsia="Arial" w:hAnsi="Arial"/>
          <w:b/>
          <w:sz w:val="18"/>
        </w:rPr>
        <w:t>Table 1. Hierarchical age-period-cohort cross-classified random-effects models of housing insecurity</w:t>
      </w:r>
    </w:p>
    <w:tbl>
      <w:tblPr>
        <w:tblW w:w="13687" w:type="dxa"/>
        <w:jc w:val="center"/>
        <w:tblLayout w:type="fixed"/>
        <w:tblCellMar>
          <w:left w:w="99" w:type="dxa"/>
          <w:right w:w="99" w:type="dxa"/>
        </w:tblCellMar>
        <w:tblLook w:val="04A0" w:firstRow="1" w:lastRow="0" w:firstColumn="1" w:lastColumn="0" w:noHBand="0" w:noVBand="1"/>
      </w:tblPr>
      <w:tblGrid>
        <w:gridCol w:w="1555"/>
        <w:gridCol w:w="2551"/>
        <w:gridCol w:w="798"/>
        <w:gridCol w:w="798"/>
        <w:gridCol w:w="799"/>
        <w:gridCol w:w="798"/>
        <w:gridCol w:w="799"/>
        <w:gridCol w:w="798"/>
        <w:gridCol w:w="798"/>
        <w:gridCol w:w="799"/>
        <w:gridCol w:w="798"/>
        <w:gridCol w:w="799"/>
        <w:gridCol w:w="798"/>
        <w:gridCol w:w="799"/>
      </w:tblGrid>
      <w:tr w:rsidR="001D47F0" w:rsidRPr="00546614" w14:paraId="24583CEB" w14:textId="77777777" w:rsidTr="00546614">
        <w:trPr>
          <w:trHeight w:val="202"/>
          <w:tblHeader/>
          <w:jc w:val="center"/>
        </w:trPr>
        <w:tc>
          <w:tcPr>
            <w:tcW w:w="4106" w:type="dxa"/>
            <w:gridSpan w:val="2"/>
            <w:vMerge w:val="restart"/>
            <w:tcBorders>
              <w:top w:val="single" w:sz="4" w:space="0" w:color="auto"/>
              <w:left w:val="single" w:sz="4" w:space="0" w:color="auto"/>
              <w:right w:val="single" w:sz="4" w:space="0" w:color="auto"/>
            </w:tcBorders>
            <w:shd w:val="clear" w:color="auto" w:fill="auto"/>
            <w:noWrap/>
            <w:vAlign w:val="center"/>
            <w:hideMark/>
          </w:tcPr>
          <w:p w14:paraId="7CB1E97B" w14:textId="77777777" w:rsidR="00C81053" w:rsidRPr="00546614" w:rsidRDefault="00ED5F5D">
            <w:pPr>
              <w:spacing w:line="240" w:lineRule="auto"/>
              <w:rPr>
                <w:b/>
                <w:bCs/>
                <w:sz w:val="16"/>
                <w:szCs w:val="28"/>
              </w:rPr>
            </w:pPr>
            <w:r>
              <w:rPr>
                <w:rFonts w:ascii="Arial" w:eastAsia="Arial" w:hAnsi="Arial"/>
                <w:b/>
                <w:bCs/>
                <w:sz w:val="16"/>
                <w:szCs w:val="28"/>
              </w:rPr>
              <w:t>Variable</w:t>
            </w:r>
          </w:p>
        </w:tc>
        <w:tc>
          <w:tcPr>
            <w:tcW w:w="2395" w:type="dxa"/>
            <w:gridSpan w:val="3"/>
            <w:tcBorders>
              <w:top w:val="single" w:sz="4" w:space="0" w:color="auto"/>
              <w:left w:val="nil"/>
              <w:bottom w:val="single" w:sz="4" w:space="0" w:color="auto"/>
              <w:right w:val="single" w:sz="4" w:space="0" w:color="auto"/>
            </w:tcBorders>
            <w:shd w:val="clear" w:color="auto" w:fill="auto"/>
            <w:noWrap/>
            <w:vAlign w:val="center"/>
            <w:hideMark/>
          </w:tcPr>
          <w:p w14:paraId="505700D1" w14:textId="77777777" w:rsidR="00633330" w:rsidRPr="00546614" w:rsidRDefault="00ED5F5D" w:rsidP="00633330">
            <w:pPr>
              <w:spacing w:line="240" w:lineRule="auto"/>
              <w:jc w:val="center"/>
              <w:rPr>
                <w:rFonts w:eastAsia="맑은 고딕" w:cs="Times New Roman"/>
                <w:b/>
                <w:color w:val="000000"/>
                <w:sz w:val="16"/>
                <w:szCs w:val="28"/>
              </w:rPr>
            </w:pPr>
            <w:r>
              <w:rPr>
                <w:rFonts w:ascii="Arial" w:eastAsia="Arial" w:hAnsi="Arial" w:cs="Times New Roman"/>
                <w:b/>
                <w:color w:val="000000"/>
                <w:sz w:val="16"/>
                <w:szCs w:val="28"/>
              </w:rPr>
              <w:t>Model 1</w:t>
            </w:r>
          </w:p>
        </w:tc>
        <w:tc>
          <w:tcPr>
            <w:tcW w:w="2395" w:type="dxa"/>
            <w:gridSpan w:val="3"/>
            <w:tcBorders>
              <w:top w:val="single" w:sz="4" w:space="0" w:color="auto"/>
              <w:left w:val="nil"/>
              <w:bottom w:val="single" w:sz="4" w:space="0" w:color="auto"/>
              <w:right w:val="single" w:sz="4" w:space="0" w:color="auto"/>
            </w:tcBorders>
            <w:shd w:val="clear" w:color="auto" w:fill="auto"/>
            <w:noWrap/>
            <w:vAlign w:val="center"/>
            <w:hideMark/>
          </w:tcPr>
          <w:p w14:paraId="34C72E2A" w14:textId="77777777" w:rsidR="00633330" w:rsidRPr="00546614" w:rsidRDefault="00ED5F5D" w:rsidP="00633330">
            <w:pPr>
              <w:spacing w:line="240" w:lineRule="auto"/>
              <w:jc w:val="center"/>
              <w:rPr>
                <w:rFonts w:eastAsia="맑은 고딕" w:cs="Times New Roman"/>
                <w:b/>
                <w:color w:val="000000"/>
                <w:sz w:val="16"/>
                <w:szCs w:val="28"/>
              </w:rPr>
            </w:pPr>
            <w:r>
              <w:rPr>
                <w:rFonts w:ascii="Arial" w:eastAsia="Arial" w:hAnsi="Arial" w:cs="Times New Roman"/>
                <w:b/>
                <w:color w:val="000000"/>
                <w:sz w:val="16"/>
                <w:szCs w:val="28"/>
              </w:rPr>
              <w:t>Model 2</w:t>
            </w:r>
          </w:p>
        </w:tc>
        <w:tc>
          <w:tcPr>
            <w:tcW w:w="2395" w:type="dxa"/>
            <w:gridSpan w:val="3"/>
            <w:tcBorders>
              <w:top w:val="single" w:sz="4" w:space="0" w:color="auto"/>
              <w:left w:val="nil"/>
              <w:bottom w:val="single" w:sz="4" w:space="0" w:color="auto"/>
              <w:right w:val="single" w:sz="4" w:space="0" w:color="auto"/>
            </w:tcBorders>
            <w:shd w:val="clear" w:color="auto" w:fill="auto"/>
            <w:noWrap/>
            <w:vAlign w:val="center"/>
            <w:hideMark/>
          </w:tcPr>
          <w:p w14:paraId="5842CBBC" w14:textId="77777777" w:rsidR="00633330" w:rsidRPr="00546614" w:rsidRDefault="00ED5F5D" w:rsidP="00633330">
            <w:pPr>
              <w:spacing w:line="240" w:lineRule="auto"/>
              <w:jc w:val="center"/>
              <w:rPr>
                <w:rFonts w:eastAsia="맑은 고딕" w:cs="Times New Roman"/>
                <w:b/>
                <w:color w:val="000000"/>
                <w:sz w:val="16"/>
                <w:szCs w:val="28"/>
              </w:rPr>
            </w:pPr>
            <w:r>
              <w:rPr>
                <w:rFonts w:ascii="Arial" w:eastAsia="Arial" w:hAnsi="Arial" w:cs="Times New Roman"/>
                <w:b/>
                <w:color w:val="000000"/>
                <w:sz w:val="16"/>
                <w:szCs w:val="28"/>
              </w:rPr>
              <w:t>Model 3</w:t>
            </w:r>
          </w:p>
        </w:tc>
        <w:tc>
          <w:tcPr>
            <w:tcW w:w="2396" w:type="dxa"/>
            <w:gridSpan w:val="3"/>
            <w:tcBorders>
              <w:top w:val="single" w:sz="4" w:space="0" w:color="auto"/>
              <w:left w:val="nil"/>
              <w:bottom w:val="single" w:sz="4" w:space="0" w:color="auto"/>
              <w:right w:val="single" w:sz="4" w:space="0" w:color="auto"/>
            </w:tcBorders>
            <w:shd w:val="clear" w:color="auto" w:fill="auto"/>
            <w:noWrap/>
            <w:vAlign w:val="center"/>
            <w:hideMark/>
          </w:tcPr>
          <w:p w14:paraId="158EDA45" w14:textId="77777777" w:rsidR="00633330" w:rsidRPr="00546614" w:rsidRDefault="00ED5F5D" w:rsidP="00633330">
            <w:pPr>
              <w:spacing w:line="240" w:lineRule="auto"/>
              <w:jc w:val="center"/>
              <w:rPr>
                <w:rFonts w:eastAsia="맑은 고딕" w:cs="Times New Roman"/>
                <w:b/>
                <w:color w:val="000000"/>
                <w:sz w:val="16"/>
                <w:szCs w:val="28"/>
              </w:rPr>
            </w:pPr>
            <w:r>
              <w:rPr>
                <w:rFonts w:ascii="Arial" w:eastAsia="Arial" w:hAnsi="Arial" w:cs="Times New Roman"/>
                <w:b/>
                <w:color w:val="000000"/>
                <w:sz w:val="16"/>
                <w:szCs w:val="28"/>
              </w:rPr>
              <w:t>Model 4</w:t>
            </w:r>
          </w:p>
        </w:tc>
      </w:tr>
      <w:tr w:rsidR="001D47F0" w:rsidRPr="00546614" w14:paraId="1C66921E" w14:textId="77777777" w:rsidTr="00546614">
        <w:trPr>
          <w:trHeight w:val="202"/>
          <w:tblHeader/>
          <w:jc w:val="center"/>
        </w:trPr>
        <w:tc>
          <w:tcPr>
            <w:tcW w:w="4106" w:type="dxa"/>
            <w:gridSpan w:val="2"/>
            <w:vMerge/>
            <w:tcBorders>
              <w:left w:val="single" w:sz="4" w:space="0" w:color="auto"/>
              <w:bottom w:val="single" w:sz="4" w:space="0" w:color="auto"/>
              <w:right w:val="single" w:sz="4" w:space="0" w:color="auto"/>
            </w:tcBorders>
            <w:shd w:val="clear" w:color="auto" w:fill="auto"/>
            <w:noWrap/>
            <w:vAlign w:val="center"/>
            <w:hideMark/>
          </w:tcPr>
          <w:p w14:paraId="6825D185" w14:textId="77777777" w:rsidR="00633330" w:rsidRPr="00546614" w:rsidRDefault="00673AED" w:rsidP="00633330">
            <w:pPr>
              <w:spacing w:line="240" w:lineRule="auto"/>
              <w:jc w:val="center"/>
              <w:rPr>
                <w:rFonts w:eastAsia="맑은 고딕" w:cs="Times New Roman"/>
                <w:b/>
                <w:color w:val="000000"/>
                <w:sz w:val="16"/>
                <w:szCs w:val="28"/>
              </w:rPr>
            </w:pPr>
          </w:p>
        </w:tc>
        <w:tc>
          <w:tcPr>
            <w:tcW w:w="798" w:type="dxa"/>
            <w:tcBorders>
              <w:top w:val="nil"/>
              <w:left w:val="nil"/>
              <w:bottom w:val="single" w:sz="4" w:space="0" w:color="auto"/>
              <w:right w:val="single" w:sz="4" w:space="0" w:color="auto"/>
            </w:tcBorders>
            <w:shd w:val="clear" w:color="auto" w:fill="auto"/>
            <w:noWrap/>
            <w:vAlign w:val="center"/>
            <w:hideMark/>
          </w:tcPr>
          <w:p w14:paraId="0DE3C678" w14:textId="77777777" w:rsidR="00633330" w:rsidRPr="00546614" w:rsidRDefault="00ED5F5D" w:rsidP="00633330">
            <w:pPr>
              <w:spacing w:line="240" w:lineRule="auto"/>
              <w:jc w:val="center"/>
              <w:rPr>
                <w:rFonts w:eastAsia="맑은 고딕" w:cs="Times New Roman"/>
                <w:b/>
                <w:color w:val="000000"/>
                <w:sz w:val="16"/>
                <w:szCs w:val="28"/>
              </w:rPr>
            </w:pPr>
            <w:r>
              <w:rPr>
                <w:rFonts w:ascii="Arial" w:eastAsia="Arial" w:hAnsi="Arial" w:cs="Times New Roman"/>
                <w:b/>
                <w:color w:val="000000"/>
                <w:sz w:val="16"/>
                <w:szCs w:val="28"/>
              </w:rPr>
              <w:t>Coeff.</w:t>
            </w:r>
          </w:p>
        </w:tc>
        <w:tc>
          <w:tcPr>
            <w:tcW w:w="798" w:type="dxa"/>
            <w:tcBorders>
              <w:top w:val="nil"/>
              <w:left w:val="nil"/>
              <w:bottom w:val="single" w:sz="4" w:space="0" w:color="auto"/>
              <w:right w:val="single" w:sz="4" w:space="0" w:color="auto"/>
            </w:tcBorders>
            <w:shd w:val="clear" w:color="auto" w:fill="auto"/>
            <w:noWrap/>
            <w:vAlign w:val="center"/>
            <w:hideMark/>
          </w:tcPr>
          <w:p w14:paraId="76419353" w14:textId="77777777" w:rsidR="00633330" w:rsidRPr="00546614" w:rsidRDefault="00ED5F5D" w:rsidP="00633330">
            <w:pPr>
              <w:spacing w:line="240" w:lineRule="auto"/>
              <w:jc w:val="center"/>
              <w:rPr>
                <w:rFonts w:eastAsia="맑은 고딕" w:cs="Times New Roman"/>
                <w:b/>
                <w:color w:val="000000"/>
                <w:sz w:val="16"/>
                <w:szCs w:val="28"/>
              </w:rPr>
            </w:pPr>
            <w:r>
              <w:rPr>
                <w:rFonts w:ascii="Arial" w:eastAsia="Arial" w:hAnsi="Arial" w:cs="Times New Roman"/>
                <w:b/>
                <w:color w:val="000000"/>
                <w:sz w:val="16"/>
                <w:szCs w:val="28"/>
              </w:rPr>
              <w:t>Sig.</w:t>
            </w:r>
          </w:p>
        </w:tc>
        <w:tc>
          <w:tcPr>
            <w:tcW w:w="799" w:type="dxa"/>
            <w:tcBorders>
              <w:top w:val="nil"/>
              <w:left w:val="nil"/>
              <w:bottom w:val="single" w:sz="4" w:space="0" w:color="auto"/>
              <w:right w:val="single" w:sz="4" w:space="0" w:color="auto"/>
            </w:tcBorders>
            <w:shd w:val="clear" w:color="auto" w:fill="auto"/>
            <w:noWrap/>
            <w:vAlign w:val="center"/>
            <w:hideMark/>
          </w:tcPr>
          <w:p w14:paraId="4CBDDE06" w14:textId="77777777" w:rsidR="00633330" w:rsidRPr="00546614" w:rsidRDefault="00ED5F5D" w:rsidP="00633330">
            <w:pPr>
              <w:spacing w:line="240" w:lineRule="auto"/>
              <w:jc w:val="center"/>
              <w:rPr>
                <w:rFonts w:eastAsia="맑은 고딕" w:cs="Times New Roman"/>
                <w:b/>
                <w:color w:val="000000"/>
                <w:sz w:val="16"/>
                <w:szCs w:val="28"/>
              </w:rPr>
            </w:pPr>
            <w:r>
              <w:rPr>
                <w:rFonts w:ascii="Arial" w:eastAsia="Arial" w:hAnsi="Arial" w:cs="Times New Roman"/>
                <w:b/>
                <w:color w:val="000000"/>
                <w:sz w:val="16"/>
                <w:szCs w:val="28"/>
              </w:rPr>
              <w:t>S.E.</w:t>
            </w:r>
          </w:p>
        </w:tc>
        <w:tc>
          <w:tcPr>
            <w:tcW w:w="798" w:type="dxa"/>
            <w:tcBorders>
              <w:top w:val="nil"/>
              <w:left w:val="nil"/>
              <w:bottom w:val="single" w:sz="4" w:space="0" w:color="auto"/>
              <w:right w:val="single" w:sz="4" w:space="0" w:color="auto"/>
            </w:tcBorders>
            <w:shd w:val="clear" w:color="auto" w:fill="auto"/>
            <w:noWrap/>
            <w:vAlign w:val="center"/>
            <w:hideMark/>
          </w:tcPr>
          <w:p w14:paraId="2AFB6439" w14:textId="77777777" w:rsidR="00633330" w:rsidRPr="00546614" w:rsidRDefault="00ED5F5D" w:rsidP="00633330">
            <w:pPr>
              <w:spacing w:line="240" w:lineRule="auto"/>
              <w:jc w:val="center"/>
              <w:rPr>
                <w:rFonts w:eastAsia="맑은 고딕" w:cs="Times New Roman"/>
                <w:b/>
                <w:color w:val="000000"/>
                <w:sz w:val="16"/>
                <w:szCs w:val="28"/>
              </w:rPr>
            </w:pPr>
            <w:r>
              <w:rPr>
                <w:rFonts w:ascii="Arial" w:eastAsia="Arial" w:hAnsi="Arial" w:cs="Times New Roman"/>
                <w:b/>
                <w:color w:val="000000"/>
                <w:sz w:val="16"/>
                <w:szCs w:val="28"/>
              </w:rPr>
              <w:t>Coeff.</w:t>
            </w:r>
          </w:p>
        </w:tc>
        <w:tc>
          <w:tcPr>
            <w:tcW w:w="799" w:type="dxa"/>
            <w:tcBorders>
              <w:top w:val="nil"/>
              <w:left w:val="nil"/>
              <w:bottom w:val="single" w:sz="4" w:space="0" w:color="auto"/>
              <w:right w:val="single" w:sz="4" w:space="0" w:color="auto"/>
            </w:tcBorders>
            <w:shd w:val="clear" w:color="auto" w:fill="auto"/>
            <w:noWrap/>
            <w:vAlign w:val="center"/>
            <w:hideMark/>
          </w:tcPr>
          <w:p w14:paraId="0940A299" w14:textId="77777777" w:rsidR="00633330" w:rsidRPr="00546614" w:rsidRDefault="00ED5F5D" w:rsidP="00633330">
            <w:pPr>
              <w:spacing w:line="240" w:lineRule="auto"/>
              <w:jc w:val="center"/>
              <w:rPr>
                <w:rFonts w:eastAsia="맑은 고딕" w:cs="Times New Roman"/>
                <w:b/>
                <w:color w:val="000000"/>
                <w:sz w:val="16"/>
                <w:szCs w:val="28"/>
              </w:rPr>
            </w:pPr>
            <w:r>
              <w:rPr>
                <w:rFonts w:ascii="Arial" w:eastAsia="Arial" w:hAnsi="Arial" w:cs="Times New Roman"/>
                <w:b/>
                <w:color w:val="000000"/>
                <w:sz w:val="16"/>
                <w:szCs w:val="28"/>
              </w:rPr>
              <w:t>Sig.</w:t>
            </w:r>
          </w:p>
        </w:tc>
        <w:tc>
          <w:tcPr>
            <w:tcW w:w="798" w:type="dxa"/>
            <w:tcBorders>
              <w:top w:val="nil"/>
              <w:left w:val="nil"/>
              <w:bottom w:val="single" w:sz="4" w:space="0" w:color="auto"/>
              <w:right w:val="single" w:sz="4" w:space="0" w:color="auto"/>
            </w:tcBorders>
            <w:shd w:val="clear" w:color="auto" w:fill="auto"/>
            <w:noWrap/>
            <w:vAlign w:val="center"/>
            <w:hideMark/>
          </w:tcPr>
          <w:p w14:paraId="0FAA6A6D" w14:textId="77777777" w:rsidR="00633330" w:rsidRPr="00546614" w:rsidRDefault="00ED5F5D" w:rsidP="00633330">
            <w:pPr>
              <w:spacing w:line="240" w:lineRule="auto"/>
              <w:jc w:val="center"/>
              <w:rPr>
                <w:rFonts w:eastAsia="맑은 고딕" w:cs="Times New Roman"/>
                <w:b/>
                <w:color w:val="000000"/>
                <w:sz w:val="16"/>
                <w:szCs w:val="28"/>
              </w:rPr>
            </w:pPr>
            <w:r>
              <w:rPr>
                <w:rFonts w:ascii="Arial" w:eastAsia="Arial" w:hAnsi="Arial" w:cs="Times New Roman"/>
                <w:b/>
                <w:color w:val="000000"/>
                <w:sz w:val="16"/>
                <w:szCs w:val="28"/>
              </w:rPr>
              <w:t>S.E.</w:t>
            </w:r>
          </w:p>
        </w:tc>
        <w:tc>
          <w:tcPr>
            <w:tcW w:w="798" w:type="dxa"/>
            <w:tcBorders>
              <w:top w:val="nil"/>
              <w:left w:val="nil"/>
              <w:bottom w:val="single" w:sz="4" w:space="0" w:color="auto"/>
              <w:right w:val="single" w:sz="4" w:space="0" w:color="auto"/>
            </w:tcBorders>
            <w:shd w:val="clear" w:color="auto" w:fill="auto"/>
            <w:noWrap/>
            <w:vAlign w:val="center"/>
            <w:hideMark/>
          </w:tcPr>
          <w:p w14:paraId="17C19CD6" w14:textId="77777777" w:rsidR="00633330" w:rsidRPr="00546614" w:rsidRDefault="00ED5F5D" w:rsidP="00633330">
            <w:pPr>
              <w:spacing w:line="240" w:lineRule="auto"/>
              <w:jc w:val="center"/>
              <w:rPr>
                <w:rFonts w:eastAsia="맑은 고딕" w:cs="Times New Roman"/>
                <w:b/>
                <w:color w:val="000000"/>
                <w:sz w:val="16"/>
                <w:szCs w:val="28"/>
              </w:rPr>
            </w:pPr>
            <w:r>
              <w:rPr>
                <w:rFonts w:ascii="Arial" w:eastAsia="Arial" w:hAnsi="Arial" w:cs="Times New Roman"/>
                <w:b/>
                <w:color w:val="000000"/>
                <w:sz w:val="16"/>
                <w:szCs w:val="28"/>
              </w:rPr>
              <w:t>Coeff.</w:t>
            </w:r>
          </w:p>
        </w:tc>
        <w:tc>
          <w:tcPr>
            <w:tcW w:w="799" w:type="dxa"/>
            <w:tcBorders>
              <w:top w:val="nil"/>
              <w:left w:val="nil"/>
              <w:bottom w:val="single" w:sz="4" w:space="0" w:color="auto"/>
              <w:right w:val="single" w:sz="4" w:space="0" w:color="auto"/>
            </w:tcBorders>
            <w:shd w:val="clear" w:color="auto" w:fill="auto"/>
            <w:noWrap/>
            <w:vAlign w:val="center"/>
            <w:hideMark/>
          </w:tcPr>
          <w:p w14:paraId="79AA6AEC" w14:textId="77777777" w:rsidR="00633330" w:rsidRPr="00546614" w:rsidRDefault="00ED5F5D" w:rsidP="00633330">
            <w:pPr>
              <w:spacing w:line="240" w:lineRule="auto"/>
              <w:jc w:val="center"/>
              <w:rPr>
                <w:rFonts w:eastAsia="맑은 고딕" w:cs="Times New Roman"/>
                <w:b/>
                <w:color w:val="000000"/>
                <w:sz w:val="16"/>
                <w:szCs w:val="28"/>
              </w:rPr>
            </w:pPr>
            <w:r>
              <w:rPr>
                <w:rFonts w:ascii="Arial" w:eastAsia="Arial" w:hAnsi="Arial" w:cs="Times New Roman"/>
                <w:b/>
                <w:color w:val="000000"/>
                <w:sz w:val="16"/>
                <w:szCs w:val="28"/>
              </w:rPr>
              <w:t>Sig.</w:t>
            </w:r>
          </w:p>
        </w:tc>
        <w:tc>
          <w:tcPr>
            <w:tcW w:w="798" w:type="dxa"/>
            <w:tcBorders>
              <w:top w:val="nil"/>
              <w:left w:val="nil"/>
              <w:bottom w:val="single" w:sz="4" w:space="0" w:color="auto"/>
              <w:right w:val="single" w:sz="4" w:space="0" w:color="auto"/>
            </w:tcBorders>
            <w:shd w:val="clear" w:color="auto" w:fill="auto"/>
            <w:noWrap/>
            <w:vAlign w:val="center"/>
            <w:hideMark/>
          </w:tcPr>
          <w:p w14:paraId="19D4CDE2" w14:textId="77777777" w:rsidR="00633330" w:rsidRPr="00546614" w:rsidRDefault="00ED5F5D" w:rsidP="00633330">
            <w:pPr>
              <w:spacing w:line="240" w:lineRule="auto"/>
              <w:jc w:val="center"/>
              <w:rPr>
                <w:rFonts w:eastAsia="맑은 고딕" w:cs="Times New Roman"/>
                <w:b/>
                <w:color w:val="000000"/>
                <w:sz w:val="16"/>
                <w:szCs w:val="28"/>
              </w:rPr>
            </w:pPr>
            <w:r>
              <w:rPr>
                <w:rFonts w:ascii="Arial" w:eastAsia="Arial" w:hAnsi="Arial" w:cs="Times New Roman"/>
                <w:b/>
                <w:color w:val="000000"/>
                <w:sz w:val="16"/>
                <w:szCs w:val="28"/>
              </w:rPr>
              <w:t>S.E.</w:t>
            </w:r>
          </w:p>
        </w:tc>
        <w:tc>
          <w:tcPr>
            <w:tcW w:w="799" w:type="dxa"/>
            <w:tcBorders>
              <w:top w:val="nil"/>
              <w:left w:val="nil"/>
              <w:bottom w:val="single" w:sz="4" w:space="0" w:color="auto"/>
              <w:right w:val="single" w:sz="4" w:space="0" w:color="auto"/>
            </w:tcBorders>
            <w:shd w:val="clear" w:color="auto" w:fill="auto"/>
            <w:noWrap/>
            <w:vAlign w:val="center"/>
            <w:hideMark/>
          </w:tcPr>
          <w:p w14:paraId="13EB0B2E" w14:textId="77777777" w:rsidR="00633330" w:rsidRPr="00546614" w:rsidRDefault="00ED5F5D" w:rsidP="00633330">
            <w:pPr>
              <w:spacing w:line="240" w:lineRule="auto"/>
              <w:jc w:val="center"/>
              <w:rPr>
                <w:rFonts w:eastAsia="맑은 고딕" w:cs="Times New Roman"/>
                <w:b/>
                <w:color w:val="000000"/>
                <w:sz w:val="16"/>
                <w:szCs w:val="28"/>
              </w:rPr>
            </w:pPr>
            <w:r>
              <w:rPr>
                <w:rFonts w:ascii="Arial" w:eastAsia="Arial" w:hAnsi="Arial" w:cs="Times New Roman"/>
                <w:b/>
                <w:color w:val="000000"/>
                <w:sz w:val="16"/>
                <w:szCs w:val="28"/>
              </w:rPr>
              <w:t>Coeff.</w:t>
            </w:r>
          </w:p>
        </w:tc>
        <w:tc>
          <w:tcPr>
            <w:tcW w:w="798" w:type="dxa"/>
            <w:tcBorders>
              <w:top w:val="nil"/>
              <w:left w:val="nil"/>
              <w:bottom w:val="single" w:sz="4" w:space="0" w:color="auto"/>
              <w:right w:val="single" w:sz="4" w:space="0" w:color="auto"/>
            </w:tcBorders>
            <w:shd w:val="clear" w:color="auto" w:fill="auto"/>
            <w:noWrap/>
            <w:vAlign w:val="center"/>
            <w:hideMark/>
          </w:tcPr>
          <w:p w14:paraId="3B18A067" w14:textId="77777777" w:rsidR="00633330" w:rsidRPr="00546614" w:rsidRDefault="00ED5F5D" w:rsidP="00633330">
            <w:pPr>
              <w:spacing w:line="240" w:lineRule="auto"/>
              <w:jc w:val="center"/>
              <w:rPr>
                <w:rFonts w:eastAsia="맑은 고딕" w:cs="Times New Roman"/>
                <w:b/>
                <w:color w:val="000000"/>
                <w:sz w:val="16"/>
                <w:szCs w:val="28"/>
              </w:rPr>
            </w:pPr>
            <w:r>
              <w:rPr>
                <w:rFonts w:ascii="Arial" w:eastAsia="Arial" w:hAnsi="Arial" w:cs="Times New Roman"/>
                <w:b/>
                <w:color w:val="000000"/>
                <w:sz w:val="16"/>
                <w:szCs w:val="28"/>
              </w:rPr>
              <w:t>Sig.</w:t>
            </w:r>
          </w:p>
        </w:tc>
        <w:tc>
          <w:tcPr>
            <w:tcW w:w="799" w:type="dxa"/>
            <w:tcBorders>
              <w:top w:val="nil"/>
              <w:left w:val="nil"/>
              <w:bottom w:val="single" w:sz="4" w:space="0" w:color="auto"/>
              <w:right w:val="single" w:sz="4" w:space="0" w:color="auto"/>
            </w:tcBorders>
            <w:shd w:val="clear" w:color="auto" w:fill="auto"/>
            <w:noWrap/>
            <w:vAlign w:val="center"/>
            <w:hideMark/>
          </w:tcPr>
          <w:p w14:paraId="3ACE6E34" w14:textId="77777777" w:rsidR="00633330" w:rsidRPr="00546614" w:rsidRDefault="00ED5F5D" w:rsidP="00633330">
            <w:pPr>
              <w:spacing w:line="240" w:lineRule="auto"/>
              <w:jc w:val="center"/>
              <w:rPr>
                <w:rFonts w:eastAsia="맑은 고딕" w:cs="Times New Roman"/>
                <w:b/>
                <w:color w:val="000000"/>
                <w:sz w:val="16"/>
                <w:szCs w:val="28"/>
              </w:rPr>
            </w:pPr>
            <w:r>
              <w:rPr>
                <w:rFonts w:ascii="Arial" w:eastAsia="Arial" w:hAnsi="Arial" w:cs="Times New Roman"/>
                <w:b/>
                <w:color w:val="000000"/>
                <w:sz w:val="16"/>
                <w:szCs w:val="28"/>
              </w:rPr>
              <w:t>S.E.</w:t>
            </w:r>
          </w:p>
        </w:tc>
      </w:tr>
      <w:tr w:rsidR="001D47F0" w:rsidRPr="00546614" w14:paraId="48DF7E0A" w14:textId="77777777" w:rsidTr="00546614">
        <w:trPr>
          <w:trHeight w:val="202"/>
          <w:jc w:val="center"/>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2600387B" w14:textId="77777777" w:rsidR="00633330" w:rsidRPr="00546614" w:rsidRDefault="00ED5F5D" w:rsidP="00633330">
            <w:pPr>
              <w:spacing w:line="240" w:lineRule="auto"/>
              <w:rPr>
                <w:rFonts w:eastAsia="맑은 고딕" w:cs="Times New Roman"/>
                <w:b/>
                <w:color w:val="000000"/>
                <w:sz w:val="16"/>
                <w:szCs w:val="28"/>
              </w:rPr>
            </w:pPr>
            <w:r>
              <w:rPr>
                <w:rFonts w:ascii="Arial" w:eastAsia="Arial" w:hAnsi="Arial" w:cs="Times New Roman"/>
                <w:b/>
                <w:color w:val="000000"/>
                <w:sz w:val="16"/>
                <w:szCs w:val="28"/>
              </w:rPr>
              <w:t>Fixed effects</w:t>
            </w:r>
          </w:p>
        </w:tc>
        <w:tc>
          <w:tcPr>
            <w:tcW w:w="2551" w:type="dxa"/>
            <w:tcBorders>
              <w:top w:val="nil"/>
              <w:left w:val="nil"/>
              <w:bottom w:val="single" w:sz="4" w:space="0" w:color="auto"/>
              <w:right w:val="single" w:sz="4" w:space="0" w:color="auto"/>
            </w:tcBorders>
            <w:shd w:val="clear" w:color="auto" w:fill="auto"/>
            <w:noWrap/>
            <w:vAlign w:val="center"/>
            <w:hideMark/>
          </w:tcPr>
          <w:p w14:paraId="71838745"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5DE951EF"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5AF91F01"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222759C2"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5AAB2CA2"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73DC35CA"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620878A6"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7A09524A"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52A6E6DB"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67F330B4"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77A05EBA"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5E5EF0A4"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7B42B325"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r>
      <w:tr w:rsidR="001D47F0" w:rsidRPr="00546614" w14:paraId="625B2FBF" w14:textId="77777777" w:rsidTr="00546614">
        <w:trPr>
          <w:trHeight w:val="202"/>
          <w:jc w:val="center"/>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40F3192E" w14:textId="77777777" w:rsidR="00633330" w:rsidRPr="00546614" w:rsidRDefault="00ED5F5D" w:rsidP="00633330">
            <w:pPr>
              <w:spacing w:line="240" w:lineRule="auto"/>
              <w:rPr>
                <w:rFonts w:eastAsia="맑은 고딕" w:cs="Times New Roman"/>
                <w:iCs/>
                <w:color w:val="000000"/>
                <w:sz w:val="16"/>
                <w:szCs w:val="28"/>
              </w:rPr>
            </w:pPr>
            <w:r>
              <w:rPr>
                <w:rFonts w:ascii="Arial" w:eastAsia="Arial" w:hAnsi="Arial" w:cs="Times New Roman"/>
                <w:iCs/>
                <w:color w:val="000000"/>
                <w:sz w:val="16"/>
                <w:szCs w:val="28"/>
              </w:rPr>
              <w:t>Age/10</w:t>
            </w:r>
          </w:p>
        </w:tc>
        <w:tc>
          <w:tcPr>
            <w:tcW w:w="2551" w:type="dxa"/>
            <w:tcBorders>
              <w:top w:val="nil"/>
              <w:left w:val="nil"/>
              <w:bottom w:val="single" w:sz="4" w:space="0" w:color="auto"/>
              <w:right w:val="single" w:sz="4" w:space="0" w:color="auto"/>
            </w:tcBorders>
            <w:shd w:val="clear" w:color="auto" w:fill="auto"/>
            <w:noWrap/>
            <w:vAlign w:val="center"/>
            <w:hideMark/>
          </w:tcPr>
          <w:p w14:paraId="4919C17E"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7C20D90F"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-0.797</w:t>
            </w:r>
          </w:p>
        </w:tc>
        <w:tc>
          <w:tcPr>
            <w:tcW w:w="798" w:type="dxa"/>
            <w:tcBorders>
              <w:top w:val="nil"/>
              <w:left w:val="nil"/>
              <w:bottom w:val="single" w:sz="4" w:space="0" w:color="auto"/>
              <w:right w:val="single" w:sz="4" w:space="0" w:color="auto"/>
            </w:tcBorders>
            <w:shd w:val="clear" w:color="auto" w:fill="auto"/>
            <w:noWrap/>
            <w:vAlign w:val="center"/>
            <w:hideMark/>
          </w:tcPr>
          <w:p w14:paraId="13340FEF"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9" w:type="dxa"/>
            <w:tcBorders>
              <w:top w:val="nil"/>
              <w:left w:val="nil"/>
              <w:bottom w:val="single" w:sz="4" w:space="0" w:color="auto"/>
              <w:right w:val="single" w:sz="4" w:space="0" w:color="auto"/>
            </w:tcBorders>
            <w:shd w:val="clear" w:color="auto" w:fill="auto"/>
            <w:noWrap/>
            <w:vAlign w:val="center"/>
            <w:hideMark/>
          </w:tcPr>
          <w:p w14:paraId="4F54047D"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0.100</w:t>
            </w:r>
          </w:p>
        </w:tc>
        <w:tc>
          <w:tcPr>
            <w:tcW w:w="798" w:type="dxa"/>
            <w:tcBorders>
              <w:top w:val="nil"/>
              <w:left w:val="nil"/>
              <w:bottom w:val="single" w:sz="4" w:space="0" w:color="auto"/>
              <w:right w:val="single" w:sz="4" w:space="0" w:color="auto"/>
            </w:tcBorders>
            <w:shd w:val="clear" w:color="auto" w:fill="auto"/>
            <w:noWrap/>
            <w:vAlign w:val="center"/>
            <w:hideMark/>
          </w:tcPr>
          <w:p w14:paraId="653CFFE2"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-0.519</w:t>
            </w:r>
          </w:p>
        </w:tc>
        <w:tc>
          <w:tcPr>
            <w:tcW w:w="799" w:type="dxa"/>
            <w:tcBorders>
              <w:top w:val="nil"/>
              <w:left w:val="nil"/>
              <w:bottom w:val="single" w:sz="4" w:space="0" w:color="auto"/>
              <w:right w:val="single" w:sz="4" w:space="0" w:color="auto"/>
            </w:tcBorders>
            <w:shd w:val="clear" w:color="auto" w:fill="auto"/>
            <w:noWrap/>
            <w:vAlign w:val="center"/>
            <w:hideMark/>
          </w:tcPr>
          <w:p w14:paraId="70315E16"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8" w:type="dxa"/>
            <w:tcBorders>
              <w:top w:val="nil"/>
              <w:left w:val="nil"/>
              <w:bottom w:val="single" w:sz="4" w:space="0" w:color="auto"/>
              <w:right w:val="single" w:sz="4" w:space="0" w:color="auto"/>
            </w:tcBorders>
            <w:shd w:val="clear" w:color="auto" w:fill="auto"/>
            <w:noWrap/>
            <w:vAlign w:val="center"/>
            <w:hideMark/>
          </w:tcPr>
          <w:p w14:paraId="30F35BCB"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0.108</w:t>
            </w:r>
          </w:p>
        </w:tc>
        <w:tc>
          <w:tcPr>
            <w:tcW w:w="798" w:type="dxa"/>
            <w:tcBorders>
              <w:top w:val="nil"/>
              <w:left w:val="nil"/>
              <w:bottom w:val="single" w:sz="4" w:space="0" w:color="auto"/>
              <w:right w:val="single" w:sz="4" w:space="0" w:color="auto"/>
            </w:tcBorders>
            <w:shd w:val="clear" w:color="auto" w:fill="auto"/>
            <w:noWrap/>
            <w:vAlign w:val="center"/>
            <w:hideMark/>
          </w:tcPr>
          <w:p w14:paraId="03154082"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-0.544</w:t>
            </w:r>
          </w:p>
        </w:tc>
        <w:tc>
          <w:tcPr>
            <w:tcW w:w="799" w:type="dxa"/>
            <w:tcBorders>
              <w:top w:val="nil"/>
              <w:left w:val="nil"/>
              <w:bottom w:val="single" w:sz="4" w:space="0" w:color="auto"/>
              <w:right w:val="single" w:sz="4" w:space="0" w:color="auto"/>
            </w:tcBorders>
            <w:shd w:val="clear" w:color="auto" w:fill="auto"/>
            <w:noWrap/>
            <w:vAlign w:val="center"/>
            <w:hideMark/>
          </w:tcPr>
          <w:p w14:paraId="615872D2"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8" w:type="dxa"/>
            <w:tcBorders>
              <w:top w:val="nil"/>
              <w:left w:val="nil"/>
              <w:bottom w:val="single" w:sz="4" w:space="0" w:color="auto"/>
              <w:right w:val="single" w:sz="4" w:space="0" w:color="auto"/>
            </w:tcBorders>
            <w:shd w:val="clear" w:color="auto" w:fill="auto"/>
            <w:noWrap/>
            <w:vAlign w:val="center"/>
            <w:hideMark/>
          </w:tcPr>
          <w:p w14:paraId="1939D9F4"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0.110</w:t>
            </w:r>
          </w:p>
        </w:tc>
        <w:tc>
          <w:tcPr>
            <w:tcW w:w="799" w:type="dxa"/>
            <w:tcBorders>
              <w:top w:val="nil"/>
              <w:left w:val="nil"/>
              <w:bottom w:val="single" w:sz="4" w:space="0" w:color="auto"/>
              <w:right w:val="single" w:sz="4" w:space="0" w:color="auto"/>
            </w:tcBorders>
            <w:shd w:val="clear" w:color="auto" w:fill="auto"/>
            <w:noWrap/>
            <w:vAlign w:val="center"/>
            <w:hideMark/>
          </w:tcPr>
          <w:p w14:paraId="5B6B3331"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-0.179</w:t>
            </w:r>
          </w:p>
        </w:tc>
        <w:tc>
          <w:tcPr>
            <w:tcW w:w="798" w:type="dxa"/>
            <w:tcBorders>
              <w:top w:val="nil"/>
              <w:left w:val="nil"/>
              <w:bottom w:val="single" w:sz="4" w:space="0" w:color="auto"/>
              <w:right w:val="single" w:sz="4" w:space="0" w:color="auto"/>
            </w:tcBorders>
            <w:shd w:val="clear" w:color="auto" w:fill="auto"/>
            <w:noWrap/>
            <w:vAlign w:val="center"/>
            <w:hideMark/>
          </w:tcPr>
          <w:p w14:paraId="3A97B891"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69905D61"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0.110</w:t>
            </w:r>
          </w:p>
        </w:tc>
      </w:tr>
      <w:tr w:rsidR="001D47F0" w:rsidRPr="00546614" w14:paraId="34AFE2EE" w14:textId="77777777" w:rsidTr="00546614">
        <w:trPr>
          <w:trHeight w:val="202"/>
          <w:jc w:val="center"/>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5F43A699" w14:textId="77777777" w:rsidR="00C81053" w:rsidRPr="00546614" w:rsidRDefault="00ED5F5D">
            <w:pPr>
              <w:spacing w:line="240" w:lineRule="auto"/>
              <w:rPr>
                <w:sz w:val="16"/>
                <w:szCs w:val="28"/>
              </w:rPr>
            </w:pPr>
            <w:r>
              <w:rPr>
                <w:rFonts w:ascii="Arial" w:eastAsia="Arial" w:hAnsi="Arial"/>
                <w:sz w:val="16"/>
                <w:szCs w:val="28"/>
              </w:rPr>
              <w:t>(Age/10) squared</w:t>
            </w:r>
          </w:p>
        </w:tc>
        <w:tc>
          <w:tcPr>
            <w:tcW w:w="2551" w:type="dxa"/>
            <w:tcBorders>
              <w:top w:val="nil"/>
              <w:left w:val="nil"/>
              <w:bottom w:val="single" w:sz="4" w:space="0" w:color="auto"/>
              <w:right w:val="single" w:sz="4" w:space="0" w:color="auto"/>
            </w:tcBorders>
            <w:shd w:val="clear" w:color="auto" w:fill="auto"/>
            <w:noWrap/>
            <w:vAlign w:val="center"/>
            <w:hideMark/>
          </w:tcPr>
          <w:p w14:paraId="415B3138"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627C11ED"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0.096</w:t>
            </w:r>
          </w:p>
        </w:tc>
        <w:tc>
          <w:tcPr>
            <w:tcW w:w="798" w:type="dxa"/>
            <w:tcBorders>
              <w:top w:val="nil"/>
              <w:left w:val="nil"/>
              <w:bottom w:val="single" w:sz="4" w:space="0" w:color="auto"/>
              <w:right w:val="single" w:sz="4" w:space="0" w:color="auto"/>
            </w:tcBorders>
            <w:shd w:val="clear" w:color="auto" w:fill="auto"/>
            <w:noWrap/>
            <w:vAlign w:val="center"/>
            <w:hideMark/>
          </w:tcPr>
          <w:p w14:paraId="4CC8901B"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9" w:type="dxa"/>
            <w:tcBorders>
              <w:top w:val="nil"/>
              <w:left w:val="nil"/>
              <w:bottom w:val="single" w:sz="4" w:space="0" w:color="auto"/>
              <w:right w:val="single" w:sz="4" w:space="0" w:color="auto"/>
            </w:tcBorders>
            <w:shd w:val="clear" w:color="auto" w:fill="auto"/>
            <w:noWrap/>
            <w:vAlign w:val="center"/>
            <w:hideMark/>
          </w:tcPr>
          <w:p w14:paraId="454D41F0"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0.011</w:t>
            </w:r>
          </w:p>
        </w:tc>
        <w:tc>
          <w:tcPr>
            <w:tcW w:w="798" w:type="dxa"/>
            <w:tcBorders>
              <w:top w:val="nil"/>
              <w:left w:val="nil"/>
              <w:bottom w:val="single" w:sz="4" w:space="0" w:color="auto"/>
              <w:right w:val="single" w:sz="4" w:space="0" w:color="auto"/>
            </w:tcBorders>
            <w:shd w:val="clear" w:color="auto" w:fill="auto"/>
            <w:noWrap/>
            <w:vAlign w:val="center"/>
            <w:hideMark/>
          </w:tcPr>
          <w:p w14:paraId="3FE75DC4"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0.064</w:t>
            </w:r>
          </w:p>
        </w:tc>
        <w:tc>
          <w:tcPr>
            <w:tcW w:w="799" w:type="dxa"/>
            <w:tcBorders>
              <w:top w:val="nil"/>
              <w:left w:val="nil"/>
              <w:bottom w:val="single" w:sz="4" w:space="0" w:color="auto"/>
              <w:right w:val="single" w:sz="4" w:space="0" w:color="auto"/>
            </w:tcBorders>
            <w:shd w:val="clear" w:color="auto" w:fill="auto"/>
            <w:noWrap/>
            <w:vAlign w:val="center"/>
            <w:hideMark/>
          </w:tcPr>
          <w:p w14:paraId="2A051048"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8" w:type="dxa"/>
            <w:tcBorders>
              <w:top w:val="nil"/>
              <w:left w:val="nil"/>
              <w:bottom w:val="single" w:sz="4" w:space="0" w:color="auto"/>
              <w:right w:val="single" w:sz="4" w:space="0" w:color="auto"/>
            </w:tcBorders>
            <w:shd w:val="clear" w:color="auto" w:fill="auto"/>
            <w:noWrap/>
            <w:vAlign w:val="center"/>
            <w:hideMark/>
          </w:tcPr>
          <w:p w14:paraId="1F4E5919"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0.012</w:t>
            </w:r>
          </w:p>
        </w:tc>
        <w:tc>
          <w:tcPr>
            <w:tcW w:w="798" w:type="dxa"/>
            <w:tcBorders>
              <w:top w:val="nil"/>
              <w:left w:val="nil"/>
              <w:bottom w:val="single" w:sz="4" w:space="0" w:color="auto"/>
              <w:right w:val="single" w:sz="4" w:space="0" w:color="auto"/>
            </w:tcBorders>
            <w:shd w:val="clear" w:color="auto" w:fill="auto"/>
            <w:noWrap/>
            <w:vAlign w:val="center"/>
            <w:hideMark/>
          </w:tcPr>
          <w:p w14:paraId="1BBCDDBD"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0.067</w:t>
            </w:r>
          </w:p>
        </w:tc>
        <w:tc>
          <w:tcPr>
            <w:tcW w:w="799" w:type="dxa"/>
            <w:tcBorders>
              <w:top w:val="nil"/>
              <w:left w:val="nil"/>
              <w:bottom w:val="single" w:sz="4" w:space="0" w:color="auto"/>
              <w:right w:val="single" w:sz="4" w:space="0" w:color="auto"/>
            </w:tcBorders>
            <w:shd w:val="clear" w:color="auto" w:fill="auto"/>
            <w:noWrap/>
            <w:vAlign w:val="center"/>
            <w:hideMark/>
          </w:tcPr>
          <w:p w14:paraId="37936457"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8" w:type="dxa"/>
            <w:tcBorders>
              <w:top w:val="nil"/>
              <w:left w:val="nil"/>
              <w:bottom w:val="single" w:sz="4" w:space="0" w:color="auto"/>
              <w:right w:val="single" w:sz="4" w:space="0" w:color="auto"/>
            </w:tcBorders>
            <w:shd w:val="clear" w:color="auto" w:fill="auto"/>
            <w:noWrap/>
            <w:vAlign w:val="center"/>
            <w:hideMark/>
          </w:tcPr>
          <w:p w14:paraId="2C7D3ECA"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0.012</w:t>
            </w:r>
          </w:p>
        </w:tc>
        <w:tc>
          <w:tcPr>
            <w:tcW w:w="799" w:type="dxa"/>
            <w:tcBorders>
              <w:top w:val="nil"/>
              <w:left w:val="nil"/>
              <w:bottom w:val="single" w:sz="4" w:space="0" w:color="auto"/>
              <w:right w:val="single" w:sz="4" w:space="0" w:color="auto"/>
            </w:tcBorders>
            <w:shd w:val="clear" w:color="auto" w:fill="auto"/>
            <w:noWrap/>
            <w:vAlign w:val="center"/>
            <w:hideMark/>
          </w:tcPr>
          <w:p w14:paraId="5BDE9569"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0.017</w:t>
            </w:r>
          </w:p>
        </w:tc>
        <w:tc>
          <w:tcPr>
            <w:tcW w:w="798" w:type="dxa"/>
            <w:tcBorders>
              <w:top w:val="nil"/>
              <w:left w:val="nil"/>
              <w:bottom w:val="single" w:sz="4" w:space="0" w:color="auto"/>
              <w:right w:val="single" w:sz="4" w:space="0" w:color="auto"/>
            </w:tcBorders>
            <w:shd w:val="clear" w:color="auto" w:fill="auto"/>
            <w:noWrap/>
            <w:vAlign w:val="center"/>
            <w:hideMark/>
          </w:tcPr>
          <w:p w14:paraId="0516C8AC"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561D14B2"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0.012</w:t>
            </w:r>
          </w:p>
        </w:tc>
      </w:tr>
      <w:tr w:rsidR="001D47F0" w:rsidRPr="00546614" w14:paraId="6C71570E" w14:textId="77777777" w:rsidTr="00546614">
        <w:trPr>
          <w:trHeight w:val="202"/>
          <w:jc w:val="center"/>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5AA19E60" w14:textId="1316754E" w:rsidR="00C81053" w:rsidRPr="00546614" w:rsidRDefault="001D5C5C">
            <w:pPr>
              <w:spacing w:line="240" w:lineRule="auto"/>
              <w:rPr>
                <w:sz w:val="16"/>
                <w:szCs w:val="28"/>
              </w:rPr>
            </w:pPr>
            <w:r>
              <w:rPr>
                <w:rFonts w:ascii="Arial" w:eastAsia="Arial" w:hAnsi="Arial" w:hint="eastAsia"/>
                <w:sz w:val="16"/>
                <w:szCs w:val="28"/>
              </w:rPr>
              <w:t>G</w:t>
            </w:r>
            <w:r>
              <w:rPr>
                <w:rFonts w:ascii="Arial" w:eastAsia="Arial" w:hAnsi="Arial"/>
                <w:sz w:val="16"/>
                <w:szCs w:val="28"/>
              </w:rPr>
              <w:t>ender (Male=1)</w:t>
            </w:r>
          </w:p>
        </w:tc>
        <w:tc>
          <w:tcPr>
            <w:tcW w:w="2551" w:type="dxa"/>
            <w:tcBorders>
              <w:top w:val="nil"/>
              <w:left w:val="nil"/>
              <w:bottom w:val="single" w:sz="4" w:space="0" w:color="auto"/>
              <w:right w:val="single" w:sz="4" w:space="0" w:color="auto"/>
            </w:tcBorders>
            <w:shd w:val="clear" w:color="auto" w:fill="auto"/>
            <w:noWrap/>
            <w:vAlign w:val="center"/>
            <w:hideMark/>
          </w:tcPr>
          <w:p w14:paraId="0545A185"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5B521A38"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77C4CB4E"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53B85DEE"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62F85132"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-0.543</w:t>
            </w:r>
          </w:p>
        </w:tc>
        <w:tc>
          <w:tcPr>
            <w:tcW w:w="799" w:type="dxa"/>
            <w:tcBorders>
              <w:top w:val="nil"/>
              <w:left w:val="nil"/>
              <w:bottom w:val="single" w:sz="4" w:space="0" w:color="auto"/>
              <w:right w:val="single" w:sz="4" w:space="0" w:color="auto"/>
            </w:tcBorders>
            <w:shd w:val="clear" w:color="auto" w:fill="auto"/>
            <w:noWrap/>
            <w:vAlign w:val="center"/>
            <w:hideMark/>
          </w:tcPr>
          <w:p w14:paraId="6B4FCDEB"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8" w:type="dxa"/>
            <w:tcBorders>
              <w:top w:val="nil"/>
              <w:left w:val="nil"/>
              <w:bottom w:val="single" w:sz="4" w:space="0" w:color="auto"/>
              <w:right w:val="single" w:sz="4" w:space="0" w:color="auto"/>
            </w:tcBorders>
            <w:shd w:val="clear" w:color="auto" w:fill="auto"/>
            <w:noWrap/>
            <w:vAlign w:val="center"/>
            <w:hideMark/>
          </w:tcPr>
          <w:p w14:paraId="6F9B99A5"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0.023</w:t>
            </w:r>
          </w:p>
        </w:tc>
        <w:tc>
          <w:tcPr>
            <w:tcW w:w="798" w:type="dxa"/>
            <w:tcBorders>
              <w:top w:val="nil"/>
              <w:left w:val="nil"/>
              <w:bottom w:val="single" w:sz="4" w:space="0" w:color="auto"/>
              <w:right w:val="single" w:sz="4" w:space="0" w:color="auto"/>
            </w:tcBorders>
            <w:shd w:val="clear" w:color="auto" w:fill="auto"/>
            <w:noWrap/>
            <w:vAlign w:val="center"/>
            <w:hideMark/>
          </w:tcPr>
          <w:p w14:paraId="3F6230B9"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-0.532</w:t>
            </w:r>
          </w:p>
        </w:tc>
        <w:tc>
          <w:tcPr>
            <w:tcW w:w="799" w:type="dxa"/>
            <w:tcBorders>
              <w:top w:val="nil"/>
              <w:left w:val="nil"/>
              <w:bottom w:val="single" w:sz="4" w:space="0" w:color="auto"/>
              <w:right w:val="single" w:sz="4" w:space="0" w:color="auto"/>
            </w:tcBorders>
            <w:shd w:val="clear" w:color="auto" w:fill="auto"/>
            <w:noWrap/>
            <w:vAlign w:val="center"/>
            <w:hideMark/>
          </w:tcPr>
          <w:p w14:paraId="34F404B2"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8" w:type="dxa"/>
            <w:tcBorders>
              <w:top w:val="nil"/>
              <w:left w:val="nil"/>
              <w:bottom w:val="single" w:sz="4" w:space="0" w:color="auto"/>
              <w:right w:val="single" w:sz="4" w:space="0" w:color="auto"/>
            </w:tcBorders>
            <w:shd w:val="clear" w:color="auto" w:fill="auto"/>
            <w:noWrap/>
            <w:vAlign w:val="center"/>
            <w:hideMark/>
          </w:tcPr>
          <w:p w14:paraId="1064F230"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0.023</w:t>
            </w:r>
          </w:p>
        </w:tc>
        <w:tc>
          <w:tcPr>
            <w:tcW w:w="799" w:type="dxa"/>
            <w:tcBorders>
              <w:top w:val="nil"/>
              <w:left w:val="nil"/>
              <w:bottom w:val="single" w:sz="4" w:space="0" w:color="auto"/>
              <w:right w:val="single" w:sz="4" w:space="0" w:color="auto"/>
            </w:tcBorders>
            <w:shd w:val="clear" w:color="auto" w:fill="auto"/>
            <w:noWrap/>
            <w:vAlign w:val="center"/>
            <w:hideMark/>
          </w:tcPr>
          <w:p w14:paraId="0BABE6E5"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-0.376</w:t>
            </w:r>
          </w:p>
        </w:tc>
        <w:tc>
          <w:tcPr>
            <w:tcW w:w="798" w:type="dxa"/>
            <w:tcBorders>
              <w:top w:val="nil"/>
              <w:left w:val="nil"/>
              <w:bottom w:val="single" w:sz="4" w:space="0" w:color="auto"/>
              <w:right w:val="single" w:sz="4" w:space="0" w:color="auto"/>
            </w:tcBorders>
            <w:shd w:val="clear" w:color="auto" w:fill="auto"/>
            <w:noWrap/>
            <w:vAlign w:val="center"/>
            <w:hideMark/>
          </w:tcPr>
          <w:p w14:paraId="5CC58F4B"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9" w:type="dxa"/>
            <w:tcBorders>
              <w:top w:val="nil"/>
              <w:left w:val="nil"/>
              <w:bottom w:val="single" w:sz="4" w:space="0" w:color="auto"/>
              <w:right w:val="single" w:sz="4" w:space="0" w:color="auto"/>
            </w:tcBorders>
            <w:shd w:val="clear" w:color="auto" w:fill="auto"/>
            <w:noWrap/>
            <w:vAlign w:val="center"/>
            <w:hideMark/>
          </w:tcPr>
          <w:p w14:paraId="2217219D"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0.023</w:t>
            </w:r>
          </w:p>
        </w:tc>
      </w:tr>
      <w:tr w:rsidR="001D47F0" w:rsidRPr="00546614" w14:paraId="7672BB50" w14:textId="77777777" w:rsidTr="00546614">
        <w:trPr>
          <w:trHeight w:val="202"/>
          <w:jc w:val="center"/>
        </w:trPr>
        <w:tc>
          <w:tcPr>
            <w:tcW w:w="4106" w:type="dxa"/>
            <w:gridSpan w:val="2"/>
            <w:tcBorders>
              <w:top w:val="nil"/>
              <w:left w:val="single" w:sz="4" w:space="0" w:color="auto"/>
              <w:bottom w:val="single" w:sz="4" w:space="0" w:color="auto"/>
              <w:right w:val="single" w:sz="4" w:space="0" w:color="auto"/>
            </w:tcBorders>
            <w:shd w:val="clear" w:color="auto" w:fill="auto"/>
            <w:noWrap/>
            <w:vAlign w:val="center"/>
            <w:hideMark/>
          </w:tcPr>
          <w:p w14:paraId="532597D1"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Household size (ref. a single-person household)　</w:t>
            </w:r>
          </w:p>
        </w:tc>
        <w:tc>
          <w:tcPr>
            <w:tcW w:w="798" w:type="dxa"/>
            <w:tcBorders>
              <w:top w:val="nil"/>
              <w:left w:val="nil"/>
              <w:bottom w:val="single" w:sz="4" w:space="0" w:color="auto"/>
              <w:right w:val="single" w:sz="4" w:space="0" w:color="auto"/>
            </w:tcBorders>
            <w:shd w:val="clear" w:color="auto" w:fill="auto"/>
            <w:noWrap/>
            <w:vAlign w:val="center"/>
            <w:hideMark/>
          </w:tcPr>
          <w:p w14:paraId="643DFDC6"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393D6E65"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04C0EDE4"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7872E518"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6ACBBC6F"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2508CBC3"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5D7DBECC"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3C0D7279"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6AED680B"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30BD50E7"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69D57EC3"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3E6CFEAB"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r>
      <w:tr w:rsidR="001D47F0" w:rsidRPr="00546614" w14:paraId="78C84653" w14:textId="77777777" w:rsidTr="00546614">
        <w:trPr>
          <w:trHeight w:val="202"/>
          <w:jc w:val="center"/>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2A88DA0F"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2551" w:type="dxa"/>
            <w:tcBorders>
              <w:top w:val="nil"/>
              <w:left w:val="nil"/>
              <w:bottom w:val="single" w:sz="4" w:space="0" w:color="auto"/>
              <w:right w:val="single" w:sz="4" w:space="0" w:color="auto"/>
            </w:tcBorders>
            <w:shd w:val="clear" w:color="auto" w:fill="auto"/>
            <w:noWrap/>
            <w:vAlign w:val="center"/>
            <w:hideMark/>
          </w:tcPr>
          <w:p w14:paraId="5F223DCD"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Two persons</w:t>
            </w:r>
          </w:p>
        </w:tc>
        <w:tc>
          <w:tcPr>
            <w:tcW w:w="798" w:type="dxa"/>
            <w:tcBorders>
              <w:top w:val="nil"/>
              <w:left w:val="nil"/>
              <w:bottom w:val="single" w:sz="4" w:space="0" w:color="auto"/>
              <w:right w:val="single" w:sz="4" w:space="0" w:color="auto"/>
            </w:tcBorders>
            <w:shd w:val="clear" w:color="auto" w:fill="auto"/>
            <w:noWrap/>
            <w:vAlign w:val="center"/>
            <w:hideMark/>
          </w:tcPr>
          <w:p w14:paraId="3FA9BED5"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6E0AD7A7"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31001F8C"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6CC71DB1"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-0.048</w:t>
            </w:r>
          </w:p>
        </w:tc>
        <w:tc>
          <w:tcPr>
            <w:tcW w:w="799" w:type="dxa"/>
            <w:tcBorders>
              <w:top w:val="nil"/>
              <w:left w:val="nil"/>
              <w:bottom w:val="single" w:sz="4" w:space="0" w:color="auto"/>
              <w:right w:val="single" w:sz="4" w:space="0" w:color="auto"/>
            </w:tcBorders>
            <w:shd w:val="clear" w:color="auto" w:fill="auto"/>
            <w:noWrap/>
            <w:vAlign w:val="center"/>
            <w:hideMark/>
          </w:tcPr>
          <w:p w14:paraId="2DCAF55B"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8" w:type="dxa"/>
            <w:tcBorders>
              <w:top w:val="nil"/>
              <w:left w:val="nil"/>
              <w:bottom w:val="single" w:sz="4" w:space="0" w:color="auto"/>
              <w:right w:val="single" w:sz="4" w:space="0" w:color="auto"/>
            </w:tcBorders>
            <w:shd w:val="clear" w:color="auto" w:fill="auto"/>
            <w:noWrap/>
            <w:vAlign w:val="center"/>
            <w:hideMark/>
          </w:tcPr>
          <w:p w14:paraId="5E3366D1"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0.028</w:t>
            </w:r>
          </w:p>
        </w:tc>
        <w:tc>
          <w:tcPr>
            <w:tcW w:w="798" w:type="dxa"/>
            <w:tcBorders>
              <w:top w:val="nil"/>
              <w:left w:val="nil"/>
              <w:bottom w:val="single" w:sz="4" w:space="0" w:color="auto"/>
              <w:right w:val="single" w:sz="4" w:space="0" w:color="auto"/>
            </w:tcBorders>
            <w:shd w:val="clear" w:color="auto" w:fill="auto"/>
            <w:noWrap/>
            <w:vAlign w:val="center"/>
            <w:hideMark/>
          </w:tcPr>
          <w:p w14:paraId="74FC5A0E"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-0.068</w:t>
            </w:r>
          </w:p>
        </w:tc>
        <w:tc>
          <w:tcPr>
            <w:tcW w:w="799" w:type="dxa"/>
            <w:tcBorders>
              <w:top w:val="nil"/>
              <w:left w:val="nil"/>
              <w:bottom w:val="single" w:sz="4" w:space="0" w:color="auto"/>
              <w:right w:val="single" w:sz="4" w:space="0" w:color="auto"/>
            </w:tcBorders>
            <w:shd w:val="clear" w:color="auto" w:fill="auto"/>
            <w:noWrap/>
            <w:vAlign w:val="center"/>
            <w:hideMark/>
          </w:tcPr>
          <w:p w14:paraId="1017CE24"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8" w:type="dxa"/>
            <w:tcBorders>
              <w:top w:val="nil"/>
              <w:left w:val="nil"/>
              <w:bottom w:val="single" w:sz="4" w:space="0" w:color="auto"/>
              <w:right w:val="single" w:sz="4" w:space="0" w:color="auto"/>
            </w:tcBorders>
            <w:shd w:val="clear" w:color="auto" w:fill="auto"/>
            <w:noWrap/>
            <w:vAlign w:val="center"/>
            <w:hideMark/>
          </w:tcPr>
          <w:p w14:paraId="7C4BE2B6"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0.028</w:t>
            </w:r>
          </w:p>
        </w:tc>
        <w:tc>
          <w:tcPr>
            <w:tcW w:w="799" w:type="dxa"/>
            <w:tcBorders>
              <w:top w:val="nil"/>
              <w:left w:val="nil"/>
              <w:bottom w:val="single" w:sz="4" w:space="0" w:color="auto"/>
              <w:right w:val="single" w:sz="4" w:space="0" w:color="auto"/>
            </w:tcBorders>
            <w:shd w:val="clear" w:color="auto" w:fill="auto"/>
            <w:noWrap/>
            <w:vAlign w:val="center"/>
            <w:hideMark/>
          </w:tcPr>
          <w:p w14:paraId="064563B2"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0.154</w:t>
            </w:r>
          </w:p>
        </w:tc>
        <w:tc>
          <w:tcPr>
            <w:tcW w:w="798" w:type="dxa"/>
            <w:tcBorders>
              <w:top w:val="nil"/>
              <w:left w:val="nil"/>
              <w:bottom w:val="single" w:sz="4" w:space="0" w:color="auto"/>
              <w:right w:val="single" w:sz="4" w:space="0" w:color="auto"/>
            </w:tcBorders>
            <w:shd w:val="clear" w:color="auto" w:fill="auto"/>
            <w:noWrap/>
            <w:vAlign w:val="center"/>
            <w:hideMark/>
          </w:tcPr>
          <w:p w14:paraId="2F0E55A5"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9" w:type="dxa"/>
            <w:tcBorders>
              <w:top w:val="nil"/>
              <w:left w:val="nil"/>
              <w:bottom w:val="single" w:sz="4" w:space="0" w:color="auto"/>
              <w:right w:val="single" w:sz="4" w:space="0" w:color="auto"/>
            </w:tcBorders>
            <w:shd w:val="clear" w:color="auto" w:fill="auto"/>
            <w:noWrap/>
            <w:vAlign w:val="center"/>
            <w:hideMark/>
          </w:tcPr>
          <w:p w14:paraId="53F85456"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0.029</w:t>
            </w:r>
          </w:p>
        </w:tc>
      </w:tr>
      <w:tr w:rsidR="001D47F0" w:rsidRPr="00546614" w14:paraId="4698861C" w14:textId="77777777" w:rsidTr="00546614">
        <w:trPr>
          <w:trHeight w:val="202"/>
          <w:jc w:val="center"/>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363ECB40"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2551" w:type="dxa"/>
            <w:tcBorders>
              <w:top w:val="nil"/>
              <w:left w:val="nil"/>
              <w:bottom w:val="single" w:sz="4" w:space="0" w:color="auto"/>
              <w:right w:val="single" w:sz="4" w:space="0" w:color="auto"/>
            </w:tcBorders>
            <w:shd w:val="clear" w:color="auto" w:fill="auto"/>
            <w:noWrap/>
            <w:vAlign w:val="center"/>
            <w:hideMark/>
          </w:tcPr>
          <w:p w14:paraId="22081BB6"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Three persons</w:t>
            </w:r>
          </w:p>
        </w:tc>
        <w:tc>
          <w:tcPr>
            <w:tcW w:w="798" w:type="dxa"/>
            <w:tcBorders>
              <w:top w:val="nil"/>
              <w:left w:val="nil"/>
              <w:bottom w:val="single" w:sz="4" w:space="0" w:color="auto"/>
              <w:right w:val="single" w:sz="4" w:space="0" w:color="auto"/>
            </w:tcBorders>
            <w:shd w:val="clear" w:color="auto" w:fill="auto"/>
            <w:noWrap/>
            <w:vAlign w:val="center"/>
            <w:hideMark/>
          </w:tcPr>
          <w:p w14:paraId="2C1BD735"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431BC7AC"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1BC7ECE6"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5FD7FE1B"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-0.113</w:t>
            </w:r>
          </w:p>
        </w:tc>
        <w:tc>
          <w:tcPr>
            <w:tcW w:w="799" w:type="dxa"/>
            <w:tcBorders>
              <w:top w:val="nil"/>
              <w:left w:val="nil"/>
              <w:bottom w:val="single" w:sz="4" w:space="0" w:color="auto"/>
              <w:right w:val="single" w:sz="4" w:space="0" w:color="auto"/>
            </w:tcBorders>
            <w:shd w:val="clear" w:color="auto" w:fill="auto"/>
            <w:noWrap/>
            <w:vAlign w:val="center"/>
            <w:hideMark/>
          </w:tcPr>
          <w:p w14:paraId="7C3C47BE"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8" w:type="dxa"/>
            <w:tcBorders>
              <w:top w:val="nil"/>
              <w:left w:val="nil"/>
              <w:bottom w:val="single" w:sz="4" w:space="0" w:color="auto"/>
              <w:right w:val="single" w:sz="4" w:space="0" w:color="auto"/>
            </w:tcBorders>
            <w:shd w:val="clear" w:color="auto" w:fill="auto"/>
            <w:noWrap/>
            <w:vAlign w:val="center"/>
            <w:hideMark/>
          </w:tcPr>
          <w:p w14:paraId="2F99407B"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0.031</w:t>
            </w:r>
          </w:p>
        </w:tc>
        <w:tc>
          <w:tcPr>
            <w:tcW w:w="798" w:type="dxa"/>
            <w:tcBorders>
              <w:top w:val="nil"/>
              <w:left w:val="nil"/>
              <w:bottom w:val="single" w:sz="4" w:space="0" w:color="auto"/>
              <w:right w:val="single" w:sz="4" w:space="0" w:color="auto"/>
            </w:tcBorders>
            <w:shd w:val="clear" w:color="auto" w:fill="auto"/>
            <w:noWrap/>
            <w:vAlign w:val="center"/>
            <w:hideMark/>
          </w:tcPr>
          <w:p w14:paraId="254B7D49"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-0.152</w:t>
            </w:r>
          </w:p>
        </w:tc>
        <w:tc>
          <w:tcPr>
            <w:tcW w:w="799" w:type="dxa"/>
            <w:tcBorders>
              <w:top w:val="nil"/>
              <w:left w:val="nil"/>
              <w:bottom w:val="single" w:sz="4" w:space="0" w:color="auto"/>
              <w:right w:val="single" w:sz="4" w:space="0" w:color="auto"/>
            </w:tcBorders>
            <w:shd w:val="clear" w:color="auto" w:fill="auto"/>
            <w:noWrap/>
            <w:vAlign w:val="center"/>
            <w:hideMark/>
          </w:tcPr>
          <w:p w14:paraId="5C1221C0"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8" w:type="dxa"/>
            <w:tcBorders>
              <w:top w:val="nil"/>
              <w:left w:val="nil"/>
              <w:bottom w:val="single" w:sz="4" w:space="0" w:color="auto"/>
              <w:right w:val="single" w:sz="4" w:space="0" w:color="auto"/>
            </w:tcBorders>
            <w:shd w:val="clear" w:color="auto" w:fill="auto"/>
            <w:noWrap/>
            <w:vAlign w:val="center"/>
            <w:hideMark/>
          </w:tcPr>
          <w:p w14:paraId="3EA5A07C"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0.031</w:t>
            </w:r>
          </w:p>
        </w:tc>
        <w:tc>
          <w:tcPr>
            <w:tcW w:w="799" w:type="dxa"/>
            <w:tcBorders>
              <w:top w:val="nil"/>
              <w:left w:val="nil"/>
              <w:bottom w:val="single" w:sz="4" w:space="0" w:color="auto"/>
              <w:right w:val="single" w:sz="4" w:space="0" w:color="auto"/>
            </w:tcBorders>
            <w:shd w:val="clear" w:color="auto" w:fill="auto"/>
            <w:noWrap/>
            <w:vAlign w:val="center"/>
            <w:hideMark/>
          </w:tcPr>
          <w:p w14:paraId="730A97CD"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0.238</w:t>
            </w:r>
          </w:p>
        </w:tc>
        <w:tc>
          <w:tcPr>
            <w:tcW w:w="798" w:type="dxa"/>
            <w:tcBorders>
              <w:top w:val="nil"/>
              <w:left w:val="nil"/>
              <w:bottom w:val="single" w:sz="4" w:space="0" w:color="auto"/>
              <w:right w:val="single" w:sz="4" w:space="0" w:color="auto"/>
            </w:tcBorders>
            <w:shd w:val="clear" w:color="auto" w:fill="auto"/>
            <w:noWrap/>
            <w:vAlign w:val="center"/>
            <w:hideMark/>
          </w:tcPr>
          <w:p w14:paraId="786E7CBE"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9" w:type="dxa"/>
            <w:tcBorders>
              <w:top w:val="nil"/>
              <w:left w:val="nil"/>
              <w:bottom w:val="single" w:sz="4" w:space="0" w:color="auto"/>
              <w:right w:val="single" w:sz="4" w:space="0" w:color="auto"/>
            </w:tcBorders>
            <w:shd w:val="clear" w:color="auto" w:fill="auto"/>
            <w:noWrap/>
            <w:vAlign w:val="center"/>
            <w:hideMark/>
          </w:tcPr>
          <w:p w14:paraId="41B48D2B"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0.032</w:t>
            </w:r>
          </w:p>
        </w:tc>
      </w:tr>
      <w:tr w:rsidR="001D47F0" w:rsidRPr="00546614" w14:paraId="09F786D9" w14:textId="77777777" w:rsidTr="00546614">
        <w:trPr>
          <w:trHeight w:val="202"/>
          <w:jc w:val="center"/>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645DB1B1"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2551" w:type="dxa"/>
            <w:tcBorders>
              <w:top w:val="nil"/>
              <w:left w:val="nil"/>
              <w:bottom w:val="single" w:sz="4" w:space="0" w:color="auto"/>
              <w:right w:val="single" w:sz="4" w:space="0" w:color="auto"/>
            </w:tcBorders>
            <w:shd w:val="clear" w:color="auto" w:fill="auto"/>
            <w:noWrap/>
            <w:vAlign w:val="center"/>
            <w:hideMark/>
          </w:tcPr>
          <w:p w14:paraId="7976C51D"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Four persons</w:t>
            </w:r>
          </w:p>
        </w:tc>
        <w:tc>
          <w:tcPr>
            <w:tcW w:w="798" w:type="dxa"/>
            <w:tcBorders>
              <w:top w:val="nil"/>
              <w:left w:val="nil"/>
              <w:bottom w:val="single" w:sz="4" w:space="0" w:color="auto"/>
              <w:right w:val="single" w:sz="4" w:space="0" w:color="auto"/>
            </w:tcBorders>
            <w:shd w:val="clear" w:color="auto" w:fill="auto"/>
            <w:noWrap/>
            <w:vAlign w:val="center"/>
            <w:hideMark/>
          </w:tcPr>
          <w:p w14:paraId="5C74E65D"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0BB66F4E"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70D8BDED"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45FB2EF3"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-0.329</w:t>
            </w:r>
          </w:p>
        </w:tc>
        <w:tc>
          <w:tcPr>
            <w:tcW w:w="799" w:type="dxa"/>
            <w:tcBorders>
              <w:top w:val="nil"/>
              <w:left w:val="nil"/>
              <w:bottom w:val="single" w:sz="4" w:space="0" w:color="auto"/>
              <w:right w:val="single" w:sz="4" w:space="0" w:color="auto"/>
            </w:tcBorders>
            <w:shd w:val="clear" w:color="auto" w:fill="auto"/>
            <w:noWrap/>
            <w:vAlign w:val="center"/>
            <w:hideMark/>
          </w:tcPr>
          <w:p w14:paraId="5044F1E0"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8" w:type="dxa"/>
            <w:tcBorders>
              <w:top w:val="nil"/>
              <w:left w:val="nil"/>
              <w:bottom w:val="single" w:sz="4" w:space="0" w:color="auto"/>
              <w:right w:val="single" w:sz="4" w:space="0" w:color="auto"/>
            </w:tcBorders>
            <w:shd w:val="clear" w:color="auto" w:fill="auto"/>
            <w:noWrap/>
            <w:vAlign w:val="center"/>
            <w:hideMark/>
          </w:tcPr>
          <w:p w14:paraId="7FFFF0CB"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0.034</w:t>
            </w:r>
          </w:p>
        </w:tc>
        <w:tc>
          <w:tcPr>
            <w:tcW w:w="798" w:type="dxa"/>
            <w:tcBorders>
              <w:top w:val="nil"/>
              <w:left w:val="nil"/>
              <w:bottom w:val="single" w:sz="4" w:space="0" w:color="auto"/>
              <w:right w:val="single" w:sz="4" w:space="0" w:color="auto"/>
            </w:tcBorders>
            <w:shd w:val="clear" w:color="auto" w:fill="auto"/>
            <w:noWrap/>
            <w:vAlign w:val="center"/>
            <w:hideMark/>
          </w:tcPr>
          <w:p w14:paraId="18C59475"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-0.372</w:t>
            </w:r>
          </w:p>
        </w:tc>
        <w:tc>
          <w:tcPr>
            <w:tcW w:w="799" w:type="dxa"/>
            <w:tcBorders>
              <w:top w:val="nil"/>
              <w:left w:val="nil"/>
              <w:bottom w:val="single" w:sz="4" w:space="0" w:color="auto"/>
              <w:right w:val="single" w:sz="4" w:space="0" w:color="auto"/>
            </w:tcBorders>
            <w:shd w:val="clear" w:color="auto" w:fill="auto"/>
            <w:noWrap/>
            <w:vAlign w:val="center"/>
            <w:hideMark/>
          </w:tcPr>
          <w:p w14:paraId="6EDD17F4"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8" w:type="dxa"/>
            <w:tcBorders>
              <w:top w:val="nil"/>
              <w:left w:val="nil"/>
              <w:bottom w:val="single" w:sz="4" w:space="0" w:color="auto"/>
              <w:right w:val="single" w:sz="4" w:space="0" w:color="auto"/>
            </w:tcBorders>
            <w:shd w:val="clear" w:color="auto" w:fill="auto"/>
            <w:noWrap/>
            <w:vAlign w:val="center"/>
            <w:hideMark/>
          </w:tcPr>
          <w:p w14:paraId="32ECE879"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0.034</w:t>
            </w:r>
          </w:p>
        </w:tc>
        <w:tc>
          <w:tcPr>
            <w:tcW w:w="799" w:type="dxa"/>
            <w:tcBorders>
              <w:top w:val="nil"/>
              <w:left w:val="nil"/>
              <w:bottom w:val="single" w:sz="4" w:space="0" w:color="auto"/>
              <w:right w:val="single" w:sz="4" w:space="0" w:color="auto"/>
            </w:tcBorders>
            <w:shd w:val="clear" w:color="auto" w:fill="auto"/>
            <w:noWrap/>
            <w:vAlign w:val="center"/>
            <w:hideMark/>
          </w:tcPr>
          <w:p w14:paraId="459F351C"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0.114</w:t>
            </w:r>
          </w:p>
        </w:tc>
        <w:tc>
          <w:tcPr>
            <w:tcW w:w="798" w:type="dxa"/>
            <w:tcBorders>
              <w:top w:val="nil"/>
              <w:left w:val="nil"/>
              <w:bottom w:val="single" w:sz="4" w:space="0" w:color="auto"/>
              <w:right w:val="single" w:sz="4" w:space="0" w:color="auto"/>
            </w:tcBorders>
            <w:shd w:val="clear" w:color="auto" w:fill="auto"/>
            <w:noWrap/>
            <w:vAlign w:val="center"/>
            <w:hideMark/>
          </w:tcPr>
          <w:p w14:paraId="07C55422"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9" w:type="dxa"/>
            <w:tcBorders>
              <w:top w:val="nil"/>
              <w:left w:val="nil"/>
              <w:bottom w:val="single" w:sz="4" w:space="0" w:color="auto"/>
              <w:right w:val="single" w:sz="4" w:space="0" w:color="auto"/>
            </w:tcBorders>
            <w:shd w:val="clear" w:color="auto" w:fill="auto"/>
            <w:noWrap/>
            <w:vAlign w:val="center"/>
            <w:hideMark/>
          </w:tcPr>
          <w:p w14:paraId="3839517A"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0.035</w:t>
            </w:r>
          </w:p>
        </w:tc>
      </w:tr>
      <w:tr w:rsidR="001D47F0" w:rsidRPr="00546614" w14:paraId="13FF545C" w14:textId="77777777" w:rsidTr="00546614">
        <w:trPr>
          <w:trHeight w:val="202"/>
          <w:jc w:val="center"/>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77FCD7EB"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2551" w:type="dxa"/>
            <w:tcBorders>
              <w:top w:val="nil"/>
              <w:left w:val="nil"/>
              <w:bottom w:val="single" w:sz="4" w:space="0" w:color="auto"/>
              <w:right w:val="single" w:sz="4" w:space="0" w:color="auto"/>
            </w:tcBorders>
            <w:shd w:val="clear" w:color="auto" w:fill="auto"/>
            <w:noWrap/>
            <w:vAlign w:val="center"/>
            <w:hideMark/>
          </w:tcPr>
          <w:p w14:paraId="39F44F34"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More than four persons</w:t>
            </w:r>
          </w:p>
        </w:tc>
        <w:tc>
          <w:tcPr>
            <w:tcW w:w="798" w:type="dxa"/>
            <w:tcBorders>
              <w:top w:val="nil"/>
              <w:left w:val="nil"/>
              <w:bottom w:val="single" w:sz="4" w:space="0" w:color="auto"/>
              <w:right w:val="single" w:sz="4" w:space="0" w:color="auto"/>
            </w:tcBorders>
            <w:shd w:val="clear" w:color="auto" w:fill="auto"/>
            <w:noWrap/>
            <w:vAlign w:val="center"/>
            <w:hideMark/>
          </w:tcPr>
          <w:p w14:paraId="6C8F490B"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4FF20BF4"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13C16B48"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7E3D6240"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0.658</w:t>
            </w:r>
          </w:p>
        </w:tc>
        <w:tc>
          <w:tcPr>
            <w:tcW w:w="799" w:type="dxa"/>
            <w:tcBorders>
              <w:top w:val="nil"/>
              <w:left w:val="nil"/>
              <w:bottom w:val="single" w:sz="4" w:space="0" w:color="auto"/>
              <w:right w:val="single" w:sz="4" w:space="0" w:color="auto"/>
            </w:tcBorders>
            <w:shd w:val="clear" w:color="auto" w:fill="auto"/>
            <w:noWrap/>
            <w:vAlign w:val="center"/>
            <w:hideMark/>
          </w:tcPr>
          <w:p w14:paraId="13EF1AD4"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8" w:type="dxa"/>
            <w:tcBorders>
              <w:top w:val="nil"/>
              <w:left w:val="nil"/>
              <w:bottom w:val="single" w:sz="4" w:space="0" w:color="auto"/>
              <w:right w:val="single" w:sz="4" w:space="0" w:color="auto"/>
            </w:tcBorders>
            <w:shd w:val="clear" w:color="auto" w:fill="auto"/>
            <w:noWrap/>
            <w:vAlign w:val="center"/>
            <w:hideMark/>
          </w:tcPr>
          <w:p w14:paraId="56E4E7F1"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0.039</w:t>
            </w:r>
          </w:p>
        </w:tc>
        <w:tc>
          <w:tcPr>
            <w:tcW w:w="798" w:type="dxa"/>
            <w:tcBorders>
              <w:top w:val="nil"/>
              <w:left w:val="nil"/>
              <w:bottom w:val="single" w:sz="4" w:space="0" w:color="auto"/>
              <w:right w:val="single" w:sz="4" w:space="0" w:color="auto"/>
            </w:tcBorders>
            <w:shd w:val="clear" w:color="auto" w:fill="auto"/>
            <w:noWrap/>
            <w:vAlign w:val="center"/>
            <w:hideMark/>
          </w:tcPr>
          <w:p w14:paraId="26A2F9D8"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0.643</w:t>
            </w:r>
          </w:p>
        </w:tc>
        <w:tc>
          <w:tcPr>
            <w:tcW w:w="799" w:type="dxa"/>
            <w:tcBorders>
              <w:top w:val="nil"/>
              <w:left w:val="nil"/>
              <w:bottom w:val="single" w:sz="4" w:space="0" w:color="auto"/>
              <w:right w:val="single" w:sz="4" w:space="0" w:color="auto"/>
            </w:tcBorders>
            <w:shd w:val="clear" w:color="auto" w:fill="auto"/>
            <w:noWrap/>
            <w:vAlign w:val="center"/>
            <w:hideMark/>
          </w:tcPr>
          <w:p w14:paraId="55579F85"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8" w:type="dxa"/>
            <w:tcBorders>
              <w:top w:val="nil"/>
              <w:left w:val="nil"/>
              <w:bottom w:val="single" w:sz="4" w:space="0" w:color="auto"/>
              <w:right w:val="single" w:sz="4" w:space="0" w:color="auto"/>
            </w:tcBorders>
            <w:shd w:val="clear" w:color="auto" w:fill="auto"/>
            <w:noWrap/>
            <w:vAlign w:val="center"/>
            <w:hideMark/>
          </w:tcPr>
          <w:p w14:paraId="1D8F992B"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0.039</w:t>
            </w:r>
          </w:p>
        </w:tc>
        <w:tc>
          <w:tcPr>
            <w:tcW w:w="799" w:type="dxa"/>
            <w:tcBorders>
              <w:top w:val="nil"/>
              <w:left w:val="nil"/>
              <w:bottom w:val="single" w:sz="4" w:space="0" w:color="auto"/>
              <w:right w:val="single" w:sz="4" w:space="0" w:color="auto"/>
            </w:tcBorders>
            <w:shd w:val="clear" w:color="auto" w:fill="auto"/>
            <w:noWrap/>
            <w:vAlign w:val="center"/>
            <w:hideMark/>
          </w:tcPr>
          <w:p w14:paraId="28F3D705"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1.025</w:t>
            </w:r>
          </w:p>
        </w:tc>
        <w:tc>
          <w:tcPr>
            <w:tcW w:w="798" w:type="dxa"/>
            <w:tcBorders>
              <w:top w:val="nil"/>
              <w:left w:val="nil"/>
              <w:bottom w:val="single" w:sz="4" w:space="0" w:color="auto"/>
              <w:right w:val="single" w:sz="4" w:space="0" w:color="auto"/>
            </w:tcBorders>
            <w:shd w:val="clear" w:color="auto" w:fill="auto"/>
            <w:noWrap/>
            <w:vAlign w:val="center"/>
            <w:hideMark/>
          </w:tcPr>
          <w:p w14:paraId="2D8CB0D6"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9" w:type="dxa"/>
            <w:tcBorders>
              <w:top w:val="nil"/>
              <w:left w:val="nil"/>
              <w:bottom w:val="single" w:sz="4" w:space="0" w:color="auto"/>
              <w:right w:val="single" w:sz="4" w:space="0" w:color="auto"/>
            </w:tcBorders>
            <w:shd w:val="clear" w:color="auto" w:fill="auto"/>
            <w:noWrap/>
            <w:vAlign w:val="center"/>
            <w:hideMark/>
          </w:tcPr>
          <w:p w14:paraId="0968C94D"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0.040</w:t>
            </w:r>
          </w:p>
        </w:tc>
      </w:tr>
      <w:tr w:rsidR="001D47F0" w:rsidRPr="00546614" w14:paraId="0C45E14A" w14:textId="77777777" w:rsidTr="00546614">
        <w:trPr>
          <w:trHeight w:val="202"/>
          <w:jc w:val="center"/>
        </w:trPr>
        <w:tc>
          <w:tcPr>
            <w:tcW w:w="4106" w:type="dxa"/>
            <w:gridSpan w:val="2"/>
            <w:tcBorders>
              <w:top w:val="nil"/>
              <w:left w:val="single" w:sz="4" w:space="0" w:color="auto"/>
              <w:bottom w:val="single" w:sz="4" w:space="0" w:color="auto"/>
              <w:right w:val="single" w:sz="4" w:space="0" w:color="auto"/>
            </w:tcBorders>
            <w:shd w:val="clear" w:color="auto" w:fill="auto"/>
            <w:noWrap/>
            <w:vAlign w:val="center"/>
            <w:hideMark/>
          </w:tcPr>
          <w:p w14:paraId="4554088A" w14:textId="77777777" w:rsidR="00C81053" w:rsidRPr="00546614" w:rsidRDefault="00ED5F5D">
            <w:pPr>
              <w:spacing w:line="240" w:lineRule="auto"/>
              <w:rPr>
                <w:sz w:val="16"/>
                <w:szCs w:val="28"/>
              </w:rPr>
            </w:pPr>
            <w:r>
              <w:rPr>
                <w:rFonts w:ascii="Arial" w:eastAsia="Arial" w:hAnsi="Arial"/>
                <w:sz w:val="16"/>
                <w:szCs w:val="28"/>
              </w:rPr>
              <w:t>Residential location (ref. non-capital non-metropolitan)</w:t>
            </w:r>
          </w:p>
        </w:tc>
        <w:tc>
          <w:tcPr>
            <w:tcW w:w="798" w:type="dxa"/>
            <w:tcBorders>
              <w:top w:val="nil"/>
              <w:left w:val="nil"/>
              <w:bottom w:val="single" w:sz="4" w:space="0" w:color="auto"/>
              <w:right w:val="single" w:sz="4" w:space="0" w:color="auto"/>
            </w:tcBorders>
            <w:shd w:val="clear" w:color="auto" w:fill="auto"/>
            <w:noWrap/>
            <w:vAlign w:val="center"/>
            <w:hideMark/>
          </w:tcPr>
          <w:p w14:paraId="43D87C09"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631B404E"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277EE4C7"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4A1B641C"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17DC5A65"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7B848E75"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275A206E"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479AF49A"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1EA68D37"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76844594"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4B6E2D5C"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5CCF0028"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r>
      <w:tr w:rsidR="001D47F0" w:rsidRPr="00546614" w14:paraId="1A4F2B71" w14:textId="77777777" w:rsidTr="00546614">
        <w:trPr>
          <w:trHeight w:val="202"/>
          <w:jc w:val="center"/>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6FE096CB"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2551" w:type="dxa"/>
            <w:tcBorders>
              <w:top w:val="nil"/>
              <w:left w:val="nil"/>
              <w:bottom w:val="single" w:sz="4" w:space="0" w:color="auto"/>
              <w:right w:val="single" w:sz="4" w:space="0" w:color="auto"/>
            </w:tcBorders>
            <w:shd w:val="clear" w:color="auto" w:fill="auto"/>
            <w:noWrap/>
            <w:vAlign w:val="center"/>
            <w:hideMark/>
          </w:tcPr>
          <w:p w14:paraId="1605CB75"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Seoul</w:t>
            </w:r>
          </w:p>
        </w:tc>
        <w:tc>
          <w:tcPr>
            <w:tcW w:w="798" w:type="dxa"/>
            <w:tcBorders>
              <w:top w:val="nil"/>
              <w:left w:val="nil"/>
              <w:bottom w:val="single" w:sz="4" w:space="0" w:color="auto"/>
              <w:right w:val="single" w:sz="4" w:space="0" w:color="auto"/>
            </w:tcBorders>
            <w:shd w:val="clear" w:color="auto" w:fill="auto"/>
            <w:noWrap/>
            <w:vAlign w:val="center"/>
            <w:hideMark/>
          </w:tcPr>
          <w:p w14:paraId="775AF595"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778C4A2A"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5C0622F8"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72786BB8"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10C953B4"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169CDC90"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1AC62E52"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0.491</w:t>
            </w:r>
          </w:p>
        </w:tc>
        <w:tc>
          <w:tcPr>
            <w:tcW w:w="799" w:type="dxa"/>
            <w:tcBorders>
              <w:top w:val="nil"/>
              <w:left w:val="nil"/>
              <w:bottom w:val="single" w:sz="4" w:space="0" w:color="auto"/>
              <w:right w:val="single" w:sz="4" w:space="0" w:color="auto"/>
            </w:tcBorders>
            <w:shd w:val="clear" w:color="auto" w:fill="auto"/>
            <w:noWrap/>
            <w:vAlign w:val="center"/>
            <w:hideMark/>
          </w:tcPr>
          <w:p w14:paraId="3FEBC77F"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8" w:type="dxa"/>
            <w:tcBorders>
              <w:top w:val="nil"/>
              <w:left w:val="nil"/>
              <w:bottom w:val="single" w:sz="4" w:space="0" w:color="auto"/>
              <w:right w:val="single" w:sz="4" w:space="0" w:color="auto"/>
            </w:tcBorders>
            <w:shd w:val="clear" w:color="auto" w:fill="auto"/>
            <w:noWrap/>
            <w:vAlign w:val="center"/>
            <w:hideMark/>
          </w:tcPr>
          <w:p w14:paraId="53512675"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0.028</w:t>
            </w:r>
          </w:p>
        </w:tc>
        <w:tc>
          <w:tcPr>
            <w:tcW w:w="799" w:type="dxa"/>
            <w:tcBorders>
              <w:top w:val="nil"/>
              <w:left w:val="nil"/>
              <w:bottom w:val="single" w:sz="4" w:space="0" w:color="auto"/>
              <w:right w:val="single" w:sz="4" w:space="0" w:color="auto"/>
            </w:tcBorders>
            <w:shd w:val="clear" w:color="auto" w:fill="auto"/>
            <w:noWrap/>
            <w:vAlign w:val="center"/>
            <w:hideMark/>
          </w:tcPr>
          <w:p w14:paraId="6B3D2FBE"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0.851</w:t>
            </w:r>
          </w:p>
        </w:tc>
        <w:tc>
          <w:tcPr>
            <w:tcW w:w="798" w:type="dxa"/>
            <w:tcBorders>
              <w:top w:val="nil"/>
              <w:left w:val="nil"/>
              <w:bottom w:val="single" w:sz="4" w:space="0" w:color="auto"/>
              <w:right w:val="single" w:sz="4" w:space="0" w:color="auto"/>
            </w:tcBorders>
            <w:shd w:val="clear" w:color="auto" w:fill="auto"/>
            <w:noWrap/>
            <w:vAlign w:val="center"/>
            <w:hideMark/>
          </w:tcPr>
          <w:p w14:paraId="255D72AD"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9" w:type="dxa"/>
            <w:tcBorders>
              <w:top w:val="nil"/>
              <w:left w:val="nil"/>
              <w:bottom w:val="single" w:sz="4" w:space="0" w:color="auto"/>
              <w:right w:val="single" w:sz="4" w:space="0" w:color="auto"/>
            </w:tcBorders>
            <w:shd w:val="clear" w:color="auto" w:fill="auto"/>
            <w:noWrap/>
            <w:vAlign w:val="center"/>
            <w:hideMark/>
          </w:tcPr>
          <w:p w14:paraId="0D052AFF"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0.029</w:t>
            </w:r>
          </w:p>
        </w:tc>
      </w:tr>
      <w:tr w:rsidR="001D47F0" w:rsidRPr="00546614" w14:paraId="4A257912" w14:textId="77777777" w:rsidTr="00546614">
        <w:trPr>
          <w:trHeight w:val="202"/>
          <w:jc w:val="center"/>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6A42475E"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2551" w:type="dxa"/>
            <w:tcBorders>
              <w:top w:val="nil"/>
              <w:left w:val="nil"/>
              <w:bottom w:val="single" w:sz="4" w:space="0" w:color="auto"/>
              <w:right w:val="single" w:sz="4" w:space="0" w:color="auto"/>
            </w:tcBorders>
            <w:shd w:val="clear" w:color="auto" w:fill="auto"/>
            <w:noWrap/>
            <w:vAlign w:val="center"/>
            <w:hideMark/>
          </w:tcPr>
          <w:p w14:paraId="0BB8DFA2" w14:textId="77777777" w:rsidR="00C81053" w:rsidRPr="00546614" w:rsidRDefault="00ED5F5D">
            <w:pPr>
              <w:spacing w:line="240" w:lineRule="auto"/>
              <w:rPr>
                <w:sz w:val="16"/>
                <w:szCs w:val="28"/>
              </w:rPr>
            </w:pPr>
            <w:r>
              <w:rPr>
                <w:rFonts w:ascii="Arial" w:eastAsia="Arial" w:hAnsi="Arial"/>
                <w:sz w:val="16"/>
                <w:szCs w:val="28"/>
              </w:rPr>
              <w:t>Capital region outside Seoul</w:t>
            </w:r>
          </w:p>
        </w:tc>
        <w:tc>
          <w:tcPr>
            <w:tcW w:w="798" w:type="dxa"/>
            <w:tcBorders>
              <w:top w:val="nil"/>
              <w:left w:val="nil"/>
              <w:bottom w:val="single" w:sz="4" w:space="0" w:color="auto"/>
              <w:right w:val="single" w:sz="4" w:space="0" w:color="auto"/>
            </w:tcBorders>
            <w:shd w:val="clear" w:color="auto" w:fill="auto"/>
            <w:noWrap/>
            <w:vAlign w:val="center"/>
            <w:hideMark/>
          </w:tcPr>
          <w:p w14:paraId="4E67EE57"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042F6B0E"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2A2ABDB2"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44BC25B0"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00FEAA7B"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44DEE67B"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363CE68F"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0.351</w:t>
            </w:r>
          </w:p>
        </w:tc>
        <w:tc>
          <w:tcPr>
            <w:tcW w:w="799" w:type="dxa"/>
            <w:tcBorders>
              <w:top w:val="nil"/>
              <w:left w:val="nil"/>
              <w:bottom w:val="single" w:sz="4" w:space="0" w:color="auto"/>
              <w:right w:val="single" w:sz="4" w:space="0" w:color="auto"/>
            </w:tcBorders>
            <w:shd w:val="clear" w:color="auto" w:fill="auto"/>
            <w:noWrap/>
            <w:vAlign w:val="center"/>
            <w:hideMark/>
          </w:tcPr>
          <w:p w14:paraId="5965D423"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8" w:type="dxa"/>
            <w:tcBorders>
              <w:top w:val="nil"/>
              <w:left w:val="nil"/>
              <w:bottom w:val="single" w:sz="4" w:space="0" w:color="auto"/>
              <w:right w:val="single" w:sz="4" w:space="0" w:color="auto"/>
            </w:tcBorders>
            <w:shd w:val="clear" w:color="auto" w:fill="auto"/>
            <w:noWrap/>
            <w:vAlign w:val="center"/>
            <w:hideMark/>
          </w:tcPr>
          <w:p w14:paraId="32883AE7"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0.028</w:t>
            </w:r>
          </w:p>
        </w:tc>
        <w:tc>
          <w:tcPr>
            <w:tcW w:w="799" w:type="dxa"/>
            <w:tcBorders>
              <w:top w:val="nil"/>
              <w:left w:val="nil"/>
              <w:bottom w:val="single" w:sz="4" w:space="0" w:color="auto"/>
              <w:right w:val="single" w:sz="4" w:space="0" w:color="auto"/>
            </w:tcBorders>
            <w:shd w:val="clear" w:color="auto" w:fill="auto"/>
            <w:noWrap/>
            <w:vAlign w:val="center"/>
            <w:hideMark/>
          </w:tcPr>
          <w:p w14:paraId="2F4870E2"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0.540</w:t>
            </w:r>
          </w:p>
        </w:tc>
        <w:tc>
          <w:tcPr>
            <w:tcW w:w="798" w:type="dxa"/>
            <w:tcBorders>
              <w:top w:val="nil"/>
              <w:left w:val="nil"/>
              <w:bottom w:val="single" w:sz="4" w:space="0" w:color="auto"/>
              <w:right w:val="single" w:sz="4" w:space="0" w:color="auto"/>
            </w:tcBorders>
            <w:shd w:val="clear" w:color="auto" w:fill="auto"/>
            <w:noWrap/>
            <w:vAlign w:val="center"/>
            <w:hideMark/>
          </w:tcPr>
          <w:p w14:paraId="091F5417"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9" w:type="dxa"/>
            <w:tcBorders>
              <w:top w:val="nil"/>
              <w:left w:val="nil"/>
              <w:bottom w:val="single" w:sz="4" w:space="0" w:color="auto"/>
              <w:right w:val="single" w:sz="4" w:space="0" w:color="auto"/>
            </w:tcBorders>
            <w:shd w:val="clear" w:color="auto" w:fill="auto"/>
            <w:noWrap/>
            <w:vAlign w:val="center"/>
            <w:hideMark/>
          </w:tcPr>
          <w:p w14:paraId="11E99C7F"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0.028</w:t>
            </w:r>
          </w:p>
        </w:tc>
      </w:tr>
      <w:tr w:rsidR="001D47F0" w:rsidRPr="00546614" w14:paraId="3EA409EE" w14:textId="77777777" w:rsidTr="00546614">
        <w:trPr>
          <w:trHeight w:val="202"/>
          <w:jc w:val="center"/>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1AA28594"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2551" w:type="dxa"/>
            <w:tcBorders>
              <w:top w:val="nil"/>
              <w:left w:val="nil"/>
              <w:bottom w:val="single" w:sz="4" w:space="0" w:color="auto"/>
              <w:right w:val="single" w:sz="4" w:space="0" w:color="auto"/>
            </w:tcBorders>
            <w:shd w:val="clear" w:color="auto" w:fill="auto"/>
            <w:noWrap/>
            <w:vAlign w:val="center"/>
            <w:hideMark/>
          </w:tcPr>
          <w:p w14:paraId="67EB30AA" w14:textId="77777777" w:rsidR="00C81053" w:rsidRPr="00546614" w:rsidRDefault="00ED5F5D">
            <w:pPr>
              <w:spacing w:line="240" w:lineRule="auto"/>
              <w:rPr>
                <w:sz w:val="16"/>
                <w:szCs w:val="28"/>
              </w:rPr>
            </w:pPr>
            <w:r>
              <w:rPr>
                <w:rFonts w:ascii="Arial" w:eastAsia="Arial" w:hAnsi="Arial"/>
                <w:sz w:val="16"/>
                <w:szCs w:val="28"/>
              </w:rPr>
              <w:t>Non-capital metropolitan</w:t>
            </w:r>
          </w:p>
        </w:tc>
        <w:tc>
          <w:tcPr>
            <w:tcW w:w="798" w:type="dxa"/>
            <w:tcBorders>
              <w:top w:val="nil"/>
              <w:left w:val="nil"/>
              <w:bottom w:val="single" w:sz="4" w:space="0" w:color="auto"/>
              <w:right w:val="single" w:sz="4" w:space="0" w:color="auto"/>
            </w:tcBorders>
            <w:shd w:val="clear" w:color="auto" w:fill="auto"/>
            <w:noWrap/>
            <w:vAlign w:val="center"/>
            <w:hideMark/>
          </w:tcPr>
          <w:p w14:paraId="44B6E8E9"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381215DA"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28DD128E"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441D9A91"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3EBF835E"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541F8D0E"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59733F1B"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0.082</w:t>
            </w:r>
          </w:p>
        </w:tc>
        <w:tc>
          <w:tcPr>
            <w:tcW w:w="799" w:type="dxa"/>
            <w:tcBorders>
              <w:top w:val="nil"/>
              <w:left w:val="nil"/>
              <w:bottom w:val="single" w:sz="4" w:space="0" w:color="auto"/>
              <w:right w:val="single" w:sz="4" w:space="0" w:color="auto"/>
            </w:tcBorders>
            <w:shd w:val="clear" w:color="auto" w:fill="auto"/>
            <w:noWrap/>
            <w:vAlign w:val="center"/>
            <w:hideMark/>
          </w:tcPr>
          <w:p w14:paraId="3548D3AA"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8" w:type="dxa"/>
            <w:tcBorders>
              <w:top w:val="nil"/>
              <w:left w:val="nil"/>
              <w:bottom w:val="single" w:sz="4" w:space="0" w:color="auto"/>
              <w:right w:val="single" w:sz="4" w:space="0" w:color="auto"/>
            </w:tcBorders>
            <w:shd w:val="clear" w:color="auto" w:fill="auto"/>
            <w:noWrap/>
            <w:vAlign w:val="center"/>
            <w:hideMark/>
          </w:tcPr>
          <w:p w14:paraId="45ECE6F7"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0.029</w:t>
            </w:r>
          </w:p>
        </w:tc>
        <w:tc>
          <w:tcPr>
            <w:tcW w:w="799" w:type="dxa"/>
            <w:tcBorders>
              <w:top w:val="nil"/>
              <w:left w:val="nil"/>
              <w:bottom w:val="single" w:sz="4" w:space="0" w:color="auto"/>
              <w:right w:val="single" w:sz="4" w:space="0" w:color="auto"/>
            </w:tcBorders>
            <w:shd w:val="clear" w:color="auto" w:fill="auto"/>
            <w:noWrap/>
            <w:vAlign w:val="center"/>
            <w:hideMark/>
          </w:tcPr>
          <w:p w14:paraId="2C657324"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0.145</w:t>
            </w:r>
          </w:p>
        </w:tc>
        <w:tc>
          <w:tcPr>
            <w:tcW w:w="798" w:type="dxa"/>
            <w:tcBorders>
              <w:top w:val="nil"/>
              <w:left w:val="nil"/>
              <w:bottom w:val="single" w:sz="4" w:space="0" w:color="auto"/>
              <w:right w:val="single" w:sz="4" w:space="0" w:color="auto"/>
            </w:tcBorders>
            <w:shd w:val="clear" w:color="auto" w:fill="auto"/>
            <w:noWrap/>
            <w:vAlign w:val="center"/>
            <w:hideMark/>
          </w:tcPr>
          <w:p w14:paraId="4AFEE4A6"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9" w:type="dxa"/>
            <w:tcBorders>
              <w:top w:val="nil"/>
              <w:left w:val="nil"/>
              <w:bottom w:val="single" w:sz="4" w:space="0" w:color="auto"/>
              <w:right w:val="single" w:sz="4" w:space="0" w:color="auto"/>
            </w:tcBorders>
            <w:shd w:val="clear" w:color="auto" w:fill="auto"/>
            <w:noWrap/>
            <w:vAlign w:val="center"/>
            <w:hideMark/>
          </w:tcPr>
          <w:p w14:paraId="2F969377"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0.029</w:t>
            </w:r>
          </w:p>
        </w:tc>
      </w:tr>
      <w:tr w:rsidR="001D47F0" w:rsidRPr="00546614" w14:paraId="550421B0" w14:textId="77777777" w:rsidTr="00546614">
        <w:trPr>
          <w:trHeight w:val="202"/>
          <w:jc w:val="center"/>
        </w:trPr>
        <w:tc>
          <w:tcPr>
            <w:tcW w:w="4106" w:type="dxa"/>
            <w:gridSpan w:val="2"/>
            <w:tcBorders>
              <w:top w:val="nil"/>
              <w:left w:val="single" w:sz="4" w:space="0" w:color="auto"/>
              <w:bottom w:val="single" w:sz="4" w:space="0" w:color="auto"/>
              <w:right w:val="single" w:sz="4" w:space="0" w:color="auto"/>
            </w:tcBorders>
            <w:shd w:val="clear" w:color="auto" w:fill="auto"/>
            <w:noWrap/>
            <w:vAlign w:val="center"/>
            <w:hideMark/>
          </w:tcPr>
          <w:p w14:paraId="361DD72A" w14:textId="77777777" w:rsidR="00C81053" w:rsidRPr="00546614" w:rsidRDefault="00ED5F5D">
            <w:pPr>
              <w:spacing w:line="240" w:lineRule="auto"/>
              <w:rPr>
                <w:sz w:val="16"/>
                <w:szCs w:val="28"/>
              </w:rPr>
            </w:pPr>
            <w:r>
              <w:rPr>
                <w:rFonts w:ascii="Arial" w:eastAsia="Arial" w:hAnsi="Arial"/>
                <w:sz w:val="16"/>
                <w:szCs w:val="28"/>
              </w:rPr>
              <w:t>Educational attainment (ref. high school or below)</w:t>
            </w:r>
          </w:p>
        </w:tc>
        <w:tc>
          <w:tcPr>
            <w:tcW w:w="798" w:type="dxa"/>
            <w:tcBorders>
              <w:top w:val="nil"/>
              <w:left w:val="nil"/>
              <w:bottom w:val="single" w:sz="4" w:space="0" w:color="auto"/>
              <w:right w:val="single" w:sz="4" w:space="0" w:color="auto"/>
            </w:tcBorders>
            <w:shd w:val="clear" w:color="auto" w:fill="auto"/>
            <w:noWrap/>
            <w:vAlign w:val="center"/>
            <w:hideMark/>
          </w:tcPr>
          <w:p w14:paraId="31D428B8"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332AF91B"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12A3479E"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1CFF44D4"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080036FC"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0B4A1D58"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35546A7F"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02866674"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79151B39"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39C2448F"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6CCCED40"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0CB69F26"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r>
      <w:tr w:rsidR="001D47F0" w:rsidRPr="00546614" w14:paraId="70183B29" w14:textId="77777777" w:rsidTr="00546614">
        <w:trPr>
          <w:trHeight w:val="202"/>
          <w:jc w:val="center"/>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1A8D2F36"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2551" w:type="dxa"/>
            <w:tcBorders>
              <w:top w:val="nil"/>
              <w:left w:val="nil"/>
              <w:bottom w:val="single" w:sz="4" w:space="0" w:color="auto"/>
              <w:right w:val="single" w:sz="4" w:space="0" w:color="auto"/>
            </w:tcBorders>
            <w:shd w:val="clear" w:color="auto" w:fill="auto"/>
            <w:noWrap/>
            <w:vAlign w:val="center"/>
            <w:hideMark/>
          </w:tcPr>
          <w:p w14:paraId="3558EF07"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College degree or above</w:t>
            </w:r>
          </w:p>
        </w:tc>
        <w:tc>
          <w:tcPr>
            <w:tcW w:w="798" w:type="dxa"/>
            <w:tcBorders>
              <w:top w:val="nil"/>
              <w:left w:val="nil"/>
              <w:bottom w:val="single" w:sz="4" w:space="0" w:color="auto"/>
              <w:right w:val="single" w:sz="4" w:space="0" w:color="auto"/>
            </w:tcBorders>
            <w:shd w:val="clear" w:color="auto" w:fill="auto"/>
            <w:noWrap/>
            <w:vAlign w:val="center"/>
            <w:hideMark/>
          </w:tcPr>
          <w:p w14:paraId="2FD6B32A"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5AA42102"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65931FE4"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583B69AF"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7A524213"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40BDDB7F"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4E9A7612"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16B06FB3"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09B9F3BB"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3DC80E46"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-0.325</w:t>
            </w:r>
          </w:p>
        </w:tc>
        <w:tc>
          <w:tcPr>
            <w:tcW w:w="798" w:type="dxa"/>
            <w:tcBorders>
              <w:top w:val="nil"/>
              <w:left w:val="nil"/>
              <w:bottom w:val="single" w:sz="4" w:space="0" w:color="auto"/>
              <w:right w:val="single" w:sz="4" w:space="0" w:color="auto"/>
            </w:tcBorders>
            <w:shd w:val="clear" w:color="auto" w:fill="auto"/>
            <w:noWrap/>
            <w:vAlign w:val="center"/>
            <w:hideMark/>
          </w:tcPr>
          <w:p w14:paraId="3ED855E4"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9" w:type="dxa"/>
            <w:tcBorders>
              <w:top w:val="nil"/>
              <w:left w:val="nil"/>
              <w:bottom w:val="single" w:sz="4" w:space="0" w:color="auto"/>
              <w:right w:val="single" w:sz="4" w:space="0" w:color="auto"/>
            </w:tcBorders>
            <w:shd w:val="clear" w:color="auto" w:fill="auto"/>
            <w:noWrap/>
            <w:vAlign w:val="center"/>
            <w:hideMark/>
          </w:tcPr>
          <w:p w14:paraId="0C63EA17"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0.024</w:t>
            </w:r>
          </w:p>
        </w:tc>
      </w:tr>
      <w:tr w:rsidR="001D47F0" w:rsidRPr="00546614" w14:paraId="77ED00D0" w14:textId="77777777" w:rsidTr="00546614">
        <w:trPr>
          <w:trHeight w:val="202"/>
          <w:jc w:val="center"/>
        </w:trPr>
        <w:tc>
          <w:tcPr>
            <w:tcW w:w="4106" w:type="dxa"/>
            <w:gridSpan w:val="2"/>
            <w:tcBorders>
              <w:top w:val="nil"/>
              <w:left w:val="single" w:sz="4" w:space="0" w:color="auto"/>
              <w:bottom w:val="single" w:sz="4" w:space="0" w:color="auto"/>
              <w:right w:val="single" w:sz="4" w:space="0" w:color="auto"/>
            </w:tcBorders>
            <w:shd w:val="clear" w:color="auto" w:fill="auto"/>
            <w:noWrap/>
            <w:vAlign w:val="center"/>
            <w:hideMark/>
          </w:tcPr>
          <w:p w14:paraId="6CA286AF" w14:textId="77777777" w:rsidR="00C81053" w:rsidRPr="00546614" w:rsidRDefault="00ED5F5D">
            <w:pPr>
              <w:spacing w:line="240" w:lineRule="auto"/>
              <w:rPr>
                <w:sz w:val="16"/>
                <w:szCs w:val="28"/>
              </w:rPr>
            </w:pPr>
            <w:r>
              <w:rPr>
                <w:rFonts w:ascii="Arial" w:eastAsia="Arial" w:hAnsi="Arial"/>
                <w:sz w:val="16"/>
                <w:szCs w:val="28"/>
              </w:rPr>
              <w:t>Employment status (ref. regular employment)</w:t>
            </w:r>
          </w:p>
        </w:tc>
        <w:tc>
          <w:tcPr>
            <w:tcW w:w="798" w:type="dxa"/>
            <w:tcBorders>
              <w:top w:val="nil"/>
              <w:left w:val="nil"/>
              <w:bottom w:val="single" w:sz="4" w:space="0" w:color="auto"/>
              <w:right w:val="single" w:sz="4" w:space="0" w:color="auto"/>
            </w:tcBorders>
            <w:shd w:val="clear" w:color="auto" w:fill="auto"/>
            <w:noWrap/>
            <w:vAlign w:val="center"/>
            <w:hideMark/>
          </w:tcPr>
          <w:p w14:paraId="3215CBE8" w14:textId="77777777" w:rsidR="001D47F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093C3F27" w14:textId="77777777" w:rsidR="001D47F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674F73A9" w14:textId="77777777" w:rsidR="001D47F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6E1518F2" w14:textId="77777777" w:rsidR="001D47F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3A6AF41A" w14:textId="77777777" w:rsidR="001D47F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34234A69" w14:textId="77777777" w:rsidR="001D47F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48EA6421" w14:textId="77777777" w:rsidR="001D47F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6310127D" w14:textId="77777777" w:rsidR="001D47F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7AA230B4" w14:textId="77777777" w:rsidR="001D47F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3B336DCA" w14:textId="77777777" w:rsidR="001D47F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3F07B6B9" w14:textId="77777777" w:rsidR="001D47F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25F9B6F8" w14:textId="77777777" w:rsidR="001D47F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r>
      <w:tr w:rsidR="001D47F0" w:rsidRPr="00546614" w14:paraId="7362B25D" w14:textId="77777777" w:rsidTr="00546614">
        <w:trPr>
          <w:trHeight w:val="202"/>
          <w:jc w:val="center"/>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5A4518A8"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2551" w:type="dxa"/>
            <w:tcBorders>
              <w:top w:val="nil"/>
              <w:left w:val="nil"/>
              <w:bottom w:val="single" w:sz="4" w:space="0" w:color="auto"/>
              <w:right w:val="single" w:sz="4" w:space="0" w:color="auto"/>
            </w:tcBorders>
            <w:shd w:val="clear" w:color="auto" w:fill="auto"/>
            <w:noWrap/>
            <w:vAlign w:val="center"/>
            <w:hideMark/>
          </w:tcPr>
          <w:p w14:paraId="27CFD0DB"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Precarious employment</w:t>
            </w:r>
          </w:p>
        </w:tc>
        <w:tc>
          <w:tcPr>
            <w:tcW w:w="798" w:type="dxa"/>
            <w:tcBorders>
              <w:top w:val="nil"/>
              <w:left w:val="nil"/>
              <w:bottom w:val="single" w:sz="4" w:space="0" w:color="auto"/>
              <w:right w:val="single" w:sz="4" w:space="0" w:color="auto"/>
            </w:tcBorders>
            <w:shd w:val="clear" w:color="auto" w:fill="auto"/>
            <w:noWrap/>
            <w:vAlign w:val="center"/>
            <w:hideMark/>
          </w:tcPr>
          <w:p w14:paraId="6A8C23A5"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1D4052BA"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47B25E9F"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20E4C451"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034C2701"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1B810118"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3F13C43F"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745C7D26"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1B3A19F6"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1F02AF49"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0.575</w:t>
            </w:r>
          </w:p>
        </w:tc>
        <w:tc>
          <w:tcPr>
            <w:tcW w:w="798" w:type="dxa"/>
            <w:tcBorders>
              <w:top w:val="nil"/>
              <w:left w:val="nil"/>
              <w:bottom w:val="single" w:sz="4" w:space="0" w:color="auto"/>
              <w:right w:val="single" w:sz="4" w:space="0" w:color="auto"/>
            </w:tcBorders>
            <w:shd w:val="clear" w:color="auto" w:fill="auto"/>
            <w:noWrap/>
            <w:vAlign w:val="center"/>
            <w:hideMark/>
          </w:tcPr>
          <w:p w14:paraId="450B50D8"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9" w:type="dxa"/>
            <w:tcBorders>
              <w:top w:val="nil"/>
              <w:left w:val="nil"/>
              <w:bottom w:val="single" w:sz="4" w:space="0" w:color="auto"/>
              <w:right w:val="single" w:sz="4" w:space="0" w:color="auto"/>
            </w:tcBorders>
            <w:shd w:val="clear" w:color="auto" w:fill="auto"/>
            <w:noWrap/>
            <w:vAlign w:val="center"/>
            <w:hideMark/>
          </w:tcPr>
          <w:p w14:paraId="5E2959B1"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0.024</w:t>
            </w:r>
          </w:p>
        </w:tc>
      </w:tr>
      <w:tr w:rsidR="001D47F0" w:rsidRPr="00546614" w14:paraId="74A71B8E" w14:textId="77777777" w:rsidTr="00546614">
        <w:trPr>
          <w:trHeight w:val="202"/>
          <w:jc w:val="center"/>
        </w:trPr>
        <w:tc>
          <w:tcPr>
            <w:tcW w:w="4106" w:type="dxa"/>
            <w:gridSpan w:val="2"/>
            <w:tcBorders>
              <w:top w:val="nil"/>
              <w:left w:val="single" w:sz="4" w:space="0" w:color="auto"/>
              <w:bottom w:val="single" w:sz="4" w:space="0" w:color="auto"/>
              <w:right w:val="single" w:sz="4" w:space="0" w:color="auto"/>
            </w:tcBorders>
            <w:shd w:val="clear" w:color="auto" w:fill="auto"/>
            <w:noWrap/>
            <w:vAlign w:val="center"/>
            <w:hideMark/>
          </w:tcPr>
          <w:p w14:paraId="2C619C89" w14:textId="77777777" w:rsidR="00C81053" w:rsidRPr="00546614" w:rsidRDefault="00ED5F5D">
            <w:pPr>
              <w:spacing w:line="240" w:lineRule="auto"/>
              <w:rPr>
                <w:sz w:val="16"/>
                <w:szCs w:val="28"/>
              </w:rPr>
            </w:pPr>
            <w:r>
              <w:rPr>
                <w:rFonts w:ascii="Arial" w:eastAsia="Arial" w:hAnsi="Arial"/>
                <w:sz w:val="16"/>
                <w:szCs w:val="28"/>
              </w:rPr>
              <w:t>Rental subtenure (ref. jeonse)</w:t>
            </w:r>
          </w:p>
        </w:tc>
        <w:tc>
          <w:tcPr>
            <w:tcW w:w="798" w:type="dxa"/>
            <w:tcBorders>
              <w:top w:val="nil"/>
              <w:left w:val="nil"/>
              <w:bottom w:val="single" w:sz="4" w:space="0" w:color="auto"/>
              <w:right w:val="single" w:sz="4" w:space="0" w:color="auto"/>
            </w:tcBorders>
            <w:shd w:val="clear" w:color="auto" w:fill="auto"/>
            <w:noWrap/>
            <w:vAlign w:val="center"/>
            <w:hideMark/>
          </w:tcPr>
          <w:p w14:paraId="37BF0C43" w14:textId="77777777" w:rsidR="001D47F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37462DAC" w14:textId="77777777" w:rsidR="001D47F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1A52F654" w14:textId="77777777" w:rsidR="001D47F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7BC0BBFE" w14:textId="77777777" w:rsidR="001D47F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2BF90A6B" w14:textId="77777777" w:rsidR="001D47F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0C116A30" w14:textId="77777777" w:rsidR="001D47F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13237993" w14:textId="77777777" w:rsidR="001D47F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52FBB07A" w14:textId="77777777" w:rsidR="001D47F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1CAE1B61" w14:textId="77777777" w:rsidR="001D47F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5E5D10A8" w14:textId="77777777" w:rsidR="001D47F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3354F49E" w14:textId="77777777" w:rsidR="001D47F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5D392757" w14:textId="77777777" w:rsidR="001D47F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r>
      <w:tr w:rsidR="001D47F0" w:rsidRPr="00546614" w14:paraId="5B1829F9" w14:textId="77777777" w:rsidTr="00546614">
        <w:trPr>
          <w:trHeight w:val="202"/>
          <w:jc w:val="center"/>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49D90674"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2551" w:type="dxa"/>
            <w:tcBorders>
              <w:top w:val="nil"/>
              <w:left w:val="nil"/>
              <w:bottom w:val="single" w:sz="4" w:space="0" w:color="auto"/>
              <w:right w:val="single" w:sz="4" w:space="0" w:color="auto"/>
            </w:tcBorders>
            <w:shd w:val="clear" w:color="auto" w:fill="auto"/>
            <w:noWrap/>
            <w:vAlign w:val="center"/>
            <w:hideMark/>
          </w:tcPr>
          <w:p w14:paraId="25D97153" w14:textId="77777777" w:rsidR="00C81053" w:rsidRPr="00546614" w:rsidRDefault="00ED5F5D">
            <w:pPr>
              <w:spacing w:line="240" w:lineRule="auto"/>
              <w:rPr>
                <w:sz w:val="16"/>
                <w:szCs w:val="28"/>
              </w:rPr>
            </w:pPr>
            <w:r>
              <w:rPr>
                <w:rFonts w:ascii="Arial" w:eastAsia="Arial" w:hAnsi="Arial"/>
                <w:sz w:val="16"/>
                <w:szCs w:val="28"/>
              </w:rPr>
              <w:t>Monthly-rent tenancy</w:t>
            </w:r>
          </w:p>
        </w:tc>
        <w:tc>
          <w:tcPr>
            <w:tcW w:w="798" w:type="dxa"/>
            <w:tcBorders>
              <w:top w:val="nil"/>
              <w:left w:val="nil"/>
              <w:bottom w:val="single" w:sz="4" w:space="0" w:color="auto"/>
              <w:right w:val="single" w:sz="4" w:space="0" w:color="auto"/>
            </w:tcBorders>
            <w:shd w:val="clear" w:color="auto" w:fill="auto"/>
            <w:noWrap/>
            <w:vAlign w:val="center"/>
            <w:hideMark/>
          </w:tcPr>
          <w:p w14:paraId="21DD472F"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41009B3C"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4F50195F"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4EEA43C7"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0C370336"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3582E0E5"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78FA8675"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3E052B78"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676162E6"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1E1BF643"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1.020</w:t>
            </w:r>
          </w:p>
        </w:tc>
        <w:tc>
          <w:tcPr>
            <w:tcW w:w="798" w:type="dxa"/>
            <w:tcBorders>
              <w:top w:val="nil"/>
              <w:left w:val="nil"/>
              <w:bottom w:val="single" w:sz="4" w:space="0" w:color="auto"/>
              <w:right w:val="single" w:sz="4" w:space="0" w:color="auto"/>
            </w:tcBorders>
            <w:shd w:val="clear" w:color="auto" w:fill="auto"/>
            <w:noWrap/>
            <w:vAlign w:val="center"/>
            <w:hideMark/>
          </w:tcPr>
          <w:p w14:paraId="31C3209D"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9" w:type="dxa"/>
            <w:tcBorders>
              <w:top w:val="nil"/>
              <w:left w:val="nil"/>
              <w:bottom w:val="single" w:sz="4" w:space="0" w:color="auto"/>
              <w:right w:val="single" w:sz="4" w:space="0" w:color="auto"/>
            </w:tcBorders>
            <w:shd w:val="clear" w:color="auto" w:fill="auto"/>
            <w:noWrap/>
            <w:vAlign w:val="center"/>
            <w:hideMark/>
          </w:tcPr>
          <w:p w14:paraId="25C6EA53"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0.025</w:t>
            </w:r>
          </w:p>
        </w:tc>
      </w:tr>
      <w:tr w:rsidR="001D47F0" w:rsidRPr="00546614" w14:paraId="4BF0B4F2" w14:textId="77777777" w:rsidTr="00546614">
        <w:trPr>
          <w:trHeight w:val="202"/>
          <w:jc w:val="center"/>
        </w:trPr>
        <w:tc>
          <w:tcPr>
            <w:tcW w:w="4106" w:type="dxa"/>
            <w:gridSpan w:val="2"/>
            <w:tcBorders>
              <w:top w:val="nil"/>
              <w:left w:val="single" w:sz="4" w:space="0" w:color="auto"/>
              <w:bottom w:val="single" w:sz="4" w:space="0" w:color="auto"/>
              <w:right w:val="single" w:sz="4" w:space="0" w:color="auto"/>
            </w:tcBorders>
            <w:shd w:val="clear" w:color="auto" w:fill="auto"/>
            <w:noWrap/>
            <w:vAlign w:val="center"/>
            <w:hideMark/>
          </w:tcPr>
          <w:p w14:paraId="490F1BA9" w14:textId="77777777" w:rsidR="00C81053" w:rsidRPr="00546614" w:rsidRDefault="00ED5F5D">
            <w:pPr>
              <w:spacing w:line="240" w:lineRule="auto"/>
              <w:rPr>
                <w:sz w:val="16"/>
                <w:szCs w:val="28"/>
              </w:rPr>
            </w:pPr>
            <w:r>
              <w:rPr>
                <w:rFonts w:ascii="Arial" w:eastAsia="Arial" w:hAnsi="Arial"/>
                <w:sz w:val="16"/>
                <w:szCs w:val="28"/>
              </w:rPr>
              <w:t>Log household income</w:t>
            </w:r>
          </w:p>
        </w:tc>
        <w:tc>
          <w:tcPr>
            <w:tcW w:w="798" w:type="dxa"/>
            <w:tcBorders>
              <w:top w:val="nil"/>
              <w:left w:val="nil"/>
              <w:bottom w:val="single" w:sz="4" w:space="0" w:color="auto"/>
              <w:right w:val="single" w:sz="4" w:space="0" w:color="auto"/>
            </w:tcBorders>
            <w:shd w:val="clear" w:color="auto" w:fill="auto"/>
            <w:noWrap/>
            <w:vAlign w:val="center"/>
            <w:hideMark/>
          </w:tcPr>
          <w:p w14:paraId="63A4F2F1" w14:textId="77777777" w:rsidR="001D47F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4A08EB81" w14:textId="77777777" w:rsidR="001D47F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533F998A" w14:textId="77777777" w:rsidR="001D47F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49F22FA1" w14:textId="77777777" w:rsidR="001D47F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6B1A0DED" w14:textId="77777777" w:rsidR="001D47F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61952027" w14:textId="77777777" w:rsidR="001D47F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30FF571A" w14:textId="77777777" w:rsidR="001D47F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4EBD5F9B" w14:textId="77777777" w:rsidR="001D47F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52098B02" w14:textId="77777777" w:rsidR="001D47F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5326B36D" w14:textId="77777777" w:rsidR="001D47F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-0.131</w:t>
            </w:r>
          </w:p>
        </w:tc>
        <w:tc>
          <w:tcPr>
            <w:tcW w:w="798" w:type="dxa"/>
            <w:tcBorders>
              <w:top w:val="nil"/>
              <w:left w:val="nil"/>
              <w:bottom w:val="single" w:sz="4" w:space="0" w:color="auto"/>
              <w:right w:val="single" w:sz="4" w:space="0" w:color="auto"/>
            </w:tcBorders>
            <w:shd w:val="clear" w:color="auto" w:fill="auto"/>
            <w:noWrap/>
            <w:vAlign w:val="center"/>
            <w:hideMark/>
          </w:tcPr>
          <w:p w14:paraId="0EBE456D" w14:textId="77777777" w:rsidR="001D47F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9" w:type="dxa"/>
            <w:tcBorders>
              <w:top w:val="nil"/>
              <w:left w:val="nil"/>
              <w:bottom w:val="single" w:sz="4" w:space="0" w:color="auto"/>
              <w:right w:val="single" w:sz="4" w:space="0" w:color="auto"/>
            </w:tcBorders>
            <w:shd w:val="clear" w:color="auto" w:fill="auto"/>
            <w:noWrap/>
            <w:vAlign w:val="center"/>
            <w:hideMark/>
          </w:tcPr>
          <w:p w14:paraId="347A1E7F" w14:textId="77777777" w:rsidR="001D47F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0.005</w:t>
            </w:r>
          </w:p>
        </w:tc>
      </w:tr>
      <w:tr w:rsidR="001D47F0" w:rsidRPr="00546614" w14:paraId="57E21F2B" w14:textId="77777777" w:rsidTr="00546614">
        <w:trPr>
          <w:trHeight w:val="202"/>
          <w:jc w:val="center"/>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6C5A7457"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Intercept</w:t>
            </w:r>
          </w:p>
        </w:tc>
        <w:tc>
          <w:tcPr>
            <w:tcW w:w="2551" w:type="dxa"/>
            <w:tcBorders>
              <w:top w:val="nil"/>
              <w:left w:val="nil"/>
              <w:bottom w:val="single" w:sz="4" w:space="0" w:color="auto"/>
              <w:right w:val="single" w:sz="4" w:space="0" w:color="auto"/>
            </w:tcBorders>
            <w:shd w:val="clear" w:color="auto" w:fill="auto"/>
            <w:noWrap/>
            <w:vAlign w:val="center"/>
            <w:hideMark/>
          </w:tcPr>
          <w:p w14:paraId="652E11EF"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3372E00E"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-0.499</w:t>
            </w:r>
          </w:p>
        </w:tc>
        <w:tc>
          <w:tcPr>
            <w:tcW w:w="798" w:type="dxa"/>
            <w:tcBorders>
              <w:top w:val="nil"/>
              <w:left w:val="nil"/>
              <w:bottom w:val="single" w:sz="4" w:space="0" w:color="auto"/>
              <w:right w:val="single" w:sz="4" w:space="0" w:color="auto"/>
            </w:tcBorders>
            <w:shd w:val="clear" w:color="auto" w:fill="auto"/>
            <w:noWrap/>
            <w:vAlign w:val="center"/>
            <w:hideMark/>
          </w:tcPr>
          <w:p w14:paraId="590A57F2"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9" w:type="dxa"/>
            <w:tcBorders>
              <w:top w:val="nil"/>
              <w:left w:val="nil"/>
              <w:bottom w:val="single" w:sz="4" w:space="0" w:color="auto"/>
              <w:right w:val="single" w:sz="4" w:space="0" w:color="auto"/>
            </w:tcBorders>
            <w:shd w:val="clear" w:color="auto" w:fill="auto"/>
            <w:noWrap/>
            <w:vAlign w:val="center"/>
            <w:hideMark/>
          </w:tcPr>
          <w:p w14:paraId="7CDCB71A"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0.255</w:t>
            </w:r>
          </w:p>
        </w:tc>
        <w:tc>
          <w:tcPr>
            <w:tcW w:w="798" w:type="dxa"/>
            <w:tcBorders>
              <w:top w:val="nil"/>
              <w:left w:val="nil"/>
              <w:bottom w:val="single" w:sz="4" w:space="0" w:color="auto"/>
              <w:right w:val="single" w:sz="4" w:space="0" w:color="auto"/>
            </w:tcBorders>
            <w:shd w:val="clear" w:color="auto" w:fill="auto"/>
            <w:noWrap/>
            <w:vAlign w:val="center"/>
            <w:hideMark/>
          </w:tcPr>
          <w:p w14:paraId="3A6958A2"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-0.624</w:t>
            </w:r>
          </w:p>
        </w:tc>
        <w:tc>
          <w:tcPr>
            <w:tcW w:w="799" w:type="dxa"/>
            <w:tcBorders>
              <w:top w:val="nil"/>
              <w:left w:val="nil"/>
              <w:bottom w:val="single" w:sz="4" w:space="0" w:color="auto"/>
              <w:right w:val="single" w:sz="4" w:space="0" w:color="auto"/>
            </w:tcBorders>
            <w:shd w:val="clear" w:color="auto" w:fill="auto"/>
            <w:noWrap/>
            <w:vAlign w:val="center"/>
            <w:hideMark/>
          </w:tcPr>
          <w:p w14:paraId="7679FFD0"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8" w:type="dxa"/>
            <w:tcBorders>
              <w:top w:val="nil"/>
              <w:left w:val="nil"/>
              <w:bottom w:val="single" w:sz="4" w:space="0" w:color="auto"/>
              <w:right w:val="single" w:sz="4" w:space="0" w:color="auto"/>
            </w:tcBorders>
            <w:shd w:val="clear" w:color="auto" w:fill="auto"/>
            <w:noWrap/>
            <w:vAlign w:val="center"/>
            <w:hideMark/>
          </w:tcPr>
          <w:p w14:paraId="4157BAE9"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0.275</w:t>
            </w:r>
          </w:p>
        </w:tc>
        <w:tc>
          <w:tcPr>
            <w:tcW w:w="798" w:type="dxa"/>
            <w:tcBorders>
              <w:top w:val="nil"/>
              <w:left w:val="nil"/>
              <w:bottom w:val="single" w:sz="4" w:space="0" w:color="auto"/>
              <w:right w:val="single" w:sz="4" w:space="0" w:color="auto"/>
            </w:tcBorders>
            <w:shd w:val="clear" w:color="auto" w:fill="auto"/>
            <w:noWrap/>
            <w:vAlign w:val="center"/>
            <w:hideMark/>
          </w:tcPr>
          <w:p w14:paraId="5DAA494B"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-0.775</w:t>
            </w:r>
          </w:p>
        </w:tc>
        <w:tc>
          <w:tcPr>
            <w:tcW w:w="799" w:type="dxa"/>
            <w:tcBorders>
              <w:top w:val="nil"/>
              <w:left w:val="nil"/>
              <w:bottom w:val="single" w:sz="4" w:space="0" w:color="auto"/>
              <w:right w:val="single" w:sz="4" w:space="0" w:color="auto"/>
            </w:tcBorders>
            <w:shd w:val="clear" w:color="auto" w:fill="auto"/>
            <w:noWrap/>
            <w:vAlign w:val="center"/>
            <w:hideMark/>
          </w:tcPr>
          <w:p w14:paraId="68CABB7A"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8" w:type="dxa"/>
            <w:tcBorders>
              <w:top w:val="nil"/>
              <w:left w:val="nil"/>
              <w:bottom w:val="single" w:sz="4" w:space="0" w:color="auto"/>
              <w:right w:val="single" w:sz="4" w:space="0" w:color="auto"/>
            </w:tcBorders>
            <w:shd w:val="clear" w:color="auto" w:fill="auto"/>
            <w:noWrap/>
            <w:vAlign w:val="center"/>
            <w:hideMark/>
          </w:tcPr>
          <w:p w14:paraId="4487337A"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0.280</w:t>
            </w:r>
          </w:p>
        </w:tc>
        <w:tc>
          <w:tcPr>
            <w:tcW w:w="799" w:type="dxa"/>
            <w:tcBorders>
              <w:top w:val="nil"/>
              <w:left w:val="nil"/>
              <w:bottom w:val="single" w:sz="4" w:space="0" w:color="auto"/>
              <w:right w:val="single" w:sz="4" w:space="0" w:color="auto"/>
            </w:tcBorders>
            <w:shd w:val="clear" w:color="auto" w:fill="auto"/>
            <w:noWrap/>
            <w:vAlign w:val="center"/>
            <w:hideMark/>
          </w:tcPr>
          <w:p w14:paraId="11CEA857"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-0.909</w:t>
            </w:r>
          </w:p>
        </w:tc>
        <w:tc>
          <w:tcPr>
            <w:tcW w:w="798" w:type="dxa"/>
            <w:tcBorders>
              <w:top w:val="nil"/>
              <w:left w:val="nil"/>
              <w:bottom w:val="single" w:sz="4" w:space="0" w:color="auto"/>
              <w:right w:val="single" w:sz="4" w:space="0" w:color="auto"/>
            </w:tcBorders>
            <w:shd w:val="clear" w:color="auto" w:fill="auto"/>
            <w:noWrap/>
            <w:vAlign w:val="center"/>
            <w:hideMark/>
          </w:tcPr>
          <w:p w14:paraId="401CBCFD"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9" w:type="dxa"/>
            <w:tcBorders>
              <w:top w:val="nil"/>
              <w:left w:val="nil"/>
              <w:bottom w:val="single" w:sz="4" w:space="0" w:color="auto"/>
              <w:right w:val="single" w:sz="4" w:space="0" w:color="auto"/>
            </w:tcBorders>
            <w:shd w:val="clear" w:color="auto" w:fill="auto"/>
            <w:noWrap/>
            <w:vAlign w:val="center"/>
            <w:hideMark/>
          </w:tcPr>
          <w:p w14:paraId="298B1645" w14:textId="77777777" w:rsidR="00633330" w:rsidRPr="00546614" w:rsidRDefault="00ED5F5D" w:rsidP="0063333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0.261</w:t>
            </w:r>
          </w:p>
        </w:tc>
      </w:tr>
      <w:tr w:rsidR="001D47F0" w:rsidRPr="00546614" w14:paraId="377871E9" w14:textId="77777777" w:rsidTr="00546614">
        <w:trPr>
          <w:trHeight w:val="202"/>
          <w:jc w:val="center"/>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18D2A71D" w14:textId="77777777" w:rsidR="00C81053" w:rsidRPr="00546614" w:rsidRDefault="00ED5F5D">
            <w:pPr>
              <w:spacing w:line="240" w:lineRule="auto"/>
              <w:rPr>
                <w:sz w:val="16"/>
                <w:szCs w:val="28"/>
              </w:rPr>
            </w:pPr>
            <w:r>
              <w:rPr>
                <w:rFonts w:ascii="Arial" w:eastAsia="Arial" w:hAnsi="Arial"/>
                <w:b/>
                <w:sz w:val="16"/>
                <w:szCs w:val="28"/>
              </w:rPr>
              <w:t>Random effects</w:t>
            </w:r>
          </w:p>
        </w:tc>
        <w:tc>
          <w:tcPr>
            <w:tcW w:w="2551" w:type="dxa"/>
            <w:tcBorders>
              <w:top w:val="nil"/>
              <w:left w:val="nil"/>
              <w:bottom w:val="single" w:sz="4" w:space="0" w:color="auto"/>
              <w:right w:val="single" w:sz="4" w:space="0" w:color="auto"/>
            </w:tcBorders>
            <w:shd w:val="clear" w:color="auto" w:fill="auto"/>
            <w:noWrap/>
            <w:vAlign w:val="center"/>
            <w:hideMark/>
          </w:tcPr>
          <w:p w14:paraId="6461CBFD"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16DB9B8E"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01EB469E"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3A00DF6F"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4E887C78"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651BDB96"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78C3FB15"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11843C8F"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1913EB08"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2C2C4469"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394933F5"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485B003E"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662513E0"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r>
      <w:tr w:rsidR="001D47F0" w:rsidRPr="00546614" w14:paraId="5E996A02" w14:textId="77777777" w:rsidTr="00546614">
        <w:trPr>
          <w:trHeight w:val="202"/>
          <w:jc w:val="center"/>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22B6C2F3" w14:textId="77777777" w:rsidR="00C81053" w:rsidRPr="00546614" w:rsidRDefault="00ED5F5D">
            <w:pPr>
              <w:spacing w:line="240" w:lineRule="auto"/>
              <w:rPr>
                <w:sz w:val="16"/>
                <w:szCs w:val="28"/>
              </w:rPr>
            </w:pPr>
            <w:r>
              <w:rPr>
                <w:rFonts w:ascii="Arial" w:eastAsia="Arial" w:hAnsi="Arial"/>
                <w:b/>
                <w:sz w:val="16"/>
                <w:szCs w:val="28"/>
              </w:rPr>
              <w:t>Period-specific random effects</w:t>
            </w:r>
          </w:p>
        </w:tc>
        <w:tc>
          <w:tcPr>
            <w:tcW w:w="2551" w:type="dxa"/>
            <w:tcBorders>
              <w:top w:val="nil"/>
              <w:left w:val="nil"/>
              <w:bottom w:val="single" w:sz="4" w:space="0" w:color="auto"/>
              <w:right w:val="single" w:sz="4" w:space="0" w:color="auto"/>
            </w:tcBorders>
            <w:shd w:val="clear" w:color="auto" w:fill="auto"/>
            <w:noWrap/>
            <w:vAlign w:val="center"/>
            <w:hideMark/>
          </w:tcPr>
          <w:p w14:paraId="5861ACCF" w14:textId="77777777" w:rsidR="00C81053" w:rsidRPr="00546614" w:rsidRDefault="00C81053">
            <w:pPr>
              <w:spacing w:line="240" w:lineRule="auto"/>
              <w:rPr>
                <w:sz w:val="16"/>
                <w:szCs w:val="28"/>
              </w:rPr>
            </w:pPr>
          </w:p>
        </w:tc>
        <w:tc>
          <w:tcPr>
            <w:tcW w:w="798" w:type="dxa"/>
            <w:tcBorders>
              <w:top w:val="nil"/>
              <w:left w:val="nil"/>
              <w:bottom w:val="single" w:sz="4" w:space="0" w:color="auto"/>
              <w:right w:val="single" w:sz="4" w:space="0" w:color="auto"/>
            </w:tcBorders>
            <w:shd w:val="clear" w:color="auto" w:fill="auto"/>
            <w:noWrap/>
            <w:vAlign w:val="center"/>
            <w:hideMark/>
          </w:tcPr>
          <w:p w14:paraId="362F5472"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50C76BAF"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0D7B035A"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433C40F4"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79949F63"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55B3957F"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657AFEC7"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3A8D09BC"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4FBB4B49"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5F440F20"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51053623"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4FFAABB0" w14:textId="77777777" w:rsidR="00633330" w:rsidRPr="00546614" w:rsidRDefault="00ED5F5D" w:rsidP="00633330">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r>
      <w:tr w:rsidR="00546614" w:rsidRPr="00546614" w14:paraId="124F7583" w14:textId="77777777" w:rsidTr="00546614">
        <w:trPr>
          <w:trHeight w:val="202"/>
          <w:jc w:val="center"/>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3E84BE38" w14:textId="7ACA2F8B" w:rsidR="00546614" w:rsidRPr="00546614" w:rsidRDefault="00546614" w:rsidP="00546614">
            <w:pPr>
              <w:spacing w:line="240" w:lineRule="auto"/>
              <w:rPr>
                <w:sz w:val="16"/>
                <w:szCs w:val="28"/>
              </w:rPr>
            </w:pPr>
            <w:proofErr w:type="spellStart"/>
            <w:r>
              <w:rPr>
                <w:rFonts w:ascii="Arial" w:eastAsia="Arial" w:hAnsi="Arial"/>
                <w:sz w:val="16"/>
                <w:szCs w:val="28"/>
              </w:rPr>
              <w:t>Roh</w:t>
            </w:r>
            <w:proofErr w:type="spellEnd"/>
            <w:r>
              <w:rPr>
                <w:rFonts w:ascii="Arial" w:eastAsia="Arial" w:hAnsi="Arial"/>
                <w:sz w:val="16"/>
                <w:szCs w:val="28"/>
              </w:rPr>
              <w:t xml:space="preserve"> administration</w:t>
            </w:r>
          </w:p>
        </w:tc>
        <w:tc>
          <w:tcPr>
            <w:tcW w:w="2551" w:type="dxa"/>
            <w:tcBorders>
              <w:top w:val="nil"/>
              <w:left w:val="nil"/>
              <w:bottom w:val="single" w:sz="4" w:space="0" w:color="auto"/>
              <w:right w:val="single" w:sz="4" w:space="0" w:color="auto"/>
            </w:tcBorders>
            <w:shd w:val="clear" w:color="auto" w:fill="auto"/>
            <w:noWrap/>
            <w:vAlign w:val="center"/>
            <w:hideMark/>
          </w:tcPr>
          <w:p w14:paraId="05824EFA"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2006</w:t>
            </w:r>
          </w:p>
        </w:tc>
        <w:tc>
          <w:tcPr>
            <w:tcW w:w="798" w:type="dxa"/>
            <w:tcBorders>
              <w:top w:val="nil"/>
              <w:left w:val="nil"/>
              <w:bottom w:val="single" w:sz="4" w:space="0" w:color="auto"/>
              <w:right w:val="single" w:sz="4" w:space="0" w:color="auto"/>
            </w:tcBorders>
            <w:shd w:val="clear" w:color="auto" w:fill="auto"/>
            <w:noWrap/>
            <w:vAlign w:val="center"/>
            <w:hideMark/>
          </w:tcPr>
          <w:p w14:paraId="731C7E1F"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0.080</w:t>
            </w:r>
          </w:p>
        </w:tc>
        <w:tc>
          <w:tcPr>
            <w:tcW w:w="798" w:type="dxa"/>
            <w:tcBorders>
              <w:top w:val="nil"/>
              <w:left w:val="nil"/>
              <w:bottom w:val="single" w:sz="4" w:space="0" w:color="auto"/>
              <w:right w:val="single" w:sz="4" w:space="0" w:color="auto"/>
            </w:tcBorders>
            <w:shd w:val="clear" w:color="auto" w:fill="auto"/>
            <w:noWrap/>
            <w:vAlign w:val="center"/>
            <w:hideMark/>
          </w:tcPr>
          <w:p w14:paraId="271F5909"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78A765CA"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0.063</w:t>
            </w:r>
          </w:p>
        </w:tc>
        <w:tc>
          <w:tcPr>
            <w:tcW w:w="798" w:type="dxa"/>
            <w:tcBorders>
              <w:top w:val="nil"/>
              <w:left w:val="nil"/>
              <w:bottom w:val="single" w:sz="4" w:space="0" w:color="auto"/>
              <w:right w:val="single" w:sz="4" w:space="0" w:color="auto"/>
            </w:tcBorders>
            <w:shd w:val="clear" w:color="auto" w:fill="auto"/>
            <w:noWrap/>
            <w:vAlign w:val="center"/>
            <w:hideMark/>
          </w:tcPr>
          <w:p w14:paraId="48F8E713"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0.106</w:t>
            </w:r>
          </w:p>
        </w:tc>
        <w:tc>
          <w:tcPr>
            <w:tcW w:w="799" w:type="dxa"/>
            <w:tcBorders>
              <w:top w:val="nil"/>
              <w:left w:val="nil"/>
              <w:bottom w:val="single" w:sz="4" w:space="0" w:color="auto"/>
              <w:right w:val="single" w:sz="4" w:space="0" w:color="auto"/>
            </w:tcBorders>
            <w:shd w:val="clear" w:color="auto" w:fill="auto"/>
            <w:noWrap/>
            <w:vAlign w:val="center"/>
            <w:hideMark/>
          </w:tcPr>
          <w:p w14:paraId="0FC5A4F0"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8" w:type="dxa"/>
            <w:tcBorders>
              <w:top w:val="nil"/>
              <w:left w:val="nil"/>
              <w:bottom w:val="single" w:sz="4" w:space="0" w:color="auto"/>
              <w:right w:val="single" w:sz="4" w:space="0" w:color="auto"/>
            </w:tcBorders>
            <w:shd w:val="clear" w:color="auto" w:fill="auto"/>
            <w:noWrap/>
            <w:vAlign w:val="center"/>
            <w:hideMark/>
          </w:tcPr>
          <w:p w14:paraId="2C554748"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0.062</w:t>
            </w:r>
          </w:p>
        </w:tc>
        <w:tc>
          <w:tcPr>
            <w:tcW w:w="798" w:type="dxa"/>
            <w:tcBorders>
              <w:top w:val="nil"/>
              <w:left w:val="nil"/>
              <w:bottom w:val="single" w:sz="4" w:space="0" w:color="auto"/>
              <w:right w:val="single" w:sz="4" w:space="0" w:color="auto"/>
            </w:tcBorders>
            <w:shd w:val="clear" w:color="auto" w:fill="auto"/>
            <w:noWrap/>
            <w:vAlign w:val="center"/>
            <w:hideMark/>
          </w:tcPr>
          <w:p w14:paraId="5E9C628E"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0.109</w:t>
            </w:r>
          </w:p>
        </w:tc>
        <w:tc>
          <w:tcPr>
            <w:tcW w:w="799" w:type="dxa"/>
            <w:tcBorders>
              <w:top w:val="nil"/>
              <w:left w:val="nil"/>
              <w:bottom w:val="single" w:sz="4" w:space="0" w:color="auto"/>
              <w:right w:val="single" w:sz="4" w:space="0" w:color="auto"/>
            </w:tcBorders>
            <w:shd w:val="clear" w:color="auto" w:fill="auto"/>
            <w:noWrap/>
            <w:vAlign w:val="center"/>
            <w:hideMark/>
          </w:tcPr>
          <w:p w14:paraId="307DD3C7"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8" w:type="dxa"/>
            <w:tcBorders>
              <w:top w:val="nil"/>
              <w:left w:val="nil"/>
              <w:bottom w:val="single" w:sz="4" w:space="0" w:color="auto"/>
              <w:right w:val="single" w:sz="4" w:space="0" w:color="auto"/>
            </w:tcBorders>
            <w:shd w:val="clear" w:color="auto" w:fill="auto"/>
            <w:noWrap/>
            <w:vAlign w:val="center"/>
            <w:hideMark/>
          </w:tcPr>
          <w:p w14:paraId="66324C3D"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0.062</w:t>
            </w:r>
          </w:p>
        </w:tc>
        <w:tc>
          <w:tcPr>
            <w:tcW w:w="799" w:type="dxa"/>
            <w:tcBorders>
              <w:top w:val="nil"/>
              <w:left w:val="nil"/>
              <w:bottom w:val="single" w:sz="4" w:space="0" w:color="auto"/>
              <w:right w:val="single" w:sz="4" w:space="0" w:color="auto"/>
            </w:tcBorders>
            <w:shd w:val="clear" w:color="auto" w:fill="auto"/>
            <w:noWrap/>
            <w:vAlign w:val="center"/>
            <w:hideMark/>
          </w:tcPr>
          <w:p w14:paraId="32A39CEC"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0.026</w:t>
            </w:r>
          </w:p>
        </w:tc>
        <w:tc>
          <w:tcPr>
            <w:tcW w:w="798" w:type="dxa"/>
            <w:tcBorders>
              <w:top w:val="nil"/>
              <w:left w:val="nil"/>
              <w:bottom w:val="single" w:sz="4" w:space="0" w:color="auto"/>
              <w:right w:val="single" w:sz="4" w:space="0" w:color="auto"/>
            </w:tcBorders>
            <w:shd w:val="clear" w:color="auto" w:fill="auto"/>
            <w:noWrap/>
            <w:vAlign w:val="center"/>
            <w:hideMark/>
          </w:tcPr>
          <w:p w14:paraId="49C7DEA1"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13B4989D"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0.048</w:t>
            </w:r>
          </w:p>
        </w:tc>
      </w:tr>
      <w:tr w:rsidR="00546614" w:rsidRPr="00546614" w14:paraId="6FF31D60" w14:textId="77777777" w:rsidTr="00546614">
        <w:trPr>
          <w:trHeight w:val="202"/>
          <w:jc w:val="center"/>
        </w:trPr>
        <w:tc>
          <w:tcPr>
            <w:tcW w:w="1555" w:type="dxa"/>
            <w:vMerge w:val="restart"/>
            <w:tcBorders>
              <w:top w:val="nil"/>
              <w:left w:val="single" w:sz="4" w:space="0" w:color="auto"/>
              <w:right w:val="single" w:sz="4" w:space="0" w:color="auto"/>
            </w:tcBorders>
            <w:shd w:val="clear" w:color="auto" w:fill="auto"/>
            <w:noWrap/>
            <w:vAlign w:val="center"/>
            <w:hideMark/>
          </w:tcPr>
          <w:p w14:paraId="0D5BD818" w14:textId="68317C29" w:rsidR="00546614" w:rsidRPr="00546614" w:rsidRDefault="00546614" w:rsidP="00546614">
            <w:pPr>
              <w:spacing w:line="240" w:lineRule="auto"/>
              <w:rPr>
                <w:sz w:val="16"/>
                <w:szCs w:val="28"/>
              </w:rPr>
            </w:pPr>
            <w:r>
              <w:rPr>
                <w:rFonts w:ascii="Arial" w:eastAsia="Arial" w:hAnsi="Arial"/>
                <w:sz w:val="16"/>
                <w:szCs w:val="28"/>
              </w:rPr>
              <w:t>Lee administration</w:t>
            </w:r>
          </w:p>
        </w:tc>
        <w:tc>
          <w:tcPr>
            <w:tcW w:w="2551" w:type="dxa"/>
            <w:tcBorders>
              <w:top w:val="nil"/>
              <w:left w:val="nil"/>
              <w:bottom w:val="single" w:sz="4" w:space="0" w:color="auto"/>
              <w:right w:val="single" w:sz="4" w:space="0" w:color="auto"/>
            </w:tcBorders>
            <w:shd w:val="clear" w:color="auto" w:fill="auto"/>
            <w:noWrap/>
            <w:vAlign w:val="center"/>
            <w:hideMark/>
          </w:tcPr>
          <w:p w14:paraId="177DB85C"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2008</w:t>
            </w:r>
          </w:p>
        </w:tc>
        <w:tc>
          <w:tcPr>
            <w:tcW w:w="798" w:type="dxa"/>
            <w:tcBorders>
              <w:top w:val="nil"/>
              <w:left w:val="nil"/>
              <w:bottom w:val="single" w:sz="4" w:space="0" w:color="auto"/>
              <w:right w:val="single" w:sz="4" w:space="0" w:color="auto"/>
            </w:tcBorders>
            <w:shd w:val="clear" w:color="auto" w:fill="auto"/>
            <w:noWrap/>
            <w:vAlign w:val="center"/>
            <w:hideMark/>
          </w:tcPr>
          <w:p w14:paraId="4D165845"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0.085</w:t>
            </w:r>
          </w:p>
        </w:tc>
        <w:tc>
          <w:tcPr>
            <w:tcW w:w="798" w:type="dxa"/>
            <w:tcBorders>
              <w:top w:val="nil"/>
              <w:left w:val="nil"/>
              <w:bottom w:val="single" w:sz="4" w:space="0" w:color="auto"/>
              <w:right w:val="single" w:sz="4" w:space="0" w:color="auto"/>
            </w:tcBorders>
            <w:shd w:val="clear" w:color="auto" w:fill="auto"/>
            <w:noWrap/>
            <w:vAlign w:val="center"/>
            <w:hideMark/>
          </w:tcPr>
          <w:p w14:paraId="6D452768"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1105A08B"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0.063</w:t>
            </w:r>
          </w:p>
        </w:tc>
        <w:tc>
          <w:tcPr>
            <w:tcW w:w="798" w:type="dxa"/>
            <w:tcBorders>
              <w:top w:val="nil"/>
              <w:left w:val="nil"/>
              <w:bottom w:val="single" w:sz="4" w:space="0" w:color="auto"/>
              <w:right w:val="single" w:sz="4" w:space="0" w:color="auto"/>
            </w:tcBorders>
            <w:shd w:val="clear" w:color="auto" w:fill="auto"/>
            <w:noWrap/>
            <w:vAlign w:val="center"/>
            <w:hideMark/>
          </w:tcPr>
          <w:p w14:paraId="1FECAD5E"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0.107</w:t>
            </w:r>
          </w:p>
        </w:tc>
        <w:tc>
          <w:tcPr>
            <w:tcW w:w="799" w:type="dxa"/>
            <w:tcBorders>
              <w:top w:val="nil"/>
              <w:left w:val="nil"/>
              <w:bottom w:val="single" w:sz="4" w:space="0" w:color="auto"/>
              <w:right w:val="single" w:sz="4" w:space="0" w:color="auto"/>
            </w:tcBorders>
            <w:shd w:val="clear" w:color="auto" w:fill="auto"/>
            <w:noWrap/>
            <w:vAlign w:val="center"/>
            <w:hideMark/>
          </w:tcPr>
          <w:p w14:paraId="55C3C3D1"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8" w:type="dxa"/>
            <w:tcBorders>
              <w:top w:val="nil"/>
              <w:left w:val="nil"/>
              <w:bottom w:val="single" w:sz="4" w:space="0" w:color="auto"/>
              <w:right w:val="single" w:sz="4" w:space="0" w:color="auto"/>
            </w:tcBorders>
            <w:shd w:val="clear" w:color="auto" w:fill="auto"/>
            <w:noWrap/>
            <w:vAlign w:val="center"/>
            <w:hideMark/>
          </w:tcPr>
          <w:p w14:paraId="523C0C81"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0.062</w:t>
            </w:r>
          </w:p>
        </w:tc>
        <w:tc>
          <w:tcPr>
            <w:tcW w:w="798" w:type="dxa"/>
            <w:tcBorders>
              <w:top w:val="nil"/>
              <w:left w:val="nil"/>
              <w:bottom w:val="single" w:sz="4" w:space="0" w:color="auto"/>
              <w:right w:val="single" w:sz="4" w:space="0" w:color="auto"/>
            </w:tcBorders>
            <w:shd w:val="clear" w:color="auto" w:fill="auto"/>
            <w:noWrap/>
            <w:vAlign w:val="center"/>
            <w:hideMark/>
          </w:tcPr>
          <w:p w14:paraId="64B89A10"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0.102</w:t>
            </w:r>
          </w:p>
        </w:tc>
        <w:tc>
          <w:tcPr>
            <w:tcW w:w="799" w:type="dxa"/>
            <w:tcBorders>
              <w:top w:val="nil"/>
              <w:left w:val="nil"/>
              <w:bottom w:val="single" w:sz="4" w:space="0" w:color="auto"/>
              <w:right w:val="single" w:sz="4" w:space="0" w:color="auto"/>
            </w:tcBorders>
            <w:shd w:val="clear" w:color="auto" w:fill="auto"/>
            <w:noWrap/>
            <w:vAlign w:val="center"/>
            <w:hideMark/>
          </w:tcPr>
          <w:p w14:paraId="18FB328E"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77CF23C9"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0.062</w:t>
            </w:r>
          </w:p>
        </w:tc>
        <w:tc>
          <w:tcPr>
            <w:tcW w:w="799" w:type="dxa"/>
            <w:tcBorders>
              <w:top w:val="nil"/>
              <w:left w:val="nil"/>
              <w:bottom w:val="single" w:sz="4" w:space="0" w:color="auto"/>
              <w:right w:val="single" w:sz="4" w:space="0" w:color="auto"/>
            </w:tcBorders>
            <w:shd w:val="clear" w:color="auto" w:fill="auto"/>
            <w:noWrap/>
            <w:vAlign w:val="center"/>
            <w:hideMark/>
          </w:tcPr>
          <w:p w14:paraId="609CCAAE"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0.103</w:t>
            </w:r>
          </w:p>
        </w:tc>
        <w:tc>
          <w:tcPr>
            <w:tcW w:w="798" w:type="dxa"/>
            <w:tcBorders>
              <w:top w:val="nil"/>
              <w:left w:val="nil"/>
              <w:bottom w:val="single" w:sz="4" w:space="0" w:color="auto"/>
              <w:right w:val="single" w:sz="4" w:space="0" w:color="auto"/>
            </w:tcBorders>
            <w:shd w:val="clear" w:color="auto" w:fill="auto"/>
            <w:noWrap/>
            <w:vAlign w:val="center"/>
            <w:hideMark/>
          </w:tcPr>
          <w:p w14:paraId="7A186E5E"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9" w:type="dxa"/>
            <w:tcBorders>
              <w:top w:val="nil"/>
              <w:left w:val="nil"/>
              <w:bottom w:val="single" w:sz="4" w:space="0" w:color="auto"/>
              <w:right w:val="single" w:sz="4" w:space="0" w:color="auto"/>
            </w:tcBorders>
            <w:shd w:val="clear" w:color="auto" w:fill="auto"/>
            <w:noWrap/>
            <w:vAlign w:val="center"/>
            <w:hideMark/>
          </w:tcPr>
          <w:p w14:paraId="164F0157"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0.049</w:t>
            </w:r>
          </w:p>
        </w:tc>
      </w:tr>
      <w:tr w:rsidR="00546614" w:rsidRPr="00546614" w14:paraId="4D7A3EE7" w14:textId="77777777" w:rsidTr="00546614">
        <w:trPr>
          <w:trHeight w:val="202"/>
          <w:jc w:val="center"/>
        </w:trPr>
        <w:tc>
          <w:tcPr>
            <w:tcW w:w="1555" w:type="dxa"/>
            <w:vMerge/>
            <w:tcBorders>
              <w:left w:val="single" w:sz="4" w:space="0" w:color="auto"/>
              <w:right w:val="single" w:sz="4" w:space="0" w:color="auto"/>
            </w:tcBorders>
            <w:shd w:val="clear" w:color="auto" w:fill="auto"/>
            <w:noWrap/>
            <w:vAlign w:val="center"/>
            <w:hideMark/>
          </w:tcPr>
          <w:p w14:paraId="5CBAE39C" w14:textId="77777777" w:rsidR="00546614" w:rsidRPr="00546614" w:rsidRDefault="00546614" w:rsidP="00546614">
            <w:pPr>
              <w:spacing w:line="240" w:lineRule="auto"/>
              <w:rPr>
                <w:rFonts w:eastAsia="맑은 고딕" w:cs="Times New Roman"/>
                <w:color w:val="000000"/>
                <w:sz w:val="16"/>
                <w:szCs w:val="28"/>
              </w:rPr>
            </w:pPr>
          </w:p>
        </w:tc>
        <w:tc>
          <w:tcPr>
            <w:tcW w:w="2551" w:type="dxa"/>
            <w:tcBorders>
              <w:top w:val="nil"/>
              <w:left w:val="nil"/>
              <w:bottom w:val="single" w:sz="4" w:space="0" w:color="auto"/>
              <w:right w:val="single" w:sz="4" w:space="0" w:color="auto"/>
            </w:tcBorders>
            <w:shd w:val="clear" w:color="auto" w:fill="auto"/>
            <w:noWrap/>
            <w:vAlign w:val="center"/>
            <w:hideMark/>
          </w:tcPr>
          <w:p w14:paraId="08BABBB4"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2010</w:t>
            </w:r>
          </w:p>
        </w:tc>
        <w:tc>
          <w:tcPr>
            <w:tcW w:w="798" w:type="dxa"/>
            <w:tcBorders>
              <w:top w:val="nil"/>
              <w:left w:val="nil"/>
              <w:bottom w:val="single" w:sz="4" w:space="0" w:color="auto"/>
              <w:right w:val="single" w:sz="4" w:space="0" w:color="auto"/>
            </w:tcBorders>
            <w:shd w:val="clear" w:color="auto" w:fill="auto"/>
            <w:noWrap/>
            <w:vAlign w:val="center"/>
            <w:hideMark/>
          </w:tcPr>
          <w:p w14:paraId="7EBFAEAB"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0.106</w:t>
            </w:r>
          </w:p>
        </w:tc>
        <w:tc>
          <w:tcPr>
            <w:tcW w:w="798" w:type="dxa"/>
            <w:tcBorders>
              <w:top w:val="nil"/>
              <w:left w:val="nil"/>
              <w:bottom w:val="single" w:sz="4" w:space="0" w:color="auto"/>
              <w:right w:val="single" w:sz="4" w:space="0" w:color="auto"/>
            </w:tcBorders>
            <w:shd w:val="clear" w:color="auto" w:fill="auto"/>
            <w:noWrap/>
            <w:vAlign w:val="center"/>
            <w:hideMark/>
          </w:tcPr>
          <w:p w14:paraId="1A9CE4DD"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9" w:type="dxa"/>
            <w:tcBorders>
              <w:top w:val="nil"/>
              <w:left w:val="nil"/>
              <w:bottom w:val="single" w:sz="4" w:space="0" w:color="auto"/>
              <w:right w:val="single" w:sz="4" w:space="0" w:color="auto"/>
            </w:tcBorders>
            <w:shd w:val="clear" w:color="auto" w:fill="auto"/>
            <w:noWrap/>
            <w:vAlign w:val="center"/>
            <w:hideMark/>
          </w:tcPr>
          <w:p w14:paraId="1004A6D0"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0.062</w:t>
            </w:r>
          </w:p>
        </w:tc>
        <w:tc>
          <w:tcPr>
            <w:tcW w:w="798" w:type="dxa"/>
            <w:tcBorders>
              <w:top w:val="nil"/>
              <w:left w:val="nil"/>
              <w:bottom w:val="single" w:sz="4" w:space="0" w:color="auto"/>
              <w:right w:val="single" w:sz="4" w:space="0" w:color="auto"/>
            </w:tcBorders>
            <w:shd w:val="clear" w:color="auto" w:fill="auto"/>
            <w:noWrap/>
            <w:vAlign w:val="center"/>
            <w:hideMark/>
          </w:tcPr>
          <w:p w14:paraId="1D8039B4"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0.087</w:t>
            </w:r>
          </w:p>
        </w:tc>
        <w:tc>
          <w:tcPr>
            <w:tcW w:w="799" w:type="dxa"/>
            <w:tcBorders>
              <w:top w:val="nil"/>
              <w:left w:val="nil"/>
              <w:bottom w:val="single" w:sz="4" w:space="0" w:color="auto"/>
              <w:right w:val="single" w:sz="4" w:space="0" w:color="auto"/>
            </w:tcBorders>
            <w:shd w:val="clear" w:color="auto" w:fill="auto"/>
            <w:noWrap/>
            <w:vAlign w:val="center"/>
            <w:hideMark/>
          </w:tcPr>
          <w:p w14:paraId="5B327472"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39AA3340"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0.061</w:t>
            </w:r>
          </w:p>
        </w:tc>
        <w:tc>
          <w:tcPr>
            <w:tcW w:w="798" w:type="dxa"/>
            <w:tcBorders>
              <w:top w:val="nil"/>
              <w:left w:val="nil"/>
              <w:bottom w:val="single" w:sz="4" w:space="0" w:color="auto"/>
              <w:right w:val="single" w:sz="4" w:space="0" w:color="auto"/>
            </w:tcBorders>
            <w:shd w:val="clear" w:color="auto" w:fill="auto"/>
            <w:noWrap/>
            <w:vAlign w:val="center"/>
            <w:hideMark/>
          </w:tcPr>
          <w:p w14:paraId="517CDF10"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0.079</w:t>
            </w:r>
          </w:p>
        </w:tc>
        <w:tc>
          <w:tcPr>
            <w:tcW w:w="799" w:type="dxa"/>
            <w:tcBorders>
              <w:top w:val="nil"/>
              <w:left w:val="nil"/>
              <w:bottom w:val="single" w:sz="4" w:space="0" w:color="auto"/>
              <w:right w:val="single" w:sz="4" w:space="0" w:color="auto"/>
            </w:tcBorders>
            <w:shd w:val="clear" w:color="auto" w:fill="auto"/>
            <w:noWrap/>
            <w:vAlign w:val="center"/>
            <w:hideMark/>
          </w:tcPr>
          <w:p w14:paraId="3E864739"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40672A74"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0.061</w:t>
            </w:r>
          </w:p>
        </w:tc>
        <w:tc>
          <w:tcPr>
            <w:tcW w:w="799" w:type="dxa"/>
            <w:tcBorders>
              <w:top w:val="nil"/>
              <w:left w:val="nil"/>
              <w:bottom w:val="single" w:sz="4" w:space="0" w:color="auto"/>
              <w:right w:val="single" w:sz="4" w:space="0" w:color="auto"/>
            </w:tcBorders>
            <w:shd w:val="clear" w:color="auto" w:fill="auto"/>
            <w:noWrap/>
            <w:vAlign w:val="center"/>
            <w:hideMark/>
          </w:tcPr>
          <w:p w14:paraId="50D46853"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0.044</w:t>
            </w:r>
          </w:p>
        </w:tc>
        <w:tc>
          <w:tcPr>
            <w:tcW w:w="798" w:type="dxa"/>
            <w:tcBorders>
              <w:top w:val="nil"/>
              <w:left w:val="nil"/>
              <w:bottom w:val="single" w:sz="4" w:space="0" w:color="auto"/>
              <w:right w:val="single" w:sz="4" w:space="0" w:color="auto"/>
            </w:tcBorders>
            <w:shd w:val="clear" w:color="auto" w:fill="auto"/>
            <w:noWrap/>
            <w:vAlign w:val="center"/>
            <w:hideMark/>
          </w:tcPr>
          <w:p w14:paraId="7FB31D3A"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15753B8D"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0.046</w:t>
            </w:r>
          </w:p>
        </w:tc>
      </w:tr>
      <w:tr w:rsidR="00546614" w:rsidRPr="00546614" w14:paraId="4C4EB4A3" w14:textId="77777777" w:rsidTr="00546614">
        <w:trPr>
          <w:trHeight w:val="202"/>
          <w:jc w:val="center"/>
        </w:trPr>
        <w:tc>
          <w:tcPr>
            <w:tcW w:w="1555" w:type="dxa"/>
            <w:vMerge/>
            <w:tcBorders>
              <w:left w:val="single" w:sz="4" w:space="0" w:color="auto"/>
              <w:bottom w:val="single" w:sz="4" w:space="0" w:color="auto"/>
              <w:right w:val="single" w:sz="4" w:space="0" w:color="auto"/>
            </w:tcBorders>
            <w:shd w:val="clear" w:color="auto" w:fill="auto"/>
            <w:noWrap/>
            <w:vAlign w:val="center"/>
            <w:hideMark/>
          </w:tcPr>
          <w:p w14:paraId="65CC03F9" w14:textId="77777777" w:rsidR="00546614" w:rsidRPr="00546614" w:rsidRDefault="00546614" w:rsidP="00546614">
            <w:pPr>
              <w:spacing w:line="240" w:lineRule="auto"/>
              <w:rPr>
                <w:rFonts w:eastAsia="맑은 고딕" w:cs="Times New Roman"/>
                <w:color w:val="000000"/>
                <w:sz w:val="16"/>
                <w:szCs w:val="28"/>
              </w:rPr>
            </w:pPr>
          </w:p>
        </w:tc>
        <w:tc>
          <w:tcPr>
            <w:tcW w:w="2551" w:type="dxa"/>
            <w:tcBorders>
              <w:top w:val="nil"/>
              <w:left w:val="nil"/>
              <w:bottom w:val="single" w:sz="4" w:space="0" w:color="auto"/>
              <w:right w:val="single" w:sz="4" w:space="0" w:color="auto"/>
            </w:tcBorders>
            <w:shd w:val="clear" w:color="auto" w:fill="auto"/>
            <w:noWrap/>
            <w:vAlign w:val="center"/>
            <w:hideMark/>
          </w:tcPr>
          <w:p w14:paraId="5EC1626A"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2012</w:t>
            </w:r>
          </w:p>
        </w:tc>
        <w:tc>
          <w:tcPr>
            <w:tcW w:w="798" w:type="dxa"/>
            <w:tcBorders>
              <w:top w:val="nil"/>
              <w:left w:val="nil"/>
              <w:bottom w:val="single" w:sz="4" w:space="0" w:color="auto"/>
              <w:right w:val="single" w:sz="4" w:space="0" w:color="auto"/>
            </w:tcBorders>
            <w:shd w:val="clear" w:color="auto" w:fill="auto"/>
            <w:noWrap/>
            <w:vAlign w:val="center"/>
            <w:hideMark/>
          </w:tcPr>
          <w:p w14:paraId="3BE9591F"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0.185</w:t>
            </w:r>
          </w:p>
        </w:tc>
        <w:tc>
          <w:tcPr>
            <w:tcW w:w="798" w:type="dxa"/>
            <w:tcBorders>
              <w:top w:val="nil"/>
              <w:left w:val="nil"/>
              <w:bottom w:val="single" w:sz="4" w:space="0" w:color="auto"/>
              <w:right w:val="single" w:sz="4" w:space="0" w:color="auto"/>
            </w:tcBorders>
            <w:shd w:val="clear" w:color="auto" w:fill="auto"/>
            <w:noWrap/>
            <w:vAlign w:val="center"/>
            <w:hideMark/>
          </w:tcPr>
          <w:p w14:paraId="020CC139"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9" w:type="dxa"/>
            <w:tcBorders>
              <w:top w:val="nil"/>
              <w:left w:val="nil"/>
              <w:bottom w:val="single" w:sz="4" w:space="0" w:color="auto"/>
              <w:right w:val="single" w:sz="4" w:space="0" w:color="auto"/>
            </w:tcBorders>
            <w:shd w:val="clear" w:color="auto" w:fill="auto"/>
            <w:noWrap/>
            <w:vAlign w:val="center"/>
            <w:hideMark/>
          </w:tcPr>
          <w:p w14:paraId="3E5D5BB5"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0.062</w:t>
            </w:r>
          </w:p>
        </w:tc>
        <w:tc>
          <w:tcPr>
            <w:tcW w:w="798" w:type="dxa"/>
            <w:tcBorders>
              <w:top w:val="nil"/>
              <w:left w:val="nil"/>
              <w:bottom w:val="single" w:sz="4" w:space="0" w:color="auto"/>
              <w:right w:val="single" w:sz="4" w:space="0" w:color="auto"/>
            </w:tcBorders>
            <w:shd w:val="clear" w:color="auto" w:fill="auto"/>
            <w:noWrap/>
            <w:vAlign w:val="center"/>
            <w:hideMark/>
          </w:tcPr>
          <w:p w14:paraId="1E940AD8"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0.201</w:t>
            </w:r>
          </w:p>
        </w:tc>
        <w:tc>
          <w:tcPr>
            <w:tcW w:w="799" w:type="dxa"/>
            <w:tcBorders>
              <w:top w:val="nil"/>
              <w:left w:val="nil"/>
              <w:bottom w:val="single" w:sz="4" w:space="0" w:color="auto"/>
              <w:right w:val="single" w:sz="4" w:space="0" w:color="auto"/>
            </w:tcBorders>
            <w:shd w:val="clear" w:color="auto" w:fill="auto"/>
            <w:noWrap/>
            <w:vAlign w:val="center"/>
            <w:hideMark/>
          </w:tcPr>
          <w:p w14:paraId="3070D404"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8" w:type="dxa"/>
            <w:tcBorders>
              <w:top w:val="nil"/>
              <w:left w:val="nil"/>
              <w:bottom w:val="single" w:sz="4" w:space="0" w:color="auto"/>
              <w:right w:val="single" w:sz="4" w:space="0" w:color="auto"/>
            </w:tcBorders>
            <w:shd w:val="clear" w:color="auto" w:fill="auto"/>
            <w:noWrap/>
            <w:vAlign w:val="center"/>
            <w:hideMark/>
          </w:tcPr>
          <w:p w14:paraId="7382653B"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0.061</w:t>
            </w:r>
          </w:p>
        </w:tc>
        <w:tc>
          <w:tcPr>
            <w:tcW w:w="798" w:type="dxa"/>
            <w:tcBorders>
              <w:top w:val="nil"/>
              <w:left w:val="nil"/>
              <w:bottom w:val="single" w:sz="4" w:space="0" w:color="auto"/>
              <w:right w:val="single" w:sz="4" w:space="0" w:color="auto"/>
            </w:tcBorders>
            <w:shd w:val="clear" w:color="auto" w:fill="auto"/>
            <w:noWrap/>
            <w:vAlign w:val="center"/>
            <w:hideMark/>
          </w:tcPr>
          <w:p w14:paraId="6C728915"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0.175</w:t>
            </w:r>
          </w:p>
        </w:tc>
        <w:tc>
          <w:tcPr>
            <w:tcW w:w="799" w:type="dxa"/>
            <w:tcBorders>
              <w:top w:val="nil"/>
              <w:left w:val="nil"/>
              <w:bottom w:val="single" w:sz="4" w:space="0" w:color="auto"/>
              <w:right w:val="single" w:sz="4" w:space="0" w:color="auto"/>
            </w:tcBorders>
            <w:shd w:val="clear" w:color="auto" w:fill="auto"/>
            <w:noWrap/>
            <w:vAlign w:val="center"/>
            <w:hideMark/>
          </w:tcPr>
          <w:p w14:paraId="0101E631"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8" w:type="dxa"/>
            <w:tcBorders>
              <w:top w:val="nil"/>
              <w:left w:val="nil"/>
              <w:bottom w:val="single" w:sz="4" w:space="0" w:color="auto"/>
              <w:right w:val="single" w:sz="4" w:space="0" w:color="auto"/>
            </w:tcBorders>
            <w:shd w:val="clear" w:color="auto" w:fill="auto"/>
            <w:noWrap/>
            <w:vAlign w:val="center"/>
            <w:hideMark/>
          </w:tcPr>
          <w:p w14:paraId="40E88725"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0.061</w:t>
            </w:r>
          </w:p>
        </w:tc>
        <w:tc>
          <w:tcPr>
            <w:tcW w:w="799" w:type="dxa"/>
            <w:tcBorders>
              <w:top w:val="nil"/>
              <w:left w:val="nil"/>
              <w:bottom w:val="single" w:sz="4" w:space="0" w:color="auto"/>
              <w:right w:val="single" w:sz="4" w:space="0" w:color="auto"/>
            </w:tcBorders>
            <w:shd w:val="clear" w:color="auto" w:fill="auto"/>
            <w:noWrap/>
            <w:vAlign w:val="center"/>
            <w:hideMark/>
          </w:tcPr>
          <w:p w14:paraId="339569C4"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0.347</w:t>
            </w:r>
          </w:p>
        </w:tc>
        <w:tc>
          <w:tcPr>
            <w:tcW w:w="798" w:type="dxa"/>
            <w:tcBorders>
              <w:top w:val="nil"/>
              <w:left w:val="nil"/>
              <w:bottom w:val="single" w:sz="4" w:space="0" w:color="auto"/>
              <w:right w:val="single" w:sz="4" w:space="0" w:color="auto"/>
            </w:tcBorders>
            <w:shd w:val="clear" w:color="auto" w:fill="auto"/>
            <w:noWrap/>
            <w:vAlign w:val="center"/>
            <w:hideMark/>
          </w:tcPr>
          <w:p w14:paraId="0607428C"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9" w:type="dxa"/>
            <w:tcBorders>
              <w:top w:val="nil"/>
              <w:left w:val="nil"/>
              <w:bottom w:val="single" w:sz="4" w:space="0" w:color="auto"/>
              <w:right w:val="single" w:sz="4" w:space="0" w:color="auto"/>
            </w:tcBorders>
            <w:shd w:val="clear" w:color="auto" w:fill="auto"/>
            <w:noWrap/>
            <w:vAlign w:val="center"/>
            <w:hideMark/>
          </w:tcPr>
          <w:p w14:paraId="5F90AD21"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0.047</w:t>
            </w:r>
          </w:p>
        </w:tc>
      </w:tr>
      <w:tr w:rsidR="00546614" w:rsidRPr="00546614" w14:paraId="1B21C70C" w14:textId="77777777" w:rsidTr="00546614">
        <w:trPr>
          <w:trHeight w:val="202"/>
          <w:jc w:val="center"/>
        </w:trPr>
        <w:tc>
          <w:tcPr>
            <w:tcW w:w="1555" w:type="dxa"/>
            <w:vMerge w:val="restart"/>
            <w:tcBorders>
              <w:top w:val="nil"/>
              <w:left w:val="single" w:sz="4" w:space="0" w:color="auto"/>
              <w:right w:val="single" w:sz="4" w:space="0" w:color="auto"/>
            </w:tcBorders>
            <w:shd w:val="clear" w:color="auto" w:fill="auto"/>
            <w:noWrap/>
            <w:vAlign w:val="center"/>
            <w:hideMark/>
          </w:tcPr>
          <w:p w14:paraId="0274AF67" w14:textId="4D752050" w:rsidR="00546614" w:rsidRPr="00546614" w:rsidRDefault="00546614" w:rsidP="00546614">
            <w:pPr>
              <w:spacing w:line="240" w:lineRule="auto"/>
              <w:rPr>
                <w:sz w:val="16"/>
                <w:szCs w:val="28"/>
              </w:rPr>
            </w:pPr>
            <w:r>
              <w:rPr>
                <w:rFonts w:ascii="Arial" w:eastAsia="Arial" w:hAnsi="Arial"/>
                <w:sz w:val="16"/>
                <w:szCs w:val="28"/>
              </w:rPr>
              <w:t>Park administration</w:t>
            </w:r>
          </w:p>
        </w:tc>
        <w:tc>
          <w:tcPr>
            <w:tcW w:w="2551" w:type="dxa"/>
            <w:tcBorders>
              <w:top w:val="nil"/>
              <w:left w:val="nil"/>
              <w:bottom w:val="single" w:sz="4" w:space="0" w:color="auto"/>
              <w:right w:val="single" w:sz="4" w:space="0" w:color="auto"/>
            </w:tcBorders>
            <w:shd w:val="clear" w:color="auto" w:fill="auto"/>
            <w:noWrap/>
            <w:vAlign w:val="center"/>
            <w:hideMark/>
          </w:tcPr>
          <w:p w14:paraId="5179C242"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2014</w:t>
            </w:r>
          </w:p>
        </w:tc>
        <w:tc>
          <w:tcPr>
            <w:tcW w:w="798" w:type="dxa"/>
            <w:tcBorders>
              <w:top w:val="nil"/>
              <w:left w:val="nil"/>
              <w:bottom w:val="single" w:sz="4" w:space="0" w:color="auto"/>
              <w:right w:val="single" w:sz="4" w:space="0" w:color="auto"/>
            </w:tcBorders>
            <w:shd w:val="clear" w:color="auto" w:fill="auto"/>
            <w:noWrap/>
            <w:vAlign w:val="center"/>
            <w:hideMark/>
          </w:tcPr>
          <w:p w14:paraId="471E2E87"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0.345</w:t>
            </w:r>
          </w:p>
        </w:tc>
        <w:tc>
          <w:tcPr>
            <w:tcW w:w="798" w:type="dxa"/>
            <w:tcBorders>
              <w:top w:val="nil"/>
              <w:left w:val="nil"/>
              <w:bottom w:val="single" w:sz="4" w:space="0" w:color="auto"/>
              <w:right w:val="single" w:sz="4" w:space="0" w:color="auto"/>
            </w:tcBorders>
            <w:shd w:val="clear" w:color="auto" w:fill="auto"/>
            <w:noWrap/>
            <w:vAlign w:val="center"/>
            <w:hideMark/>
          </w:tcPr>
          <w:p w14:paraId="6BEBC5A2"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9" w:type="dxa"/>
            <w:tcBorders>
              <w:top w:val="nil"/>
              <w:left w:val="nil"/>
              <w:bottom w:val="single" w:sz="4" w:space="0" w:color="auto"/>
              <w:right w:val="single" w:sz="4" w:space="0" w:color="auto"/>
            </w:tcBorders>
            <w:shd w:val="clear" w:color="auto" w:fill="auto"/>
            <w:noWrap/>
            <w:vAlign w:val="center"/>
            <w:hideMark/>
          </w:tcPr>
          <w:p w14:paraId="4F09DAD3"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0.066</w:t>
            </w:r>
          </w:p>
        </w:tc>
        <w:tc>
          <w:tcPr>
            <w:tcW w:w="798" w:type="dxa"/>
            <w:tcBorders>
              <w:top w:val="nil"/>
              <w:left w:val="nil"/>
              <w:bottom w:val="single" w:sz="4" w:space="0" w:color="auto"/>
              <w:right w:val="single" w:sz="4" w:space="0" w:color="auto"/>
            </w:tcBorders>
            <w:shd w:val="clear" w:color="auto" w:fill="auto"/>
            <w:noWrap/>
            <w:vAlign w:val="center"/>
            <w:hideMark/>
          </w:tcPr>
          <w:p w14:paraId="481CBDF9"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0.352</w:t>
            </w:r>
          </w:p>
        </w:tc>
        <w:tc>
          <w:tcPr>
            <w:tcW w:w="799" w:type="dxa"/>
            <w:tcBorders>
              <w:top w:val="nil"/>
              <w:left w:val="nil"/>
              <w:bottom w:val="single" w:sz="4" w:space="0" w:color="auto"/>
              <w:right w:val="single" w:sz="4" w:space="0" w:color="auto"/>
            </w:tcBorders>
            <w:shd w:val="clear" w:color="auto" w:fill="auto"/>
            <w:noWrap/>
            <w:vAlign w:val="center"/>
            <w:hideMark/>
          </w:tcPr>
          <w:p w14:paraId="11B0D3D3"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8" w:type="dxa"/>
            <w:tcBorders>
              <w:top w:val="nil"/>
              <w:left w:val="nil"/>
              <w:bottom w:val="single" w:sz="4" w:space="0" w:color="auto"/>
              <w:right w:val="single" w:sz="4" w:space="0" w:color="auto"/>
            </w:tcBorders>
            <w:shd w:val="clear" w:color="auto" w:fill="auto"/>
            <w:noWrap/>
            <w:vAlign w:val="center"/>
            <w:hideMark/>
          </w:tcPr>
          <w:p w14:paraId="47BAFB60"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0.065</w:t>
            </w:r>
          </w:p>
        </w:tc>
        <w:tc>
          <w:tcPr>
            <w:tcW w:w="798" w:type="dxa"/>
            <w:tcBorders>
              <w:top w:val="nil"/>
              <w:left w:val="nil"/>
              <w:bottom w:val="single" w:sz="4" w:space="0" w:color="auto"/>
              <w:right w:val="single" w:sz="4" w:space="0" w:color="auto"/>
            </w:tcBorders>
            <w:shd w:val="clear" w:color="auto" w:fill="auto"/>
            <w:noWrap/>
            <w:vAlign w:val="center"/>
            <w:hideMark/>
          </w:tcPr>
          <w:p w14:paraId="6B4A74C7"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0.332</w:t>
            </w:r>
          </w:p>
        </w:tc>
        <w:tc>
          <w:tcPr>
            <w:tcW w:w="799" w:type="dxa"/>
            <w:tcBorders>
              <w:top w:val="nil"/>
              <w:left w:val="nil"/>
              <w:bottom w:val="single" w:sz="4" w:space="0" w:color="auto"/>
              <w:right w:val="single" w:sz="4" w:space="0" w:color="auto"/>
            </w:tcBorders>
            <w:shd w:val="clear" w:color="auto" w:fill="auto"/>
            <w:noWrap/>
            <w:vAlign w:val="center"/>
            <w:hideMark/>
          </w:tcPr>
          <w:p w14:paraId="226EED82"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8" w:type="dxa"/>
            <w:tcBorders>
              <w:top w:val="nil"/>
              <w:left w:val="nil"/>
              <w:bottom w:val="single" w:sz="4" w:space="0" w:color="auto"/>
              <w:right w:val="single" w:sz="4" w:space="0" w:color="auto"/>
            </w:tcBorders>
            <w:shd w:val="clear" w:color="auto" w:fill="auto"/>
            <w:noWrap/>
            <w:vAlign w:val="center"/>
            <w:hideMark/>
          </w:tcPr>
          <w:p w14:paraId="149A4768"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0.065</w:t>
            </w:r>
          </w:p>
        </w:tc>
        <w:tc>
          <w:tcPr>
            <w:tcW w:w="799" w:type="dxa"/>
            <w:tcBorders>
              <w:top w:val="nil"/>
              <w:left w:val="nil"/>
              <w:bottom w:val="single" w:sz="4" w:space="0" w:color="auto"/>
              <w:right w:val="single" w:sz="4" w:space="0" w:color="auto"/>
            </w:tcBorders>
            <w:shd w:val="clear" w:color="auto" w:fill="auto"/>
            <w:noWrap/>
            <w:vAlign w:val="center"/>
            <w:hideMark/>
          </w:tcPr>
          <w:p w14:paraId="7DB21694"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0.317</w:t>
            </w:r>
          </w:p>
        </w:tc>
        <w:tc>
          <w:tcPr>
            <w:tcW w:w="798" w:type="dxa"/>
            <w:tcBorders>
              <w:top w:val="nil"/>
              <w:left w:val="nil"/>
              <w:bottom w:val="single" w:sz="4" w:space="0" w:color="auto"/>
              <w:right w:val="single" w:sz="4" w:space="0" w:color="auto"/>
            </w:tcBorders>
            <w:shd w:val="clear" w:color="auto" w:fill="auto"/>
            <w:noWrap/>
            <w:vAlign w:val="center"/>
            <w:hideMark/>
          </w:tcPr>
          <w:p w14:paraId="341915A4"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9" w:type="dxa"/>
            <w:tcBorders>
              <w:top w:val="nil"/>
              <w:left w:val="nil"/>
              <w:bottom w:val="single" w:sz="4" w:space="0" w:color="auto"/>
              <w:right w:val="single" w:sz="4" w:space="0" w:color="auto"/>
            </w:tcBorders>
            <w:shd w:val="clear" w:color="auto" w:fill="auto"/>
            <w:noWrap/>
            <w:vAlign w:val="center"/>
            <w:hideMark/>
          </w:tcPr>
          <w:p w14:paraId="41600161"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0.052</w:t>
            </w:r>
          </w:p>
        </w:tc>
      </w:tr>
      <w:tr w:rsidR="00546614" w:rsidRPr="00546614" w14:paraId="4A4FE68B" w14:textId="77777777" w:rsidTr="00546614">
        <w:trPr>
          <w:trHeight w:val="202"/>
          <w:jc w:val="center"/>
        </w:trPr>
        <w:tc>
          <w:tcPr>
            <w:tcW w:w="1555" w:type="dxa"/>
            <w:vMerge/>
            <w:tcBorders>
              <w:left w:val="single" w:sz="4" w:space="0" w:color="auto"/>
              <w:bottom w:val="single" w:sz="4" w:space="0" w:color="auto"/>
              <w:right w:val="single" w:sz="4" w:space="0" w:color="auto"/>
            </w:tcBorders>
            <w:shd w:val="clear" w:color="auto" w:fill="auto"/>
            <w:noWrap/>
            <w:vAlign w:val="center"/>
            <w:hideMark/>
          </w:tcPr>
          <w:p w14:paraId="79DDE4E8" w14:textId="77777777" w:rsidR="00546614" w:rsidRPr="00546614" w:rsidRDefault="00546614" w:rsidP="00546614">
            <w:pPr>
              <w:spacing w:line="240" w:lineRule="auto"/>
              <w:rPr>
                <w:rFonts w:eastAsia="맑은 고딕" w:cs="Times New Roman"/>
                <w:color w:val="000000"/>
                <w:sz w:val="16"/>
                <w:szCs w:val="28"/>
              </w:rPr>
            </w:pPr>
          </w:p>
        </w:tc>
        <w:tc>
          <w:tcPr>
            <w:tcW w:w="2551" w:type="dxa"/>
            <w:tcBorders>
              <w:top w:val="nil"/>
              <w:left w:val="nil"/>
              <w:bottom w:val="single" w:sz="4" w:space="0" w:color="auto"/>
              <w:right w:val="single" w:sz="4" w:space="0" w:color="auto"/>
            </w:tcBorders>
            <w:shd w:val="clear" w:color="auto" w:fill="auto"/>
            <w:noWrap/>
            <w:vAlign w:val="center"/>
            <w:hideMark/>
          </w:tcPr>
          <w:p w14:paraId="50A39868"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2016</w:t>
            </w:r>
          </w:p>
        </w:tc>
        <w:tc>
          <w:tcPr>
            <w:tcW w:w="798" w:type="dxa"/>
            <w:tcBorders>
              <w:top w:val="nil"/>
              <w:left w:val="nil"/>
              <w:bottom w:val="single" w:sz="4" w:space="0" w:color="auto"/>
              <w:right w:val="single" w:sz="4" w:space="0" w:color="auto"/>
            </w:tcBorders>
            <w:shd w:val="clear" w:color="auto" w:fill="auto"/>
            <w:noWrap/>
            <w:vAlign w:val="center"/>
            <w:hideMark/>
          </w:tcPr>
          <w:p w14:paraId="2F1ABF00"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0.266</w:t>
            </w:r>
          </w:p>
        </w:tc>
        <w:tc>
          <w:tcPr>
            <w:tcW w:w="798" w:type="dxa"/>
            <w:tcBorders>
              <w:top w:val="nil"/>
              <w:left w:val="nil"/>
              <w:bottom w:val="single" w:sz="4" w:space="0" w:color="auto"/>
              <w:right w:val="single" w:sz="4" w:space="0" w:color="auto"/>
            </w:tcBorders>
            <w:shd w:val="clear" w:color="auto" w:fill="auto"/>
            <w:noWrap/>
            <w:vAlign w:val="center"/>
            <w:hideMark/>
          </w:tcPr>
          <w:p w14:paraId="301E2816"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9" w:type="dxa"/>
            <w:tcBorders>
              <w:top w:val="nil"/>
              <w:left w:val="nil"/>
              <w:bottom w:val="single" w:sz="4" w:space="0" w:color="auto"/>
              <w:right w:val="single" w:sz="4" w:space="0" w:color="auto"/>
            </w:tcBorders>
            <w:shd w:val="clear" w:color="auto" w:fill="auto"/>
            <w:noWrap/>
            <w:vAlign w:val="center"/>
            <w:hideMark/>
          </w:tcPr>
          <w:p w14:paraId="0FF4999B"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0.067</w:t>
            </w:r>
          </w:p>
        </w:tc>
        <w:tc>
          <w:tcPr>
            <w:tcW w:w="798" w:type="dxa"/>
            <w:tcBorders>
              <w:top w:val="nil"/>
              <w:left w:val="nil"/>
              <w:bottom w:val="single" w:sz="4" w:space="0" w:color="auto"/>
              <w:right w:val="single" w:sz="4" w:space="0" w:color="auto"/>
            </w:tcBorders>
            <w:shd w:val="clear" w:color="auto" w:fill="auto"/>
            <w:noWrap/>
            <w:vAlign w:val="center"/>
            <w:hideMark/>
          </w:tcPr>
          <w:p w14:paraId="35B578F8"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0.258</w:t>
            </w:r>
          </w:p>
        </w:tc>
        <w:tc>
          <w:tcPr>
            <w:tcW w:w="799" w:type="dxa"/>
            <w:tcBorders>
              <w:top w:val="nil"/>
              <w:left w:val="nil"/>
              <w:bottom w:val="single" w:sz="4" w:space="0" w:color="auto"/>
              <w:right w:val="single" w:sz="4" w:space="0" w:color="auto"/>
            </w:tcBorders>
            <w:shd w:val="clear" w:color="auto" w:fill="auto"/>
            <w:noWrap/>
            <w:vAlign w:val="center"/>
            <w:hideMark/>
          </w:tcPr>
          <w:p w14:paraId="0DEE9BA3"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8" w:type="dxa"/>
            <w:tcBorders>
              <w:top w:val="nil"/>
              <w:left w:val="nil"/>
              <w:bottom w:val="single" w:sz="4" w:space="0" w:color="auto"/>
              <w:right w:val="single" w:sz="4" w:space="0" w:color="auto"/>
            </w:tcBorders>
            <w:shd w:val="clear" w:color="auto" w:fill="auto"/>
            <w:noWrap/>
            <w:vAlign w:val="center"/>
            <w:hideMark/>
          </w:tcPr>
          <w:p w14:paraId="15D57204"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0.066</w:t>
            </w:r>
          </w:p>
        </w:tc>
        <w:tc>
          <w:tcPr>
            <w:tcW w:w="798" w:type="dxa"/>
            <w:tcBorders>
              <w:top w:val="nil"/>
              <w:left w:val="nil"/>
              <w:bottom w:val="single" w:sz="4" w:space="0" w:color="auto"/>
              <w:right w:val="single" w:sz="4" w:space="0" w:color="auto"/>
            </w:tcBorders>
            <w:shd w:val="clear" w:color="auto" w:fill="auto"/>
            <w:noWrap/>
            <w:vAlign w:val="center"/>
            <w:hideMark/>
          </w:tcPr>
          <w:p w14:paraId="3883C6F7"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0.239</w:t>
            </w:r>
          </w:p>
        </w:tc>
        <w:tc>
          <w:tcPr>
            <w:tcW w:w="799" w:type="dxa"/>
            <w:tcBorders>
              <w:top w:val="nil"/>
              <w:left w:val="nil"/>
              <w:bottom w:val="single" w:sz="4" w:space="0" w:color="auto"/>
              <w:right w:val="single" w:sz="4" w:space="0" w:color="auto"/>
            </w:tcBorders>
            <w:shd w:val="clear" w:color="auto" w:fill="auto"/>
            <w:noWrap/>
            <w:vAlign w:val="center"/>
            <w:hideMark/>
          </w:tcPr>
          <w:p w14:paraId="3274BE75"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8" w:type="dxa"/>
            <w:tcBorders>
              <w:top w:val="nil"/>
              <w:left w:val="nil"/>
              <w:bottom w:val="single" w:sz="4" w:space="0" w:color="auto"/>
              <w:right w:val="single" w:sz="4" w:space="0" w:color="auto"/>
            </w:tcBorders>
            <w:shd w:val="clear" w:color="auto" w:fill="auto"/>
            <w:noWrap/>
            <w:vAlign w:val="center"/>
            <w:hideMark/>
          </w:tcPr>
          <w:p w14:paraId="43BB6858"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0.066</w:t>
            </w:r>
          </w:p>
        </w:tc>
        <w:tc>
          <w:tcPr>
            <w:tcW w:w="799" w:type="dxa"/>
            <w:tcBorders>
              <w:top w:val="nil"/>
              <w:left w:val="nil"/>
              <w:bottom w:val="single" w:sz="4" w:space="0" w:color="auto"/>
              <w:right w:val="single" w:sz="4" w:space="0" w:color="auto"/>
            </w:tcBorders>
            <w:shd w:val="clear" w:color="auto" w:fill="auto"/>
            <w:noWrap/>
            <w:vAlign w:val="center"/>
            <w:hideMark/>
          </w:tcPr>
          <w:p w14:paraId="079EC9A5"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0.210</w:t>
            </w:r>
          </w:p>
        </w:tc>
        <w:tc>
          <w:tcPr>
            <w:tcW w:w="798" w:type="dxa"/>
            <w:tcBorders>
              <w:top w:val="nil"/>
              <w:left w:val="nil"/>
              <w:bottom w:val="single" w:sz="4" w:space="0" w:color="auto"/>
              <w:right w:val="single" w:sz="4" w:space="0" w:color="auto"/>
            </w:tcBorders>
            <w:shd w:val="clear" w:color="auto" w:fill="auto"/>
            <w:noWrap/>
            <w:vAlign w:val="center"/>
            <w:hideMark/>
          </w:tcPr>
          <w:p w14:paraId="71AA71F7"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9" w:type="dxa"/>
            <w:tcBorders>
              <w:top w:val="nil"/>
              <w:left w:val="nil"/>
              <w:bottom w:val="single" w:sz="4" w:space="0" w:color="auto"/>
              <w:right w:val="single" w:sz="4" w:space="0" w:color="auto"/>
            </w:tcBorders>
            <w:shd w:val="clear" w:color="auto" w:fill="auto"/>
            <w:noWrap/>
            <w:vAlign w:val="center"/>
            <w:hideMark/>
          </w:tcPr>
          <w:p w14:paraId="32E30552"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0.053</w:t>
            </w:r>
          </w:p>
        </w:tc>
      </w:tr>
      <w:tr w:rsidR="00546614" w:rsidRPr="00546614" w14:paraId="776B8D9E" w14:textId="77777777" w:rsidTr="00546614">
        <w:trPr>
          <w:trHeight w:val="202"/>
          <w:jc w:val="center"/>
        </w:trPr>
        <w:tc>
          <w:tcPr>
            <w:tcW w:w="1555" w:type="dxa"/>
            <w:vMerge w:val="restart"/>
            <w:tcBorders>
              <w:top w:val="nil"/>
              <w:left w:val="single" w:sz="4" w:space="0" w:color="auto"/>
              <w:right w:val="single" w:sz="4" w:space="0" w:color="auto"/>
            </w:tcBorders>
            <w:shd w:val="clear" w:color="auto" w:fill="auto"/>
            <w:noWrap/>
            <w:vAlign w:val="center"/>
            <w:hideMark/>
          </w:tcPr>
          <w:p w14:paraId="764C2E78" w14:textId="21657ABA" w:rsidR="00546614" w:rsidRPr="00546614" w:rsidRDefault="00546614" w:rsidP="00546614">
            <w:pPr>
              <w:spacing w:line="240" w:lineRule="auto"/>
              <w:rPr>
                <w:sz w:val="16"/>
                <w:szCs w:val="28"/>
              </w:rPr>
            </w:pPr>
            <w:r>
              <w:rPr>
                <w:rFonts w:ascii="Arial" w:eastAsia="Arial" w:hAnsi="Arial"/>
                <w:sz w:val="16"/>
                <w:szCs w:val="28"/>
              </w:rPr>
              <w:t>Moon administration</w:t>
            </w:r>
          </w:p>
        </w:tc>
        <w:tc>
          <w:tcPr>
            <w:tcW w:w="2551" w:type="dxa"/>
            <w:tcBorders>
              <w:top w:val="nil"/>
              <w:left w:val="nil"/>
              <w:bottom w:val="single" w:sz="4" w:space="0" w:color="auto"/>
              <w:right w:val="single" w:sz="4" w:space="0" w:color="auto"/>
            </w:tcBorders>
            <w:shd w:val="clear" w:color="auto" w:fill="auto"/>
            <w:noWrap/>
            <w:vAlign w:val="center"/>
            <w:hideMark/>
          </w:tcPr>
          <w:p w14:paraId="639FB8D6"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2017</w:t>
            </w:r>
          </w:p>
        </w:tc>
        <w:tc>
          <w:tcPr>
            <w:tcW w:w="798" w:type="dxa"/>
            <w:tcBorders>
              <w:top w:val="nil"/>
              <w:left w:val="nil"/>
              <w:bottom w:val="single" w:sz="4" w:space="0" w:color="auto"/>
              <w:right w:val="single" w:sz="4" w:space="0" w:color="auto"/>
            </w:tcBorders>
            <w:shd w:val="clear" w:color="auto" w:fill="auto"/>
            <w:noWrap/>
            <w:vAlign w:val="center"/>
            <w:hideMark/>
          </w:tcPr>
          <w:p w14:paraId="0182E4B4"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-0.092</w:t>
            </w:r>
          </w:p>
        </w:tc>
        <w:tc>
          <w:tcPr>
            <w:tcW w:w="798" w:type="dxa"/>
            <w:tcBorders>
              <w:top w:val="nil"/>
              <w:left w:val="nil"/>
              <w:bottom w:val="single" w:sz="4" w:space="0" w:color="auto"/>
              <w:right w:val="single" w:sz="4" w:space="0" w:color="auto"/>
            </w:tcBorders>
            <w:shd w:val="clear" w:color="auto" w:fill="auto"/>
            <w:noWrap/>
            <w:vAlign w:val="center"/>
            <w:hideMark/>
          </w:tcPr>
          <w:p w14:paraId="158C83A4"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4AA2F189"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0.061</w:t>
            </w:r>
          </w:p>
        </w:tc>
        <w:tc>
          <w:tcPr>
            <w:tcW w:w="798" w:type="dxa"/>
            <w:tcBorders>
              <w:top w:val="nil"/>
              <w:left w:val="nil"/>
              <w:bottom w:val="single" w:sz="4" w:space="0" w:color="auto"/>
              <w:right w:val="single" w:sz="4" w:space="0" w:color="auto"/>
            </w:tcBorders>
            <w:shd w:val="clear" w:color="auto" w:fill="auto"/>
            <w:noWrap/>
            <w:vAlign w:val="center"/>
            <w:hideMark/>
          </w:tcPr>
          <w:p w14:paraId="6818FAA2"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-0.092</w:t>
            </w:r>
          </w:p>
        </w:tc>
        <w:tc>
          <w:tcPr>
            <w:tcW w:w="799" w:type="dxa"/>
            <w:tcBorders>
              <w:top w:val="nil"/>
              <w:left w:val="nil"/>
              <w:bottom w:val="single" w:sz="4" w:space="0" w:color="auto"/>
              <w:right w:val="single" w:sz="4" w:space="0" w:color="auto"/>
            </w:tcBorders>
            <w:shd w:val="clear" w:color="auto" w:fill="auto"/>
            <w:noWrap/>
            <w:vAlign w:val="center"/>
            <w:hideMark/>
          </w:tcPr>
          <w:p w14:paraId="2154038D"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2F1904E0"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0.060</w:t>
            </w:r>
          </w:p>
        </w:tc>
        <w:tc>
          <w:tcPr>
            <w:tcW w:w="798" w:type="dxa"/>
            <w:tcBorders>
              <w:top w:val="nil"/>
              <w:left w:val="nil"/>
              <w:bottom w:val="single" w:sz="4" w:space="0" w:color="auto"/>
              <w:right w:val="single" w:sz="4" w:space="0" w:color="auto"/>
            </w:tcBorders>
            <w:shd w:val="clear" w:color="auto" w:fill="auto"/>
            <w:noWrap/>
            <w:vAlign w:val="center"/>
            <w:hideMark/>
          </w:tcPr>
          <w:p w14:paraId="6DDCD83E"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-0.074</w:t>
            </w:r>
          </w:p>
        </w:tc>
        <w:tc>
          <w:tcPr>
            <w:tcW w:w="799" w:type="dxa"/>
            <w:tcBorders>
              <w:top w:val="nil"/>
              <w:left w:val="nil"/>
              <w:bottom w:val="single" w:sz="4" w:space="0" w:color="auto"/>
              <w:right w:val="single" w:sz="4" w:space="0" w:color="auto"/>
            </w:tcBorders>
            <w:shd w:val="clear" w:color="auto" w:fill="auto"/>
            <w:noWrap/>
            <w:vAlign w:val="center"/>
            <w:hideMark/>
          </w:tcPr>
          <w:p w14:paraId="4C60BEAE"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367FF24D"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0.060</w:t>
            </w:r>
          </w:p>
        </w:tc>
        <w:tc>
          <w:tcPr>
            <w:tcW w:w="799" w:type="dxa"/>
            <w:tcBorders>
              <w:top w:val="nil"/>
              <w:left w:val="nil"/>
              <w:bottom w:val="single" w:sz="4" w:space="0" w:color="auto"/>
              <w:right w:val="single" w:sz="4" w:space="0" w:color="auto"/>
            </w:tcBorders>
            <w:shd w:val="clear" w:color="auto" w:fill="auto"/>
            <w:noWrap/>
            <w:vAlign w:val="center"/>
            <w:hideMark/>
          </w:tcPr>
          <w:p w14:paraId="657F4CB0"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-0.110</w:t>
            </w:r>
          </w:p>
        </w:tc>
        <w:tc>
          <w:tcPr>
            <w:tcW w:w="798" w:type="dxa"/>
            <w:tcBorders>
              <w:top w:val="nil"/>
              <w:left w:val="nil"/>
              <w:bottom w:val="single" w:sz="4" w:space="0" w:color="auto"/>
              <w:right w:val="single" w:sz="4" w:space="0" w:color="auto"/>
            </w:tcBorders>
            <w:shd w:val="clear" w:color="auto" w:fill="auto"/>
            <w:noWrap/>
            <w:vAlign w:val="center"/>
            <w:hideMark/>
          </w:tcPr>
          <w:p w14:paraId="5FADD82C"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9" w:type="dxa"/>
            <w:tcBorders>
              <w:top w:val="nil"/>
              <w:left w:val="nil"/>
              <w:bottom w:val="single" w:sz="4" w:space="0" w:color="auto"/>
              <w:right w:val="single" w:sz="4" w:space="0" w:color="auto"/>
            </w:tcBorders>
            <w:shd w:val="clear" w:color="auto" w:fill="auto"/>
            <w:noWrap/>
            <w:vAlign w:val="center"/>
            <w:hideMark/>
          </w:tcPr>
          <w:p w14:paraId="2B4B00D4"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0.045</w:t>
            </w:r>
          </w:p>
        </w:tc>
      </w:tr>
      <w:tr w:rsidR="00546614" w:rsidRPr="00546614" w14:paraId="3F7D5D81" w14:textId="77777777" w:rsidTr="00546614">
        <w:trPr>
          <w:trHeight w:val="202"/>
          <w:jc w:val="center"/>
        </w:trPr>
        <w:tc>
          <w:tcPr>
            <w:tcW w:w="1555" w:type="dxa"/>
            <w:vMerge/>
            <w:tcBorders>
              <w:left w:val="single" w:sz="4" w:space="0" w:color="auto"/>
              <w:right w:val="single" w:sz="4" w:space="0" w:color="auto"/>
            </w:tcBorders>
            <w:shd w:val="clear" w:color="auto" w:fill="auto"/>
            <w:noWrap/>
            <w:vAlign w:val="center"/>
            <w:hideMark/>
          </w:tcPr>
          <w:p w14:paraId="7424E6F9" w14:textId="77777777" w:rsidR="00546614" w:rsidRPr="00546614" w:rsidRDefault="00546614" w:rsidP="00546614">
            <w:pPr>
              <w:spacing w:line="240" w:lineRule="auto"/>
              <w:rPr>
                <w:rFonts w:eastAsia="맑은 고딕" w:cs="Times New Roman"/>
                <w:color w:val="000000"/>
                <w:sz w:val="16"/>
                <w:szCs w:val="28"/>
              </w:rPr>
            </w:pPr>
          </w:p>
        </w:tc>
        <w:tc>
          <w:tcPr>
            <w:tcW w:w="2551" w:type="dxa"/>
            <w:tcBorders>
              <w:top w:val="nil"/>
              <w:left w:val="nil"/>
              <w:bottom w:val="single" w:sz="4" w:space="0" w:color="auto"/>
              <w:right w:val="single" w:sz="4" w:space="0" w:color="auto"/>
            </w:tcBorders>
            <w:shd w:val="clear" w:color="auto" w:fill="auto"/>
            <w:noWrap/>
            <w:vAlign w:val="center"/>
            <w:hideMark/>
          </w:tcPr>
          <w:p w14:paraId="46BDD2F8"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2018</w:t>
            </w:r>
          </w:p>
        </w:tc>
        <w:tc>
          <w:tcPr>
            <w:tcW w:w="798" w:type="dxa"/>
            <w:tcBorders>
              <w:top w:val="nil"/>
              <w:left w:val="nil"/>
              <w:bottom w:val="single" w:sz="4" w:space="0" w:color="auto"/>
              <w:right w:val="single" w:sz="4" w:space="0" w:color="auto"/>
            </w:tcBorders>
            <w:shd w:val="clear" w:color="auto" w:fill="auto"/>
            <w:noWrap/>
            <w:vAlign w:val="center"/>
            <w:hideMark/>
          </w:tcPr>
          <w:p w14:paraId="7B535F50"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-0.156</w:t>
            </w:r>
          </w:p>
        </w:tc>
        <w:tc>
          <w:tcPr>
            <w:tcW w:w="798" w:type="dxa"/>
            <w:tcBorders>
              <w:top w:val="nil"/>
              <w:left w:val="nil"/>
              <w:bottom w:val="single" w:sz="4" w:space="0" w:color="auto"/>
              <w:right w:val="single" w:sz="4" w:space="0" w:color="auto"/>
            </w:tcBorders>
            <w:shd w:val="clear" w:color="auto" w:fill="auto"/>
            <w:noWrap/>
            <w:vAlign w:val="center"/>
            <w:hideMark/>
          </w:tcPr>
          <w:p w14:paraId="487C7D7E"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9" w:type="dxa"/>
            <w:tcBorders>
              <w:top w:val="nil"/>
              <w:left w:val="nil"/>
              <w:bottom w:val="single" w:sz="4" w:space="0" w:color="auto"/>
              <w:right w:val="single" w:sz="4" w:space="0" w:color="auto"/>
            </w:tcBorders>
            <w:shd w:val="clear" w:color="auto" w:fill="auto"/>
            <w:noWrap/>
            <w:vAlign w:val="center"/>
            <w:hideMark/>
          </w:tcPr>
          <w:p w14:paraId="6AE7274F"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0.061</w:t>
            </w:r>
          </w:p>
        </w:tc>
        <w:tc>
          <w:tcPr>
            <w:tcW w:w="798" w:type="dxa"/>
            <w:tcBorders>
              <w:top w:val="nil"/>
              <w:left w:val="nil"/>
              <w:bottom w:val="single" w:sz="4" w:space="0" w:color="auto"/>
              <w:right w:val="single" w:sz="4" w:space="0" w:color="auto"/>
            </w:tcBorders>
            <w:shd w:val="clear" w:color="auto" w:fill="auto"/>
            <w:noWrap/>
            <w:vAlign w:val="center"/>
            <w:hideMark/>
          </w:tcPr>
          <w:p w14:paraId="40DBE80D"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-0.164</w:t>
            </w:r>
          </w:p>
        </w:tc>
        <w:tc>
          <w:tcPr>
            <w:tcW w:w="799" w:type="dxa"/>
            <w:tcBorders>
              <w:top w:val="nil"/>
              <w:left w:val="nil"/>
              <w:bottom w:val="single" w:sz="4" w:space="0" w:color="auto"/>
              <w:right w:val="single" w:sz="4" w:space="0" w:color="auto"/>
            </w:tcBorders>
            <w:shd w:val="clear" w:color="auto" w:fill="auto"/>
            <w:noWrap/>
            <w:vAlign w:val="center"/>
            <w:hideMark/>
          </w:tcPr>
          <w:p w14:paraId="4F62195B"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8" w:type="dxa"/>
            <w:tcBorders>
              <w:top w:val="nil"/>
              <w:left w:val="nil"/>
              <w:bottom w:val="single" w:sz="4" w:space="0" w:color="auto"/>
              <w:right w:val="single" w:sz="4" w:space="0" w:color="auto"/>
            </w:tcBorders>
            <w:shd w:val="clear" w:color="auto" w:fill="auto"/>
            <w:noWrap/>
            <w:vAlign w:val="center"/>
            <w:hideMark/>
          </w:tcPr>
          <w:p w14:paraId="0173A1B6"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0.060</w:t>
            </w:r>
          </w:p>
        </w:tc>
        <w:tc>
          <w:tcPr>
            <w:tcW w:w="798" w:type="dxa"/>
            <w:tcBorders>
              <w:top w:val="nil"/>
              <w:left w:val="nil"/>
              <w:bottom w:val="single" w:sz="4" w:space="0" w:color="auto"/>
              <w:right w:val="single" w:sz="4" w:space="0" w:color="auto"/>
            </w:tcBorders>
            <w:shd w:val="clear" w:color="auto" w:fill="auto"/>
            <w:noWrap/>
            <w:vAlign w:val="center"/>
            <w:hideMark/>
          </w:tcPr>
          <w:p w14:paraId="4C0F7AF0"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-0.141</w:t>
            </w:r>
          </w:p>
        </w:tc>
        <w:tc>
          <w:tcPr>
            <w:tcW w:w="799" w:type="dxa"/>
            <w:tcBorders>
              <w:top w:val="nil"/>
              <w:left w:val="nil"/>
              <w:bottom w:val="single" w:sz="4" w:space="0" w:color="auto"/>
              <w:right w:val="single" w:sz="4" w:space="0" w:color="auto"/>
            </w:tcBorders>
            <w:shd w:val="clear" w:color="auto" w:fill="auto"/>
            <w:noWrap/>
            <w:vAlign w:val="center"/>
            <w:hideMark/>
          </w:tcPr>
          <w:p w14:paraId="08EC2F65"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8" w:type="dxa"/>
            <w:tcBorders>
              <w:top w:val="nil"/>
              <w:left w:val="nil"/>
              <w:bottom w:val="single" w:sz="4" w:space="0" w:color="auto"/>
              <w:right w:val="single" w:sz="4" w:space="0" w:color="auto"/>
            </w:tcBorders>
            <w:shd w:val="clear" w:color="auto" w:fill="auto"/>
            <w:noWrap/>
            <w:vAlign w:val="center"/>
            <w:hideMark/>
          </w:tcPr>
          <w:p w14:paraId="67E2EB57"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0.060</w:t>
            </w:r>
          </w:p>
        </w:tc>
        <w:tc>
          <w:tcPr>
            <w:tcW w:w="799" w:type="dxa"/>
            <w:tcBorders>
              <w:top w:val="nil"/>
              <w:left w:val="nil"/>
              <w:bottom w:val="single" w:sz="4" w:space="0" w:color="auto"/>
              <w:right w:val="single" w:sz="4" w:space="0" w:color="auto"/>
            </w:tcBorders>
            <w:shd w:val="clear" w:color="auto" w:fill="auto"/>
            <w:noWrap/>
            <w:vAlign w:val="center"/>
            <w:hideMark/>
          </w:tcPr>
          <w:p w14:paraId="076B448C"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-0.150</w:t>
            </w:r>
          </w:p>
        </w:tc>
        <w:tc>
          <w:tcPr>
            <w:tcW w:w="798" w:type="dxa"/>
            <w:tcBorders>
              <w:top w:val="nil"/>
              <w:left w:val="nil"/>
              <w:bottom w:val="single" w:sz="4" w:space="0" w:color="auto"/>
              <w:right w:val="single" w:sz="4" w:space="0" w:color="auto"/>
            </w:tcBorders>
            <w:shd w:val="clear" w:color="auto" w:fill="auto"/>
            <w:noWrap/>
            <w:vAlign w:val="center"/>
            <w:hideMark/>
          </w:tcPr>
          <w:p w14:paraId="39315D77"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9" w:type="dxa"/>
            <w:tcBorders>
              <w:top w:val="nil"/>
              <w:left w:val="nil"/>
              <w:bottom w:val="single" w:sz="4" w:space="0" w:color="auto"/>
              <w:right w:val="single" w:sz="4" w:space="0" w:color="auto"/>
            </w:tcBorders>
            <w:shd w:val="clear" w:color="auto" w:fill="auto"/>
            <w:noWrap/>
            <w:vAlign w:val="center"/>
            <w:hideMark/>
          </w:tcPr>
          <w:p w14:paraId="35DB7752"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0.045</w:t>
            </w:r>
          </w:p>
        </w:tc>
      </w:tr>
      <w:tr w:rsidR="00546614" w:rsidRPr="00546614" w14:paraId="4D80688B" w14:textId="77777777" w:rsidTr="00546614">
        <w:trPr>
          <w:trHeight w:val="202"/>
          <w:jc w:val="center"/>
        </w:trPr>
        <w:tc>
          <w:tcPr>
            <w:tcW w:w="1555" w:type="dxa"/>
            <w:vMerge/>
            <w:tcBorders>
              <w:left w:val="single" w:sz="4" w:space="0" w:color="auto"/>
              <w:right w:val="single" w:sz="4" w:space="0" w:color="auto"/>
            </w:tcBorders>
            <w:shd w:val="clear" w:color="auto" w:fill="auto"/>
            <w:noWrap/>
            <w:vAlign w:val="center"/>
            <w:hideMark/>
          </w:tcPr>
          <w:p w14:paraId="4778FA1A" w14:textId="77777777" w:rsidR="00546614" w:rsidRPr="00546614" w:rsidRDefault="00546614" w:rsidP="00546614">
            <w:pPr>
              <w:spacing w:line="240" w:lineRule="auto"/>
              <w:rPr>
                <w:rFonts w:eastAsia="맑은 고딕" w:cs="Times New Roman"/>
                <w:color w:val="000000"/>
                <w:sz w:val="16"/>
                <w:szCs w:val="28"/>
              </w:rPr>
            </w:pPr>
          </w:p>
        </w:tc>
        <w:tc>
          <w:tcPr>
            <w:tcW w:w="2551" w:type="dxa"/>
            <w:tcBorders>
              <w:top w:val="nil"/>
              <w:left w:val="nil"/>
              <w:bottom w:val="single" w:sz="4" w:space="0" w:color="auto"/>
              <w:right w:val="single" w:sz="4" w:space="0" w:color="auto"/>
            </w:tcBorders>
            <w:shd w:val="clear" w:color="auto" w:fill="auto"/>
            <w:noWrap/>
            <w:vAlign w:val="center"/>
            <w:hideMark/>
          </w:tcPr>
          <w:p w14:paraId="071F81EE"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2019</w:t>
            </w:r>
          </w:p>
        </w:tc>
        <w:tc>
          <w:tcPr>
            <w:tcW w:w="798" w:type="dxa"/>
            <w:tcBorders>
              <w:top w:val="nil"/>
              <w:left w:val="nil"/>
              <w:bottom w:val="single" w:sz="4" w:space="0" w:color="auto"/>
              <w:right w:val="single" w:sz="4" w:space="0" w:color="auto"/>
            </w:tcBorders>
            <w:shd w:val="clear" w:color="auto" w:fill="auto"/>
            <w:noWrap/>
            <w:vAlign w:val="center"/>
            <w:hideMark/>
          </w:tcPr>
          <w:p w14:paraId="5EC829B4"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-0.427</w:t>
            </w:r>
          </w:p>
        </w:tc>
        <w:tc>
          <w:tcPr>
            <w:tcW w:w="798" w:type="dxa"/>
            <w:tcBorders>
              <w:top w:val="nil"/>
              <w:left w:val="nil"/>
              <w:bottom w:val="single" w:sz="4" w:space="0" w:color="auto"/>
              <w:right w:val="single" w:sz="4" w:space="0" w:color="auto"/>
            </w:tcBorders>
            <w:shd w:val="clear" w:color="auto" w:fill="auto"/>
            <w:noWrap/>
            <w:vAlign w:val="center"/>
            <w:hideMark/>
          </w:tcPr>
          <w:p w14:paraId="3FF4B89B"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9" w:type="dxa"/>
            <w:tcBorders>
              <w:top w:val="nil"/>
              <w:left w:val="nil"/>
              <w:bottom w:val="single" w:sz="4" w:space="0" w:color="auto"/>
              <w:right w:val="single" w:sz="4" w:space="0" w:color="auto"/>
            </w:tcBorders>
            <w:shd w:val="clear" w:color="auto" w:fill="auto"/>
            <w:noWrap/>
            <w:vAlign w:val="center"/>
            <w:hideMark/>
          </w:tcPr>
          <w:p w14:paraId="2A5AE076"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0.062</w:t>
            </w:r>
          </w:p>
        </w:tc>
        <w:tc>
          <w:tcPr>
            <w:tcW w:w="798" w:type="dxa"/>
            <w:tcBorders>
              <w:top w:val="nil"/>
              <w:left w:val="nil"/>
              <w:bottom w:val="single" w:sz="4" w:space="0" w:color="auto"/>
              <w:right w:val="single" w:sz="4" w:space="0" w:color="auto"/>
            </w:tcBorders>
            <w:shd w:val="clear" w:color="auto" w:fill="auto"/>
            <w:noWrap/>
            <w:vAlign w:val="center"/>
            <w:hideMark/>
          </w:tcPr>
          <w:p w14:paraId="7B61D3A6"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-0.443</w:t>
            </w:r>
          </w:p>
        </w:tc>
        <w:tc>
          <w:tcPr>
            <w:tcW w:w="799" w:type="dxa"/>
            <w:tcBorders>
              <w:top w:val="nil"/>
              <w:left w:val="nil"/>
              <w:bottom w:val="single" w:sz="4" w:space="0" w:color="auto"/>
              <w:right w:val="single" w:sz="4" w:space="0" w:color="auto"/>
            </w:tcBorders>
            <w:shd w:val="clear" w:color="auto" w:fill="auto"/>
            <w:noWrap/>
            <w:vAlign w:val="center"/>
            <w:hideMark/>
          </w:tcPr>
          <w:p w14:paraId="73017DC3"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8" w:type="dxa"/>
            <w:tcBorders>
              <w:top w:val="nil"/>
              <w:left w:val="nil"/>
              <w:bottom w:val="single" w:sz="4" w:space="0" w:color="auto"/>
              <w:right w:val="single" w:sz="4" w:space="0" w:color="auto"/>
            </w:tcBorders>
            <w:shd w:val="clear" w:color="auto" w:fill="auto"/>
            <w:noWrap/>
            <w:vAlign w:val="center"/>
            <w:hideMark/>
          </w:tcPr>
          <w:p w14:paraId="1B42A8CA"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0.061</w:t>
            </w:r>
          </w:p>
        </w:tc>
        <w:tc>
          <w:tcPr>
            <w:tcW w:w="798" w:type="dxa"/>
            <w:tcBorders>
              <w:top w:val="nil"/>
              <w:left w:val="nil"/>
              <w:bottom w:val="single" w:sz="4" w:space="0" w:color="auto"/>
              <w:right w:val="single" w:sz="4" w:space="0" w:color="auto"/>
            </w:tcBorders>
            <w:shd w:val="clear" w:color="auto" w:fill="auto"/>
            <w:noWrap/>
            <w:vAlign w:val="center"/>
            <w:hideMark/>
          </w:tcPr>
          <w:p w14:paraId="6752061A"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-0.426</w:t>
            </w:r>
          </w:p>
        </w:tc>
        <w:tc>
          <w:tcPr>
            <w:tcW w:w="799" w:type="dxa"/>
            <w:tcBorders>
              <w:top w:val="nil"/>
              <w:left w:val="nil"/>
              <w:bottom w:val="single" w:sz="4" w:space="0" w:color="auto"/>
              <w:right w:val="single" w:sz="4" w:space="0" w:color="auto"/>
            </w:tcBorders>
            <w:shd w:val="clear" w:color="auto" w:fill="auto"/>
            <w:noWrap/>
            <w:vAlign w:val="center"/>
            <w:hideMark/>
          </w:tcPr>
          <w:p w14:paraId="50C1008A"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8" w:type="dxa"/>
            <w:tcBorders>
              <w:top w:val="nil"/>
              <w:left w:val="nil"/>
              <w:bottom w:val="single" w:sz="4" w:space="0" w:color="auto"/>
              <w:right w:val="single" w:sz="4" w:space="0" w:color="auto"/>
            </w:tcBorders>
            <w:shd w:val="clear" w:color="auto" w:fill="auto"/>
            <w:noWrap/>
            <w:vAlign w:val="center"/>
            <w:hideMark/>
          </w:tcPr>
          <w:p w14:paraId="173E99F5"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0.061</w:t>
            </w:r>
          </w:p>
        </w:tc>
        <w:tc>
          <w:tcPr>
            <w:tcW w:w="799" w:type="dxa"/>
            <w:tcBorders>
              <w:top w:val="nil"/>
              <w:left w:val="nil"/>
              <w:bottom w:val="single" w:sz="4" w:space="0" w:color="auto"/>
              <w:right w:val="single" w:sz="4" w:space="0" w:color="auto"/>
            </w:tcBorders>
            <w:shd w:val="clear" w:color="auto" w:fill="auto"/>
            <w:noWrap/>
            <w:vAlign w:val="center"/>
            <w:hideMark/>
          </w:tcPr>
          <w:p w14:paraId="57A50E17"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-0.430</w:t>
            </w:r>
          </w:p>
        </w:tc>
        <w:tc>
          <w:tcPr>
            <w:tcW w:w="798" w:type="dxa"/>
            <w:tcBorders>
              <w:top w:val="nil"/>
              <w:left w:val="nil"/>
              <w:bottom w:val="single" w:sz="4" w:space="0" w:color="auto"/>
              <w:right w:val="single" w:sz="4" w:space="0" w:color="auto"/>
            </w:tcBorders>
            <w:shd w:val="clear" w:color="auto" w:fill="auto"/>
            <w:noWrap/>
            <w:vAlign w:val="center"/>
            <w:hideMark/>
          </w:tcPr>
          <w:p w14:paraId="721A6A22"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9" w:type="dxa"/>
            <w:tcBorders>
              <w:top w:val="nil"/>
              <w:left w:val="nil"/>
              <w:bottom w:val="single" w:sz="4" w:space="0" w:color="auto"/>
              <w:right w:val="single" w:sz="4" w:space="0" w:color="auto"/>
            </w:tcBorders>
            <w:shd w:val="clear" w:color="auto" w:fill="auto"/>
            <w:noWrap/>
            <w:vAlign w:val="center"/>
            <w:hideMark/>
          </w:tcPr>
          <w:p w14:paraId="7A669C20"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0.046</w:t>
            </w:r>
          </w:p>
        </w:tc>
      </w:tr>
      <w:tr w:rsidR="00546614" w:rsidRPr="00546614" w14:paraId="7ACD4667" w14:textId="77777777" w:rsidTr="00546614">
        <w:trPr>
          <w:trHeight w:val="202"/>
          <w:jc w:val="center"/>
        </w:trPr>
        <w:tc>
          <w:tcPr>
            <w:tcW w:w="1555" w:type="dxa"/>
            <w:vMerge/>
            <w:tcBorders>
              <w:left w:val="single" w:sz="4" w:space="0" w:color="auto"/>
              <w:bottom w:val="single" w:sz="4" w:space="0" w:color="auto"/>
              <w:right w:val="single" w:sz="4" w:space="0" w:color="auto"/>
            </w:tcBorders>
            <w:shd w:val="clear" w:color="auto" w:fill="auto"/>
            <w:noWrap/>
            <w:vAlign w:val="center"/>
            <w:hideMark/>
          </w:tcPr>
          <w:p w14:paraId="52376C25" w14:textId="77777777" w:rsidR="00546614" w:rsidRPr="00546614" w:rsidRDefault="00546614" w:rsidP="00546614">
            <w:pPr>
              <w:spacing w:line="240" w:lineRule="auto"/>
              <w:rPr>
                <w:rFonts w:eastAsia="맑은 고딕" w:cs="Times New Roman"/>
                <w:color w:val="000000"/>
                <w:sz w:val="16"/>
                <w:szCs w:val="28"/>
              </w:rPr>
            </w:pPr>
          </w:p>
        </w:tc>
        <w:tc>
          <w:tcPr>
            <w:tcW w:w="2551" w:type="dxa"/>
            <w:tcBorders>
              <w:top w:val="nil"/>
              <w:left w:val="nil"/>
              <w:bottom w:val="single" w:sz="4" w:space="0" w:color="auto"/>
              <w:right w:val="single" w:sz="4" w:space="0" w:color="auto"/>
            </w:tcBorders>
            <w:shd w:val="clear" w:color="auto" w:fill="auto"/>
            <w:noWrap/>
            <w:vAlign w:val="center"/>
            <w:hideMark/>
          </w:tcPr>
          <w:p w14:paraId="333CA481"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2020</w:t>
            </w:r>
          </w:p>
        </w:tc>
        <w:tc>
          <w:tcPr>
            <w:tcW w:w="798" w:type="dxa"/>
            <w:tcBorders>
              <w:top w:val="nil"/>
              <w:left w:val="nil"/>
              <w:bottom w:val="single" w:sz="4" w:space="0" w:color="auto"/>
              <w:right w:val="single" w:sz="4" w:space="0" w:color="auto"/>
            </w:tcBorders>
            <w:shd w:val="clear" w:color="auto" w:fill="auto"/>
            <w:noWrap/>
            <w:vAlign w:val="center"/>
            <w:hideMark/>
          </w:tcPr>
          <w:p w14:paraId="387FB345"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-0.386</w:t>
            </w:r>
          </w:p>
        </w:tc>
        <w:tc>
          <w:tcPr>
            <w:tcW w:w="798" w:type="dxa"/>
            <w:tcBorders>
              <w:top w:val="nil"/>
              <w:left w:val="nil"/>
              <w:bottom w:val="single" w:sz="4" w:space="0" w:color="auto"/>
              <w:right w:val="single" w:sz="4" w:space="0" w:color="auto"/>
            </w:tcBorders>
            <w:shd w:val="clear" w:color="auto" w:fill="auto"/>
            <w:noWrap/>
            <w:vAlign w:val="center"/>
            <w:hideMark/>
          </w:tcPr>
          <w:p w14:paraId="160D1FB5"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9" w:type="dxa"/>
            <w:tcBorders>
              <w:top w:val="nil"/>
              <w:left w:val="nil"/>
              <w:bottom w:val="single" w:sz="4" w:space="0" w:color="auto"/>
              <w:right w:val="single" w:sz="4" w:space="0" w:color="auto"/>
            </w:tcBorders>
            <w:shd w:val="clear" w:color="auto" w:fill="auto"/>
            <w:noWrap/>
            <w:vAlign w:val="center"/>
            <w:hideMark/>
          </w:tcPr>
          <w:p w14:paraId="10861ABB"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0.063</w:t>
            </w:r>
          </w:p>
        </w:tc>
        <w:tc>
          <w:tcPr>
            <w:tcW w:w="798" w:type="dxa"/>
            <w:tcBorders>
              <w:top w:val="nil"/>
              <w:left w:val="nil"/>
              <w:bottom w:val="single" w:sz="4" w:space="0" w:color="auto"/>
              <w:right w:val="single" w:sz="4" w:space="0" w:color="auto"/>
            </w:tcBorders>
            <w:shd w:val="clear" w:color="auto" w:fill="auto"/>
            <w:noWrap/>
            <w:vAlign w:val="center"/>
            <w:hideMark/>
          </w:tcPr>
          <w:p w14:paraId="03BC1F5A"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-0.405</w:t>
            </w:r>
          </w:p>
        </w:tc>
        <w:tc>
          <w:tcPr>
            <w:tcW w:w="799" w:type="dxa"/>
            <w:tcBorders>
              <w:top w:val="nil"/>
              <w:left w:val="nil"/>
              <w:bottom w:val="single" w:sz="4" w:space="0" w:color="auto"/>
              <w:right w:val="single" w:sz="4" w:space="0" w:color="auto"/>
            </w:tcBorders>
            <w:shd w:val="clear" w:color="auto" w:fill="auto"/>
            <w:noWrap/>
            <w:vAlign w:val="center"/>
            <w:hideMark/>
          </w:tcPr>
          <w:p w14:paraId="630B61A3"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8" w:type="dxa"/>
            <w:tcBorders>
              <w:top w:val="nil"/>
              <w:left w:val="nil"/>
              <w:bottom w:val="single" w:sz="4" w:space="0" w:color="auto"/>
              <w:right w:val="single" w:sz="4" w:space="0" w:color="auto"/>
            </w:tcBorders>
            <w:shd w:val="clear" w:color="auto" w:fill="auto"/>
            <w:noWrap/>
            <w:vAlign w:val="center"/>
            <w:hideMark/>
          </w:tcPr>
          <w:p w14:paraId="46AD8EEB"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0.062</w:t>
            </w:r>
          </w:p>
        </w:tc>
        <w:tc>
          <w:tcPr>
            <w:tcW w:w="798" w:type="dxa"/>
            <w:tcBorders>
              <w:top w:val="nil"/>
              <w:left w:val="nil"/>
              <w:bottom w:val="single" w:sz="4" w:space="0" w:color="auto"/>
              <w:right w:val="single" w:sz="4" w:space="0" w:color="auto"/>
            </w:tcBorders>
            <w:shd w:val="clear" w:color="auto" w:fill="auto"/>
            <w:noWrap/>
            <w:vAlign w:val="center"/>
            <w:hideMark/>
          </w:tcPr>
          <w:p w14:paraId="0B50AC02"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-0.388</w:t>
            </w:r>
          </w:p>
        </w:tc>
        <w:tc>
          <w:tcPr>
            <w:tcW w:w="799" w:type="dxa"/>
            <w:tcBorders>
              <w:top w:val="nil"/>
              <w:left w:val="nil"/>
              <w:bottom w:val="single" w:sz="4" w:space="0" w:color="auto"/>
              <w:right w:val="single" w:sz="4" w:space="0" w:color="auto"/>
            </w:tcBorders>
            <w:shd w:val="clear" w:color="auto" w:fill="auto"/>
            <w:noWrap/>
            <w:vAlign w:val="center"/>
            <w:hideMark/>
          </w:tcPr>
          <w:p w14:paraId="30E38C03"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8" w:type="dxa"/>
            <w:tcBorders>
              <w:top w:val="nil"/>
              <w:left w:val="nil"/>
              <w:bottom w:val="single" w:sz="4" w:space="0" w:color="auto"/>
              <w:right w:val="single" w:sz="4" w:space="0" w:color="auto"/>
            </w:tcBorders>
            <w:shd w:val="clear" w:color="auto" w:fill="auto"/>
            <w:noWrap/>
            <w:vAlign w:val="center"/>
            <w:hideMark/>
          </w:tcPr>
          <w:p w14:paraId="247F2D47"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0.062</w:t>
            </w:r>
          </w:p>
        </w:tc>
        <w:tc>
          <w:tcPr>
            <w:tcW w:w="799" w:type="dxa"/>
            <w:tcBorders>
              <w:top w:val="nil"/>
              <w:left w:val="nil"/>
              <w:bottom w:val="single" w:sz="4" w:space="0" w:color="auto"/>
              <w:right w:val="single" w:sz="4" w:space="0" w:color="auto"/>
            </w:tcBorders>
            <w:shd w:val="clear" w:color="auto" w:fill="auto"/>
            <w:noWrap/>
            <w:vAlign w:val="center"/>
            <w:hideMark/>
          </w:tcPr>
          <w:p w14:paraId="3DF8BCA2"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-0.350</w:t>
            </w:r>
          </w:p>
        </w:tc>
        <w:tc>
          <w:tcPr>
            <w:tcW w:w="798" w:type="dxa"/>
            <w:tcBorders>
              <w:top w:val="nil"/>
              <w:left w:val="nil"/>
              <w:bottom w:val="single" w:sz="4" w:space="0" w:color="auto"/>
              <w:right w:val="single" w:sz="4" w:space="0" w:color="auto"/>
            </w:tcBorders>
            <w:shd w:val="clear" w:color="auto" w:fill="auto"/>
            <w:noWrap/>
            <w:vAlign w:val="center"/>
            <w:hideMark/>
          </w:tcPr>
          <w:p w14:paraId="0A696367"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9" w:type="dxa"/>
            <w:tcBorders>
              <w:top w:val="nil"/>
              <w:left w:val="nil"/>
              <w:bottom w:val="single" w:sz="4" w:space="0" w:color="auto"/>
              <w:right w:val="single" w:sz="4" w:space="0" w:color="auto"/>
            </w:tcBorders>
            <w:shd w:val="clear" w:color="auto" w:fill="auto"/>
            <w:noWrap/>
            <w:vAlign w:val="center"/>
            <w:hideMark/>
          </w:tcPr>
          <w:p w14:paraId="08172403"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0.048</w:t>
            </w:r>
          </w:p>
        </w:tc>
      </w:tr>
      <w:tr w:rsidR="00546614" w:rsidRPr="00546614" w14:paraId="15A2823A" w14:textId="77777777" w:rsidTr="00546614">
        <w:trPr>
          <w:trHeight w:val="202"/>
          <w:jc w:val="center"/>
        </w:trPr>
        <w:tc>
          <w:tcPr>
            <w:tcW w:w="1555" w:type="dxa"/>
            <w:tcBorders>
              <w:top w:val="nil"/>
              <w:left w:val="single" w:sz="4" w:space="0" w:color="auto"/>
              <w:bottom w:val="single" w:sz="4" w:space="0" w:color="auto"/>
              <w:right w:val="single" w:sz="4" w:space="0" w:color="auto"/>
            </w:tcBorders>
            <w:shd w:val="clear" w:color="auto" w:fill="auto"/>
            <w:noWrap/>
            <w:vAlign w:val="center"/>
          </w:tcPr>
          <w:p w14:paraId="3012C9EA" w14:textId="77777777" w:rsidR="00546614" w:rsidRPr="00546614" w:rsidRDefault="00546614" w:rsidP="00546614">
            <w:pPr>
              <w:spacing w:line="240" w:lineRule="auto"/>
              <w:rPr>
                <w:sz w:val="16"/>
                <w:szCs w:val="28"/>
              </w:rPr>
            </w:pPr>
            <w:r>
              <w:rPr>
                <w:rFonts w:ascii="Arial" w:eastAsia="Arial" w:hAnsi="Arial"/>
                <w:b/>
                <w:sz w:val="16"/>
                <w:szCs w:val="28"/>
              </w:rPr>
              <w:t>Birth-cohort random effects</w:t>
            </w:r>
          </w:p>
        </w:tc>
        <w:tc>
          <w:tcPr>
            <w:tcW w:w="2551" w:type="dxa"/>
            <w:tcBorders>
              <w:top w:val="nil"/>
              <w:left w:val="nil"/>
              <w:bottom w:val="single" w:sz="4" w:space="0" w:color="auto"/>
              <w:right w:val="single" w:sz="4" w:space="0" w:color="auto"/>
            </w:tcBorders>
            <w:shd w:val="clear" w:color="auto" w:fill="auto"/>
            <w:noWrap/>
            <w:vAlign w:val="center"/>
          </w:tcPr>
          <w:p w14:paraId="5BD8F072" w14:textId="77777777" w:rsidR="00546614" w:rsidRPr="00546614" w:rsidRDefault="00546614" w:rsidP="00546614">
            <w:pPr>
              <w:spacing w:line="240" w:lineRule="auto"/>
              <w:rPr>
                <w:sz w:val="16"/>
                <w:szCs w:val="28"/>
              </w:rPr>
            </w:pPr>
          </w:p>
        </w:tc>
        <w:tc>
          <w:tcPr>
            <w:tcW w:w="798" w:type="dxa"/>
            <w:tcBorders>
              <w:top w:val="nil"/>
              <w:left w:val="nil"/>
              <w:bottom w:val="single" w:sz="4" w:space="0" w:color="auto"/>
              <w:right w:val="single" w:sz="4" w:space="0" w:color="auto"/>
            </w:tcBorders>
            <w:shd w:val="clear" w:color="auto" w:fill="auto"/>
            <w:noWrap/>
            <w:vAlign w:val="center"/>
          </w:tcPr>
          <w:p w14:paraId="2C8D2879" w14:textId="77777777" w:rsidR="00546614" w:rsidRPr="00546614" w:rsidRDefault="00546614" w:rsidP="00546614">
            <w:pPr>
              <w:spacing w:line="240" w:lineRule="auto"/>
              <w:jc w:val="right"/>
              <w:rPr>
                <w:rFonts w:eastAsia="맑은 고딕" w:cs="Times New Roman"/>
                <w:color w:val="000000"/>
                <w:sz w:val="16"/>
                <w:szCs w:val="28"/>
              </w:rPr>
            </w:pPr>
          </w:p>
        </w:tc>
        <w:tc>
          <w:tcPr>
            <w:tcW w:w="798" w:type="dxa"/>
            <w:tcBorders>
              <w:top w:val="nil"/>
              <w:left w:val="nil"/>
              <w:bottom w:val="single" w:sz="4" w:space="0" w:color="auto"/>
              <w:right w:val="single" w:sz="4" w:space="0" w:color="auto"/>
            </w:tcBorders>
            <w:shd w:val="clear" w:color="auto" w:fill="auto"/>
            <w:noWrap/>
            <w:vAlign w:val="center"/>
          </w:tcPr>
          <w:p w14:paraId="3E566261" w14:textId="77777777" w:rsidR="00546614" w:rsidRPr="00546614" w:rsidRDefault="00546614" w:rsidP="00546614">
            <w:pPr>
              <w:spacing w:line="240" w:lineRule="auto"/>
              <w:rPr>
                <w:rFonts w:eastAsia="맑은 고딕" w:cs="Times New Roman"/>
                <w:color w:val="000000"/>
                <w:sz w:val="16"/>
                <w:szCs w:val="28"/>
              </w:rPr>
            </w:pPr>
          </w:p>
        </w:tc>
        <w:tc>
          <w:tcPr>
            <w:tcW w:w="799" w:type="dxa"/>
            <w:tcBorders>
              <w:top w:val="nil"/>
              <w:left w:val="nil"/>
              <w:bottom w:val="single" w:sz="4" w:space="0" w:color="auto"/>
              <w:right w:val="single" w:sz="4" w:space="0" w:color="auto"/>
            </w:tcBorders>
            <w:shd w:val="clear" w:color="auto" w:fill="auto"/>
            <w:noWrap/>
            <w:vAlign w:val="center"/>
          </w:tcPr>
          <w:p w14:paraId="1308F477" w14:textId="77777777" w:rsidR="00546614" w:rsidRPr="00546614" w:rsidRDefault="00546614" w:rsidP="00546614">
            <w:pPr>
              <w:spacing w:line="240" w:lineRule="auto"/>
              <w:jc w:val="right"/>
              <w:rPr>
                <w:rFonts w:eastAsia="맑은 고딕" w:cs="Times New Roman"/>
                <w:color w:val="000000"/>
                <w:sz w:val="16"/>
                <w:szCs w:val="28"/>
              </w:rPr>
            </w:pPr>
          </w:p>
        </w:tc>
        <w:tc>
          <w:tcPr>
            <w:tcW w:w="798" w:type="dxa"/>
            <w:tcBorders>
              <w:top w:val="nil"/>
              <w:left w:val="nil"/>
              <w:bottom w:val="single" w:sz="4" w:space="0" w:color="auto"/>
              <w:right w:val="single" w:sz="4" w:space="0" w:color="auto"/>
            </w:tcBorders>
            <w:shd w:val="clear" w:color="auto" w:fill="auto"/>
            <w:noWrap/>
            <w:vAlign w:val="center"/>
          </w:tcPr>
          <w:p w14:paraId="599728CF" w14:textId="77777777" w:rsidR="00546614" w:rsidRPr="00546614" w:rsidRDefault="00546614" w:rsidP="00546614">
            <w:pPr>
              <w:spacing w:line="240" w:lineRule="auto"/>
              <w:jc w:val="right"/>
              <w:rPr>
                <w:rFonts w:eastAsia="맑은 고딕" w:cs="Times New Roman"/>
                <w:color w:val="000000"/>
                <w:sz w:val="16"/>
                <w:szCs w:val="28"/>
              </w:rPr>
            </w:pPr>
          </w:p>
        </w:tc>
        <w:tc>
          <w:tcPr>
            <w:tcW w:w="799" w:type="dxa"/>
            <w:tcBorders>
              <w:top w:val="nil"/>
              <w:left w:val="nil"/>
              <w:bottom w:val="single" w:sz="4" w:space="0" w:color="auto"/>
              <w:right w:val="single" w:sz="4" w:space="0" w:color="auto"/>
            </w:tcBorders>
            <w:shd w:val="clear" w:color="auto" w:fill="auto"/>
            <w:noWrap/>
            <w:vAlign w:val="center"/>
          </w:tcPr>
          <w:p w14:paraId="17057427" w14:textId="77777777" w:rsidR="00546614" w:rsidRPr="00546614" w:rsidRDefault="00546614" w:rsidP="00546614">
            <w:pPr>
              <w:spacing w:line="240" w:lineRule="auto"/>
              <w:rPr>
                <w:rFonts w:eastAsia="맑은 고딕" w:cs="Times New Roman"/>
                <w:color w:val="000000"/>
                <w:sz w:val="16"/>
                <w:szCs w:val="28"/>
              </w:rPr>
            </w:pPr>
          </w:p>
        </w:tc>
        <w:tc>
          <w:tcPr>
            <w:tcW w:w="798" w:type="dxa"/>
            <w:tcBorders>
              <w:top w:val="nil"/>
              <w:left w:val="nil"/>
              <w:bottom w:val="single" w:sz="4" w:space="0" w:color="auto"/>
              <w:right w:val="single" w:sz="4" w:space="0" w:color="auto"/>
            </w:tcBorders>
            <w:shd w:val="clear" w:color="auto" w:fill="auto"/>
            <w:noWrap/>
            <w:vAlign w:val="center"/>
          </w:tcPr>
          <w:p w14:paraId="4745C5AC" w14:textId="77777777" w:rsidR="00546614" w:rsidRPr="00546614" w:rsidRDefault="00546614" w:rsidP="00546614">
            <w:pPr>
              <w:spacing w:line="240" w:lineRule="auto"/>
              <w:jc w:val="right"/>
              <w:rPr>
                <w:rFonts w:eastAsia="맑은 고딕" w:cs="Times New Roman"/>
                <w:color w:val="000000"/>
                <w:sz w:val="16"/>
                <w:szCs w:val="28"/>
              </w:rPr>
            </w:pPr>
          </w:p>
        </w:tc>
        <w:tc>
          <w:tcPr>
            <w:tcW w:w="798" w:type="dxa"/>
            <w:tcBorders>
              <w:top w:val="nil"/>
              <w:left w:val="nil"/>
              <w:bottom w:val="single" w:sz="4" w:space="0" w:color="auto"/>
              <w:right w:val="single" w:sz="4" w:space="0" w:color="auto"/>
            </w:tcBorders>
            <w:shd w:val="clear" w:color="auto" w:fill="auto"/>
            <w:noWrap/>
            <w:vAlign w:val="center"/>
          </w:tcPr>
          <w:p w14:paraId="5ABD3897" w14:textId="77777777" w:rsidR="00546614" w:rsidRPr="00546614" w:rsidRDefault="00546614" w:rsidP="00546614">
            <w:pPr>
              <w:spacing w:line="240" w:lineRule="auto"/>
              <w:jc w:val="right"/>
              <w:rPr>
                <w:rFonts w:eastAsia="맑은 고딕" w:cs="Times New Roman"/>
                <w:color w:val="000000"/>
                <w:sz w:val="16"/>
                <w:szCs w:val="28"/>
              </w:rPr>
            </w:pPr>
          </w:p>
        </w:tc>
        <w:tc>
          <w:tcPr>
            <w:tcW w:w="799" w:type="dxa"/>
            <w:tcBorders>
              <w:top w:val="nil"/>
              <w:left w:val="nil"/>
              <w:bottom w:val="single" w:sz="4" w:space="0" w:color="auto"/>
              <w:right w:val="single" w:sz="4" w:space="0" w:color="auto"/>
            </w:tcBorders>
            <w:shd w:val="clear" w:color="auto" w:fill="auto"/>
            <w:noWrap/>
            <w:vAlign w:val="center"/>
          </w:tcPr>
          <w:p w14:paraId="2830E248" w14:textId="77777777" w:rsidR="00546614" w:rsidRPr="00546614" w:rsidRDefault="00546614" w:rsidP="00546614">
            <w:pPr>
              <w:spacing w:line="240" w:lineRule="auto"/>
              <w:rPr>
                <w:rFonts w:eastAsia="맑은 고딕" w:cs="Times New Roman"/>
                <w:color w:val="000000"/>
                <w:sz w:val="16"/>
                <w:szCs w:val="28"/>
              </w:rPr>
            </w:pPr>
          </w:p>
        </w:tc>
        <w:tc>
          <w:tcPr>
            <w:tcW w:w="798" w:type="dxa"/>
            <w:tcBorders>
              <w:top w:val="nil"/>
              <w:left w:val="nil"/>
              <w:bottom w:val="single" w:sz="4" w:space="0" w:color="auto"/>
              <w:right w:val="single" w:sz="4" w:space="0" w:color="auto"/>
            </w:tcBorders>
            <w:shd w:val="clear" w:color="auto" w:fill="auto"/>
            <w:noWrap/>
            <w:vAlign w:val="center"/>
          </w:tcPr>
          <w:p w14:paraId="7665AD6F" w14:textId="77777777" w:rsidR="00546614" w:rsidRPr="00546614" w:rsidRDefault="00546614" w:rsidP="00546614">
            <w:pPr>
              <w:spacing w:line="240" w:lineRule="auto"/>
              <w:jc w:val="right"/>
              <w:rPr>
                <w:rFonts w:eastAsia="맑은 고딕" w:cs="Times New Roman"/>
                <w:color w:val="000000"/>
                <w:sz w:val="16"/>
                <w:szCs w:val="28"/>
              </w:rPr>
            </w:pPr>
          </w:p>
        </w:tc>
        <w:tc>
          <w:tcPr>
            <w:tcW w:w="799" w:type="dxa"/>
            <w:tcBorders>
              <w:top w:val="nil"/>
              <w:left w:val="nil"/>
              <w:bottom w:val="single" w:sz="4" w:space="0" w:color="auto"/>
              <w:right w:val="single" w:sz="4" w:space="0" w:color="auto"/>
            </w:tcBorders>
            <w:shd w:val="clear" w:color="auto" w:fill="auto"/>
            <w:noWrap/>
            <w:vAlign w:val="center"/>
          </w:tcPr>
          <w:p w14:paraId="35BB6DE4" w14:textId="77777777" w:rsidR="00546614" w:rsidRPr="00546614" w:rsidRDefault="00546614" w:rsidP="00546614">
            <w:pPr>
              <w:spacing w:line="240" w:lineRule="auto"/>
              <w:jc w:val="right"/>
              <w:rPr>
                <w:rFonts w:eastAsia="맑은 고딕" w:cs="Times New Roman"/>
                <w:color w:val="000000"/>
                <w:sz w:val="16"/>
                <w:szCs w:val="28"/>
              </w:rPr>
            </w:pPr>
          </w:p>
        </w:tc>
        <w:tc>
          <w:tcPr>
            <w:tcW w:w="798" w:type="dxa"/>
            <w:tcBorders>
              <w:top w:val="nil"/>
              <w:left w:val="nil"/>
              <w:bottom w:val="single" w:sz="4" w:space="0" w:color="auto"/>
              <w:right w:val="single" w:sz="4" w:space="0" w:color="auto"/>
            </w:tcBorders>
            <w:shd w:val="clear" w:color="auto" w:fill="auto"/>
            <w:noWrap/>
            <w:vAlign w:val="center"/>
          </w:tcPr>
          <w:p w14:paraId="72739353" w14:textId="77777777" w:rsidR="00546614" w:rsidRPr="00546614" w:rsidRDefault="00546614" w:rsidP="00546614">
            <w:pPr>
              <w:spacing w:line="240" w:lineRule="auto"/>
              <w:rPr>
                <w:rFonts w:eastAsia="맑은 고딕" w:cs="Times New Roman"/>
                <w:color w:val="000000"/>
                <w:sz w:val="16"/>
                <w:szCs w:val="28"/>
              </w:rPr>
            </w:pPr>
          </w:p>
        </w:tc>
        <w:tc>
          <w:tcPr>
            <w:tcW w:w="799" w:type="dxa"/>
            <w:tcBorders>
              <w:top w:val="nil"/>
              <w:left w:val="nil"/>
              <w:bottom w:val="single" w:sz="4" w:space="0" w:color="auto"/>
              <w:right w:val="single" w:sz="4" w:space="0" w:color="auto"/>
            </w:tcBorders>
            <w:shd w:val="clear" w:color="auto" w:fill="auto"/>
            <w:noWrap/>
            <w:vAlign w:val="center"/>
          </w:tcPr>
          <w:p w14:paraId="56E7CCA4" w14:textId="77777777" w:rsidR="00546614" w:rsidRPr="00546614" w:rsidRDefault="00546614" w:rsidP="00546614">
            <w:pPr>
              <w:spacing w:line="240" w:lineRule="auto"/>
              <w:jc w:val="right"/>
              <w:rPr>
                <w:rFonts w:eastAsia="맑은 고딕" w:cs="Times New Roman"/>
                <w:color w:val="000000"/>
                <w:sz w:val="16"/>
                <w:szCs w:val="28"/>
              </w:rPr>
            </w:pPr>
          </w:p>
        </w:tc>
      </w:tr>
      <w:tr w:rsidR="00546614" w:rsidRPr="00546614" w14:paraId="07BC0AF3" w14:textId="77777777" w:rsidTr="00546614">
        <w:trPr>
          <w:trHeight w:val="202"/>
          <w:jc w:val="center"/>
        </w:trPr>
        <w:tc>
          <w:tcPr>
            <w:tcW w:w="1555" w:type="dxa"/>
            <w:vMerge w:val="restart"/>
            <w:tcBorders>
              <w:top w:val="nil"/>
              <w:left w:val="single" w:sz="4" w:space="0" w:color="auto"/>
              <w:right w:val="single" w:sz="4" w:space="0" w:color="auto"/>
            </w:tcBorders>
            <w:shd w:val="clear" w:color="auto" w:fill="auto"/>
            <w:noWrap/>
            <w:vAlign w:val="center"/>
            <w:hideMark/>
          </w:tcPr>
          <w:p w14:paraId="166AABF6" w14:textId="22540905" w:rsidR="00546614" w:rsidRPr="00546614" w:rsidRDefault="00546614" w:rsidP="00546614">
            <w:pPr>
              <w:spacing w:line="240" w:lineRule="auto"/>
              <w:rPr>
                <w:sz w:val="16"/>
                <w:szCs w:val="28"/>
              </w:rPr>
            </w:pPr>
            <w:r>
              <w:rPr>
                <w:rFonts w:ascii="Arial" w:eastAsia="Arial" w:hAnsi="Arial"/>
                <w:sz w:val="16"/>
                <w:szCs w:val="28"/>
              </w:rPr>
              <w:t>Postwar</w:t>
            </w:r>
          </w:p>
        </w:tc>
        <w:tc>
          <w:tcPr>
            <w:tcW w:w="2551" w:type="dxa"/>
            <w:tcBorders>
              <w:top w:val="nil"/>
              <w:left w:val="nil"/>
              <w:bottom w:val="single" w:sz="4" w:space="0" w:color="auto"/>
              <w:right w:val="single" w:sz="4" w:space="0" w:color="auto"/>
            </w:tcBorders>
            <w:shd w:val="clear" w:color="auto" w:fill="auto"/>
            <w:noWrap/>
            <w:vAlign w:val="center"/>
            <w:hideMark/>
          </w:tcPr>
          <w:p w14:paraId="1553BB63"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1940-1944</w:t>
            </w:r>
          </w:p>
        </w:tc>
        <w:tc>
          <w:tcPr>
            <w:tcW w:w="798" w:type="dxa"/>
            <w:tcBorders>
              <w:top w:val="nil"/>
              <w:left w:val="nil"/>
              <w:bottom w:val="single" w:sz="4" w:space="0" w:color="auto"/>
              <w:right w:val="single" w:sz="4" w:space="0" w:color="auto"/>
            </w:tcBorders>
            <w:shd w:val="clear" w:color="auto" w:fill="auto"/>
            <w:noWrap/>
            <w:vAlign w:val="center"/>
            <w:hideMark/>
          </w:tcPr>
          <w:p w14:paraId="48486F39"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0.214</w:t>
            </w:r>
          </w:p>
        </w:tc>
        <w:tc>
          <w:tcPr>
            <w:tcW w:w="798" w:type="dxa"/>
            <w:tcBorders>
              <w:top w:val="nil"/>
              <w:left w:val="nil"/>
              <w:bottom w:val="single" w:sz="4" w:space="0" w:color="auto"/>
              <w:right w:val="single" w:sz="4" w:space="0" w:color="auto"/>
            </w:tcBorders>
            <w:shd w:val="clear" w:color="auto" w:fill="auto"/>
            <w:noWrap/>
            <w:vAlign w:val="center"/>
            <w:hideMark/>
          </w:tcPr>
          <w:p w14:paraId="1DDFC8A2"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9" w:type="dxa"/>
            <w:tcBorders>
              <w:top w:val="nil"/>
              <w:left w:val="nil"/>
              <w:bottom w:val="single" w:sz="4" w:space="0" w:color="auto"/>
              <w:right w:val="single" w:sz="4" w:space="0" w:color="auto"/>
            </w:tcBorders>
            <w:shd w:val="clear" w:color="auto" w:fill="auto"/>
            <w:noWrap/>
            <w:vAlign w:val="center"/>
            <w:hideMark/>
          </w:tcPr>
          <w:p w14:paraId="2D20AA0C"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0.108</w:t>
            </w:r>
          </w:p>
        </w:tc>
        <w:tc>
          <w:tcPr>
            <w:tcW w:w="798" w:type="dxa"/>
            <w:tcBorders>
              <w:top w:val="nil"/>
              <w:left w:val="nil"/>
              <w:bottom w:val="single" w:sz="4" w:space="0" w:color="auto"/>
              <w:right w:val="single" w:sz="4" w:space="0" w:color="auto"/>
            </w:tcBorders>
            <w:shd w:val="clear" w:color="auto" w:fill="auto"/>
            <w:noWrap/>
            <w:vAlign w:val="center"/>
            <w:hideMark/>
          </w:tcPr>
          <w:p w14:paraId="592854DE"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0.184</w:t>
            </w:r>
          </w:p>
        </w:tc>
        <w:tc>
          <w:tcPr>
            <w:tcW w:w="799" w:type="dxa"/>
            <w:tcBorders>
              <w:top w:val="nil"/>
              <w:left w:val="nil"/>
              <w:bottom w:val="single" w:sz="4" w:space="0" w:color="auto"/>
              <w:right w:val="single" w:sz="4" w:space="0" w:color="auto"/>
            </w:tcBorders>
            <w:shd w:val="clear" w:color="auto" w:fill="auto"/>
            <w:noWrap/>
            <w:vAlign w:val="center"/>
            <w:hideMark/>
          </w:tcPr>
          <w:p w14:paraId="7B4C9F90"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8" w:type="dxa"/>
            <w:tcBorders>
              <w:top w:val="nil"/>
              <w:left w:val="nil"/>
              <w:bottom w:val="single" w:sz="4" w:space="0" w:color="auto"/>
              <w:right w:val="single" w:sz="4" w:space="0" w:color="auto"/>
            </w:tcBorders>
            <w:shd w:val="clear" w:color="auto" w:fill="auto"/>
            <w:noWrap/>
            <w:vAlign w:val="center"/>
            <w:hideMark/>
          </w:tcPr>
          <w:p w14:paraId="45924C20"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0.106</w:t>
            </w:r>
          </w:p>
        </w:tc>
        <w:tc>
          <w:tcPr>
            <w:tcW w:w="798" w:type="dxa"/>
            <w:tcBorders>
              <w:top w:val="nil"/>
              <w:left w:val="nil"/>
              <w:bottom w:val="single" w:sz="4" w:space="0" w:color="auto"/>
              <w:right w:val="single" w:sz="4" w:space="0" w:color="auto"/>
            </w:tcBorders>
            <w:shd w:val="clear" w:color="auto" w:fill="auto"/>
            <w:noWrap/>
            <w:vAlign w:val="center"/>
            <w:hideMark/>
          </w:tcPr>
          <w:p w14:paraId="187F485C"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0.199</w:t>
            </w:r>
          </w:p>
        </w:tc>
        <w:tc>
          <w:tcPr>
            <w:tcW w:w="799" w:type="dxa"/>
            <w:tcBorders>
              <w:top w:val="nil"/>
              <w:left w:val="nil"/>
              <w:bottom w:val="single" w:sz="4" w:space="0" w:color="auto"/>
              <w:right w:val="single" w:sz="4" w:space="0" w:color="auto"/>
            </w:tcBorders>
            <w:shd w:val="clear" w:color="auto" w:fill="auto"/>
            <w:noWrap/>
            <w:vAlign w:val="center"/>
            <w:hideMark/>
          </w:tcPr>
          <w:p w14:paraId="6607B801"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8" w:type="dxa"/>
            <w:tcBorders>
              <w:top w:val="nil"/>
              <w:left w:val="nil"/>
              <w:bottom w:val="single" w:sz="4" w:space="0" w:color="auto"/>
              <w:right w:val="single" w:sz="4" w:space="0" w:color="auto"/>
            </w:tcBorders>
            <w:shd w:val="clear" w:color="auto" w:fill="auto"/>
            <w:noWrap/>
            <w:vAlign w:val="center"/>
            <w:hideMark/>
          </w:tcPr>
          <w:p w14:paraId="512ADC3F"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0.108</w:t>
            </w:r>
          </w:p>
        </w:tc>
        <w:tc>
          <w:tcPr>
            <w:tcW w:w="799" w:type="dxa"/>
            <w:tcBorders>
              <w:top w:val="nil"/>
              <w:left w:val="nil"/>
              <w:bottom w:val="single" w:sz="4" w:space="0" w:color="auto"/>
              <w:right w:val="single" w:sz="4" w:space="0" w:color="auto"/>
            </w:tcBorders>
            <w:shd w:val="clear" w:color="auto" w:fill="auto"/>
            <w:noWrap/>
            <w:vAlign w:val="center"/>
            <w:hideMark/>
          </w:tcPr>
          <w:p w14:paraId="74504D93"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0.150</w:t>
            </w:r>
          </w:p>
        </w:tc>
        <w:tc>
          <w:tcPr>
            <w:tcW w:w="798" w:type="dxa"/>
            <w:tcBorders>
              <w:top w:val="nil"/>
              <w:left w:val="nil"/>
              <w:bottom w:val="single" w:sz="4" w:space="0" w:color="auto"/>
              <w:right w:val="single" w:sz="4" w:space="0" w:color="auto"/>
            </w:tcBorders>
            <w:shd w:val="clear" w:color="auto" w:fill="auto"/>
            <w:noWrap/>
            <w:vAlign w:val="center"/>
            <w:hideMark/>
          </w:tcPr>
          <w:p w14:paraId="47BD07CC"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9" w:type="dxa"/>
            <w:tcBorders>
              <w:top w:val="nil"/>
              <w:left w:val="nil"/>
              <w:bottom w:val="single" w:sz="4" w:space="0" w:color="auto"/>
              <w:right w:val="single" w:sz="4" w:space="0" w:color="auto"/>
            </w:tcBorders>
            <w:shd w:val="clear" w:color="auto" w:fill="auto"/>
            <w:noWrap/>
            <w:vAlign w:val="center"/>
            <w:hideMark/>
          </w:tcPr>
          <w:p w14:paraId="39E0FFA4"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0.088</w:t>
            </w:r>
          </w:p>
        </w:tc>
      </w:tr>
      <w:tr w:rsidR="00546614" w:rsidRPr="00546614" w14:paraId="509782D3" w14:textId="77777777" w:rsidTr="00546614">
        <w:trPr>
          <w:trHeight w:val="202"/>
          <w:jc w:val="center"/>
        </w:trPr>
        <w:tc>
          <w:tcPr>
            <w:tcW w:w="1555" w:type="dxa"/>
            <w:vMerge/>
            <w:tcBorders>
              <w:left w:val="single" w:sz="4" w:space="0" w:color="auto"/>
              <w:right w:val="single" w:sz="4" w:space="0" w:color="auto"/>
            </w:tcBorders>
            <w:shd w:val="clear" w:color="auto" w:fill="auto"/>
            <w:noWrap/>
            <w:vAlign w:val="center"/>
            <w:hideMark/>
          </w:tcPr>
          <w:p w14:paraId="53FCD3FC" w14:textId="77777777" w:rsidR="00546614" w:rsidRPr="00546614" w:rsidRDefault="00546614" w:rsidP="00546614">
            <w:pPr>
              <w:spacing w:line="240" w:lineRule="auto"/>
              <w:rPr>
                <w:rFonts w:eastAsia="맑은 고딕" w:cs="Times New Roman"/>
                <w:color w:val="000000"/>
                <w:sz w:val="16"/>
                <w:szCs w:val="28"/>
              </w:rPr>
            </w:pPr>
          </w:p>
        </w:tc>
        <w:tc>
          <w:tcPr>
            <w:tcW w:w="2551" w:type="dxa"/>
            <w:tcBorders>
              <w:top w:val="nil"/>
              <w:left w:val="nil"/>
              <w:bottom w:val="single" w:sz="4" w:space="0" w:color="auto"/>
              <w:right w:val="single" w:sz="4" w:space="0" w:color="auto"/>
            </w:tcBorders>
            <w:shd w:val="clear" w:color="auto" w:fill="auto"/>
            <w:noWrap/>
            <w:vAlign w:val="center"/>
            <w:hideMark/>
          </w:tcPr>
          <w:p w14:paraId="255D3DDE"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1945-1949</w:t>
            </w:r>
          </w:p>
        </w:tc>
        <w:tc>
          <w:tcPr>
            <w:tcW w:w="798" w:type="dxa"/>
            <w:tcBorders>
              <w:top w:val="nil"/>
              <w:left w:val="nil"/>
              <w:bottom w:val="single" w:sz="4" w:space="0" w:color="auto"/>
              <w:right w:val="single" w:sz="4" w:space="0" w:color="auto"/>
            </w:tcBorders>
            <w:shd w:val="clear" w:color="auto" w:fill="auto"/>
            <w:noWrap/>
            <w:vAlign w:val="center"/>
            <w:hideMark/>
          </w:tcPr>
          <w:p w14:paraId="051B46E4"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0.068</w:t>
            </w:r>
          </w:p>
        </w:tc>
        <w:tc>
          <w:tcPr>
            <w:tcW w:w="798" w:type="dxa"/>
            <w:tcBorders>
              <w:top w:val="nil"/>
              <w:left w:val="nil"/>
              <w:bottom w:val="single" w:sz="4" w:space="0" w:color="auto"/>
              <w:right w:val="single" w:sz="4" w:space="0" w:color="auto"/>
            </w:tcBorders>
            <w:shd w:val="clear" w:color="auto" w:fill="auto"/>
            <w:noWrap/>
            <w:vAlign w:val="center"/>
            <w:hideMark/>
          </w:tcPr>
          <w:p w14:paraId="027B591F"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5116A7E4"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0.077</w:t>
            </w:r>
          </w:p>
        </w:tc>
        <w:tc>
          <w:tcPr>
            <w:tcW w:w="798" w:type="dxa"/>
            <w:tcBorders>
              <w:top w:val="nil"/>
              <w:left w:val="nil"/>
              <w:bottom w:val="single" w:sz="4" w:space="0" w:color="auto"/>
              <w:right w:val="single" w:sz="4" w:space="0" w:color="auto"/>
            </w:tcBorders>
            <w:shd w:val="clear" w:color="auto" w:fill="auto"/>
            <w:noWrap/>
            <w:vAlign w:val="center"/>
            <w:hideMark/>
          </w:tcPr>
          <w:p w14:paraId="6D33C76B"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0.059</w:t>
            </w:r>
          </w:p>
        </w:tc>
        <w:tc>
          <w:tcPr>
            <w:tcW w:w="799" w:type="dxa"/>
            <w:tcBorders>
              <w:top w:val="nil"/>
              <w:left w:val="nil"/>
              <w:bottom w:val="single" w:sz="4" w:space="0" w:color="auto"/>
              <w:right w:val="single" w:sz="4" w:space="0" w:color="auto"/>
            </w:tcBorders>
            <w:shd w:val="clear" w:color="auto" w:fill="auto"/>
            <w:noWrap/>
            <w:vAlign w:val="center"/>
            <w:hideMark/>
          </w:tcPr>
          <w:p w14:paraId="767652CC"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345350EC"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0.076</w:t>
            </w:r>
          </w:p>
        </w:tc>
        <w:tc>
          <w:tcPr>
            <w:tcW w:w="798" w:type="dxa"/>
            <w:tcBorders>
              <w:top w:val="nil"/>
              <w:left w:val="nil"/>
              <w:bottom w:val="single" w:sz="4" w:space="0" w:color="auto"/>
              <w:right w:val="single" w:sz="4" w:space="0" w:color="auto"/>
            </w:tcBorders>
            <w:shd w:val="clear" w:color="auto" w:fill="auto"/>
            <w:noWrap/>
            <w:vAlign w:val="center"/>
            <w:hideMark/>
          </w:tcPr>
          <w:p w14:paraId="7B544E77"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0.062</w:t>
            </w:r>
          </w:p>
        </w:tc>
        <w:tc>
          <w:tcPr>
            <w:tcW w:w="799" w:type="dxa"/>
            <w:tcBorders>
              <w:top w:val="nil"/>
              <w:left w:val="nil"/>
              <w:bottom w:val="single" w:sz="4" w:space="0" w:color="auto"/>
              <w:right w:val="single" w:sz="4" w:space="0" w:color="auto"/>
            </w:tcBorders>
            <w:shd w:val="clear" w:color="auto" w:fill="auto"/>
            <w:noWrap/>
            <w:vAlign w:val="center"/>
            <w:hideMark/>
          </w:tcPr>
          <w:p w14:paraId="6C53182D"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4AD35462"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0.077</w:t>
            </w:r>
          </w:p>
        </w:tc>
        <w:tc>
          <w:tcPr>
            <w:tcW w:w="799" w:type="dxa"/>
            <w:tcBorders>
              <w:top w:val="nil"/>
              <w:left w:val="nil"/>
              <w:bottom w:val="single" w:sz="4" w:space="0" w:color="auto"/>
              <w:right w:val="single" w:sz="4" w:space="0" w:color="auto"/>
            </w:tcBorders>
            <w:shd w:val="clear" w:color="auto" w:fill="auto"/>
            <w:noWrap/>
            <w:vAlign w:val="center"/>
            <w:hideMark/>
          </w:tcPr>
          <w:p w14:paraId="28590BF2"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0.037</w:t>
            </w:r>
          </w:p>
        </w:tc>
        <w:tc>
          <w:tcPr>
            <w:tcW w:w="798" w:type="dxa"/>
            <w:tcBorders>
              <w:top w:val="nil"/>
              <w:left w:val="nil"/>
              <w:bottom w:val="single" w:sz="4" w:space="0" w:color="auto"/>
              <w:right w:val="single" w:sz="4" w:space="0" w:color="auto"/>
            </w:tcBorders>
            <w:shd w:val="clear" w:color="auto" w:fill="auto"/>
            <w:noWrap/>
            <w:vAlign w:val="center"/>
            <w:hideMark/>
          </w:tcPr>
          <w:p w14:paraId="7B2BFC4E"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617B41C8"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0.063</w:t>
            </w:r>
          </w:p>
        </w:tc>
      </w:tr>
      <w:tr w:rsidR="00546614" w:rsidRPr="00546614" w14:paraId="6D036DDB" w14:textId="77777777" w:rsidTr="00546614">
        <w:trPr>
          <w:trHeight w:val="202"/>
          <w:jc w:val="center"/>
        </w:trPr>
        <w:tc>
          <w:tcPr>
            <w:tcW w:w="1555" w:type="dxa"/>
            <w:vMerge/>
            <w:tcBorders>
              <w:left w:val="single" w:sz="4" w:space="0" w:color="auto"/>
              <w:bottom w:val="single" w:sz="4" w:space="0" w:color="auto"/>
              <w:right w:val="single" w:sz="4" w:space="0" w:color="auto"/>
            </w:tcBorders>
            <w:shd w:val="clear" w:color="auto" w:fill="auto"/>
            <w:noWrap/>
            <w:vAlign w:val="center"/>
            <w:hideMark/>
          </w:tcPr>
          <w:p w14:paraId="5F82CB71" w14:textId="77777777" w:rsidR="00546614" w:rsidRPr="00546614" w:rsidRDefault="00546614" w:rsidP="00546614">
            <w:pPr>
              <w:spacing w:line="240" w:lineRule="auto"/>
              <w:rPr>
                <w:rFonts w:eastAsia="맑은 고딕" w:cs="Times New Roman"/>
                <w:color w:val="000000"/>
                <w:sz w:val="16"/>
                <w:szCs w:val="28"/>
              </w:rPr>
            </w:pPr>
          </w:p>
        </w:tc>
        <w:tc>
          <w:tcPr>
            <w:tcW w:w="2551" w:type="dxa"/>
            <w:tcBorders>
              <w:top w:val="nil"/>
              <w:left w:val="nil"/>
              <w:bottom w:val="single" w:sz="4" w:space="0" w:color="auto"/>
              <w:right w:val="single" w:sz="4" w:space="0" w:color="auto"/>
            </w:tcBorders>
            <w:shd w:val="clear" w:color="auto" w:fill="auto"/>
            <w:noWrap/>
            <w:vAlign w:val="center"/>
            <w:hideMark/>
          </w:tcPr>
          <w:p w14:paraId="37C39261"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1950-1954</w:t>
            </w:r>
          </w:p>
        </w:tc>
        <w:tc>
          <w:tcPr>
            <w:tcW w:w="798" w:type="dxa"/>
            <w:tcBorders>
              <w:top w:val="nil"/>
              <w:left w:val="nil"/>
              <w:bottom w:val="single" w:sz="4" w:space="0" w:color="auto"/>
              <w:right w:val="single" w:sz="4" w:space="0" w:color="auto"/>
            </w:tcBorders>
            <w:shd w:val="clear" w:color="auto" w:fill="auto"/>
            <w:noWrap/>
            <w:vAlign w:val="center"/>
            <w:hideMark/>
          </w:tcPr>
          <w:p w14:paraId="64D37564"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0.041</w:t>
            </w:r>
          </w:p>
        </w:tc>
        <w:tc>
          <w:tcPr>
            <w:tcW w:w="798" w:type="dxa"/>
            <w:tcBorders>
              <w:top w:val="nil"/>
              <w:left w:val="nil"/>
              <w:bottom w:val="single" w:sz="4" w:space="0" w:color="auto"/>
              <w:right w:val="single" w:sz="4" w:space="0" w:color="auto"/>
            </w:tcBorders>
            <w:shd w:val="clear" w:color="auto" w:fill="auto"/>
            <w:noWrap/>
            <w:vAlign w:val="center"/>
            <w:hideMark/>
          </w:tcPr>
          <w:p w14:paraId="1F4B7B96"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2DD0DF71"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0.065</w:t>
            </w:r>
          </w:p>
        </w:tc>
        <w:tc>
          <w:tcPr>
            <w:tcW w:w="798" w:type="dxa"/>
            <w:tcBorders>
              <w:top w:val="nil"/>
              <w:left w:val="nil"/>
              <w:bottom w:val="single" w:sz="4" w:space="0" w:color="auto"/>
              <w:right w:val="single" w:sz="4" w:space="0" w:color="auto"/>
            </w:tcBorders>
            <w:shd w:val="clear" w:color="auto" w:fill="auto"/>
            <w:noWrap/>
            <w:vAlign w:val="center"/>
            <w:hideMark/>
          </w:tcPr>
          <w:p w14:paraId="4118C380"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0.054</w:t>
            </w:r>
          </w:p>
        </w:tc>
        <w:tc>
          <w:tcPr>
            <w:tcW w:w="799" w:type="dxa"/>
            <w:tcBorders>
              <w:top w:val="nil"/>
              <w:left w:val="nil"/>
              <w:bottom w:val="single" w:sz="4" w:space="0" w:color="auto"/>
              <w:right w:val="single" w:sz="4" w:space="0" w:color="auto"/>
            </w:tcBorders>
            <w:shd w:val="clear" w:color="auto" w:fill="auto"/>
            <w:noWrap/>
            <w:vAlign w:val="center"/>
            <w:hideMark/>
          </w:tcPr>
          <w:p w14:paraId="6E10C9FB"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1521A323"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0.064</w:t>
            </w:r>
          </w:p>
        </w:tc>
        <w:tc>
          <w:tcPr>
            <w:tcW w:w="798" w:type="dxa"/>
            <w:tcBorders>
              <w:top w:val="nil"/>
              <w:left w:val="nil"/>
              <w:bottom w:val="single" w:sz="4" w:space="0" w:color="auto"/>
              <w:right w:val="single" w:sz="4" w:space="0" w:color="auto"/>
            </w:tcBorders>
            <w:shd w:val="clear" w:color="auto" w:fill="auto"/>
            <w:noWrap/>
            <w:vAlign w:val="center"/>
            <w:hideMark/>
          </w:tcPr>
          <w:p w14:paraId="467C406B"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0.049</w:t>
            </w:r>
          </w:p>
        </w:tc>
        <w:tc>
          <w:tcPr>
            <w:tcW w:w="799" w:type="dxa"/>
            <w:tcBorders>
              <w:top w:val="nil"/>
              <w:left w:val="nil"/>
              <w:bottom w:val="single" w:sz="4" w:space="0" w:color="auto"/>
              <w:right w:val="single" w:sz="4" w:space="0" w:color="auto"/>
            </w:tcBorders>
            <w:shd w:val="clear" w:color="auto" w:fill="auto"/>
            <w:noWrap/>
            <w:vAlign w:val="center"/>
            <w:hideMark/>
          </w:tcPr>
          <w:p w14:paraId="27C02662"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118D4B75"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0.064</w:t>
            </w:r>
          </w:p>
        </w:tc>
        <w:tc>
          <w:tcPr>
            <w:tcW w:w="799" w:type="dxa"/>
            <w:tcBorders>
              <w:top w:val="nil"/>
              <w:left w:val="nil"/>
              <w:bottom w:val="single" w:sz="4" w:space="0" w:color="auto"/>
              <w:right w:val="single" w:sz="4" w:space="0" w:color="auto"/>
            </w:tcBorders>
            <w:shd w:val="clear" w:color="auto" w:fill="auto"/>
            <w:noWrap/>
            <w:vAlign w:val="center"/>
            <w:hideMark/>
          </w:tcPr>
          <w:p w14:paraId="74947069"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0.039</w:t>
            </w:r>
          </w:p>
        </w:tc>
        <w:tc>
          <w:tcPr>
            <w:tcW w:w="798" w:type="dxa"/>
            <w:tcBorders>
              <w:top w:val="nil"/>
              <w:left w:val="nil"/>
              <w:bottom w:val="single" w:sz="4" w:space="0" w:color="auto"/>
              <w:right w:val="single" w:sz="4" w:space="0" w:color="auto"/>
            </w:tcBorders>
            <w:shd w:val="clear" w:color="auto" w:fill="auto"/>
            <w:noWrap/>
            <w:vAlign w:val="center"/>
            <w:hideMark/>
          </w:tcPr>
          <w:p w14:paraId="7DA97316"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68B11870"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0.050</w:t>
            </w:r>
          </w:p>
        </w:tc>
      </w:tr>
      <w:tr w:rsidR="00132970" w:rsidRPr="00546614" w14:paraId="5083166A" w14:textId="77777777" w:rsidTr="00546614">
        <w:trPr>
          <w:trHeight w:val="202"/>
          <w:jc w:val="center"/>
        </w:trPr>
        <w:tc>
          <w:tcPr>
            <w:tcW w:w="1555" w:type="dxa"/>
            <w:vMerge w:val="restart"/>
            <w:tcBorders>
              <w:top w:val="nil"/>
              <w:left w:val="single" w:sz="4" w:space="0" w:color="auto"/>
              <w:right w:val="single" w:sz="4" w:space="0" w:color="auto"/>
            </w:tcBorders>
            <w:shd w:val="clear" w:color="auto" w:fill="auto"/>
            <w:noWrap/>
            <w:vAlign w:val="center"/>
            <w:hideMark/>
          </w:tcPr>
          <w:p w14:paraId="379A5D59" w14:textId="0CEAD85D" w:rsidR="00132970" w:rsidRPr="00546614" w:rsidRDefault="00132970" w:rsidP="00546614">
            <w:pPr>
              <w:spacing w:line="240" w:lineRule="auto"/>
              <w:rPr>
                <w:sz w:val="16"/>
                <w:szCs w:val="28"/>
              </w:rPr>
            </w:pPr>
            <w:r>
              <w:rPr>
                <w:rFonts w:ascii="Arial" w:eastAsia="Arial" w:hAnsi="Arial"/>
                <w:sz w:val="16"/>
                <w:szCs w:val="28"/>
              </w:rPr>
              <w:t>Babyboomer</w:t>
            </w:r>
          </w:p>
        </w:tc>
        <w:tc>
          <w:tcPr>
            <w:tcW w:w="2551" w:type="dxa"/>
            <w:tcBorders>
              <w:top w:val="nil"/>
              <w:left w:val="nil"/>
              <w:bottom w:val="single" w:sz="4" w:space="0" w:color="auto"/>
              <w:right w:val="single" w:sz="4" w:space="0" w:color="auto"/>
            </w:tcBorders>
            <w:shd w:val="clear" w:color="auto" w:fill="auto"/>
            <w:noWrap/>
            <w:vAlign w:val="center"/>
            <w:hideMark/>
          </w:tcPr>
          <w:p w14:paraId="37FC03A9"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1955-1959</w:t>
            </w:r>
          </w:p>
        </w:tc>
        <w:tc>
          <w:tcPr>
            <w:tcW w:w="798" w:type="dxa"/>
            <w:tcBorders>
              <w:top w:val="nil"/>
              <w:left w:val="nil"/>
              <w:bottom w:val="single" w:sz="4" w:space="0" w:color="auto"/>
              <w:right w:val="single" w:sz="4" w:space="0" w:color="auto"/>
            </w:tcBorders>
            <w:shd w:val="clear" w:color="auto" w:fill="auto"/>
            <w:noWrap/>
            <w:vAlign w:val="center"/>
            <w:hideMark/>
          </w:tcPr>
          <w:p w14:paraId="5A254C8D"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0.025</w:t>
            </w:r>
          </w:p>
        </w:tc>
        <w:tc>
          <w:tcPr>
            <w:tcW w:w="798" w:type="dxa"/>
            <w:tcBorders>
              <w:top w:val="nil"/>
              <w:left w:val="nil"/>
              <w:bottom w:val="single" w:sz="4" w:space="0" w:color="auto"/>
              <w:right w:val="single" w:sz="4" w:space="0" w:color="auto"/>
            </w:tcBorders>
            <w:shd w:val="clear" w:color="auto" w:fill="auto"/>
            <w:noWrap/>
            <w:vAlign w:val="center"/>
            <w:hideMark/>
          </w:tcPr>
          <w:p w14:paraId="63F6951D"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05C355DA"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0.060</w:t>
            </w:r>
          </w:p>
        </w:tc>
        <w:tc>
          <w:tcPr>
            <w:tcW w:w="798" w:type="dxa"/>
            <w:tcBorders>
              <w:top w:val="nil"/>
              <w:left w:val="nil"/>
              <w:bottom w:val="single" w:sz="4" w:space="0" w:color="auto"/>
              <w:right w:val="single" w:sz="4" w:space="0" w:color="auto"/>
            </w:tcBorders>
            <w:shd w:val="clear" w:color="auto" w:fill="auto"/>
            <w:noWrap/>
            <w:vAlign w:val="center"/>
            <w:hideMark/>
          </w:tcPr>
          <w:p w14:paraId="31C13748"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0.040</w:t>
            </w:r>
          </w:p>
        </w:tc>
        <w:tc>
          <w:tcPr>
            <w:tcW w:w="799" w:type="dxa"/>
            <w:tcBorders>
              <w:top w:val="nil"/>
              <w:left w:val="nil"/>
              <w:bottom w:val="single" w:sz="4" w:space="0" w:color="auto"/>
              <w:right w:val="single" w:sz="4" w:space="0" w:color="auto"/>
            </w:tcBorders>
            <w:shd w:val="clear" w:color="auto" w:fill="auto"/>
            <w:noWrap/>
            <w:vAlign w:val="center"/>
            <w:hideMark/>
          </w:tcPr>
          <w:p w14:paraId="5C7289A4"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3117332B"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0.059</w:t>
            </w:r>
          </w:p>
        </w:tc>
        <w:tc>
          <w:tcPr>
            <w:tcW w:w="798" w:type="dxa"/>
            <w:tcBorders>
              <w:top w:val="nil"/>
              <w:left w:val="nil"/>
              <w:bottom w:val="single" w:sz="4" w:space="0" w:color="auto"/>
              <w:right w:val="single" w:sz="4" w:space="0" w:color="auto"/>
            </w:tcBorders>
            <w:shd w:val="clear" w:color="auto" w:fill="auto"/>
            <w:noWrap/>
            <w:vAlign w:val="center"/>
            <w:hideMark/>
          </w:tcPr>
          <w:p w14:paraId="6212C33F"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0.039</w:t>
            </w:r>
          </w:p>
        </w:tc>
        <w:tc>
          <w:tcPr>
            <w:tcW w:w="799" w:type="dxa"/>
            <w:tcBorders>
              <w:top w:val="nil"/>
              <w:left w:val="nil"/>
              <w:bottom w:val="single" w:sz="4" w:space="0" w:color="auto"/>
              <w:right w:val="single" w:sz="4" w:space="0" w:color="auto"/>
            </w:tcBorders>
            <w:shd w:val="clear" w:color="auto" w:fill="auto"/>
            <w:noWrap/>
            <w:vAlign w:val="center"/>
            <w:hideMark/>
          </w:tcPr>
          <w:p w14:paraId="04D944CC"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1E30F1B8"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0.059</w:t>
            </w:r>
          </w:p>
        </w:tc>
        <w:tc>
          <w:tcPr>
            <w:tcW w:w="799" w:type="dxa"/>
            <w:tcBorders>
              <w:top w:val="nil"/>
              <w:left w:val="nil"/>
              <w:bottom w:val="single" w:sz="4" w:space="0" w:color="auto"/>
              <w:right w:val="single" w:sz="4" w:space="0" w:color="auto"/>
            </w:tcBorders>
            <w:shd w:val="clear" w:color="auto" w:fill="auto"/>
            <w:noWrap/>
            <w:vAlign w:val="center"/>
            <w:hideMark/>
          </w:tcPr>
          <w:p w14:paraId="56B5EEBE"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0.001</w:t>
            </w:r>
          </w:p>
        </w:tc>
        <w:tc>
          <w:tcPr>
            <w:tcW w:w="798" w:type="dxa"/>
            <w:tcBorders>
              <w:top w:val="nil"/>
              <w:left w:val="nil"/>
              <w:bottom w:val="single" w:sz="4" w:space="0" w:color="auto"/>
              <w:right w:val="single" w:sz="4" w:space="0" w:color="auto"/>
            </w:tcBorders>
            <w:shd w:val="clear" w:color="auto" w:fill="auto"/>
            <w:noWrap/>
            <w:vAlign w:val="center"/>
            <w:hideMark/>
          </w:tcPr>
          <w:p w14:paraId="1C94D321"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1474663E"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0.044</w:t>
            </w:r>
          </w:p>
        </w:tc>
      </w:tr>
      <w:tr w:rsidR="00132970" w:rsidRPr="00546614" w14:paraId="0E6B7EB1" w14:textId="77777777" w:rsidTr="00132970">
        <w:trPr>
          <w:trHeight w:val="202"/>
          <w:jc w:val="center"/>
        </w:trPr>
        <w:tc>
          <w:tcPr>
            <w:tcW w:w="1555" w:type="dxa"/>
            <w:vMerge/>
            <w:tcBorders>
              <w:left w:val="single" w:sz="4" w:space="0" w:color="auto"/>
              <w:bottom w:val="single" w:sz="4" w:space="0" w:color="auto"/>
              <w:right w:val="single" w:sz="4" w:space="0" w:color="auto"/>
            </w:tcBorders>
            <w:shd w:val="clear" w:color="auto" w:fill="auto"/>
            <w:noWrap/>
            <w:vAlign w:val="center"/>
            <w:hideMark/>
          </w:tcPr>
          <w:p w14:paraId="4FFFBBB2" w14:textId="77777777" w:rsidR="00132970" w:rsidRPr="00546614" w:rsidRDefault="00132970" w:rsidP="00546614">
            <w:pPr>
              <w:spacing w:line="240" w:lineRule="auto"/>
              <w:rPr>
                <w:rFonts w:eastAsia="맑은 고딕" w:cs="Times New Roman"/>
                <w:color w:val="000000"/>
                <w:sz w:val="16"/>
                <w:szCs w:val="28"/>
              </w:rPr>
            </w:pPr>
          </w:p>
        </w:tc>
        <w:tc>
          <w:tcPr>
            <w:tcW w:w="2551" w:type="dxa"/>
            <w:tcBorders>
              <w:top w:val="nil"/>
              <w:left w:val="nil"/>
              <w:bottom w:val="single" w:sz="4" w:space="0" w:color="auto"/>
              <w:right w:val="single" w:sz="4" w:space="0" w:color="auto"/>
            </w:tcBorders>
            <w:shd w:val="clear" w:color="auto" w:fill="auto"/>
            <w:noWrap/>
            <w:vAlign w:val="center"/>
            <w:hideMark/>
          </w:tcPr>
          <w:p w14:paraId="20D077AE"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1960-1964</w:t>
            </w:r>
          </w:p>
        </w:tc>
        <w:tc>
          <w:tcPr>
            <w:tcW w:w="798" w:type="dxa"/>
            <w:tcBorders>
              <w:top w:val="nil"/>
              <w:left w:val="nil"/>
              <w:bottom w:val="single" w:sz="4" w:space="0" w:color="auto"/>
              <w:right w:val="single" w:sz="4" w:space="0" w:color="auto"/>
            </w:tcBorders>
            <w:shd w:val="clear" w:color="auto" w:fill="auto"/>
            <w:noWrap/>
            <w:vAlign w:val="center"/>
            <w:hideMark/>
          </w:tcPr>
          <w:p w14:paraId="788C03C8"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0.001</w:t>
            </w:r>
          </w:p>
        </w:tc>
        <w:tc>
          <w:tcPr>
            <w:tcW w:w="798" w:type="dxa"/>
            <w:tcBorders>
              <w:top w:val="nil"/>
              <w:left w:val="nil"/>
              <w:bottom w:val="single" w:sz="4" w:space="0" w:color="auto"/>
              <w:right w:val="single" w:sz="4" w:space="0" w:color="auto"/>
            </w:tcBorders>
            <w:shd w:val="clear" w:color="auto" w:fill="auto"/>
            <w:noWrap/>
            <w:vAlign w:val="center"/>
            <w:hideMark/>
          </w:tcPr>
          <w:p w14:paraId="2E7A0AFD"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1B046527"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0.060</w:t>
            </w:r>
          </w:p>
        </w:tc>
        <w:tc>
          <w:tcPr>
            <w:tcW w:w="798" w:type="dxa"/>
            <w:tcBorders>
              <w:top w:val="nil"/>
              <w:left w:val="nil"/>
              <w:bottom w:val="single" w:sz="4" w:space="0" w:color="auto"/>
              <w:right w:val="single" w:sz="4" w:space="0" w:color="auto"/>
            </w:tcBorders>
            <w:shd w:val="clear" w:color="auto" w:fill="auto"/>
            <w:noWrap/>
            <w:vAlign w:val="center"/>
            <w:hideMark/>
          </w:tcPr>
          <w:p w14:paraId="12A94976"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-0.013</w:t>
            </w:r>
          </w:p>
        </w:tc>
        <w:tc>
          <w:tcPr>
            <w:tcW w:w="799" w:type="dxa"/>
            <w:tcBorders>
              <w:top w:val="nil"/>
              <w:left w:val="nil"/>
              <w:bottom w:val="single" w:sz="4" w:space="0" w:color="auto"/>
              <w:right w:val="single" w:sz="4" w:space="0" w:color="auto"/>
            </w:tcBorders>
            <w:shd w:val="clear" w:color="auto" w:fill="auto"/>
            <w:noWrap/>
            <w:vAlign w:val="center"/>
            <w:hideMark/>
          </w:tcPr>
          <w:p w14:paraId="0373E181"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0F9EB6BB"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0.059</w:t>
            </w:r>
          </w:p>
        </w:tc>
        <w:tc>
          <w:tcPr>
            <w:tcW w:w="798" w:type="dxa"/>
            <w:tcBorders>
              <w:top w:val="nil"/>
              <w:left w:val="nil"/>
              <w:bottom w:val="single" w:sz="4" w:space="0" w:color="auto"/>
              <w:right w:val="single" w:sz="4" w:space="0" w:color="auto"/>
            </w:tcBorders>
            <w:shd w:val="clear" w:color="auto" w:fill="auto"/>
            <w:noWrap/>
            <w:vAlign w:val="center"/>
            <w:hideMark/>
          </w:tcPr>
          <w:p w14:paraId="56D4E57F"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-0.016</w:t>
            </w:r>
          </w:p>
        </w:tc>
        <w:tc>
          <w:tcPr>
            <w:tcW w:w="799" w:type="dxa"/>
            <w:tcBorders>
              <w:top w:val="nil"/>
              <w:left w:val="nil"/>
              <w:bottom w:val="single" w:sz="4" w:space="0" w:color="auto"/>
              <w:right w:val="single" w:sz="4" w:space="0" w:color="auto"/>
            </w:tcBorders>
            <w:shd w:val="clear" w:color="auto" w:fill="auto"/>
            <w:noWrap/>
            <w:vAlign w:val="center"/>
            <w:hideMark/>
          </w:tcPr>
          <w:p w14:paraId="40751081"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6606F6C2"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0.059</w:t>
            </w:r>
          </w:p>
        </w:tc>
        <w:tc>
          <w:tcPr>
            <w:tcW w:w="799" w:type="dxa"/>
            <w:tcBorders>
              <w:top w:val="nil"/>
              <w:left w:val="nil"/>
              <w:bottom w:val="single" w:sz="4" w:space="0" w:color="auto"/>
              <w:right w:val="single" w:sz="4" w:space="0" w:color="auto"/>
            </w:tcBorders>
            <w:shd w:val="clear" w:color="auto" w:fill="auto"/>
            <w:noWrap/>
            <w:vAlign w:val="center"/>
            <w:hideMark/>
          </w:tcPr>
          <w:p w14:paraId="34355EC6"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-0.066</w:t>
            </w:r>
          </w:p>
        </w:tc>
        <w:tc>
          <w:tcPr>
            <w:tcW w:w="798" w:type="dxa"/>
            <w:tcBorders>
              <w:top w:val="nil"/>
              <w:left w:val="nil"/>
              <w:bottom w:val="single" w:sz="4" w:space="0" w:color="auto"/>
              <w:right w:val="single" w:sz="4" w:space="0" w:color="auto"/>
            </w:tcBorders>
            <w:shd w:val="clear" w:color="auto" w:fill="auto"/>
            <w:noWrap/>
            <w:vAlign w:val="center"/>
            <w:hideMark/>
          </w:tcPr>
          <w:p w14:paraId="7E8193CA"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4C0F9F9F"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0.044</w:t>
            </w:r>
          </w:p>
        </w:tc>
      </w:tr>
      <w:tr w:rsidR="00132970" w:rsidRPr="00546614" w14:paraId="3F36E8B3" w14:textId="77777777" w:rsidTr="00AB0302">
        <w:trPr>
          <w:trHeight w:val="202"/>
          <w:jc w:val="center"/>
        </w:trPr>
        <w:tc>
          <w:tcPr>
            <w:tcW w:w="1555" w:type="dxa"/>
            <w:vMerge w:val="restart"/>
            <w:tcBorders>
              <w:top w:val="single" w:sz="4" w:space="0" w:color="auto"/>
              <w:left w:val="single" w:sz="4" w:space="0" w:color="auto"/>
              <w:right w:val="single" w:sz="4" w:space="0" w:color="auto"/>
            </w:tcBorders>
            <w:shd w:val="clear" w:color="auto" w:fill="auto"/>
            <w:noWrap/>
            <w:vAlign w:val="center"/>
            <w:hideMark/>
          </w:tcPr>
          <w:p w14:paraId="4CE7FD4E" w14:textId="3B70DB2D" w:rsidR="00132970" w:rsidRPr="00546614" w:rsidRDefault="00132970" w:rsidP="00546614">
            <w:pPr>
              <w:spacing w:line="240" w:lineRule="auto"/>
              <w:rPr>
                <w:rFonts w:eastAsia="맑은 고딕" w:cs="Times New Roman"/>
                <w:color w:val="000000"/>
                <w:sz w:val="16"/>
                <w:szCs w:val="28"/>
              </w:rPr>
            </w:pPr>
            <w:r>
              <w:rPr>
                <w:rFonts w:ascii="Arial" w:eastAsia="Arial" w:hAnsi="Arial"/>
                <w:sz w:val="16"/>
                <w:szCs w:val="28"/>
              </w:rPr>
              <w:t>Gen X</w:t>
            </w:r>
          </w:p>
        </w:tc>
        <w:tc>
          <w:tcPr>
            <w:tcW w:w="2551" w:type="dxa"/>
            <w:tcBorders>
              <w:top w:val="nil"/>
              <w:left w:val="nil"/>
              <w:bottom w:val="single" w:sz="4" w:space="0" w:color="auto"/>
              <w:right w:val="single" w:sz="4" w:space="0" w:color="auto"/>
            </w:tcBorders>
            <w:shd w:val="clear" w:color="auto" w:fill="auto"/>
            <w:noWrap/>
            <w:vAlign w:val="center"/>
            <w:hideMark/>
          </w:tcPr>
          <w:p w14:paraId="7AED6B3B"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1965-1969</w:t>
            </w:r>
          </w:p>
        </w:tc>
        <w:tc>
          <w:tcPr>
            <w:tcW w:w="798" w:type="dxa"/>
            <w:tcBorders>
              <w:top w:val="nil"/>
              <w:left w:val="nil"/>
              <w:bottom w:val="single" w:sz="4" w:space="0" w:color="auto"/>
              <w:right w:val="single" w:sz="4" w:space="0" w:color="auto"/>
            </w:tcBorders>
            <w:shd w:val="clear" w:color="auto" w:fill="auto"/>
            <w:noWrap/>
            <w:vAlign w:val="center"/>
            <w:hideMark/>
          </w:tcPr>
          <w:p w14:paraId="0137A4BB"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-0.059</w:t>
            </w:r>
          </w:p>
        </w:tc>
        <w:tc>
          <w:tcPr>
            <w:tcW w:w="798" w:type="dxa"/>
            <w:tcBorders>
              <w:top w:val="nil"/>
              <w:left w:val="nil"/>
              <w:bottom w:val="single" w:sz="4" w:space="0" w:color="auto"/>
              <w:right w:val="single" w:sz="4" w:space="0" w:color="auto"/>
            </w:tcBorders>
            <w:shd w:val="clear" w:color="auto" w:fill="auto"/>
            <w:noWrap/>
            <w:vAlign w:val="center"/>
            <w:hideMark/>
          </w:tcPr>
          <w:p w14:paraId="4EB75BCC"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6B496DFC"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0.060</w:t>
            </w:r>
          </w:p>
        </w:tc>
        <w:tc>
          <w:tcPr>
            <w:tcW w:w="798" w:type="dxa"/>
            <w:tcBorders>
              <w:top w:val="nil"/>
              <w:left w:val="nil"/>
              <w:bottom w:val="single" w:sz="4" w:space="0" w:color="auto"/>
              <w:right w:val="single" w:sz="4" w:space="0" w:color="auto"/>
            </w:tcBorders>
            <w:shd w:val="clear" w:color="auto" w:fill="auto"/>
            <w:noWrap/>
            <w:vAlign w:val="center"/>
            <w:hideMark/>
          </w:tcPr>
          <w:p w14:paraId="7B0D4FC9"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-0.061</w:t>
            </w:r>
          </w:p>
        </w:tc>
        <w:tc>
          <w:tcPr>
            <w:tcW w:w="799" w:type="dxa"/>
            <w:tcBorders>
              <w:top w:val="nil"/>
              <w:left w:val="nil"/>
              <w:bottom w:val="single" w:sz="4" w:space="0" w:color="auto"/>
              <w:right w:val="single" w:sz="4" w:space="0" w:color="auto"/>
            </w:tcBorders>
            <w:shd w:val="clear" w:color="auto" w:fill="auto"/>
            <w:noWrap/>
            <w:vAlign w:val="center"/>
            <w:hideMark/>
          </w:tcPr>
          <w:p w14:paraId="48BAB9F2"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3E7C505B"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0.059</w:t>
            </w:r>
          </w:p>
        </w:tc>
        <w:tc>
          <w:tcPr>
            <w:tcW w:w="798" w:type="dxa"/>
            <w:tcBorders>
              <w:top w:val="nil"/>
              <w:left w:val="nil"/>
              <w:bottom w:val="single" w:sz="4" w:space="0" w:color="auto"/>
              <w:right w:val="single" w:sz="4" w:space="0" w:color="auto"/>
            </w:tcBorders>
            <w:shd w:val="clear" w:color="auto" w:fill="auto"/>
            <w:noWrap/>
            <w:vAlign w:val="center"/>
            <w:hideMark/>
          </w:tcPr>
          <w:p w14:paraId="42238BEC"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-0.066</w:t>
            </w:r>
          </w:p>
        </w:tc>
        <w:tc>
          <w:tcPr>
            <w:tcW w:w="799" w:type="dxa"/>
            <w:tcBorders>
              <w:top w:val="nil"/>
              <w:left w:val="nil"/>
              <w:bottom w:val="single" w:sz="4" w:space="0" w:color="auto"/>
              <w:right w:val="single" w:sz="4" w:space="0" w:color="auto"/>
            </w:tcBorders>
            <w:shd w:val="clear" w:color="auto" w:fill="auto"/>
            <w:noWrap/>
            <w:vAlign w:val="center"/>
            <w:hideMark/>
          </w:tcPr>
          <w:p w14:paraId="68BBC6E8"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06CA9AE3"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0.059</w:t>
            </w:r>
          </w:p>
        </w:tc>
        <w:tc>
          <w:tcPr>
            <w:tcW w:w="799" w:type="dxa"/>
            <w:tcBorders>
              <w:top w:val="nil"/>
              <w:left w:val="nil"/>
              <w:bottom w:val="single" w:sz="4" w:space="0" w:color="auto"/>
              <w:right w:val="single" w:sz="4" w:space="0" w:color="auto"/>
            </w:tcBorders>
            <w:shd w:val="clear" w:color="auto" w:fill="auto"/>
            <w:noWrap/>
            <w:vAlign w:val="center"/>
            <w:hideMark/>
          </w:tcPr>
          <w:p w14:paraId="25A49975"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-0.074</w:t>
            </w:r>
          </w:p>
        </w:tc>
        <w:tc>
          <w:tcPr>
            <w:tcW w:w="798" w:type="dxa"/>
            <w:tcBorders>
              <w:top w:val="nil"/>
              <w:left w:val="nil"/>
              <w:bottom w:val="single" w:sz="4" w:space="0" w:color="auto"/>
              <w:right w:val="single" w:sz="4" w:space="0" w:color="auto"/>
            </w:tcBorders>
            <w:shd w:val="clear" w:color="auto" w:fill="auto"/>
            <w:noWrap/>
            <w:vAlign w:val="center"/>
            <w:hideMark/>
          </w:tcPr>
          <w:p w14:paraId="369FF0AD"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9" w:type="dxa"/>
            <w:tcBorders>
              <w:top w:val="nil"/>
              <w:left w:val="nil"/>
              <w:bottom w:val="single" w:sz="4" w:space="0" w:color="auto"/>
              <w:right w:val="single" w:sz="4" w:space="0" w:color="auto"/>
            </w:tcBorders>
            <w:shd w:val="clear" w:color="auto" w:fill="auto"/>
            <w:noWrap/>
            <w:vAlign w:val="center"/>
            <w:hideMark/>
          </w:tcPr>
          <w:p w14:paraId="30E0E827"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0.044</w:t>
            </w:r>
          </w:p>
        </w:tc>
      </w:tr>
      <w:tr w:rsidR="00132970" w:rsidRPr="00546614" w14:paraId="0900E682" w14:textId="77777777" w:rsidTr="00AB0302">
        <w:trPr>
          <w:trHeight w:val="202"/>
          <w:jc w:val="center"/>
        </w:trPr>
        <w:tc>
          <w:tcPr>
            <w:tcW w:w="1555" w:type="dxa"/>
            <w:vMerge/>
            <w:tcBorders>
              <w:left w:val="single" w:sz="4" w:space="0" w:color="auto"/>
              <w:right w:val="single" w:sz="4" w:space="0" w:color="auto"/>
            </w:tcBorders>
            <w:shd w:val="clear" w:color="auto" w:fill="auto"/>
            <w:noWrap/>
            <w:vAlign w:val="center"/>
            <w:hideMark/>
          </w:tcPr>
          <w:p w14:paraId="3889EE46" w14:textId="325D2C14" w:rsidR="00132970" w:rsidRPr="00546614" w:rsidRDefault="00132970" w:rsidP="00546614">
            <w:pPr>
              <w:spacing w:line="240" w:lineRule="auto"/>
              <w:rPr>
                <w:sz w:val="16"/>
                <w:szCs w:val="28"/>
              </w:rPr>
            </w:pPr>
          </w:p>
        </w:tc>
        <w:tc>
          <w:tcPr>
            <w:tcW w:w="2551" w:type="dxa"/>
            <w:tcBorders>
              <w:top w:val="nil"/>
              <w:left w:val="nil"/>
              <w:bottom w:val="single" w:sz="4" w:space="0" w:color="auto"/>
              <w:right w:val="single" w:sz="4" w:space="0" w:color="auto"/>
            </w:tcBorders>
            <w:shd w:val="clear" w:color="auto" w:fill="auto"/>
            <w:noWrap/>
            <w:vAlign w:val="center"/>
            <w:hideMark/>
          </w:tcPr>
          <w:p w14:paraId="1E86C5B4"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1970-1974</w:t>
            </w:r>
          </w:p>
        </w:tc>
        <w:tc>
          <w:tcPr>
            <w:tcW w:w="798" w:type="dxa"/>
            <w:tcBorders>
              <w:top w:val="nil"/>
              <w:left w:val="nil"/>
              <w:bottom w:val="single" w:sz="4" w:space="0" w:color="auto"/>
              <w:right w:val="single" w:sz="4" w:space="0" w:color="auto"/>
            </w:tcBorders>
            <w:shd w:val="clear" w:color="auto" w:fill="auto"/>
            <w:noWrap/>
            <w:vAlign w:val="center"/>
            <w:hideMark/>
          </w:tcPr>
          <w:p w14:paraId="335B4ECD"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-0.197</w:t>
            </w:r>
          </w:p>
        </w:tc>
        <w:tc>
          <w:tcPr>
            <w:tcW w:w="798" w:type="dxa"/>
            <w:tcBorders>
              <w:top w:val="nil"/>
              <w:left w:val="nil"/>
              <w:bottom w:val="single" w:sz="4" w:space="0" w:color="auto"/>
              <w:right w:val="single" w:sz="4" w:space="0" w:color="auto"/>
            </w:tcBorders>
            <w:shd w:val="clear" w:color="auto" w:fill="auto"/>
            <w:noWrap/>
            <w:vAlign w:val="center"/>
            <w:hideMark/>
          </w:tcPr>
          <w:p w14:paraId="50EAE218"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9" w:type="dxa"/>
            <w:tcBorders>
              <w:top w:val="nil"/>
              <w:left w:val="nil"/>
              <w:bottom w:val="single" w:sz="4" w:space="0" w:color="auto"/>
              <w:right w:val="single" w:sz="4" w:space="0" w:color="auto"/>
            </w:tcBorders>
            <w:shd w:val="clear" w:color="auto" w:fill="auto"/>
            <w:noWrap/>
            <w:vAlign w:val="center"/>
            <w:hideMark/>
          </w:tcPr>
          <w:p w14:paraId="5DF08178"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0.061</w:t>
            </w:r>
          </w:p>
        </w:tc>
        <w:tc>
          <w:tcPr>
            <w:tcW w:w="798" w:type="dxa"/>
            <w:tcBorders>
              <w:top w:val="nil"/>
              <w:left w:val="nil"/>
              <w:bottom w:val="single" w:sz="4" w:space="0" w:color="auto"/>
              <w:right w:val="single" w:sz="4" w:space="0" w:color="auto"/>
            </w:tcBorders>
            <w:shd w:val="clear" w:color="auto" w:fill="auto"/>
            <w:noWrap/>
            <w:vAlign w:val="center"/>
            <w:hideMark/>
          </w:tcPr>
          <w:p w14:paraId="6EA3AEC2"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-0.179</w:t>
            </w:r>
          </w:p>
        </w:tc>
        <w:tc>
          <w:tcPr>
            <w:tcW w:w="799" w:type="dxa"/>
            <w:tcBorders>
              <w:top w:val="nil"/>
              <w:left w:val="nil"/>
              <w:bottom w:val="single" w:sz="4" w:space="0" w:color="auto"/>
              <w:right w:val="single" w:sz="4" w:space="0" w:color="auto"/>
            </w:tcBorders>
            <w:shd w:val="clear" w:color="auto" w:fill="auto"/>
            <w:noWrap/>
            <w:vAlign w:val="center"/>
            <w:hideMark/>
          </w:tcPr>
          <w:p w14:paraId="18744456"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8" w:type="dxa"/>
            <w:tcBorders>
              <w:top w:val="nil"/>
              <w:left w:val="nil"/>
              <w:bottom w:val="single" w:sz="4" w:space="0" w:color="auto"/>
              <w:right w:val="single" w:sz="4" w:space="0" w:color="auto"/>
            </w:tcBorders>
            <w:shd w:val="clear" w:color="auto" w:fill="auto"/>
            <w:noWrap/>
            <w:vAlign w:val="center"/>
            <w:hideMark/>
          </w:tcPr>
          <w:p w14:paraId="3F6E5475"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0.060</w:t>
            </w:r>
          </w:p>
        </w:tc>
        <w:tc>
          <w:tcPr>
            <w:tcW w:w="798" w:type="dxa"/>
            <w:tcBorders>
              <w:top w:val="nil"/>
              <w:left w:val="nil"/>
              <w:bottom w:val="single" w:sz="4" w:space="0" w:color="auto"/>
              <w:right w:val="single" w:sz="4" w:space="0" w:color="auto"/>
            </w:tcBorders>
            <w:shd w:val="clear" w:color="auto" w:fill="auto"/>
            <w:noWrap/>
            <w:vAlign w:val="center"/>
            <w:hideMark/>
          </w:tcPr>
          <w:p w14:paraId="06AAF5B5"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-0.185</w:t>
            </w:r>
          </w:p>
        </w:tc>
        <w:tc>
          <w:tcPr>
            <w:tcW w:w="799" w:type="dxa"/>
            <w:tcBorders>
              <w:top w:val="nil"/>
              <w:left w:val="nil"/>
              <w:bottom w:val="single" w:sz="4" w:space="0" w:color="auto"/>
              <w:right w:val="single" w:sz="4" w:space="0" w:color="auto"/>
            </w:tcBorders>
            <w:shd w:val="clear" w:color="auto" w:fill="auto"/>
            <w:noWrap/>
            <w:vAlign w:val="center"/>
            <w:hideMark/>
          </w:tcPr>
          <w:p w14:paraId="67A0D520"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8" w:type="dxa"/>
            <w:tcBorders>
              <w:top w:val="nil"/>
              <w:left w:val="nil"/>
              <w:bottom w:val="single" w:sz="4" w:space="0" w:color="auto"/>
              <w:right w:val="single" w:sz="4" w:space="0" w:color="auto"/>
            </w:tcBorders>
            <w:shd w:val="clear" w:color="auto" w:fill="auto"/>
            <w:noWrap/>
            <w:vAlign w:val="center"/>
            <w:hideMark/>
          </w:tcPr>
          <w:p w14:paraId="201D2B8E"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0.060</w:t>
            </w:r>
          </w:p>
        </w:tc>
        <w:tc>
          <w:tcPr>
            <w:tcW w:w="799" w:type="dxa"/>
            <w:tcBorders>
              <w:top w:val="nil"/>
              <w:left w:val="nil"/>
              <w:bottom w:val="single" w:sz="4" w:space="0" w:color="auto"/>
              <w:right w:val="single" w:sz="4" w:space="0" w:color="auto"/>
            </w:tcBorders>
            <w:shd w:val="clear" w:color="auto" w:fill="auto"/>
            <w:noWrap/>
            <w:vAlign w:val="center"/>
            <w:hideMark/>
          </w:tcPr>
          <w:p w14:paraId="1A1CB4E3"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-0.109</w:t>
            </w:r>
          </w:p>
        </w:tc>
        <w:tc>
          <w:tcPr>
            <w:tcW w:w="798" w:type="dxa"/>
            <w:tcBorders>
              <w:top w:val="nil"/>
              <w:left w:val="nil"/>
              <w:bottom w:val="single" w:sz="4" w:space="0" w:color="auto"/>
              <w:right w:val="single" w:sz="4" w:space="0" w:color="auto"/>
            </w:tcBorders>
            <w:shd w:val="clear" w:color="auto" w:fill="auto"/>
            <w:noWrap/>
            <w:vAlign w:val="center"/>
            <w:hideMark/>
          </w:tcPr>
          <w:p w14:paraId="5A543B2F"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9" w:type="dxa"/>
            <w:tcBorders>
              <w:top w:val="nil"/>
              <w:left w:val="nil"/>
              <w:bottom w:val="single" w:sz="4" w:space="0" w:color="auto"/>
              <w:right w:val="single" w:sz="4" w:space="0" w:color="auto"/>
            </w:tcBorders>
            <w:shd w:val="clear" w:color="auto" w:fill="auto"/>
            <w:noWrap/>
            <w:vAlign w:val="center"/>
            <w:hideMark/>
          </w:tcPr>
          <w:p w14:paraId="6C6F684B"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0.045</w:t>
            </w:r>
          </w:p>
        </w:tc>
      </w:tr>
      <w:tr w:rsidR="00132970" w:rsidRPr="00546614" w14:paraId="1E1A02BC" w14:textId="77777777" w:rsidTr="00546614">
        <w:trPr>
          <w:trHeight w:val="202"/>
          <w:jc w:val="center"/>
        </w:trPr>
        <w:tc>
          <w:tcPr>
            <w:tcW w:w="1555" w:type="dxa"/>
            <w:vMerge/>
            <w:tcBorders>
              <w:left w:val="single" w:sz="4" w:space="0" w:color="auto"/>
              <w:bottom w:val="single" w:sz="4" w:space="0" w:color="auto"/>
              <w:right w:val="single" w:sz="4" w:space="0" w:color="auto"/>
            </w:tcBorders>
            <w:shd w:val="clear" w:color="auto" w:fill="auto"/>
            <w:noWrap/>
            <w:vAlign w:val="center"/>
            <w:hideMark/>
          </w:tcPr>
          <w:p w14:paraId="0297B404" w14:textId="77777777" w:rsidR="00132970" w:rsidRPr="00546614" w:rsidRDefault="00132970" w:rsidP="00546614">
            <w:pPr>
              <w:spacing w:line="240" w:lineRule="auto"/>
              <w:rPr>
                <w:rFonts w:eastAsia="맑은 고딕" w:cs="Times New Roman"/>
                <w:color w:val="000000"/>
                <w:sz w:val="16"/>
                <w:szCs w:val="28"/>
              </w:rPr>
            </w:pPr>
          </w:p>
        </w:tc>
        <w:tc>
          <w:tcPr>
            <w:tcW w:w="2551" w:type="dxa"/>
            <w:tcBorders>
              <w:top w:val="nil"/>
              <w:left w:val="nil"/>
              <w:bottom w:val="single" w:sz="4" w:space="0" w:color="auto"/>
              <w:right w:val="single" w:sz="4" w:space="0" w:color="auto"/>
            </w:tcBorders>
            <w:shd w:val="clear" w:color="auto" w:fill="auto"/>
            <w:noWrap/>
            <w:vAlign w:val="center"/>
            <w:hideMark/>
          </w:tcPr>
          <w:p w14:paraId="10E1A611"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1975-1979</w:t>
            </w:r>
          </w:p>
        </w:tc>
        <w:tc>
          <w:tcPr>
            <w:tcW w:w="798" w:type="dxa"/>
            <w:tcBorders>
              <w:top w:val="nil"/>
              <w:left w:val="nil"/>
              <w:bottom w:val="single" w:sz="4" w:space="0" w:color="auto"/>
              <w:right w:val="single" w:sz="4" w:space="0" w:color="auto"/>
            </w:tcBorders>
            <w:shd w:val="clear" w:color="auto" w:fill="auto"/>
            <w:noWrap/>
            <w:vAlign w:val="center"/>
            <w:hideMark/>
          </w:tcPr>
          <w:p w14:paraId="3BAC9EE3"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-0.323</w:t>
            </w:r>
          </w:p>
        </w:tc>
        <w:tc>
          <w:tcPr>
            <w:tcW w:w="798" w:type="dxa"/>
            <w:tcBorders>
              <w:top w:val="nil"/>
              <w:left w:val="nil"/>
              <w:bottom w:val="single" w:sz="4" w:space="0" w:color="auto"/>
              <w:right w:val="single" w:sz="4" w:space="0" w:color="auto"/>
            </w:tcBorders>
            <w:shd w:val="clear" w:color="auto" w:fill="auto"/>
            <w:noWrap/>
            <w:vAlign w:val="center"/>
            <w:hideMark/>
          </w:tcPr>
          <w:p w14:paraId="68584A99"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9" w:type="dxa"/>
            <w:tcBorders>
              <w:top w:val="nil"/>
              <w:left w:val="nil"/>
              <w:bottom w:val="single" w:sz="4" w:space="0" w:color="auto"/>
              <w:right w:val="single" w:sz="4" w:space="0" w:color="auto"/>
            </w:tcBorders>
            <w:shd w:val="clear" w:color="auto" w:fill="auto"/>
            <w:noWrap/>
            <w:vAlign w:val="center"/>
            <w:hideMark/>
          </w:tcPr>
          <w:p w14:paraId="1E32AB26"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0.062</w:t>
            </w:r>
          </w:p>
        </w:tc>
        <w:tc>
          <w:tcPr>
            <w:tcW w:w="798" w:type="dxa"/>
            <w:tcBorders>
              <w:top w:val="nil"/>
              <w:left w:val="nil"/>
              <w:bottom w:val="single" w:sz="4" w:space="0" w:color="auto"/>
              <w:right w:val="single" w:sz="4" w:space="0" w:color="auto"/>
            </w:tcBorders>
            <w:shd w:val="clear" w:color="auto" w:fill="auto"/>
            <w:noWrap/>
            <w:vAlign w:val="center"/>
            <w:hideMark/>
          </w:tcPr>
          <w:p w14:paraId="18DC82EF"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-0.287</w:t>
            </w:r>
          </w:p>
        </w:tc>
        <w:tc>
          <w:tcPr>
            <w:tcW w:w="799" w:type="dxa"/>
            <w:tcBorders>
              <w:top w:val="nil"/>
              <w:left w:val="nil"/>
              <w:bottom w:val="single" w:sz="4" w:space="0" w:color="auto"/>
              <w:right w:val="single" w:sz="4" w:space="0" w:color="auto"/>
            </w:tcBorders>
            <w:shd w:val="clear" w:color="auto" w:fill="auto"/>
            <w:noWrap/>
            <w:vAlign w:val="center"/>
            <w:hideMark/>
          </w:tcPr>
          <w:p w14:paraId="5E97D228"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8" w:type="dxa"/>
            <w:tcBorders>
              <w:top w:val="nil"/>
              <w:left w:val="nil"/>
              <w:bottom w:val="single" w:sz="4" w:space="0" w:color="auto"/>
              <w:right w:val="single" w:sz="4" w:space="0" w:color="auto"/>
            </w:tcBorders>
            <w:shd w:val="clear" w:color="auto" w:fill="auto"/>
            <w:noWrap/>
            <w:vAlign w:val="center"/>
            <w:hideMark/>
          </w:tcPr>
          <w:p w14:paraId="01661F61"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0.061</w:t>
            </w:r>
          </w:p>
        </w:tc>
        <w:tc>
          <w:tcPr>
            <w:tcW w:w="798" w:type="dxa"/>
            <w:tcBorders>
              <w:top w:val="nil"/>
              <w:left w:val="nil"/>
              <w:bottom w:val="single" w:sz="4" w:space="0" w:color="auto"/>
              <w:right w:val="single" w:sz="4" w:space="0" w:color="auto"/>
            </w:tcBorders>
            <w:shd w:val="clear" w:color="auto" w:fill="auto"/>
            <w:noWrap/>
            <w:vAlign w:val="center"/>
            <w:hideMark/>
          </w:tcPr>
          <w:p w14:paraId="45CE6D5B"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-0.300</w:t>
            </w:r>
          </w:p>
        </w:tc>
        <w:tc>
          <w:tcPr>
            <w:tcW w:w="799" w:type="dxa"/>
            <w:tcBorders>
              <w:top w:val="nil"/>
              <w:left w:val="nil"/>
              <w:bottom w:val="single" w:sz="4" w:space="0" w:color="auto"/>
              <w:right w:val="single" w:sz="4" w:space="0" w:color="auto"/>
            </w:tcBorders>
            <w:shd w:val="clear" w:color="auto" w:fill="auto"/>
            <w:noWrap/>
            <w:vAlign w:val="center"/>
            <w:hideMark/>
          </w:tcPr>
          <w:p w14:paraId="1B4620D7"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8" w:type="dxa"/>
            <w:tcBorders>
              <w:top w:val="nil"/>
              <w:left w:val="nil"/>
              <w:bottom w:val="single" w:sz="4" w:space="0" w:color="auto"/>
              <w:right w:val="single" w:sz="4" w:space="0" w:color="auto"/>
            </w:tcBorders>
            <w:shd w:val="clear" w:color="auto" w:fill="auto"/>
            <w:noWrap/>
            <w:vAlign w:val="center"/>
            <w:hideMark/>
          </w:tcPr>
          <w:p w14:paraId="6C66A2CE"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0.061</w:t>
            </w:r>
          </w:p>
        </w:tc>
        <w:tc>
          <w:tcPr>
            <w:tcW w:w="799" w:type="dxa"/>
            <w:tcBorders>
              <w:top w:val="nil"/>
              <w:left w:val="nil"/>
              <w:bottom w:val="single" w:sz="4" w:space="0" w:color="auto"/>
              <w:right w:val="single" w:sz="4" w:space="0" w:color="auto"/>
            </w:tcBorders>
            <w:shd w:val="clear" w:color="auto" w:fill="auto"/>
            <w:noWrap/>
            <w:vAlign w:val="center"/>
            <w:hideMark/>
          </w:tcPr>
          <w:p w14:paraId="3880BCB6"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-0.121</w:t>
            </w:r>
          </w:p>
        </w:tc>
        <w:tc>
          <w:tcPr>
            <w:tcW w:w="798" w:type="dxa"/>
            <w:tcBorders>
              <w:top w:val="nil"/>
              <w:left w:val="nil"/>
              <w:bottom w:val="single" w:sz="4" w:space="0" w:color="auto"/>
              <w:right w:val="single" w:sz="4" w:space="0" w:color="auto"/>
            </w:tcBorders>
            <w:shd w:val="clear" w:color="auto" w:fill="auto"/>
            <w:noWrap/>
            <w:vAlign w:val="center"/>
            <w:hideMark/>
          </w:tcPr>
          <w:p w14:paraId="3DD45FF8"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9" w:type="dxa"/>
            <w:tcBorders>
              <w:top w:val="nil"/>
              <w:left w:val="nil"/>
              <w:bottom w:val="single" w:sz="4" w:space="0" w:color="auto"/>
              <w:right w:val="single" w:sz="4" w:space="0" w:color="auto"/>
            </w:tcBorders>
            <w:shd w:val="clear" w:color="auto" w:fill="auto"/>
            <w:noWrap/>
            <w:vAlign w:val="center"/>
            <w:hideMark/>
          </w:tcPr>
          <w:p w14:paraId="17727C5F"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0.046</w:t>
            </w:r>
          </w:p>
        </w:tc>
      </w:tr>
      <w:tr w:rsidR="00132970" w:rsidRPr="00546614" w14:paraId="4565A5E0" w14:textId="77777777" w:rsidTr="00546614">
        <w:trPr>
          <w:trHeight w:val="202"/>
          <w:jc w:val="center"/>
        </w:trPr>
        <w:tc>
          <w:tcPr>
            <w:tcW w:w="1555" w:type="dxa"/>
            <w:vMerge w:val="restart"/>
            <w:tcBorders>
              <w:top w:val="nil"/>
              <w:left w:val="single" w:sz="4" w:space="0" w:color="auto"/>
              <w:right w:val="single" w:sz="4" w:space="0" w:color="auto"/>
            </w:tcBorders>
            <w:shd w:val="clear" w:color="auto" w:fill="auto"/>
            <w:noWrap/>
            <w:vAlign w:val="center"/>
            <w:hideMark/>
          </w:tcPr>
          <w:p w14:paraId="66E79EF1" w14:textId="18DCA7F8" w:rsidR="00132970" w:rsidRPr="00546614" w:rsidRDefault="00132970" w:rsidP="00546614">
            <w:pPr>
              <w:spacing w:line="240" w:lineRule="auto"/>
              <w:rPr>
                <w:sz w:val="16"/>
                <w:szCs w:val="28"/>
              </w:rPr>
            </w:pPr>
            <w:r>
              <w:rPr>
                <w:rFonts w:ascii="Arial" w:eastAsia="Arial" w:hAnsi="Arial"/>
                <w:sz w:val="16"/>
                <w:szCs w:val="28"/>
              </w:rPr>
              <w:t>Gen M</w:t>
            </w:r>
          </w:p>
        </w:tc>
        <w:tc>
          <w:tcPr>
            <w:tcW w:w="2551" w:type="dxa"/>
            <w:tcBorders>
              <w:top w:val="nil"/>
              <w:left w:val="nil"/>
              <w:bottom w:val="single" w:sz="4" w:space="0" w:color="auto"/>
              <w:right w:val="single" w:sz="4" w:space="0" w:color="auto"/>
            </w:tcBorders>
            <w:shd w:val="clear" w:color="auto" w:fill="auto"/>
            <w:noWrap/>
            <w:vAlign w:val="center"/>
            <w:hideMark/>
          </w:tcPr>
          <w:p w14:paraId="5EC969AD"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1980-1984</w:t>
            </w:r>
          </w:p>
        </w:tc>
        <w:tc>
          <w:tcPr>
            <w:tcW w:w="798" w:type="dxa"/>
            <w:tcBorders>
              <w:top w:val="nil"/>
              <w:left w:val="nil"/>
              <w:bottom w:val="single" w:sz="4" w:space="0" w:color="auto"/>
              <w:right w:val="single" w:sz="4" w:space="0" w:color="auto"/>
            </w:tcBorders>
            <w:shd w:val="clear" w:color="auto" w:fill="auto"/>
            <w:noWrap/>
            <w:vAlign w:val="center"/>
            <w:hideMark/>
          </w:tcPr>
          <w:p w14:paraId="6FE801CA"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-0.379</w:t>
            </w:r>
          </w:p>
        </w:tc>
        <w:tc>
          <w:tcPr>
            <w:tcW w:w="798" w:type="dxa"/>
            <w:tcBorders>
              <w:top w:val="nil"/>
              <w:left w:val="nil"/>
              <w:bottom w:val="single" w:sz="4" w:space="0" w:color="auto"/>
              <w:right w:val="single" w:sz="4" w:space="0" w:color="auto"/>
            </w:tcBorders>
            <w:shd w:val="clear" w:color="auto" w:fill="auto"/>
            <w:noWrap/>
            <w:vAlign w:val="center"/>
            <w:hideMark/>
          </w:tcPr>
          <w:p w14:paraId="32998A76"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9" w:type="dxa"/>
            <w:tcBorders>
              <w:top w:val="nil"/>
              <w:left w:val="nil"/>
              <w:bottom w:val="single" w:sz="4" w:space="0" w:color="auto"/>
              <w:right w:val="single" w:sz="4" w:space="0" w:color="auto"/>
            </w:tcBorders>
            <w:shd w:val="clear" w:color="auto" w:fill="auto"/>
            <w:noWrap/>
            <w:vAlign w:val="center"/>
            <w:hideMark/>
          </w:tcPr>
          <w:p w14:paraId="47618FE2"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0.064</w:t>
            </w:r>
          </w:p>
        </w:tc>
        <w:tc>
          <w:tcPr>
            <w:tcW w:w="798" w:type="dxa"/>
            <w:tcBorders>
              <w:top w:val="nil"/>
              <w:left w:val="nil"/>
              <w:bottom w:val="single" w:sz="4" w:space="0" w:color="auto"/>
              <w:right w:val="single" w:sz="4" w:space="0" w:color="auto"/>
            </w:tcBorders>
            <w:shd w:val="clear" w:color="auto" w:fill="auto"/>
            <w:noWrap/>
            <w:vAlign w:val="center"/>
            <w:hideMark/>
          </w:tcPr>
          <w:p w14:paraId="04D9A1BA"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-0.347</w:t>
            </w:r>
          </w:p>
        </w:tc>
        <w:tc>
          <w:tcPr>
            <w:tcW w:w="799" w:type="dxa"/>
            <w:tcBorders>
              <w:top w:val="nil"/>
              <w:left w:val="nil"/>
              <w:bottom w:val="single" w:sz="4" w:space="0" w:color="auto"/>
              <w:right w:val="single" w:sz="4" w:space="0" w:color="auto"/>
            </w:tcBorders>
            <w:shd w:val="clear" w:color="auto" w:fill="auto"/>
            <w:noWrap/>
            <w:vAlign w:val="center"/>
            <w:hideMark/>
          </w:tcPr>
          <w:p w14:paraId="2C1E2122"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8" w:type="dxa"/>
            <w:tcBorders>
              <w:top w:val="nil"/>
              <w:left w:val="nil"/>
              <w:bottom w:val="single" w:sz="4" w:space="0" w:color="auto"/>
              <w:right w:val="single" w:sz="4" w:space="0" w:color="auto"/>
            </w:tcBorders>
            <w:shd w:val="clear" w:color="auto" w:fill="auto"/>
            <w:noWrap/>
            <w:vAlign w:val="center"/>
            <w:hideMark/>
          </w:tcPr>
          <w:p w14:paraId="1AE9D08C"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0.063</w:t>
            </w:r>
          </w:p>
        </w:tc>
        <w:tc>
          <w:tcPr>
            <w:tcW w:w="798" w:type="dxa"/>
            <w:tcBorders>
              <w:top w:val="nil"/>
              <w:left w:val="nil"/>
              <w:bottom w:val="single" w:sz="4" w:space="0" w:color="auto"/>
              <w:right w:val="single" w:sz="4" w:space="0" w:color="auto"/>
            </w:tcBorders>
            <w:shd w:val="clear" w:color="auto" w:fill="auto"/>
            <w:noWrap/>
            <w:vAlign w:val="center"/>
            <w:hideMark/>
          </w:tcPr>
          <w:p w14:paraId="16F2515F"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-0.364</w:t>
            </w:r>
          </w:p>
        </w:tc>
        <w:tc>
          <w:tcPr>
            <w:tcW w:w="799" w:type="dxa"/>
            <w:tcBorders>
              <w:top w:val="nil"/>
              <w:left w:val="nil"/>
              <w:bottom w:val="single" w:sz="4" w:space="0" w:color="auto"/>
              <w:right w:val="single" w:sz="4" w:space="0" w:color="auto"/>
            </w:tcBorders>
            <w:shd w:val="clear" w:color="auto" w:fill="auto"/>
            <w:noWrap/>
            <w:vAlign w:val="center"/>
            <w:hideMark/>
          </w:tcPr>
          <w:p w14:paraId="69285A10"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8" w:type="dxa"/>
            <w:tcBorders>
              <w:top w:val="nil"/>
              <w:left w:val="nil"/>
              <w:bottom w:val="single" w:sz="4" w:space="0" w:color="auto"/>
              <w:right w:val="single" w:sz="4" w:space="0" w:color="auto"/>
            </w:tcBorders>
            <w:shd w:val="clear" w:color="auto" w:fill="auto"/>
            <w:noWrap/>
            <w:vAlign w:val="center"/>
            <w:hideMark/>
          </w:tcPr>
          <w:p w14:paraId="4C140CA0"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0.063</w:t>
            </w:r>
          </w:p>
        </w:tc>
        <w:tc>
          <w:tcPr>
            <w:tcW w:w="799" w:type="dxa"/>
            <w:tcBorders>
              <w:top w:val="nil"/>
              <w:left w:val="nil"/>
              <w:bottom w:val="single" w:sz="4" w:space="0" w:color="auto"/>
              <w:right w:val="single" w:sz="4" w:space="0" w:color="auto"/>
            </w:tcBorders>
            <w:shd w:val="clear" w:color="auto" w:fill="auto"/>
            <w:noWrap/>
            <w:vAlign w:val="center"/>
            <w:hideMark/>
          </w:tcPr>
          <w:p w14:paraId="383536C9"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-0.154</w:t>
            </w:r>
          </w:p>
        </w:tc>
        <w:tc>
          <w:tcPr>
            <w:tcW w:w="798" w:type="dxa"/>
            <w:tcBorders>
              <w:top w:val="nil"/>
              <w:left w:val="nil"/>
              <w:bottom w:val="single" w:sz="4" w:space="0" w:color="auto"/>
              <w:right w:val="single" w:sz="4" w:space="0" w:color="auto"/>
            </w:tcBorders>
            <w:shd w:val="clear" w:color="auto" w:fill="auto"/>
            <w:noWrap/>
            <w:vAlign w:val="center"/>
            <w:hideMark/>
          </w:tcPr>
          <w:p w14:paraId="6C837CA2"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9" w:type="dxa"/>
            <w:tcBorders>
              <w:top w:val="nil"/>
              <w:left w:val="nil"/>
              <w:bottom w:val="single" w:sz="4" w:space="0" w:color="auto"/>
              <w:right w:val="single" w:sz="4" w:space="0" w:color="auto"/>
            </w:tcBorders>
            <w:shd w:val="clear" w:color="auto" w:fill="auto"/>
            <w:noWrap/>
            <w:vAlign w:val="center"/>
            <w:hideMark/>
          </w:tcPr>
          <w:p w14:paraId="0B5134DC"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0.048</w:t>
            </w:r>
          </w:p>
        </w:tc>
      </w:tr>
      <w:tr w:rsidR="00132970" w:rsidRPr="00546614" w14:paraId="0CD54C8B" w14:textId="77777777" w:rsidTr="009A624A">
        <w:trPr>
          <w:trHeight w:val="202"/>
          <w:jc w:val="center"/>
        </w:trPr>
        <w:tc>
          <w:tcPr>
            <w:tcW w:w="1555" w:type="dxa"/>
            <w:vMerge/>
            <w:tcBorders>
              <w:left w:val="single" w:sz="4" w:space="0" w:color="auto"/>
              <w:right w:val="single" w:sz="4" w:space="0" w:color="auto"/>
            </w:tcBorders>
            <w:shd w:val="clear" w:color="auto" w:fill="auto"/>
            <w:noWrap/>
            <w:vAlign w:val="center"/>
            <w:hideMark/>
          </w:tcPr>
          <w:p w14:paraId="679966ED" w14:textId="77777777" w:rsidR="00132970" w:rsidRPr="00546614" w:rsidRDefault="00132970" w:rsidP="00546614">
            <w:pPr>
              <w:spacing w:line="240" w:lineRule="auto"/>
              <w:rPr>
                <w:rFonts w:eastAsia="맑은 고딕" w:cs="Times New Roman"/>
                <w:color w:val="000000"/>
                <w:sz w:val="16"/>
                <w:szCs w:val="28"/>
              </w:rPr>
            </w:pPr>
          </w:p>
        </w:tc>
        <w:tc>
          <w:tcPr>
            <w:tcW w:w="2551" w:type="dxa"/>
            <w:tcBorders>
              <w:top w:val="nil"/>
              <w:left w:val="nil"/>
              <w:bottom w:val="single" w:sz="4" w:space="0" w:color="auto"/>
              <w:right w:val="single" w:sz="4" w:space="0" w:color="auto"/>
            </w:tcBorders>
            <w:shd w:val="clear" w:color="auto" w:fill="auto"/>
            <w:noWrap/>
            <w:vAlign w:val="center"/>
            <w:hideMark/>
          </w:tcPr>
          <w:p w14:paraId="030E892A"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1985-1989</w:t>
            </w:r>
          </w:p>
        </w:tc>
        <w:tc>
          <w:tcPr>
            <w:tcW w:w="798" w:type="dxa"/>
            <w:tcBorders>
              <w:top w:val="nil"/>
              <w:left w:val="nil"/>
              <w:bottom w:val="single" w:sz="4" w:space="0" w:color="auto"/>
              <w:right w:val="single" w:sz="4" w:space="0" w:color="auto"/>
            </w:tcBorders>
            <w:shd w:val="clear" w:color="auto" w:fill="auto"/>
            <w:noWrap/>
            <w:vAlign w:val="center"/>
            <w:hideMark/>
          </w:tcPr>
          <w:p w14:paraId="5FB0B56C"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-0.230</w:t>
            </w:r>
          </w:p>
        </w:tc>
        <w:tc>
          <w:tcPr>
            <w:tcW w:w="798" w:type="dxa"/>
            <w:tcBorders>
              <w:top w:val="nil"/>
              <w:left w:val="nil"/>
              <w:bottom w:val="single" w:sz="4" w:space="0" w:color="auto"/>
              <w:right w:val="single" w:sz="4" w:space="0" w:color="auto"/>
            </w:tcBorders>
            <w:shd w:val="clear" w:color="auto" w:fill="auto"/>
            <w:noWrap/>
            <w:vAlign w:val="center"/>
            <w:hideMark/>
          </w:tcPr>
          <w:p w14:paraId="192CCDAD"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9" w:type="dxa"/>
            <w:tcBorders>
              <w:top w:val="nil"/>
              <w:left w:val="nil"/>
              <w:bottom w:val="single" w:sz="4" w:space="0" w:color="auto"/>
              <w:right w:val="single" w:sz="4" w:space="0" w:color="auto"/>
            </w:tcBorders>
            <w:shd w:val="clear" w:color="auto" w:fill="auto"/>
            <w:noWrap/>
            <w:vAlign w:val="center"/>
            <w:hideMark/>
          </w:tcPr>
          <w:p w14:paraId="66DB1D5E"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0.068</w:t>
            </w:r>
          </w:p>
        </w:tc>
        <w:tc>
          <w:tcPr>
            <w:tcW w:w="798" w:type="dxa"/>
            <w:tcBorders>
              <w:top w:val="nil"/>
              <w:left w:val="nil"/>
              <w:bottom w:val="single" w:sz="4" w:space="0" w:color="auto"/>
              <w:right w:val="single" w:sz="4" w:space="0" w:color="auto"/>
            </w:tcBorders>
            <w:shd w:val="clear" w:color="auto" w:fill="auto"/>
            <w:noWrap/>
            <w:vAlign w:val="center"/>
            <w:hideMark/>
          </w:tcPr>
          <w:p w14:paraId="7F028FD6"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-0.227</w:t>
            </w:r>
          </w:p>
        </w:tc>
        <w:tc>
          <w:tcPr>
            <w:tcW w:w="799" w:type="dxa"/>
            <w:tcBorders>
              <w:top w:val="nil"/>
              <w:left w:val="nil"/>
              <w:bottom w:val="single" w:sz="4" w:space="0" w:color="auto"/>
              <w:right w:val="single" w:sz="4" w:space="0" w:color="auto"/>
            </w:tcBorders>
            <w:shd w:val="clear" w:color="auto" w:fill="auto"/>
            <w:noWrap/>
            <w:vAlign w:val="center"/>
            <w:hideMark/>
          </w:tcPr>
          <w:p w14:paraId="20550C24"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8" w:type="dxa"/>
            <w:tcBorders>
              <w:top w:val="nil"/>
              <w:left w:val="nil"/>
              <w:bottom w:val="single" w:sz="4" w:space="0" w:color="auto"/>
              <w:right w:val="single" w:sz="4" w:space="0" w:color="auto"/>
            </w:tcBorders>
            <w:shd w:val="clear" w:color="auto" w:fill="auto"/>
            <w:noWrap/>
            <w:vAlign w:val="center"/>
            <w:hideMark/>
          </w:tcPr>
          <w:p w14:paraId="79BF7D3E"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0.067</w:t>
            </w:r>
          </w:p>
        </w:tc>
        <w:tc>
          <w:tcPr>
            <w:tcW w:w="798" w:type="dxa"/>
            <w:tcBorders>
              <w:top w:val="nil"/>
              <w:left w:val="nil"/>
              <w:bottom w:val="single" w:sz="4" w:space="0" w:color="auto"/>
              <w:right w:val="single" w:sz="4" w:space="0" w:color="auto"/>
            </w:tcBorders>
            <w:shd w:val="clear" w:color="auto" w:fill="auto"/>
            <w:noWrap/>
            <w:vAlign w:val="center"/>
            <w:hideMark/>
          </w:tcPr>
          <w:p w14:paraId="4234AE42"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-0.241</w:t>
            </w:r>
          </w:p>
        </w:tc>
        <w:tc>
          <w:tcPr>
            <w:tcW w:w="799" w:type="dxa"/>
            <w:tcBorders>
              <w:top w:val="nil"/>
              <w:left w:val="nil"/>
              <w:bottom w:val="single" w:sz="4" w:space="0" w:color="auto"/>
              <w:right w:val="single" w:sz="4" w:space="0" w:color="auto"/>
            </w:tcBorders>
            <w:shd w:val="clear" w:color="auto" w:fill="auto"/>
            <w:noWrap/>
            <w:vAlign w:val="center"/>
            <w:hideMark/>
          </w:tcPr>
          <w:p w14:paraId="7A0DE1D4"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8" w:type="dxa"/>
            <w:tcBorders>
              <w:top w:val="nil"/>
              <w:left w:val="nil"/>
              <w:bottom w:val="single" w:sz="4" w:space="0" w:color="auto"/>
              <w:right w:val="single" w:sz="4" w:space="0" w:color="auto"/>
            </w:tcBorders>
            <w:shd w:val="clear" w:color="auto" w:fill="auto"/>
            <w:noWrap/>
            <w:vAlign w:val="center"/>
            <w:hideMark/>
          </w:tcPr>
          <w:p w14:paraId="019D89A4"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0.068</w:t>
            </w:r>
          </w:p>
        </w:tc>
        <w:tc>
          <w:tcPr>
            <w:tcW w:w="799" w:type="dxa"/>
            <w:tcBorders>
              <w:top w:val="nil"/>
              <w:left w:val="nil"/>
              <w:bottom w:val="single" w:sz="4" w:space="0" w:color="auto"/>
              <w:right w:val="single" w:sz="4" w:space="0" w:color="auto"/>
            </w:tcBorders>
            <w:shd w:val="clear" w:color="auto" w:fill="auto"/>
            <w:noWrap/>
            <w:vAlign w:val="center"/>
            <w:hideMark/>
          </w:tcPr>
          <w:p w14:paraId="13B6035D"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-0.085</w:t>
            </w:r>
          </w:p>
        </w:tc>
        <w:tc>
          <w:tcPr>
            <w:tcW w:w="798" w:type="dxa"/>
            <w:tcBorders>
              <w:top w:val="nil"/>
              <w:left w:val="nil"/>
              <w:bottom w:val="single" w:sz="4" w:space="0" w:color="auto"/>
              <w:right w:val="single" w:sz="4" w:space="0" w:color="auto"/>
            </w:tcBorders>
            <w:shd w:val="clear" w:color="auto" w:fill="auto"/>
            <w:noWrap/>
            <w:vAlign w:val="center"/>
            <w:hideMark/>
          </w:tcPr>
          <w:p w14:paraId="48ABD5C3"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03346A0E"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0.054</w:t>
            </w:r>
          </w:p>
        </w:tc>
      </w:tr>
      <w:tr w:rsidR="00132970" w:rsidRPr="00546614" w14:paraId="35099580" w14:textId="77777777" w:rsidTr="009A624A">
        <w:trPr>
          <w:trHeight w:val="202"/>
          <w:jc w:val="center"/>
        </w:trPr>
        <w:tc>
          <w:tcPr>
            <w:tcW w:w="1555" w:type="dxa"/>
            <w:vMerge/>
            <w:tcBorders>
              <w:left w:val="single" w:sz="4" w:space="0" w:color="auto"/>
              <w:bottom w:val="single" w:sz="4" w:space="0" w:color="auto"/>
              <w:right w:val="single" w:sz="4" w:space="0" w:color="auto"/>
            </w:tcBorders>
            <w:shd w:val="clear" w:color="auto" w:fill="auto"/>
            <w:noWrap/>
            <w:vAlign w:val="center"/>
            <w:hideMark/>
          </w:tcPr>
          <w:p w14:paraId="6DE61F7A" w14:textId="22D8DF06" w:rsidR="00132970" w:rsidRPr="00546614" w:rsidRDefault="00132970" w:rsidP="00546614">
            <w:pPr>
              <w:spacing w:line="240" w:lineRule="auto"/>
              <w:rPr>
                <w:sz w:val="16"/>
                <w:szCs w:val="28"/>
              </w:rPr>
            </w:pPr>
          </w:p>
        </w:tc>
        <w:tc>
          <w:tcPr>
            <w:tcW w:w="2551" w:type="dxa"/>
            <w:tcBorders>
              <w:top w:val="nil"/>
              <w:left w:val="nil"/>
              <w:bottom w:val="single" w:sz="4" w:space="0" w:color="auto"/>
              <w:right w:val="single" w:sz="4" w:space="0" w:color="auto"/>
            </w:tcBorders>
            <w:shd w:val="clear" w:color="auto" w:fill="auto"/>
            <w:noWrap/>
            <w:vAlign w:val="center"/>
            <w:hideMark/>
          </w:tcPr>
          <w:p w14:paraId="305277E2"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1990-1994</w:t>
            </w:r>
          </w:p>
        </w:tc>
        <w:tc>
          <w:tcPr>
            <w:tcW w:w="798" w:type="dxa"/>
            <w:tcBorders>
              <w:top w:val="nil"/>
              <w:left w:val="nil"/>
              <w:bottom w:val="single" w:sz="4" w:space="0" w:color="auto"/>
              <w:right w:val="single" w:sz="4" w:space="0" w:color="auto"/>
            </w:tcBorders>
            <w:shd w:val="clear" w:color="auto" w:fill="auto"/>
            <w:noWrap/>
            <w:vAlign w:val="center"/>
            <w:hideMark/>
          </w:tcPr>
          <w:p w14:paraId="66CDEB4C"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0.325</w:t>
            </w:r>
          </w:p>
        </w:tc>
        <w:tc>
          <w:tcPr>
            <w:tcW w:w="798" w:type="dxa"/>
            <w:tcBorders>
              <w:top w:val="nil"/>
              <w:left w:val="nil"/>
              <w:bottom w:val="single" w:sz="4" w:space="0" w:color="auto"/>
              <w:right w:val="single" w:sz="4" w:space="0" w:color="auto"/>
            </w:tcBorders>
            <w:shd w:val="clear" w:color="auto" w:fill="auto"/>
            <w:noWrap/>
            <w:vAlign w:val="center"/>
            <w:hideMark/>
          </w:tcPr>
          <w:p w14:paraId="04C8A66B"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9" w:type="dxa"/>
            <w:tcBorders>
              <w:top w:val="nil"/>
              <w:left w:val="nil"/>
              <w:bottom w:val="single" w:sz="4" w:space="0" w:color="auto"/>
              <w:right w:val="single" w:sz="4" w:space="0" w:color="auto"/>
            </w:tcBorders>
            <w:shd w:val="clear" w:color="auto" w:fill="auto"/>
            <w:noWrap/>
            <w:vAlign w:val="center"/>
            <w:hideMark/>
          </w:tcPr>
          <w:p w14:paraId="20A50840"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0.069</w:t>
            </w:r>
          </w:p>
        </w:tc>
        <w:tc>
          <w:tcPr>
            <w:tcW w:w="798" w:type="dxa"/>
            <w:tcBorders>
              <w:top w:val="nil"/>
              <w:left w:val="nil"/>
              <w:bottom w:val="single" w:sz="4" w:space="0" w:color="auto"/>
              <w:right w:val="single" w:sz="4" w:space="0" w:color="auto"/>
            </w:tcBorders>
            <w:shd w:val="clear" w:color="auto" w:fill="auto"/>
            <w:noWrap/>
            <w:vAlign w:val="center"/>
            <w:hideMark/>
          </w:tcPr>
          <w:p w14:paraId="763A4D9F"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0.304</w:t>
            </w:r>
          </w:p>
        </w:tc>
        <w:tc>
          <w:tcPr>
            <w:tcW w:w="799" w:type="dxa"/>
            <w:tcBorders>
              <w:top w:val="nil"/>
              <w:left w:val="nil"/>
              <w:bottom w:val="single" w:sz="4" w:space="0" w:color="auto"/>
              <w:right w:val="single" w:sz="4" w:space="0" w:color="auto"/>
            </w:tcBorders>
            <w:shd w:val="clear" w:color="auto" w:fill="auto"/>
            <w:noWrap/>
            <w:vAlign w:val="center"/>
            <w:hideMark/>
          </w:tcPr>
          <w:p w14:paraId="35C0CCD1"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8" w:type="dxa"/>
            <w:tcBorders>
              <w:top w:val="nil"/>
              <w:left w:val="nil"/>
              <w:bottom w:val="single" w:sz="4" w:space="0" w:color="auto"/>
              <w:right w:val="single" w:sz="4" w:space="0" w:color="auto"/>
            </w:tcBorders>
            <w:shd w:val="clear" w:color="auto" w:fill="auto"/>
            <w:noWrap/>
            <w:vAlign w:val="center"/>
            <w:hideMark/>
          </w:tcPr>
          <w:p w14:paraId="407E31BC"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0.068</w:t>
            </w:r>
          </w:p>
        </w:tc>
        <w:tc>
          <w:tcPr>
            <w:tcW w:w="798" w:type="dxa"/>
            <w:tcBorders>
              <w:top w:val="nil"/>
              <w:left w:val="nil"/>
              <w:bottom w:val="single" w:sz="4" w:space="0" w:color="auto"/>
              <w:right w:val="single" w:sz="4" w:space="0" w:color="auto"/>
            </w:tcBorders>
            <w:shd w:val="clear" w:color="auto" w:fill="auto"/>
            <w:noWrap/>
            <w:vAlign w:val="center"/>
            <w:hideMark/>
          </w:tcPr>
          <w:p w14:paraId="4446E1E6"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0.304</w:t>
            </w:r>
          </w:p>
        </w:tc>
        <w:tc>
          <w:tcPr>
            <w:tcW w:w="799" w:type="dxa"/>
            <w:tcBorders>
              <w:top w:val="nil"/>
              <w:left w:val="nil"/>
              <w:bottom w:val="single" w:sz="4" w:space="0" w:color="auto"/>
              <w:right w:val="single" w:sz="4" w:space="0" w:color="auto"/>
            </w:tcBorders>
            <w:shd w:val="clear" w:color="auto" w:fill="auto"/>
            <w:noWrap/>
            <w:vAlign w:val="center"/>
            <w:hideMark/>
          </w:tcPr>
          <w:p w14:paraId="6E54FDE8"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8" w:type="dxa"/>
            <w:tcBorders>
              <w:top w:val="nil"/>
              <w:left w:val="nil"/>
              <w:bottom w:val="single" w:sz="4" w:space="0" w:color="auto"/>
              <w:right w:val="single" w:sz="4" w:space="0" w:color="auto"/>
            </w:tcBorders>
            <w:shd w:val="clear" w:color="auto" w:fill="auto"/>
            <w:noWrap/>
            <w:vAlign w:val="center"/>
            <w:hideMark/>
          </w:tcPr>
          <w:p w14:paraId="4D9DA6D0"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0.068</w:t>
            </w:r>
          </w:p>
        </w:tc>
        <w:tc>
          <w:tcPr>
            <w:tcW w:w="799" w:type="dxa"/>
            <w:tcBorders>
              <w:top w:val="nil"/>
              <w:left w:val="nil"/>
              <w:bottom w:val="single" w:sz="4" w:space="0" w:color="auto"/>
              <w:right w:val="single" w:sz="4" w:space="0" w:color="auto"/>
            </w:tcBorders>
            <w:shd w:val="clear" w:color="auto" w:fill="auto"/>
            <w:noWrap/>
            <w:vAlign w:val="center"/>
            <w:hideMark/>
          </w:tcPr>
          <w:p w14:paraId="34156B61"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0.241</w:t>
            </w:r>
          </w:p>
        </w:tc>
        <w:tc>
          <w:tcPr>
            <w:tcW w:w="798" w:type="dxa"/>
            <w:tcBorders>
              <w:top w:val="nil"/>
              <w:left w:val="nil"/>
              <w:bottom w:val="single" w:sz="4" w:space="0" w:color="auto"/>
              <w:right w:val="single" w:sz="4" w:space="0" w:color="auto"/>
            </w:tcBorders>
            <w:shd w:val="clear" w:color="auto" w:fill="auto"/>
            <w:noWrap/>
            <w:vAlign w:val="center"/>
            <w:hideMark/>
          </w:tcPr>
          <w:p w14:paraId="34C53EB5"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9" w:type="dxa"/>
            <w:tcBorders>
              <w:top w:val="nil"/>
              <w:left w:val="nil"/>
              <w:bottom w:val="single" w:sz="4" w:space="0" w:color="auto"/>
              <w:right w:val="single" w:sz="4" w:space="0" w:color="auto"/>
            </w:tcBorders>
            <w:shd w:val="clear" w:color="auto" w:fill="auto"/>
            <w:noWrap/>
            <w:vAlign w:val="center"/>
            <w:hideMark/>
          </w:tcPr>
          <w:p w14:paraId="0E0370C3"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0.054</w:t>
            </w:r>
          </w:p>
        </w:tc>
      </w:tr>
      <w:tr w:rsidR="00546614" w:rsidRPr="00546614" w14:paraId="4130B1BF" w14:textId="77777777" w:rsidTr="00132970">
        <w:trPr>
          <w:trHeight w:val="202"/>
          <w:jc w:val="center"/>
        </w:trPr>
        <w:tc>
          <w:tcPr>
            <w:tcW w:w="1555" w:type="dxa"/>
            <w:tcBorders>
              <w:top w:val="single" w:sz="4" w:space="0" w:color="auto"/>
              <w:left w:val="single" w:sz="4" w:space="0" w:color="auto"/>
              <w:right w:val="single" w:sz="4" w:space="0" w:color="auto"/>
            </w:tcBorders>
            <w:shd w:val="clear" w:color="auto" w:fill="auto"/>
            <w:noWrap/>
            <w:vAlign w:val="center"/>
            <w:hideMark/>
          </w:tcPr>
          <w:p w14:paraId="4BB90CDE" w14:textId="74F0B23B" w:rsidR="00546614" w:rsidRPr="00546614" w:rsidRDefault="00132970" w:rsidP="00546614">
            <w:pPr>
              <w:spacing w:line="240" w:lineRule="auto"/>
              <w:rPr>
                <w:rFonts w:eastAsia="맑은 고딕" w:cs="Times New Roman"/>
                <w:color w:val="000000"/>
                <w:sz w:val="16"/>
                <w:szCs w:val="28"/>
              </w:rPr>
            </w:pPr>
            <w:r>
              <w:rPr>
                <w:rFonts w:ascii="Arial" w:eastAsia="Arial" w:hAnsi="Arial"/>
                <w:sz w:val="16"/>
                <w:szCs w:val="28"/>
              </w:rPr>
              <w:t>Gen Z</w:t>
            </w:r>
          </w:p>
        </w:tc>
        <w:tc>
          <w:tcPr>
            <w:tcW w:w="2551" w:type="dxa"/>
            <w:tcBorders>
              <w:top w:val="nil"/>
              <w:left w:val="nil"/>
              <w:bottom w:val="single" w:sz="4" w:space="0" w:color="auto"/>
              <w:right w:val="single" w:sz="4" w:space="0" w:color="auto"/>
            </w:tcBorders>
            <w:shd w:val="clear" w:color="auto" w:fill="auto"/>
            <w:noWrap/>
            <w:vAlign w:val="center"/>
            <w:hideMark/>
          </w:tcPr>
          <w:p w14:paraId="152F716D"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1995-1999</w:t>
            </w:r>
          </w:p>
        </w:tc>
        <w:tc>
          <w:tcPr>
            <w:tcW w:w="798" w:type="dxa"/>
            <w:tcBorders>
              <w:top w:val="nil"/>
              <w:left w:val="nil"/>
              <w:bottom w:val="single" w:sz="4" w:space="0" w:color="auto"/>
              <w:right w:val="single" w:sz="4" w:space="0" w:color="auto"/>
            </w:tcBorders>
            <w:shd w:val="clear" w:color="auto" w:fill="auto"/>
            <w:noWrap/>
            <w:vAlign w:val="center"/>
            <w:hideMark/>
          </w:tcPr>
          <w:p w14:paraId="581F0EBB"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0.524</w:t>
            </w:r>
          </w:p>
        </w:tc>
        <w:tc>
          <w:tcPr>
            <w:tcW w:w="798" w:type="dxa"/>
            <w:tcBorders>
              <w:top w:val="nil"/>
              <w:left w:val="nil"/>
              <w:bottom w:val="single" w:sz="4" w:space="0" w:color="auto"/>
              <w:right w:val="single" w:sz="4" w:space="0" w:color="auto"/>
            </w:tcBorders>
            <w:shd w:val="clear" w:color="auto" w:fill="auto"/>
            <w:noWrap/>
            <w:vAlign w:val="center"/>
            <w:hideMark/>
          </w:tcPr>
          <w:p w14:paraId="3A84F540"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9" w:type="dxa"/>
            <w:tcBorders>
              <w:top w:val="nil"/>
              <w:left w:val="nil"/>
              <w:bottom w:val="single" w:sz="4" w:space="0" w:color="auto"/>
              <w:right w:val="single" w:sz="4" w:space="0" w:color="auto"/>
            </w:tcBorders>
            <w:shd w:val="clear" w:color="auto" w:fill="auto"/>
            <w:noWrap/>
            <w:vAlign w:val="center"/>
            <w:hideMark/>
          </w:tcPr>
          <w:p w14:paraId="19C15F82"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0.079</w:t>
            </w:r>
          </w:p>
        </w:tc>
        <w:tc>
          <w:tcPr>
            <w:tcW w:w="798" w:type="dxa"/>
            <w:tcBorders>
              <w:top w:val="nil"/>
              <w:left w:val="nil"/>
              <w:bottom w:val="single" w:sz="4" w:space="0" w:color="auto"/>
              <w:right w:val="single" w:sz="4" w:space="0" w:color="auto"/>
            </w:tcBorders>
            <w:shd w:val="clear" w:color="auto" w:fill="auto"/>
            <w:noWrap/>
            <w:vAlign w:val="center"/>
            <w:hideMark/>
          </w:tcPr>
          <w:p w14:paraId="2A79CE1A"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0.483</w:t>
            </w:r>
          </w:p>
        </w:tc>
        <w:tc>
          <w:tcPr>
            <w:tcW w:w="799" w:type="dxa"/>
            <w:tcBorders>
              <w:top w:val="nil"/>
              <w:left w:val="nil"/>
              <w:bottom w:val="single" w:sz="4" w:space="0" w:color="auto"/>
              <w:right w:val="single" w:sz="4" w:space="0" w:color="auto"/>
            </w:tcBorders>
            <w:shd w:val="clear" w:color="auto" w:fill="auto"/>
            <w:noWrap/>
            <w:vAlign w:val="center"/>
            <w:hideMark/>
          </w:tcPr>
          <w:p w14:paraId="1DE4870D"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8" w:type="dxa"/>
            <w:tcBorders>
              <w:top w:val="nil"/>
              <w:left w:val="nil"/>
              <w:bottom w:val="single" w:sz="4" w:space="0" w:color="auto"/>
              <w:right w:val="single" w:sz="4" w:space="0" w:color="auto"/>
            </w:tcBorders>
            <w:shd w:val="clear" w:color="auto" w:fill="auto"/>
            <w:noWrap/>
            <w:vAlign w:val="center"/>
            <w:hideMark/>
          </w:tcPr>
          <w:p w14:paraId="631DBBC3"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0.078</w:t>
            </w:r>
          </w:p>
        </w:tc>
        <w:tc>
          <w:tcPr>
            <w:tcW w:w="798" w:type="dxa"/>
            <w:tcBorders>
              <w:top w:val="nil"/>
              <w:left w:val="nil"/>
              <w:bottom w:val="single" w:sz="4" w:space="0" w:color="auto"/>
              <w:right w:val="single" w:sz="4" w:space="0" w:color="auto"/>
            </w:tcBorders>
            <w:shd w:val="clear" w:color="auto" w:fill="auto"/>
            <w:noWrap/>
            <w:vAlign w:val="center"/>
            <w:hideMark/>
          </w:tcPr>
          <w:p w14:paraId="06B910F8"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0.525</w:t>
            </w:r>
          </w:p>
        </w:tc>
        <w:tc>
          <w:tcPr>
            <w:tcW w:w="799" w:type="dxa"/>
            <w:tcBorders>
              <w:top w:val="nil"/>
              <w:left w:val="nil"/>
              <w:bottom w:val="single" w:sz="4" w:space="0" w:color="auto"/>
              <w:right w:val="single" w:sz="4" w:space="0" w:color="auto"/>
            </w:tcBorders>
            <w:shd w:val="clear" w:color="auto" w:fill="auto"/>
            <w:noWrap/>
            <w:vAlign w:val="center"/>
            <w:hideMark/>
          </w:tcPr>
          <w:p w14:paraId="04CCA781"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8" w:type="dxa"/>
            <w:tcBorders>
              <w:top w:val="nil"/>
              <w:left w:val="nil"/>
              <w:bottom w:val="single" w:sz="4" w:space="0" w:color="auto"/>
              <w:right w:val="single" w:sz="4" w:space="0" w:color="auto"/>
            </w:tcBorders>
            <w:shd w:val="clear" w:color="auto" w:fill="auto"/>
            <w:noWrap/>
            <w:vAlign w:val="center"/>
            <w:hideMark/>
          </w:tcPr>
          <w:p w14:paraId="3A42B630"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0.079</w:t>
            </w:r>
          </w:p>
        </w:tc>
        <w:tc>
          <w:tcPr>
            <w:tcW w:w="799" w:type="dxa"/>
            <w:tcBorders>
              <w:top w:val="nil"/>
              <w:left w:val="nil"/>
              <w:bottom w:val="single" w:sz="4" w:space="0" w:color="auto"/>
              <w:right w:val="single" w:sz="4" w:space="0" w:color="auto"/>
            </w:tcBorders>
            <w:shd w:val="clear" w:color="auto" w:fill="auto"/>
            <w:noWrap/>
            <w:vAlign w:val="center"/>
            <w:hideMark/>
          </w:tcPr>
          <w:p w14:paraId="2C541D5D"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0.190</w:t>
            </w:r>
          </w:p>
        </w:tc>
        <w:tc>
          <w:tcPr>
            <w:tcW w:w="798" w:type="dxa"/>
            <w:tcBorders>
              <w:top w:val="nil"/>
              <w:left w:val="nil"/>
              <w:bottom w:val="single" w:sz="4" w:space="0" w:color="auto"/>
              <w:right w:val="single" w:sz="4" w:space="0" w:color="auto"/>
            </w:tcBorders>
            <w:shd w:val="clear" w:color="auto" w:fill="auto"/>
            <w:noWrap/>
            <w:vAlign w:val="center"/>
            <w:hideMark/>
          </w:tcPr>
          <w:p w14:paraId="31F74F07"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799" w:type="dxa"/>
            <w:tcBorders>
              <w:top w:val="nil"/>
              <w:left w:val="nil"/>
              <w:bottom w:val="single" w:sz="4" w:space="0" w:color="auto"/>
              <w:right w:val="single" w:sz="4" w:space="0" w:color="auto"/>
            </w:tcBorders>
            <w:shd w:val="clear" w:color="auto" w:fill="auto"/>
            <w:noWrap/>
            <w:vAlign w:val="center"/>
            <w:hideMark/>
          </w:tcPr>
          <w:p w14:paraId="779F9C00"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0.065</w:t>
            </w:r>
          </w:p>
        </w:tc>
      </w:tr>
      <w:tr w:rsidR="00546614" w:rsidRPr="00546614" w14:paraId="0237538D" w14:textId="77777777" w:rsidTr="00132970">
        <w:trPr>
          <w:trHeight w:val="53"/>
          <w:jc w:val="center"/>
        </w:trPr>
        <w:tc>
          <w:tcPr>
            <w:tcW w:w="1555" w:type="dxa"/>
            <w:tcBorders>
              <w:left w:val="single" w:sz="4" w:space="0" w:color="auto"/>
              <w:bottom w:val="single" w:sz="4" w:space="0" w:color="auto"/>
              <w:right w:val="single" w:sz="4" w:space="0" w:color="auto"/>
            </w:tcBorders>
            <w:shd w:val="clear" w:color="auto" w:fill="auto"/>
            <w:noWrap/>
            <w:vAlign w:val="center"/>
            <w:hideMark/>
          </w:tcPr>
          <w:p w14:paraId="041FCF12" w14:textId="77777777" w:rsidR="00546614" w:rsidRPr="00546614" w:rsidRDefault="00546614" w:rsidP="00546614">
            <w:pPr>
              <w:spacing w:line="240" w:lineRule="auto"/>
              <w:rPr>
                <w:rFonts w:eastAsia="맑은 고딕" w:cs="Times New Roman"/>
                <w:color w:val="000000"/>
                <w:sz w:val="16"/>
                <w:szCs w:val="28"/>
              </w:rPr>
            </w:pPr>
          </w:p>
        </w:tc>
        <w:tc>
          <w:tcPr>
            <w:tcW w:w="2551" w:type="dxa"/>
            <w:tcBorders>
              <w:top w:val="nil"/>
              <w:left w:val="nil"/>
              <w:bottom w:val="single" w:sz="4" w:space="0" w:color="auto"/>
              <w:right w:val="single" w:sz="4" w:space="0" w:color="auto"/>
            </w:tcBorders>
            <w:shd w:val="clear" w:color="auto" w:fill="auto"/>
            <w:noWrap/>
            <w:vAlign w:val="center"/>
            <w:hideMark/>
          </w:tcPr>
          <w:p w14:paraId="5357A17B"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2000-2004</w:t>
            </w:r>
          </w:p>
        </w:tc>
        <w:tc>
          <w:tcPr>
            <w:tcW w:w="798" w:type="dxa"/>
            <w:tcBorders>
              <w:top w:val="nil"/>
              <w:left w:val="nil"/>
              <w:bottom w:val="single" w:sz="4" w:space="0" w:color="auto"/>
              <w:right w:val="single" w:sz="4" w:space="0" w:color="auto"/>
            </w:tcBorders>
            <w:shd w:val="clear" w:color="auto" w:fill="auto"/>
            <w:noWrap/>
            <w:vAlign w:val="center"/>
            <w:hideMark/>
          </w:tcPr>
          <w:p w14:paraId="63DAD182"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-0.004</w:t>
            </w:r>
          </w:p>
        </w:tc>
        <w:tc>
          <w:tcPr>
            <w:tcW w:w="798" w:type="dxa"/>
            <w:tcBorders>
              <w:top w:val="nil"/>
              <w:left w:val="nil"/>
              <w:bottom w:val="single" w:sz="4" w:space="0" w:color="auto"/>
              <w:right w:val="single" w:sz="4" w:space="0" w:color="auto"/>
            </w:tcBorders>
            <w:shd w:val="clear" w:color="auto" w:fill="auto"/>
            <w:noWrap/>
            <w:vAlign w:val="center"/>
            <w:hideMark/>
          </w:tcPr>
          <w:p w14:paraId="5CA462A8"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2969BF98"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0.235</w:t>
            </w:r>
          </w:p>
        </w:tc>
        <w:tc>
          <w:tcPr>
            <w:tcW w:w="798" w:type="dxa"/>
            <w:tcBorders>
              <w:top w:val="nil"/>
              <w:left w:val="nil"/>
              <w:bottom w:val="single" w:sz="4" w:space="0" w:color="auto"/>
              <w:right w:val="single" w:sz="4" w:space="0" w:color="auto"/>
            </w:tcBorders>
            <w:shd w:val="clear" w:color="auto" w:fill="auto"/>
            <w:noWrap/>
            <w:vAlign w:val="center"/>
            <w:hideMark/>
          </w:tcPr>
          <w:p w14:paraId="58E7E7A9"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-0.003</w:t>
            </w:r>
          </w:p>
        </w:tc>
        <w:tc>
          <w:tcPr>
            <w:tcW w:w="799" w:type="dxa"/>
            <w:tcBorders>
              <w:top w:val="nil"/>
              <w:left w:val="nil"/>
              <w:bottom w:val="single" w:sz="4" w:space="0" w:color="auto"/>
              <w:right w:val="single" w:sz="4" w:space="0" w:color="auto"/>
            </w:tcBorders>
            <w:shd w:val="clear" w:color="auto" w:fill="auto"/>
            <w:noWrap/>
            <w:vAlign w:val="center"/>
            <w:hideMark/>
          </w:tcPr>
          <w:p w14:paraId="53AF1622"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7EF10B16"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0.221</w:t>
            </w:r>
          </w:p>
        </w:tc>
        <w:tc>
          <w:tcPr>
            <w:tcW w:w="798" w:type="dxa"/>
            <w:tcBorders>
              <w:top w:val="nil"/>
              <w:left w:val="nil"/>
              <w:bottom w:val="single" w:sz="4" w:space="0" w:color="auto"/>
              <w:right w:val="single" w:sz="4" w:space="0" w:color="auto"/>
            </w:tcBorders>
            <w:shd w:val="clear" w:color="auto" w:fill="auto"/>
            <w:noWrap/>
            <w:vAlign w:val="center"/>
            <w:hideMark/>
          </w:tcPr>
          <w:p w14:paraId="00434B0D"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0.000</w:t>
            </w:r>
          </w:p>
        </w:tc>
        <w:tc>
          <w:tcPr>
            <w:tcW w:w="799" w:type="dxa"/>
            <w:tcBorders>
              <w:top w:val="nil"/>
              <w:left w:val="nil"/>
              <w:bottom w:val="single" w:sz="4" w:space="0" w:color="auto"/>
              <w:right w:val="single" w:sz="4" w:space="0" w:color="auto"/>
            </w:tcBorders>
            <w:shd w:val="clear" w:color="auto" w:fill="auto"/>
            <w:noWrap/>
            <w:vAlign w:val="center"/>
            <w:hideMark/>
          </w:tcPr>
          <w:p w14:paraId="30A2CF2C"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8" w:type="dxa"/>
            <w:tcBorders>
              <w:top w:val="nil"/>
              <w:left w:val="nil"/>
              <w:bottom w:val="single" w:sz="4" w:space="0" w:color="auto"/>
              <w:right w:val="single" w:sz="4" w:space="0" w:color="auto"/>
            </w:tcBorders>
            <w:shd w:val="clear" w:color="auto" w:fill="auto"/>
            <w:noWrap/>
            <w:vAlign w:val="center"/>
            <w:hideMark/>
          </w:tcPr>
          <w:p w14:paraId="70F28D38"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0.230</w:t>
            </w:r>
          </w:p>
        </w:tc>
        <w:tc>
          <w:tcPr>
            <w:tcW w:w="799" w:type="dxa"/>
            <w:tcBorders>
              <w:top w:val="nil"/>
              <w:left w:val="nil"/>
              <w:bottom w:val="single" w:sz="4" w:space="0" w:color="auto"/>
              <w:right w:val="single" w:sz="4" w:space="0" w:color="auto"/>
            </w:tcBorders>
            <w:shd w:val="clear" w:color="auto" w:fill="auto"/>
            <w:noWrap/>
            <w:vAlign w:val="center"/>
            <w:hideMark/>
          </w:tcPr>
          <w:p w14:paraId="24209B73"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-0.047</w:t>
            </w:r>
          </w:p>
        </w:tc>
        <w:tc>
          <w:tcPr>
            <w:tcW w:w="798" w:type="dxa"/>
            <w:tcBorders>
              <w:top w:val="nil"/>
              <w:left w:val="nil"/>
              <w:bottom w:val="single" w:sz="4" w:space="0" w:color="auto"/>
              <w:right w:val="single" w:sz="4" w:space="0" w:color="auto"/>
            </w:tcBorders>
            <w:shd w:val="clear" w:color="auto" w:fill="auto"/>
            <w:noWrap/>
            <w:vAlign w:val="center"/>
            <w:hideMark/>
          </w:tcPr>
          <w:p w14:paraId="11F8593B"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799" w:type="dxa"/>
            <w:tcBorders>
              <w:top w:val="nil"/>
              <w:left w:val="nil"/>
              <w:bottom w:val="single" w:sz="4" w:space="0" w:color="auto"/>
              <w:right w:val="single" w:sz="4" w:space="0" w:color="auto"/>
            </w:tcBorders>
            <w:shd w:val="clear" w:color="auto" w:fill="auto"/>
            <w:noWrap/>
            <w:vAlign w:val="center"/>
            <w:hideMark/>
          </w:tcPr>
          <w:p w14:paraId="7F83E6B9"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0.131</w:t>
            </w:r>
          </w:p>
        </w:tc>
      </w:tr>
      <w:tr w:rsidR="00546614" w:rsidRPr="00546614" w14:paraId="5D7C3E21" w14:textId="77777777" w:rsidTr="00132970">
        <w:trPr>
          <w:trHeight w:val="202"/>
          <w:jc w:val="center"/>
        </w:trPr>
        <w:tc>
          <w:tcPr>
            <w:tcW w:w="15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8D03F1" w14:textId="77777777" w:rsidR="00546614" w:rsidRPr="00546614" w:rsidRDefault="00546614" w:rsidP="00546614">
            <w:pPr>
              <w:spacing w:line="240" w:lineRule="auto"/>
              <w:rPr>
                <w:sz w:val="16"/>
                <w:szCs w:val="28"/>
              </w:rPr>
            </w:pPr>
            <w:r>
              <w:rPr>
                <w:rFonts w:ascii="Arial" w:eastAsia="Arial" w:hAnsi="Arial"/>
                <w:b/>
                <w:sz w:val="16"/>
                <w:szCs w:val="28"/>
              </w:rPr>
              <w:lastRenderedPageBreak/>
              <w:t>Variance components</w:t>
            </w:r>
          </w:p>
        </w:tc>
        <w:tc>
          <w:tcPr>
            <w:tcW w:w="2551" w:type="dxa"/>
            <w:tcBorders>
              <w:top w:val="single" w:sz="4" w:space="0" w:color="auto"/>
              <w:left w:val="nil"/>
              <w:bottom w:val="single" w:sz="4" w:space="0" w:color="auto"/>
              <w:right w:val="single" w:sz="4" w:space="0" w:color="auto"/>
            </w:tcBorders>
            <w:shd w:val="clear" w:color="auto" w:fill="auto"/>
            <w:noWrap/>
            <w:vAlign w:val="center"/>
            <w:hideMark/>
          </w:tcPr>
          <w:p w14:paraId="7FDD0579"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c>
          <w:tcPr>
            <w:tcW w:w="798" w:type="dxa"/>
            <w:tcBorders>
              <w:top w:val="single" w:sz="4" w:space="0" w:color="auto"/>
              <w:left w:val="nil"/>
              <w:bottom w:val="single" w:sz="4" w:space="0" w:color="auto"/>
              <w:right w:val="single" w:sz="4" w:space="0" w:color="auto"/>
            </w:tcBorders>
            <w:shd w:val="clear" w:color="auto" w:fill="auto"/>
            <w:noWrap/>
            <w:vAlign w:val="center"/>
            <w:hideMark/>
          </w:tcPr>
          <w:p w14:paraId="5D27EA64" w14:textId="77777777" w:rsidR="00546614" w:rsidRPr="00546614" w:rsidRDefault="00546614" w:rsidP="00546614">
            <w:pPr>
              <w:spacing w:line="240" w:lineRule="auto"/>
              <w:rPr>
                <w:rFonts w:eastAsia="맑은 고딕" w:cs="Times New Roman"/>
                <w:b/>
                <w:color w:val="000000"/>
                <w:sz w:val="16"/>
                <w:szCs w:val="28"/>
              </w:rPr>
            </w:pPr>
            <w:r>
              <w:rPr>
                <w:rFonts w:ascii="Arial" w:eastAsia="Arial" w:hAnsi="Arial" w:cs="Times New Roman"/>
                <w:b/>
                <w:color w:val="000000"/>
                <w:sz w:val="16"/>
                <w:szCs w:val="28"/>
              </w:rPr>
              <w:t>Variance</w:t>
            </w:r>
          </w:p>
        </w:tc>
        <w:tc>
          <w:tcPr>
            <w:tcW w:w="798" w:type="dxa"/>
            <w:tcBorders>
              <w:top w:val="single" w:sz="4" w:space="0" w:color="auto"/>
              <w:left w:val="nil"/>
              <w:bottom w:val="single" w:sz="4" w:space="0" w:color="auto"/>
              <w:right w:val="single" w:sz="4" w:space="0" w:color="auto"/>
            </w:tcBorders>
            <w:shd w:val="clear" w:color="auto" w:fill="auto"/>
            <w:noWrap/>
            <w:vAlign w:val="center"/>
          </w:tcPr>
          <w:p w14:paraId="5F57ECD9" w14:textId="77777777" w:rsidR="00546614" w:rsidRPr="00546614" w:rsidRDefault="00546614" w:rsidP="00546614">
            <w:pPr>
              <w:spacing w:line="240" w:lineRule="auto"/>
              <w:rPr>
                <w:rFonts w:eastAsia="맑은 고딕" w:cs="Times New Roman"/>
                <w:b/>
                <w:color w:val="000000"/>
                <w:sz w:val="16"/>
                <w:szCs w:val="28"/>
              </w:rPr>
            </w:pPr>
          </w:p>
        </w:tc>
        <w:tc>
          <w:tcPr>
            <w:tcW w:w="799" w:type="dxa"/>
            <w:tcBorders>
              <w:top w:val="single" w:sz="4" w:space="0" w:color="auto"/>
              <w:left w:val="nil"/>
              <w:bottom w:val="single" w:sz="4" w:space="0" w:color="auto"/>
              <w:right w:val="single" w:sz="4" w:space="0" w:color="auto"/>
            </w:tcBorders>
            <w:shd w:val="clear" w:color="auto" w:fill="auto"/>
            <w:noWrap/>
            <w:vAlign w:val="center"/>
            <w:hideMark/>
          </w:tcPr>
          <w:p w14:paraId="4B261799" w14:textId="77777777" w:rsidR="00546614" w:rsidRPr="00546614" w:rsidRDefault="00546614" w:rsidP="00546614">
            <w:pPr>
              <w:spacing w:line="240" w:lineRule="auto"/>
              <w:jc w:val="center"/>
              <w:rPr>
                <w:rFonts w:eastAsia="맑은 고딕" w:cs="Times New Roman"/>
                <w:b/>
                <w:color w:val="000000"/>
                <w:sz w:val="16"/>
                <w:szCs w:val="28"/>
              </w:rPr>
            </w:pPr>
            <w:r>
              <w:rPr>
                <w:rFonts w:ascii="Arial" w:eastAsia="Arial" w:hAnsi="Arial" w:cs="Times New Roman"/>
                <w:b/>
                <w:color w:val="000000"/>
                <w:sz w:val="16"/>
                <w:szCs w:val="28"/>
              </w:rPr>
              <w:t>S.D.</w:t>
            </w:r>
          </w:p>
        </w:tc>
        <w:tc>
          <w:tcPr>
            <w:tcW w:w="798" w:type="dxa"/>
            <w:tcBorders>
              <w:top w:val="single" w:sz="4" w:space="0" w:color="auto"/>
              <w:left w:val="nil"/>
              <w:bottom w:val="single" w:sz="4" w:space="0" w:color="auto"/>
              <w:right w:val="single" w:sz="4" w:space="0" w:color="auto"/>
            </w:tcBorders>
            <w:shd w:val="clear" w:color="auto" w:fill="auto"/>
            <w:noWrap/>
            <w:vAlign w:val="center"/>
            <w:hideMark/>
          </w:tcPr>
          <w:p w14:paraId="0F642F76" w14:textId="77777777" w:rsidR="00546614" w:rsidRPr="00546614" w:rsidRDefault="00546614" w:rsidP="00546614">
            <w:pPr>
              <w:spacing w:line="240" w:lineRule="auto"/>
              <w:jc w:val="center"/>
              <w:rPr>
                <w:rFonts w:eastAsia="맑은 고딕" w:cs="Times New Roman"/>
                <w:b/>
                <w:color w:val="000000"/>
                <w:sz w:val="16"/>
                <w:szCs w:val="28"/>
              </w:rPr>
            </w:pPr>
            <w:r>
              <w:rPr>
                <w:rFonts w:ascii="Arial" w:eastAsia="Arial" w:hAnsi="Arial" w:cs="Times New Roman"/>
                <w:b/>
                <w:color w:val="000000"/>
                <w:sz w:val="16"/>
                <w:szCs w:val="28"/>
              </w:rPr>
              <w:t>Variance</w:t>
            </w:r>
          </w:p>
        </w:tc>
        <w:tc>
          <w:tcPr>
            <w:tcW w:w="799" w:type="dxa"/>
            <w:tcBorders>
              <w:top w:val="single" w:sz="4" w:space="0" w:color="auto"/>
              <w:left w:val="nil"/>
              <w:bottom w:val="single" w:sz="4" w:space="0" w:color="auto"/>
              <w:right w:val="single" w:sz="4" w:space="0" w:color="auto"/>
            </w:tcBorders>
            <w:shd w:val="clear" w:color="auto" w:fill="auto"/>
            <w:noWrap/>
            <w:vAlign w:val="center"/>
          </w:tcPr>
          <w:p w14:paraId="117D8468" w14:textId="77777777" w:rsidR="00546614" w:rsidRPr="00546614" w:rsidRDefault="00546614" w:rsidP="00546614">
            <w:pPr>
              <w:spacing w:line="240" w:lineRule="auto"/>
              <w:jc w:val="center"/>
              <w:rPr>
                <w:rFonts w:eastAsia="맑은 고딕" w:cs="Times New Roman"/>
                <w:b/>
                <w:color w:val="000000"/>
                <w:sz w:val="16"/>
                <w:szCs w:val="28"/>
              </w:rPr>
            </w:pPr>
          </w:p>
        </w:tc>
        <w:tc>
          <w:tcPr>
            <w:tcW w:w="798" w:type="dxa"/>
            <w:tcBorders>
              <w:top w:val="single" w:sz="4" w:space="0" w:color="auto"/>
              <w:left w:val="nil"/>
              <w:bottom w:val="single" w:sz="4" w:space="0" w:color="auto"/>
              <w:right w:val="single" w:sz="4" w:space="0" w:color="auto"/>
            </w:tcBorders>
            <w:shd w:val="clear" w:color="auto" w:fill="auto"/>
            <w:noWrap/>
            <w:vAlign w:val="center"/>
            <w:hideMark/>
          </w:tcPr>
          <w:p w14:paraId="174D48A6" w14:textId="77777777" w:rsidR="00546614" w:rsidRPr="00546614" w:rsidRDefault="00546614" w:rsidP="00546614">
            <w:pPr>
              <w:spacing w:line="240" w:lineRule="auto"/>
              <w:jc w:val="center"/>
              <w:rPr>
                <w:rFonts w:eastAsia="맑은 고딕" w:cs="Times New Roman"/>
                <w:b/>
                <w:color w:val="000000"/>
                <w:sz w:val="16"/>
                <w:szCs w:val="28"/>
              </w:rPr>
            </w:pPr>
            <w:r>
              <w:rPr>
                <w:rFonts w:ascii="Arial" w:eastAsia="Arial" w:hAnsi="Arial" w:cs="Times New Roman"/>
                <w:b/>
                <w:color w:val="000000"/>
                <w:sz w:val="16"/>
                <w:szCs w:val="28"/>
              </w:rPr>
              <w:t>S.D.</w:t>
            </w:r>
          </w:p>
        </w:tc>
        <w:tc>
          <w:tcPr>
            <w:tcW w:w="798" w:type="dxa"/>
            <w:tcBorders>
              <w:top w:val="single" w:sz="4" w:space="0" w:color="auto"/>
              <w:left w:val="nil"/>
              <w:bottom w:val="single" w:sz="4" w:space="0" w:color="auto"/>
              <w:right w:val="single" w:sz="4" w:space="0" w:color="auto"/>
            </w:tcBorders>
            <w:shd w:val="clear" w:color="auto" w:fill="auto"/>
            <w:noWrap/>
            <w:vAlign w:val="center"/>
            <w:hideMark/>
          </w:tcPr>
          <w:p w14:paraId="0AE8CAFF" w14:textId="77777777" w:rsidR="00546614" w:rsidRPr="00546614" w:rsidRDefault="00546614" w:rsidP="00546614">
            <w:pPr>
              <w:spacing w:line="240" w:lineRule="auto"/>
              <w:jc w:val="center"/>
              <w:rPr>
                <w:rFonts w:eastAsia="맑은 고딕" w:cs="Times New Roman"/>
                <w:b/>
                <w:color w:val="000000"/>
                <w:sz w:val="16"/>
                <w:szCs w:val="28"/>
              </w:rPr>
            </w:pPr>
            <w:r>
              <w:rPr>
                <w:rFonts w:ascii="Arial" w:eastAsia="Arial" w:hAnsi="Arial" w:cs="Times New Roman"/>
                <w:b/>
                <w:color w:val="000000"/>
                <w:sz w:val="16"/>
                <w:szCs w:val="28"/>
              </w:rPr>
              <w:t>Variance</w:t>
            </w:r>
          </w:p>
        </w:tc>
        <w:tc>
          <w:tcPr>
            <w:tcW w:w="799" w:type="dxa"/>
            <w:tcBorders>
              <w:top w:val="single" w:sz="4" w:space="0" w:color="auto"/>
              <w:left w:val="nil"/>
              <w:bottom w:val="single" w:sz="4" w:space="0" w:color="auto"/>
              <w:right w:val="single" w:sz="4" w:space="0" w:color="auto"/>
            </w:tcBorders>
            <w:shd w:val="clear" w:color="auto" w:fill="auto"/>
            <w:noWrap/>
            <w:vAlign w:val="center"/>
          </w:tcPr>
          <w:p w14:paraId="1FC03F14" w14:textId="77777777" w:rsidR="00546614" w:rsidRPr="00546614" w:rsidRDefault="00546614" w:rsidP="00546614">
            <w:pPr>
              <w:spacing w:line="240" w:lineRule="auto"/>
              <w:jc w:val="center"/>
              <w:rPr>
                <w:rFonts w:eastAsia="맑은 고딕" w:cs="Times New Roman"/>
                <w:b/>
                <w:color w:val="000000"/>
                <w:sz w:val="16"/>
                <w:szCs w:val="28"/>
              </w:rPr>
            </w:pPr>
          </w:p>
        </w:tc>
        <w:tc>
          <w:tcPr>
            <w:tcW w:w="798" w:type="dxa"/>
            <w:tcBorders>
              <w:top w:val="single" w:sz="4" w:space="0" w:color="auto"/>
              <w:left w:val="nil"/>
              <w:bottom w:val="single" w:sz="4" w:space="0" w:color="auto"/>
              <w:right w:val="single" w:sz="4" w:space="0" w:color="auto"/>
            </w:tcBorders>
            <w:shd w:val="clear" w:color="auto" w:fill="auto"/>
            <w:noWrap/>
            <w:vAlign w:val="center"/>
            <w:hideMark/>
          </w:tcPr>
          <w:p w14:paraId="2D409CB6" w14:textId="77777777" w:rsidR="00546614" w:rsidRPr="00546614" w:rsidRDefault="00546614" w:rsidP="00546614">
            <w:pPr>
              <w:spacing w:line="240" w:lineRule="auto"/>
              <w:jc w:val="center"/>
              <w:rPr>
                <w:rFonts w:eastAsia="맑은 고딕" w:cs="Times New Roman"/>
                <w:b/>
                <w:color w:val="000000"/>
                <w:sz w:val="16"/>
                <w:szCs w:val="28"/>
              </w:rPr>
            </w:pPr>
            <w:r>
              <w:rPr>
                <w:rFonts w:ascii="Arial" w:eastAsia="Arial" w:hAnsi="Arial" w:cs="Times New Roman"/>
                <w:b/>
                <w:color w:val="000000"/>
                <w:sz w:val="16"/>
                <w:szCs w:val="28"/>
              </w:rPr>
              <w:t>S.D.</w:t>
            </w:r>
          </w:p>
        </w:tc>
        <w:tc>
          <w:tcPr>
            <w:tcW w:w="799" w:type="dxa"/>
            <w:tcBorders>
              <w:top w:val="single" w:sz="4" w:space="0" w:color="auto"/>
              <w:left w:val="nil"/>
              <w:bottom w:val="single" w:sz="4" w:space="0" w:color="auto"/>
              <w:right w:val="single" w:sz="4" w:space="0" w:color="auto"/>
            </w:tcBorders>
            <w:shd w:val="clear" w:color="auto" w:fill="auto"/>
            <w:noWrap/>
            <w:vAlign w:val="center"/>
            <w:hideMark/>
          </w:tcPr>
          <w:p w14:paraId="22C8BFAC" w14:textId="77777777" w:rsidR="00546614" w:rsidRPr="00546614" w:rsidRDefault="00546614" w:rsidP="00546614">
            <w:pPr>
              <w:spacing w:line="240" w:lineRule="auto"/>
              <w:jc w:val="center"/>
              <w:rPr>
                <w:rFonts w:eastAsia="맑은 고딕" w:cs="Times New Roman"/>
                <w:b/>
                <w:color w:val="000000"/>
                <w:sz w:val="16"/>
                <w:szCs w:val="28"/>
              </w:rPr>
            </w:pPr>
            <w:r>
              <w:rPr>
                <w:rFonts w:ascii="Arial" w:eastAsia="Arial" w:hAnsi="Arial" w:cs="Times New Roman"/>
                <w:b/>
                <w:color w:val="000000"/>
                <w:sz w:val="16"/>
                <w:szCs w:val="28"/>
              </w:rPr>
              <w:t>Variance</w:t>
            </w:r>
          </w:p>
        </w:tc>
        <w:tc>
          <w:tcPr>
            <w:tcW w:w="798" w:type="dxa"/>
            <w:tcBorders>
              <w:top w:val="single" w:sz="4" w:space="0" w:color="auto"/>
              <w:left w:val="nil"/>
              <w:bottom w:val="single" w:sz="4" w:space="0" w:color="auto"/>
              <w:right w:val="single" w:sz="4" w:space="0" w:color="auto"/>
            </w:tcBorders>
            <w:shd w:val="clear" w:color="auto" w:fill="auto"/>
            <w:noWrap/>
            <w:vAlign w:val="center"/>
          </w:tcPr>
          <w:p w14:paraId="0A6DDCE4" w14:textId="77777777" w:rsidR="00546614" w:rsidRPr="00546614" w:rsidRDefault="00546614" w:rsidP="00546614">
            <w:pPr>
              <w:spacing w:line="240" w:lineRule="auto"/>
              <w:jc w:val="center"/>
              <w:rPr>
                <w:rFonts w:eastAsia="맑은 고딕" w:cs="Times New Roman"/>
                <w:b/>
                <w:color w:val="000000"/>
                <w:sz w:val="16"/>
                <w:szCs w:val="28"/>
              </w:rPr>
            </w:pPr>
          </w:p>
        </w:tc>
        <w:tc>
          <w:tcPr>
            <w:tcW w:w="799" w:type="dxa"/>
            <w:tcBorders>
              <w:top w:val="single" w:sz="4" w:space="0" w:color="auto"/>
              <w:left w:val="nil"/>
              <w:bottom w:val="single" w:sz="4" w:space="0" w:color="auto"/>
              <w:right w:val="single" w:sz="4" w:space="0" w:color="auto"/>
            </w:tcBorders>
            <w:shd w:val="clear" w:color="auto" w:fill="auto"/>
            <w:noWrap/>
            <w:vAlign w:val="center"/>
            <w:hideMark/>
          </w:tcPr>
          <w:p w14:paraId="33BFBB2B" w14:textId="77777777" w:rsidR="00546614" w:rsidRPr="00546614" w:rsidRDefault="00546614" w:rsidP="00546614">
            <w:pPr>
              <w:spacing w:line="240" w:lineRule="auto"/>
              <w:jc w:val="center"/>
              <w:rPr>
                <w:rFonts w:eastAsia="맑은 고딕" w:cs="Times New Roman"/>
                <w:b/>
                <w:color w:val="000000"/>
                <w:sz w:val="16"/>
                <w:szCs w:val="28"/>
              </w:rPr>
            </w:pPr>
            <w:r>
              <w:rPr>
                <w:rFonts w:ascii="Arial" w:eastAsia="Arial" w:hAnsi="Arial" w:cs="Times New Roman"/>
                <w:b/>
                <w:color w:val="000000"/>
                <w:sz w:val="16"/>
                <w:szCs w:val="28"/>
              </w:rPr>
              <w:t>S.D.</w:t>
            </w:r>
          </w:p>
        </w:tc>
      </w:tr>
      <w:tr w:rsidR="00546614" w:rsidRPr="00546614" w14:paraId="7977F382" w14:textId="77777777" w:rsidTr="00546614">
        <w:trPr>
          <w:trHeight w:val="202"/>
          <w:jc w:val="center"/>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02686C35"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2551" w:type="dxa"/>
            <w:tcBorders>
              <w:top w:val="nil"/>
              <w:left w:val="nil"/>
              <w:bottom w:val="single" w:sz="4" w:space="0" w:color="auto"/>
              <w:right w:val="single" w:sz="4" w:space="0" w:color="auto"/>
            </w:tcBorders>
            <w:shd w:val="clear" w:color="auto" w:fill="auto"/>
            <w:noWrap/>
            <w:vAlign w:val="center"/>
            <w:hideMark/>
          </w:tcPr>
          <w:p w14:paraId="7B0BD629"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Cohort level</w:t>
            </w:r>
          </w:p>
        </w:tc>
        <w:tc>
          <w:tcPr>
            <w:tcW w:w="798" w:type="dxa"/>
            <w:tcBorders>
              <w:top w:val="nil"/>
              <w:left w:val="nil"/>
              <w:bottom w:val="single" w:sz="4" w:space="0" w:color="auto"/>
              <w:right w:val="single" w:sz="4" w:space="0" w:color="auto"/>
            </w:tcBorders>
            <w:shd w:val="clear" w:color="auto" w:fill="auto"/>
            <w:noWrap/>
            <w:vAlign w:val="center"/>
            <w:hideMark/>
          </w:tcPr>
          <w:p w14:paraId="1023E9D9"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0.068</w:t>
            </w:r>
          </w:p>
        </w:tc>
        <w:tc>
          <w:tcPr>
            <w:tcW w:w="798" w:type="dxa"/>
            <w:tcBorders>
              <w:top w:val="nil"/>
              <w:left w:val="nil"/>
              <w:bottom w:val="single" w:sz="4" w:space="0" w:color="auto"/>
              <w:right w:val="single" w:sz="4" w:space="0" w:color="auto"/>
            </w:tcBorders>
            <w:shd w:val="clear" w:color="auto" w:fill="auto"/>
            <w:noWrap/>
            <w:vAlign w:val="center"/>
          </w:tcPr>
          <w:p w14:paraId="4CCED31E" w14:textId="77777777" w:rsidR="00546614" w:rsidRPr="00546614" w:rsidRDefault="00546614" w:rsidP="00546614">
            <w:pPr>
              <w:spacing w:line="240" w:lineRule="auto"/>
              <w:jc w:val="right"/>
              <w:rPr>
                <w:rFonts w:eastAsia="맑은 고딕" w:cs="Times New Roman"/>
                <w:color w:val="000000"/>
                <w:sz w:val="16"/>
                <w:szCs w:val="28"/>
              </w:rPr>
            </w:pPr>
          </w:p>
        </w:tc>
        <w:tc>
          <w:tcPr>
            <w:tcW w:w="799" w:type="dxa"/>
            <w:tcBorders>
              <w:top w:val="nil"/>
              <w:left w:val="nil"/>
              <w:bottom w:val="single" w:sz="4" w:space="0" w:color="auto"/>
              <w:right w:val="single" w:sz="4" w:space="0" w:color="auto"/>
            </w:tcBorders>
            <w:shd w:val="clear" w:color="auto" w:fill="auto"/>
            <w:noWrap/>
            <w:vAlign w:val="center"/>
            <w:hideMark/>
          </w:tcPr>
          <w:p w14:paraId="358602F6" w14:textId="77777777" w:rsidR="00546614" w:rsidRPr="00546614" w:rsidRDefault="00546614" w:rsidP="00546614">
            <w:pPr>
              <w:spacing w:line="240" w:lineRule="auto"/>
              <w:jc w:val="center"/>
              <w:rPr>
                <w:rFonts w:eastAsia="맑은 고딕" w:cs="Times New Roman"/>
                <w:color w:val="000000"/>
                <w:sz w:val="16"/>
                <w:szCs w:val="28"/>
              </w:rPr>
            </w:pPr>
            <w:r>
              <w:rPr>
                <w:rFonts w:ascii="Arial" w:eastAsia="Arial" w:hAnsi="Arial" w:cs="Times New Roman"/>
                <w:color w:val="000000"/>
                <w:sz w:val="16"/>
                <w:szCs w:val="28"/>
              </w:rPr>
              <w:t>0.262</w:t>
            </w:r>
          </w:p>
        </w:tc>
        <w:tc>
          <w:tcPr>
            <w:tcW w:w="798" w:type="dxa"/>
            <w:tcBorders>
              <w:top w:val="nil"/>
              <w:left w:val="nil"/>
              <w:bottom w:val="single" w:sz="4" w:space="0" w:color="auto"/>
              <w:right w:val="single" w:sz="4" w:space="0" w:color="auto"/>
            </w:tcBorders>
            <w:shd w:val="clear" w:color="auto" w:fill="auto"/>
            <w:noWrap/>
            <w:vAlign w:val="center"/>
            <w:hideMark/>
          </w:tcPr>
          <w:p w14:paraId="712C61C5"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0.059</w:t>
            </w:r>
          </w:p>
        </w:tc>
        <w:tc>
          <w:tcPr>
            <w:tcW w:w="799" w:type="dxa"/>
            <w:tcBorders>
              <w:top w:val="nil"/>
              <w:left w:val="nil"/>
              <w:bottom w:val="single" w:sz="4" w:space="0" w:color="auto"/>
              <w:right w:val="single" w:sz="4" w:space="0" w:color="auto"/>
            </w:tcBorders>
            <w:shd w:val="clear" w:color="auto" w:fill="auto"/>
            <w:noWrap/>
            <w:vAlign w:val="center"/>
          </w:tcPr>
          <w:p w14:paraId="4EAFAA91" w14:textId="77777777" w:rsidR="00546614" w:rsidRPr="00546614" w:rsidRDefault="00546614" w:rsidP="00546614">
            <w:pPr>
              <w:spacing w:line="240" w:lineRule="auto"/>
              <w:jc w:val="right"/>
              <w:rPr>
                <w:rFonts w:eastAsia="맑은 고딕" w:cs="Times New Roman"/>
                <w:color w:val="000000"/>
                <w:sz w:val="16"/>
                <w:szCs w:val="28"/>
              </w:rPr>
            </w:pPr>
          </w:p>
        </w:tc>
        <w:tc>
          <w:tcPr>
            <w:tcW w:w="798" w:type="dxa"/>
            <w:tcBorders>
              <w:top w:val="nil"/>
              <w:left w:val="nil"/>
              <w:bottom w:val="single" w:sz="4" w:space="0" w:color="auto"/>
              <w:right w:val="single" w:sz="4" w:space="0" w:color="auto"/>
            </w:tcBorders>
            <w:shd w:val="clear" w:color="auto" w:fill="auto"/>
            <w:noWrap/>
            <w:vAlign w:val="center"/>
            <w:hideMark/>
          </w:tcPr>
          <w:p w14:paraId="442F5B03" w14:textId="77777777" w:rsidR="00546614" w:rsidRPr="00546614" w:rsidRDefault="00546614" w:rsidP="00546614">
            <w:pPr>
              <w:spacing w:line="240" w:lineRule="auto"/>
              <w:jc w:val="center"/>
              <w:rPr>
                <w:rFonts w:eastAsia="맑은 고딕" w:cs="Times New Roman"/>
                <w:color w:val="000000"/>
                <w:sz w:val="16"/>
                <w:szCs w:val="28"/>
              </w:rPr>
            </w:pPr>
            <w:r>
              <w:rPr>
                <w:rFonts w:ascii="Arial" w:eastAsia="Arial" w:hAnsi="Arial" w:cs="Times New Roman"/>
                <w:color w:val="000000"/>
                <w:sz w:val="16"/>
                <w:szCs w:val="28"/>
              </w:rPr>
              <w:t>0.243</w:t>
            </w:r>
          </w:p>
        </w:tc>
        <w:tc>
          <w:tcPr>
            <w:tcW w:w="798" w:type="dxa"/>
            <w:tcBorders>
              <w:top w:val="nil"/>
              <w:left w:val="nil"/>
              <w:bottom w:val="single" w:sz="4" w:space="0" w:color="auto"/>
              <w:right w:val="single" w:sz="4" w:space="0" w:color="auto"/>
            </w:tcBorders>
            <w:shd w:val="clear" w:color="auto" w:fill="auto"/>
            <w:noWrap/>
            <w:vAlign w:val="center"/>
            <w:hideMark/>
          </w:tcPr>
          <w:p w14:paraId="67C34FDD"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0.065</w:t>
            </w:r>
          </w:p>
        </w:tc>
        <w:tc>
          <w:tcPr>
            <w:tcW w:w="799" w:type="dxa"/>
            <w:tcBorders>
              <w:top w:val="nil"/>
              <w:left w:val="nil"/>
              <w:bottom w:val="single" w:sz="4" w:space="0" w:color="auto"/>
              <w:right w:val="single" w:sz="4" w:space="0" w:color="auto"/>
            </w:tcBorders>
            <w:shd w:val="clear" w:color="auto" w:fill="auto"/>
            <w:noWrap/>
            <w:vAlign w:val="center"/>
          </w:tcPr>
          <w:p w14:paraId="4ADBBFF4" w14:textId="77777777" w:rsidR="00546614" w:rsidRPr="00546614" w:rsidRDefault="00546614" w:rsidP="00546614">
            <w:pPr>
              <w:spacing w:line="240" w:lineRule="auto"/>
              <w:jc w:val="right"/>
              <w:rPr>
                <w:rFonts w:eastAsia="맑은 고딕" w:cs="Times New Roman"/>
                <w:color w:val="000000"/>
                <w:sz w:val="16"/>
                <w:szCs w:val="28"/>
              </w:rPr>
            </w:pPr>
          </w:p>
        </w:tc>
        <w:tc>
          <w:tcPr>
            <w:tcW w:w="798" w:type="dxa"/>
            <w:tcBorders>
              <w:top w:val="nil"/>
              <w:left w:val="nil"/>
              <w:bottom w:val="single" w:sz="4" w:space="0" w:color="auto"/>
              <w:right w:val="single" w:sz="4" w:space="0" w:color="auto"/>
            </w:tcBorders>
            <w:shd w:val="clear" w:color="auto" w:fill="auto"/>
            <w:noWrap/>
            <w:vAlign w:val="center"/>
            <w:hideMark/>
          </w:tcPr>
          <w:p w14:paraId="6B5FD858" w14:textId="77777777" w:rsidR="00546614" w:rsidRPr="00546614" w:rsidRDefault="00546614" w:rsidP="00546614">
            <w:pPr>
              <w:spacing w:line="240" w:lineRule="auto"/>
              <w:jc w:val="center"/>
              <w:rPr>
                <w:rFonts w:eastAsia="맑은 고딕" w:cs="Times New Roman"/>
                <w:color w:val="000000"/>
                <w:sz w:val="16"/>
                <w:szCs w:val="28"/>
              </w:rPr>
            </w:pPr>
            <w:r>
              <w:rPr>
                <w:rFonts w:ascii="Arial" w:eastAsia="Arial" w:hAnsi="Arial" w:cs="Times New Roman"/>
                <w:color w:val="000000"/>
                <w:sz w:val="16"/>
                <w:szCs w:val="28"/>
              </w:rPr>
              <w:t>0.255</w:t>
            </w:r>
          </w:p>
        </w:tc>
        <w:tc>
          <w:tcPr>
            <w:tcW w:w="799" w:type="dxa"/>
            <w:tcBorders>
              <w:top w:val="nil"/>
              <w:left w:val="nil"/>
              <w:bottom w:val="single" w:sz="4" w:space="0" w:color="auto"/>
              <w:right w:val="single" w:sz="4" w:space="0" w:color="auto"/>
            </w:tcBorders>
            <w:shd w:val="clear" w:color="auto" w:fill="auto"/>
            <w:noWrap/>
            <w:vAlign w:val="center"/>
            <w:hideMark/>
          </w:tcPr>
          <w:p w14:paraId="56FB869A"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0.019</w:t>
            </w:r>
          </w:p>
        </w:tc>
        <w:tc>
          <w:tcPr>
            <w:tcW w:w="798" w:type="dxa"/>
            <w:tcBorders>
              <w:top w:val="nil"/>
              <w:left w:val="nil"/>
              <w:bottom w:val="single" w:sz="4" w:space="0" w:color="auto"/>
              <w:right w:val="single" w:sz="4" w:space="0" w:color="auto"/>
            </w:tcBorders>
            <w:shd w:val="clear" w:color="auto" w:fill="auto"/>
            <w:noWrap/>
            <w:vAlign w:val="center"/>
          </w:tcPr>
          <w:p w14:paraId="0A67ABAC" w14:textId="77777777" w:rsidR="00546614" w:rsidRPr="00546614" w:rsidRDefault="00546614" w:rsidP="00546614">
            <w:pPr>
              <w:spacing w:line="240" w:lineRule="auto"/>
              <w:jc w:val="right"/>
              <w:rPr>
                <w:rFonts w:eastAsia="맑은 고딕" w:cs="Times New Roman"/>
                <w:color w:val="000000"/>
                <w:sz w:val="16"/>
                <w:szCs w:val="28"/>
              </w:rPr>
            </w:pPr>
          </w:p>
        </w:tc>
        <w:tc>
          <w:tcPr>
            <w:tcW w:w="799" w:type="dxa"/>
            <w:tcBorders>
              <w:top w:val="nil"/>
              <w:left w:val="nil"/>
              <w:bottom w:val="single" w:sz="4" w:space="0" w:color="auto"/>
              <w:right w:val="single" w:sz="4" w:space="0" w:color="auto"/>
            </w:tcBorders>
            <w:shd w:val="clear" w:color="auto" w:fill="auto"/>
            <w:noWrap/>
            <w:vAlign w:val="center"/>
            <w:hideMark/>
          </w:tcPr>
          <w:p w14:paraId="4631A446" w14:textId="77777777" w:rsidR="00546614" w:rsidRPr="00546614" w:rsidRDefault="00546614" w:rsidP="00546614">
            <w:pPr>
              <w:spacing w:line="240" w:lineRule="auto"/>
              <w:jc w:val="center"/>
              <w:rPr>
                <w:rFonts w:eastAsia="맑은 고딕" w:cs="Times New Roman"/>
                <w:color w:val="000000"/>
                <w:sz w:val="16"/>
                <w:szCs w:val="28"/>
              </w:rPr>
            </w:pPr>
            <w:r>
              <w:rPr>
                <w:rFonts w:ascii="Arial" w:eastAsia="Arial" w:hAnsi="Arial" w:cs="Times New Roman"/>
                <w:color w:val="000000"/>
                <w:sz w:val="16"/>
                <w:szCs w:val="28"/>
              </w:rPr>
              <w:t>0.136</w:t>
            </w:r>
          </w:p>
        </w:tc>
      </w:tr>
      <w:tr w:rsidR="00546614" w:rsidRPr="00546614" w14:paraId="1AF6BB28" w14:textId="77777777" w:rsidTr="00546614">
        <w:trPr>
          <w:trHeight w:val="202"/>
          <w:jc w:val="center"/>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09C5B984"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2551" w:type="dxa"/>
            <w:tcBorders>
              <w:top w:val="nil"/>
              <w:left w:val="nil"/>
              <w:bottom w:val="single" w:sz="4" w:space="0" w:color="auto"/>
              <w:right w:val="single" w:sz="4" w:space="0" w:color="auto"/>
            </w:tcBorders>
            <w:shd w:val="clear" w:color="auto" w:fill="auto"/>
            <w:noWrap/>
            <w:vAlign w:val="center"/>
            <w:hideMark/>
          </w:tcPr>
          <w:p w14:paraId="016AB707"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Period level</w:t>
            </w:r>
          </w:p>
        </w:tc>
        <w:tc>
          <w:tcPr>
            <w:tcW w:w="798" w:type="dxa"/>
            <w:tcBorders>
              <w:top w:val="nil"/>
              <w:left w:val="nil"/>
              <w:bottom w:val="single" w:sz="4" w:space="0" w:color="auto"/>
              <w:right w:val="single" w:sz="4" w:space="0" w:color="auto"/>
            </w:tcBorders>
            <w:shd w:val="clear" w:color="auto" w:fill="auto"/>
            <w:noWrap/>
            <w:vAlign w:val="center"/>
            <w:hideMark/>
          </w:tcPr>
          <w:p w14:paraId="75FC3240"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0.065</w:t>
            </w:r>
          </w:p>
        </w:tc>
        <w:tc>
          <w:tcPr>
            <w:tcW w:w="798" w:type="dxa"/>
            <w:tcBorders>
              <w:top w:val="nil"/>
              <w:left w:val="nil"/>
              <w:bottom w:val="single" w:sz="4" w:space="0" w:color="auto"/>
              <w:right w:val="single" w:sz="4" w:space="0" w:color="auto"/>
            </w:tcBorders>
            <w:shd w:val="clear" w:color="auto" w:fill="auto"/>
            <w:noWrap/>
            <w:vAlign w:val="center"/>
          </w:tcPr>
          <w:p w14:paraId="6720AF9E" w14:textId="77777777" w:rsidR="00546614" w:rsidRPr="00546614" w:rsidRDefault="00546614" w:rsidP="00546614">
            <w:pPr>
              <w:spacing w:line="240" w:lineRule="auto"/>
              <w:jc w:val="right"/>
              <w:rPr>
                <w:rFonts w:eastAsia="맑은 고딕" w:cs="Times New Roman"/>
                <w:color w:val="000000"/>
                <w:sz w:val="16"/>
                <w:szCs w:val="28"/>
              </w:rPr>
            </w:pPr>
          </w:p>
        </w:tc>
        <w:tc>
          <w:tcPr>
            <w:tcW w:w="799" w:type="dxa"/>
            <w:tcBorders>
              <w:top w:val="nil"/>
              <w:left w:val="nil"/>
              <w:bottom w:val="single" w:sz="4" w:space="0" w:color="auto"/>
              <w:right w:val="single" w:sz="4" w:space="0" w:color="auto"/>
            </w:tcBorders>
            <w:shd w:val="clear" w:color="auto" w:fill="auto"/>
            <w:noWrap/>
            <w:vAlign w:val="center"/>
            <w:hideMark/>
          </w:tcPr>
          <w:p w14:paraId="6BFE3B34" w14:textId="77777777" w:rsidR="00546614" w:rsidRPr="00546614" w:rsidRDefault="00546614" w:rsidP="00546614">
            <w:pPr>
              <w:spacing w:line="240" w:lineRule="auto"/>
              <w:jc w:val="center"/>
              <w:rPr>
                <w:rFonts w:eastAsia="맑은 고딕" w:cs="Times New Roman"/>
                <w:color w:val="000000"/>
                <w:sz w:val="16"/>
                <w:szCs w:val="28"/>
              </w:rPr>
            </w:pPr>
            <w:r>
              <w:rPr>
                <w:rFonts w:ascii="Arial" w:eastAsia="Arial" w:hAnsi="Arial" w:cs="Times New Roman"/>
                <w:color w:val="000000"/>
                <w:sz w:val="16"/>
                <w:szCs w:val="28"/>
              </w:rPr>
              <w:t>0.255</w:t>
            </w:r>
          </w:p>
        </w:tc>
        <w:tc>
          <w:tcPr>
            <w:tcW w:w="798" w:type="dxa"/>
            <w:tcBorders>
              <w:top w:val="nil"/>
              <w:left w:val="nil"/>
              <w:bottom w:val="single" w:sz="4" w:space="0" w:color="auto"/>
              <w:right w:val="single" w:sz="4" w:space="0" w:color="auto"/>
            </w:tcBorders>
            <w:shd w:val="clear" w:color="auto" w:fill="auto"/>
            <w:noWrap/>
            <w:vAlign w:val="center"/>
            <w:hideMark/>
          </w:tcPr>
          <w:p w14:paraId="13322EEF"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0.069</w:t>
            </w:r>
          </w:p>
        </w:tc>
        <w:tc>
          <w:tcPr>
            <w:tcW w:w="799" w:type="dxa"/>
            <w:tcBorders>
              <w:top w:val="nil"/>
              <w:left w:val="nil"/>
              <w:bottom w:val="single" w:sz="4" w:space="0" w:color="auto"/>
              <w:right w:val="single" w:sz="4" w:space="0" w:color="auto"/>
            </w:tcBorders>
            <w:shd w:val="clear" w:color="auto" w:fill="auto"/>
            <w:noWrap/>
            <w:vAlign w:val="center"/>
          </w:tcPr>
          <w:p w14:paraId="073F2FD0" w14:textId="77777777" w:rsidR="00546614" w:rsidRPr="00546614" w:rsidRDefault="00546614" w:rsidP="00546614">
            <w:pPr>
              <w:spacing w:line="240" w:lineRule="auto"/>
              <w:jc w:val="right"/>
              <w:rPr>
                <w:rFonts w:eastAsia="맑은 고딕" w:cs="Times New Roman"/>
                <w:color w:val="000000"/>
                <w:sz w:val="16"/>
                <w:szCs w:val="28"/>
              </w:rPr>
            </w:pPr>
          </w:p>
        </w:tc>
        <w:tc>
          <w:tcPr>
            <w:tcW w:w="798" w:type="dxa"/>
            <w:tcBorders>
              <w:top w:val="nil"/>
              <w:left w:val="nil"/>
              <w:bottom w:val="single" w:sz="4" w:space="0" w:color="auto"/>
              <w:right w:val="single" w:sz="4" w:space="0" w:color="auto"/>
            </w:tcBorders>
            <w:shd w:val="clear" w:color="auto" w:fill="auto"/>
            <w:noWrap/>
            <w:vAlign w:val="center"/>
            <w:hideMark/>
          </w:tcPr>
          <w:p w14:paraId="1E19FFC1" w14:textId="77777777" w:rsidR="00546614" w:rsidRPr="00546614" w:rsidRDefault="00546614" w:rsidP="00546614">
            <w:pPr>
              <w:spacing w:line="240" w:lineRule="auto"/>
              <w:jc w:val="center"/>
              <w:rPr>
                <w:rFonts w:eastAsia="맑은 고딕" w:cs="Times New Roman"/>
                <w:color w:val="000000"/>
                <w:sz w:val="16"/>
                <w:szCs w:val="28"/>
              </w:rPr>
            </w:pPr>
            <w:r>
              <w:rPr>
                <w:rFonts w:ascii="Arial" w:eastAsia="Arial" w:hAnsi="Arial" w:cs="Times New Roman"/>
                <w:color w:val="000000"/>
                <w:sz w:val="16"/>
                <w:szCs w:val="28"/>
              </w:rPr>
              <w:t>0.264</w:t>
            </w:r>
          </w:p>
        </w:tc>
        <w:tc>
          <w:tcPr>
            <w:tcW w:w="798" w:type="dxa"/>
            <w:tcBorders>
              <w:top w:val="nil"/>
              <w:left w:val="nil"/>
              <w:bottom w:val="single" w:sz="4" w:space="0" w:color="auto"/>
              <w:right w:val="single" w:sz="4" w:space="0" w:color="auto"/>
            </w:tcBorders>
            <w:shd w:val="clear" w:color="auto" w:fill="auto"/>
            <w:noWrap/>
            <w:vAlign w:val="center"/>
            <w:hideMark/>
          </w:tcPr>
          <w:p w14:paraId="667543A3"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0.062</w:t>
            </w:r>
          </w:p>
        </w:tc>
        <w:tc>
          <w:tcPr>
            <w:tcW w:w="799" w:type="dxa"/>
            <w:tcBorders>
              <w:top w:val="nil"/>
              <w:left w:val="nil"/>
              <w:bottom w:val="single" w:sz="4" w:space="0" w:color="auto"/>
              <w:right w:val="single" w:sz="4" w:space="0" w:color="auto"/>
            </w:tcBorders>
            <w:shd w:val="clear" w:color="auto" w:fill="auto"/>
            <w:noWrap/>
            <w:vAlign w:val="center"/>
          </w:tcPr>
          <w:p w14:paraId="3BB0AAB8" w14:textId="77777777" w:rsidR="00546614" w:rsidRPr="00546614" w:rsidRDefault="00546614" w:rsidP="00546614">
            <w:pPr>
              <w:spacing w:line="240" w:lineRule="auto"/>
              <w:jc w:val="right"/>
              <w:rPr>
                <w:rFonts w:eastAsia="맑은 고딕" w:cs="Times New Roman"/>
                <w:color w:val="000000"/>
                <w:sz w:val="16"/>
                <w:szCs w:val="28"/>
              </w:rPr>
            </w:pPr>
          </w:p>
        </w:tc>
        <w:tc>
          <w:tcPr>
            <w:tcW w:w="798" w:type="dxa"/>
            <w:tcBorders>
              <w:top w:val="nil"/>
              <w:left w:val="nil"/>
              <w:bottom w:val="single" w:sz="4" w:space="0" w:color="auto"/>
              <w:right w:val="single" w:sz="4" w:space="0" w:color="auto"/>
            </w:tcBorders>
            <w:shd w:val="clear" w:color="auto" w:fill="auto"/>
            <w:noWrap/>
            <w:vAlign w:val="center"/>
            <w:hideMark/>
          </w:tcPr>
          <w:p w14:paraId="03921AE8" w14:textId="77777777" w:rsidR="00546614" w:rsidRPr="00546614" w:rsidRDefault="00546614" w:rsidP="00546614">
            <w:pPr>
              <w:spacing w:line="240" w:lineRule="auto"/>
              <w:jc w:val="center"/>
              <w:rPr>
                <w:rFonts w:eastAsia="맑은 고딕" w:cs="Times New Roman"/>
                <w:color w:val="000000"/>
                <w:sz w:val="16"/>
                <w:szCs w:val="28"/>
              </w:rPr>
            </w:pPr>
            <w:r>
              <w:rPr>
                <w:rFonts w:ascii="Arial" w:eastAsia="Arial" w:hAnsi="Arial" w:cs="Times New Roman"/>
                <w:color w:val="000000"/>
                <w:sz w:val="16"/>
                <w:szCs w:val="28"/>
              </w:rPr>
              <w:t>0.250</w:t>
            </w:r>
          </w:p>
        </w:tc>
        <w:tc>
          <w:tcPr>
            <w:tcW w:w="799" w:type="dxa"/>
            <w:tcBorders>
              <w:top w:val="nil"/>
              <w:left w:val="nil"/>
              <w:bottom w:val="single" w:sz="4" w:space="0" w:color="auto"/>
              <w:right w:val="single" w:sz="4" w:space="0" w:color="auto"/>
            </w:tcBorders>
            <w:shd w:val="clear" w:color="auto" w:fill="auto"/>
            <w:noWrap/>
            <w:vAlign w:val="center"/>
            <w:hideMark/>
          </w:tcPr>
          <w:p w14:paraId="171EE364"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0.064</w:t>
            </w:r>
          </w:p>
        </w:tc>
        <w:tc>
          <w:tcPr>
            <w:tcW w:w="798" w:type="dxa"/>
            <w:tcBorders>
              <w:top w:val="nil"/>
              <w:left w:val="nil"/>
              <w:bottom w:val="single" w:sz="4" w:space="0" w:color="auto"/>
              <w:right w:val="single" w:sz="4" w:space="0" w:color="auto"/>
            </w:tcBorders>
            <w:shd w:val="clear" w:color="auto" w:fill="auto"/>
            <w:noWrap/>
            <w:vAlign w:val="center"/>
          </w:tcPr>
          <w:p w14:paraId="17063425" w14:textId="77777777" w:rsidR="00546614" w:rsidRPr="00546614" w:rsidRDefault="00546614" w:rsidP="00546614">
            <w:pPr>
              <w:spacing w:line="240" w:lineRule="auto"/>
              <w:jc w:val="right"/>
              <w:rPr>
                <w:rFonts w:eastAsia="맑은 고딕" w:cs="Times New Roman"/>
                <w:color w:val="000000"/>
                <w:sz w:val="16"/>
                <w:szCs w:val="28"/>
              </w:rPr>
            </w:pPr>
          </w:p>
        </w:tc>
        <w:tc>
          <w:tcPr>
            <w:tcW w:w="799" w:type="dxa"/>
            <w:tcBorders>
              <w:top w:val="nil"/>
              <w:left w:val="nil"/>
              <w:bottom w:val="single" w:sz="4" w:space="0" w:color="auto"/>
              <w:right w:val="single" w:sz="4" w:space="0" w:color="auto"/>
            </w:tcBorders>
            <w:shd w:val="clear" w:color="auto" w:fill="auto"/>
            <w:noWrap/>
            <w:vAlign w:val="center"/>
            <w:hideMark/>
          </w:tcPr>
          <w:p w14:paraId="640B277C" w14:textId="77777777" w:rsidR="00546614" w:rsidRPr="00546614" w:rsidRDefault="00546614" w:rsidP="00546614">
            <w:pPr>
              <w:spacing w:line="240" w:lineRule="auto"/>
              <w:jc w:val="center"/>
              <w:rPr>
                <w:rFonts w:eastAsia="맑은 고딕" w:cs="Times New Roman"/>
                <w:color w:val="000000"/>
                <w:sz w:val="16"/>
                <w:szCs w:val="28"/>
              </w:rPr>
            </w:pPr>
            <w:r>
              <w:rPr>
                <w:rFonts w:ascii="Arial" w:eastAsia="Arial" w:hAnsi="Arial" w:cs="Times New Roman"/>
                <w:color w:val="000000"/>
                <w:sz w:val="16"/>
                <w:szCs w:val="28"/>
              </w:rPr>
              <w:t>0.254</w:t>
            </w:r>
          </w:p>
        </w:tc>
      </w:tr>
      <w:tr w:rsidR="00546614" w:rsidRPr="00546614" w14:paraId="2557C3E3" w14:textId="77777777" w:rsidTr="00546614">
        <w:trPr>
          <w:trHeight w:val="202"/>
          <w:jc w:val="center"/>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0676B1B8" w14:textId="77777777" w:rsidR="00546614" w:rsidRPr="00546614" w:rsidRDefault="00546614" w:rsidP="00546614">
            <w:pPr>
              <w:spacing w:line="240" w:lineRule="auto"/>
              <w:jc w:val="center"/>
              <w:rPr>
                <w:rFonts w:eastAsia="맑은 고딕" w:cs="Times New Roman"/>
                <w:b/>
                <w:color w:val="000000"/>
                <w:sz w:val="16"/>
                <w:szCs w:val="28"/>
              </w:rPr>
            </w:pPr>
            <w:r>
              <w:rPr>
                <w:rFonts w:ascii="Arial" w:eastAsia="Arial" w:hAnsi="Arial" w:cs="Times New Roman"/>
                <w:b/>
                <w:color w:val="000000"/>
                <w:sz w:val="16"/>
                <w:szCs w:val="28"/>
              </w:rPr>
              <w:t>N</w:t>
            </w:r>
          </w:p>
        </w:tc>
        <w:tc>
          <w:tcPr>
            <w:tcW w:w="2551" w:type="dxa"/>
            <w:tcBorders>
              <w:top w:val="nil"/>
              <w:left w:val="nil"/>
              <w:bottom w:val="single" w:sz="4" w:space="0" w:color="auto"/>
              <w:right w:val="single" w:sz="4" w:space="0" w:color="auto"/>
            </w:tcBorders>
            <w:shd w:val="clear" w:color="auto" w:fill="auto"/>
            <w:noWrap/>
            <w:vAlign w:val="center"/>
            <w:hideMark/>
          </w:tcPr>
          <w:p w14:paraId="128C9E90"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2395" w:type="dxa"/>
            <w:gridSpan w:val="3"/>
            <w:tcBorders>
              <w:top w:val="nil"/>
              <w:left w:val="nil"/>
              <w:bottom w:val="single" w:sz="4" w:space="0" w:color="auto"/>
              <w:right w:val="single" w:sz="4" w:space="0" w:color="auto"/>
            </w:tcBorders>
            <w:shd w:val="clear" w:color="auto" w:fill="auto"/>
            <w:noWrap/>
            <w:vAlign w:val="center"/>
            <w:hideMark/>
          </w:tcPr>
          <w:p w14:paraId="37ABAF10"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115,410</w:t>
            </w:r>
          </w:p>
        </w:tc>
        <w:tc>
          <w:tcPr>
            <w:tcW w:w="2395" w:type="dxa"/>
            <w:gridSpan w:val="3"/>
            <w:tcBorders>
              <w:top w:val="nil"/>
              <w:left w:val="nil"/>
              <w:bottom w:val="single" w:sz="4" w:space="0" w:color="auto"/>
              <w:right w:val="single" w:sz="4" w:space="0" w:color="auto"/>
            </w:tcBorders>
            <w:shd w:val="clear" w:color="auto" w:fill="auto"/>
            <w:noWrap/>
            <w:vAlign w:val="center"/>
            <w:hideMark/>
          </w:tcPr>
          <w:p w14:paraId="5067CDDB"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115,410</w:t>
            </w:r>
          </w:p>
        </w:tc>
        <w:tc>
          <w:tcPr>
            <w:tcW w:w="2395" w:type="dxa"/>
            <w:gridSpan w:val="3"/>
            <w:tcBorders>
              <w:top w:val="nil"/>
              <w:left w:val="nil"/>
              <w:bottom w:val="single" w:sz="4" w:space="0" w:color="auto"/>
              <w:right w:val="single" w:sz="4" w:space="0" w:color="auto"/>
            </w:tcBorders>
            <w:shd w:val="clear" w:color="auto" w:fill="auto"/>
            <w:noWrap/>
            <w:vAlign w:val="center"/>
            <w:hideMark/>
          </w:tcPr>
          <w:p w14:paraId="39512A9E"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115,410</w:t>
            </w:r>
          </w:p>
        </w:tc>
        <w:tc>
          <w:tcPr>
            <w:tcW w:w="2396" w:type="dxa"/>
            <w:gridSpan w:val="3"/>
            <w:tcBorders>
              <w:top w:val="nil"/>
              <w:left w:val="nil"/>
              <w:bottom w:val="single" w:sz="4" w:space="0" w:color="auto"/>
              <w:right w:val="single" w:sz="4" w:space="0" w:color="auto"/>
            </w:tcBorders>
            <w:shd w:val="clear" w:color="auto" w:fill="auto"/>
            <w:noWrap/>
            <w:vAlign w:val="center"/>
            <w:hideMark/>
          </w:tcPr>
          <w:p w14:paraId="79DCC3FD"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115,410</w:t>
            </w:r>
          </w:p>
        </w:tc>
      </w:tr>
      <w:tr w:rsidR="00546614" w:rsidRPr="00546614" w14:paraId="0B7EF618" w14:textId="77777777" w:rsidTr="00546614">
        <w:trPr>
          <w:trHeight w:val="202"/>
          <w:jc w:val="center"/>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3302A26C" w14:textId="77777777" w:rsidR="00546614" w:rsidRPr="00546614" w:rsidRDefault="00546614" w:rsidP="00546614">
            <w:pPr>
              <w:spacing w:line="240" w:lineRule="auto"/>
              <w:jc w:val="center"/>
              <w:rPr>
                <w:rFonts w:eastAsia="맑은 고딕" w:cs="Times New Roman"/>
                <w:b/>
                <w:color w:val="000000"/>
                <w:sz w:val="16"/>
                <w:szCs w:val="28"/>
              </w:rPr>
            </w:pPr>
            <w:r>
              <w:rPr>
                <w:rFonts w:ascii="Arial" w:eastAsia="Arial" w:hAnsi="Arial" w:cs="Times New Roman"/>
                <w:b/>
                <w:color w:val="000000"/>
                <w:sz w:val="16"/>
                <w:szCs w:val="28"/>
              </w:rPr>
              <w:t>AIC</w:t>
            </w:r>
          </w:p>
        </w:tc>
        <w:tc>
          <w:tcPr>
            <w:tcW w:w="2551" w:type="dxa"/>
            <w:tcBorders>
              <w:top w:val="nil"/>
              <w:left w:val="nil"/>
              <w:bottom w:val="single" w:sz="4" w:space="0" w:color="auto"/>
              <w:right w:val="single" w:sz="4" w:space="0" w:color="auto"/>
            </w:tcBorders>
            <w:shd w:val="clear" w:color="auto" w:fill="auto"/>
            <w:noWrap/>
            <w:vAlign w:val="center"/>
            <w:hideMark/>
          </w:tcPr>
          <w:p w14:paraId="071DE39A"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2395" w:type="dxa"/>
            <w:gridSpan w:val="3"/>
            <w:tcBorders>
              <w:top w:val="nil"/>
              <w:left w:val="nil"/>
              <w:bottom w:val="single" w:sz="4" w:space="0" w:color="auto"/>
              <w:right w:val="single" w:sz="4" w:space="0" w:color="auto"/>
            </w:tcBorders>
            <w:shd w:val="clear" w:color="auto" w:fill="auto"/>
            <w:noWrap/>
            <w:vAlign w:val="center"/>
            <w:hideMark/>
          </w:tcPr>
          <w:p w14:paraId="20B140AC"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75760.7</w:t>
            </w:r>
          </w:p>
        </w:tc>
        <w:tc>
          <w:tcPr>
            <w:tcW w:w="2395" w:type="dxa"/>
            <w:gridSpan w:val="3"/>
            <w:tcBorders>
              <w:top w:val="nil"/>
              <w:left w:val="nil"/>
              <w:bottom w:val="single" w:sz="4" w:space="0" w:color="auto"/>
              <w:right w:val="single" w:sz="4" w:space="0" w:color="auto"/>
            </w:tcBorders>
            <w:shd w:val="clear" w:color="auto" w:fill="auto"/>
            <w:noWrap/>
            <w:vAlign w:val="center"/>
            <w:hideMark/>
          </w:tcPr>
          <w:p w14:paraId="4B0AC307"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74524.2</w:t>
            </w:r>
          </w:p>
        </w:tc>
        <w:tc>
          <w:tcPr>
            <w:tcW w:w="2395" w:type="dxa"/>
            <w:gridSpan w:val="3"/>
            <w:tcBorders>
              <w:top w:val="nil"/>
              <w:left w:val="nil"/>
              <w:bottom w:val="single" w:sz="4" w:space="0" w:color="auto"/>
              <w:right w:val="single" w:sz="4" w:space="0" w:color="auto"/>
            </w:tcBorders>
            <w:shd w:val="clear" w:color="auto" w:fill="auto"/>
            <w:noWrap/>
            <w:vAlign w:val="center"/>
            <w:hideMark/>
          </w:tcPr>
          <w:p w14:paraId="76E8B463"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74126.1</w:t>
            </w:r>
          </w:p>
        </w:tc>
        <w:tc>
          <w:tcPr>
            <w:tcW w:w="2396" w:type="dxa"/>
            <w:gridSpan w:val="3"/>
            <w:tcBorders>
              <w:top w:val="nil"/>
              <w:left w:val="nil"/>
              <w:bottom w:val="single" w:sz="4" w:space="0" w:color="auto"/>
              <w:right w:val="single" w:sz="4" w:space="0" w:color="auto"/>
            </w:tcBorders>
            <w:shd w:val="clear" w:color="auto" w:fill="auto"/>
            <w:noWrap/>
            <w:vAlign w:val="center"/>
            <w:hideMark/>
          </w:tcPr>
          <w:p w14:paraId="585D39CB"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69733.9</w:t>
            </w:r>
          </w:p>
        </w:tc>
      </w:tr>
      <w:tr w:rsidR="00546614" w:rsidRPr="00546614" w14:paraId="34027E53" w14:textId="77777777" w:rsidTr="00546614">
        <w:trPr>
          <w:trHeight w:val="202"/>
          <w:jc w:val="center"/>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20B3A5ED" w14:textId="77777777" w:rsidR="00546614" w:rsidRPr="00546614" w:rsidRDefault="00546614" w:rsidP="00546614">
            <w:pPr>
              <w:spacing w:line="240" w:lineRule="auto"/>
              <w:jc w:val="center"/>
              <w:rPr>
                <w:rFonts w:eastAsia="맑은 고딕" w:cs="Times New Roman"/>
                <w:b/>
                <w:color w:val="000000"/>
                <w:sz w:val="16"/>
                <w:szCs w:val="28"/>
              </w:rPr>
            </w:pPr>
            <w:r>
              <w:rPr>
                <w:rFonts w:ascii="Arial" w:eastAsia="Arial" w:hAnsi="Arial" w:cs="Times New Roman"/>
                <w:b/>
                <w:color w:val="000000"/>
                <w:sz w:val="16"/>
                <w:szCs w:val="28"/>
              </w:rPr>
              <w:t>BIC</w:t>
            </w:r>
          </w:p>
        </w:tc>
        <w:tc>
          <w:tcPr>
            <w:tcW w:w="2551" w:type="dxa"/>
            <w:tcBorders>
              <w:top w:val="nil"/>
              <w:left w:val="nil"/>
              <w:bottom w:val="single" w:sz="4" w:space="0" w:color="auto"/>
              <w:right w:val="single" w:sz="4" w:space="0" w:color="auto"/>
            </w:tcBorders>
            <w:shd w:val="clear" w:color="auto" w:fill="auto"/>
            <w:noWrap/>
            <w:vAlign w:val="center"/>
            <w:hideMark/>
          </w:tcPr>
          <w:p w14:paraId="26F13936"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2395" w:type="dxa"/>
            <w:gridSpan w:val="3"/>
            <w:tcBorders>
              <w:top w:val="nil"/>
              <w:left w:val="nil"/>
              <w:bottom w:val="single" w:sz="4" w:space="0" w:color="auto"/>
              <w:right w:val="single" w:sz="4" w:space="0" w:color="auto"/>
            </w:tcBorders>
            <w:shd w:val="clear" w:color="auto" w:fill="auto"/>
            <w:noWrap/>
            <w:vAlign w:val="center"/>
            <w:hideMark/>
          </w:tcPr>
          <w:p w14:paraId="0F2C845E"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75809</w:t>
            </w:r>
          </w:p>
        </w:tc>
        <w:tc>
          <w:tcPr>
            <w:tcW w:w="2395" w:type="dxa"/>
            <w:gridSpan w:val="3"/>
            <w:tcBorders>
              <w:top w:val="nil"/>
              <w:left w:val="nil"/>
              <w:bottom w:val="single" w:sz="4" w:space="0" w:color="auto"/>
              <w:right w:val="single" w:sz="4" w:space="0" w:color="auto"/>
            </w:tcBorders>
            <w:shd w:val="clear" w:color="auto" w:fill="auto"/>
            <w:noWrap/>
            <w:vAlign w:val="center"/>
            <w:hideMark/>
          </w:tcPr>
          <w:p w14:paraId="39DEC305"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74620.7</w:t>
            </w:r>
          </w:p>
        </w:tc>
        <w:tc>
          <w:tcPr>
            <w:tcW w:w="2395" w:type="dxa"/>
            <w:gridSpan w:val="3"/>
            <w:tcBorders>
              <w:top w:val="nil"/>
              <w:left w:val="nil"/>
              <w:bottom w:val="single" w:sz="4" w:space="0" w:color="auto"/>
              <w:right w:val="single" w:sz="4" w:space="0" w:color="auto"/>
            </w:tcBorders>
            <w:shd w:val="clear" w:color="auto" w:fill="auto"/>
            <w:noWrap/>
            <w:vAlign w:val="center"/>
            <w:hideMark/>
          </w:tcPr>
          <w:p w14:paraId="31EC6B7D"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74251.6</w:t>
            </w:r>
          </w:p>
        </w:tc>
        <w:tc>
          <w:tcPr>
            <w:tcW w:w="2396" w:type="dxa"/>
            <w:gridSpan w:val="3"/>
            <w:tcBorders>
              <w:top w:val="nil"/>
              <w:left w:val="nil"/>
              <w:bottom w:val="single" w:sz="4" w:space="0" w:color="auto"/>
              <w:right w:val="single" w:sz="4" w:space="0" w:color="auto"/>
            </w:tcBorders>
            <w:shd w:val="clear" w:color="auto" w:fill="auto"/>
            <w:noWrap/>
            <w:vAlign w:val="center"/>
            <w:hideMark/>
          </w:tcPr>
          <w:p w14:paraId="55E457A0"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69898.1</w:t>
            </w:r>
          </w:p>
        </w:tc>
      </w:tr>
      <w:tr w:rsidR="00546614" w:rsidRPr="00546614" w14:paraId="046EF9E8" w14:textId="77777777" w:rsidTr="00546614">
        <w:trPr>
          <w:trHeight w:val="202"/>
          <w:jc w:val="center"/>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5EB510E4" w14:textId="77777777" w:rsidR="00546614" w:rsidRPr="00546614" w:rsidRDefault="00546614" w:rsidP="00546614">
            <w:pPr>
              <w:spacing w:line="240" w:lineRule="auto"/>
              <w:jc w:val="center"/>
              <w:rPr>
                <w:rFonts w:eastAsia="맑은 고딕" w:cs="Times New Roman"/>
                <w:b/>
                <w:color w:val="000000"/>
                <w:sz w:val="16"/>
                <w:szCs w:val="28"/>
              </w:rPr>
            </w:pPr>
            <w:r>
              <w:rPr>
                <w:rFonts w:ascii="Arial" w:eastAsia="Arial" w:hAnsi="Arial" w:cs="Times New Roman"/>
                <w:b/>
                <w:color w:val="000000"/>
                <w:sz w:val="16"/>
                <w:szCs w:val="28"/>
              </w:rPr>
              <w:t>Log-likelihood</w:t>
            </w:r>
          </w:p>
        </w:tc>
        <w:tc>
          <w:tcPr>
            <w:tcW w:w="2551" w:type="dxa"/>
            <w:tcBorders>
              <w:top w:val="nil"/>
              <w:left w:val="nil"/>
              <w:bottom w:val="single" w:sz="4" w:space="0" w:color="auto"/>
              <w:right w:val="single" w:sz="4" w:space="0" w:color="auto"/>
            </w:tcBorders>
            <w:shd w:val="clear" w:color="auto" w:fill="auto"/>
            <w:noWrap/>
            <w:vAlign w:val="center"/>
            <w:hideMark/>
          </w:tcPr>
          <w:p w14:paraId="6355D364"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2395" w:type="dxa"/>
            <w:gridSpan w:val="3"/>
            <w:tcBorders>
              <w:top w:val="nil"/>
              <w:left w:val="nil"/>
              <w:bottom w:val="single" w:sz="4" w:space="0" w:color="auto"/>
              <w:right w:val="single" w:sz="4" w:space="0" w:color="auto"/>
            </w:tcBorders>
            <w:shd w:val="clear" w:color="auto" w:fill="auto"/>
            <w:noWrap/>
            <w:vAlign w:val="center"/>
            <w:hideMark/>
          </w:tcPr>
          <w:p w14:paraId="6E9B97FD"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-37875.4</w:t>
            </w:r>
          </w:p>
        </w:tc>
        <w:tc>
          <w:tcPr>
            <w:tcW w:w="2395" w:type="dxa"/>
            <w:gridSpan w:val="3"/>
            <w:tcBorders>
              <w:top w:val="nil"/>
              <w:left w:val="nil"/>
              <w:bottom w:val="single" w:sz="4" w:space="0" w:color="auto"/>
              <w:right w:val="single" w:sz="4" w:space="0" w:color="auto"/>
            </w:tcBorders>
            <w:shd w:val="clear" w:color="auto" w:fill="auto"/>
            <w:noWrap/>
            <w:vAlign w:val="center"/>
            <w:hideMark/>
          </w:tcPr>
          <w:p w14:paraId="6222BDFE"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-37252.1</w:t>
            </w:r>
          </w:p>
        </w:tc>
        <w:tc>
          <w:tcPr>
            <w:tcW w:w="2395" w:type="dxa"/>
            <w:gridSpan w:val="3"/>
            <w:tcBorders>
              <w:top w:val="nil"/>
              <w:left w:val="nil"/>
              <w:bottom w:val="single" w:sz="4" w:space="0" w:color="auto"/>
              <w:right w:val="single" w:sz="4" w:space="0" w:color="auto"/>
            </w:tcBorders>
            <w:shd w:val="clear" w:color="auto" w:fill="auto"/>
            <w:noWrap/>
            <w:vAlign w:val="center"/>
            <w:hideMark/>
          </w:tcPr>
          <w:p w14:paraId="69DFA77E"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-37050</w:t>
            </w:r>
          </w:p>
        </w:tc>
        <w:tc>
          <w:tcPr>
            <w:tcW w:w="2396" w:type="dxa"/>
            <w:gridSpan w:val="3"/>
            <w:tcBorders>
              <w:top w:val="nil"/>
              <w:left w:val="nil"/>
              <w:bottom w:val="single" w:sz="4" w:space="0" w:color="auto"/>
              <w:right w:val="single" w:sz="4" w:space="0" w:color="auto"/>
            </w:tcBorders>
            <w:shd w:val="clear" w:color="auto" w:fill="auto"/>
            <w:noWrap/>
            <w:vAlign w:val="center"/>
            <w:hideMark/>
          </w:tcPr>
          <w:p w14:paraId="44296E08"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-34850</w:t>
            </w:r>
          </w:p>
        </w:tc>
      </w:tr>
    </w:tbl>
    <w:p w14:paraId="3075FA52" w14:textId="11FDE4DC" w:rsidR="00C81053" w:rsidRDefault="00ED5F5D">
      <w:pPr>
        <w:spacing w:before="60" w:line="240" w:lineRule="auto"/>
      </w:pPr>
      <w:r>
        <w:rPr>
          <w:rFonts w:ascii="Arial" w:eastAsia="Arial" w:hAnsi="Arial"/>
          <w:sz w:val="14"/>
        </w:rPr>
        <w:t>Notes: Coefficients are log-odds from logistic HAPC-CCREMs. Model 1 is the baseline APC model; Model 2 adds household-head sex and household size; Model 3 additionally adds residential location; Model 4 further adds educational attainment, employment status, rental subtenure, and household income. Period and birth-cohort entries are estimated random-effect deviations. Administration labels are shown only to contextualize the survey years; period effects are estimated separately for each KHS survey year. Broad generation labels are contextual descriptors, not statistical grouping variables. Recent Korean studies commonly place the Baby Boom generation around 1954/1955-1964, Gen X around 1964/1965-1979/1980, Gen M (Millennials) around 1980/1981-1994/1996, and Gen Z from approximately 1995/1997 onward (Chin et al. 2023; Yoon and Lim 2023), while noting that exact boundaries vary across studies (Park et al. 2023). Because the HAPC specification uses five-year cohort bins, the display aligns these labels as closely as possible with the Korean classification used by Yoon and Lim (2023): Postwar (1940-1954), Baby Boom (1955-1964), Gen X (1965-1979), Gen M (1980-1994), and Gen Z (1995-2004). The Postwar label is study-specific; the sparse 2000-2004 cohort is grouped with Gen Z for display continuity but is not substantively interpreted. All cohort effects are estimated for individual five-year birth cohorts rather than for the broader generation labels. + p &lt; 0.10; * p &lt; 0.05; ** p &lt; 0.01; *** p &lt; 0.001.</w:t>
      </w:r>
    </w:p>
    <w:p w14:paraId="3910E8BE" w14:textId="77777777" w:rsidR="00C81053" w:rsidRDefault="00ED5F5D">
      <w:r>
        <w:br w:type="page"/>
      </w:r>
    </w:p>
    <w:p w14:paraId="58BD8967" w14:textId="77777777" w:rsidR="00C81053" w:rsidRDefault="00ED5F5D">
      <w:pPr>
        <w:keepNext/>
        <w:spacing w:before="120" w:after="80"/>
      </w:pPr>
      <w:r>
        <w:rPr>
          <w:rFonts w:ascii="Arial" w:eastAsia="Arial" w:hAnsi="Arial"/>
          <w:b/>
          <w:sz w:val="18"/>
        </w:rPr>
        <w:lastRenderedPageBreak/>
        <w:t>Table 2. Region-stratified HAPC-CCREM estimates of housing insecurity</w:t>
      </w:r>
    </w:p>
    <w:tbl>
      <w:tblPr>
        <w:tblW w:w="13674" w:type="dxa"/>
        <w:jc w:val="center"/>
        <w:tblLayout w:type="fixed"/>
        <w:tblCellMar>
          <w:left w:w="99" w:type="dxa"/>
          <w:right w:w="99" w:type="dxa"/>
        </w:tblCellMar>
        <w:tblLook w:val="04A0" w:firstRow="1" w:lastRow="0" w:firstColumn="1" w:lastColumn="0" w:noHBand="0" w:noVBand="1"/>
      </w:tblPr>
      <w:tblGrid>
        <w:gridCol w:w="3816"/>
        <w:gridCol w:w="2268"/>
        <w:gridCol w:w="1265"/>
        <w:gridCol w:w="1265"/>
        <w:gridCol w:w="1265"/>
        <w:gridCol w:w="1265"/>
        <w:gridCol w:w="1265"/>
        <w:gridCol w:w="1265"/>
      </w:tblGrid>
      <w:tr w:rsidR="001D47F0" w:rsidRPr="00546614" w14:paraId="562AA339" w14:textId="77777777" w:rsidTr="00546614">
        <w:trPr>
          <w:trHeight w:val="209"/>
          <w:tblHeader/>
          <w:jc w:val="center"/>
        </w:trPr>
        <w:tc>
          <w:tcPr>
            <w:tcW w:w="6084" w:type="dxa"/>
            <w:gridSpan w:val="2"/>
            <w:vMerge w:val="restart"/>
            <w:tcBorders>
              <w:top w:val="single" w:sz="4" w:space="0" w:color="auto"/>
              <w:left w:val="single" w:sz="4" w:space="0" w:color="auto"/>
              <w:right w:val="single" w:sz="4" w:space="0" w:color="auto"/>
            </w:tcBorders>
            <w:shd w:val="clear" w:color="auto" w:fill="auto"/>
            <w:noWrap/>
            <w:vAlign w:val="center"/>
          </w:tcPr>
          <w:p w14:paraId="7A4D2016" w14:textId="77777777" w:rsidR="00C81053" w:rsidRPr="00546614" w:rsidRDefault="00ED5F5D">
            <w:pPr>
              <w:spacing w:line="240" w:lineRule="auto"/>
              <w:rPr>
                <w:b/>
                <w:bCs/>
                <w:sz w:val="16"/>
                <w:szCs w:val="28"/>
              </w:rPr>
            </w:pPr>
            <w:r>
              <w:rPr>
                <w:rFonts w:ascii="Arial" w:eastAsia="Arial" w:hAnsi="Arial"/>
                <w:b/>
                <w:bCs/>
                <w:sz w:val="16"/>
                <w:szCs w:val="28"/>
              </w:rPr>
              <w:t>Variable</w:t>
            </w:r>
          </w:p>
        </w:tc>
        <w:tc>
          <w:tcPr>
            <w:tcW w:w="3795" w:type="dxa"/>
            <w:gridSpan w:val="3"/>
            <w:tcBorders>
              <w:top w:val="single" w:sz="4" w:space="0" w:color="auto"/>
              <w:left w:val="nil"/>
              <w:bottom w:val="single" w:sz="4" w:space="0" w:color="auto"/>
              <w:right w:val="single" w:sz="4" w:space="0" w:color="auto"/>
            </w:tcBorders>
            <w:shd w:val="clear" w:color="auto" w:fill="auto"/>
            <w:noWrap/>
            <w:vAlign w:val="center"/>
          </w:tcPr>
          <w:p w14:paraId="7BD4ECDE" w14:textId="77777777" w:rsidR="001D47F0" w:rsidRPr="00546614" w:rsidRDefault="00ED5F5D" w:rsidP="001D47F0">
            <w:pPr>
              <w:spacing w:line="240" w:lineRule="auto"/>
              <w:jc w:val="center"/>
              <w:rPr>
                <w:rFonts w:eastAsia="맑은 고딕" w:cs="Times New Roman"/>
                <w:b/>
                <w:color w:val="000000"/>
                <w:sz w:val="16"/>
                <w:szCs w:val="28"/>
              </w:rPr>
            </w:pPr>
            <w:r>
              <w:rPr>
                <w:rFonts w:ascii="Arial" w:eastAsia="Arial" w:hAnsi="Arial" w:cs="Times New Roman" w:hint="eastAsia"/>
                <w:b/>
                <w:color w:val="000000"/>
                <w:sz w:val="16"/>
                <w:szCs w:val="28"/>
              </w:rPr>
              <w:t>M</w:t>
            </w:r>
            <w:r>
              <w:rPr>
                <w:rFonts w:ascii="Arial" w:eastAsia="Arial" w:hAnsi="Arial" w:cs="Times New Roman"/>
                <w:b/>
                <w:color w:val="000000"/>
                <w:sz w:val="16"/>
                <w:szCs w:val="28"/>
              </w:rPr>
              <w:t>odel 5 (Capital region)</w:t>
            </w:r>
          </w:p>
        </w:tc>
        <w:tc>
          <w:tcPr>
            <w:tcW w:w="3795" w:type="dxa"/>
            <w:gridSpan w:val="3"/>
            <w:tcBorders>
              <w:top w:val="single" w:sz="4" w:space="0" w:color="auto"/>
              <w:left w:val="nil"/>
              <w:bottom w:val="single" w:sz="4" w:space="0" w:color="auto"/>
              <w:right w:val="single" w:sz="4" w:space="0" w:color="auto"/>
            </w:tcBorders>
            <w:shd w:val="clear" w:color="auto" w:fill="auto"/>
            <w:noWrap/>
            <w:vAlign w:val="center"/>
          </w:tcPr>
          <w:p w14:paraId="328FEAAC" w14:textId="77777777" w:rsidR="001D47F0" w:rsidRPr="00546614" w:rsidRDefault="00ED5F5D" w:rsidP="001D47F0">
            <w:pPr>
              <w:spacing w:line="240" w:lineRule="auto"/>
              <w:jc w:val="center"/>
              <w:rPr>
                <w:rFonts w:eastAsia="맑은 고딕" w:cs="Times New Roman"/>
                <w:b/>
                <w:color w:val="000000"/>
                <w:sz w:val="16"/>
                <w:szCs w:val="28"/>
              </w:rPr>
            </w:pPr>
            <w:r>
              <w:rPr>
                <w:rFonts w:ascii="Arial" w:eastAsia="Arial" w:hAnsi="Arial" w:cs="Times New Roman" w:hint="eastAsia"/>
                <w:b/>
                <w:color w:val="000000"/>
                <w:sz w:val="16"/>
                <w:szCs w:val="28"/>
              </w:rPr>
              <w:t>M</w:t>
            </w:r>
            <w:r>
              <w:rPr>
                <w:rFonts w:ascii="Arial" w:eastAsia="Arial" w:hAnsi="Arial" w:cs="Times New Roman"/>
                <w:b/>
                <w:color w:val="000000"/>
                <w:sz w:val="16"/>
                <w:szCs w:val="28"/>
              </w:rPr>
              <w:t>odel 6 (Non-capital region)</w:t>
            </w:r>
          </w:p>
        </w:tc>
      </w:tr>
      <w:tr w:rsidR="001D47F0" w:rsidRPr="00546614" w14:paraId="3806A833" w14:textId="77777777" w:rsidTr="00546614">
        <w:trPr>
          <w:trHeight w:val="209"/>
          <w:tblHeader/>
          <w:jc w:val="center"/>
        </w:trPr>
        <w:tc>
          <w:tcPr>
            <w:tcW w:w="6084" w:type="dxa"/>
            <w:gridSpan w:val="2"/>
            <w:vMerge/>
            <w:tcBorders>
              <w:left w:val="single" w:sz="4" w:space="0" w:color="auto"/>
              <w:bottom w:val="single" w:sz="4" w:space="0" w:color="auto"/>
              <w:right w:val="single" w:sz="4" w:space="0" w:color="auto"/>
            </w:tcBorders>
            <w:shd w:val="clear" w:color="auto" w:fill="auto"/>
            <w:noWrap/>
            <w:vAlign w:val="center"/>
            <w:hideMark/>
          </w:tcPr>
          <w:p w14:paraId="3CC49A46" w14:textId="77777777" w:rsidR="001D47F0" w:rsidRPr="00546614" w:rsidRDefault="00673AED" w:rsidP="001D47F0">
            <w:pPr>
              <w:spacing w:line="240" w:lineRule="auto"/>
              <w:jc w:val="center"/>
              <w:rPr>
                <w:rFonts w:eastAsia="맑은 고딕" w:cs="Times New Roman"/>
                <w:b/>
                <w:color w:val="000000"/>
                <w:sz w:val="16"/>
                <w:szCs w:val="28"/>
              </w:rPr>
            </w:pPr>
          </w:p>
        </w:tc>
        <w:tc>
          <w:tcPr>
            <w:tcW w:w="1265" w:type="dxa"/>
            <w:tcBorders>
              <w:top w:val="nil"/>
              <w:left w:val="nil"/>
              <w:bottom w:val="single" w:sz="4" w:space="0" w:color="auto"/>
              <w:right w:val="single" w:sz="4" w:space="0" w:color="auto"/>
            </w:tcBorders>
            <w:shd w:val="clear" w:color="auto" w:fill="auto"/>
            <w:noWrap/>
            <w:vAlign w:val="center"/>
            <w:hideMark/>
          </w:tcPr>
          <w:p w14:paraId="5D5F3DBA" w14:textId="77777777" w:rsidR="001D47F0" w:rsidRPr="00546614" w:rsidRDefault="00ED5F5D" w:rsidP="001D47F0">
            <w:pPr>
              <w:spacing w:line="240" w:lineRule="auto"/>
              <w:jc w:val="center"/>
              <w:rPr>
                <w:rFonts w:eastAsia="맑은 고딕" w:cs="Times New Roman"/>
                <w:b/>
                <w:color w:val="000000"/>
                <w:sz w:val="16"/>
                <w:szCs w:val="28"/>
              </w:rPr>
            </w:pPr>
            <w:r>
              <w:rPr>
                <w:rFonts w:ascii="Arial" w:eastAsia="Arial" w:hAnsi="Arial" w:cs="Times New Roman"/>
                <w:b/>
                <w:color w:val="000000"/>
                <w:sz w:val="16"/>
                <w:szCs w:val="28"/>
              </w:rPr>
              <w:t>Coeff.</w:t>
            </w:r>
          </w:p>
        </w:tc>
        <w:tc>
          <w:tcPr>
            <w:tcW w:w="1265" w:type="dxa"/>
            <w:tcBorders>
              <w:top w:val="nil"/>
              <w:left w:val="nil"/>
              <w:bottom w:val="single" w:sz="4" w:space="0" w:color="auto"/>
              <w:right w:val="single" w:sz="4" w:space="0" w:color="auto"/>
            </w:tcBorders>
            <w:shd w:val="clear" w:color="auto" w:fill="auto"/>
            <w:noWrap/>
            <w:vAlign w:val="center"/>
            <w:hideMark/>
          </w:tcPr>
          <w:p w14:paraId="29D001A8" w14:textId="77777777" w:rsidR="001D47F0" w:rsidRPr="00546614" w:rsidRDefault="00ED5F5D" w:rsidP="001D47F0">
            <w:pPr>
              <w:spacing w:line="240" w:lineRule="auto"/>
              <w:jc w:val="center"/>
              <w:rPr>
                <w:rFonts w:eastAsia="맑은 고딕" w:cs="Times New Roman"/>
                <w:b/>
                <w:color w:val="000000"/>
                <w:sz w:val="16"/>
                <w:szCs w:val="28"/>
              </w:rPr>
            </w:pPr>
            <w:r>
              <w:rPr>
                <w:rFonts w:ascii="Arial" w:eastAsia="Arial" w:hAnsi="Arial" w:cs="Times New Roman"/>
                <w:b/>
                <w:color w:val="000000"/>
                <w:sz w:val="16"/>
                <w:szCs w:val="28"/>
              </w:rPr>
              <w:t>Sig.</w:t>
            </w:r>
          </w:p>
        </w:tc>
        <w:tc>
          <w:tcPr>
            <w:tcW w:w="1265" w:type="dxa"/>
            <w:tcBorders>
              <w:top w:val="nil"/>
              <w:left w:val="nil"/>
              <w:bottom w:val="single" w:sz="4" w:space="0" w:color="auto"/>
              <w:right w:val="single" w:sz="4" w:space="0" w:color="auto"/>
            </w:tcBorders>
            <w:shd w:val="clear" w:color="auto" w:fill="auto"/>
            <w:noWrap/>
            <w:vAlign w:val="center"/>
            <w:hideMark/>
          </w:tcPr>
          <w:p w14:paraId="2BDC51E4" w14:textId="77777777" w:rsidR="001D47F0" w:rsidRPr="00546614" w:rsidRDefault="00ED5F5D" w:rsidP="001D47F0">
            <w:pPr>
              <w:spacing w:line="240" w:lineRule="auto"/>
              <w:jc w:val="center"/>
              <w:rPr>
                <w:rFonts w:eastAsia="맑은 고딕" w:cs="Times New Roman"/>
                <w:b/>
                <w:color w:val="000000"/>
                <w:sz w:val="16"/>
                <w:szCs w:val="28"/>
              </w:rPr>
            </w:pPr>
            <w:r>
              <w:rPr>
                <w:rFonts w:ascii="Arial" w:eastAsia="Arial" w:hAnsi="Arial" w:cs="Times New Roman"/>
                <w:b/>
                <w:color w:val="000000"/>
                <w:sz w:val="16"/>
                <w:szCs w:val="28"/>
              </w:rPr>
              <w:t>S.E.</w:t>
            </w:r>
          </w:p>
        </w:tc>
        <w:tc>
          <w:tcPr>
            <w:tcW w:w="1265" w:type="dxa"/>
            <w:tcBorders>
              <w:top w:val="nil"/>
              <w:left w:val="nil"/>
              <w:bottom w:val="single" w:sz="4" w:space="0" w:color="auto"/>
              <w:right w:val="single" w:sz="4" w:space="0" w:color="auto"/>
            </w:tcBorders>
            <w:shd w:val="clear" w:color="auto" w:fill="auto"/>
            <w:noWrap/>
            <w:vAlign w:val="center"/>
            <w:hideMark/>
          </w:tcPr>
          <w:p w14:paraId="3E3E52B9" w14:textId="77777777" w:rsidR="001D47F0" w:rsidRPr="00546614" w:rsidRDefault="00ED5F5D" w:rsidP="001D47F0">
            <w:pPr>
              <w:spacing w:line="240" w:lineRule="auto"/>
              <w:jc w:val="center"/>
              <w:rPr>
                <w:rFonts w:eastAsia="맑은 고딕" w:cs="Times New Roman"/>
                <w:b/>
                <w:color w:val="000000"/>
                <w:sz w:val="16"/>
                <w:szCs w:val="28"/>
              </w:rPr>
            </w:pPr>
            <w:r>
              <w:rPr>
                <w:rFonts w:ascii="Arial" w:eastAsia="Arial" w:hAnsi="Arial" w:cs="Times New Roman"/>
                <w:b/>
                <w:color w:val="000000"/>
                <w:sz w:val="16"/>
                <w:szCs w:val="28"/>
              </w:rPr>
              <w:t>Coeff.</w:t>
            </w:r>
          </w:p>
        </w:tc>
        <w:tc>
          <w:tcPr>
            <w:tcW w:w="1265" w:type="dxa"/>
            <w:tcBorders>
              <w:top w:val="nil"/>
              <w:left w:val="nil"/>
              <w:bottom w:val="single" w:sz="4" w:space="0" w:color="auto"/>
              <w:right w:val="single" w:sz="4" w:space="0" w:color="auto"/>
            </w:tcBorders>
            <w:shd w:val="clear" w:color="auto" w:fill="auto"/>
            <w:noWrap/>
            <w:vAlign w:val="center"/>
            <w:hideMark/>
          </w:tcPr>
          <w:p w14:paraId="77F85434" w14:textId="77777777" w:rsidR="001D47F0" w:rsidRPr="00546614" w:rsidRDefault="00ED5F5D" w:rsidP="001D47F0">
            <w:pPr>
              <w:spacing w:line="240" w:lineRule="auto"/>
              <w:jc w:val="center"/>
              <w:rPr>
                <w:rFonts w:eastAsia="맑은 고딕" w:cs="Times New Roman"/>
                <w:b/>
                <w:color w:val="000000"/>
                <w:sz w:val="16"/>
                <w:szCs w:val="28"/>
              </w:rPr>
            </w:pPr>
            <w:r>
              <w:rPr>
                <w:rFonts w:ascii="Arial" w:eastAsia="Arial" w:hAnsi="Arial" w:cs="Times New Roman"/>
                <w:b/>
                <w:color w:val="000000"/>
                <w:sz w:val="16"/>
                <w:szCs w:val="28"/>
              </w:rPr>
              <w:t>Sig.</w:t>
            </w:r>
          </w:p>
        </w:tc>
        <w:tc>
          <w:tcPr>
            <w:tcW w:w="1265" w:type="dxa"/>
            <w:tcBorders>
              <w:top w:val="nil"/>
              <w:left w:val="nil"/>
              <w:bottom w:val="single" w:sz="4" w:space="0" w:color="auto"/>
              <w:right w:val="single" w:sz="4" w:space="0" w:color="auto"/>
            </w:tcBorders>
            <w:shd w:val="clear" w:color="auto" w:fill="auto"/>
            <w:noWrap/>
            <w:vAlign w:val="center"/>
            <w:hideMark/>
          </w:tcPr>
          <w:p w14:paraId="0CC3364C" w14:textId="77777777" w:rsidR="001D47F0" w:rsidRPr="00546614" w:rsidRDefault="00ED5F5D" w:rsidP="001D47F0">
            <w:pPr>
              <w:spacing w:line="240" w:lineRule="auto"/>
              <w:jc w:val="center"/>
              <w:rPr>
                <w:rFonts w:eastAsia="맑은 고딕" w:cs="Times New Roman"/>
                <w:b/>
                <w:color w:val="000000"/>
                <w:sz w:val="16"/>
                <w:szCs w:val="28"/>
              </w:rPr>
            </w:pPr>
            <w:r>
              <w:rPr>
                <w:rFonts w:ascii="Arial" w:eastAsia="Arial" w:hAnsi="Arial" w:cs="Times New Roman"/>
                <w:b/>
                <w:color w:val="000000"/>
                <w:sz w:val="16"/>
                <w:szCs w:val="28"/>
              </w:rPr>
              <w:t>S.E.</w:t>
            </w:r>
          </w:p>
        </w:tc>
      </w:tr>
      <w:tr w:rsidR="001D47F0" w:rsidRPr="00546614" w14:paraId="66C32ECD" w14:textId="77777777" w:rsidTr="00546614">
        <w:trPr>
          <w:trHeight w:val="209"/>
          <w:jc w:val="center"/>
        </w:trPr>
        <w:tc>
          <w:tcPr>
            <w:tcW w:w="3816" w:type="dxa"/>
            <w:tcBorders>
              <w:top w:val="nil"/>
              <w:left w:val="single" w:sz="4" w:space="0" w:color="auto"/>
              <w:bottom w:val="single" w:sz="4" w:space="0" w:color="auto"/>
              <w:right w:val="single" w:sz="4" w:space="0" w:color="auto"/>
            </w:tcBorders>
            <w:shd w:val="clear" w:color="auto" w:fill="auto"/>
            <w:noWrap/>
            <w:vAlign w:val="center"/>
            <w:hideMark/>
          </w:tcPr>
          <w:p w14:paraId="726F74E8" w14:textId="77777777" w:rsidR="001D47F0" w:rsidRPr="00546614" w:rsidRDefault="00ED5F5D" w:rsidP="001D47F0">
            <w:pPr>
              <w:spacing w:line="240" w:lineRule="auto"/>
              <w:rPr>
                <w:rFonts w:eastAsia="맑은 고딕" w:cs="Times New Roman"/>
                <w:b/>
                <w:color w:val="000000"/>
                <w:sz w:val="16"/>
                <w:szCs w:val="28"/>
              </w:rPr>
            </w:pPr>
            <w:r>
              <w:rPr>
                <w:rFonts w:ascii="Arial" w:eastAsia="Arial" w:hAnsi="Arial" w:cs="Times New Roman"/>
                <w:b/>
                <w:color w:val="000000"/>
                <w:sz w:val="16"/>
                <w:szCs w:val="28"/>
              </w:rPr>
              <w:t>Fixed effects</w:t>
            </w:r>
          </w:p>
        </w:tc>
        <w:tc>
          <w:tcPr>
            <w:tcW w:w="2268" w:type="dxa"/>
            <w:tcBorders>
              <w:top w:val="nil"/>
              <w:left w:val="nil"/>
              <w:bottom w:val="single" w:sz="4" w:space="0" w:color="auto"/>
              <w:right w:val="single" w:sz="4" w:space="0" w:color="auto"/>
            </w:tcBorders>
            <w:shd w:val="clear" w:color="auto" w:fill="auto"/>
            <w:noWrap/>
            <w:vAlign w:val="center"/>
            <w:hideMark/>
          </w:tcPr>
          <w:p w14:paraId="38E4D3F4"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3DA4123B"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5A5C2C10"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1D13385B"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0565CD09"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2D777ACF"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5BAF14F0"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r>
      <w:tr w:rsidR="001D47F0" w:rsidRPr="00546614" w14:paraId="1AC384B6" w14:textId="77777777" w:rsidTr="00546614">
        <w:trPr>
          <w:trHeight w:val="209"/>
          <w:jc w:val="center"/>
        </w:trPr>
        <w:tc>
          <w:tcPr>
            <w:tcW w:w="3816" w:type="dxa"/>
            <w:tcBorders>
              <w:top w:val="nil"/>
              <w:left w:val="single" w:sz="4" w:space="0" w:color="auto"/>
              <w:bottom w:val="single" w:sz="4" w:space="0" w:color="auto"/>
              <w:right w:val="single" w:sz="4" w:space="0" w:color="auto"/>
            </w:tcBorders>
            <w:shd w:val="clear" w:color="auto" w:fill="auto"/>
            <w:noWrap/>
            <w:vAlign w:val="center"/>
            <w:hideMark/>
          </w:tcPr>
          <w:p w14:paraId="68E752B9" w14:textId="77777777" w:rsidR="001D47F0" w:rsidRPr="00546614" w:rsidRDefault="00ED5F5D" w:rsidP="001D47F0">
            <w:pPr>
              <w:spacing w:line="240" w:lineRule="auto"/>
              <w:rPr>
                <w:rFonts w:eastAsia="맑은 고딕" w:cs="Times New Roman"/>
                <w:iCs/>
                <w:color w:val="000000"/>
                <w:sz w:val="16"/>
                <w:szCs w:val="28"/>
              </w:rPr>
            </w:pPr>
            <w:r>
              <w:rPr>
                <w:rFonts w:ascii="Arial" w:eastAsia="Arial" w:hAnsi="Arial" w:cs="Times New Roman"/>
                <w:iCs/>
                <w:color w:val="000000"/>
                <w:sz w:val="16"/>
                <w:szCs w:val="28"/>
              </w:rPr>
              <w:t>Age/10</w:t>
            </w:r>
          </w:p>
        </w:tc>
        <w:tc>
          <w:tcPr>
            <w:tcW w:w="2268" w:type="dxa"/>
            <w:tcBorders>
              <w:top w:val="nil"/>
              <w:left w:val="nil"/>
              <w:bottom w:val="single" w:sz="4" w:space="0" w:color="auto"/>
              <w:right w:val="single" w:sz="4" w:space="0" w:color="auto"/>
            </w:tcBorders>
            <w:shd w:val="clear" w:color="auto" w:fill="auto"/>
            <w:noWrap/>
            <w:vAlign w:val="center"/>
            <w:hideMark/>
          </w:tcPr>
          <w:p w14:paraId="0D5D84C3"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57BAE27D" w14:textId="77777777" w:rsidR="001D47F0" w:rsidRPr="00546614" w:rsidRDefault="00ED5F5D" w:rsidP="001D47F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-0.047</w:t>
            </w:r>
          </w:p>
        </w:tc>
        <w:tc>
          <w:tcPr>
            <w:tcW w:w="1265" w:type="dxa"/>
            <w:tcBorders>
              <w:top w:val="nil"/>
              <w:left w:val="nil"/>
              <w:bottom w:val="single" w:sz="4" w:space="0" w:color="auto"/>
              <w:right w:val="single" w:sz="4" w:space="0" w:color="auto"/>
            </w:tcBorders>
            <w:shd w:val="clear" w:color="auto" w:fill="auto"/>
            <w:noWrap/>
            <w:vAlign w:val="center"/>
            <w:hideMark/>
          </w:tcPr>
          <w:p w14:paraId="378FB159"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1E93784E" w14:textId="77777777" w:rsidR="001D47F0" w:rsidRPr="00546614" w:rsidRDefault="00ED5F5D" w:rsidP="001D47F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0.160</w:t>
            </w:r>
          </w:p>
        </w:tc>
        <w:tc>
          <w:tcPr>
            <w:tcW w:w="1265" w:type="dxa"/>
            <w:tcBorders>
              <w:top w:val="nil"/>
              <w:left w:val="nil"/>
              <w:bottom w:val="single" w:sz="4" w:space="0" w:color="auto"/>
              <w:right w:val="single" w:sz="4" w:space="0" w:color="auto"/>
            </w:tcBorders>
            <w:shd w:val="clear" w:color="auto" w:fill="auto"/>
            <w:noWrap/>
            <w:vAlign w:val="center"/>
            <w:hideMark/>
          </w:tcPr>
          <w:p w14:paraId="1A7AFB11" w14:textId="77777777" w:rsidR="001D47F0" w:rsidRPr="00546614" w:rsidRDefault="00ED5F5D" w:rsidP="001D47F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-0.364</w:t>
            </w:r>
          </w:p>
        </w:tc>
        <w:tc>
          <w:tcPr>
            <w:tcW w:w="1265" w:type="dxa"/>
            <w:tcBorders>
              <w:top w:val="nil"/>
              <w:left w:val="nil"/>
              <w:bottom w:val="single" w:sz="4" w:space="0" w:color="auto"/>
              <w:right w:val="single" w:sz="4" w:space="0" w:color="auto"/>
            </w:tcBorders>
            <w:shd w:val="clear" w:color="auto" w:fill="auto"/>
            <w:noWrap/>
            <w:vAlign w:val="center"/>
            <w:hideMark/>
          </w:tcPr>
          <w:p w14:paraId="7AFE6D86"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1265" w:type="dxa"/>
            <w:tcBorders>
              <w:top w:val="nil"/>
              <w:left w:val="nil"/>
              <w:bottom w:val="single" w:sz="4" w:space="0" w:color="auto"/>
              <w:right w:val="single" w:sz="4" w:space="0" w:color="auto"/>
            </w:tcBorders>
            <w:shd w:val="clear" w:color="auto" w:fill="auto"/>
            <w:noWrap/>
            <w:vAlign w:val="center"/>
            <w:hideMark/>
          </w:tcPr>
          <w:p w14:paraId="0DBCB048" w14:textId="77777777" w:rsidR="001D47F0" w:rsidRPr="00546614" w:rsidRDefault="00ED5F5D" w:rsidP="001D47F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0.118</w:t>
            </w:r>
          </w:p>
        </w:tc>
      </w:tr>
      <w:tr w:rsidR="001D47F0" w:rsidRPr="00546614" w14:paraId="752BE692" w14:textId="77777777" w:rsidTr="00546614">
        <w:trPr>
          <w:trHeight w:val="209"/>
          <w:jc w:val="center"/>
        </w:trPr>
        <w:tc>
          <w:tcPr>
            <w:tcW w:w="3816" w:type="dxa"/>
            <w:tcBorders>
              <w:top w:val="nil"/>
              <w:left w:val="single" w:sz="4" w:space="0" w:color="auto"/>
              <w:bottom w:val="single" w:sz="4" w:space="0" w:color="auto"/>
              <w:right w:val="single" w:sz="4" w:space="0" w:color="auto"/>
            </w:tcBorders>
            <w:shd w:val="clear" w:color="auto" w:fill="auto"/>
            <w:noWrap/>
            <w:vAlign w:val="center"/>
            <w:hideMark/>
          </w:tcPr>
          <w:p w14:paraId="59C709B1" w14:textId="77777777" w:rsidR="00C81053" w:rsidRPr="00546614" w:rsidRDefault="00ED5F5D">
            <w:pPr>
              <w:spacing w:line="240" w:lineRule="auto"/>
              <w:rPr>
                <w:sz w:val="16"/>
                <w:szCs w:val="28"/>
              </w:rPr>
            </w:pPr>
            <w:r>
              <w:rPr>
                <w:rFonts w:ascii="Arial" w:eastAsia="Arial" w:hAnsi="Arial"/>
                <w:sz w:val="16"/>
                <w:szCs w:val="28"/>
              </w:rPr>
              <w:t>(Age/10) squared</w:t>
            </w:r>
          </w:p>
        </w:tc>
        <w:tc>
          <w:tcPr>
            <w:tcW w:w="2268" w:type="dxa"/>
            <w:tcBorders>
              <w:top w:val="nil"/>
              <w:left w:val="nil"/>
              <w:bottom w:val="single" w:sz="4" w:space="0" w:color="auto"/>
              <w:right w:val="single" w:sz="4" w:space="0" w:color="auto"/>
            </w:tcBorders>
            <w:shd w:val="clear" w:color="auto" w:fill="auto"/>
            <w:noWrap/>
            <w:vAlign w:val="center"/>
            <w:hideMark/>
          </w:tcPr>
          <w:p w14:paraId="43CBA165"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75FB6E37" w14:textId="77777777" w:rsidR="001D47F0" w:rsidRPr="00546614" w:rsidRDefault="00ED5F5D" w:rsidP="001D47F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-0.001</w:t>
            </w:r>
          </w:p>
        </w:tc>
        <w:tc>
          <w:tcPr>
            <w:tcW w:w="1265" w:type="dxa"/>
            <w:tcBorders>
              <w:top w:val="nil"/>
              <w:left w:val="nil"/>
              <w:bottom w:val="single" w:sz="4" w:space="0" w:color="auto"/>
              <w:right w:val="single" w:sz="4" w:space="0" w:color="auto"/>
            </w:tcBorders>
            <w:shd w:val="clear" w:color="auto" w:fill="auto"/>
            <w:noWrap/>
            <w:vAlign w:val="center"/>
            <w:hideMark/>
          </w:tcPr>
          <w:p w14:paraId="49C01B9B"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69EFEB3D" w14:textId="77777777" w:rsidR="001D47F0" w:rsidRPr="00546614" w:rsidRDefault="00ED5F5D" w:rsidP="001D47F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0.018</w:t>
            </w:r>
          </w:p>
        </w:tc>
        <w:tc>
          <w:tcPr>
            <w:tcW w:w="1265" w:type="dxa"/>
            <w:tcBorders>
              <w:top w:val="nil"/>
              <w:left w:val="nil"/>
              <w:bottom w:val="single" w:sz="4" w:space="0" w:color="auto"/>
              <w:right w:val="single" w:sz="4" w:space="0" w:color="auto"/>
            </w:tcBorders>
            <w:shd w:val="clear" w:color="auto" w:fill="auto"/>
            <w:noWrap/>
            <w:vAlign w:val="center"/>
            <w:hideMark/>
          </w:tcPr>
          <w:p w14:paraId="34206C83" w14:textId="77777777" w:rsidR="001D47F0" w:rsidRPr="00546614" w:rsidRDefault="00ED5F5D" w:rsidP="001D47F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0.037</w:t>
            </w:r>
          </w:p>
        </w:tc>
        <w:tc>
          <w:tcPr>
            <w:tcW w:w="1265" w:type="dxa"/>
            <w:tcBorders>
              <w:top w:val="nil"/>
              <w:left w:val="nil"/>
              <w:bottom w:val="single" w:sz="4" w:space="0" w:color="auto"/>
              <w:right w:val="single" w:sz="4" w:space="0" w:color="auto"/>
            </w:tcBorders>
            <w:shd w:val="clear" w:color="auto" w:fill="auto"/>
            <w:noWrap/>
            <w:vAlign w:val="center"/>
            <w:hideMark/>
          </w:tcPr>
          <w:p w14:paraId="5AEF9FE6"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1265" w:type="dxa"/>
            <w:tcBorders>
              <w:top w:val="nil"/>
              <w:left w:val="nil"/>
              <w:bottom w:val="single" w:sz="4" w:space="0" w:color="auto"/>
              <w:right w:val="single" w:sz="4" w:space="0" w:color="auto"/>
            </w:tcBorders>
            <w:shd w:val="clear" w:color="auto" w:fill="auto"/>
            <w:noWrap/>
            <w:vAlign w:val="center"/>
            <w:hideMark/>
          </w:tcPr>
          <w:p w14:paraId="35D6313E" w14:textId="77777777" w:rsidR="001D47F0" w:rsidRPr="00546614" w:rsidRDefault="00ED5F5D" w:rsidP="001D47F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0.014</w:t>
            </w:r>
          </w:p>
        </w:tc>
      </w:tr>
      <w:tr w:rsidR="001D47F0" w:rsidRPr="00546614" w14:paraId="001DBC8D" w14:textId="77777777" w:rsidTr="00546614">
        <w:trPr>
          <w:trHeight w:val="209"/>
          <w:jc w:val="center"/>
        </w:trPr>
        <w:tc>
          <w:tcPr>
            <w:tcW w:w="3816" w:type="dxa"/>
            <w:tcBorders>
              <w:top w:val="nil"/>
              <w:left w:val="single" w:sz="4" w:space="0" w:color="auto"/>
              <w:bottom w:val="single" w:sz="4" w:space="0" w:color="auto"/>
              <w:right w:val="single" w:sz="4" w:space="0" w:color="auto"/>
            </w:tcBorders>
            <w:shd w:val="clear" w:color="auto" w:fill="auto"/>
            <w:noWrap/>
            <w:vAlign w:val="center"/>
            <w:hideMark/>
          </w:tcPr>
          <w:p w14:paraId="30396115" w14:textId="7904BF43" w:rsidR="00C81053" w:rsidRPr="00546614" w:rsidRDefault="001D5C5C">
            <w:pPr>
              <w:spacing w:line="240" w:lineRule="auto"/>
              <w:rPr>
                <w:sz w:val="16"/>
                <w:szCs w:val="28"/>
              </w:rPr>
            </w:pPr>
            <w:r>
              <w:rPr>
                <w:rFonts w:ascii="Arial" w:eastAsia="Arial" w:hAnsi="Arial" w:hint="eastAsia"/>
                <w:sz w:val="16"/>
                <w:szCs w:val="28"/>
              </w:rPr>
              <w:t>G</w:t>
            </w:r>
            <w:r>
              <w:rPr>
                <w:rFonts w:ascii="Arial" w:eastAsia="Arial" w:hAnsi="Arial"/>
                <w:sz w:val="16"/>
                <w:szCs w:val="28"/>
              </w:rPr>
              <w:t>ender (Male=1)</w:t>
            </w:r>
          </w:p>
        </w:tc>
        <w:tc>
          <w:tcPr>
            <w:tcW w:w="2268" w:type="dxa"/>
            <w:tcBorders>
              <w:top w:val="nil"/>
              <w:left w:val="nil"/>
              <w:bottom w:val="single" w:sz="4" w:space="0" w:color="auto"/>
              <w:right w:val="single" w:sz="4" w:space="0" w:color="auto"/>
            </w:tcBorders>
            <w:shd w:val="clear" w:color="auto" w:fill="auto"/>
            <w:noWrap/>
            <w:vAlign w:val="center"/>
            <w:hideMark/>
          </w:tcPr>
          <w:p w14:paraId="244E27CA"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65593CF5" w14:textId="77777777" w:rsidR="001D47F0" w:rsidRPr="00546614" w:rsidRDefault="00ED5F5D" w:rsidP="001D47F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-0.305</w:t>
            </w:r>
          </w:p>
        </w:tc>
        <w:tc>
          <w:tcPr>
            <w:tcW w:w="1265" w:type="dxa"/>
            <w:tcBorders>
              <w:top w:val="nil"/>
              <w:left w:val="nil"/>
              <w:bottom w:val="single" w:sz="4" w:space="0" w:color="auto"/>
              <w:right w:val="single" w:sz="4" w:space="0" w:color="auto"/>
            </w:tcBorders>
            <w:shd w:val="clear" w:color="auto" w:fill="auto"/>
            <w:noWrap/>
            <w:vAlign w:val="center"/>
            <w:hideMark/>
          </w:tcPr>
          <w:p w14:paraId="2B847545"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1265" w:type="dxa"/>
            <w:tcBorders>
              <w:top w:val="nil"/>
              <w:left w:val="nil"/>
              <w:bottom w:val="single" w:sz="4" w:space="0" w:color="auto"/>
              <w:right w:val="single" w:sz="4" w:space="0" w:color="auto"/>
            </w:tcBorders>
            <w:shd w:val="clear" w:color="auto" w:fill="auto"/>
            <w:noWrap/>
            <w:vAlign w:val="center"/>
            <w:hideMark/>
          </w:tcPr>
          <w:p w14:paraId="1393B1FC" w14:textId="77777777" w:rsidR="001D47F0" w:rsidRPr="00546614" w:rsidRDefault="00ED5F5D" w:rsidP="001D47F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0.033</w:t>
            </w:r>
          </w:p>
        </w:tc>
        <w:tc>
          <w:tcPr>
            <w:tcW w:w="1265" w:type="dxa"/>
            <w:tcBorders>
              <w:top w:val="nil"/>
              <w:left w:val="nil"/>
              <w:bottom w:val="single" w:sz="4" w:space="0" w:color="auto"/>
              <w:right w:val="single" w:sz="4" w:space="0" w:color="auto"/>
            </w:tcBorders>
            <w:shd w:val="clear" w:color="auto" w:fill="auto"/>
            <w:noWrap/>
            <w:vAlign w:val="center"/>
            <w:hideMark/>
          </w:tcPr>
          <w:p w14:paraId="241FC2D3" w14:textId="77777777" w:rsidR="001D47F0" w:rsidRPr="00546614" w:rsidRDefault="00ED5F5D" w:rsidP="001D47F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-0.450</w:t>
            </w:r>
          </w:p>
        </w:tc>
        <w:tc>
          <w:tcPr>
            <w:tcW w:w="1265" w:type="dxa"/>
            <w:tcBorders>
              <w:top w:val="nil"/>
              <w:left w:val="nil"/>
              <w:bottom w:val="single" w:sz="4" w:space="0" w:color="auto"/>
              <w:right w:val="single" w:sz="4" w:space="0" w:color="auto"/>
            </w:tcBorders>
            <w:shd w:val="clear" w:color="auto" w:fill="auto"/>
            <w:noWrap/>
            <w:vAlign w:val="center"/>
            <w:hideMark/>
          </w:tcPr>
          <w:p w14:paraId="7181EDEB"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1265" w:type="dxa"/>
            <w:tcBorders>
              <w:top w:val="nil"/>
              <w:left w:val="nil"/>
              <w:bottom w:val="single" w:sz="4" w:space="0" w:color="auto"/>
              <w:right w:val="single" w:sz="4" w:space="0" w:color="auto"/>
            </w:tcBorders>
            <w:shd w:val="clear" w:color="auto" w:fill="auto"/>
            <w:noWrap/>
            <w:vAlign w:val="center"/>
            <w:hideMark/>
          </w:tcPr>
          <w:p w14:paraId="20914556" w14:textId="77777777" w:rsidR="001D47F0" w:rsidRPr="00546614" w:rsidRDefault="00ED5F5D" w:rsidP="001D47F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0.033</w:t>
            </w:r>
          </w:p>
        </w:tc>
      </w:tr>
      <w:tr w:rsidR="001D47F0" w:rsidRPr="00546614" w14:paraId="533902F8" w14:textId="77777777" w:rsidTr="00546614">
        <w:trPr>
          <w:trHeight w:val="209"/>
          <w:jc w:val="center"/>
        </w:trPr>
        <w:tc>
          <w:tcPr>
            <w:tcW w:w="3816" w:type="dxa"/>
            <w:tcBorders>
              <w:top w:val="nil"/>
              <w:left w:val="single" w:sz="4" w:space="0" w:color="auto"/>
              <w:bottom w:val="single" w:sz="4" w:space="0" w:color="auto"/>
              <w:right w:val="single" w:sz="4" w:space="0" w:color="auto"/>
            </w:tcBorders>
            <w:shd w:val="clear" w:color="auto" w:fill="auto"/>
            <w:noWrap/>
            <w:vAlign w:val="center"/>
            <w:hideMark/>
          </w:tcPr>
          <w:p w14:paraId="0FD72B91"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Household size (ref. a single-person household)　</w:t>
            </w:r>
          </w:p>
        </w:tc>
        <w:tc>
          <w:tcPr>
            <w:tcW w:w="2268" w:type="dxa"/>
            <w:tcBorders>
              <w:top w:val="nil"/>
              <w:left w:val="nil"/>
              <w:bottom w:val="single" w:sz="4" w:space="0" w:color="auto"/>
              <w:right w:val="single" w:sz="4" w:space="0" w:color="auto"/>
            </w:tcBorders>
            <w:shd w:val="clear" w:color="auto" w:fill="auto"/>
            <w:noWrap/>
            <w:vAlign w:val="center"/>
            <w:hideMark/>
          </w:tcPr>
          <w:p w14:paraId="4CAF11F3" w14:textId="77777777" w:rsidR="001D47F0" w:rsidRPr="00546614" w:rsidRDefault="00673AED" w:rsidP="001D47F0">
            <w:pPr>
              <w:spacing w:line="240" w:lineRule="auto"/>
              <w:rPr>
                <w:rFonts w:eastAsia="맑은 고딕" w:cs="Times New Roman"/>
                <w:color w:val="000000"/>
                <w:sz w:val="16"/>
                <w:szCs w:val="28"/>
              </w:rPr>
            </w:pPr>
          </w:p>
        </w:tc>
        <w:tc>
          <w:tcPr>
            <w:tcW w:w="1265" w:type="dxa"/>
            <w:tcBorders>
              <w:top w:val="nil"/>
              <w:left w:val="nil"/>
              <w:bottom w:val="nil"/>
              <w:right w:val="nil"/>
            </w:tcBorders>
            <w:shd w:val="clear" w:color="auto" w:fill="auto"/>
            <w:noWrap/>
            <w:vAlign w:val="center"/>
            <w:hideMark/>
          </w:tcPr>
          <w:p w14:paraId="735068ED" w14:textId="77777777" w:rsidR="001D47F0" w:rsidRPr="00546614" w:rsidRDefault="00673AED" w:rsidP="001D47F0">
            <w:pPr>
              <w:spacing w:line="240" w:lineRule="auto"/>
              <w:rPr>
                <w:rFonts w:eastAsia="맑은 고딕" w:cs="Times New Roman"/>
                <w:color w:val="000000"/>
                <w:sz w:val="16"/>
                <w:szCs w:val="28"/>
              </w:rPr>
            </w:pPr>
          </w:p>
        </w:tc>
        <w:tc>
          <w:tcPr>
            <w:tcW w:w="1265" w:type="dxa"/>
            <w:tcBorders>
              <w:top w:val="nil"/>
              <w:left w:val="nil"/>
              <w:bottom w:val="nil"/>
              <w:right w:val="nil"/>
            </w:tcBorders>
            <w:shd w:val="clear" w:color="auto" w:fill="auto"/>
            <w:noWrap/>
            <w:vAlign w:val="center"/>
            <w:hideMark/>
          </w:tcPr>
          <w:p w14:paraId="6ED653B7" w14:textId="77777777" w:rsidR="001D47F0" w:rsidRPr="00546614" w:rsidRDefault="00673AED" w:rsidP="001D47F0">
            <w:pPr>
              <w:spacing w:line="240" w:lineRule="auto"/>
              <w:rPr>
                <w:rFonts w:cs="Times New Roman"/>
                <w:sz w:val="16"/>
                <w:szCs w:val="28"/>
              </w:rPr>
            </w:pPr>
          </w:p>
        </w:tc>
        <w:tc>
          <w:tcPr>
            <w:tcW w:w="1265" w:type="dxa"/>
            <w:tcBorders>
              <w:top w:val="nil"/>
              <w:left w:val="nil"/>
              <w:bottom w:val="nil"/>
              <w:right w:val="nil"/>
            </w:tcBorders>
            <w:shd w:val="clear" w:color="auto" w:fill="auto"/>
            <w:noWrap/>
            <w:vAlign w:val="center"/>
            <w:hideMark/>
          </w:tcPr>
          <w:p w14:paraId="2F568AFE" w14:textId="77777777" w:rsidR="001D47F0" w:rsidRPr="00546614" w:rsidRDefault="00673AED" w:rsidP="001D47F0">
            <w:pPr>
              <w:spacing w:line="240" w:lineRule="auto"/>
              <w:rPr>
                <w:rFonts w:cs="Times New Roman"/>
                <w:sz w:val="16"/>
                <w:szCs w:val="28"/>
              </w:rPr>
            </w:pPr>
          </w:p>
        </w:tc>
        <w:tc>
          <w:tcPr>
            <w:tcW w:w="1265" w:type="dxa"/>
            <w:tcBorders>
              <w:top w:val="nil"/>
              <w:left w:val="nil"/>
              <w:bottom w:val="nil"/>
              <w:right w:val="nil"/>
            </w:tcBorders>
            <w:shd w:val="clear" w:color="auto" w:fill="auto"/>
            <w:noWrap/>
            <w:vAlign w:val="center"/>
            <w:hideMark/>
          </w:tcPr>
          <w:p w14:paraId="261F0153" w14:textId="77777777" w:rsidR="001D47F0" w:rsidRPr="00546614" w:rsidRDefault="00673AED" w:rsidP="001D47F0">
            <w:pPr>
              <w:spacing w:line="240" w:lineRule="auto"/>
              <w:rPr>
                <w:rFonts w:cs="Times New Roman"/>
                <w:sz w:val="16"/>
                <w:szCs w:val="28"/>
              </w:rPr>
            </w:pPr>
          </w:p>
        </w:tc>
        <w:tc>
          <w:tcPr>
            <w:tcW w:w="1265" w:type="dxa"/>
            <w:tcBorders>
              <w:top w:val="nil"/>
              <w:left w:val="nil"/>
              <w:bottom w:val="nil"/>
              <w:right w:val="nil"/>
            </w:tcBorders>
            <w:shd w:val="clear" w:color="auto" w:fill="auto"/>
            <w:noWrap/>
            <w:vAlign w:val="center"/>
            <w:hideMark/>
          </w:tcPr>
          <w:p w14:paraId="0E8298D5" w14:textId="77777777" w:rsidR="001D47F0" w:rsidRPr="00546614" w:rsidRDefault="00673AED" w:rsidP="001D47F0">
            <w:pPr>
              <w:spacing w:line="240" w:lineRule="auto"/>
              <w:rPr>
                <w:rFonts w:cs="Times New Roman"/>
                <w:sz w:val="16"/>
                <w:szCs w:val="28"/>
              </w:rPr>
            </w:pPr>
          </w:p>
        </w:tc>
        <w:tc>
          <w:tcPr>
            <w:tcW w:w="1265" w:type="dxa"/>
            <w:tcBorders>
              <w:top w:val="nil"/>
              <w:left w:val="nil"/>
              <w:bottom w:val="nil"/>
              <w:right w:val="nil"/>
            </w:tcBorders>
            <w:shd w:val="clear" w:color="auto" w:fill="auto"/>
            <w:noWrap/>
            <w:vAlign w:val="center"/>
            <w:hideMark/>
          </w:tcPr>
          <w:p w14:paraId="432DE863" w14:textId="77777777" w:rsidR="001D47F0" w:rsidRPr="00546614" w:rsidRDefault="00673AED" w:rsidP="001D47F0">
            <w:pPr>
              <w:spacing w:line="240" w:lineRule="auto"/>
              <w:rPr>
                <w:rFonts w:cs="Times New Roman"/>
                <w:sz w:val="16"/>
                <w:szCs w:val="28"/>
              </w:rPr>
            </w:pPr>
          </w:p>
        </w:tc>
      </w:tr>
      <w:tr w:rsidR="001D47F0" w:rsidRPr="00546614" w14:paraId="6159A719" w14:textId="77777777" w:rsidTr="00546614">
        <w:trPr>
          <w:trHeight w:val="209"/>
          <w:jc w:val="center"/>
        </w:trPr>
        <w:tc>
          <w:tcPr>
            <w:tcW w:w="3816" w:type="dxa"/>
            <w:tcBorders>
              <w:top w:val="nil"/>
              <w:left w:val="single" w:sz="4" w:space="0" w:color="auto"/>
              <w:bottom w:val="single" w:sz="4" w:space="0" w:color="auto"/>
              <w:right w:val="single" w:sz="4" w:space="0" w:color="auto"/>
            </w:tcBorders>
            <w:shd w:val="clear" w:color="auto" w:fill="auto"/>
            <w:noWrap/>
            <w:vAlign w:val="center"/>
            <w:hideMark/>
          </w:tcPr>
          <w:p w14:paraId="4D33B83D"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2268" w:type="dxa"/>
            <w:tcBorders>
              <w:top w:val="nil"/>
              <w:left w:val="nil"/>
              <w:bottom w:val="single" w:sz="4" w:space="0" w:color="auto"/>
              <w:right w:val="single" w:sz="4" w:space="0" w:color="auto"/>
            </w:tcBorders>
            <w:shd w:val="clear" w:color="auto" w:fill="auto"/>
            <w:noWrap/>
            <w:vAlign w:val="center"/>
            <w:hideMark/>
          </w:tcPr>
          <w:p w14:paraId="542FD553"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Two persons</w:t>
            </w:r>
          </w:p>
        </w:tc>
        <w:tc>
          <w:tcPr>
            <w:tcW w:w="1265" w:type="dxa"/>
            <w:tcBorders>
              <w:top w:val="single" w:sz="4" w:space="0" w:color="auto"/>
              <w:left w:val="nil"/>
              <w:bottom w:val="single" w:sz="4" w:space="0" w:color="auto"/>
              <w:right w:val="single" w:sz="4" w:space="0" w:color="auto"/>
            </w:tcBorders>
            <w:shd w:val="clear" w:color="auto" w:fill="auto"/>
            <w:noWrap/>
            <w:vAlign w:val="center"/>
            <w:hideMark/>
          </w:tcPr>
          <w:p w14:paraId="4A17B0D6" w14:textId="77777777" w:rsidR="001D47F0" w:rsidRPr="00546614" w:rsidRDefault="00ED5F5D" w:rsidP="001D47F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0.004</w:t>
            </w:r>
          </w:p>
        </w:tc>
        <w:tc>
          <w:tcPr>
            <w:tcW w:w="1265" w:type="dxa"/>
            <w:tcBorders>
              <w:top w:val="single" w:sz="4" w:space="0" w:color="auto"/>
              <w:left w:val="nil"/>
              <w:bottom w:val="single" w:sz="4" w:space="0" w:color="auto"/>
              <w:right w:val="single" w:sz="4" w:space="0" w:color="auto"/>
            </w:tcBorders>
            <w:shd w:val="clear" w:color="auto" w:fill="auto"/>
            <w:noWrap/>
            <w:vAlign w:val="center"/>
            <w:hideMark/>
          </w:tcPr>
          <w:p w14:paraId="09E7D9DD"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1265" w:type="dxa"/>
            <w:tcBorders>
              <w:top w:val="single" w:sz="4" w:space="0" w:color="auto"/>
              <w:left w:val="nil"/>
              <w:bottom w:val="single" w:sz="4" w:space="0" w:color="auto"/>
              <w:right w:val="single" w:sz="4" w:space="0" w:color="auto"/>
            </w:tcBorders>
            <w:shd w:val="clear" w:color="auto" w:fill="auto"/>
            <w:noWrap/>
            <w:vAlign w:val="center"/>
            <w:hideMark/>
          </w:tcPr>
          <w:p w14:paraId="1E9D97C7" w14:textId="77777777" w:rsidR="001D47F0" w:rsidRPr="00546614" w:rsidRDefault="00ED5F5D" w:rsidP="001D47F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0.042</w:t>
            </w:r>
          </w:p>
        </w:tc>
        <w:tc>
          <w:tcPr>
            <w:tcW w:w="1265" w:type="dxa"/>
            <w:tcBorders>
              <w:top w:val="single" w:sz="4" w:space="0" w:color="auto"/>
              <w:left w:val="nil"/>
              <w:bottom w:val="single" w:sz="4" w:space="0" w:color="auto"/>
              <w:right w:val="single" w:sz="4" w:space="0" w:color="auto"/>
            </w:tcBorders>
            <w:shd w:val="clear" w:color="auto" w:fill="auto"/>
            <w:noWrap/>
            <w:vAlign w:val="center"/>
            <w:hideMark/>
          </w:tcPr>
          <w:p w14:paraId="1ED47261" w14:textId="77777777" w:rsidR="001D47F0" w:rsidRPr="00546614" w:rsidRDefault="00ED5F5D" w:rsidP="001D47F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0.294</w:t>
            </w:r>
          </w:p>
        </w:tc>
        <w:tc>
          <w:tcPr>
            <w:tcW w:w="1265" w:type="dxa"/>
            <w:tcBorders>
              <w:top w:val="single" w:sz="4" w:space="0" w:color="auto"/>
              <w:left w:val="nil"/>
              <w:bottom w:val="single" w:sz="4" w:space="0" w:color="auto"/>
              <w:right w:val="single" w:sz="4" w:space="0" w:color="auto"/>
            </w:tcBorders>
            <w:shd w:val="clear" w:color="auto" w:fill="auto"/>
            <w:noWrap/>
            <w:vAlign w:val="center"/>
            <w:hideMark/>
          </w:tcPr>
          <w:p w14:paraId="5734B8D8"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1265" w:type="dxa"/>
            <w:tcBorders>
              <w:top w:val="single" w:sz="4" w:space="0" w:color="auto"/>
              <w:left w:val="nil"/>
              <w:bottom w:val="single" w:sz="4" w:space="0" w:color="auto"/>
              <w:right w:val="single" w:sz="4" w:space="0" w:color="auto"/>
            </w:tcBorders>
            <w:shd w:val="clear" w:color="auto" w:fill="auto"/>
            <w:noWrap/>
            <w:vAlign w:val="center"/>
            <w:hideMark/>
          </w:tcPr>
          <w:p w14:paraId="1CA42CDC" w14:textId="77777777" w:rsidR="001D47F0" w:rsidRPr="00546614" w:rsidRDefault="00ED5F5D" w:rsidP="001D47F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0.041</w:t>
            </w:r>
          </w:p>
        </w:tc>
      </w:tr>
      <w:tr w:rsidR="001D47F0" w:rsidRPr="00546614" w14:paraId="5D5D46F2" w14:textId="77777777" w:rsidTr="00546614">
        <w:trPr>
          <w:trHeight w:val="209"/>
          <w:jc w:val="center"/>
        </w:trPr>
        <w:tc>
          <w:tcPr>
            <w:tcW w:w="3816" w:type="dxa"/>
            <w:tcBorders>
              <w:top w:val="nil"/>
              <w:left w:val="single" w:sz="4" w:space="0" w:color="auto"/>
              <w:bottom w:val="single" w:sz="4" w:space="0" w:color="auto"/>
              <w:right w:val="single" w:sz="4" w:space="0" w:color="auto"/>
            </w:tcBorders>
            <w:shd w:val="clear" w:color="auto" w:fill="auto"/>
            <w:noWrap/>
            <w:vAlign w:val="center"/>
            <w:hideMark/>
          </w:tcPr>
          <w:p w14:paraId="476C463E"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2268" w:type="dxa"/>
            <w:tcBorders>
              <w:top w:val="nil"/>
              <w:left w:val="nil"/>
              <w:bottom w:val="single" w:sz="4" w:space="0" w:color="auto"/>
              <w:right w:val="single" w:sz="4" w:space="0" w:color="auto"/>
            </w:tcBorders>
            <w:shd w:val="clear" w:color="auto" w:fill="auto"/>
            <w:noWrap/>
            <w:vAlign w:val="center"/>
            <w:hideMark/>
          </w:tcPr>
          <w:p w14:paraId="1FCFA266"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Three persons</w:t>
            </w:r>
          </w:p>
        </w:tc>
        <w:tc>
          <w:tcPr>
            <w:tcW w:w="1265" w:type="dxa"/>
            <w:tcBorders>
              <w:top w:val="nil"/>
              <w:left w:val="nil"/>
              <w:bottom w:val="single" w:sz="4" w:space="0" w:color="auto"/>
              <w:right w:val="single" w:sz="4" w:space="0" w:color="auto"/>
            </w:tcBorders>
            <w:shd w:val="clear" w:color="auto" w:fill="auto"/>
            <w:noWrap/>
            <w:vAlign w:val="center"/>
            <w:hideMark/>
          </w:tcPr>
          <w:p w14:paraId="7B95EFC7" w14:textId="77777777" w:rsidR="001D47F0" w:rsidRPr="00546614" w:rsidRDefault="00ED5F5D" w:rsidP="001D47F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0.183</w:t>
            </w:r>
          </w:p>
        </w:tc>
        <w:tc>
          <w:tcPr>
            <w:tcW w:w="1265" w:type="dxa"/>
            <w:tcBorders>
              <w:top w:val="nil"/>
              <w:left w:val="nil"/>
              <w:bottom w:val="single" w:sz="4" w:space="0" w:color="auto"/>
              <w:right w:val="single" w:sz="4" w:space="0" w:color="auto"/>
            </w:tcBorders>
            <w:shd w:val="clear" w:color="auto" w:fill="auto"/>
            <w:noWrap/>
            <w:vAlign w:val="center"/>
            <w:hideMark/>
          </w:tcPr>
          <w:p w14:paraId="421CA57F"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1265" w:type="dxa"/>
            <w:tcBorders>
              <w:top w:val="nil"/>
              <w:left w:val="nil"/>
              <w:bottom w:val="single" w:sz="4" w:space="0" w:color="auto"/>
              <w:right w:val="single" w:sz="4" w:space="0" w:color="auto"/>
            </w:tcBorders>
            <w:shd w:val="clear" w:color="auto" w:fill="auto"/>
            <w:noWrap/>
            <w:vAlign w:val="center"/>
            <w:hideMark/>
          </w:tcPr>
          <w:p w14:paraId="6005CAE2" w14:textId="77777777" w:rsidR="001D47F0" w:rsidRPr="00546614" w:rsidRDefault="00ED5F5D" w:rsidP="001D47F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0.043</w:t>
            </w:r>
          </w:p>
        </w:tc>
        <w:tc>
          <w:tcPr>
            <w:tcW w:w="1265" w:type="dxa"/>
            <w:tcBorders>
              <w:top w:val="nil"/>
              <w:left w:val="nil"/>
              <w:bottom w:val="single" w:sz="4" w:space="0" w:color="auto"/>
              <w:right w:val="single" w:sz="4" w:space="0" w:color="auto"/>
            </w:tcBorders>
            <w:shd w:val="clear" w:color="auto" w:fill="auto"/>
            <w:noWrap/>
            <w:vAlign w:val="center"/>
            <w:hideMark/>
          </w:tcPr>
          <w:p w14:paraId="59452075" w14:textId="77777777" w:rsidR="001D47F0" w:rsidRPr="00546614" w:rsidRDefault="00ED5F5D" w:rsidP="001D47F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0.281</w:t>
            </w:r>
          </w:p>
        </w:tc>
        <w:tc>
          <w:tcPr>
            <w:tcW w:w="1265" w:type="dxa"/>
            <w:tcBorders>
              <w:top w:val="nil"/>
              <w:left w:val="nil"/>
              <w:bottom w:val="single" w:sz="4" w:space="0" w:color="auto"/>
              <w:right w:val="single" w:sz="4" w:space="0" w:color="auto"/>
            </w:tcBorders>
            <w:shd w:val="clear" w:color="auto" w:fill="auto"/>
            <w:noWrap/>
            <w:vAlign w:val="center"/>
            <w:hideMark/>
          </w:tcPr>
          <w:p w14:paraId="4BFB18F9"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1265" w:type="dxa"/>
            <w:tcBorders>
              <w:top w:val="nil"/>
              <w:left w:val="nil"/>
              <w:bottom w:val="single" w:sz="4" w:space="0" w:color="auto"/>
              <w:right w:val="single" w:sz="4" w:space="0" w:color="auto"/>
            </w:tcBorders>
            <w:shd w:val="clear" w:color="auto" w:fill="auto"/>
            <w:noWrap/>
            <w:vAlign w:val="center"/>
            <w:hideMark/>
          </w:tcPr>
          <w:p w14:paraId="7AF9D495" w14:textId="77777777" w:rsidR="001D47F0" w:rsidRPr="00546614" w:rsidRDefault="00ED5F5D" w:rsidP="001D47F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0.047</w:t>
            </w:r>
          </w:p>
        </w:tc>
      </w:tr>
      <w:tr w:rsidR="001D47F0" w:rsidRPr="00546614" w14:paraId="42BA658E" w14:textId="77777777" w:rsidTr="00546614">
        <w:trPr>
          <w:trHeight w:val="209"/>
          <w:jc w:val="center"/>
        </w:trPr>
        <w:tc>
          <w:tcPr>
            <w:tcW w:w="3816" w:type="dxa"/>
            <w:tcBorders>
              <w:top w:val="nil"/>
              <w:left w:val="single" w:sz="4" w:space="0" w:color="auto"/>
              <w:bottom w:val="single" w:sz="4" w:space="0" w:color="auto"/>
              <w:right w:val="single" w:sz="4" w:space="0" w:color="auto"/>
            </w:tcBorders>
            <w:shd w:val="clear" w:color="auto" w:fill="auto"/>
            <w:noWrap/>
            <w:vAlign w:val="center"/>
            <w:hideMark/>
          </w:tcPr>
          <w:p w14:paraId="5E77A4A1"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2268" w:type="dxa"/>
            <w:tcBorders>
              <w:top w:val="nil"/>
              <w:left w:val="nil"/>
              <w:bottom w:val="single" w:sz="4" w:space="0" w:color="auto"/>
              <w:right w:val="single" w:sz="4" w:space="0" w:color="auto"/>
            </w:tcBorders>
            <w:shd w:val="clear" w:color="auto" w:fill="auto"/>
            <w:noWrap/>
            <w:vAlign w:val="center"/>
            <w:hideMark/>
          </w:tcPr>
          <w:p w14:paraId="2EF391DA"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Four persons</w:t>
            </w:r>
          </w:p>
        </w:tc>
        <w:tc>
          <w:tcPr>
            <w:tcW w:w="1265" w:type="dxa"/>
            <w:tcBorders>
              <w:top w:val="nil"/>
              <w:left w:val="nil"/>
              <w:bottom w:val="single" w:sz="4" w:space="0" w:color="auto"/>
              <w:right w:val="single" w:sz="4" w:space="0" w:color="auto"/>
            </w:tcBorders>
            <w:shd w:val="clear" w:color="auto" w:fill="auto"/>
            <w:noWrap/>
            <w:vAlign w:val="center"/>
            <w:hideMark/>
          </w:tcPr>
          <w:p w14:paraId="512F181C" w14:textId="77777777" w:rsidR="001D47F0" w:rsidRPr="00546614" w:rsidRDefault="00ED5F5D" w:rsidP="001D47F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0.121</w:t>
            </w:r>
          </w:p>
        </w:tc>
        <w:tc>
          <w:tcPr>
            <w:tcW w:w="1265" w:type="dxa"/>
            <w:tcBorders>
              <w:top w:val="nil"/>
              <w:left w:val="nil"/>
              <w:bottom w:val="single" w:sz="4" w:space="0" w:color="auto"/>
              <w:right w:val="single" w:sz="4" w:space="0" w:color="auto"/>
            </w:tcBorders>
            <w:shd w:val="clear" w:color="auto" w:fill="auto"/>
            <w:noWrap/>
            <w:vAlign w:val="center"/>
            <w:hideMark/>
          </w:tcPr>
          <w:p w14:paraId="16BCC1B1"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1265" w:type="dxa"/>
            <w:tcBorders>
              <w:top w:val="nil"/>
              <w:left w:val="nil"/>
              <w:bottom w:val="single" w:sz="4" w:space="0" w:color="auto"/>
              <w:right w:val="single" w:sz="4" w:space="0" w:color="auto"/>
            </w:tcBorders>
            <w:shd w:val="clear" w:color="auto" w:fill="auto"/>
            <w:noWrap/>
            <w:vAlign w:val="center"/>
            <w:hideMark/>
          </w:tcPr>
          <w:p w14:paraId="625F5CC5" w14:textId="77777777" w:rsidR="001D47F0" w:rsidRPr="00546614" w:rsidRDefault="00ED5F5D" w:rsidP="001D47F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0.046</w:t>
            </w:r>
          </w:p>
        </w:tc>
        <w:tc>
          <w:tcPr>
            <w:tcW w:w="1265" w:type="dxa"/>
            <w:tcBorders>
              <w:top w:val="nil"/>
              <w:left w:val="nil"/>
              <w:bottom w:val="single" w:sz="4" w:space="0" w:color="auto"/>
              <w:right w:val="single" w:sz="4" w:space="0" w:color="auto"/>
            </w:tcBorders>
            <w:shd w:val="clear" w:color="auto" w:fill="auto"/>
            <w:noWrap/>
            <w:vAlign w:val="center"/>
            <w:hideMark/>
          </w:tcPr>
          <w:p w14:paraId="7F76D79D" w14:textId="77777777" w:rsidR="001D47F0" w:rsidRPr="00546614" w:rsidRDefault="00ED5F5D" w:rsidP="001D47F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0.052</w:t>
            </w:r>
          </w:p>
        </w:tc>
        <w:tc>
          <w:tcPr>
            <w:tcW w:w="1265" w:type="dxa"/>
            <w:tcBorders>
              <w:top w:val="nil"/>
              <w:left w:val="nil"/>
              <w:bottom w:val="single" w:sz="4" w:space="0" w:color="auto"/>
              <w:right w:val="single" w:sz="4" w:space="0" w:color="auto"/>
            </w:tcBorders>
            <w:shd w:val="clear" w:color="auto" w:fill="auto"/>
            <w:noWrap/>
            <w:vAlign w:val="center"/>
            <w:hideMark/>
          </w:tcPr>
          <w:p w14:paraId="0D3AB160"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1FB375C9" w14:textId="77777777" w:rsidR="001D47F0" w:rsidRPr="00546614" w:rsidRDefault="00ED5F5D" w:rsidP="001D47F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0.053</w:t>
            </w:r>
          </w:p>
        </w:tc>
      </w:tr>
      <w:tr w:rsidR="001D47F0" w:rsidRPr="00546614" w14:paraId="234D0043" w14:textId="77777777" w:rsidTr="00546614">
        <w:trPr>
          <w:trHeight w:val="209"/>
          <w:jc w:val="center"/>
        </w:trPr>
        <w:tc>
          <w:tcPr>
            <w:tcW w:w="3816" w:type="dxa"/>
            <w:tcBorders>
              <w:top w:val="nil"/>
              <w:left w:val="single" w:sz="4" w:space="0" w:color="auto"/>
              <w:bottom w:val="single" w:sz="4" w:space="0" w:color="auto"/>
              <w:right w:val="single" w:sz="4" w:space="0" w:color="auto"/>
            </w:tcBorders>
            <w:shd w:val="clear" w:color="auto" w:fill="auto"/>
            <w:noWrap/>
            <w:vAlign w:val="center"/>
            <w:hideMark/>
          </w:tcPr>
          <w:p w14:paraId="03D6C1A5"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2268" w:type="dxa"/>
            <w:tcBorders>
              <w:top w:val="nil"/>
              <w:left w:val="nil"/>
              <w:bottom w:val="single" w:sz="4" w:space="0" w:color="auto"/>
              <w:right w:val="single" w:sz="4" w:space="0" w:color="auto"/>
            </w:tcBorders>
            <w:shd w:val="clear" w:color="auto" w:fill="auto"/>
            <w:noWrap/>
            <w:vAlign w:val="center"/>
            <w:hideMark/>
          </w:tcPr>
          <w:p w14:paraId="60CF8E3D"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More than four persons</w:t>
            </w:r>
          </w:p>
        </w:tc>
        <w:tc>
          <w:tcPr>
            <w:tcW w:w="1265" w:type="dxa"/>
            <w:tcBorders>
              <w:top w:val="nil"/>
              <w:left w:val="nil"/>
              <w:bottom w:val="single" w:sz="4" w:space="0" w:color="auto"/>
              <w:right w:val="single" w:sz="4" w:space="0" w:color="auto"/>
            </w:tcBorders>
            <w:shd w:val="clear" w:color="auto" w:fill="auto"/>
            <w:noWrap/>
            <w:vAlign w:val="center"/>
            <w:hideMark/>
          </w:tcPr>
          <w:p w14:paraId="159095F3" w14:textId="77777777" w:rsidR="001D47F0" w:rsidRPr="00546614" w:rsidRDefault="00ED5F5D" w:rsidP="001D47F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1.002</w:t>
            </w:r>
          </w:p>
        </w:tc>
        <w:tc>
          <w:tcPr>
            <w:tcW w:w="1265" w:type="dxa"/>
            <w:tcBorders>
              <w:top w:val="nil"/>
              <w:left w:val="nil"/>
              <w:bottom w:val="single" w:sz="4" w:space="0" w:color="auto"/>
              <w:right w:val="single" w:sz="4" w:space="0" w:color="auto"/>
            </w:tcBorders>
            <w:shd w:val="clear" w:color="auto" w:fill="auto"/>
            <w:noWrap/>
            <w:vAlign w:val="center"/>
            <w:hideMark/>
          </w:tcPr>
          <w:p w14:paraId="66D5524F"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1265" w:type="dxa"/>
            <w:tcBorders>
              <w:top w:val="nil"/>
              <w:left w:val="nil"/>
              <w:bottom w:val="single" w:sz="4" w:space="0" w:color="auto"/>
              <w:right w:val="single" w:sz="4" w:space="0" w:color="auto"/>
            </w:tcBorders>
            <w:shd w:val="clear" w:color="auto" w:fill="auto"/>
            <w:noWrap/>
            <w:vAlign w:val="center"/>
            <w:hideMark/>
          </w:tcPr>
          <w:p w14:paraId="20C38209" w14:textId="77777777" w:rsidR="001D47F0" w:rsidRPr="00546614" w:rsidRDefault="00ED5F5D" w:rsidP="001D47F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0.055</w:t>
            </w:r>
          </w:p>
        </w:tc>
        <w:tc>
          <w:tcPr>
            <w:tcW w:w="1265" w:type="dxa"/>
            <w:tcBorders>
              <w:top w:val="nil"/>
              <w:left w:val="nil"/>
              <w:bottom w:val="single" w:sz="4" w:space="0" w:color="auto"/>
              <w:right w:val="single" w:sz="4" w:space="0" w:color="auto"/>
            </w:tcBorders>
            <w:shd w:val="clear" w:color="auto" w:fill="auto"/>
            <w:noWrap/>
            <w:vAlign w:val="center"/>
            <w:hideMark/>
          </w:tcPr>
          <w:p w14:paraId="076044E0" w14:textId="77777777" w:rsidR="001D47F0" w:rsidRPr="00546614" w:rsidRDefault="00ED5F5D" w:rsidP="001D47F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1.014</w:t>
            </w:r>
          </w:p>
        </w:tc>
        <w:tc>
          <w:tcPr>
            <w:tcW w:w="1265" w:type="dxa"/>
            <w:tcBorders>
              <w:top w:val="nil"/>
              <w:left w:val="nil"/>
              <w:bottom w:val="single" w:sz="4" w:space="0" w:color="auto"/>
              <w:right w:val="single" w:sz="4" w:space="0" w:color="auto"/>
            </w:tcBorders>
            <w:shd w:val="clear" w:color="auto" w:fill="auto"/>
            <w:noWrap/>
            <w:vAlign w:val="center"/>
            <w:hideMark/>
          </w:tcPr>
          <w:p w14:paraId="133F024B"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1265" w:type="dxa"/>
            <w:tcBorders>
              <w:top w:val="nil"/>
              <w:left w:val="nil"/>
              <w:bottom w:val="single" w:sz="4" w:space="0" w:color="auto"/>
              <w:right w:val="single" w:sz="4" w:space="0" w:color="auto"/>
            </w:tcBorders>
            <w:shd w:val="clear" w:color="auto" w:fill="auto"/>
            <w:noWrap/>
            <w:vAlign w:val="center"/>
            <w:hideMark/>
          </w:tcPr>
          <w:p w14:paraId="7347C492" w14:textId="77777777" w:rsidR="001D47F0" w:rsidRPr="00546614" w:rsidRDefault="00ED5F5D" w:rsidP="001D47F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0.060</w:t>
            </w:r>
          </w:p>
        </w:tc>
      </w:tr>
      <w:tr w:rsidR="001D47F0" w:rsidRPr="00546614" w14:paraId="357DC4A2" w14:textId="77777777" w:rsidTr="00546614">
        <w:trPr>
          <w:trHeight w:val="209"/>
          <w:jc w:val="center"/>
        </w:trPr>
        <w:tc>
          <w:tcPr>
            <w:tcW w:w="3816" w:type="dxa"/>
            <w:tcBorders>
              <w:top w:val="nil"/>
              <w:left w:val="single" w:sz="4" w:space="0" w:color="auto"/>
              <w:bottom w:val="single" w:sz="4" w:space="0" w:color="auto"/>
              <w:right w:val="single" w:sz="4" w:space="0" w:color="auto"/>
            </w:tcBorders>
            <w:shd w:val="clear" w:color="auto" w:fill="auto"/>
            <w:noWrap/>
            <w:vAlign w:val="center"/>
            <w:hideMark/>
          </w:tcPr>
          <w:p w14:paraId="5C0FE17B" w14:textId="77777777" w:rsidR="00C81053" w:rsidRPr="00546614" w:rsidRDefault="00ED5F5D">
            <w:pPr>
              <w:spacing w:line="240" w:lineRule="auto"/>
              <w:rPr>
                <w:sz w:val="16"/>
                <w:szCs w:val="28"/>
              </w:rPr>
            </w:pPr>
            <w:r>
              <w:rPr>
                <w:rFonts w:ascii="Arial" w:eastAsia="Arial" w:hAnsi="Arial"/>
                <w:sz w:val="16"/>
                <w:szCs w:val="28"/>
              </w:rPr>
              <w:t>Residential location (ref. non-capital non-metropolitan)</w:t>
            </w:r>
          </w:p>
        </w:tc>
        <w:tc>
          <w:tcPr>
            <w:tcW w:w="2268" w:type="dxa"/>
            <w:tcBorders>
              <w:top w:val="nil"/>
              <w:left w:val="nil"/>
              <w:bottom w:val="single" w:sz="4" w:space="0" w:color="auto"/>
              <w:right w:val="single" w:sz="4" w:space="0" w:color="auto"/>
            </w:tcBorders>
            <w:shd w:val="clear" w:color="auto" w:fill="auto"/>
            <w:noWrap/>
            <w:vAlign w:val="center"/>
            <w:hideMark/>
          </w:tcPr>
          <w:p w14:paraId="684A0F09" w14:textId="77777777" w:rsidR="001D47F0" w:rsidRPr="00546614" w:rsidRDefault="00673AED" w:rsidP="001D47F0">
            <w:pPr>
              <w:spacing w:line="240" w:lineRule="auto"/>
              <w:rPr>
                <w:rFonts w:eastAsia="맑은 고딕" w:cs="Times New Roman"/>
                <w:color w:val="000000"/>
                <w:sz w:val="16"/>
                <w:szCs w:val="28"/>
              </w:rPr>
            </w:pPr>
          </w:p>
        </w:tc>
        <w:tc>
          <w:tcPr>
            <w:tcW w:w="1265" w:type="dxa"/>
            <w:tcBorders>
              <w:top w:val="nil"/>
              <w:left w:val="nil"/>
              <w:bottom w:val="single" w:sz="4" w:space="0" w:color="auto"/>
              <w:right w:val="single" w:sz="4" w:space="0" w:color="auto"/>
            </w:tcBorders>
            <w:shd w:val="clear" w:color="auto" w:fill="auto"/>
            <w:noWrap/>
            <w:vAlign w:val="center"/>
            <w:hideMark/>
          </w:tcPr>
          <w:p w14:paraId="7C2FC6EC"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4FEF5933"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2C3DD0F8"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5A8692F5"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77C0AB2D"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3573C5F3"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r>
      <w:tr w:rsidR="001D47F0" w:rsidRPr="00546614" w14:paraId="5EFF7BCF" w14:textId="77777777" w:rsidTr="00546614">
        <w:trPr>
          <w:trHeight w:val="209"/>
          <w:jc w:val="center"/>
        </w:trPr>
        <w:tc>
          <w:tcPr>
            <w:tcW w:w="3816" w:type="dxa"/>
            <w:tcBorders>
              <w:top w:val="nil"/>
              <w:left w:val="single" w:sz="4" w:space="0" w:color="auto"/>
              <w:bottom w:val="single" w:sz="4" w:space="0" w:color="auto"/>
              <w:right w:val="single" w:sz="4" w:space="0" w:color="auto"/>
            </w:tcBorders>
            <w:shd w:val="clear" w:color="auto" w:fill="auto"/>
            <w:noWrap/>
            <w:vAlign w:val="center"/>
            <w:hideMark/>
          </w:tcPr>
          <w:p w14:paraId="34ED4E06"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2268" w:type="dxa"/>
            <w:tcBorders>
              <w:top w:val="nil"/>
              <w:left w:val="nil"/>
              <w:bottom w:val="single" w:sz="4" w:space="0" w:color="auto"/>
              <w:right w:val="single" w:sz="4" w:space="0" w:color="auto"/>
            </w:tcBorders>
            <w:shd w:val="clear" w:color="auto" w:fill="auto"/>
            <w:noWrap/>
            <w:vAlign w:val="center"/>
            <w:hideMark/>
          </w:tcPr>
          <w:p w14:paraId="0ED7077C"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Seoul</w:t>
            </w:r>
          </w:p>
        </w:tc>
        <w:tc>
          <w:tcPr>
            <w:tcW w:w="1265" w:type="dxa"/>
            <w:tcBorders>
              <w:top w:val="nil"/>
              <w:left w:val="nil"/>
              <w:bottom w:val="single" w:sz="4" w:space="0" w:color="auto"/>
              <w:right w:val="single" w:sz="4" w:space="0" w:color="auto"/>
            </w:tcBorders>
            <w:shd w:val="clear" w:color="auto" w:fill="auto"/>
            <w:noWrap/>
            <w:vAlign w:val="center"/>
            <w:hideMark/>
          </w:tcPr>
          <w:p w14:paraId="6A46E893"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3D554903"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0BDECA5D"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7D061631"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6D8E4FC8"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0797A0C6"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r>
      <w:tr w:rsidR="001D47F0" w:rsidRPr="00546614" w14:paraId="3AC6F3A3" w14:textId="77777777" w:rsidTr="00546614">
        <w:trPr>
          <w:trHeight w:val="209"/>
          <w:jc w:val="center"/>
        </w:trPr>
        <w:tc>
          <w:tcPr>
            <w:tcW w:w="3816" w:type="dxa"/>
            <w:tcBorders>
              <w:top w:val="nil"/>
              <w:left w:val="single" w:sz="4" w:space="0" w:color="auto"/>
              <w:bottom w:val="single" w:sz="4" w:space="0" w:color="auto"/>
              <w:right w:val="single" w:sz="4" w:space="0" w:color="auto"/>
            </w:tcBorders>
            <w:shd w:val="clear" w:color="auto" w:fill="auto"/>
            <w:noWrap/>
            <w:vAlign w:val="center"/>
            <w:hideMark/>
          </w:tcPr>
          <w:p w14:paraId="0A3D90AA"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2268" w:type="dxa"/>
            <w:tcBorders>
              <w:top w:val="nil"/>
              <w:left w:val="nil"/>
              <w:bottom w:val="single" w:sz="4" w:space="0" w:color="auto"/>
              <w:right w:val="single" w:sz="4" w:space="0" w:color="auto"/>
            </w:tcBorders>
            <w:shd w:val="clear" w:color="auto" w:fill="auto"/>
            <w:noWrap/>
            <w:vAlign w:val="center"/>
            <w:hideMark/>
          </w:tcPr>
          <w:p w14:paraId="76E382C6" w14:textId="77777777" w:rsidR="00C81053" w:rsidRPr="00546614" w:rsidRDefault="00ED5F5D">
            <w:pPr>
              <w:spacing w:line="240" w:lineRule="auto"/>
              <w:rPr>
                <w:sz w:val="16"/>
                <w:szCs w:val="28"/>
              </w:rPr>
            </w:pPr>
            <w:r>
              <w:rPr>
                <w:rFonts w:ascii="Arial" w:eastAsia="Arial" w:hAnsi="Arial"/>
                <w:sz w:val="16"/>
                <w:szCs w:val="28"/>
              </w:rPr>
              <w:t>Capital region outside Seoul</w:t>
            </w:r>
          </w:p>
        </w:tc>
        <w:tc>
          <w:tcPr>
            <w:tcW w:w="1265" w:type="dxa"/>
            <w:tcBorders>
              <w:top w:val="nil"/>
              <w:left w:val="nil"/>
              <w:bottom w:val="single" w:sz="4" w:space="0" w:color="auto"/>
              <w:right w:val="single" w:sz="4" w:space="0" w:color="auto"/>
            </w:tcBorders>
            <w:shd w:val="clear" w:color="auto" w:fill="auto"/>
            <w:noWrap/>
            <w:vAlign w:val="center"/>
            <w:hideMark/>
          </w:tcPr>
          <w:p w14:paraId="111CEEE7"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1E05C8E5"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5EF8BCC6"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076EF1FE"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46464CA1"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11F68E8A"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r>
      <w:tr w:rsidR="001D47F0" w:rsidRPr="00546614" w14:paraId="2C7C86A7" w14:textId="77777777" w:rsidTr="00546614">
        <w:trPr>
          <w:trHeight w:val="209"/>
          <w:jc w:val="center"/>
        </w:trPr>
        <w:tc>
          <w:tcPr>
            <w:tcW w:w="3816" w:type="dxa"/>
            <w:tcBorders>
              <w:top w:val="nil"/>
              <w:left w:val="single" w:sz="4" w:space="0" w:color="auto"/>
              <w:bottom w:val="single" w:sz="4" w:space="0" w:color="auto"/>
              <w:right w:val="single" w:sz="4" w:space="0" w:color="auto"/>
            </w:tcBorders>
            <w:shd w:val="clear" w:color="auto" w:fill="auto"/>
            <w:noWrap/>
            <w:vAlign w:val="center"/>
            <w:hideMark/>
          </w:tcPr>
          <w:p w14:paraId="7D7D9432"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2268" w:type="dxa"/>
            <w:tcBorders>
              <w:top w:val="nil"/>
              <w:left w:val="nil"/>
              <w:bottom w:val="single" w:sz="4" w:space="0" w:color="auto"/>
              <w:right w:val="single" w:sz="4" w:space="0" w:color="auto"/>
            </w:tcBorders>
            <w:shd w:val="clear" w:color="auto" w:fill="auto"/>
            <w:noWrap/>
            <w:vAlign w:val="center"/>
            <w:hideMark/>
          </w:tcPr>
          <w:p w14:paraId="55AB3627" w14:textId="77777777" w:rsidR="00C81053" w:rsidRPr="00546614" w:rsidRDefault="00ED5F5D">
            <w:pPr>
              <w:spacing w:line="240" w:lineRule="auto"/>
              <w:rPr>
                <w:sz w:val="16"/>
                <w:szCs w:val="28"/>
              </w:rPr>
            </w:pPr>
            <w:r>
              <w:rPr>
                <w:rFonts w:ascii="Arial" w:eastAsia="Arial" w:hAnsi="Arial"/>
                <w:sz w:val="16"/>
                <w:szCs w:val="28"/>
              </w:rPr>
              <w:t>Non-capital metropolitan</w:t>
            </w:r>
          </w:p>
        </w:tc>
        <w:tc>
          <w:tcPr>
            <w:tcW w:w="1265" w:type="dxa"/>
            <w:tcBorders>
              <w:top w:val="nil"/>
              <w:left w:val="nil"/>
              <w:bottom w:val="single" w:sz="4" w:space="0" w:color="auto"/>
              <w:right w:val="single" w:sz="4" w:space="0" w:color="auto"/>
            </w:tcBorders>
            <w:shd w:val="clear" w:color="auto" w:fill="auto"/>
            <w:noWrap/>
            <w:vAlign w:val="center"/>
            <w:hideMark/>
          </w:tcPr>
          <w:p w14:paraId="244956E7"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2C97A280"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5041E662"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0B302E4C"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526CD447"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34188A40"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r>
      <w:tr w:rsidR="001D47F0" w:rsidRPr="00546614" w14:paraId="70CABDCC" w14:textId="77777777" w:rsidTr="00546614">
        <w:trPr>
          <w:trHeight w:val="209"/>
          <w:jc w:val="center"/>
        </w:trPr>
        <w:tc>
          <w:tcPr>
            <w:tcW w:w="3816" w:type="dxa"/>
            <w:tcBorders>
              <w:top w:val="nil"/>
              <w:left w:val="single" w:sz="4" w:space="0" w:color="auto"/>
              <w:bottom w:val="single" w:sz="4" w:space="0" w:color="auto"/>
              <w:right w:val="single" w:sz="4" w:space="0" w:color="auto"/>
            </w:tcBorders>
            <w:shd w:val="clear" w:color="auto" w:fill="auto"/>
            <w:noWrap/>
            <w:vAlign w:val="center"/>
            <w:hideMark/>
          </w:tcPr>
          <w:p w14:paraId="4046807F" w14:textId="77777777" w:rsidR="00C81053" w:rsidRPr="00546614" w:rsidRDefault="00ED5F5D">
            <w:pPr>
              <w:spacing w:line="240" w:lineRule="auto"/>
              <w:rPr>
                <w:sz w:val="16"/>
                <w:szCs w:val="28"/>
              </w:rPr>
            </w:pPr>
            <w:r>
              <w:rPr>
                <w:rFonts w:ascii="Arial" w:eastAsia="Arial" w:hAnsi="Arial"/>
                <w:sz w:val="16"/>
                <w:szCs w:val="28"/>
              </w:rPr>
              <w:t>Educational attainment (ref. high school or below)</w:t>
            </w:r>
          </w:p>
        </w:tc>
        <w:tc>
          <w:tcPr>
            <w:tcW w:w="2268" w:type="dxa"/>
            <w:tcBorders>
              <w:top w:val="nil"/>
              <w:left w:val="nil"/>
              <w:bottom w:val="single" w:sz="4" w:space="0" w:color="auto"/>
              <w:right w:val="single" w:sz="4" w:space="0" w:color="auto"/>
            </w:tcBorders>
            <w:shd w:val="clear" w:color="auto" w:fill="auto"/>
            <w:noWrap/>
            <w:vAlign w:val="center"/>
            <w:hideMark/>
          </w:tcPr>
          <w:p w14:paraId="6BBC5B14" w14:textId="77777777" w:rsidR="001D47F0" w:rsidRPr="00546614" w:rsidRDefault="00673AED" w:rsidP="001D47F0">
            <w:pPr>
              <w:spacing w:line="240" w:lineRule="auto"/>
              <w:rPr>
                <w:rFonts w:eastAsia="맑은 고딕" w:cs="Times New Roman"/>
                <w:color w:val="000000"/>
                <w:sz w:val="16"/>
                <w:szCs w:val="28"/>
              </w:rPr>
            </w:pPr>
          </w:p>
        </w:tc>
        <w:tc>
          <w:tcPr>
            <w:tcW w:w="1265" w:type="dxa"/>
            <w:tcBorders>
              <w:top w:val="nil"/>
              <w:left w:val="nil"/>
              <w:bottom w:val="nil"/>
              <w:right w:val="nil"/>
            </w:tcBorders>
            <w:shd w:val="clear" w:color="auto" w:fill="auto"/>
            <w:noWrap/>
            <w:vAlign w:val="center"/>
            <w:hideMark/>
          </w:tcPr>
          <w:p w14:paraId="33FF1164" w14:textId="77777777" w:rsidR="001D47F0" w:rsidRPr="00546614" w:rsidRDefault="00673AED" w:rsidP="001D47F0">
            <w:pPr>
              <w:spacing w:line="240" w:lineRule="auto"/>
              <w:rPr>
                <w:rFonts w:eastAsia="맑은 고딕" w:cs="Times New Roman"/>
                <w:color w:val="000000"/>
                <w:sz w:val="16"/>
                <w:szCs w:val="28"/>
              </w:rPr>
            </w:pPr>
          </w:p>
        </w:tc>
        <w:tc>
          <w:tcPr>
            <w:tcW w:w="1265" w:type="dxa"/>
            <w:tcBorders>
              <w:top w:val="nil"/>
              <w:left w:val="nil"/>
              <w:bottom w:val="nil"/>
              <w:right w:val="nil"/>
            </w:tcBorders>
            <w:shd w:val="clear" w:color="auto" w:fill="auto"/>
            <w:noWrap/>
            <w:vAlign w:val="center"/>
            <w:hideMark/>
          </w:tcPr>
          <w:p w14:paraId="5B4AFE5F" w14:textId="77777777" w:rsidR="001D47F0" w:rsidRPr="00546614" w:rsidRDefault="00673AED" w:rsidP="001D47F0">
            <w:pPr>
              <w:spacing w:line="240" w:lineRule="auto"/>
              <w:rPr>
                <w:rFonts w:cs="Times New Roman"/>
                <w:sz w:val="16"/>
                <w:szCs w:val="28"/>
              </w:rPr>
            </w:pPr>
          </w:p>
        </w:tc>
        <w:tc>
          <w:tcPr>
            <w:tcW w:w="1265" w:type="dxa"/>
            <w:tcBorders>
              <w:top w:val="nil"/>
              <w:left w:val="nil"/>
              <w:bottom w:val="nil"/>
              <w:right w:val="nil"/>
            </w:tcBorders>
            <w:shd w:val="clear" w:color="auto" w:fill="auto"/>
            <w:noWrap/>
            <w:vAlign w:val="center"/>
            <w:hideMark/>
          </w:tcPr>
          <w:p w14:paraId="670D6291" w14:textId="77777777" w:rsidR="001D47F0" w:rsidRPr="00546614" w:rsidRDefault="00673AED" w:rsidP="001D47F0">
            <w:pPr>
              <w:spacing w:line="240" w:lineRule="auto"/>
              <w:rPr>
                <w:rFonts w:cs="Times New Roman"/>
                <w:sz w:val="16"/>
                <w:szCs w:val="28"/>
              </w:rPr>
            </w:pPr>
          </w:p>
        </w:tc>
        <w:tc>
          <w:tcPr>
            <w:tcW w:w="1265" w:type="dxa"/>
            <w:tcBorders>
              <w:top w:val="nil"/>
              <w:left w:val="nil"/>
              <w:bottom w:val="nil"/>
              <w:right w:val="nil"/>
            </w:tcBorders>
            <w:shd w:val="clear" w:color="auto" w:fill="auto"/>
            <w:noWrap/>
            <w:vAlign w:val="center"/>
            <w:hideMark/>
          </w:tcPr>
          <w:p w14:paraId="078B4FA3" w14:textId="77777777" w:rsidR="001D47F0" w:rsidRPr="00546614" w:rsidRDefault="00673AED" w:rsidP="001D47F0">
            <w:pPr>
              <w:spacing w:line="240" w:lineRule="auto"/>
              <w:rPr>
                <w:rFonts w:cs="Times New Roman"/>
                <w:sz w:val="16"/>
                <w:szCs w:val="28"/>
              </w:rPr>
            </w:pPr>
          </w:p>
        </w:tc>
        <w:tc>
          <w:tcPr>
            <w:tcW w:w="1265" w:type="dxa"/>
            <w:tcBorders>
              <w:top w:val="nil"/>
              <w:left w:val="nil"/>
              <w:bottom w:val="nil"/>
              <w:right w:val="nil"/>
            </w:tcBorders>
            <w:shd w:val="clear" w:color="auto" w:fill="auto"/>
            <w:noWrap/>
            <w:vAlign w:val="center"/>
            <w:hideMark/>
          </w:tcPr>
          <w:p w14:paraId="067AD677" w14:textId="77777777" w:rsidR="001D47F0" w:rsidRPr="00546614" w:rsidRDefault="00673AED" w:rsidP="001D47F0">
            <w:pPr>
              <w:spacing w:line="240" w:lineRule="auto"/>
              <w:rPr>
                <w:rFonts w:cs="Times New Roman"/>
                <w:sz w:val="16"/>
                <w:szCs w:val="28"/>
              </w:rPr>
            </w:pPr>
          </w:p>
        </w:tc>
        <w:tc>
          <w:tcPr>
            <w:tcW w:w="1265" w:type="dxa"/>
            <w:tcBorders>
              <w:top w:val="nil"/>
              <w:left w:val="nil"/>
              <w:bottom w:val="nil"/>
              <w:right w:val="nil"/>
            </w:tcBorders>
            <w:shd w:val="clear" w:color="auto" w:fill="auto"/>
            <w:noWrap/>
            <w:vAlign w:val="center"/>
            <w:hideMark/>
          </w:tcPr>
          <w:p w14:paraId="31825A30" w14:textId="77777777" w:rsidR="001D47F0" w:rsidRPr="00546614" w:rsidRDefault="00673AED" w:rsidP="001D47F0">
            <w:pPr>
              <w:spacing w:line="240" w:lineRule="auto"/>
              <w:rPr>
                <w:rFonts w:cs="Times New Roman"/>
                <w:sz w:val="16"/>
                <w:szCs w:val="28"/>
              </w:rPr>
            </w:pPr>
          </w:p>
        </w:tc>
      </w:tr>
      <w:tr w:rsidR="001D47F0" w:rsidRPr="00546614" w14:paraId="4DDE2C99" w14:textId="77777777" w:rsidTr="00546614">
        <w:trPr>
          <w:trHeight w:val="209"/>
          <w:jc w:val="center"/>
        </w:trPr>
        <w:tc>
          <w:tcPr>
            <w:tcW w:w="3816" w:type="dxa"/>
            <w:tcBorders>
              <w:top w:val="nil"/>
              <w:left w:val="single" w:sz="4" w:space="0" w:color="auto"/>
              <w:bottom w:val="single" w:sz="4" w:space="0" w:color="auto"/>
              <w:right w:val="single" w:sz="4" w:space="0" w:color="auto"/>
            </w:tcBorders>
            <w:shd w:val="clear" w:color="auto" w:fill="auto"/>
            <w:noWrap/>
            <w:vAlign w:val="center"/>
            <w:hideMark/>
          </w:tcPr>
          <w:p w14:paraId="2CE03D90"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2268" w:type="dxa"/>
            <w:tcBorders>
              <w:top w:val="nil"/>
              <w:left w:val="nil"/>
              <w:bottom w:val="single" w:sz="4" w:space="0" w:color="auto"/>
              <w:right w:val="single" w:sz="4" w:space="0" w:color="auto"/>
            </w:tcBorders>
            <w:shd w:val="clear" w:color="auto" w:fill="auto"/>
            <w:noWrap/>
            <w:vAlign w:val="center"/>
            <w:hideMark/>
          </w:tcPr>
          <w:p w14:paraId="31A679EE"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College degree or above</w:t>
            </w:r>
          </w:p>
        </w:tc>
        <w:tc>
          <w:tcPr>
            <w:tcW w:w="1265" w:type="dxa"/>
            <w:tcBorders>
              <w:top w:val="single" w:sz="4" w:space="0" w:color="auto"/>
              <w:left w:val="nil"/>
              <w:bottom w:val="single" w:sz="4" w:space="0" w:color="auto"/>
              <w:right w:val="single" w:sz="4" w:space="0" w:color="auto"/>
            </w:tcBorders>
            <w:shd w:val="clear" w:color="auto" w:fill="auto"/>
            <w:noWrap/>
            <w:vAlign w:val="center"/>
            <w:hideMark/>
          </w:tcPr>
          <w:p w14:paraId="5AA07747" w14:textId="77777777" w:rsidR="001D47F0" w:rsidRPr="00546614" w:rsidRDefault="00ED5F5D" w:rsidP="001D47F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-0.164</w:t>
            </w:r>
          </w:p>
        </w:tc>
        <w:tc>
          <w:tcPr>
            <w:tcW w:w="1265" w:type="dxa"/>
            <w:tcBorders>
              <w:top w:val="single" w:sz="4" w:space="0" w:color="auto"/>
              <w:left w:val="nil"/>
              <w:bottom w:val="single" w:sz="4" w:space="0" w:color="auto"/>
              <w:right w:val="single" w:sz="4" w:space="0" w:color="auto"/>
            </w:tcBorders>
            <w:shd w:val="clear" w:color="auto" w:fill="auto"/>
            <w:noWrap/>
            <w:vAlign w:val="center"/>
            <w:hideMark/>
          </w:tcPr>
          <w:p w14:paraId="590CB423"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1265" w:type="dxa"/>
            <w:tcBorders>
              <w:top w:val="single" w:sz="4" w:space="0" w:color="auto"/>
              <w:left w:val="nil"/>
              <w:bottom w:val="single" w:sz="4" w:space="0" w:color="auto"/>
              <w:right w:val="single" w:sz="4" w:space="0" w:color="auto"/>
            </w:tcBorders>
            <w:shd w:val="clear" w:color="auto" w:fill="auto"/>
            <w:noWrap/>
            <w:vAlign w:val="center"/>
            <w:hideMark/>
          </w:tcPr>
          <w:p w14:paraId="57677848" w14:textId="77777777" w:rsidR="001D47F0" w:rsidRPr="00546614" w:rsidRDefault="00ED5F5D" w:rsidP="001D47F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0.032</w:t>
            </w:r>
          </w:p>
        </w:tc>
        <w:tc>
          <w:tcPr>
            <w:tcW w:w="1265" w:type="dxa"/>
            <w:tcBorders>
              <w:top w:val="single" w:sz="4" w:space="0" w:color="auto"/>
              <w:left w:val="nil"/>
              <w:bottom w:val="single" w:sz="4" w:space="0" w:color="auto"/>
              <w:right w:val="single" w:sz="4" w:space="0" w:color="auto"/>
            </w:tcBorders>
            <w:shd w:val="clear" w:color="auto" w:fill="auto"/>
            <w:noWrap/>
            <w:vAlign w:val="center"/>
            <w:hideMark/>
          </w:tcPr>
          <w:p w14:paraId="377E4CA1" w14:textId="77777777" w:rsidR="001D47F0" w:rsidRPr="00546614" w:rsidRDefault="00ED5F5D" w:rsidP="001D47F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-0.516</w:t>
            </w:r>
          </w:p>
        </w:tc>
        <w:tc>
          <w:tcPr>
            <w:tcW w:w="1265" w:type="dxa"/>
            <w:tcBorders>
              <w:top w:val="single" w:sz="4" w:space="0" w:color="auto"/>
              <w:left w:val="nil"/>
              <w:bottom w:val="single" w:sz="4" w:space="0" w:color="auto"/>
              <w:right w:val="single" w:sz="4" w:space="0" w:color="auto"/>
            </w:tcBorders>
            <w:shd w:val="clear" w:color="auto" w:fill="auto"/>
            <w:noWrap/>
            <w:vAlign w:val="center"/>
            <w:hideMark/>
          </w:tcPr>
          <w:p w14:paraId="034E9A9A"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1265" w:type="dxa"/>
            <w:tcBorders>
              <w:top w:val="single" w:sz="4" w:space="0" w:color="auto"/>
              <w:left w:val="nil"/>
              <w:bottom w:val="single" w:sz="4" w:space="0" w:color="auto"/>
              <w:right w:val="single" w:sz="4" w:space="0" w:color="auto"/>
            </w:tcBorders>
            <w:shd w:val="clear" w:color="auto" w:fill="auto"/>
            <w:noWrap/>
            <w:vAlign w:val="center"/>
            <w:hideMark/>
          </w:tcPr>
          <w:p w14:paraId="798DBED0" w14:textId="77777777" w:rsidR="001D47F0" w:rsidRPr="00546614" w:rsidRDefault="00ED5F5D" w:rsidP="001D47F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0.039</w:t>
            </w:r>
          </w:p>
        </w:tc>
      </w:tr>
      <w:tr w:rsidR="001D47F0" w:rsidRPr="00546614" w14:paraId="6E5D0D0B" w14:textId="77777777" w:rsidTr="00546614">
        <w:trPr>
          <w:trHeight w:val="209"/>
          <w:jc w:val="center"/>
        </w:trPr>
        <w:tc>
          <w:tcPr>
            <w:tcW w:w="3816" w:type="dxa"/>
            <w:tcBorders>
              <w:top w:val="nil"/>
              <w:left w:val="single" w:sz="4" w:space="0" w:color="auto"/>
              <w:bottom w:val="single" w:sz="4" w:space="0" w:color="auto"/>
              <w:right w:val="single" w:sz="4" w:space="0" w:color="auto"/>
            </w:tcBorders>
            <w:shd w:val="clear" w:color="auto" w:fill="auto"/>
            <w:noWrap/>
            <w:vAlign w:val="center"/>
            <w:hideMark/>
          </w:tcPr>
          <w:p w14:paraId="5F61BDE0" w14:textId="77777777" w:rsidR="00C81053" w:rsidRPr="00546614" w:rsidRDefault="00ED5F5D">
            <w:pPr>
              <w:spacing w:line="240" w:lineRule="auto"/>
              <w:rPr>
                <w:sz w:val="16"/>
                <w:szCs w:val="28"/>
              </w:rPr>
            </w:pPr>
            <w:r>
              <w:rPr>
                <w:rFonts w:ascii="Arial" w:eastAsia="Arial" w:hAnsi="Arial"/>
                <w:sz w:val="16"/>
                <w:szCs w:val="28"/>
              </w:rPr>
              <w:t>Employment status (ref. regular employment)</w:t>
            </w:r>
          </w:p>
        </w:tc>
        <w:tc>
          <w:tcPr>
            <w:tcW w:w="2268" w:type="dxa"/>
            <w:tcBorders>
              <w:top w:val="nil"/>
              <w:left w:val="nil"/>
              <w:bottom w:val="single" w:sz="4" w:space="0" w:color="auto"/>
              <w:right w:val="single" w:sz="4" w:space="0" w:color="auto"/>
            </w:tcBorders>
            <w:shd w:val="clear" w:color="auto" w:fill="auto"/>
            <w:noWrap/>
            <w:vAlign w:val="center"/>
            <w:hideMark/>
          </w:tcPr>
          <w:p w14:paraId="43BE217A"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1265" w:type="dxa"/>
            <w:tcBorders>
              <w:top w:val="nil"/>
              <w:left w:val="nil"/>
              <w:bottom w:val="nil"/>
              <w:right w:val="nil"/>
            </w:tcBorders>
            <w:shd w:val="clear" w:color="auto" w:fill="auto"/>
            <w:noWrap/>
            <w:vAlign w:val="center"/>
            <w:hideMark/>
          </w:tcPr>
          <w:p w14:paraId="70171CC2" w14:textId="77777777" w:rsidR="001D47F0" w:rsidRPr="00546614" w:rsidRDefault="00673AED" w:rsidP="001D47F0">
            <w:pPr>
              <w:spacing w:line="240" w:lineRule="auto"/>
              <w:rPr>
                <w:rFonts w:eastAsia="맑은 고딕" w:cs="Times New Roman"/>
                <w:color w:val="000000"/>
                <w:sz w:val="16"/>
                <w:szCs w:val="28"/>
              </w:rPr>
            </w:pPr>
          </w:p>
        </w:tc>
        <w:tc>
          <w:tcPr>
            <w:tcW w:w="1265" w:type="dxa"/>
            <w:tcBorders>
              <w:top w:val="nil"/>
              <w:left w:val="nil"/>
              <w:bottom w:val="nil"/>
              <w:right w:val="nil"/>
            </w:tcBorders>
            <w:shd w:val="clear" w:color="auto" w:fill="auto"/>
            <w:noWrap/>
            <w:vAlign w:val="center"/>
            <w:hideMark/>
          </w:tcPr>
          <w:p w14:paraId="41B73DB4" w14:textId="77777777" w:rsidR="001D47F0" w:rsidRPr="00546614" w:rsidRDefault="00673AED" w:rsidP="001D47F0">
            <w:pPr>
              <w:spacing w:line="240" w:lineRule="auto"/>
              <w:rPr>
                <w:rFonts w:cs="Times New Roman"/>
                <w:sz w:val="16"/>
                <w:szCs w:val="28"/>
              </w:rPr>
            </w:pPr>
          </w:p>
        </w:tc>
        <w:tc>
          <w:tcPr>
            <w:tcW w:w="1265" w:type="dxa"/>
            <w:tcBorders>
              <w:top w:val="nil"/>
              <w:left w:val="nil"/>
              <w:bottom w:val="nil"/>
              <w:right w:val="nil"/>
            </w:tcBorders>
            <w:shd w:val="clear" w:color="auto" w:fill="auto"/>
            <w:noWrap/>
            <w:vAlign w:val="center"/>
            <w:hideMark/>
          </w:tcPr>
          <w:p w14:paraId="2DC70CB7" w14:textId="77777777" w:rsidR="001D47F0" w:rsidRPr="00546614" w:rsidRDefault="00673AED" w:rsidP="001D47F0">
            <w:pPr>
              <w:spacing w:line="240" w:lineRule="auto"/>
              <w:rPr>
                <w:rFonts w:cs="Times New Roman"/>
                <w:sz w:val="16"/>
                <w:szCs w:val="28"/>
              </w:rPr>
            </w:pPr>
          </w:p>
        </w:tc>
        <w:tc>
          <w:tcPr>
            <w:tcW w:w="1265" w:type="dxa"/>
            <w:tcBorders>
              <w:top w:val="nil"/>
              <w:left w:val="nil"/>
              <w:bottom w:val="nil"/>
              <w:right w:val="nil"/>
            </w:tcBorders>
            <w:shd w:val="clear" w:color="auto" w:fill="auto"/>
            <w:noWrap/>
            <w:vAlign w:val="center"/>
            <w:hideMark/>
          </w:tcPr>
          <w:p w14:paraId="483F98A7" w14:textId="77777777" w:rsidR="001D47F0" w:rsidRPr="00546614" w:rsidRDefault="00673AED" w:rsidP="001D47F0">
            <w:pPr>
              <w:spacing w:line="240" w:lineRule="auto"/>
              <w:rPr>
                <w:rFonts w:cs="Times New Roman"/>
                <w:sz w:val="16"/>
                <w:szCs w:val="28"/>
              </w:rPr>
            </w:pPr>
          </w:p>
        </w:tc>
        <w:tc>
          <w:tcPr>
            <w:tcW w:w="1265" w:type="dxa"/>
            <w:tcBorders>
              <w:top w:val="nil"/>
              <w:left w:val="nil"/>
              <w:bottom w:val="nil"/>
              <w:right w:val="nil"/>
            </w:tcBorders>
            <w:shd w:val="clear" w:color="auto" w:fill="auto"/>
            <w:noWrap/>
            <w:vAlign w:val="center"/>
            <w:hideMark/>
          </w:tcPr>
          <w:p w14:paraId="4AD02625" w14:textId="77777777" w:rsidR="001D47F0" w:rsidRPr="00546614" w:rsidRDefault="00673AED" w:rsidP="001D47F0">
            <w:pPr>
              <w:spacing w:line="240" w:lineRule="auto"/>
              <w:rPr>
                <w:rFonts w:cs="Times New Roman"/>
                <w:sz w:val="16"/>
                <w:szCs w:val="28"/>
              </w:rPr>
            </w:pPr>
          </w:p>
        </w:tc>
        <w:tc>
          <w:tcPr>
            <w:tcW w:w="1265" w:type="dxa"/>
            <w:tcBorders>
              <w:top w:val="nil"/>
              <w:left w:val="nil"/>
              <w:bottom w:val="nil"/>
              <w:right w:val="nil"/>
            </w:tcBorders>
            <w:shd w:val="clear" w:color="auto" w:fill="auto"/>
            <w:noWrap/>
            <w:vAlign w:val="center"/>
            <w:hideMark/>
          </w:tcPr>
          <w:p w14:paraId="2E542D5D" w14:textId="77777777" w:rsidR="001D47F0" w:rsidRPr="00546614" w:rsidRDefault="00673AED" w:rsidP="001D47F0">
            <w:pPr>
              <w:spacing w:line="240" w:lineRule="auto"/>
              <w:rPr>
                <w:rFonts w:cs="Times New Roman"/>
                <w:sz w:val="16"/>
                <w:szCs w:val="28"/>
              </w:rPr>
            </w:pPr>
          </w:p>
        </w:tc>
      </w:tr>
      <w:tr w:rsidR="001D47F0" w:rsidRPr="00546614" w14:paraId="0485A9E1" w14:textId="77777777" w:rsidTr="00546614">
        <w:trPr>
          <w:trHeight w:val="209"/>
          <w:jc w:val="center"/>
        </w:trPr>
        <w:tc>
          <w:tcPr>
            <w:tcW w:w="3816" w:type="dxa"/>
            <w:tcBorders>
              <w:top w:val="nil"/>
              <w:left w:val="single" w:sz="4" w:space="0" w:color="auto"/>
              <w:bottom w:val="single" w:sz="4" w:space="0" w:color="auto"/>
              <w:right w:val="single" w:sz="4" w:space="0" w:color="auto"/>
            </w:tcBorders>
            <w:shd w:val="clear" w:color="auto" w:fill="auto"/>
            <w:noWrap/>
            <w:vAlign w:val="center"/>
            <w:hideMark/>
          </w:tcPr>
          <w:p w14:paraId="02CA4B0C"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2268" w:type="dxa"/>
            <w:tcBorders>
              <w:top w:val="nil"/>
              <w:left w:val="nil"/>
              <w:bottom w:val="single" w:sz="4" w:space="0" w:color="auto"/>
              <w:right w:val="single" w:sz="4" w:space="0" w:color="auto"/>
            </w:tcBorders>
            <w:shd w:val="clear" w:color="auto" w:fill="auto"/>
            <w:noWrap/>
            <w:vAlign w:val="center"/>
            <w:hideMark/>
          </w:tcPr>
          <w:p w14:paraId="25ADBC24"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Precarious employment</w:t>
            </w:r>
          </w:p>
        </w:tc>
        <w:tc>
          <w:tcPr>
            <w:tcW w:w="1265" w:type="dxa"/>
            <w:tcBorders>
              <w:top w:val="single" w:sz="4" w:space="0" w:color="auto"/>
              <w:left w:val="nil"/>
              <w:bottom w:val="single" w:sz="4" w:space="0" w:color="auto"/>
              <w:right w:val="single" w:sz="4" w:space="0" w:color="auto"/>
            </w:tcBorders>
            <w:shd w:val="clear" w:color="auto" w:fill="auto"/>
            <w:noWrap/>
            <w:vAlign w:val="center"/>
            <w:hideMark/>
          </w:tcPr>
          <w:p w14:paraId="15176E13" w14:textId="77777777" w:rsidR="001D47F0" w:rsidRPr="00546614" w:rsidRDefault="00ED5F5D" w:rsidP="001D47F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0.379</w:t>
            </w:r>
          </w:p>
        </w:tc>
        <w:tc>
          <w:tcPr>
            <w:tcW w:w="1265" w:type="dxa"/>
            <w:tcBorders>
              <w:top w:val="single" w:sz="4" w:space="0" w:color="auto"/>
              <w:left w:val="nil"/>
              <w:bottom w:val="single" w:sz="4" w:space="0" w:color="auto"/>
              <w:right w:val="single" w:sz="4" w:space="0" w:color="auto"/>
            </w:tcBorders>
            <w:shd w:val="clear" w:color="auto" w:fill="auto"/>
            <w:noWrap/>
            <w:vAlign w:val="center"/>
            <w:hideMark/>
          </w:tcPr>
          <w:p w14:paraId="3EE693D6"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1265" w:type="dxa"/>
            <w:tcBorders>
              <w:top w:val="single" w:sz="4" w:space="0" w:color="auto"/>
              <w:left w:val="nil"/>
              <w:bottom w:val="single" w:sz="4" w:space="0" w:color="auto"/>
              <w:right w:val="single" w:sz="4" w:space="0" w:color="auto"/>
            </w:tcBorders>
            <w:shd w:val="clear" w:color="auto" w:fill="auto"/>
            <w:noWrap/>
            <w:vAlign w:val="center"/>
            <w:hideMark/>
          </w:tcPr>
          <w:p w14:paraId="2EC256C7" w14:textId="77777777" w:rsidR="001D47F0" w:rsidRPr="00546614" w:rsidRDefault="00ED5F5D" w:rsidP="001D47F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0.031</w:t>
            </w:r>
          </w:p>
        </w:tc>
        <w:tc>
          <w:tcPr>
            <w:tcW w:w="1265" w:type="dxa"/>
            <w:tcBorders>
              <w:top w:val="single" w:sz="4" w:space="0" w:color="auto"/>
              <w:left w:val="nil"/>
              <w:bottom w:val="single" w:sz="4" w:space="0" w:color="auto"/>
              <w:right w:val="single" w:sz="4" w:space="0" w:color="auto"/>
            </w:tcBorders>
            <w:shd w:val="clear" w:color="auto" w:fill="auto"/>
            <w:noWrap/>
            <w:vAlign w:val="center"/>
            <w:hideMark/>
          </w:tcPr>
          <w:p w14:paraId="7087E88E" w14:textId="77777777" w:rsidR="001D47F0" w:rsidRPr="00546614" w:rsidRDefault="00ED5F5D" w:rsidP="001D47F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0.854</w:t>
            </w:r>
          </w:p>
        </w:tc>
        <w:tc>
          <w:tcPr>
            <w:tcW w:w="1265" w:type="dxa"/>
            <w:tcBorders>
              <w:top w:val="single" w:sz="4" w:space="0" w:color="auto"/>
              <w:left w:val="nil"/>
              <w:bottom w:val="single" w:sz="4" w:space="0" w:color="auto"/>
              <w:right w:val="single" w:sz="4" w:space="0" w:color="auto"/>
            </w:tcBorders>
            <w:shd w:val="clear" w:color="auto" w:fill="auto"/>
            <w:noWrap/>
            <w:vAlign w:val="center"/>
            <w:hideMark/>
          </w:tcPr>
          <w:p w14:paraId="28F18EBE"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1265" w:type="dxa"/>
            <w:tcBorders>
              <w:top w:val="single" w:sz="4" w:space="0" w:color="auto"/>
              <w:left w:val="nil"/>
              <w:bottom w:val="single" w:sz="4" w:space="0" w:color="auto"/>
              <w:right w:val="single" w:sz="4" w:space="0" w:color="auto"/>
            </w:tcBorders>
            <w:shd w:val="clear" w:color="auto" w:fill="auto"/>
            <w:noWrap/>
            <w:vAlign w:val="center"/>
            <w:hideMark/>
          </w:tcPr>
          <w:p w14:paraId="55FDCBF0" w14:textId="77777777" w:rsidR="001D47F0" w:rsidRPr="00546614" w:rsidRDefault="00ED5F5D" w:rsidP="001D47F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0.037</w:t>
            </w:r>
          </w:p>
        </w:tc>
      </w:tr>
      <w:tr w:rsidR="001D47F0" w:rsidRPr="00546614" w14:paraId="489D601C" w14:textId="77777777" w:rsidTr="00546614">
        <w:trPr>
          <w:trHeight w:val="209"/>
          <w:jc w:val="center"/>
        </w:trPr>
        <w:tc>
          <w:tcPr>
            <w:tcW w:w="3816" w:type="dxa"/>
            <w:tcBorders>
              <w:top w:val="nil"/>
              <w:left w:val="single" w:sz="4" w:space="0" w:color="auto"/>
              <w:bottom w:val="single" w:sz="4" w:space="0" w:color="auto"/>
              <w:right w:val="single" w:sz="4" w:space="0" w:color="auto"/>
            </w:tcBorders>
            <w:shd w:val="clear" w:color="auto" w:fill="auto"/>
            <w:noWrap/>
            <w:vAlign w:val="center"/>
            <w:hideMark/>
          </w:tcPr>
          <w:p w14:paraId="16D2E19A" w14:textId="77777777" w:rsidR="00C81053" w:rsidRPr="00546614" w:rsidRDefault="00ED5F5D">
            <w:pPr>
              <w:spacing w:line="240" w:lineRule="auto"/>
              <w:rPr>
                <w:sz w:val="16"/>
                <w:szCs w:val="28"/>
              </w:rPr>
            </w:pPr>
            <w:r>
              <w:rPr>
                <w:rFonts w:ascii="Arial" w:eastAsia="Arial" w:hAnsi="Arial"/>
                <w:sz w:val="16"/>
                <w:szCs w:val="28"/>
              </w:rPr>
              <w:t>Rental subtenure (ref. jeonse)</w:t>
            </w:r>
          </w:p>
        </w:tc>
        <w:tc>
          <w:tcPr>
            <w:tcW w:w="2268" w:type="dxa"/>
            <w:tcBorders>
              <w:top w:val="nil"/>
              <w:left w:val="nil"/>
              <w:bottom w:val="single" w:sz="4" w:space="0" w:color="auto"/>
              <w:right w:val="single" w:sz="4" w:space="0" w:color="auto"/>
            </w:tcBorders>
            <w:shd w:val="clear" w:color="auto" w:fill="auto"/>
            <w:noWrap/>
            <w:vAlign w:val="center"/>
            <w:hideMark/>
          </w:tcPr>
          <w:p w14:paraId="332581A6"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1265" w:type="dxa"/>
            <w:tcBorders>
              <w:top w:val="nil"/>
              <w:left w:val="nil"/>
              <w:bottom w:val="nil"/>
              <w:right w:val="nil"/>
            </w:tcBorders>
            <w:shd w:val="clear" w:color="auto" w:fill="auto"/>
            <w:noWrap/>
            <w:vAlign w:val="center"/>
            <w:hideMark/>
          </w:tcPr>
          <w:p w14:paraId="40EB99B1" w14:textId="77777777" w:rsidR="001D47F0" w:rsidRPr="00546614" w:rsidRDefault="00673AED" w:rsidP="001D47F0">
            <w:pPr>
              <w:spacing w:line="240" w:lineRule="auto"/>
              <w:rPr>
                <w:rFonts w:eastAsia="맑은 고딕" w:cs="Times New Roman"/>
                <w:color w:val="000000"/>
                <w:sz w:val="16"/>
                <w:szCs w:val="28"/>
              </w:rPr>
            </w:pPr>
          </w:p>
        </w:tc>
        <w:tc>
          <w:tcPr>
            <w:tcW w:w="1265" w:type="dxa"/>
            <w:tcBorders>
              <w:top w:val="nil"/>
              <w:left w:val="nil"/>
              <w:bottom w:val="nil"/>
              <w:right w:val="nil"/>
            </w:tcBorders>
            <w:shd w:val="clear" w:color="auto" w:fill="auto"/>
            <w:noWrap/>
            <w:vAlign w:val="center"/>
            <w:hideMark/>
          </w:tcPr>
          <w:p w14:paraId="2973F3B8" w14:textId="77777777" w:rsidR="001D47F0" w:rsidRPr="00546614" w:rsidRDefault="00673AED" w:rsidP="001D47F0">
            <w:pPr>
              <w:spacing w:line="240" w:lineRule="auto"/>
              <w:rPr>
                <w:rFonts w:cs="Times New Roman"/>
                <w:sz w:val="16"/>
                <w:szCs w:val="28"/>
              </w:rPr>
            </w:pPr>
          </w:p>
        </w:tc>
        <w:tc>
          <w:tcPr>
            <w:tcW w:w="1265" w:type="dxa"/>
            <w:tcBorders>
              <w:top w:val="nil"/>
              <w:left w:val="nil"/>
              <w:bottom w:val="nil"/>
              <w:right w:val="nil"/>
            </w:tcBorders>
            <w:shd w:val="clear" w:color="auto" w:fill="auto"/>
            <w:noWrap/>
            <w:vAlign w:val="center"/>
            <w:hideMark/>
          </w:tcPr>
          <w:p w14:paraId="60599A35" w14:textId="77777777" w:rsidR="001D47F0" w:rsidRPr="00546614" w:rsidRDefault="00673AED" w:rsidP="001D47F0">
            <w:pPr>
              <w:spacing w:line="240" w:lineRule="auto"/>
              <w:rPr>
                <w:rFonts w:cs="Times New Roman"/>
                <w:sz w:val="16"/>
                <w:szCs w:val="28"/>
              </w:rPr>
            </w:pPr>
          </w:p>
        </w:tc>
        <w:tc>
          <w:tcPr>
            <w:tcW w:w="1265" w:type="dxa"/>
            <w:tcBorders>
              <w:top w:val="nil"/>
              <w:left w:val="nil"/>
              <w:bottom w:val="nil"/>
              <w:right w:val="nil"/>
            </w:tcBorders>
            <w:shd w:val="clear" w:color="auto" w:fill="auto"/>
            <w:noWrap/>
            <w:vAlign w:val="center"/>
            <w:hideMark/>
          </w:tcPr>
          <w:p w14:paraId="687DBE37" w14:textId="77777777" w:rsidR="001D47F0" w:rsidRPr="00546614" w:rsidRDefault="00673AED" w:rsidP="001D47F0">
            <w:pPr>
              <w:spacing w:line="240" w:lineRule="auto"/>
              <w:rPr>
                <w:rFonts w:cs="Times New Roman"/>
                <w:sz w:val="16"/>
                <w:szCs w:val="28"/>
              </w:rPr>
            </w:pPr>
          </w:p>
        </w:tc>
        <w:tc>
          <w:tcPr>
            <w:tcW w:w="1265" w:type="dxa"/>
            <w:tcBorders>
              <w:top w:val="nil"/>
              <w:left w:val="nil"/>
              <w:bottom w:val="nil"/>
              <w:right w:val="nil"/>
            </w:tcBorders>
            <w:shd w:val="clear" w:color="auto" w:fill="auto"/>
            <w:noWrap/>
            <w:vAlign w:val="center"/>
            <w:hideMark/>
          </w:tcPr>
          <w:p w14:paraId="3AF73174" w14:textId="77777777" w:rsidR="001D47F0" w:rsidRPr="00546614" w:rsidRDefault="00673AED" w:rsidP="001D47F0">
            <w:pPr>
              <w:spacing w:line="240" w:lineRule="auto"/>
              <w:rPr>
                <w:rFonts w:cs="Times New Roman"/>
                <w:sz w:val="16"/>
                <w:szCs w:val="28"/>
              </w:rPr>
            </w:pPr>
          </w:p>
        </w:tc>
        <w:tc>
          <w:tcPr>
            <w:tcW w:w="1265" w:type="dxa"/>
            <w:tcBorders>
              <w:top w:val="nil"/>
              <w:left w:val="nil"/>
              <w:bottom w:val="nil"/>
              <w:right w:val="nil"/>
            </w:tcBorders>
            <w:shd w:val="clear" w:color="auto" w:fill="auto"/>
            <w:noWrap/>
            <w:vAlign w:val="center"/>
            <w:hideMark/>
          </w:tcPr>
          <w:p w14:paraId="3830F114" w14:textId="77777777" w:rsidR="001D47F0" w:rsidRPr="00546614" w:rsidRDefault="00673AED" w:rsidP="001D47F0">
            <w:pPr>
              <w:spacing w:line="240" w:lineRule="auto"/>
              <w:rPr>
                <w:rFonts w:cs="Times New Roman"/>
                <w:sz w:val="16"/>
                <w:szCs w:val="28"/>
              </w:rPr>
            </w:pPr>
          </w:p>
        </w:tc>
      </w:tr>
      <w:tr w:rsidR="001D47F0" w:rsidRPr="00546614" w14:paraId="5D5251D3" w14:textId="77777777" w:rsidTr="00546614">
        <w:trPr>
          <w:trHeight w:val="209"/>
          <w:jc w:val="center"/>
        </w:trPr>
        <w:tc>
          <w:tcPr>
            <w:tcW w:w="3816" w:type="dxa"/>
            <w:tcBorders>
              <w:top w:val="nil"/>
              <w:left w:val="single" w:sz="4" w:space="0" w:color="auto"/>
              <w:bottom w:val="single" w:sz="4" w:space="0" w:color="auto"/>
              <w:right w:val="single" w:sz="4" w:space="0" w:color="auto"/>
            </w:tcBorders>
            <w:shd w:val="clear" w:color="auto" w:fill="auto"/>
            <w:noWrap/>
            <w:vAlign w:val="center"/>
            <w:hideMark/>
          </w:tcPr>
          <w:p w14:paraId="587CF5D3"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2268" w:type="dxa"/>
            <w:tcBorders>
              <w:top w:val="nil"/>
              <w:left w:val="nil"/>
              <w:bottom w:val="single" w:sz="4" w:space="0" w:color="auto"/>
              <w:right w:val="single" w:sz="4" w:space="0" w:color="auto"/>
            </w:tcBorders>
            <w:shd w:val="clear" w:color="auto" w:fill="auto"/>
            <w:noWrap/>
            <w:vAlign w:val="center"/>
            <w:hideMark/>
          </w:tcPr>
          <w:p w14:paraId="4CEF8FD2" w14:textId="77777777" w:rsidR="00C81053" w:rsidRPr="00546614" w:rsidRDefault="00ED5F5D">
            <w:pPr>
              <w:spacing w:line="240" w:lineRule="auto"/>
              <w:rPr>
                <w:sz w:val="16"/>
                <w:szCs w:val="28"/>
              </w:rPr>
            </w:pPr>
            <w:r>
              <w:rPr>
                <w:rFonts w:ascii="Arial" w:eastAsia="Arial" w:hAnsi="Arial"/>
                <w:sz w:val="16"/>
                <w:szCs w:val="28"/>
              </w:rPr>
              <w:t>Monthly-rent tenancy</w:t>
            </w:r>
          </w:p>
        </w:tc>
        <w:tc>
          <w:tcPr>
            <w:tcW w:w="1265" w:type="dxa"/>
            <w:tcBorders>
              <w:top w:val="single" w:sz="4" w:space="0" w:color="auto"/>
              <w:left w:val="nil"/>
              <w:bottom w:val="single" w:sz="4" w:space="0" w:color="auto"/>
              <w:right w:val="single" w:sz="4" w:space="0" w:color="auto"/>
            </w:tcBorders>
            <w:shd w:val="clear" w:color="auto" w:fill="auto"/>
            <w:noWrap/>
            <w:vAlign w:val="center"/>
            <w:hideMark/>
          </w:tcPr>
          <w:p w14:paraId="1D6D41E9" w14:textId="77777777" w:rsidR="001D47F0" w:rsidRPr="00546614" w:rsidRDefault="00ED5F5D" w:rsidP="001D47F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0.977</w:t>
            </w:r>
          </w:p>
        </w:tc>
        <w:tc>
          <w:tcPr>
            <w:tcW w:w="1265" w:type="dxa"/>
            <w:tcBorders>
              <w:top w:val="single" w:sz="4" w:space="0" w:color="auto"/>
              <w:left w:val="nil"/>
              <w:bottom w:val="single" w:sz="4" w:space="0" w:color="auto"/>
              <w:right w:val="single" w:sz="4" w:space="0" w:color="auto"/>
            </w:tcBorders>
            <w:shd w:val="clear" w:color="auto" w:fill="auto"/>
            <w:noWrap/>
            <w:vAlign w:val="center"/>
            <w:hideMark/>
          </w:tcPr>
          <w:p w14:paraId="03863A3A"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1265" w:type="dxa"/>
            <w:tcBorders>
              <w:top w:val="single" w:sz="4" w:space="0" w:color="auto"/>
              <w:left w:val="nil"/>
              <w:bottom w:val="single" w:sz="4" w:space="0" w:color="auto"/>
              <w:right w:val="single" w:sz="4" w:space="0" w:color="auto"/>
            </w:tcBorders>
            <w:shd w:val="clear" w:color="auto" w:fill="auto"/>
            <w:noWrap/>
            <w:vAlign w:val="center"/>
            <w:hideMark/>
          </w:tcPr>
          <w:p w14:paraId="4F74677C" w14:textId="77777777" w:rsidR="001D47F0" w:rsidRPr="00546614" w:rsidRDefault="00ED5F5D" w:rsidP="001D47F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0.031</w:t>
            </w:r>
          </w:p>
        </w:tc>
        <w:tc>
          <w:tcPr>
            <w:tcW w:w="1265" w:type="dxa"/>
            <w:tcBorders>
              <w:top w:val="single" w:sz="4" w:space="0" w:color="auto"/>
              <w:left w:val="nil"/>
              <w:bottom w:val="single" w:sz="4" w:space="0" w:color="auto"/>
              <w:right w:val="single" w:sz="4" w:space="0" w:color="auto"/>
            </w:tcBorders>
            <w:shd w:val="clear" w:color="auto" w:fill="auto"/>
            <w:noWrap/>
            <w:vAlign w:val="center"/>
            <w:hideMark/>
          </w:tcPr>
          <w:p w14:paraId="3FB2E487" w14:textId="77777777" w:rsidR="001D47F0" w:rsidRPr="00546614" w:rsidRDefault="00ED5F5D" w:rsidP="001D47F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1.089</w:t>
            </w:r>
          </w:p>
        </w:tc>
        <w:tc>
          <w:tcPr>
            <w:tcW w:w="1265" w:type="dxa"/>
            <w:tcBorders>
              <w:top w:val="single" w:sz="4" w:space="0" w:color="auto"/>
              <w:left w:val="nil"/>
              <w:bottom w:val="single" w:sz="4" w:space="0" w:color="auto"/>
              <w:right w:val="single" w:sz="4" w:space="0" w:color="auto"/>
            </w:tcBorders>
            <w:shd w:val="clear" w:color="auto" w:fill="auto"/>
            <w:noWrap/>
            <w:vAlign w:val="center"/>
            <w:hideMark/>
          </w:tcPr>
          <w:p w14:paraId="4CF5D8C6"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1265" w:type="dxa"/>
            <w:tcBorders>
              <w:top w:val="single" w:sz="4" w:space="0" w:color="auto"/>
              <w:left w:val="nil"/>
              <w:bottom w:val="single" w:sz="4" w:space="0" w:color="auto"/>
              <w:right w:val="single" w:sz="4" w:space="0" w:color="auto"/>
            </w:tcBorders>
            <w:shd w:val="clear" w:color="auto" w:fill="auto"/>
            <w:noWrap/>
            <w:vAlign w:val="center"/>
            <w:hideMark/>
          </w:tcPr>
          <w:p w14:paraId="0E89F395" w14:textId="77777777" w:rsidR="001D47F0" w:rsidRPr="00546614" w:rsidRDefault="00ED5F5D" w:rsidP="001D47F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0.043</w:t>
            </w:r>
          </w:p>
        </w:tc>
      </w:tr>
      <w:tr w:rsidR="001D47F0" w:rsidRPr="00546614" w14:paraId="7BCF16CC" w14:textId="77777777" w:rsidTr="00546614">
        <w:trPr>
          <w:trHeight w:val="209"/>
          <w:jc w:val="center"/>
        </w:trPr>
        <w:tc>
          <w:tcPr>
            <w:tcW w:w="3816" w:type="dxa"/>
            <w:tcBorders>
              <w:top w:val="nil"/>
              <w:left w:val="single" w:sz="4" w:space="0" w:color="auto"/>
              <w:bottom w:val="single" w:sz="4" w:space="0" w:color="auto"/>
              <w:right w:val="single" w:sz="4" w:space="0" w:color="auto"/>
            </w:tcBorders>
            <w:shd w:val="clear" w:color="auto" w:fill="auto"/>
            <w:noWrap/>
            <w:vAlign w:val="center"/>
            <w:hideMark/>
          </w:tcPr>
          <w:p w14:paraId="3A19FC6C" w14:textId="77777777" w:rsidR="00C81053" w:rsidRPr="00546614" w:rsidRDefault="00ED5F5D">
            <w:pPr>
              <w:spacing w:line="240" w:lineRule="auto"/>
              <w:rPr>
                <w:sz w:val="16"/>
                <w:szCs w:val="28"/>
              </w:rPr>
            </w:pPr>
            <w:r>
              <w:rPr>
                <w:rFonts w:ascii="Arial" w:eastAsia="Arial" w:hAnsi="Arial"/>
                <w:sz w:val="16"/>
                <w:szCs w:val="28"/>
              </w:rPr>
              <w:t>Log household income</w:t>
            </w:r>
          </w:p>
        </w:tc>
        <w:tc>
          <w:tcPr>
            <w:tcW w:w="2268" w:type="dxa"/>
            <w:tcBorders>
              <w:top w:val="nil"/>
              <w:left w:val="nil"/>
              <w:bottom w:val="single" w:sz="4" w:space="0" w:color="auto"/>
              <w:right w:val="single" w:sz="4" w:space="0" w:color="auto"/>
            </w:tcBorders>
            <w:shd w:val="clear" w:color="auto" w:fill="auto"/>
            <w:noWrap/>
            <w:vAlign w:val="center"/>
            <w:hideMark/>
          </w:tcPr>
          <w:p w14:paraId="11F57CE0"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11C45559" w14:textId="77777777" w:rsidR="001D47F0" w:rsidRPr="00546614" w:rsidRDefault="00ED5F5D" w:rsidP="001D47F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-0.129</w:t>
            </w:r>
          </w:p>
        </w:tc>
        <w:tc>
          <w:tcPr>
            <w:tcW w:w="1265" w:type="dxa"/>
            <w:tcBorders>
              <w:top w:val="nil"/>
              <w:left w:val="nil"/>
              <w:bottom w:val="single" w:sz="4" w:space="0" w:color="auto"/>
              <w:right w:val="single" w:sz="4" w:space="0" w:color="auto"/>
            </w:tcBorders>
            <w:shd w:val="clear" w:color="auto" w:fill="auto"/>
            <w:noWrap/>
            <w:vAlign w:val="center"/>
            <w:hideMark/>
          </w:tcPr>
          <w:p w14:paraId="340B051C"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1265" w:type="dxa"/>
            <w:tcBorders>
              <w:top w:val="nil"/>
              <w:left w:val="nil"/>
              <w:bottom w:val="single" w:sz="4" w:space="0" w:color="auto"/>
              <w:right w:val="single" w:sz="4" w:space="0" w:color="auto"/>
            </w:tcBorders>
            <w:shd w:val="clear" w:color="auto" w:fill="auto"/>
            <w:noWrap/>
            <w:vAlign w:val="center"/>
            <w:hideMark/>
          </w:tcPr>
          <w:p w14:paraId="25CFCB7B" w14:textId="77777777" w:rsidR="001D47F0" w:rsidRPr="00546614" w:rsidRDefault="00ED5F5D" w:rsidP="001D47F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0.007</w:t>
            </w:r>
          </w:p>
        </w:tc>
        <w:tc>
          <w:tcPr>
            <w:tcW w:w="1265" w:type="dxa"/>
            <w:tcBorders>
              <w:top w:val="nil"/>
              <w:left w:val="nil"/>
              <w:bottom w:val="single" w:sz="4" w:space="0" w:color="auto"/>
              <w:right w:val="single" w:sz="4" w:space="0" w:color="auto"/>
            </w:tcBorders>
            <w:shd w:val="clear" w:color="auto" w:fill="auto"/>
            <w:noWrap/>
            <w:vAlign w:val="center"/>
            <w:hideMark/>
          </w:tcPr>
          <w:p w14:paraId="2FBDEC06" w14:textId="77777777" w:rsidR="001D47F0" w:rsidRPr="00546614" w:rsidRDefault="00ED5F5D" w:rsidP="001D47F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-0.130</w:t>
            </w:r>
          </w:p>
        </w:tc>
        <w:tc>
          <w:tcPr>
            <w:tcW w:w="1265" w:type="dxa"/>
            <w:tcBorders>
              <w:top w:val="nil"/>
              <w:left w:val="nil"/>
              <w:bottom w:val="single" w:sz="4" w:space="0" w:color="auto"/>
              <w:right w:val="single" w:sz="4" w:space="0" w:color="auto"/>
            </w:tcBorders>
            <w:shd w:val="clear" w:color="auto" w:fill="auto"/>
            <w:noWrap/>
            <w:vAlign w:val="center"/>
            <w:hideMark/>
          </w:tcPr>
          <w:p w14:paraId="241480D1"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1265" w:type="dxa"/>
            <w:tcBorders>
              <w:top w:val="nil"/>
              <w:left w:val="nil"/>
              <w:bottom w:val="single" w:sz="4" w:space="0" w:color="auto"/>
              <w:right w:val="single" w:sz="4" w:space="0" w:color="auto"/>
            </w:tcBorders>
            <w:shd w:val="clear" w:color="auto" w:fill="auto"/>
            <w:noWrap/>
            <w:vAlign w:val="center"/>
            <w:hideMark/>
          </w:tcPr>
          <w:p w14:paraId="419E9536" w14:textId="77777777" w:rsidR="001D47F0" w:rsidRPr="00546614" w:rsidRDefault="00ED5F5D" w:rsidP="001D47F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0.007</w:t>
            </w:r>
          </w:p>
        </w:tc>
      </w:tr>
      <w:tr w:rsidR="001D47F0" w:rsidRPr="00546614" w14:paraId="7C30808F" w14:textId="77777777" w:rsidTr="00546614">
        <w:trPr>
          <w:trHeight w:val="209"/>
          <w:jc w:val="center"/>
        </w:trPr>
        <w:tc>
          <w:tcPr>
            <w:tcW w:w="3816" w:type="dxa"/>
            <w:tcBorders>
              <w:top w:val="nil"/>
              <w:left w:val="single" w:sz="4" w:space="0" w:color="auto"/>
              <w:bottom w:val="single" w:sz="4" w:space="0" w:color="auto"/>
              <w:right w:val="single" w:sz="4" w:space="0" w:color="auto"/>
            </w:tcBorders>
            <w:shd w:val="clear" w:color="auto" w:fill="auto"/>
            <w:noWrap/>
            <w:vAlign w:val="center"/>
            <w:hideMark/>
          </w:tcPr>
          <w:p w14:paraId="52AA9CAD"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Intercept</w:t>
            </w:r>
          </w:p>
        </w:tc>
        <w:tc>
          <w:tcPr>
            <w:tcW w:w="2268" w:type="dxa"/>
            <w:tcBorders>
              <w:top w:val="nil"/>
              <w:left w:val="nil"/>
              <w:bottom w:val="single" w:sz="4" w:space="0" w:color="auto"/>
              <w:right w:val="single" w:sz="4" w:space="0" w:color="auto"/>
            </w:tcBorders>
            <w:shd w:val="clear" w:color="auto" w:fill="auto"/>
            <w:noWrap/>
            <w:vAlign w:val="center"/>
            <w:hideMark/>
          </w:tcPr>
          <w:p w14:paraId="76496965"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795D2BA5" w14:textId="77777777" w:rsidR="001D47F0" w:rsidRPr="00546614" w:rsidRDefault="00ED5F5D" w:rsidP="001D47F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-0.325</w:t>
            </w:r>
          </w:p>
        </w:tc>
        <w:tc>
          <w:tcPr>
            <w:tcW w:w="1265" w:type="dxa"/>
            <w:tcBorders>
              <w:top w:val="nil"/>
              <w:left w:val="nil"/>
              <w:bottom w:val="single" w:sz="4" w:space="0" w:color="auto"/>
              <w:right w:val="single" w:sz="4" w:space="0" w:color="auto"/>
            </w:tcBorders>
            <w:shd w:val="clear" w:color="auto" w:fill="auto"/>
            <w:noWrap/>
            <w:vAlign w:val="center"/>
            <w:hideMark/>
          </w:tcPr>
          <w:p w14:paraId="06603EC6"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3554DFB6" w14:textId="77777777" w:rsidR="001D47F0" w:rsidRPr="00546614" w:rsidRDefault="00ED5F5D" w:rsidP="001D47F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0.378</w:t>
            </w:r>
          </w:p>
        </w:tc>
        <w:tc>
          <w:tcPr>
            <w:tcW w:w="1265" w:type="dxa"/>
            <w:tcBorders>
              <w:top w:val="nil"/>
              <w:left w:val="nil"/>
              <w:bottom w:val="single" w:sz="4" w:space="0" w:color="auto"/>
              <w:right w:val="single" w:sz="4" w:space="0" w:color="auto"/>
            </w:tcBorders>
            <w:shd w:val="clear" w:color="auto" w:fill="auto"/>
            <w:noWrap/>
            <w:vAlign w:val="center"/>
            <w:hideMark/>
          </w:tcPr>
          <w:p w14:paraId="14172249" w14:textId="77777777" w:rsidR="001D47F0" w:rsidRPr="00546614" w:rsidRDefault="00ED5F5D" w:rsidP="001D47F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-0.682</w:t>
            </w:r>
          </w:p>
        </w:tc>
        <w:tc>
          <w:tcPr>
            <w:tcW w:w="1265" w:type="dxa"/>
            <w:tcBorders>
              <w:top w:val="nil"/>
              <w:left w:val="nil"/>
              <w:bottom w:val="single" w:sz="4" w:space="0" w:color="auto"/>
              <w:right w:val="single" w:sz="4" w:space="0" w:color="auto"/>
            </w:tcBorders>
            <w:shd w:val="clear" w:color="auto" w:fill="auto"/>
            <w:noWrap/>
            <w:vAlign w:val="center"/>
            <w:hideMark/>
          </w:tcPr>
          <w:p w14:paraId="568B03D7"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1265" w:type="dxa"/>
            <w:tcBorders>
              <w:top w:val="nil"/>
              <w:left w:val="nil"/>
              <w:bottom w:val="single" w:sz="4" w:space="0" w:color="auto"/>
              <w:right w:val="single" w:sz="4" w:space="0" w:color="auto"/>
            </w:tcBorders>
            <w:shd w:val="clear" w:color="auto" w:fill="auto"/>
            <w:noWrap/>
            <w:vAlign w:val="center"/>
            <w:hideMark/>
          </w:tcPr>
          <w:p w14:paraId="2E1F2739" w14:textId="77777777" w:rsidR="001D47F0" w:rsidRPr="00546614" w:rsidRDefault="00ED5F5D" w:rsidP="001D47F0">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0.272</w:t>
            </w:r>
          </w:p>
        </w:tc>
      </w:tr>
      <w:tr w:rsidR="001D47F0" w:rsidRPr="00546614" w14:paraId="3115C03D" w14:textId="77777777" w:rsidTr="00546614">
        <w:trPr>
          <w:trHeight w:val="209"/>
          <w:jc w:val="center"/>
        </w:trPr>
        <w:tc>
          <w:tcPr>
            <w:tcW w:w="3816" w:type="dxa"/>
            <w:tcBorders>
              <w:top w:val="nil"/>
              <w:left w:val="single" w:sz="4" w:space="0" w:color="auto"/>
              <w:bottom w:val="single" w:sz="4" w:space="0" w:color="auto"/>
              <w:right w:val="single" w:sz="4" w:space="0" w:color="auto"/>
            </w:tcBorders>
            <w:shd w:val="clear" w:color="auto" w:fill="auto"/>
            <w:noWrap/>
            <w:vAlign w:val="center"/>
            <w:hideMark/>
          </w:tcPr>
          <w:p w14:paraId="6BC0D965" w14:textId="77777777" w:rsidR="00C81053" w:rsidRPr="00546614" w:rsidRDefault="00ED5F5D">
            <w:pPr>
              <w:spacing w:line="240" w:lineRule="auto"/>
              <w:rPr>
                <w:sz w:val="16"/>
                <w:szCs w:val="28"/>
              </w:rPr>
            </w:pPr>
            <w:r>
              <w:rPr>
                <w:rFonts w:ascii="Arial" w:eastAsia="Arial" w:hAnsi="Arial"/>
                <w:b/>
                <w:sz w:val="16"/>
                <w:szCs w:val="28"/>
              </w:rPr>
              <w:t>Random effects</w:t>
            </w:r>
          </w:p>
        </w:tc>
        <w:tc>
          <w:tcPr>
            <w:tcW w:w="2268" w:type="dxa"/>
            <w:tcBorders>
              <w:top w:val="nil"/>
              <w:left w:val="nil"/>
              <w:bottom w:val="single" w:sz="4" w:space="0" w:color="auto"/>
              <w:right w:val="single" w:sz="4" w:space="0" w:color="auto"/>
            </w:tcBorders>
            <w:shd w:val="clear" w:color="auto" w:fill="auto"/>
            <w:noWrap/>
            <w:vAlign w:val="center"/>
            <w:hideMark/>
          </w:tcPr>
          <w:p w14:paraId="6060E3D0"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0010809A"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142245DA"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01DE6EA1"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4D46BA9F"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2D724CE3"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14FC60AE"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r>
      <w:tr w:rsidR="001D47F0" w:rsidRPr="00546614" w14:paraId="254CE6EF" w14:textId="77777777" w:rsidTr="00546614">
        <w:trPr>
          <w:trHeight w:val="209"/>
          <w:jc w:val="center"/>
        </w:trPr>
        <w:tc>
          <w:tcPr>
            <w:tcW w:w="3816" w:type="dxa"/>
            <w:tcBorders>
              <w:top w:val="nil"/>
              <w:left w:val="single" w:sz="4" w:space="0" w:color="auto"/>
              <w:bottom w:val="single" w:sz="4" w:space="0" w:color="auto"/>
              <w:right w:val="single" w:sz="4" w:space="0" w:color="auto"/>
            </w:tcBorders>
            <w:shd w:val="clear" w:color="auto" w:fill="auto"/>
            <w:noWrap/>
            <w:vAlign w:val="center"/>
            <w:hideMark/>
          </w:tcPr>
          <w:p w14:paraId="2A7CB383" w14:textId="77777777" w:rsidR="00C81053" w:rsidRPr="00546614" w:rsidRDefault="00ED5F5D">
            <w:pPr>
              <w:spacing w:line="240" w:lineRule="auto"/>
              <w:rPr>
                <w:sz w:val="16"/>
                <w:szCs w:val="28"/>
              </w:rPr>
            </w:pPr>
            <w:r>
              <w:rPr>
                <w:rFonts w:ascii="Arial" w:eastAsia="Arial" w:hAnsi="Arial"/>
                <w:b/>
                <w:sz w:val="16"/>
                <w:szCs w:val="28"/>
              </w:rPr>
              <w:t>Period-specific random effects</w:t>
            </w:r>
          </w:p>
        </w:tc>
        <w:tc>
          <w:tcPr>
            <w:tcW w:w="2268" w:type="dxa"/>
            <w:tcBorders>
              <w:top w:val="nil"/>
              <w:left w:val="nil"/>
              <w:bottom w:val="single" w:sz="4" w:space="0" w:color="auto"/>
              <w:right w:val="single" w:sz="4" w:space="0" w:color="auto"/>
            </w:tcBorders>
            <w:shd w:val="clear" w:color="auto" w:fill="auto"/>
            <w:noWrap/>
            <w:vAlign w:val="center"/>
            <w:hideMark/>
          </w:tcPr>
          <w:p w14:paraId="0CFF69C8" w14:textId="77777777" w:rsidR="00C81053" w:rsidRPr="00546614" w:rsidRDefault="00C81053">
            <w:pPr>
              <w:spacing w:line="240" w:lineRule="auto"/>
              <w:rPr>
                <w:sz w:val="16"/>
                <w:szCs w:val="28"/>
              </w:rPr>
            </w:pPr>
          </w:p>
        </w:tc>
        <w:tc>
          <w:tcPr>
            <w:tcW w:w="1265" w:type="dxa"/>
            <w:tcBorders>
              <w:top w:val="nil"/>
              <w:left w:val="nil"/>
              <w:bottom w:val="single" w:sz="4" w:space="0" w:color="auto"/>
              <w:right w:val="single" w:sz="4" w:space="0" w:color="auto"/>
            </w:tcBorders>
            <w:shd w:val="clear" w:color="auto" w:fill="auto"/>
            <w:noWrap/>
            <w:vAlign w:val="center"/>
            <w:hideMark/>
          </w:tcPr>
          <w:p w14:paraId="3D89D22E"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6B511536"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20A7A50A"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5A73442D"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130B607F"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36819C10" w14:textId="77777777" w:rsidR="001D47F0" w:rsidRPr="00546614" w:rsidRDefault="00ED5F5D" w:rsidP="001D47F0">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r>
      <w:tr w:rsidR="00546614" w:rsidRPr="00546614" w14:paraId="49EE3B45" w14:textId="77777777" w:rsidTr="002D7636">
        <w:trPr>
          <w:trHeight w:val="209"/>
          <w:jc w:val="center"/>
        </w:trPr>
        <w:tc>
          <w:tcPr>
            <w:tcW w:w="3816" w:type="dxa"/>
            <w:tcBorders>
              <w:top w:val="nil"/>
              <w:left w:val="single" w:sz="4" w:space="0" w:color="auto"/>
              <w:bottom w:val="single" w:sz="4" w:space="0" w:color="auto"/>
              <w:right w:val="single" w:sz="4" w:space="0" w:color="auto"/>
            </w:tcBorders>
            <w:shd w:val="clear" w:color="auto" w:fill="auto"/>
            <w:noWrap/>
            <w:vAlign w:val="center"/>
            <w:hideMark/>
          </w:tcPr>
          <w:p w14:paraId="12441F7E" w14:textId="398EE381" w:rsidR="00546614" w:rsidRPr="00546614" w:rsidRDefault="00546614" w:rsidP="00546614">
            <w:pPr>
              <w:spacing w:line="240" w:lineRule="auto"/>
              <w:rPr>
                <w:sz w:val="16"/>
                <w:szCs w:val="28"/>
              </w:rPr>
            </w:pPr>
            <w:proofErr w:type="spellStart"/>
            <w:r>
              <w:rPr>
                <w:rFonts w:ascii="Arial" w:eastAsia="Arial" w:hAnsi="Arial"/>
                <w:sz w:val="16"/>
                <w:szCs w:val="28"/>
              </w:rPr>
              <w:t>Roh</w:t>
            </w:r>
            <w:proofErr w:type="spellEnd"/>
            <w:r>
              <w:rPr>
                <w:rFonts w:ascii="Arial" w:eastAsia="Arial" w:hAnsi="Arial"/>
                <w:sz w:val="16"/>
                <w:szCs w:val="28"/>
              </w:rPr>
              <w:t xml:space="preserve"> administration</w:t>
            </w:r>
          </w:p>
        </w:tc>
        <w:tc>
          <w:tcPr>
            <w:tcW w:w="2268" w:type="dxa"/>
            <w:tcBorders>
              <w:top w:val="nil"/>
              <w:left w:val="nil"/>
              <w:bottom w:val="single" w:sz="4" w:space="0" w:color="auto"/>
              <w:right w:val="single" w:sz="4" w:space="0" w:color="auto"/>
            </w:tcBorders>
            <w:shd w:val="clear" w:color="auto" w:fill="auto"/>
            <w:noWrap/>
            <w:vAlign w:val="center"/>
            <w:hideMark/>
          </w:tcPr>
          <w:p w14:paraId="5A78CEE2"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2006</w:t>
            </w:r>
          </w:p>
        </w:tc>
        <w:tc>
          <w:tcPr>
            <w:tcW w:w="1265" w:type="dxa"/>
            <w:tcBorders>
              <w:top w:val="nil"/>
              <w:left w:val="nil"/>
              <w:bottom w:val="single" w:sz="4" w:space="0" w:color="auto"/>
              <w:right w:val="single" w:sz="4" w:space="0" w:color="auto"/>
            </w:tcBorders>
            <w:shd w:val="clear" w:color="auto" w:fill="auto"/>
            <w:noWrap/>
            <w:vAlign w:val="center"/>
            <w:hideMark/>
          </w:tcPr>
          <w:p w14:paraId="67A59116"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-0.206</w:t>
            </w:r>
          </w:p>
        </w:tc>
        <w:tc>
          <w:tcPr>
            <w:tcW w:w="1265" w:type="dxa"/>
            <w:tcBorders>
              <w:top w:val="nil"/>
              <w:left w:val="nil"/>
              <w:bottom w:val="single" w:sz="4" w:space="0" w:color="auto"/>
              <w:right w:val="single" w:sz="4" w:space="0" w:color="auto"/>
            </w:tcBorders>
            <w:shd w:val="clear" w:color="auto" w:fill="auto"/>
            <w:noWrap/>
            <w:vAlign w:val="center"/>
            <w:hideMark/>
          </w:tcPr>
          <w:p w14:paraId="55BBE2CA"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1265" w:type="dxa"/>
            <w:tcBorders>
              <w:top w:val="nil"/>
              <w:left w:val="nil"/>
              <w:bottom w:val="single" w:sz="4" w:space="0" w:color="auto"/>
              <w:right w:val="single" w:sz="4" w:space="0" w:color="auto"/>
            </w:tcBorders>
            <w:shd w:val="clear" w:color="auto" w:fill="auto"/>
            <w:noWrap/>
            <w:vAlign w:val="center"/>
            <w:hideMark/>
          </w:tcPr>
          <w:p w14:paraId="23F84B82"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0.071</w:t>
            </w:r>
          </w:p>
        </w:tc>
        <w:tc>
          <w:tcPr>
            <w:tcW w:w="1265" w:type="dxa"/>
            <w:tcBorders>
              <w:top w:val="nil"/>
              <w:left w:val="nil"/>
              <w:bottom w:val="single" w:sz="4" w:space="0" w:color="auto"/>
              <w:right w:val="single" w:sz="4" w:space="0" w:color="auto"/>
            </w:tcBorders>
            <w:shd w:val="clear" w:color="auto" w:fill="auto"/>
            <w:noWrap/>
            <w:vAlign w:val="center"/>
            <w:hideMark/>
          </w:tcPr>
          <w:p w14:paraId="077571D4"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0.253</w:t>
            </w:r>
          </w:p>
        </w:tc>
        <w:tc>
          <w:tcPr>
            <w:tcW w:w="1265" w:type="dxa"/>
            <w:tcBorders>
              <w:top w:val="nil"/>
              <w:left w:val="nil"/>
              <w:bottom w:val="single" w:sz="4" w:space="0" w:color="auto"/>
              <w:right w:val="single" w:sz="4" w:space="0" w:color="auto"/>
            </w:tcBorders>
            <w:shd w:val="clear" w:color="auto" w:fill="auto"/>
            <w:noWrap/>
            <w:vAlign w:val="center"/>
          </w:tcPr>
          <w:p w14:paraId="3F9C7CF3" w14:textId="5EDF9897" w:rsidR="00546614" w:rsidRPr="00546614" w:rsidRDefault="002D7636"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1265" w:type="dxa"/>
            <w:tcBorders>
              <w:top w:val="nil"/>
              <w:left w:val="nil"/>
              <w:bottom w:val="single" w:sz="4" w:space="0" w:color="auto"/>
              <w:right w:val="single" w:sz="4" w:space="0" w:color="auto"/>
            </w:tcBorders>
            <w:shd w:val="clear" w:color="auto" w:fill="auto"/>
            <w:noWrap/>
            <w:vAlign w:val="center"/>
            <w:hideMark/>
          </w:tcPr>
          <w:p w14:paraId="71725330"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0.049</w:t>
            </w:r>
          </w:p>
        </w:tc>
      </w:tr>
      <w:tr w:rsidR="00546614" w:rsidRPr="00546614" w14:paraId="49F8C831" w14:textId="77777777" w:rsidTr="002D7636">
        <w:trPr>
          <w:trHeight w:val="209"/>
          <w:jc w:val="center"/>
        </w:trPr>
        <w:tc>
          <w:tcPr>
            <w:tcW w:w="3816" w:type="dxa"/>
            <w:vMerge w:val="restart"/>
            <w:tcBorders>
              <w:top w:val="nil"/>
              <w:left w:val="single" w:sz="4" w:space="0" w:color="auto"/>
              <w:right w:val="single" w:sz="4" w:space="0" w:color="auto"/>
            </w:tcBorders>
            <w:shd w:val="clear" w:color="auto" w:fill="auto"/>
            <w:noWrap/>
            <w:vAlign w:val="center"/>
            <w:hideMark/>
          </w:tcPr>
          <w:p w14:paraId="53649005" w14:textId="36B7E9BD" w:rsidR="00546614" w:rsidRPr="00546614" w:rsidRDefault="00546614" w:rsidP="00546614">
            <w:pPr>
              <w:spacing w:line="240" w:lineRule="auto"/>
              <w:rPr>
                <w:sz w:val="16"/>
                <w:szCs w:val="28"/>
              </w:rPr>
            </w:pPr>
            <w:r>
              <w:rPr>
                <w:rFonts w:ascii="Arial" w:eastAsia="Arial" w:hAnsi="Arial"/>
                <w:sz w:val="16"/>
                <w:szCs w:val="28"/>
              </w:rPr>
              <w:t>Lee administration</w:t>
            </w:r>
          </w:p>
        </w:tc>
        <w:tc>
          <w:tcPr>
            <w:tcW w:w="2268" w:type="dxa"/>
            <w:tcBorders>
              <w:top w:val="nil"/>
              <w:left w:val="nil"/>
              <w:bottom w:val="single" w:sz="4" w:space="0" w:color="auto"/>
              <w:right w:val="single" w:sz="4" w:space="0" w:color="auto"/>
            </w:tcBorders>
            <w:shd w:val="clear" w:color="auto" w:fill="auto"/>
            <w:noWrap/>
            <w:vAlign w:val="center"/>
            <w:hideMark/>
          </w:tcPr>
          <w:p w14:paraId="53F5F45F"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2008</w:t>
            </w:r>
          </w:p>
        </w:tc>
        <w:tc>
          <w:tcPr>
            <w:tcW w:w="1265" w:type="dxa"/>
            <w:tcBorders>
              <w:top w:val="nil"/>
              <w:left w:val="nil"/>
              <w:bottom w:val="single" w:sz="4" w:space="0" w:color="auto"/>
              <w:right w:val="single" w:sz="4" w:space="0" w:color="auto"/>
            </w:tcBorders>
            <w:shd w:val="clear" w:color="auto" w:fill="auto"/>
            <w:noWrap/>
            <w:vAlign w:val="center"/>
            <w:hideMark/>
          </w:tcPr>
          <w:p w14:paraId="1DACB136"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0.004</w:t>
            </w:r>
          </w:p>
        </w:tc>
        <w:tc>
          <w:tcPr>
            <w:tcW w:w="1265" w:type="dxa"/>
            <w:tcBorders>
              <w:top w:val="nil"/>
              <w:left w:val="nil"/>
              <w:bottom w:val="single" w:sz="4" w:space="0" w:color="auto"/>
              <w:right w:val="single" w:sz="4" w:space="0" w:color="auto"/>
            </w:tcBorders>
            <w:shd w:val="clear" w:color="auto" w:fill="auto"/>
            <w:noWrap/>
            <w:vAlign w:val="center"/>
            <w:hideMark/>
          </w:tcPr>
          <w:p w14:paraId="05173026"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659ED8E0"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0.070</w:t>
            </w:r>
          </w:p>
        </w:tc>
        <w:tc>
          <w:tcPr>
            <w:tcW w:w="1265" w:type="dxa"/>
            <w:tcBorders>
              <w:top w:val="nil"/>
              <w:left w:val="nil"/>
              <w:bottom w:val="single" w:sz="4" w:space="0" w:color="auto"/>
              <w:right w:val="single" w:sz="4" w:space="0" w:color="auto"/>
            </w:tcBorders>
            <w:shd w:val="clear" w:color="auto" w:fill="auto"/>
            <w:noWrap/>
            <w:vAlign w:val="center"/>
            <w:hideMark/>
          </w:tcPr>
          <w:p w14:paraId="19F2F6A0"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0.214</w:t>
            </w:r>
          </w:p>
        </w:tc>
        <w:tc>
          <w:tcPr>
            <w:tcW w:w="1265" w:type="dxa"/>
            <w:tcBorders>
              <w:top w:val="nil"/>
              <w:left w:val="nil"/>
              <w:bottom w:val="single" w:sz="4" w:space="0" w:color="auto"/>
              <w:right w:val="single" w:sz="4" w:space="0" w:color="auto"/>
            </w:tcBorders>
            <w:shd w:val="clear" w:color="auto" w:fill="auto"/>
            <w:noWrap/>
            <w:vAlign w:val="center"/>
          </w:tcPr>
          <w:p w14:paraId="18EC0529" w14:textId="42EDB5FE" w:rsidR="00546614" w:rsidRPr="00546614" w:rsidRDefault="002D7636"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1265" w:type="dxa"/>
            <w:tcBorders>
              <w:top w:val="nil"/>
              <w:left w:val="nil"/>
              <w:bottom w:val="single" w:sz="4" w:space="0" w:color="auto"/>
              <w:right w:val="single" w:sz="4" w:space="0" w:color="auto"/>
            </w:tcBorders>
            <w:shd w:val="clear" w:color="auto" w:fill="auto"/>
            <w:noWrap/>
            <w:vAlign w:val="center"/>
            <w:hideMark/>
          </w:tcPr>
          <w:p w14:paraId="318EAFBE"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0.051</w:t>
            </w:r>
          </w:p>
        </w:tc>
      </w:tr>
      <w:tr w:rsidR="00546614" w:rsidRPr="00546614" w14:paraId="7B8E2878" w14:textId="77777777" w:rsidTr="002D7636">
        <w:trPr>
          <w:trHeight w:val="209"/>
          <w:jc w:val="center"/>
        </w:trPr>
        <w:tc>
          <w:tcPr>
            <w:tcW w:w="3816" w:type="dxa"/>
            <w:vMerge/>
            <w:tcBorders>
              <w:left w:val="single" w:sz="4" w:space="0" w:color="auto"/>
              <w:right w:val="single" w:sz="4" w:space="0" w:color="auto"/>
            </w:tcBorders>
            <w:shd w:val="clear" w:color="auto" w:fill="auto"/>
            <w:noWrap/>
            <w:vAlign w:val="center"/>
            <w:hideMark/>
          </w:tcPr>
          <w:p w14:paraId="6824D42B" w14:textId="77777777" w:rsidR="00546614" w:rsidRPr="00546614" w:rsidRDefault="00546614" w:rsidP="00546614">
            <w:pPr>
              <w:spacing w:line="240" w:lineRule="auto"/>
              <w:rPr>
                <w:rFonts w:eastAsia="맑은 고딕" w:cs="Times New Roman"/>
                <w:color w:val="000000"/>
                <w:sz w:val="16"/>
                <w:szCs w:val="28"/>
              </w:rPr>
            </w:pPr>
          </w:p>
        </w:tc>
        <w:tc>
          <w:tcPr>
            <w:tcW w:w="2268" w:type="dxa"/>
            <w:tcBorders>
              <w:top w:val="nil"/>
              <w:left w:val="nil"/>
              <w:bottom w:val="single" w:sz="4" w:space="0" w:color="auto"/>
              <w:right w:val="single" w:sz="4" w:space="0" w:color="auto"/>
            </w:tcBorders>
            <w:shd w:val="clear" w:color="auto" w:fill="auto"/>
            <w:noWrap/>
            <w:vAlign w:val="center"/>
            <w:hideMark/>
          </w:tcPr>
          <w:p w14:paraId="67EC63B0"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2010</w:t>
            </w:r>
          </w:p>
        </w:tc>
        <w:tc>
          <w:tcPr>
            <w:tcW w:w="1265" w:type="dxa"/>
            <w:tcBorders>
              <w:top w:val="nil"/>
              <w:left w:val="nil"/>
              <w:bottom w:val="single" w:sz="4" w:space="0" w:color="auto"/>
              <w:right w:val="single" w:sz="4" w:space="0" w:color="auto"/>
            </w:tcBorders>
            <w:shd w:val="clear" w:color="auto" w:fill="auto"/>
            <w:noWrap/>
            <w:vAlign w:val="center"/>
            <w:hideMark/>
          </w:tcPr>
          <w:p w14:paraId="72B9509E"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0.041</w:t>
            </w:r>
          </w:p>
        </w:tc>
        <w:tc>
          <w:tcPr>
            <w:tcW w:w="1265" w:type="dxa"/>
            <w:tcBorders>
              <w:top w:val="nil"/>
              <w:left w:val="nil"/>
              <w:bottom w:val="single" w:sz="4" w:space="0" w:color="auto"/>
              <w:right w:val="single" w:sz="4" w:space="0" w:color="auto"/>
            </w:tcBorders>
            <w:shd w:val="clear" w:color="auto" w:fill="auto"/>
            <w:noWrap/>
            <w:vAlign w:val="center"/>
            <w:hideMark/>
          </w:tcPr>
          <w:p w14:paraId="4A56BD00"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7C9D8FB9"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0.066</w:t>
            </w:r>
          </w:p>
        </w:tc>
        <w:tc>
          <w:tcPr>
            <w:tcW w:w="1265" w:type="dxa"/>
            <w:tcBorders>
              <w:top w:val="nil"/>
              <w:left w:val="nil"/>
              <w:bottom w:val="single" w:sz="4" w:space="0" w:color="auto"/>
              <w:right w:val="single" w:sz="4" w:space="0" w:color="auto"/>
            </w:tcBorders>
            <w:shd w:val="clear" w:color="auto" w:fill="auto"/>
            <w:noWrap/>
            <w:vAlign w:val="center"/>
            <w:hideMark/>
          </w:tcPr>
          <w:p w14:paraId="439FAD89"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0.066</w:t>
            </w:r>
          </w:p>
        </w:tc>
        <w:tc>
          <w:tcPr>
            <w:tcW w:w="1265" w:type="dxa"/>
            <w:tcBorders>
              <w:top w:val="nil"/>
              <w:left w:val="nil"/>
              <w:bottom w:val="single" w:sz="4" w:space="0" w:color="auto"/>
              <w:right w:val="single" w:sz="4" w:space="0" w:color="auto"/>
            </w:tcBorders>
            <w:shd w:val="clear" w:color="auto" w:fill="auto"/>
            <w:noWrap/>
            <w:vAlign w:val="center"/>
          </w:tcPr>
          <w:p w14:paraId="5FD12806" w14:textId="4535B060" w:rsidR="00546614" w:rsidRPr="00546614" w:rsidRDefault="00546614" w:rsidP="00546614">
            <w:pPr>
              <w:spacing w:line="240" w:lineRule="auto"/>
              <w:rPr>
                <w:rFonts w:eastAsia="맑은 고딕" w:cs="Times New Roman"/>
                <w:color w:val="000000"/>
                <w:sz w:val="16"/>
                <w:szCs w:val="28"/>
              </w:rPr>
            </w:pPr>
          </w:p>
        </w:tc>
        <w:tc>
          <w:tcPr>
            <w:tcW w:w="1265" w:type="dxa"/>
            <w:tcBorders>
              <w:top w:val="nil"/>
              <w:left w:val="nil"/>
              <w:bottom w:val="single" w:sz="4" w:space="0" w:color="auto"/>
              <w:right w:val="single" w:sz="4" w:space="0" w:color="auto"/>
            </w:tcBorders>
            <w:shd w:val="clear" w:color="auto" w:fill="auto"/>
            <w:noWrap/>
            <w:vAlign w:val="center"/>
            <w:hideMark/>
          </w:tcPr>
          <w:p w14:paraId="75F9646A"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0.048</w:t>
            </w:r>
          </w:p>
        </w:tc>
      </w:tr>
      <w:tr w:rsidR="00546614" w:rsidRPr="00546614" w14:paraId="2B951382" w14:textId="77777777" w:rsidTr="002D7636">
        <w:trPr>
          <w:trHeight w:val="209"/>
          <w:jc w:val="center"/>
        </w:trPr>
        <w:tc>
          <w:tcPr>
            <w:tcW w:w="3816" w:type="dxa"/>
            <w:vMerge/>
            <w:tcBorders>
              <w:left w:val="single" w:sz="4" w:space="0" w:color="auto"/>
              <w:bottom w:val="single" w:sz="4" w:space="0" w:color="auto"/>
              <w:right w:val="single" w:sz="4" w:space="0" w:color="auto"/>
            </w:tcBorders>
            <w:shd w:val="clear" w:color="auto" w:fill="auto"/>
            <w:noWrap/>
            <w:vAlign w:val="center"/>
            <w:hideMark/>
          </w:tcPr>
          <w:p w14:paraId="17B38E70" w14:textId="77777777" w:rsidR="00546614" w:rsidRPr="00546614" w:rsidRDefault="00546614" w:rsidP="00546614">
            <w:pPr>
              <w:spacing w:line="240" w:lineRule="auto"/>
              <w:rPr>
                <w:rFonts w:eastAsia="맑은 고딕" w:cs="Times New Roman"/>
                <w:color w:val="000000"/>
                <w:sz w:val="16"/>
                <w:szCs w:val="28"/>
              </w:rPr>
            </w:pPr>
          </w:p>
        </w:tc>
        <w:tc>
          <w:tcPr>
            <w:tcW w:w="2268" w:type="dxa"/>
            <w:tcBorders>
              <w:top w:val="nil"/>
              <w:left w:val="nil"/>
              <w:bottom w:val="single" w:sz="4" w:space="0" w:color="auto"/>
              <w:right w:val="single" w:sz="4" w:space="0" w:color="auto"/>
            </w:tcBorders>
            <w:shd w:val="clear" w:color="auto" w:fill="auto"/>
            <w:noWrap/>
            <w:vAlign w:val="center"/>
            <w:hideMark/>
          </w:tcPr>
          <w:p w14:paraId="5E6C287E"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2012</w:t>
            </w:r>
          </w:p>
        </w:tc>
        <w:tc>
          <w:tcPr>
            <w:tcW w:w="1265" w:type="dxa"/>
            <w:tcBorders>
              <w:top w:val="nil"/>
              <w:left w:val="nil"/>
              <w:bottom w:val="single" w:sz="4" w:space="0" w:color="auto"/>
              <w:right w:val="single" w:sz="4" w:space="0" w:color="auto"/>
            </w:tcBorders>
            <w:shd w:val="clear" w:color="auto" w:fill="auto"/>
            <w:noWrap/>
            <w:vAlign w:val="center"/>
            <w:hideMark/>
          </w:tcPr>
          <w:p w14:paraId="765A4063"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0.397</w:t>
            </w:r>
          </w:p>
        </w:tc>
        <w:tc>
          <w:tcPr>
            <w:tcW w:w="1265" w:type="dxa"/>
            <w:tcBorders>
              <w:top w:val="nil"/>
              <w:left w:val="nil"/>
              <w:bottom w:val="single" w:sz="4" w:space="0" w:color="auto"/>
              <w:right w:val="single" w:sz="4" w:space="0" w:color="auto"/>
            </w:tcBorders>
            <w:shd w:val="clear" w:color="auto" w:fill="auto"/>
            <w:noWrap/>
            <w:vAlign w:val="center"/>
            <w:hideMark/>
          </w:tcPr>
          <w:p w14:paraId="7F651544"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1265" w:type="dxa"/>
            <w:tcBorders>
              <w:top w:val="nil"/>
              <w:left w:val="nil"/>
              <w:bottom w:val="single" w:sz="4" w:space="0" w:color="auto"/>
              <w:right w:val="single" w:sz="4" w:space="0" w:color="auto"/>
            </w:tcBorders>
            <w:shd w:val="clear" w:color="auto" w:fill="auto"/>
            <w:noWrap/>
            <w:vAlign w:val="center"/>
            <w:hideMark/>
          </w:tcPr>
          <w:p w14:paraId="63EDC2EB"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0.065</w:t>
            </w:r>
          </w:p>
        </w:tc>
        <w:tc>
          <w:tcPr>
            <w:tcW w:w="1265" w:type="dxa"/>
            <w:tcBorders>
              <w:top w:val="nil"/>
              <w:left w:val="nil"/>
              <w:bottom w:val="single" w:sz="4" w:space="0" w:color="auto"/>
              <w:right w:val="single" w:sz="4" w:space="0" w:color="auto"/>
            </w:tcBorders>
            <w:shd w:val="clear" w:color="auto" w:fill="auto"/>
            <w:noWrap/>
            <w:vAlign w:val="center"/>
            <w:hideMark/>
          </w:tcPr>
          <w:p w14:paraId="335B9CE5"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0.184</w:t>
            </w:r>
          </w:p>
        </w:tc>
        <w:tc>
          <w:tcPr>
            <w:tcW w:w="1265" w:type="dxa"/>
            <w:tcBorders>
              <w:top w:val="nil"/>
              <w:left w:val="nil"/>
              <w:bottom w:val="single" w:sz="4" w:space="0" w:color="auto"/>
              <w:right w:val="single" w:sz="4" w:space="0" w:color="auto"/>
            </w:tcBorders>
            <w:shd w:val="clear" w:color="auto" w:fill="auto"/>
            <w:noWrap/>
            <w:vAlign w:val="center"/>
          </w:tcPr>
          <w:p w14:paraId="5C9EC9C4" w14:textId="01952BAF" w:rsidR="00546614" w:rsidRPr="00546614" w:rsidRDefault="00406A2C"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1265" w:type="dxa"/>
            <w:tcBorders>
              <w:top w:val="nil"/>
              <w:left w:val="nil"/>
              <w:bottom w:val="single" w:sz="4" w:space="0" w:color="auto"/>
              <w:right w:val="single" w:sz="4" w:space="0" w:color="auto"/>
            </w:tcBorders>
            <w:shd w:val="clear" w:color="auto" w:fill="auto"/>
            <w:noWrap/>
            <w:vAlign w:val="center"/>
            <w:hideMark/>
          </w:tcPr>
          <w:p w14:paraId="52AF5678"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0.056</w:t>
            </w:r>
          </w:p>
        </w:tc>
      </w:tr>
      <w:tr w:rsidR="00546614" w:rsidRPr="00546614" w14:paraId="3D53865A" w14:textId="77777777" w:rsidTr="002D7636">
        <w:trPr>
          <w:trHeight w:val="209"/>
          <w:jc w:val="center"/>
        </w:trPr>
        <w:tc>
          <w:tcPr>
            <w:tcW w:w="3816" w:type="dxa"/>
            <w:vMerge w:val="restart"/>
            <w:tcBorders>
              <w:top w:val="nil"/>
              <w:left w:val="single" w:sz="4" w:space="0" w:color="auto"/>
              <w:right w:val="single" w:sz="4" w:space="0" w:color="auto"/>
            </w:tcBorders>
            <w:shd w:val="clear" w:color="auto" w:fill="auto"/>
            <w:noWrap/>
            <w:vAlign w:val="center"/>
            <w:hideMark/>
          </w:tcPr>
          <w:p w14:paraId="111A3ADF" w14:textId="488ED505" w:rsidR="00546614" w:rsidRPr="00546614" w:rsidRDefault="00546614" w:rsidP="00546614">
            <w:pPr>
              <w:spacing w:line="240" w:lineRule="auto"/>
              <w:rPr>
                <w:sz w:val="16"/>
                <w:szCs w:val="28"/>
              </w:rPr>
            </w:pPr>
            <w:r>
              <w:rPr>
                <w:rFonts w:ascii="Arial" w:eastAsia="Arial" w:hAnsi="Arial"/>
                <w:sz w:val="16"/>
                <w:szCs w:val="28"/>
              </w:rPr>
              <w:t>Park administration</w:t>
            </w:r>
          </w:p>
        </w:tc>
        <w:tc>
          <w:tcPr>
            <w:tcW w:w="2268" w:type="dxa"/>
            <w:tcBorders>
              <w:top w:val="nil"/>
              <w:left w:val="nil"/>
              <w:bottom w:val="single" w:sz="4" w:space="0" w:color="auto"/>
              <w:right w:val="single" w:sz="4" w:space="0" w:color="auto"/>
            </w:tcBorders>
            <w:shd w:val="clear" w:color="auto" w:fill="auto"/>
            <w:noWrap/>
            <w:vAlign w:val="center"/>
            <w:hideMark/>
          </w:tcPr>
          <w:p w14:paraId="36512BEB"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2014</w:t>
            </w:r>
          </w:p>
        </w:tc>
        <w:tc>
          <w:tcPr>
            <w:tcW w:w="1265" w:type="dxa"/>
            <w:tcBorders>
              <w:top w:val="nil"/>
              <w:left w:val="nil"/>
              <w:bottom w:val="single" w:sz="4" w:space="0" w:color="auto"/>
              <w:right w:val="single" w:sz="4" w:space="0" w:color="auto"/>
            </w:tcBorders>
            <w:shd w:val="clear" w:color="auto" w:fill="auto"/>
            <w:noWrap/>
            <w:vAlign w:val="center"/>
            <w:hideMark/>
          </w:tcPr>
          <w:p w14:paraId="630EA4F8"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0.252</w:t>
            </w:r>
          </w:p>
        </w:tc>
        <w:tc>
          <w:tcPr>
            <w:tcW w:w="1265" w:type="dxa"/>
            <w:tcBorders>
              <w:top w:val="nil"/>
              <w:left w:val="nil"/>
              <w:bottom w:val="single" w:sz="4" w:space="0" w:color="auto"/>
              <w:right w:val="single" w:sz="4" w:space="0" w:color="auto"/>
            </w:tcBorders>
            <w:shd w:val="clear" w:color="auto" w:fill="auto"/>
            <w:noWrap/>
            <w:vAlign w:val="center"/>
            <w:hideMark/>
          </w:tcPr>
          <w:p w14:paraId="43DBACB0"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1265" w:type="dxa"/>
            <w:tcBorders>
              <w:top w:val="nil"/>
              <w:left w:val="nil"/>
              <w:bottom w:val="single" w:sz="4" w:space="0" w:color="auto"/>
              <w:right w:val="single" w:sz="4" w:space="0" w:color="auto"/>
            </w:tcBorders>
            <w:shd w:val="clear" w:color="auto" w:fill="auto"/>
            <w:noWrap/>
            <w:vAlign w:val="center"/>
            <w:hideMark/>
          </w:tcPr>
          <w:p w14:paraId="5D7CB9AC"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0.073</w:t>
            </w:r>
          </w:p>
        </w:tc>
        <w:tc>
          <w:tcPr>
            <w:tcW w:w="1265" w:type="dxa"/>
            <w:tcBorders>
              <w:top w:val="nil"/>
              <w:left w:val="nil"/>
              <w:bottom w:val="single" w:sz="4" w:space="0" w:color="auto"/>
              <w:right w:val="single" w:sz="4" w:space="0" w:color="auto"/>
            </w:tcBorders>
            <w:shd w:val="clear" w:color="auto" w:fill="auto"/>
            <w:noWrap/>
            <w:vAlign w:val="center"/>
            <w:hideMark/>
          </w:tcPr>
          <w:p w14:paraId="14EBDE3E"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0.389</w:t>
            </w:r>
          </w:p>
        </w:tc>
        <w:tc>
          <w:tcPr>
            <w:tcW w:w="1265" w:type="dxa"/>
            <w:tcBorders>
              <w:top w:val="nil"/>
              <w:left w:val="nil"/>
              <w:bottom w:val="single" w:sz="4" w:space="0" w:color="auto"/>
              <w:right w:val="single" w:sz="4" w:space="0" w:color="auto"/>
            </w:tcBorders>
            <w:shd w:val="clear" w:color="auto" w:fill="auto"/>
            <w:noWrap/>
            <w:vAlign w:val="center"/>
          </w:tcPr>
          <w:p w14:paraId="37B9B36F" w14:textId="1D6A6E5B" w:rsidR="00546614" w:rsidRPr="00546614" w:rsidRDefault="00406A2C"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1265" w:type="dxa"/>
            <w:tcBorders>
              <w:top w:val="nil"/>
              <w:left w:val="nil"/>
              <w:bottom w:val="single" w:sz="4" w:space="0" w:color="auto"/>
              <w:right w:val="single" w:sz="4" w:space="0" w:color="auto"/>
            </w:tcBorders>
            <w:shd w:val="clear" w:color="auto" w:fill="auto"/>
            <w:noWrap/>
            <w:vAlign w:val="center"/>
            <w:hideMark/>
          </w:tcPr>
          <w:p w14:paraId="6A258B07"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0.060</w:t>
            </w:r>
          </w:p>
        </w:tc>
      </w:tr>
      <w:tr w:rsidR="00546614" w:rsidRPr="00546614" w14:paraId="710AA4F4" w14:textId="77777777" w:rsidTr="002D7636">
        <w:trPr>
          <w:trHeight w:val="209"/>
          <w:jc w:val="center"/>
        </w:trPr>
        <w:tc>
          <w:tcPr>
            <w:tcW w:w="3816" w:type="dxa"/>
            <w:vMerge/>
            <w:tcBorders>
              <w:left w:val="single" w:sz="4" w:space="0" w:color="auto"/>
              <w:bottom w:val="single" w:sz="4" w:space="0" w:color="auto"/>
              <w:right w:val="single" w:sz="4" w:space="0" w:color="auto"/>
            </w:tcBorders>
            <w:shd w:val="clear" w:color="auto" w:fill="auto"/>
            <w:noWrap/>
            <w:vAlign w:val="center"/>
            <w:hideMark/>
          </w:tcPr>
          <w:p w14:paraId="4855F95F" w14:textId="77777777" w:rsidR="00546614" w:rsidRPr="00546614" w:rsidRDefault="00546614" w:rsidP="00546614">
            <w:pPr>
              <w:spacing w:line="240" w:lineRule="auto"/>
              <w:rPr>
                <w:rFonts w:eastAsia="맑은 고딕" w:cs="Times New Roman"/>
                <w:color w:val="000000"/>
                <w:sz w:val="16"/>
                <w:szCs w:val="28"/>
              </w:rPr>
            </w:pPr>
          </w:p>
        </w:tc>
        <w:tc>
          <w:tcPr>
            <w:tcW w:w="2268" w:type="dxa"/>
            <w:tcBorders>
              <w:top w:val="nil"/>
              <w:left w:val="nil"/>
              <w:bottom w:val="single" w:sz="4" w:space="0" w:color="auto"/>
              <w:right w:val="single" w:sz="4" w:space="0" w:color="auto"/>
            </w:tcBorders>
            <w:shd w:val="clear" w:color="auto" w:fill="auto"/>
            <w:noWrap/>
            <w:vAlign w:val="center"/>
            <w:hideMark/>
          </w:tcPr>
          <w:p w14:paraId="254C80B6"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2016</w:t>
            </w:r>
          </w:p>
        </w:tc>
        <w:tc>
          <w:tcPr>
            <w:tcW w:w="1265" w:type="dxa"/>
            <w:tcBorders>
              <w:top w:val="nil"/>
              <w:left w:val="nil"/>
              <w:bottom w:val="single" w:sz="4" w:space="0" w:color="auto"/>
              <w:right w:val="single" w:sz="4" w:space="0" w:color="auto"/>
            </w:tcBorders>
            <w:shd w:val="clear" w:color="auto" w:fill="auto"/>
            <w:noWrap/>
            <w:vAlign w:val="center"/>
            <w:hideMark/>
          </w:tcPr>
          <w:p w14:paraId="02F29FBC"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0.316</w:t>
            </w:r>
          </w:p>
        </w:tc>
        <w:tc>
          <w:tcPr>
            <w:tcW w:w="1265" w:type="dxa"/>
            <w:tcBorders>
              <w:top w:val="nil"/>
              <w:left w:val="nil"/>
              <w:bottom w:val="single" w:sz="4" w:space="0" w:color="auto"/>
              <w:right w:val="single" w:sz="4" w:space="0" w:color="auto"/>
            </w:tcBorders>
            <w:shd w:val="clear" w:color="auto" w:fill="auto"/>
            <w:noWrap/>
            <w:vAlign w:val="center"/>
            <w:hideMark/>
          </w:tcPr>
          <w:p w14:paraId="30E6AC11"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1265" w:type="dxa"/>
            <w:tcBorders>
              <w:top w:val="nil"/>
              <w:left w:val="nil"/>
              <w:bottom w:val="single" w:sz="4" w:space="0" w:color="auto"/>
              <w:right w:val="single" w:sz="4" w:space="0" w:color="auto"/>
            </w:tcBorders>
            <w:shd w:val="clear" w:color="auto" w:fill="auto"/>
            <w:noWrap/>
            <w:vAlign w:val="center"/>
            <w:hideMark/>
          </w:tcPr>
          <w:p w14:paraId="1C63C792"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0.073</w:t>
            </w:r>
          </w:p>
        </w:tc>
        <w:tc>
          <w:tcPr>
            <w:tcW w:w="1265" w:type="dxa"/>
            <w:tcBorders>
              <w:top w:val="nil"/>
              <w:left w:val="nil"/>
              <w:bottom w:val="single" w:sz="4" w:space="0" w:color="auto"/>
              <w:right w:val="single" w:sz="4" w:space="0" w:color="auto"/>
            </w:tcBorders>
            <w:shd w:val="clear" w:color="auto" w:fill="auto"/>
            <w:noWrap/>
            <w:vAlign w:val="center"/>
            <w:hideMark/>
          </w:tcPr>
          <w:p w14:paraId="3AEBE9C8"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0.102</w:t>
            </w:r>
          </w:p>
        </w:tc>
        <w:tc>
          <w:tcPr>
            <w:tcW w:w="1265" w:type="dxa"/>
            <w:tcBorders>
              <w:top w:val="nil"/>
              <w:left w:val="nil"/>
              <w:bottom w:val="single" w:sz="4" w:space="0" w:color="auto"/>
              <w:right w:val="single" w:sz="4" w:space="0" w:color="auto"/>
            </w:tcBorders>
            <w:shd w:val="clear" w:color="auto" w:fill="auto"/>
            <w:noWrap/>
            <w:vAlign w:val="center"/>
          </w:tcPr>
          <w:p w14:paraId="07746AE9" w14:textId="4050588D" w:rsidR="00546614" w:rsidRPr="00546614" w:rsidRDefault="00546614" w:rsidP="00546614">
            <w:pPr>
              <w:spacing w:line="240" w:lineRule="auto"/>
              <w:rPr>
                <w:rFonts w:eastAsia="맑은 고딕" w:cs="Times New Roman"/>
                <w:color w:val="000000"/>
                <w:sz w:val="16"/>
                <w:szCs w:val="28"/>
              </w:rPr>
            </w:pPr>
          </w:p>
        </w:tc>
        <w:tc>
          <w:tcPr>
            <w:tcW w:w="1265" w:type="dxa"/>
            <w:tcBorders>
              <w:top w:val="nil"/>
              <w:left w:val="nil"/>
              <w:bottom w:val="single" w:sz="4" w:space="0" w:color="auto"/>
              <w:right w:val="single" w:sz="4" w:space="0" w:color="auto"/>
            </w:tcBorders>
            <w:shd w:val="clear" w:color="auto" w:fill="auto"/>
            <w:noWrap/>
            <w:vAlign w:val="center"/>
            <w:hideMark/>
          </w:tcPr>
          <w:p w14:paraId="18362A8A"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0.067</w:t>
            </w:r>
          </w:p>
        </w:tc>
      </w:tr>
      <w:tr w:rsidR="00546614" w:rsidRPr="00546614" w14:paraId="2F9D387B" w14:textId="77777777" w:rsidTr="002D7636">
        <w:trPr>
          <w:trHeight w:val="209"/>
          <w:jc w:val="center"/>
        </w:trPr>
        <w:tc>
          <w:tcPr>
            <w:tcW w:w="3816" w:type="dxa"/>
            <w:vMerge w:val="restart"/>
            <w:tcBorders>
              <w:top w:val="nil"/>
              <w:left w:val="single" w:sz="4" w:space="0" w:color="auto"/>
              <w:right w:val="single" w:sz="4" w:space="0" w:color="auto"/>
            </w:tcBorders>
            <w:shd w:val="clear" w:color="auto" w:fill="auto"/>
            <w:noWrap/>
            <w:vAlign w:val="center"/>
            <w:hideMark/>
          </w:tcPr>
          <w:p w14:paraId="40672704" w14:textId="2A8F0718" w:rsidR="00546614" w:rsidRPr="00546614" w:rsidRDefault="00546614" w:rsidP="00546614">
            <w:pPr>
              <w:spacing w:line="240" w:lineRule="auto"/>
              <w:rPr>
                <w:sz w:val="16"/>
                <w:szCs w:val="28"/>
              </w:rPr>
            </w:pPr>
            <w:r>
              <w:rPr>
                <w:rFonts w:ascii="Arial" w:eastAsia="Arial" w:hAnsi="Arial"/>
                <w:sz w:val="16"/>
                <w:szCs w:val="28"/>
              </w:rPr>
              <w:t>Moon administration</w:t>
            </w:r>
          </w:p>
        </w:tc>
        <w:tc>
          <w:tcPr>
            <w:tcW w:w="2268" w:type="dxa"/>
            <w:tcBorders>
              <w:top w:val="nil"/>
              <w:left w:val="nil"/>
              <w:bottom w:val="single" w:sz="4" w:space="0" w:color="auto"/>
              <w:right w:val="single" w:sz="4" w:space="0" w:color="auto"/>
            </w:tcBorders>
            <w:shd w:val="clear" w:color="auto" w:fill="auto"/>
            <w:noWrap/>
            <w:vAlign w:val="center"/>
            <w:hideMark/>
          </w:tcPr>
          <w:p w14:paraId="5050A064"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2017</w:t>
            </w:r>
          </w:p>
        </w:tc>
        <w:tc>
          <w:tcPr>
            <w:tcW w:w="1265" w:type="dxa"/>
            <w:tcBorders>
              <w:top w:val="nil"/>
              <w:left w:val="nil"/>
              <w:bottom w:val="single" w:sz="4" w:space="0" w:color="auto"/>
              <w:right w:val="single" w:sz="4" w:space="0" w:color="auto"/>
            </w:tcBorders>
            <w:shd w:val="clear" w:color="auto" w:fill="auto"/>
            <w:noWrap/>
            <w:vAlign w:val="center"/>
            <w:hideMark/>
          </w:tcPr>
          <w:p w14:paraId="4025F14C"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-0.053</w:t>
            </w:r>
          </w:p>
        </w:tc>
        <w:tc>
          <w:tcPr>
            <w:tcW w:w="1265" w:type="dxa"/>
            <w:tcBorders>
              <w:top w:val="nil"/>
              <w:left w:val="nil"/>
              <w:bottom w:val="single" w:sz="4" w:space="0" w:color="auto"/>
              <w:right w:val="single" w:sz="4" w:space="0" w:color="auto"/>
            </w:tcBorders>
            <w:shd w:val="clear" w:color="auto" w:fill="auto"/>
            <w:noWrap/>
            <w:vAlign w:val="center"/>
            <w:hideMark/>
          </w:tcPr>
          <w:p w14:paraId="0AA6C9B4"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3B94B0BE"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0.065</w:t>
            </w:r>
          </w:p>
        </w:tc>
        <w:tc>
          <w:tcPr>
            <w:tcW w:w="1265" w:type="dxa"/>
            <w:tcBorders>
              <w:top w:val="nil"/>
              <w:left w:val="nil"/>
              <w:bottom w:val="single" w:sz="4" w:space="0" w:color="auto"/>
              <w:right w:val="single" w:sz="4" w:space="0" w:color="auto"/>
            </w:tcBorders>
            <w:shd w:val="clear" w:color="auto" w:fill="auto"/>
            <w:noWrap/>
            <w:vAlign w:val="center"/>
            <w:hideMark/>
          </w:tcPr>
          <w:p w14:paraId="524D4542"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-0.158</w:t>
            </w:r>
          </w:p>
        </w:tc>
        <w:tc>
          <w:tcPr>
            <w:tcW w:w="1265" w:type="dxa"/>
            <w:tcBorders>
              <w:top w:val="nil"/>
              <w:left w:val="nil"/>
              <w:bottom w:val="single" w:sz="4" w:space="0" w:color="auto"/>
              <w:right w:val="single" w:sz="4" w:space="0" w:color="auto"/>
            </w:tcBorders>
            <w:shd w:val="clear" w:color="auto" w:fill="auto"/>
            <w:noWrap/>
            <w:vAlign w:val="center"/>
          </w:tcPr>
          <w:p w14:paraId="7966E5D1" w14:textId="7B349BAC" w:rsidR="00546614" w:rsidRPr="00546614" w:rsidRDefault="00406A2C"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1265" w:type="dxa"/>
            <w:tcBorders>
              <w:top w:val="nil"/>
              <w:left w:val="nil"/>
              <w:bottom w:val="single" w:sz="4" w:space="0" w:color="auto"/>
              <w:right w:val="single" w:sz="4" w:space="0" w:color="auto"/>
            </w:tcBorders>
            <w:shd w:val="clear" w:color="auto" w:fill="auto"/>
            <w:noWrap/>
            <w:vAlign w:val="center"/>
            <w:hideMark/>
          </w:tcPr>
          <w:p w14:paraId="7B8B71E4"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0.044</w:t>
            </w:r>
          </w:p>
        </w:tc>
      </w:tr>
      <w:tr w:rsidR="00546614" w:rsidRPr="00546614" w14:paraId="6D03213B" w14:textId="77777777" w:rsidTr="002D7636">
        <w:trPr>
          <w:trHeight w:val="209"/>
          <w:jc w:val="center"/>
        </w:trPr>
        <w:tc>
          <w:tcPr>
            <w:tcW w:w="3816" w:type="dxa"/>
            <w:vMerge/>
            <w:tcBorders>
              <w:left w:val="single" w:sz="4" w:space="0" w:color="auto"/>
              <w:right w:val="single" w:sz="4" w:space="0" w:color="auto"/>
            </w:tcBorders>
            <w:shd w:val="clear" w:color="auto" w:fill="auto"/>
            <w:noWrap/>
            <w:vAlign w:val="center"/>
            <w:hideMark/>
          </w:tcPr>
          <w:p w14:paraId="3D8C9BE1" w14:textId="77777777" w:rsidR="00546614" w:rsidRPr="00546614" w:rsidRDefault="00546614" w:rsidP="00546614">
            <w:pPr>
              <w:spacing w:line="240" w:lineRule="auto"/>
              <w:rPr>
                <w:rFonts w:eastAsia="맑은 고딕" w:cs="Times New Roman"/>
                <w:color w:val="000000"/>
                <w:sz w:val="16"/>
                <w:szCs w:val="28"/>
              </w:rPr>
            </w:pPr>
          </w:p>
        </w:tc>
        <w:tc>
          <w:tcPr>
            <w:tcW w:w="2268" w:type="dxa"/>
            <w:tcBorders>
              <w:top w:val="nil"/>
              <w:left w:val="nil"/>
              <w:bottom w:val="single" w:sz="4" w:space="0" w:color="auto"/>
              <w:right w:val="single" w:sz="4" w:space="0" w:color="auto"/>
            </w:tcBorders>
            <w:shd w:val="clear" w:color="auto" w:fill="auto"/>
            <w:noWrap/>
            <w:vAlign w:val="center"/>
            <w:hideMark/>
          </w:tcPr>
          <w:p w14:paraId="5644CE5E"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2018</w:t>
            </w:r>
          </w:p>
        </w:tc>
        <w:tc>
          <w:tcPr>
            <w:tcW w:w="1265" w:type="dxa"/>
            <w:tcBorders>
              <w:top w:val="nil"/>
              <w:left w:val="nil"/>
              <w:bottom w:val="single" w:sz="4" w:space="0" w:color="auto"/>
              <w:right w:val="single" w:sz="4" w:space="0" w:color="auto"/>
            </w:tcBorders>
            <w:shd w:val="clear" w:color="auto" w:fill="auto"/>
            <w:noWrap/>
            <w:vAlign w:val="center"/>
            <w:hideMark/>
          </w:tcPr>
          <w:p w14:paraId="28ADDEDE"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-0.073</w:t>
            </w:r>
          </w:p>
        </w:tc>
        <w:tc>
          <w:tcPr>
            <w:tcW w:w="1265" w:type="dxa"/>
            <w:tcBorders>
              <w:top w:val="nil"/>
              <w:left w:val="nil"/>
              <w:bottom w:val="single" w:sz="4" w:space="0" w:color="auto"/>
              <w:right w:val="single" w:sz="4" w:space="0" w:color="auto"/>
            </w:tcBorders>
            <w:shd w:val="clear" w:color="auto" w:fill="auto"/>
            <w:noWrap/>
            <w:vAlign w:val="center"/>
            <w:hideMark/>
          </w:tcPr>
          <w:p w14:paraId="314BA1A6"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3D851D38"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0.065</w:t>
            </w:r>
          </w:p>
        </w:tc>
        <w:tc>
          <w:tcPr>
            <w:tcW w:w="1265" w:type="dxa"/>
            <w:tcBorders>
              <w:top w:val="nil"/>
              <w:left w:val="nil"/>
              <w:bottom w:val="single" w:sz="4" w:space="0" w:color="auto"/>
              <w:right w:val="single" w:sz="4" w:space="0" w:color="auto"/>
            </w:tcBorders>
            <w:shd w:val="clear" w:color="auto" w:fill="auto"/>
            <w:noWrap/>
            <w:vAlign w:val="center"/>
            <w:hideMark/>
          </w:tcPr>
          <w:p w14:paraId="36BEC4DC"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-0.211</w:t>
            </w:r>
          </w:p>
        </w:tc>
        <w:tc>
          <w:tcPr>
            <w:tcW w:w="1265" w:type="dxa"/>
            <w:tcBorders>
              <w:top w:val="nil"/>
              <w:left w:val="nil"/>
              <w:bottom w:val="single" w:sz="4" w:space="0" w:color="auto"/>
              <w:right w:val="single" w:sz="4" w:space="0" w:color="auto"/>
            </w:tcBorders>
            <w:shd w:val="clear" w:color="auto" w:fill="auto"/>
            <w:noWrap/>
            <w:vAlign w:val="center"/>
          </w:tcPr>
          <w:p w14:paraId="4F930BC1" w14:textId="2C45226D" w:rsidR="00546614" w:rsidRPr="00546614" w:rsidRDefault="00406A2C"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1265" w:type="dxa"/>
            <w:tcBorders>
              <w:top w:val="nil"/>
              <w:left w:val="nil"/>
              <w:bottom w:val="single" w:sz="4" w:space="0" w:color="auto"/>
              <w:right w:val="single" w:sz="4" w:space="0" w:color="auto"/>
            </w:tcBorders>
            <w:shd w:val="clear" w:color="auto" w:fill="auto"/>
            <w:noWrap/>
            <w:vAlign w:val="center"/>
            <w:hideMark/>
          </w:tcPr>
          <w:p w14:paraId="5736D12A"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0.044</w:t>
            </w:r>
          </w:p>
        </w:tc>
      </w:tr>
      <w:tr w:rsidR="00546614" w:rsidRPr="00546614" w14:paraId="719F5AEA" w14:textId="77777777" w:rsidTr="002D7636">
        <w:trPr>
          <w:trHeight w:val="209"/>
          <w:jc w:val="center"/>
        </w:trPr>
        <w:tc>
          <w:tcPr>
            <w:tcW w:w="3816" w:type="dxa"/>
            <w:vMerge/>
            <w:tcBorders>
              <w:left w:val="single" w:sz="4" w:space="0" w:color="auto"/>
              <w:right w:val="single" w:sz="4" w:space="0" w:color="auto"/>
            </w:tcBorders>
            <w:shd w:val="clear" w:color="auto" w:fill="auto"/>
            <w:noWrap/>
            <w:vAlign w:val="center"/>
            <w:hideMark/>
          </w:tcPr>
          <w:p w14:paraId="2C1EC0A2" w14:textId="77777777" w:rsidR="00546614" w:rsidRPr="00546614" w:rsidRDefault="00546614" w:rsidP="00546614">
            <w:pPr>
              <w:spacing w:line="240" w:lineRule="auto"/>
              <w:rPr>
                <w:rFonts w:eastAsia="맑은 고딕" w:cs="Times New Roman"/>
                <w:color w:val="000000"/>
                <w:sz w:val="16"/>
                <w:szCs w:val="28"/>
              </w:rPr>
            </w:pPr>
          </w:p>
        </w:tc>
        <w:tc>
          <w:tcPr>
            <w:tcW w:w="2268" w:type="dxa"/>
            <w:tcBorders>
              <w:top w:val="nil"/>
              <w:left w:val="nil"/>
              <w:bottom w:val="single" w:sz="4" w:space="0" w:color="auto"/>
              <w:right w:val="single" w:sz="4" w:space="0" w:color="auto"/>
            </w:tcBorders>
            <w:shd w:val="clear" w:color="auto" w:fill="auto"/>
            <w:noWrap/>
            <w:vAlign w:val="center"/>
            <w:hideMark/>
          </w:tcPr>
          <w:p w14:paraId="32D0C56B"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2019</w:t>
            </w:r>
          </w:p>
        </w:tc>
        <w:tc>
          <w:tcPr>
            <w:tcW w:w="1265" w:type="dxa"/>
            <w:tcBorders>
              <w:top w:val="nil"/>
              <w:left w:val="nil"/>
              <w:bottom w:val="single" w:sz="4" w:space="0" w:color="auto"/>
              <w:right w:val="single" w:sz="4" w:space="0" w:color="auto"/>
            </w:tcBorders>
            <w:shd w:val="clear" w:color="auto" w:fill="auto"/>
            <w:noWrap/>
            <w:vAlign w:val="center"/>
            <w:hideMark/>
          </w:tcPr>
          <w:p w14:paraId="0E32670D"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-0.373</w:t>
            </w:r>
          </w:p>
        </w:tc>
        <w:tc>
          <w:tcPr>
            <w:tcW w:w="1265" w:type="dxa"/>
            <w:tcBorders>
              <w:top w:val="nil"/>
              <w:left w:val="nil"/>
              <w:bottom w:val="single" w:sz="4" w:space="0" w:color="auto"/>
              <w:right w:val="single" w:sz="4" w:space="0" w:color="auto"/>
            </w:tcBorders>
            <w:shd w:val="clear" w:color="auto" w:fill="auto"/>
            <w:noWrap/>
            <w:vAlign w:val="center"/>
            <w:hideMark/>
          </w:tcPr>
          <w:p w14:paraId="3EA814A5"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1265" w:type="dxa"/>
            <w:tcBorders>
              <w:top w:val="nil"/>
              <w:left w:val="nil"/>
              <w:bottom w:val="single" w:sz="4" w:space="0" w:color="auto"/>
              <w:right w:val="single" w:sz="4" w:space="0" w:color="auto"/>
            </w:tcBorders>
            <w:shd w:val="clear" w:color="auto" w:fill="auto"/>
            <w:noWrap/>
            <w:vAlign w:val="center"/>
            <w:hideMark/>
          </w:tcPr>
          <w:p w14:paraId="512CDD40"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0.067</w:t>
            </w:r>
          </w:p>
        </w:tc>
        <w:tc>
          <w:tcPr>
            <w:tcW w:w="1265" w:type="dxa"/>
            <w:tcBorders>
              <w:top w:val="nil"/>
              <w:left w:val="nil"/>
              <w:bottom w:val="single" w:sz="4" w:space="0" w:color="auto"/>
              <w:right w:val="single" w:sz="4" w:space="0" w:color="auto"/>
            </w:tcBorders>
            <w:shd w:val="clear" w:color="auto" w:fill="auto"/>
            <w:noWrap/>
            <w:vAlign w:val="center"/>
            <w:hideMark/>
          </w:tcPr>
          <w:p w14:paraId="4130BBE3"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-0.456</w:t>
            </w:r>
          </w:p>
        </w:tc>
        <w:tc>
          <w:tcPr>
            <w:tcW w:w="1265" w:type="dxa"/>
            <w:tcBorders>
              <w:top w:val="nil"/>
              <w:left w:val="nil"/>
              <w:bottom w:val="single" w:sz="4" w:space="0" w:color="auto"/>
              <w:right w:val="single" w:sz="4" w:space="0" w:color="auto"/>
            </w:tcBorders>
            <w:shd w:val="clear" w:color="auto" w:fill="auto"/>
            <w:noWrap/>
            <w:vAlign w:val="center"/>
          </w:tcPr>
          <w:p w14:paraId="05A4D2ED" w14:textId="6B7BD465" w:rsidR="00546614" w:rsidRPr="00546614" w:rsidRDefault="00406A2C"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1265" w:type="dxa"/>
            <w:tcBorders>
              <w:top w:val="nil"/>
              <w:left w:val="nil"/>
              <w:bottom w:val="single" w:sz="4" w:space="0" w:color="auto"/>
              <w:right w:val="single" w:sz="4" w:space="0" w:color="auto"/>
            </w:tcBorders>
            <w:shd w:val="clear" w:color="auto" w:fill="auto"/>
            <w:noWrap/>
            <w:vAlign w:val="center"/>
            <w:hideMark/>
          </w:tcPr>
          <w:p w14:paraId="1F3C9150"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0.047</w:t>
            </w:r>
          </w:p>
        </w:tc>
      </w:tr>
      <w:tr w:rsidR="00546614" w:rsidRPr="00546614" w14:paraId="12E9A958" w14:textId="77777777" w:rsidTr="002D7636">
        <w:trPr>
          <w:trHeight w:val="209"/>
          <w:jc w:val="center"/>
        </w:trPr>
        <w:tc>
          <w:tcPr>
            <w:tcW w:w="3816" w:type="dxa"/>
            <w:vMerge/>
            <w:tcBorders>
              <w:left w:val="single" w:sz="4" w:space="0" w:color="auto"/>
              <w:bottom w:val="single" w:sz="4" w:space="0" w:color="auto"/>
              <w:right w:val="single" w:sz="4" w:space="0" w:color="auto"/>
            </w:tcBorders>
            <w:shd w:val="clear" w:color="auto" w:fill="auto"/>
            <w:noWrap/>
            <w:vAlign w:val="center"/>
            <w:hideMark/>
          </w:tcPr>
          <w:p w14:paraId="096FAD56" w14:textId="77777777" w:rsidR="00546614" w:rsidRPr="00546614" w:rsidRDefault="00546614" w:rsidP="00546614">
            <w:pPr>
              <w:spacing w:line="240" w:lineRule="auto"/>
              <w:rPr>
                <w:rFonts w:eastAsia="맑은 고딕" w:cs="Times New Roman"/>
                <w:color w:val="000000"/>
                <w:sz w:val="16"/>
                <w:szCs w:val="28"/>
              </w:rPr>
            </w:pPr>
          </w:p>
        </w:tc>
        <w:tc>
          <w:tcPr>
            <w:tcW w:w="2268" w:type="dxa"/>
            <w:tcBorders>
              <w:top w:val="nil"/>
              <w:left w:val="nil"/>
              <w:bottom w:val="single" w:sz="4" w:space="0" w:color="auto"/>
              <w:right w:val="single" w:sz="4" w:space="0" w:color="auto"/>
            </w:tcBorders>
            <w:shd w:val="clear" w:color="auto" w:fill="auto"/>
            <w:noWrap/>
            <w:vAlign w:val="center"/>
            <w:hideMark/>
          </w:tcPr>
          <w:p w14:paraId="1C596621"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2020</w:t>
            </w:r>
          </w:p>
        </w:tc>
        <w:tc>
          <w:tcPr>
            <w:tcW w:w="1265" w:type="dxa"/>
            <w:tcBorders>
              <w:top w:val="nil"/>
              <w:left w:val="nil"/>
              <w:bottom w:val="single" w:sz="4" w:space="0" w:color="auto"/>
              <w:right w:val="single" w:sz="4" w:space="0" w:color="auto"/>
            </w:tcBorders>
            <w:shd w:val="clear" w:color="auto" w:fill="auto"/>
            <w:noWrap/>
            <w:vAlign w:val="center"/>
            <w:hideMark/>
          </w:tcPr>
          <w:p w14:paraId="2CAFC812"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-0.296</w:t>
            </w:r>
          </w:p>
        </w:tc>
        <w:tc>
          <w:tcPr>
            <w:tcW w:w="1265" w:type="dxa"/>
            <w:tcBorders>
              <w:top w:val="nil"/>
              <w:left w:val="nil"/>
              <w:bottom w:val="single" w:sz="4" w:space="0" w:color="auto"/>
              <w:right w:val="single" w:sz="4" w:space="0" w:color="auto"/>
            </w:tcBorders>
            <w:shd w:val="clear" w:color="auto" w:fill="auto"/>
            <w:noWrap/>
            <w:vAlign w:val="center"/>
            <w:hideMark/>
          </w:tcPr>
          <w:p w14:paraId="6E9B2A56"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1265" w:type="dxa"/>
            <w:tcBorders>
              <w:top w:val="nil"/>
              <w:left w:val="nil"/>
              <w:bottom w:val="single" w:sz="4" w:space="0" w:color="auto"/>
              <w:right w:val="single" w:sz="4" w:space="0" w:color="auto"/>
            </w:tcBorders>
            <w:shd w:val="clear" w:color="auto" w:fill="auto"/>
            <w:noWrap/>
            <w:vAlign w:val="center"/>
            <w:hideMark/>
          </w:tcPr>
          <w:p w14:paraId="51B4103D"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0.069</w:t>
            </w:r>
          </w:p>
        </w:tc>
        <w:tc>
          <w:tcPr>
            <w:tcW w:w="1265" w:type="dxa"/>
            <w:tcBorders>
              <w:top w:val="nil"/>
              <w:left w:val="nil"/>
              <w:bottom w:val="single" w:sz="4" w:space="0" w:color="auto"/>
              <w:right w:val="single" w:sz="4" w:space="0" w:color="auto"/>
            </w:tcBorders>
            <w:shd w:val="clear" w:color="auto" w:fill="auto"/>
            <w:noWrap/>
            <w:vAlign w:val="center"/>
            <w:hideMark/>
          </w:tcPr>
          <w:p w14:paraId="03DFDCB0"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-0.371</w:t>
            </w:r>
          </w:p>
        </w:tc>
        <w:tc>
          <w:tcPr>
            <w:tcW w:w="1265" w:type="dxa"/>
            <w:tcBorders>
              <w:top w:val="nil"/>
              <w:left w:val="nil"/>
              <w:bottom w:val="single" w:sz="4" w:space="0" w:color="auto"/>
              <w:right w:val="single" w:sz="4" w:space="0" w:color="auto"/>
            </w:tcBorders>
            <w:shd w:val="clear" w:color="auto" w:fill="auto"/>
            <w:noWrap/>
            <w:vAlign w:val="center"/>
          </w:tcPr>
          <w:p w14:paraId="3E220E53" w14:textId="08902865" w:rsidR="00546614" w:rsidRPr="00546614" w:rsidRDefault="00406A2C"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1265" w:type="dxa"/>
            <w:tcBorders>
              <w:top w:val="nil"/>
              <w:left w:val="nil"/>
              <w:bottom w:val="single" w:sz="4" w:space="0" w:color="auto"/>
              <w:right w:val="single" w:sz="4" w:space="0" w:color="auto"/>
            </w:tcBorders>
            <w:shd w:val="clear" w:color="auto" w:fill="auto"/>
            <w:noWrap/>
            <w:vAlign w:val="center"/>
            <w:hideMark/>
          </w:tcPr>
          <w:p w14:paraId="3B8C5D72"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0.050</w:t>
            </w:r>
          </w:p>
        </w:tc>
      </w:tr>
      <w:tr w:rsidR="00546614" w:rsidRPr="00546614" w14:paraId="40DFC597" w14:textId="77777777" w:rsidTr="00546614">
        <w:trPr>
          <w:trHeight w:val="209"/>
          <w:jc w:val="center"/>
        </w:trPr>
        <w:tc>
          <w:tcPr>
            <w:tcW w:w="3816" w:type="dxa"/>
            <w:tcBorders>
              <w:top w:val="nil"/>
              <w:left w:val="single" w:sz="4" w:space="0" w:color="auto"/>
              <w:bottom w:val="single" w:sz="4" w:space="0" w:color="auto"/>
              <w:right w:val="single" w:sz="4" w:space="0" w:color="auto"/>
            </w:tcBorders>
            <w:shd w:val="clear" w:color="auto" w:fill="auto"/>
            <w:noWrap/>
            <w:vAlign w:val="center"/>
          </w:tcPr>
          <w:p w14:paraId="29126106" w14:textId="77777777" w:rsidR="00546614" w:rsidRPr="00546614" w:rsidRDefault="00546614" w:rsidP="00546614">
            <w:pPr>
              <w:spacing w:line="240" w:lineRule="auto"/>
              <w:rPr>
                <w:sz w:val="16"/>
                <w:szCs w:val="28"/>
              </w:rPr>
            </w:pPr>
            <w:r>
              <w:rPr>
                <w:rFonts w:ascii="Arial" w:eastAsia="Arial" w:hAnsi="Arial"/>
                <w:b/>
                <w:sz w:val="16"/>
                <w:szCs w:val="28"/>
              </w:rPr>
              <w:t>Birth-cohort random effects</w:t>
            </w:r>
          </w:p>
        </w:tc>
        <w:tc>
          <w:tcPr>
            <w:tcW w:w="2268" w:type="dxa"/>
            <w:tcBorders>
              <w:top w:val="nil"/>
              <w:left w:val="nil"/>
              <w:bottom w:val="single" w:sz="4" w:space="0" w:color="auto"/>
              <w:right w:val="single" w:sz="4" w:space="0" w:color="auto"/>
            </w:tcBorders>
            <w:shd w:val="clear" w:color="auto" w:fill="auto"/>
            <w:noWrap/>
            <w:vAlign w:val="center"/>
          </w:tcPr>
          <w:p w14:paraId="4120E4AB" w14:textId="77777777" w:rsidR="00546614" w:rsidRPr="00546614" w:rsidRDefault="00546614" w:rsidP="00546614">
            <w:pPr>
              <w:spacing w:line="240" w:lineRule="auto"/>
              <w:rPr>
                <w:sz w:val="16"/>
                <w:szCs w:val="28"/>
              </w:rPr>
            </w:pPr>
          </w:p>
        </w:tc>
        <w:tc>
          <w:tcPr>
            <w:tcW w:w="1265" w:type="dxa"/>
            <w:tcBorders>
              <w:top w:val="nil"/>
              <w:left w:val="nil"/>
              <w:bottom w:val="single" w:sz="4" w:space="0" w:color="auto"/>
              <w:right w:val="single" w:sz="4" w:space="0" w:color="auto"/>
            </w:tcBorders>
            <w:shd w:val="clear" w:color="auto" w:fill="auto"/>
            <w:noWrap/>
            <w:vAlign w:val="center"/>
          </w:tcPr>
          <w:p w14:paraId="25F14485" w14:textId="77777777" w:rsidR="00546614" w:rsidRPr="00546614" w:rsidRDefault="00546614" w:rsidP="00546614">
            <w:pPr>
              <w:spacing w:line="240" w:lineRule="auto"/>
              <w:jc w:val="right"/>
              <w:rPr>
                <w:rFonts w:eastAsia="맑은 고딕" w:cs="Times New Roman"/>
                <w:color w:val="000000"/>
                <w:sz w:val="16"/>
                <w:szCs w:val="28"/>
              </w:rPr>
            </w:pPr>
          </w:p>
        </w:tc>
        <w:tc>
          <w:tcPr>
            <w:tcW w:w="1265" w:type="dxa"/>
            <w:tcBorders>
              <w:top w:val="nil"/>
              <w:left w:val="nil"/>
              <w:bottom w:val="single" w:sz="4" w:space="0" w:color="auto"/>
              <w:right w:val="single" w:sz="4" w:space="0" w:color="auto"/>
            </w:tcBorders>
            <w:shd w:val="clear" w:color="auto" w:fill="auto"/>
            <w:noWrap/>
            <w:vAlign w:val="center"/>
          </w:tcPr>
          <w:p w14:paraId="33DE7856" w14:textId="77777777" w:rsidR="00546614" w:rsidRPr="00546614" w:rsidRDefault="00546614" w:rsidP="00546614">
            <w:pPr>
              <w:spacing w:line="240" w:lineRule="auto"/>
              <w:rPr>
                <w:rFonts w:eastAsia="맑은 고딕" w:cs="Times New Roman"/>
                <w:color w:val="000000"/>
                <w:sz w:val="16"/>
                <w:szCs w:val="28"/>
              </w:rPr>
            </w:pPr>
          </w:p>
        </w:tc>
        <w:tc>
          <w:tcPr>
            <w:tcW w:w="1265" w:type="dxa"/>
            <w:tcBorders>
              <w:top w:val="nil"/>
              <w:left w:val="nil"/>
              <w:bottom w:val="single" w:sz="4" w:space="0" w:color="auto"/>
              <w:right w:val="single" w:sz="4" w:space="0" w:color="auto"/>
            </w:tcBorders>
            <w:shd w:val="clear" w:color="auto" w:fill="auto"/>
            <w:noWrap/>
            <w:vAlign w:val="center"/>
          </w:tcPr>
          <w:p w14:paraId="78BB42CC" w14:textId="77777777" w:rsidR="00546614" w:rsidRPr="00546614" w:rsidRDefault="00546614" w:rsidP="00546614">
            <w:pPr>
              <w:spacing w:line="240" w:lineRule="auto"/>
              <w:jc w:val="right"/>
              <w:rPr>
                <w:rFonts w:eastAsia="맑은 고딕" w:cs="Times New Roman"/>
                <w:color w:val="000000"/>
                <w:sz w:val="16"/>
                <w:szCs w:val="28"/>
              </w:rPr>
            </w:pPr>
          </w:p>
        </w:tc>
        <w:tc>
          <w:tcPr>
            <w:tcW w:w="1265" w:type="dxa"/>
            <w:tcBorders>
              <w:top w:val="nil"/>
              <w:left w:val="nil"/>
              <w:bottom w:val="single" w:sz="4" w:space="0" w:color="auto"/>
              <w:right w:val="single" w:sz="4" w:space="0" w:color="auto"/>
            </w:tcBorders>
            <w:shd w:val="clear" w:color="auto" w:fill="auto"/>
            <w:noWrap/>
            <w:vAlign w:val="center"/>
          </w:tcPr>
          <w:p w14:paraId="42FE77DB" w14:textId="77777777" w:rsidR="00546614" w:rsidRPr="00546614" w:rsidRDefault="00546614" w:rsidP="00546614">
            <w:pPr>
              <w:spacing w:line="240" w:lineRule="auto"/>
              <w:jc w:val="right"/>
              <w:rPr>
                <w:rFonts w:eastAsia="맑은 고딕" w:cs="Times New Roman"/>
                <w:color w:val="000000"/>
                <w:sz w:val="16"/>
                <w:szCs w:val="28"/>
              </w:rPr>
            </w:pPr>
          </w:p>
        </w:tc>
        <w:tc>
          <w:tcPr>
            <w:tcW w:w="1265" w:type="dxa"/>
            <w:tcBorders>
              <w:top w:val="nil"/>
              <w:left w:val="nil"/>
              <w:bottom w:val="single" w:sz="4" w:space="0" w:color="auto"/>
              <w:right w:val="single" w:sz="4" w:space="0" w:color="auto"/>
            </w:tcBorders>
            <w:shd w:val="clear" w:color="auto" w:fill="auto"/>
            <w:noWrap/>
            <w:vAlign w:val="center"/>
          </w:tcPr>
          <w:p w14:paraId="3748EE31" w14:textId="77777777" w:rsidR="00546614" w:rsidRPr="00546614" w:rsidRDefault="00546614" w:rsidP="00546614">
            <w:pPr>
              <w:spacing w:line="240" w:lineRule="auto"/>
              <w:rPr>
                <w:rFonts w:eastAsia="맑은 고딕" w:cs="Times New Roman"/>
                <w:color w:val="000000"/>
                <w:sz w:val="16"/>
                <w:szCs w:val="28"/>
              </w:rPr>
            </w:pPr>
          </w:p>
        </w:tc>
        <w:tc>
          <w:tcPr>
            <w:tcW w:w="1265" w:type="dxa"/>
            <w:tcBorders>
              <w:top w:val="nil"/>
              <w:left w:val="nil"/>
              <w:bottom w:val="single" w:sz="4" w:space="0" w:color="auto"/>
              <w:right w:val="single" w:sz="4" w:space="0" w:color="auto"/>
            </w:tcBorders>
            <w:shd w:val="clear" w:color="auto" w:fill="auto"/>
            <w:noWrap/>
            <w:vAlign w:val="center"/>
          </w:tcPr>
          <w:p w14:paraId="03E69B48" w14:textId="77777777" w:rsidR="00546614" w:rsidRPr="00546614" w:rsidRDefault="00546614" w:rsidP="00546614">
            <w:pPr>
              <w:spacing w:line="240" w:lineRule="auto"/>
              <w:jc w:val="right"/>
              <w:rPr>
                <w:rFonts w:eastAsia="맑은 고딕" w:cs="Times New Roman"/>
                <w:color w:val="000000"/>
                <w:sz w:val="16"/>
                <w:szCs w:val="28"/>
              </w:rPr>
            </w:pPr>
          </w:p>
        </w:tc>
      </w:tr>
      <w:tr w:rsidR="00546614" w:rsidRPr="00546614" w14:paraId="6F473275" w14:textId="77777777" w:rsidTr="00546614">
        <w:trPr>
          <w:trHeight w:val="209"/>
          <w:jc w:val="center"/>
        </w:trPr>
        <w:tc>
          <w:tcPr>
            <w:tcW w:w="3816" w:type="dxa"/>
            <w:vMerge w:val="restart"/>
            <w:tcBorders>
              <w:top w:val="nil"/>
              <w:left w:val="single" w:sz="4" w:space="0" w:color="auto"/>
              <w:right w:val="single" w:sz="4" w:space="0" w:color="auto"/>
            </w:tcBorders>
            <w:shd w:val="clear" w:color="auto" w:fill="auto"/>
            <w:noWrap/>
            <w:vAlign w:val="center"/>
            <w:hideMark/>
          </w:tcPr>
          <w:p w14:paraId="63AC00AE" w14:textId="0E8924F7" w:rsidR="00546614" w:rsidRPr="00546614" w:rsidRDefault="00546614" w:rsidP="00546614">
            <w:pPr>
              <w:spacing w:line="240" w:lineRule="auto"/>
              <w:rPr>
                <w:sz w:val="16"/>
                <w:szCs w:val="28"/>
              </w:rPr>
            </w:pPr>
            <w:r>
              <w:rPr>
                <w:rFonts w:ascii="Arial" w:eastAsia="Arial" w:hAnsi="Arial"/>
                <w:sz w:val="16"/>
                <w:szCs w:val="28"/>
              </w:rPr>
              <w:t>Postwar</w:t>
            </w:r>
          </w:p>
        </w:tc>
        <w:tc>
          <w:tcPr>
            <w:tcW w:w="2268" w:type="dxa"/>
            <w:tcBorders>
              <w:top w:val="nil"/>
              <w:left w:val="nil"/>
              <w:bottom w:val="single" w:sz="4" w:space="0" w:color="auto"/>
              <w:right w:val="single" w:sz="4" w:space="0" w:color="auto"/>
            </w:tcBorders>
            <w:shd w:val="clear" w:color="auto" w:fill="auto"/>
            <w:noWrap/>
            <w:vAlign w:val="center"/>
            <w:hideMark/>
          </w:tcPr>
          <w:p w14:paraId="58A2F058"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1940-1944</w:t>
            </w:r>
          </w:p>
        </w:tc>
        <w:tc>
          <w:tcPr>
            <w:tcW w:w="1265" w:type="dxa"/>
            <w:tcBorders>
              <w:top w:val="nil"/>
              <w:left w:val="nil"/>
              <w:bottom w:val="single" w:sz="4" w:space="0" w:color="auto"/>
              <w:right w:val="single" w:sz="4" w:space="0" w:color="auto"/>
            </w:tcBorders>
            <w:shd w:val="clear" w:color="auto" w:fill="auto"/>
            <w:noWrap/>
            <w:vAlign w:val="center"/>
            <w:hideMark/>
          </w:tcPr>
          <w:p w14:paraId="7DEB57B3"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0.400</w:t>
            </w:r>
          </w:p>
        </w:tc>
        <w:tc>
          <w:tcPr>
            <w:tcW w:w="1265" w:type="dxa"/>
            <w:tcBorders>
              <w:top w:val="nil"/>
              <w:left w:val="nil"/>
              <w:bottom w:val="single" w:sz="4" w:space="0" w:color="auto"/>
              <w:right w:val="single" w:sz="4" w:space="0" w:color="auto"/>
            </w:tcBorders>
            <w:shd w:val="clear" w:color="auto" w:fill="auto"/>
            <w:noWrap/>
            <w:vAlign w:val="center"/>
            <w:hideMark/>
          </w:tcPr>
          <w:p w14:paraId="48907845"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1265" w:type="dxa"/>
            <w:tcBorders>
              <w:top w:val="nil"/>
              <w:left w:val="nil"/>
              <w:bottom w:val="single" w:sz="4" w:space="0" w:color="auto"/>
              <w:right w:val="single" w:sz="4" w:space="0" w:color="auto"/>
            </w:tcBorders>
            <w:shd w:val="clear" w:color="auto" w:fill="auto"/>
            <w:noWrap/>
            <w:vAlign w:val="center"/>
            <w:hideMark/>
          </w:tcPr>
          <w:p w14:paraId="6962CDD9"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0.141</w:t>
            </w:r>
          </w:p>
        </w:tc>
        <w:tc>
          <w:tcPr>
            <w:tcW w:w="1265" w:type="dxa"/>
            <w:tcBorders>
              <w:top w:val="nil"/>
              <w:left w:val="nil"/>
              <w:bottom w:val="single" w:sz="4" w:space="0" w:color="auto"/>
              <w:right w:val="single" w:sz="4" w:space="0" w:color="auto"/>
            </w:tcBorders>
            <w:shd w:val="clear" w:color="auto" w:fill="auto"/>
            <w:noWrap/>
            <w:vAlign w:val="center"/>
            <w:hideMark/>
          </w:tcPr>
          <w:p w14:paraId="0E7FF56C"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-0.008</w:t>
            </w:r>
          </w:p>
        </w:tc>
        <w:tc>
          <w:tcPr>
            <w:tcW w:w="1265" w:type="dxa"/>
            <w:tcBorders>
              <w:top w:val="nil"/>
              <w:left w:val="nil"/>
              <w:bottom w:val="single" w:sz="4" w:space="0" w:color="auto"/>
              <w:right w:val="single" w:sz="4" w:space="0" w:color="auto"/>
            </w:tcBorders>
            <w:shd w:val="clear" w:color="auto" w:fill="auto"/>
            <w:noWrap/>
            <w:vAlign w:val="center"/>
            <w:hideMark/>
          </w:tcPr>
          <w:p w14:paraId="5DF6DFD0"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62F51583"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0.063</w:t>
            </w:r>
          </w:p>
        </w:tc>
      </w:tr>
      <w:tr w:rsidR="00546614" w:rsidRPr="00546614" w14:paraId="7CB96DA2" w14:textId="77777777" w:rsidTr="00546614">
        <w:trPr>
          <w:trHeight w:val="209"/>
          <w:jc w:val="center"/>
        </w:trPr>
        <w:tc>
          <w:tcPr>
            <w:tcW w:w="3816" w:type="dxa"/>
            <w:vMerge/>
            <w:tcBorders>
              <w:left w:val="single" w:sz="4" w:space="0" w:color="auto"/>
              <w:right w:val="single" w:sz="4" w:space="0" w:color="auto"/>
            </w:tcBorders>
            <w:shd w:val="clear" w:color="auto" w:fill="auto"/>
            <w:noWrap/>
            <w:vAlign w:val="center"/>
            <w:hideMark/>
          </w:tcPr>
          <w:p w14:paraId="1967939D" w14:textId="77777777" w:rsidR="00546614" w:rsidRPr="00546614" w:rsidRDefault="00546614" w:rsidP="00546614">
            <w:pPr>
              <w:spacing w:line="240" w:lineRule="auto"/>
              <w:rPr>
                <w:rFonts w:eastAsia="맑은 고딕" w:cs="Times New Roman"/>
                <w:color w:val="000000"/>
                <w:sz w:val="16"/>
                <w:szCs w:val="28"/>
              </w:rPr>
            </w:pPr>
          </w:p>
        </w:tc>
        <w:tc>
          <w:tcPr>
            <w:tcW w:w="2268" w:type="dxa"/>
            <w:tcBorders>
              <w:top w:val="nil"/>
              <w:left w:val="nil"/>
              <w:bottom w:val="single" w:sz="4" w:space="0" w:color="auto"/>
              <w:right w:val="single" w:sz="4" w:space="0" w:color="auto"/>
            </w:tcBorders>
            <w:shd w:val="clear" w:color="auto" w:fill="auto"/>
            <w:noWrap/>
            <w:vAlign w:val="center"/>
            <w:hideMark/>
          </w:tcPr>
          <w:p w14:paraId="3596B119"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1945-1949</w:t>
            </w:r>
          </w:p>
        </w:tc>
        <w:tc>
          <w:tcPr>
            <w:tcW w:w="1265" w:type="dxa"/>
            <w:tcBorders>
              <w:top w:val="nil"/>
              <w:left w:val="nil"/>
              <w:bottom w:val="single" w:sz="4" w:space="0" w:color="auto"/>
              <w:right w:val="single" w:sz="4" w:space="0" w:color="auto"/>
            </w:tcBorders>
            <w:shd w:val="clear" w:color="auto" w:fill="auto"/>
            <w:noWrap/>
            <w:vAlign w:val="center"/>
            <w:hideMark/>
          </w:tcPr>
          <w:p w14:paraId="7114D55C"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0.157</w:t>
            </w:r>
          </w:p>
        </w:tc>
        <w:tc>
          <w:tcPr>
            <w:tcW w:w="1265" w:type="dxa"/>
            <w:tcBorders>
              <w:top w:val="nil"/>
              <w:left w:val="nil"/>
              <w:bottom w:val="single" w:sz="4" w:space="0" w:color="auto"/>
              <w:right w:val="single" w:sz="4" w:space="0" w:color="auto"/>
            </w:tcBorders>
            <w:shd w:val="clear" w:color="auto" w:fill="auto"/>
            <w:noWrap/>
            <w:vAlign w:val="center"/>
            <w:hideMark/>
          </w:tcPr>
          <w:p w14:paraId="474A1CFD"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1265" w:type="dxa"/>
            <w:tcBorders>
              <w:top w:val="nil"/>
              <w:left w:val="nil"/>
              <w:bottom w:val="single" w:sz="4" w:space="0" w:color="auto"/>
              <w:right w:val="single" w:sz="4" w:space="0" w:color="auto"/>
            </w:tcBorders>
            <w:shd w:val="clear" w:color="auto" w:fill="auto"/>
            <w:noWrap/>
            <w:vAlign w:val="center"/>
            <w:hideMark/>
          </w:tcPr>
          <w:p w14:paraId="0146E56A"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0.093</w:t>
            </w:r>
          </w:p>
        </w:tc>
        <w:tc>
          <w:tcPr>
            <w:tcW w:w="1265" w:type="dxa"/>
            <w:tcBorders>
              <w:top w:val="nil"/>
              <w:left w:val="nil"/>
              <w:bottom w:val="single" w:sz="4" w:space="0" w:color="auto"/>
              <w:right w:val="single" w:sz="4" w:space="0" w:color="auto"/>
            </w:tcBorders>
            <w:shd w:val="clear" w:color="auto" w:fill="auto"/>
            <w:noWrap/>
            <w:vAlign w:val="center"/>
            <w:hideMark/>
          </w:tcPr>
          <w:p w14:paraId="17DBBC46"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-0.018</w:t>
            </w:r>
          </w:p>
        </w:tc>
        <w:tc>
          <w:tcPr>
            <w:tcW w:w="1265" w:type="dxa"/>
            <w:tcBorders>
              <w:top w:val="nil"/>
              <w:left w:val="nil"/>
              <w:bottom w:val="single" w:sz="4" w:space="0" w:color="auto"/>
              <w:right w:val="single" w:sz="4" w:space="0" w:color="auto"/>
            </w:tcBorders>
            <w:shd w:val="clear" w:color="auto" w:fill="auto"/>
            <w:noWrap/>
            <w:vAlign w:val="center"/>
            <w:hideMark/>
          </w:tcPr>
          <w:p w14:paraId="63D275B6"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1BFAB9DF"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0.055</w:t>
            </w:r>
          </w:p>
        </w:tc>
      </w:tr>
      <w:tr w:rsidR="00546614" w:rsidRPr="00546614" w14:paraId="50177FB5" w14:textId="77777777" w:rsidTr="00546614">
        <w:trPr>
          <w:trHeight w:val="209"/>
          <w:jc w:val="center"/>
        </w:trPr>
        <w:tc>
          <w:tcPr>
            <w:tcW w:w="3816" w:type="dxa"/>
            <w:vMerge/>
            <w:tcBorders>
              <w:left w:val="single" w:sz="4" w:space="0" w:color="auto"/>
              <w:bottom w:val="single" w:sz="4" w:space="0" w:color="auto"/>
              <w:right w:val="single" w:sz="4" w:space="0" w:color="auto"/>
            </w:tcBorders>
            <w:shd w:val="clear" w:color="auto" w:fill="auto"/>
            <w:noWrap/>
            <w:vAlign w:val="center"/>
            <w:hideMark/>
          </w:tcPr>
          <w:p w14:paraId="70AFE6F2" w14:textId="77777777" w:rsidR="00546614" w:rsidRPr="00546614" w:rsidRDefault="00546614" w:rsidP="00546614">
            <w:pPr>
              <w:spacing w:line="240" w:lineRule="auto"/>
              <w:rPr>
                <w:rFonts w:eastAsia="맑은 고딕" w:cs="Times New Roman"/>
                <w:color w:val="000000"/>
                <w:sz w:val="16"/>
                <w:szCs w:val="28"/>
              </w:rPr>
            </w:pPr>
          </w:p>
        </w:tc>
        <w:tc>
          <w:tcPr>
            <w:tcW w:w="2268" w:type="dxa"/>
            <w:tcBorders>
              <w:top w:val="nil"/>
              <w:left w:val="nil"/>
              <w:bottom w:val="single" w:sz="4" w:space="0" w:color="auto"/>
              <w:right w:val="single" w:sz="4" w:space="0" w:color="auto"/>
            </w:tcBorders>
            <w:shd w:val="clear" w:color="auto" w:fill="auto"/>
            <w:noWrap/>
            <w:vAlign w:val="center"/>
            <w:hideMark/>
          </w:tcPr>
          <w:p w14:paraId="273BBEF0"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1950-1954</w:t>
            </w:r>
          </w:p>
        </w:tc>
        <w:tc>
          <w:tcPr>
            <w:tcW w:w="1265" w:type="dxa"/>
            <w:tcBorders>
              <w:top w:val="nil"/>
              <w:left w:val="nil"/>
              <w:bottom w:val="single" w:sz="4" w:space="0" w:color="auto"/>
              <w:right w:val="single" w:sz="4" w:space="0" w:color="auto"/>
            </w:tcBorders>
            <w:shd w:val="clear" w:color="auto" w:fill="auto"/>
            <w:noWrap/>
            <w:vAlign w:val="center"/>
            <w:hideMark/>
          </w:tcPr>
          <w:p w14:paraId="3A18BBC1"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0.055</w:t>
            </w:r>
          </w:p>
        </w:tc>
        <w:tc>
          <w:tcPr>
            <w:tcW w:w="1265" w:type="dxa"/>
            <w:tcBorders>
              <w:top w:val="nil"/>
              <w:left w:val="nil"/>
              <w:bottom w:val="single" w:sz="4" w:space="0" w:color="auto"/>
              <w:right w:val="single" w:sz="4" w:space="0" w:color="auto"/>
            </w:tcBorders>
            <w:shd w:val="clear" w:color="auto" w:fill="auto"/>
            <w:noWrap/>
            <w:vAlign w:val="center"/>
            <w:hideMark/>
          </w:tcPr>
          <w:p w14:paraId="61E7A84A"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0F2FFC2C"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0.073</w:t>
            </w:r>
          </w:p>
        </w:tc>
        <w:tc>
          <w:tcPr>
            <w:tcW w:w="1265" w:type="dxa"/>
            <w:tcBorders>
              <w:top w:val="nil"/>
              <w:left w:val="nil"/>
              <w:bottom w:val="single" w:sz="4" w:space="0" w:color="auto"/>
              <w:right w:val="single" w:sz="4" w:space="0" w:color="auto"/>
            </w:tcBorders>
            <w:shd w:val="clear" w:color="auto" w:fill="auto"/>
            <w:noWrap/>
            <w:vAlign w:val="center"/>
            <w:hideMark/>
          </w:tcPr>
          <w:p w14:paraId="3EE9DCEE"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0.044</w:t>
            </w:r>
          </w:p>
        </w:tc>
        <w:tc>
          <w:tcPr>
            <w:tcW w:w="1265" w:type="dxa"/>
            <w:tcBorders>
              <w:top w:val="nil"/>
              <w:left w:val="nil"/>
              <w:bottom w:val="single" w:sz="4" w:space="0" w:color="auto"/>
              <w:right w:val="single" w:sz="4" w:space="0" w:color="auto"/>
            </w:tcBorders>
            <w:shd w:val="clear" w:color="auto" w:fill="auto"/>
            <w:noWrap/>
            <w:vAlign w:val="center"/>
            <w:hideMark/>
          </w:tcPr>
          <w:p w14:paraId="2CCD721A"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609F088A"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0.045</w:t>
            </w:r>
          </w:p>
        </w:tc>
      </w:tr>
      <w:tr w:rsidR="00132970" w:rsidRPr="00546614" w14:paraId="4812FEFC" w14:textId="77777777" w:rsidTr="00546614">
        <w:trPr>
          <w:trHeight w:val="209"/>
          <w:jc w:val="center"/>
        </w:trPr>
        <w:tc>
          <w:tcPr>
            <w:tcW w:w="3816" w:type="dxa"/>
            <w:vMerge w:val="restart"/>
            <w:tcBorders>
              <w:top w:val="nil"/>
              <w:left w:val="single" w:sz="4" w:space="0" w:color="auto"/>
              <w:right w:val="single" w:sz="4" w:space="0" w:color="auto"/>
            </w:tcBorders>
            <w:shd w:val="clear" w:color="auto" w:fill="auto"/>
            <w:noWrap/>
            <w:vAlign w:val="center"/>
            <w:hideMark/>
          </w:tcPr>
          <w:p w14:paraId="308B19F9" w14:textId="3E5BC7AF" w:rsidR="00132970" w:rsidRPr="00546614" w:rsidRDefault="00132970" w:rsidP="00546614">
            <w:pPr>
              <w:spacing w:line="240" w:lineRule="auto"/>
              <w:rPr>
                <w:sz w:val="16"/>
                <w:szCs w:val="28"/>
              </w:rPr>
            </w:pPr>
            <w:r>
              <w:rPr>
                <w:rFonts w:ascii="Arial" w:eastAsia="Arial" w:hAnsi="Arial"/>
                <w:sz w:val="16"/>
                <w:szCs w:val="28"/>
              </w:rPr>
              <w:t>Babyboomer</w:t>
            </w:r>
          </w:p>
        </w:tc>
        <w:tc>
          <w:tcPr>
            <w:tcW w:w="2268" w:type="dxa"/>
            <w:tcBorders>
              <w:top w:val="nil"/>
              <w:left w:val="nil"/>
              <w:bottom w:val="single" w:sz="4" w:space="0" w:color="auto"/>
              <w:right w:val="single" w:sz="4" w:space="0" w:color="auto"/>
            </w:tcBorders>
            <w:shd w:val="clear" w:color="auto" w:fill="auto"/>
            <w:noWrap/>
            <w:vAlign w:val="center"/>
            <w:hideMark/>
          </w:tcPr>
          <w:p w14:paraId="6370296A"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1955-1959</w:t>
            </w:r>
          </w:p>
        </w:tc>
        <w:tc>
          <w:tcPr>
            <w:tcW w:w="1265" w:type="dxa"/>
            <w:tcBorders>
              <w:top w:val="nil"/>
              <w:left w:val="nil"/>
              <w:bottom w:val="single" w:sz="4" w:space="0" w:color="auto"/>
              <w:right w:val="single" w:sz="4" w:space="0" w:color="auto"/>
            </w:tcBorders>
            <w:shd w:val="clear" w:color="auto" w:fill="auto"/>
            <w:noWrap/>
            <w:vAlign w:val="center"/>
            <w:hideMark/>
          </w:tcPr>
          <w:p w14:paraId="60F1BE0B"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-0.021</w:t>
            </w:r>
          </w:p>
        </w:tc>
        <w:tc>
          <w:tcPr>
            <w:tcW w:w="1265" w:type="dxa"/>
            <w:tcBorders>
              <w:top w:val="nil"/>
              <w:left w:val="nil"/>
              <w:bottom w:val="single" w:sz="4" w:space="0" w:color="auto"/>
              <w:right w:val="single" w:sz="4" w:space="0" w:color="auto"/>
            </w:tcBorders>
            <w:shd w:val="clear" w:color="auto" w:fill="auto"/>
            <w:noWrap/>
            <w:vAlign w:val="center"/>
            <w:hideMark/>
          </w:tcPr>
          <w:p w14:paraId="35149379"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716A5CE0"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0.064</w:t>
            </w:r>
          </w:p>
        </w:tc>
        <w:tc>
          <w:tcPr>
            <w:tcW w:w="1265" w:type="dxa"/>
            <w:tcBorders>
              <w:top w:val="nil"/>
              <w:left w:val="nil"/>
              <w:bottom w:val="single" w:sz="4" w:space="0" w:color="auto"/>
              <w:right w:val="single" w:sz="4" w:space="0" w:color="auto"/>
            </w:tcBorders>
            <w:shd w:val="clear" w:color="auto" w:fill="auto"/>
            <w:noWrap/>
            <w:vAlign w:val="center"/>
            <w:hideMark/>
          </w:tcPr>
          <w:p w14:paraId="1879E800"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0.027</w:t>
            </w:r>
          </w:p>
        </w:tc>
        <w:tc>
          <w:tcPr>
            <w:tcW w:w="1265" w:type="dxa"/>
            <w:tcBorders>
              <w:top w:val="nil"/>
              <w:left w:val="nil"/>
              <w:bottom w:val="single" w:sz="4" w:space="0" w:color="auto"/>
              <w:right w:val="single" w:sz="4" w:space="0" w:color="auto"/>
            </w:tcBorders>
            <w:shd w:val="clear" w:color="auto" w:fill="auto"/>
            <w:noWrap/>
            <w:vAlign w:val="center"/>
            <w:hideMark/>
          </w:tcPr>
          <w:p w14:paraId="17C60DC3"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240AA970"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0.038</w:t>
            </w:r>
          </w:p>
        </w:tc>
      </w:tr>
      <w:tr w:rsidR="00132970" w:rsidRPr="00546614" w14:paraId="3B0D1B66" w14:textId="77777777" w:rsidTr="00132970">
        <w:trPr>
          <w:trHeight w:val="209"/>
          <w:jc w:val="center"/>
        </w:trPr>
        <w:tc>
          <w:tcPr>
            <w:tcW w:w="3816" w:type="dxa"/>
            <w:vMerge/>
            <w:tcBorders>
              <w:left w:val="single" w:sz="4" w:space="0" w:color="auto"/>
              <w:bottom w:val="single" w:sz="4" w:space="0" w:color="auto"/>
              <w:right w:val="single" w:sz="4" w:space="0" w:color="auto"/>
            </w:tcBorders>
            <w:shd w:val="clear" w:color="auto" w:fill="auto"/>
            <w:noWrap/>
            <w:vAlign w:val="center"/>
            <w:hideMark/>
          </w:tcPr>
          <w:p w14:paraId="1BCCE676" w14:textId="77777777" w:rsidR="00132970" w:rsidRPr="00546614" w:rsidRDefault="00132970" w:rsidP="00546614">
            <w:pPr>
              <w:spacing w:line="240" w:lineRule="auto"/>
              <w:rPr>
                <w:rFonts w:eastAsia="맑은 고딕" w:cs="Times New Roman"/>
                <w:color w:val="000000"/>
                <w:sz w:val="16"/>
                <w:szCs w:val="28"/>
              </w:rPr>
            </w:pPr>
          </w:p>
        </w:tc>
        <w:tc>
          <w:tcPr>
            <w:tcW w:w="2268" w:type="dxa"/>
            <w:tcBorders>
              <w:top w:val="nil"/>
              <w:left w:val="nil"/>
              <w:bottom w:val="single" w:sz="4" w:space="0" w:color="auto"/>
              <w:right w:val="single" w:sz="4" w:space="0" w:color="auto"/>
            </w:tcBorders>
            <w:shd w:val="clear" w:color="auto" w:fill="auto"/>
            <w:noWrap/>
            <w:vAlign w:val="center"/>
            <w:hideMark/>
          </w:tcPr>
          <w:p w14:paraId="1EB1F956"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1960-1964</w:t>
            </w:r>
          </w:p>
        </w:tc>
        <w:tc>
          <w:tcPr>
            <w:tcW w:w="1265" w:type="dxa"/>
            <w:tcBorders>
              <w:top w:val="nil"/>
              <w:left w:val="nil"/>
              <w:bottom w:val="single" w:sz="4" w:space="0" w:color="auto"/>
              <w:right w:val="single" w:sz="4" w:space="0" w:color="auto"/>
            </w:tcBorders>
            <w:shd w:val="clear" w:color="auto" w:fill="auto"/>
            <w:noWrap/>
            <w:vAlign w:val="center"/>
            <w:hideMark/>
          </w:tcPr>
          <w:p w14:paraId="2CB7221F"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-0.131</w:t>
            </w:r>
          </w:p>
        </w:tc>
        <w:tc>
          <w:tcPr>
            <w:tcW w:w="1265" w:type="dxa"/>
            <w:tcBorders>
              <w:top w:val="nil"/>
              <w:left w:val="nil"/>
              <w:bottom w:val="single" w:sz="4" w:space="0" w:color="auto"/>
              <w:right w:val="single" w:sz="4" w:space="0" w:color="auto"/>
            </w:tcBorders>
            <w:shd w:val="clear" w:color="auto" w:fill="auto"/>
            <w:noWrap/>
            <w:vAlign w:val="center"/>
            <w:hideMark/>
          </w:tcPr>
          <w:p w14:paraId="08A4DCDA"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1265" w:type="dxa"/>
            <w:tcBorders>
              <w:top w:val="nil"/>
              <w:left w:val="nil"/>
              <w:bottom w:val="single" w:sz="4" w:space="0" w:color="auto"/>
              <w:right w:val="single" w:sz="4" w:space="0" w:color="auto"/>
            </w:tcBorders>
            <w:shd w:val="clear" w:color="auto" w:fill="auto"/>
            <w:noWrap/>
            <w:vAlign w:val="center"/>
            <w:hideMark/>
          </w:tcPr>
          <w:p w14:paraId="37B945A7"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0.064</w:t>
            </w:r>
          </w:p>
        </w:tc>
        <w:tc>
          <w:tcPr>
            <w:tcW w:w="1265" w:type="dxa"/>
            <w:tcBorders>
              <w:top w:val="nil"/>
              <w:left w:val="nil"/>
              <w:bottom w:val="single" w:sz="4" w:space="0" w:color="auto"/>
              <w:right w:val="single" w:sz="4" w:space="0" w:color="auto"/>
            </w:tcBorders>
            <w:shd w:val="clear" w:color="auto" w:fill="auto"/>
            <w:noWrap/>
            <w:vAlign w:val="center"/>
            <w:hideMark/>
          </w:tcPr>
          <w:p w14:paraId="59B1E2D2"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0.000</w:t>
            </w:r>
          </w:p>
        </w:tc>
        <w:tc>
          <w:tcPr>
            <w:tcW w:w="1265" w:type="dxa"/>
            <w:tcBorders>
              <w:top w:val="nil"/>
              <w:left w:val="nil"/>
              <w:bottom w:val="single" w:sz="4" w:space="0" w:color="auto"/>
              <w:right w:val="single" w:sz="4" w:space="0" w:color="auto"/>
            </w:tcBorders>
            <w:shd w:val="clear" w:color="auto" w:fill="auto"/>
            <w:noWrap/>
            <w:vAlign w:val="center"/>
            <w:hideMark/>
          </w:tcPr>
          <w:p w14:paraId="18577340"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6DED135F"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0.038</w:t>
            </w:r>
          </w:p>
        </w:tc>
      </w:tr>
      <w:tr w:rsidR="00132970" w:rsidRPr="00546614" w14:paraId="1AAAC0F3" w14:textId="77777777" w:rsidTr="00D50014">
        <w:trPr>
          <w:trHeight w:val="209"/>
          <w:jc w:val="center"/>
        </w:trPr>
        <w:tc>
          <w:tcPr>
            <w:tcW w:w="3816" w:type="dxa"/>
            <w:vMerge w:val="restart"/>
            <w:tcBorders>
              <w:top w:val="single" w:sz="4" w:space="0" w:color="auto"/>
              <w:left w:val="single" w:sz="4" w:space="0" w:color="auto"/>
              <w:right w:val="single" w:sz="4" w:space="0" w:color="auto"/>
            </w:tcBorders>
            <w:shd w:val="clear" w:color="auto" w:fill="auto"/>
            <w:noWrap/>
            <w:vAlign w:val="center"/>
            <w:hideMark/>
          </w:tcPr>
          <w:p w14:paraId="00E0E383" w14:textId="21BEE8CB" w:rsidR="00132970" w:rsidRPr="00546614" w:rsidRDefault="00132970" w:rsidP="00546614">
            <w:pPr>
              <w:spacing w:line="240" w:lineRule="auto"/>
              <w:rPr>
                <w:rFonts w:eastAsia="맑은 고딕" w:cs="Times New Roman"/>
                <w:color w:val="000000"/>
                <w:sz w:val="16"/>
                <w:szCs w:val="28"/>
              </w:rPr>
            </w:pPr>
            <w:r>
              <w:rPr>
                <w:rFonts w:ascii="Arial" w:eastAsia="Arial" w:hAnsi="Arial"/>
                <w:sz w:val="16"/>
                <w:szCs w:val="28"/>
              </w:rPr>
              <w:t>Gen X</w:t>
            </w:r>
          </w:p>
        </w:tc>
        <w:tc>
          <w:tcPr>
            <w:tcW w:w="2268" w:type="dxa"/>
            <w:tcBorders>
              <w:top w:val="nil"/>
              <w:left w:val="nil"/>
              <w:bottom w:val="single" w:sz="4" w:space="0" w:color="auto"/>
              <w:right w:val="single" w:sz="4" w:space="0" w:color="auto"/>
            </w:tcBorders>
            <w:shd w:val="clear" w:color="auto" w:fill="auto"/>
            <w:noWrap/>
            <w:vAlign w:val="center"/>
            <w:hideMark/>
          </w:tcPr>
          <w:p w14:paraId="4E84C8B1"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1965-1969</w:t>
            </w:r>
          </w:p>
        </w:tc>
        <w:tc>
          <w:tcPr>
            <w:tcW w:w="1265" w:type="dxa"/>
            <w:tcBorders>
              <w:top w:val="nil"/>
              <w:left w:val="nil"/>
              <w:bottom w:val="single" w:sz="4" w:space="0" w:color="auto"/>
              <w:right w:val="single" w:sz="4" w:space="0" w:color="auto"/>
            </w:tcBorders>
            <w:shd w:val="clear" w:color="auto" w:fill="auto"/>
            <w:noWrap/>
            <w:vAlign w:val="center"/>
            <w:hideMark/>
          </w:tcPr>
          <w:p w14:paraId="57141FAB"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-0.176</w:t>
            </w:r>
          </w:p>
        </w:tc>
        <w:tc>
          <w:tcPr>
            <w:tcW w:w="1265" w:type="dxa"/>
            <w:tcBorders>
              <w:top w:val="nil"/>
              <w:left w:val="nil"/>
              <w:bottom w:val="single" w:sz="4" w:space="0" w:color="auto"/>
              <w:right w:val="single" w:sz="4" w:space="0" w:color="auto"/>
            </w:tcBorders>
            <w:shd w:val="clear" w:color="auto" w:fill="auto"/>
            <w:noWrap/>
            <w:vAlign w:val="center"/>
            <w:hideMark/>
          </w:tcPr>
          <w:p w14:paraId="3A0FC19B"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1265" w:type="dxa"/>
            <w:tcBorders>
              <w:top w:val="nil"/>
              <w:left w:val="nil"/>
              <w:bottom w:val="single" w:sz="4" w:space="0" w:color="auto"/>
              <w:right w:val="single" w:sz="4" w:space="0" w:color="auto"/>
            </w:tcBorders>
            <w:shd w:val="clear" w:color="auto" w:fill="auto"/>
            <w:noWrap/>
            <w:vAlign w:val="center"/>
            <w:hideMark/>
          </w:tcPr>
          <w:p w14:paraId="09833306"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0.064</w:t>
            </w:r>
          </w:p>
        </w:tc>
        <w:tc>
          <w:tcPr>
            <w:tcW w:w="1265" w:type="dxa"/>
            <w:tcBorders>
              <w:top w:val="nil"/>
              <w:left w:val="nil"/>
              <w:bottom w:val="single" w:sz="4" w:space="0" w:color="auto"/>
              <w:right w:val="single" w:sz="4" w:space="0" w:color="auto"/>
            </w:tcBorders>
            <w:shd w:val="clear" w:color="auto" w:fill="auto"/>
            <w:noWrap/>
            <w:vAlign w:val="center"/>
            <w:hideMark/>
          </w:tcPr>
          <w:p w14:paraId="09492D3F"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0.014</w:t>
            </w:r>
          </w:p>
        </w:tc>
        <w:tc>
          <w:tcPr>
            <w:tcW w:w="1265" w:type="dxa"/>
            <w:tcBorders>
              <w:top w:val="nil"/>
              <w:left w:val="nil"/>
              <w:bottom w:val="single" w:sz="4" w:space="0" w:color="auto"/>
              <w:right w:val="single" w:sz="4" w:space="0" w:color="auto"/>
            </w:tcBorders>
            <w:shd w:val="clear" w:color="auto" w:fill="auto"/>
            <w:noWrap/>
            <w:vAlign w:val="center"/>
            <w:hideMark/>
          </w:tcPr>
          <w:p w14:paraId="575988FA"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20E8B66A"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0.039</w:t>
            </w:r>
          </w:p>
        </w:tc>
      </w:tr>
      <w:tr w:rsidR="00132970" w:rsidRPr="00546614" w14:paraId="1EB5E4D7" w14:textId="77777777" w:rsidTr="00D50014">
        <w:trPr>
          <w:trHeight w:val="209"/>
          <w:jc w:val="center"/>
        </w:trPr>
        <w:tc>
          <w:tcPr>
            <w:tcW w:w="3816" w:type="dxa"/>
            <w:vMerge/>
            <w:tcBorders>
              <w:left w:val="single" w:sz="4" w:space="0" w:color="auto"/>
              <w:right w:val="single" w:sz="4" w:space="0" w:color="auto"/>
            </w:tcBorders>
            <w:shd w:val="clear" w:color="auto" w:fill="auto"/>
            <w:noWrap/>
            <w:vAlign w:val="center"/>
            <w:hideMark/>
          </w:tcPr>
          <w:p w14:paraId="23B8E5D9" w14:textId="7BE1D540" w:rsidR="00132970" w:rsidRPr="00546614" w:rsidRDefault="00132970" w:rsidP="00546614">
            <w:pPr>
              <w:spacing w:line="240" w:lineRule="auto"/>
              <w:rPr>
                <w:sz w:val="16"/>
                <w:szCs w:val="28"/>
              </w:rPr>
            </w:pPr>
          </w:p>
        </w:tc>
        <w:tc>
          <w:tcPr>
            <w:tcW w:w="2268" w:type="dxa"/>
            <w:tcBorders>
              <w:top w:val="nil"/>
              <w:left w:val="nil"/>
              <w:bottom w:val="single" w:sz="4" w:space="0" w:color="auto"/>
              <w:right w:val="single" w:sz="4" w:space="0" w:color="auto"/>
            </w:tcBorders>
            <w:shd w:val="clear" w:color="auto" w:fill="auto"/>
            <w:noWrap/>
            <w:vAlign w:val="center"/>
            <w:hideMark/>
          </w:tcPr>
          <w:p w14:paraId="075678D2"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1970-1974</w:t>
            </w:r>
          </w:p>
        </w:tc>
        <w:tc>
          <w:tcPr>
            <w:tcW w:w="1265" w:type="dxa"/>
            <w:tcBorders>
              <w:top w:val="nil"/>
              <w:left w:val="nil"/>
              <w:bottom w:val="single" w:sz="4" w:space="0" w:color="auto"/>
              <w:right w:val="single" w:sz="4" w:space="0" w:color="auto"/>
            </w:tcBorders>
            <w:shd w:val="clear" w:color="auto" w:fill="auto"/>
            <w:noWrap/>
            <w:vAlign w:val="center"/>
            <w:hideMark/>
          </w:tcPr>
          <w:p w14:paraId="1B65D29A"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-0.214</w:t>
            </w:r>
          </w:p>
        </w:tc>
        <w:tc>
          <w:tcPr>
            <w:tcW w:w="1265" w:type="dxa"/>
            <w:tcBorders>
              <w:top w:val="nil"/>
              <w:left w:val="nil"/>
              <w:bottom w:val="single" w:sz="4" w:space="0" w:color="auto"/>
              <w:right w:val="single" w:sz="4" w:space="0" w:color="auto"/>
            </w:tcBorders>
            <w:shd w:val="clear" w:color="auto" w:fill="auto"/>
            <w:noWrap/>
            <w:vAlign w:val="center"/>
            <w:hideMark/>
          </w:tcPr>
          <w:p w14:paraId="2C4D2E45"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1265" w:type="dxa"/>
            <w:tcBorders>
              <w:top w:val="nil"/>
              <w:left w:val="nil"/>
              <w:bottom w:val="single" w:sz="4" w:space="0" w:color="auto"/>
              <w:right w:val="single" w:sz="4" w:space="0" w:color="auto"/>
            </w:tcBorders>
            <w:shd w:val="clear" w:color="auto" w:fill="auto"/>
            <w:noWrap/>
            <w:vAlign w:val="center"/>
            <w:hideMark/>
          </w:tcPr>
          <w:p w14:paraId="27F4DC1E"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0.064</w:t>
            </w:r>
          </w:p>
        </w:tc>
        <w:tc>
          <w:tcPr>
            <w:tcW w:w="1265" w:type="dxa"/>
            <w:tcBorders>
              <w:top w:val="nil"/>
              <w:left w:val="nil"/>
              <w:bottom w:val="single" w:sz="4" w:space="0" w:color="auto"/>
              <w:right w:val="single" w:sz="4" w:space="0" w:color="auto"/>
            </w:tcBorders>
            <w:shd w:val="clear" w:color="auto" w:fill="auto"/>
            <w:noWrap/>
            <w:vAlign w:val="center"/>
            <w:hideMark/>
          </w:tcPr>
          <w:p w14:paraId="77AD3693"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-0.032</w:t>
            </w:r>
          </w:p>
        </w:tc>
        <w:tc>
          <w:tcPr>
            <w:tcW w:w="1265" w:type="dxa"/>
            <w:tcBorders>
              <w:top w:val="nil"/>
              <w:left w:val="nil"/>
              <w:bottom w:val="single" w:sz="4" w:space="0" w:color="auto"/>
              <w:right w:val="single" w:sz="4" w:space="0" w:color="auto"/>
            </w:tcBorders>
            <w:shd w:val="clear" w:color="auto" w:fill="auto"/>
            <w:noWrap/>
            <w:vAlign w:val="center"/>
            <w:hideMark/>
          </w:tcPr>
          <w:p w14:paraId="4B1390C6"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48A5E102"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0.040</w:t>
            </w:r>
          </w:p>
        </w:tc>
      </w:tr>
      <w:tr w:rsidR="00132970" w:rsidRPr="00546614" w14:paraId="4AA01E8F" w14:textId="77777777" w:rsidTr="00546614">
        <w:trPr>
          <w:trHeight w:val="209"/>
          <w:jc w:val="center"/>
        </w:trPr>
        <w:tc>
          <w:tcPr>
            <w:tcW w:w="3816" w:type="dxa"/>
            <w:vMerge/>
            <w:tcBorders>
              <w:left w:val="single" w:sz="4" w:space="0" w:color="auto"/>
              <w:bottom w:val="single" w:sz="4" w:space="0" w:color="auto"/>
              <w:right w:val="single" w:sz="4" w:space="0" w:color="auto"/>
            </w:tcBorders>
            <w:shd w:val="clear" w:color="auto" w:fill="auto"/>
            <w:noWrap/>
            <w:vAlign w:val="center"/>
            <w:hideMark/>
          </w:tcPr>
          <w:p w14:paraId="4318E126" w14:textId="77777777" w:rsidR="00132970" w:rsidRPr="00546614" w:rsidRDefault="00132970" w:rsidP="00546614">
            <w:pPr>
              <w:spacing w:line="240" w:lineRule="auto"/>
              <w:rPr>
                <w:rFonts w:eastAsia="맑은 고딕" w:cs="Times New Roman"/>
                <w:color w:val="000000"/>
                <w:sz w:val="16"/>
                <w:szCs w:val="28"/>
              </w:rPr>
            </w:pPr>
          </w:p>
        </w:tc>
        <w:tc>
          <w:tcPr>
            <w:tcW w:w="2268" w:type="dxa"/>
            <w:tcBorders>
              <w:top w:val="nil"/>
              <w:left w:val="nil"/>
              <w:bottom w:val="single" w:sz="4" w:space="0" w:color="auto"/>
              <w:right w:val="single" w:sz="4" w:space="0" w:color="auto"/>
            </w:tcBorders>
            <w:shd w:val="clear" w:color="auto" w:fill="auto"/>
            <w:noWrap/>
            <w:vAlign w:val="center"/>
            <w:hideMark/>
          </w:tcPr>
          <w:p w14:paraId="2C824EDD"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1975-1979</w:t>
            </w:r>
          </w:p>
        </w:tc>
        <w:tc>
          <w:tcPr>
            <w:tcW w:w="1265" w:type="dxa"/>
            <w:tcBorders>
              <w:top w:val="nil"/>
              <w:left w:val="nil"/>
              <w:bottom w:val="single" w:sz="4" w:space="0" w:color="auto"/>
              <w:right w:val="single" w:sz="4" w:space="0" w:color="auto"/>
            </w:tcBorders>
            <w:shd w:val="clear" w:color="auto" w:fill="auto"/>
            <w:noWrap/>
            <w:vAlign w:val="center"/>
            <w:hideMark/>
          </w:tcPr>
          <w:p w14:paraId="1E1848E2"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-0.257</w:t>
            </w:r>
          </w:p>
        </w:tc>
        <w:tc>
          <w:tcPr>
            <w:tcW w:w="1265" w:type="dxa"/>
            <w:tcBorders>
              <w:top w:val="nil"/>
              <w:left w:val="nil"/>
              <w:bottom w:val="single" w:sz="4" w:space="0" w:color="auto"/>
              <w:right w:val="single" w:sz="4" w:space="0" w:color="auto"/>
            </w:tcBorders>
            <w:shd w:val="clear" w:color="auto" w:fill="auto"/>
            <w:noWrap/>
            <w:vAlign w:val="center"/>
            <w:hideMark/>
          </w:tcPr>
          <w:p w14:paraId="24B0BC5A"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1265" w:type="dxa"/>
            <w:tcBorders>
              <w:top w:val="nil"/>
              <w:left w:val="nil"/>
              <w:bottom w:val="single" w:sz="4" w:space="0" w:color="auto"/>
              <w:right w:val="single" w:sz="4" w:space="0" w:color="auto"/>
            </w:tcBorders>
            <w:shd w:val="clear" w:color="auto" w:fill="auto"/>
            <w:noWrap/>
            <w:vAlign w:val="center"/>
            <w:hideMark/>
          </w:tcPr>
          <w:p w14:paraId="2B368FA7"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0.066</w:t>
            </w:r>
          </w:p>
        </w:tc>
        <w:tc>
          <w:tcPr>
            <w:tcW w:w="1265" w:type="dxa"/>
            <w:tcBorders>
              <w:top w:val="nil"/>
              <w:left w:val="nil"/>
              <w:bottom w:val="single" w:sz="4" w:space="0" w:color="auto"/>
              <w:right w:val="single" w:sz="4" w:space="0" w:color="auto"/>
            </w:tcBorders>
            <w:shd w:val="clear" w:color="auto" w:fill="auto"/>
            <w:noWrap/>
            <w:vAlign w:val="center"/>
            <w:hideMark/>
          </w:tcPr>
          <w:p w14:paraId="6731D408"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-0.024</w:t>
            </w:r>
          </w:p>
        </w:tc>
        <w:tc>
          <w:tcPr>
            <w:tcW w:w="1265" w:type="dxa"/>
            <w:tcBorders>
              <w:top w:val="nil"/>
              <w:left w:val="nil"/>
              <w:bottom w:val="single" w:sz="4" w:space="0" w:color="auto"/>
              <w:right w:val="single" w:sz="4" w:space="0" w:color="auto"/>
            </w:tcBorders>
            <w:shd w:val="clear" w:color="auto" w:fill="auto"/>
            <w:noWrap/>
            <w:vAlign w:val="center"/>
            <w:hideMark/>
          </w:tcPr>
          <w:p w14:paraId="7DA012FD"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01057D2F"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0.043</w:t>
            </w:r>
          </w:p>
        </w:tc>
      </w:tr>
      <w:tr w:rsidR="00132970" w:rsidRPr="00546614" w14:paraId="7B1C5D04" w14:textId="77777777" w:rsidTr="00546614">
        <w:trPr>
          <w:trHeight w:val="209"/>
          <w:jc w:val="center"/>
        </w:trPr>
        <w:tc>
          <w:tcPr>
            <w:tcW w:w="3816" w:type="dxa"/>
            <w:vMerge w:val="restart"/>
            <w:tcBorders>
              <w:top w:val="nil"/>
              <w:left w:val="single" w:sz="4" w:space="0" w:color="auto"/>
              <w:right w:val="single" w:sz="4" w:space="0" w:color="auto"/>
            </w:tcBorders>
            <w:shd w:val="clear" w:color="auto" w:fill="auto"/>
            <w:noWrap/>
            <w:vAlign w:val="center"/>
            <w:hideMark/>
          </w:tcPr>
          <w:p w14:paraId="7BC12D69" w14:textId="778AC99F" w:rsidR="00132970" w:rsidRPr="00546614" w:rsidRDefault="00132970" w:rsidP="00546614">
            <w:pPr>
              <w:spacing w:line="240" w:lineRule="auto"/>
              <w:rPr>
                <w:sz w:val="16"/>
                <w:szCs w:val="28"/>
              </w:rPr>
            </w:pPr>
            <w:r>
              <w:rPr>
                <w:rFonts w:ascii="Arial" w:eastAsia="Arial" w:hAnsi="Arial"/>
                <w:sz w:val="16"/>
                <w:szCs w:val="28"/>
              </w:rPr>
              <w:t>Gen M</w:t>
            </w:r>
          </w:p>
        </w:tc>
        <w:tc>
          <w:tcPr>
            <w:tcW w:w="2268" w:type="dxa"/>
            <w:tcBorders>
              <w:top w:val="nil"/>
              <w:left w:val="nil"/>
              <w:bottom w:val="single" w:sz="4" w:space="0" w:color="auto"/>
              <w:right w:val="single" w:sz="4" w:space="0" w:color="auto"/>
            </w:tcBorders>
            <w:shd w:val="clear" w:color="auto" w:fill="auto"/>
            <w:noWrap/>
            <w:vAlign w:val="center"/>
            <w:hideMark/>
          </w:tcPr>
          <w:p w14:paraId="3CF81C2A"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1980-1984</w:t>
            </w:r>
          </w:p>
        </w:tc>
        <w:tc>
          <w:tcPr>
            <w:tcW w:w="1265" w:type="dxa"/>
            <w:tcBorders>
              <w:top w:val="nil"/>
              <w:left w:val="nil"/>
              <w:bottom w:val="single" w:sz="4" w:space="0" w:color="auto"/>
              <w:right w:val="single" w:sz="4" w:space="0" w:color="auto"/>
            </w:tcBorders>
            <w:shd w:val="clear" w:color="auto" w:fill="auto"/>
            <w:noWrap/>
            <w:vAlign w:val="center"/>
            <w:hideMark/>
          </w:tcPr>
          <w:p w14:paraId="155D5D63"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-0.248</w:t>
            </w:r>
          </w:p>
        </w:tc>
        <w:tc>
          <w:tcPr>
            <w:tcW w:w="1265" w:type="dxa"/>
            <w:tcBorders>
              <w:top w:val="nil"/>
              <w:left w:val="nil"/>
              <w:bottom w:val="single" w:sz="4" w:space="0" w:color="auto"/>
              <w:right w:val="single" w:sz="4" w:space="0" w:color="auto"/>
            </w:tcBorders>
            <w:shd w:val="clear" w:color="auto" w:fill="auto"/>
            <w:noWrap/>
            <w:vAlign w:val="center"/>
            <w:hideMark/>
          </w:tcPr>
          <w:p w14:paraId="39D4688C"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1265" w:type="dxa"/>
            <w:tcBorders>
              <w:top w:val="nil"/>
              <w:left w:val="nil"/>
              <w:bottom w:val="single" w:sz="4" w:space="0" w:color="auto"/>
              <w:right w:val="single" w:sz="4" w:space="0" w:color="auto"/>
            </w:tcBorders>
            <w:shd w:val="clear" w:color="auto" w:fill="auto"/>
            <w:noWrap/>
            <w:vAlign w:val="center"/>
            <w:hideMark/>
          </w:tcPr>
          <w:p w14:paraId="24BB8493"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0.069</w:t>
            </w:r>
          </w:p>
        </w:tc>
        <w:tc>
          <w:tcPr>
            <w:tcW w:w="1265" w:type="dxa"/>
            <w:tcBorders>
              <w:top w:val="nil"/>
              <w:left w:val="nil"/>
              <w:bottom w:val="single" w:sz="4" w:space="0" w:color="auto"/>
              <w:right w:val="single" w:sz="4" w:space="0" w:color="auto"/>
            </w:tcBorders>
            <w:shd w:val="clear" w:color="auto" w:fill="auto"/>
            <w:noWrap/>
            <w:vAlign w:val="center"/>
            <w:hideMark/>
          </w:tcPr>
          <w:p w14:paraId="48D9BA58"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-0.087</w:t>
            </w:r>
          </w:p>
        </w:tc>
        <w:tc>
          <w:tcPr>
            <w:tcW w:w="1265" w:type="dxa"/>
            <w:tcBorders>
              <w:top w:val="nil"/>
              <w:left w:val="nil"/>
              <w:bottom w:val="single" w:sz="4" w:space="0" w:color="auto"/>
              <w:right w:val="single" w:sz="4" w:space="0" w:color="auto"/>
            </w:tcBorders>
            <w:shd w:val="clear" w:color="auto" w:fill="auto"/>
            <w:noWrap/>
            <w:vAlign w:val="center"/>
            <w:hideMark/>
          </w:tcPr>
          <w:p w14:paraId="63CE8B9F"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1265" w:type="dxa"/>
            <w:tcBorders>
              <w:top w:val="nil"/>
              <w:left w:val="nil"/>
              <w:bottom w:val="single" w:sz="4" w:space="0" w:color="auto"/>
              <w:right w:val="single" w:sz="4" w:space="0" w:color="auto"/>
            </w:tcBorders>
            <w:shd w:val="clear" w:color="auto" w:fill="auto"/>
            <w:noWrap/>
            <w:vAlign w:val="center"/>
            <w:hideMark/>
          </w:tcPr>
          <w:p w14:paraId="05CF41CF"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0.045</w:t>
            </w:r>
          </w:p>
        </w:tc>
      </w:tr>
      <w:tr w:rsidR="00132970" w:rsidRPr="00546614" w14:paraId="5DF2AEA0" w14:textId="77777777" w:rsidTr="00EF6E02">
        <w:trPr>
          <w:trHeight w:val="209"/>
          <w:jc w:val="center"/>
        </w:trPr>
        <w:tc>
          <w:tcPr>
            <w:tcW w:w="3816" w:type="dxa"/>
            <w:vMerge/>
            <w:tcBorders>
              <w:left w:val="single" w:sz="4" w:space="0" w:color="auto"/>
              <w:right w:val="single" w:sz="4" w:space="0" w:color="auto"/>
            </w:tcBorders>
            <w:shd w:val="clear" w:color="auto" w:fill="auto"/>
            <w:noWrap/>
            <w:vAlign w:val="center"/>
            <w:hideMark/>
          </w:tcPr>
          <w:p w14:paraId="0A2952D9" w14:textId="77777777" w:rsidR="00132970" w:rsidRPr="00546614" w:rsidRDefault="00132970" w:rsidP="00546614">
            <w:pPr>
              <w:spacing w:line="240" w:lineRule="auto"/>
              <w:rPr>
                <w:rFonts w:eastAsia="맑은 고딕" w:cs="Times New Roman"/>
                <w:color w:val="000000"/>
                <w:sz w:val="16"/>
                <w:szCs w:val="28"/>
              </w:rPr>
            </w:pPr>
          </w:p>
        </w:tc>
        <w:tc>
          <w:tcPr>
            <w:tcW w:w="2268" w:type="dxa"/>
            <w:tcBorders>
              <w:top w:val="nil"/>
              <w:left w:val="nil"/>
              <w:bottom w:val="single" w:sz="4" w:space="0" w:color="auto"/>
              <w:right w:val="single" w:sz="4" w:space="0" w:color="auto"/>
            </w:tcBorders>
            <w:shd w:val="clear" w:color="auto" w:fill="auto"/>
            <w:noWrap/>
            <w:vAlign w:val="center"/>
            <w:hideMark/>
          </w:tcPr>
          <w:p w14:paraId="6E5C13FD"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1985-1989</w:t>
            </w:r>
          </w:p>
        </w:tc>
        <w:tc>
          <w:tcPr>
            <w:tcW w:w="1265" w:type="dxa"/>
            <w:tcBorders>
              <w:top w:val="nil"/>
              <w:left w:val="nil"/>
              <w:bottom w:val="single" w:sz="4" w:space="0" w:color="auto"/>
              <w:right w:val="single" w:sz="4" w:space="0" w:color="auto"/>
            </w:tcBorders>
            <w:shd w:val="clear" w:color="auto" w:fill="auto"/>
            <w:noWrap/>
            <w:vAlign w:val="center"/>
            <w:hideMark/>
          </w:tcPr>
          <w:p w14:paraId="5D77C3D9"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-0.175</w:t>
            </w:r>
          </w:p>
        </w:tc>
        <w:tc>
          <w:tcPr>
            <w:tcW w:w="1265" w:type="dxa"/>
            <w:tcBorders>
              <w:top w:val="nil"/>
              <w:left w:val="nil"/>
              <w:bottom w:val="single" w:sz="4" w:space="0" w:color="auto"/>
              <w:right w:val="single" w:sz="4" w:space="0" w:color="auto"/>
            </w:tcBorders>
            <w:shd w:val="clear" w:color="auto" w:fill="auto"/>
            <w:noWrap/>
            <w:vAlign w:val="center"/>
            <w:hideMark/>
          </w:tcPr>
          <w:p w14:paraId="56A14E3F"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1265" w:type="dxa"/>
            <w:tcBorders>
              <w:top w:val="nil"/>
              <w:left w:val="nil"/>
              <w:bottom w:val="single" w:sz="4" w:space="0" w:color="auto"/>
              <w:right w:val="single" w:sz="4" w:space="0" w:color="auto"/>
            </w:tcBorders>
            <w:shd w:val="clear" w:color="auto" w:fill="auto"/>
            <w:noWrap/>
            <w:vAlign w:val="center"/>
            <w:hideMark/>
          </w:tcPr>
          <w:p w14:paraId="0543AEBE"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0.078</w:t>
            </w:r>
          </w:p>
        </w:tc>
        <w:tc>
          <w:tcPr>
            <w:tcW w:w="1265" w:type="dxa"/>
            <w:tcBorders>
              <w:top w:val="nil"/>
              <w:left w:val="nil"/>
              <w:bottom w:val="single" w:sz="4" w:space="0" w:color="auto"/>
              <w:right w:val="single" w:sz="4" w:space="0" w:color="auto"/>
            </w:tcBorders>
            <w:shd w:val="clear" w:color="auto" w:fill="auto"/>
            <w:noWrap/>
            <w:vAlign w:val="center"/>
            <w:hideMark/>
          </w:tcPr>
          <w:p w14:paraId="10935910"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-0.046</w:t>
            </w:r>
          </w:p>
        </w:tc>
        <w:tc>
          <w:tcPr>
            <w:tcW w:w="1265" w:type="dxa"/>
            <w:tcBorders>
              <w:top w:val="nil"/>
              <w:left w:val="nil"/>
              <w:bottom w:val="single" w:sz="4" w:space="0" w:color="auto"/>
              <w:right w:val="single" w:sz="4" w:space="0" w:color="auto"/>
            </w:tcBorders>
            <w:shd w:val="clear" w:color="auto" w:fill="auto"/>
            <w:noWrap/>
            <w:vAlign w:val="center"/>
            <w:hideMark/>
          </w:tcPr>
          <w:p w14:paraId="7FCC6A77"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601D4526"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0.049</w:t>
            </w:r>
          </w:p>
        </w:tc>
      </w:tr>
      <w:tr w:rsidR="00132970" w:rsidRPr="00546614" w14:paraId="2C7D7B58" w14:textId="77777777" w:rsidTr="00EF6E02">
        <w:trPr>
          <w:trHeight w:val="209"/>
          <w:jc w:val="center"/>
        </w:trPr>
        <w:tc>
          <w:tcPr>
            <w:tcW w:w="3816" w:type="dxa"/>
            <w:vMerge/>
            <w:tcBorders>
              <w:left w:val="single" w:sz="4" w:space="0" w:color="auto"/>
              <w:bottom w:val="single" w:sz="4" w:space="0" w:color="auto"/>
              <w:right w:val="single" w:sz="4" w:space="0" w:color="auto"/>
            </w:tcBorders>
            <w:shd w:val="clear" w:color="auto" w:fill="auto"/>
            <w:noWrap/>
            <w:vAlign w:val="center"/>
            <w:hideMark/>
          </w:tcPr>
          <w:p w14:paraId="42221893" w14:textId="13DE0F46" w:rsidR="00132970" w:rsidRPr="00546614" w:rsidRDefault="00132970" w:rsidP="00546614">
            <w:pPr>
              <w:spacing w:line="240" w:lineRule="auto"/>
              <w:rPr>
                <w:sz w:val="16"/>
                <w:szCs w:val="28"/>
              </w:rPr>
            </w:pPr>
          </w:p>
        </w:tc>
        <w:tc>
          <w:tcPr>
            <w:tcW w:w="2268" w:type="dxa"/>
            <w:tcBorders>
              <w:top w:val="nil"/>
              <w:left w:val="nil"/>
              <w:bottom w:val="single" w:sz="4" w:space="0" w:color="auto"/>
              <w:right w:val="single" w:sz="4" w:space="0" w:color="auto"/>
            </w:tcBorders>
            <w:shd w:val="clear" w:color="auto" w:fill="auto"/>
            <w:noWrap/>
            <w:vAlign w:val="center"/>
            <w:hideMark/>
          </w:tcPr>
          <w:p w14:paraId="3115A12F"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1990-1994</w:t>
            </w:r>
          </w:p>
        </w:tc>
        <w:tc>
          <w:tcPr>
            <w:tcW w:w="1265" w:type="dxa"/>
            <w:tcBorders>
              <w:top w:val="nil"/>
              <w:left w:val="nil"/>
              <w:bottom w:val="single" w:sz="4" w:space="0" w:color="auto"/>
              <w:right w:val="single" w:sz="4" w:space="0" w:color="auto"/>
            </w:tcBorders>
            <w:shd w:val="clear" w:color="auto" w:fill="auto"/>
            <w:noWrap/>
            <w:vAlign w:val="center"/>
            <w:hideMark/>
          </w:tcPr>
          <w:p w14:paraId="25D5637D"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0.238</w:t>
            </w:r>
          </w:p>
        </w:tc>
        <w:tc>
          <w:tcPr>
            <w:tcW w:w="1265" w:type="dxa"/>
            <w:tcBorders>
              <w:top w:val="nil"/>
              <w:left w:val="nil"/>
              <w:bottom w:val="single" w:sz="4" w:space="0" w:color="auto"/>
              <w:right w:val="single" w:sz="4" w:space="0" w:color="auto"/>
            </w:tcBorders>
            <w:shd w:val="clear" w:color="auto" w:fill="auto"/>
            <w:noWrap/>
            <w:vAlign w:val="center"/>
            <w:hideMark/>
          </w:tcPr>
          <w:p w14:paraId="06567CF8"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1265" w:type="dxa"/>
            <w:tcBorders>
              <w:top w:val="nil"/>
              <w:left w:val="nil"/>
              <w:bottom w:val="single" w:sz="4" w:space="0" w:color="auto"/>
              <w:right w:val="single" w:sz="4" w:space="0" w:color="auto"/>
            </w:tcBorders>
            <w:shd w:val="clear" w:color="auto" w:fill="auto"/>
            <w:noWrap/>
            <w:vAlign w:val="center"/>
            <w:hideMark/>
          </w:tcPr>
          <w:p w14:paraId="3F04DF4E"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0.082</w:t>
            </w:r>
          </w:p>
        </w:tc>
        <w:tc>
          <w:tcPr>
            <w:tcW w:w="1265" w:type="dxa"/>
            <w:tcBorders>
              <w:top w:val="nil"/>
              <w:left w:val="nil"/>
              <w:bottom w:val="single" w:sz="4" w:space="0" w:color="auto"/>
              <w:right w:val="single" w:sz="4" w:space="0" w:color="auto"/>
            </w:tcBorders>
            <w:shd w:val="clear" w:color="auto" w:fill="auto"/>
            <w:noWrap/>
            <w:vAlign w:val="center"/>
            <w:hideMark/>
          </w:tcPr>
          <w:p w14:paraId="38F7896E"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0.128</w:t>
            </w:r>
          </w:p>
        </w:tc>
        <w:tc>
          <w:tcPr>
            <w:tcW w:w="1265" w:type="dxa"/>
            <w:tcBorders>
              <w:top w:val="nil"/>
              <w:left w:val="nil"/>
              <w:bottom w:val="single" w:sz="4" w:space="0" w:color="auto"/>
              <w:right w:val="single" w:sz="4" w:space="0" w:color="auto"/>
            </w:tcBorders>
            <w:shd w:val="clear" w:color="auto" w:fill="auto"/>
            <w:noWrap/>
            <w:vAlign w:val="center"/>
            <w:hideMark/>
          </w:tcPr>
          <w:p w14:paraId="0B600F7D"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1265" w:type="dxa"/>
            <w:tcBorders>
              <w:top w:val="nil"/>
              <w:left w:val="nil"/>
              <w:bottom w:val="single" w:sz="4" w:space="0" w:color="auto"/>
              <w:right w:val="single" w:sz="4" w:space="0" w:color="auto"/>
            </w:tcBorders>
            <w:shd w:val="clear" w:color="auto" w:fill="auto"/>
            <w:noWrap/>
            <w:vAlign w:val="center"/>
            <w:hideMark/>
          </w:tcPr>
          <w:p w14:paraId="7F3EEFAB"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0.048</w:t>
            </w:r>
          </w:p>
        </w:tc>
      </w:tr>
      <w:tr w:rsidR="00132970" w:rsidRPr="00546614" w14:paraId="5BCF1972" w14:textId="77777777" w:rsidTr="00132970">
        <w:trPr>
          <w:trHeight w:val="209"/>
          <w:jc w:val="center"/>
        </w:trPr>
        <w:tc>
          <w:tcPr>
            <w:tcW w:w="3816" w:type="dxa"/>
            <w:vMerge w:val="restart"/>
            <w:tcBorders>
              <w:top w:val="single" w:sz="4" w:space="0" w:color="auto"/>
              <w:left w:val="single" w:sz="4" w:space="0" w:color="auto"/>
              <w:right w:val="single" w:sz="4" w:space="0" w:color="auto"/>
            </w:tcBorders>
            <w:shd w:val="clear" w:color="auto" w:fill="auto"/>
            <w:noWrap/>
            <w:vAlign w:val="center"/>
            <w:hideMark/>
          </w:tcPr>
          <w:p w14:paraId="64F19B22" w14:textId="48FC9DC3" w:rsidR="00132970" w:rsidRPr="00546614" w:rsidRDefault="00132970" w:rsidP="00546614">
            <w:pPr>
              <w:spacing w:line="240" w:lineRule="auto"/>
              <w:rPr>
                <w:rFonts w:eastAsia="맑은 고딕" w:cs="Times New Roman"/>
                <w:color w:val="000000"/>
                <w:sz w:val="16"/>
                <w:szCs w:val="28"/>
              </w:rPr>
            </w:pPr>
            <w:r>
              <w:rPr>
                <w:rFonts w:ascii="Arial" w:eastAsia="Arial" w:hAnsi="Arial"/>
                <w:sz w:val="16"/>
                <w:szCs w:val="28"/>
              </w:rPr>
              <w:t>Gen Z</w:t>
            </w:r>
          </w:p>
        </w:tc>
        <w:tc>
          <w:tcPr>
            <w:tcW w:w="2268" w:type="dxa"/>
            <w:tcBorders>
              <w:top w:val="nil"/>
              <w:left w:val="nil"/>
              <w:bottom w:val="single" w:sz="4" w:space="0" w:color="auto"/>
              <w:right w:val="single" w:sz="4" w:space="0" w:color="auto"/>
            </w:tcBorders>
            <w:shd w:val="clear" w:color="auto" w:fill="auto"/>
            <w:noWrap/>
            <w:vAlign w:val="center"/>
            <w:hideMark/>
          </w:tcPr>
          <w:p w14:paraId="23D96216"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1995-1999</w:t>
            </w:r>
          </w:p>
        </w:tc>
        <w:tc>
          <w:tcPr>
            <w:tcW w:w="1265" w:type="dxa"/>
            <w:tcBorders>
              <w:top w:val="nil"/>
              <w:left w:val="nil"/>
              <w:bottom w:val="single" w:sz="4" w:space="0" w:color="auto"/>
              <w:right w:val="single" w:sz="4" w:space="0" w:color="auto"/>
            </w:tcBorders>
            <w:shd w:val="clear" w:color="auto" w:fill="auto"/>
            <w:noWrap/>
            <w:vAlign w:val="center"/>
            <w:hideMark/>
          </w:tcPr>
          <w:p w14:paraId="6594ADB2"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0.388</w:t>
            </w:r>
          </w:p>
        </w:tc>
        <w:tc>
          <w:tcPr>
            <w:tcW w:w="1265" w:type="dxa"/>
            <w:tcBorders>
              <w:top w:val="nil"/>
              <w:left w:val="nil"/>
              <w:bottom w:val="single" w:sz="4" w:space="0" w:color="auto"/>
              <w:right w:val="single" w:sz="4" w:space="0" w:color="auto"/>
            </w:tcBorders>
            <w:shd w:val="clear" w:color="auto" w:fill="auto"/>
            <w:noWrap/>
            <w:vAlign w:val="center"/>
            <w:hideMark/>
          </w:tcPr>
          <w:p w14:paraId="13D87F5A"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w:t>
            </w:r>
          </w:p>
        </w:tc>
        <w:tc>
          <w:tcPr>
            <w:tcW w:w="1265" w:type="dxa"/>
            <w:tcBorders>
              <w:top w:val="nil"/>
              <w:left w:val="nil"/>
              <w:bottom w:val="single" w:sz="4" w:space="0" w:color="auto"/>
              <w:right w:val="single" w:sz="4" w:space="0" w:color="auto"/>
            </w:tcBorders>
            <w:shd w:val="clear" w:color="auto" w:fill="auto"/>
            <w:noWrap/>
            <w:vAlign w:val="center"/>
            <w:hideMark/>
          </w:tcPr>
          <w:p w14:paraId="739A5292"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0.114</w:t>
            </w:r>
          </w:p>
        </w:tc>
        <w:tc>
          <w:tcPr>
            <w:tcW w:w="1265" w:type="dxa"/>
            <w:tcBorders>
              <w:top w:val="nil"/>
              <w:left w:val="nil"/>
              <w:bottom w:val="single" w:sz="4" w:space="0" w:color="auto"/>
              <w:right w:val="single" w:sz="4" w:space="0" w:color="auto"/>
            </w:tcBorders>
            <w:shd w:val="clear" w:color="auto" w:fill="auto"/>
            <w:noWrap/>
            <w:vAlign w:val="center"/>
            <w:hideMark/>
          </w:tcPr>
          <w:p w14:paraId="025E91B2"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0.016</w:t>
            </w:r>
          </w:p>
        </w:tc>
        <w:tc>
          <w:tcPr>
            <w:tcW w:w="1265" w:type="dxa"/>
            <w:tcBorders>
              <w:top w:val="nil"/>
              <w:left w:val="nil"/>
              <w:bottom w:val="single" w:sz="4" w:space="0" w:color="auto"/>
              <w:right w:val="single" w:sz="4" w:space="0" w:color="auto"/>
            </w:tcBorders>
            <w:shd w:val="clear" w:color="auto" w:fill="auto"/>
            <w:noWrap/>
            <w:vAlign w:val="center"/>
            <w:hideMark/>
          </w:tcPr>
          <w:p w14:paraId="01080773"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2C127995"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0.052</w:t>
            </w:r>
          </w:p>
        </w:tc>
      </w:tr>
      <w:tr w:rsidR="00132970" w:rsidRPr="00546614" w14:paraId="37986F19" w14:textId="77777777" w:rsidTr="00546614">
        <w:trPr>
          <w:trHeight w:val="209"/>
          <w:jc w:val="center"/>
        </w:trPr>
        <w:tc>
          <w:tcPr>
            <w:tcW w:w="3816" w:type="dxa"/>
            <w:vMerge/>
            <w:tcBorders>
              <w:left w:val="single" w:sz="4" w:space="0" w:color="auto"/>
              <w:bottom w:val="single" w:sz="4" w:space="0" w:color="auto"/>
              <w:right w:val="single" w:sz="4" w:space="0" w:color="auto"/>
            </w:tcBorders>
            <w:shd w:val="clear" w:color="auto" w:fill="auto"/>
            <w:noWrap/>
            <w:vAlign w:val="center"/>
            <w:hideMark/>
          </w:tcPr>
          <w:p w14:paraId="33100CAF" w14:textId="77777777" w:rsidR="00132970" w:rsidRPr="00546614" w:rsidRDefault="00132970" w:rsidP="00546614">
            <w:pPr>
              <w:spacing w:line="240" w:lineRule="auto"/>
              <w:rPr>
                <w:rFonts w:eastAsia="맑은 고딕" w:cs="Times New Roman"/>
                <w:color w:val="000000"/>
                <w:sz w:val="16"/>
                <w:szCs w:val="28"/>
              </w:rPr>
            </w:pPr>
          </w:p>
        </w:tc>
        <w:tc>
          <w:tcPr>
            <w:tcW w:w="2268" w:type="dxa"/>
            <w:tcBorders>
              <w:top w:val="nil"/>
              <w:left w:val="nil"/>
              <w:bottom w:val="single" w:sz="4" w:space="0" w:color="auto"/>
              <w:right w:val="single" w:sz="4" w:space="0" w:color="auto"/>
            </w:tcBorders>
            <w:shd w:val="clear" w:color="auto" w:fill="auto"/>
            <w:noWrap/>
            <w:vAlign w:val="center"/>
            <w:hideMark/>
          </w:tcPr>
          <w:p w14:paraId="09C364B4"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2000-2004</w:t>
            </w:r>
          </w:p>
        </w:tc>
        <w:tc>
          <w:tcPr>
            <w:tcW w:w="1265" w:type="dxa"/>
            <w:tcBorders>
              <w:top w:val="nil"/>
              <w:left w:val="nil"/>
              <w:bottom w:val="single" w:sz="4" w:space="0" w:color="auto"/>
              <w:right w:val="single" w:sz="4" w:space="0" w:color="auto"/>
            </w:tcBorders>
            <w:shd w:val="clear" w:color="auto" w:fill="auto"/>
            <w:noWrap/>
            <w:vAlign w:val="center"/>
            <w:hideMark/>
          </w:tcPr>
          <w:p w14:paraId="27FAF9AD"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-0.006</w:t>
            </w:r>
          </w:p>
        </w:tc>
        <w:tc>
          <w:tcPr>
            <w:tcW w:w="1265" w:type="dxa"/>
            <w:tcBorders>
              <w:top w:val="nil"/>
              <w:left w:val="nil"/>
              <w:bottom w:val="single" w:sz="4" w:space="0" w:color="auto"/>
              <w:right w:val="single" w:sz="4" w:space="0" w:color="auto"/>
            </w:tcBorders>
            <w:shd w:val="clear" w:color="auto" w:fill="auto"/>
            <w:noWrap/>
            <w:vAlign w:val="center"/>
            <w:hideMark/>
          </w:tcPr>
          <w:p w14:paraId="624922BC"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2AC66BAD"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0.236</w:t>
            </w:r>
          </w:p>
        </w:tc>
        <w:tc>
          <w:tcPr>
            <w:tcW w:w="1265" w:type="dxa"/>
            <w:tcBorders>
              <w:top w:val="nil"/>
              <w:left w:val="nil"/>
              <w:bottom w:val="single" w:sz="4" w:space="0" w:color="auto"/>
              <w:right w:val="single" w:sz="4" w:space="0" w:color="auto"/>
            </w:tcBorders>
            <w:shd w:val="clear" w:color="auto" w:fill="auto"/>
            <w:noWrap/>
            <w:vAlign w:val="center"/>
            <w:hideMark/>
          </w:tcPr>
          <w:p w14:paraId="191D9C79"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-0.014</w:t>
            </w:r>
          </w:p>
        </w:tc>
        <w:tc>
          <w:tcPr>
            <w:tcW w:w="1265" w:type="dxa"/>
            <w:tcBorders>
              <w:top w:val="nil"/>
              <w:left w:val="nil"/>
              <w:bottom w:val="single" w:sz="4" w:space="0" w:color="auto"/>
              <w:right w:val="single" w:sz="4" w:space="0" w:color="auto"/>
            </w:tcBorders>
            <w:shd w:val="clear" w:color="auto" w:fill="auto"/>
            <w:noWrap/>
            <w:vAlign w:val="center"/>
            <w:hideMark/>
          </w:tcPr>
          <w:p w14:paraId="20089285" w14:textId="77777777" w:rsidR="00132970" w:rsidRPr="00546614" w:rsidRDefault="00132970"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03E9B384" w14:textId="77777777" w:rsidR="00132970" w:rsidRPr="00546614" w:rsidRDefault="00132970"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0.069</w:t>
            </w:r>
          </w:p>
        </w:tc>
      </w:tr>
      <w:tr w:rsidR="00546614" w:rsidRPr="00546614" w14:paraId="23D201E3" w14:textId="77777777" w:rsidTr="00546614">
        <w:trPr>
          <w:trHeight w:val="209"/>
          <w:jc w:val="center"/>
        </w:trPr>
        <w:tc>
          <w:tcPr>
            <w:tcW w:w="3816" w:type="dxa"/>
            <w:tcBorders>
              <w:top w:val="nil"/>
              <w:left w:val="single" w:sz="4" w:space="0" w:color="auto"/>
              <w:bottom w:val="single" w:sz="4" w:space="0" w:color="auto"/>
              <w:right w:val="single" w:sz="4" w:space="0" w:color="auto"/>
            </w:tcBorders>
            <w:shd w:val="clear" w:color="auto" w:fill="auto"/>
            <w:noWrap/>
            <w:vAlign w:val="center"/>
            <w:hideMark/>
          </w:tcPr>
          <w:p w14:paraId="6DEAE8FF" w14:textId="77777777" w:rsidR="00546614" w:rsidRPr="00546614" w:rsidRDefault="00546614" w:rsidP="00546614">
            <w:pPr>
              <w:spacing w:line="240" w:lineRule="auto"/>
              <w:rPr>
                <w:sz w:val="16"/>
                <w:szCs w:val="28"/>
              </w:rPr>
            </w:pPr>
            <w:r>
              <w:rPr>
                <w:rFonts w:ascii="Arial" w:eastAsia="Arial" w:hAnsi="Arial"/>
                <w:b/>
                <w:sz w:val="16"/>
                <w:szCs w:val="28"/>
              </w:rPr>
              <w:t>Variance components</w:t>
            </w:r>
          </w:p>
        </w:tc>
        <w:tc>
          <w:tcPr>
            <w:tcW w:w="2268" w:type="dxa"/>
            <w:tcBorders>
              <w:top w:val="nil"/>
              <w:left w:val="nil"/>
              <w:bottom w:val="single" w:sz="4" w:space="0" w:color="auto"/>
              <w:right w:val="single" w:sz="4" w:space="0" w:color="auto"/>
            </w:tcBorders>
            <w:shd w:val="clear" w:color="auto" w:fill="auto"/>
            <w:noWrap/>
            <w:vAlign w:val="center"/>
            <w:hideMark/>
          </w:tcPr>
          <w:p w14:paraId="67F97373"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b/>
                <w:color w:val="000000"/>
                <w:sz w:val="16"/>
                <w:szCs w:val="28"/>
              </w:rPr>
              <w:t xml:space="preserve">　</w:t>
            </w:r>
          </w:p>
        </w:tc>
        <w:tc>
          <w:tcPr>
            <w:tcW w:w="1265" w:type="dxa"/>
            <w:tcBorders>
              <w:top w:val="nil"/>
              <w:left w:val="nil"/>
              <w:bottom w:val="single" w:sz="4" w:space="0" w:color="auto"/>
              <w:right w:val="single" w:sz="4" w:space="0" w:color="auto"/>
            </w:tcBorders>
            <w:shd w:val="clear" w:color="auto" w:fill="auto"/>
            <w:noWrap/>
            <w:vAlign w:val="center"/>
            <w:hideMark/>
          </w:tcPr>
          <w:p w14:paraId="67CEE382" w14:textId="77777777" w:rsidR="00546614" w:rsidRPr="00546614" w:rsidRDefault="00546614" w:rsidP="00546614">
            <w:pPr>
              <w:spacing w:line="240" w:lineRule="auto"/>
              <w:jc w:val="center"/>
              <w:rPr>
                <w:rFonts w:eastAsia="맑은 고딕" w:cs="Times New Roman"/>
                <w:b/>
                <w:color w:val="000000"/>
                <w:sz w:val="16"/>
                <w:szCs w:val="28"/>
              </w:rPr>
            </w:pPr>
            <w:r>
              <w:rPr>
                <w:rFonts w:ascii="Arial" w:eastAsia="Arial" w:hAnsi="Arial" w:cs="Times New Roman"/>
                <w:b/>
                <w:color w:val="000000"/>
                <w:sz w:val="16"/>
                <w:szCs w:val="28"/>
              </w:rPr>
              <w:t>Variance</w:t>
            </w:r>
          </w:p>
        </w:tc>
        <w:tc>
          <w:tcPr>
            <w:tcW w:w="1265" w:type="dxa"/>
            <w:tcBorders>
              <w:top w:val="nil"/>
              <w:left w:val="nil"/>
              <w:bottom w:val="single" w:sz="4" w:space="0" w:color="auto"/>
              <w:right w:val="single" w:sz="4" w:space="0" w:color="auto"/>
            </w:tcBorders>
            <w:shd w:val="clear" w:color="auto" w:fill="auto"/>
            <w:noWrap/>
            <w:vAlign w:val="center"/>
          </w:tcPr>
          <w:p w14:paraId="06FADF2D" w14:textId="77777777" w:rsidR="00546614" w:rsidRPr="00546614" w:rsidRDefault="00546614" w:rsidP="00546614">
            <w:pPr>
              <w:spacing w:line="240" w:lineRule="auto"/>
              <w:jc w:val="center"/>
              <w:rPr>
                <w:rFonts w:eastAsia="맑은 고딕" w:cs="Times New Roman"/>
                <w:b/>
                <w:color w:val="000000"/>
                <w:sz w:val="16"/>
                <w:szCs w:val="28"/>
              </w:rPr>
            </w:pPr>
          </w:p>
        </w:tc>
        <w:tc>
          <w:tcPr>
            <w:tcW w:w="1265" w:type="dxa"/>
            <w:tcBorders>
              <w:top w:val="nil"/>
              <w:left w:val="nil"/>
              <w:bottom w:val="single" w:sz="4" w:space="0" w:color="auto"/>
              <w:right w:val="single" w:sz="4" w:space="0" w:color="auto"/>
            </w:tcBorders>
            <w:shd w:val="clear" w:color="auto" w:fill="auto"/>
            <w:noWrap/>
            <w:vAlign w:val="center"/>
            <w:hideMark/>
          </w:tcPr>
          <w:p w14:paraId="615078DE" w14:textId="77777777" w:rsidR="00546614" w:rsidRPr="00546614" w:rsidRDefault="00546614" w:rsidP="00546614">
            <w:pPr>
              <w:spacing w:line="240" w:lineRule="auto"/>
              <w:jc w:val="center"/>
              <w:rPr>
                <w:rFonts w:eastAsia="맑은 고딕" w:cs="Times New Roman"/>
                <w:b/>
                <w:color w:val="000000"/>
                <w:sz w:val="16"/>
                <w:szCs w:val="28"/>
              </w:rPr>
            </w:pPr>
            <w:r>
              <w:rPr>
                <w:rFonts w:ascii="Arial" w:eastAsia="Arial" w:hAnsi="Arial" w:cs="Times New Roman"/>
                <w:b/>
                <w:color w:val="000000"/>
                <w:sz w:val="16"/>
                <w:szCs w:val="28"/>
              </w:rPr>
              <w:t>S.D.</w:t>
            </w:r>
          </w:p>
        </w:tc>
        <w:tc>
          <w:tcPr>
            <w:tcW w:w="1265" w:type="dxa"/>
            <w:tcBorders>
              <w:top w:val="nil"/>
              <w:left w:val="nil"/>
              <w:bottom w:val="single" w:sz="4" w:space="0" w:color="auto"/>
              <w:right w:val="single" w:sz="4" w:space="0" w:color="auto"/>
            </w:tcBorders>
            <w:shd w:val="clear" w:color="auto" w:fill="auto"/>
            <w:noWrap/>
            <w:vAlign w:val="center"/>
            <w:hideMark/>
          </w:tcPr>
          <w:p w14:paraId="6739CD57" w14:textId="77777777" w:rsidR="00546614" w:rsidRPr="00546614" w:rsidRDefault="00546614" w:rsidP="00546614">
            <w:pPr>
              <w:spacing w:line="240" w:lineRule="auto"/>
              <w:jc w:val="center"/>
              <w:rPr>
                <w:rFonts w:eastAsia="맑은 고딕" w:cs="Times New Roman"/>
                <w:b/>
                <w:color w:val="000000"/>
                <w:sz w:val="16"/>
                <w:szCs w:val="28"/>
              </w:rPr>
            </w:pPr>
            <w:r>
              <w:rPr>
                <w:rFonts w:ascii="Arial" w:eastAsia="Arial" w:hAnsi="Arial" w:cs="Times New Roman"/>
                <w:b/>
                <w:color w:val="000000"/>
                <w:sz w:val="16"/>
                <w:szCs w:val="28"/>
              </w:rPr>
              <w:t>Variance</w:t>
            </w:r>
          </w:p>
        </w:tc>
        <w:tc>
          <w:tcPr>
            <w:tcW w:w="1265" w:type="dxa"/>
            <w:tcBorders>
              <w:top w:val="nil"/>
              <w:left w:val="nil"/>
              <w:bottom w:val="single" w:sz="4" w:space="0" w:color="auto"/>
              <w:right w:val="single" w:sz="4" w:space="0" w:color="auto"/>
            </w:tcBorders>
            <w:shd w:val="clear" w:color="auto" w:fill="auto"/>
            <w:noWrap/>
            <w:vAlign w:val="center"/>
          </w:tcPr>
          <w:p w14:paraId="2F8763A4" w14:textId="77777777" w:rsidR="00546614" w:rsidRPr="00546614" w:rsidRDefault="00546614" w:rsidP="00546614">
            <w:pPr>
              <w:spacing w:line="240" w:lineRule="auto"/>
              <w:jc w:val="center"/>
              <w:rPr>
                <w:rFonts w:eastAsia="맑은 고딕" w:cs="Times New Roman"/>
                <w:b/>
                <w:color w:val="000000"/>
                <w:sz w:val="16"/>
                <w:szCs w:val="28"/>
              </w:rPr>
            </w:pPr>
          </w:p>
        </w:tc>
        <w:tc>
          <w:tcPr>
            <w:tcW w:w="1265" w:type="dxa"/>
            <w:tcBorders>
              <w:top w:val="nil"/>
              <w:left w:val="nil"/>
              <w:bottom w:val="single" w:sz="4" w:space="0" w:color="auto"/>
              <w:right w:val="single" w:sz="4" w:space="0" w:color="auto"/>
            </w:tcBorders>
            <w:shd w:val="clear" w:color="auto" w:fill="auto"/>
            <w:noWrap/>
            <w:vAlign w:val="center"/>
            <w:hideMark/>
          </w:tcPr>
          <w:p w14:paraId="780646AB" w14:textId="77777777" w:rsidR="00546614" w:rsidRPr="00546614" w:rsidRDefault="00546614" w:rsidP="00546614">
            <w:pPr>
              <w:spacing w:line="240" w:lineRule="auto"/>
              <w:jc w:val="center"/>
              <w:rPr>
                <w:rFonts w:eastAsia="맑은 고딕" w:cs="Times New Roman"/>
                <w:b/>
                <w:color w:val="000000"/>
                <w:sz w:val="16"/>
                <w:szCs w:val="28"/>
              </w:rPr>
            </w:pPr>
            <w:r>
              <w:rPr>
                <w:rFonts w:ascii="Arial" w:eastAsia="Arial" w:hAnsi="Arial" w:cs="Times New Roman"/>
                <w:b/>
                <w:color w:val="000000"/>
                <w:sz w:val="16"/>
                <w:szCs w:val="28"/>
              </w:rPr>
              <w:t>S.D.</w:t>
            </w:r>
          </w:p>
        </w:tc>
      </w:tr>
      <w:tr w:rsidR="00546614" w:rsidRPr="00546614" w14:paraId="12D7EA16" w14:textId="77777777" w:rsidTr="00546614">
        <w:trPr>
          <w:trHeight w:val="209"/>
          <w:jc w:val="center"/>
        </w:trPr>
        <w:tc>
          <w:tcPr>
            <w:tcW w:w="3816" w:type="dxa"/>
            <w:tcBorders>
              <w:top w:val="nil"/>
              <w:left w:val="single" w:sz="4" w:space="0" w:color="auto"/>
              <w:bottom w:val="single" w:sz="4" w:space="0" w:color="auto"/>
              <w:right w:val="single" w:sz="4" w:space="0" w:color="auto"/>
            </w:tcBorders>
            <w:shd w:val="clear" w:color="auto" w:fill="auto"/>
            <w:noWrap/>
            <w:vAlign w:val="center"/>
            <w:hideMark/>
          </w:tcPr>
          <w:p w14:paraId="4A9F2D5E"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2268" w:type="dxa"/>
            <w:tcBorders>
              <w:top w:val="nil"/>
              <w:left w:val="nil"/>
              <w:bottom w:val="single" w:sz="4" w:space="0" w:color="auto"/>
              <w:right w:val="single" w:sz="4" w:space="0" w:color="auto"/>
            </w:tcBorders>
            <w:shd w:val="clear" w:color="auto" w:fill="auto"/>
            <w:noWrap/>
            <w:vAlign w:val="center"/>
            <w:hideMark/>
          </w:tcPr>
          <w:p w14:paraId="579C4910"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Cohort level</w:t>
            </w:r>
          </w:p>
        </w:tc>
        <w:tc>
          <w:tcPr>
            <w:tcW w:w="1265" w:type="dxa"/>
            <w:tcBorders>
              <w:top w:val="nil"/>
              <w:left w:val="nil"/>
              <w:bottom w:val="single" w:sz="4" w:space="0" w:color="auto"/>
              <w:right w:val="single" w:sz="4" w:space="0" w:color="auto"/>
            </w:tcBorders>
            <w:shd w:val="clear" w:color="auto" w:fill="auto"/>
            <w:noWrap/>
            <w:vAlign w:val="center"/>
            <w:hideMark/>
          </w:tcPr>
          <w:p w14:paraId="21ABC374"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0.060</w:t>
            </w:r>
          </w:p>
        </w:tc>
        <w:tc>
          <w:tcPr>
            <w:tcW w:w="1265" w:type="dxa"/>
            <w:tcBorders>
              <w:top w:val="nil"/>
              <w:left w:val="nil"/>
              <w:bottom w:val="single" w:sz="4" w:space="0" w:color="auto"/>
              <w:right w:val="single" w:sz="4" w:space="0" w:color="auto"/>
            </w:tcBorders>
            <w:shd w:val="clear" w:color="auto" w:fill="auto"/>
            <w:noWrap/>
            <w:vAlign w:val="center"/>
          </w:tcPr>
          <w:p w14:paraId="55760E68" w14:textId="77777777" w:rsidR="00546614" w:rsidRPr="00546614" w:rsidRDefault="00546614" w:rsidP="00546614">
            <w:pPr>
              <w:spacing w:line="240" w:lineRule="auto"/>
              <w:jc w:val="right"/>
              <w:rPr>
                <w:rFonts w:eastAsia="맑은 고딕" w:cs="Times New Roman"/>
                <w:color w:val="000000"/>
                <w:sz w:val="16"/>
                <w:szCs w:val="28"/>
              </w:rPr>
            </w:pPr>
          </w:p>
        </w:tc>
        <w:tc>
          <w:tcPr>
            <w:tcW w:w="1265" w:type="dxa"/>
            <w:tcBorders>
              <w:top w:val="nil"/>
              <w:left w:val="nil"/>
              <w:bottom w:val="single" w:sz="4" w:space="0" w:color="auto"/>
              <w:right w:val="single" w:sz="4" w:space="0" w:color="auto"/>
            </w:tcBorders>
            <w:shd w:val="clear" w:color="auto" w:fill="auto"/>
            <w:noWrap/>
            <w:vAlign w:val="center"/>
            <w:hideMark/>
          </w:tcPr>
          <w:p w14:paraId="2D13A0BF" w14:textId="77777777" w:rsidR="00546614" w:rsidRPr="00546614" w:rsidRDefault="00546614" w:rsidP="00546614">
            <w:pPr>
              <w:spacing w:line="240" w:lineRule="auto"/>
              <w:jc w:val="center"/>
              <w:rPr>
                <w:rFonts w:eastAsia="맑은 고딕" w:cs="Times New Roman"/>
                <w:color w:val="000000"/>
                <w:sz w:val="16"/>
                <w:szCs w:val="28"/>
              </w:rPr>
            </w:pPr>
            <w:r>
              <w:rPr>
                <w:rFonts w:ascii="Arial" w:eastAsia="Arial" w:hAnsi="Arial" w:cs="Times New Roman"/>
                <w:color w:val="000000"/>
                <w:sz w:val="16"/>
                <w:szCs w:val="28"/>
              </w:rPr>
              <w:t>0.246</w:t>
            </w:r>
          </w:p>
        </w:tc>
        <w:tc>
          <w:tcPr>
            <w:tcW w:w="1265" w:type="dxa"/>
            <w:tcBorders>
              <w:top w:val="nil"/>
              <w:left w:val="nil"/>
              <w:bottom w:val="single" w:sz="4" w:space="0" w:color="auto"/>
              <w:right w:val="single" w:sz="4" w:space="0" w:color="auto"/>
            </w:tcBorders>
            <w:shd w:val="clear" w:color="auto" w:fill="auto"/>
            <w:noWrap/>
            <w:vAlign w:val="center"/>
            <w:hideMark/>
          </w:tcPr>
          <w:p w14:paraId="650A879E"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0.005</w:t>
            </w:r>
          </w:p>
        </w:tc>
        <w:tc>
          <w:tcPr>
            <w:tcW w:w="1265" w:type="dxa"/>
            <w:tcBorders>
              <w:top w:val="nil"/>
              <w:left w:val="nil"/>
              <w:bottom w:val="single" w:sz="4" w:space="0" w:color="auto"/>
              <w:right w:val="single" w:sz="4" w:space="0" w:color="auto"/>
            </w:tcBorders>
            <w:shd w:val="clear" w:color="auto" w:fill="auto"/>
            <w:noWrap/>
            <w:vAlign w:val="center"/>
          </w:tcPr>
          <w:p w14:paraId="60019622" w14:textId="77777777" w:rsidR="00546614" w:rsidRPr="00546614" w:rsidRDefault="00546614" w:rsidP="00546614">
            <w:pPr>
              <w:spacing w:line="240" w:lineRule="auto"/>
              <w:jc w:val="right"/>
              <w:rPr>
                <w:rFonts w:eastAsia="맑은 고딕" w:cs="Times New Roman"/>
                <w:color w:val="000000"/>
                <w:sz w:val="16"/>
                <w:szCs w:val="28"/>
              </w:rPr>
            </w:pPr>
          </w:p>
        </w:tc>
        <w:tc>
          <w:tcPr>
            <w:tcW w:w="1265" w:type="dxa"/>
            <w:tcBorders>
              <w:top w:val="nil"/>
              <w:left w:val="nil"/>
              <w:bottom w:val="single" w:sz="4" w:space="0" w:color="auto"/>
              <w:right w:val="single" w:sz="4" w:space="0" w:color="auto"/>
            </w:tcBorders>
            <w:shd w:val="clear" w:color="auto" w:fill="auto"/>
            <w:noWrap/>
            <w:vAlign w:val="center"/>
            <w:hideMark/>
          </w:tcPr>
          <w:p w14:paraId="37E9791C" w14:textId="77777777" w:rsidR="00546614" w:rsidRPr="00546614" w:rsidRDefault="00546614" w:rsidP="00546614">
            <w:pPr>
              <w:spacing w:line="240" w:lineRule="auto"/>
              <w:jc w:val="center"/>
              <w:rPr>
                <w:rFonts w:eastAsia="맑은 고딕" w:cs="Times New Roman"/>
                <w:color w:val="000000"/>
                <w:sz w:val="16"/>
                <w:szCs w:val="28"/>
              </w:rPr>
            </w:pPr>
            <w:r>
              <w:rPr>
                <w:rFonts w:ascii="Arial" w:eastAsia="Arial" w:hAnsi="Arial" w:cs="Times New Roman"/>
                <w:color w:val="000000"/>
                <w:sz w:val="16"/>
                <w:szCs w:val="28"/>
              </w:rPr>
              <w:t>0.069</w:t>
            </w:r>
          </w:p>
        </w:tc>
      </w:tr>
      <w:tr w:rsidR="00546614" w:rsidRPr="00546614" w14:paraId="7A1804D0" w14:textId="77777777" w:rsidTr="00546614">
        <w:trPr>
          <w:trHeight w:val="209"/>
          <w:jc w:val="center"/>
        </w:trPr>
        <w:tc>
          <w:tcPr>
            <w:tcW w:w="3816" w:type="dxa"/>
            <w:tcBorders>
              <w:top w:val="nil"/>
              <w:left w:val="single" w:sz="4" w:space="0" w:color="auto"/>
              <w:bottom w:val="single" w:sz="4" w:space="0" w:color="auto"/>
              <w:right w:val="single" w:sz="4" w:space="0" w:color="auto"/>
            </w:tcBorders>
            <w:shd w:val="clear" w:color="auto" w:fill="auto"/>
            <w:noWrap/>
            <w:vAlign w:val="center"/>
            <w:hideMark/>
          </w:tcPr>
          <w:p w14:paraId="003C0957"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2268" w:type="dxa"/>
            <w:tcBorders>
              <w:top w:val="nil"/>
              <w:left w:val="nil"/>
              <w:bottom w:val="single" w:sz="4" w:space="0" w:color="auto"/>
              <w:right w:val="single" w:sz="4" w:space="0" w:color="auto"/>
            </w:tcBorders>
            <w:shd w:val="clear" w:color="auto" w:fill="auto"/>
            <w:noWrap/>
            <w:vAlign w:val="center"/>
            <w:hideMark/>
          </w:tcPr>
          <w:p w14:paraId="1A3EFCB0"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Period level</w:t>
            </w:r>
          </w:p>
        </w:tc>
        <w:tc>
          <w:tcPr>
            <w:tcW w:w="1265" w:type="dxa"/>
            <w:tcBorders>
              <w:top w:val="nil"/>
              <w:left w:val="nil"/>
              <w:bottom w:val="single" w:sz="4" w:space="0" w:color="auto"/>
              <w:right w:val="single" w:sz="4" w:space="0" w:color="auto"/>
            </w:tcBorders>
            <w:shd w:val="clear" w:color="auto" w:fill="auto"/>
            <w:noWrap/>
            <w:vAlign w:val="center"/>
            <w:hideMark/>
          </w:tcPr>
          <w:p w14:paraId="7D70BA9C"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0.065</w:t>
            </w:r>
          </w:p>
        </w:tc>
        <w:tc>
          <w:tcPr>
            <w:tcW w:w="1265" w:type="dxa"/>
            <w:tcBorders>
              <w:top w:val="nil"/>
              <w:left w:val="nil"/>
              <w:bottom w:val="single" w:sz="4" w:space="0" w:color="auto"/>
              <w:right w:val="single" w:sz="4" w:space="0" w:color="auto"/>
            </w:tcBorders>
            <w:shd w:val="clear" w:color="auto" w:fill="auto"/>
            <w:noWrap/>
            <w:vAlign w:val="center"/>
          </w:tcPr>
          <w:p w14:paraId="68B3F69A" w14:textId="77777777" w:rsidR="00546614" w:rsidRPr="00546614" w:rsidRDefault="00546614" w:rsidP="00546614">
            <w:pPr>
              <w:spacing w:line="240" w:lineRule="auto"/>
              <w:jc w:val="right"/>
              <w:rPr>
                <w:rFonts w:eastAsia="맑은 고딕" w:cs="Times New Roman"/>
                <w:color w:val="000000"/>
                <w:sz w:val="16"/>
                <w:szCs w:val="28"/>
              </w:rPr>
            </w:pPr>
          </w:p>
        </w:tc>
        <w:tc>
          <w:tcPr>
            <w:tcW w:w="1265" w:type="dxa"/>
            <w:tcBorders>
              <w:top w:val="nil"/>
              <w:left w:val="nil"/>
              <w:bottom w:val="single" w:sz="4" w:space="0" w:color="auto"/>
              <w:right w:val="single" w:sz="4" w:space="0" w:color="auto"/>
            </w:tcBorders>
            <w:shd w:val="clear" w:color="auto" w:fill="auto"/>
            <w:noWrap/>
            <w:vAlign w:val="center"/>
            <w:hideMark/>
          </w:tcPr>
          <w:p w14:paraId="5B084EA1" w14:textId="77777777" w:rsidR="00546614" w:rsidRPr="00546614" w:rsidRDefault="00546614" w:rsidP="00546614">
            <w:pPr>
              <w:spacing w:line="240" w:lineRule="auto"/>
              <w:jc w:val="center"/>
              <w:rPr>
                <w:rFonts w:eastAsia="맑은 고딕" w:cs="Times New Roman"/>
                <w:color w:val="000000"/>
                <w:sz w:val="16"/>
                <w:szCs w:val="28"/>
              </w:rPr>
            </w:pPr>
            <w:r>
              <w:rPr>
                <w:rFonts w:ascii="Arial" w:eastAsia="Arial" w:hAnsi="Arial" w:cs="Times New Roman"/>
                <w:color w:val="000000"/>
                <w:sz w:val="16"/>
                <w:szCs w:val="28"/>
              </w:rPr>
              <w:t>0.255</w:t>
            </w:r>
          </w:p>
        </w:tc>
        <w:tc>
          <w:tcPr>
            <w:tcW w:w="1265" w:type="dxa"/>
            <w:tcBorders>
              <w:top w:val="nil"/>
              <w:left w:val="nil"/>
              <w:bottom w:val="single" w:sz="4" w:space="0" w:color="auto"/>
              <w:right w:val="single" w:sz="4" w:space="0" w:color="auto"/>
            </w:tcBorders>
            <w:shd w:val="clear" w:color="auto" w:fill="auto"/>
            <w:noWrap/>
            <w:vAlign w:val="center"/>
            <w:hideMark/>
          </w:tcPr>
          <w:p w14:paraId="68BD6AC6"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0.075</w:t>
            </w:r>
          </w:p>
        </w:tc>
        <w:tc>
          <w:tcPr>
            <w:tcW w:w="1265" w:type="dxa"/>
            <w:tcBorders>
              <w:top w:val="nil"/>
              <w:left w:val="nil"/>
              <w:bottom w:val="single" w:sz="4" w:space="0" w:color="auto"/>
              <w:right w:val="single" w:sz="4" w:space="0" w:color="auto"/>
            </w:tcBorders>
            <w:shd w:val="clear" w:color="auto" w:fill="auto"/>
            <w:noWrap/>
            <w:vAlign w:val="center"/>
          </w:tcPr>
          <w:p w14:paraId="45B62A89" w14:textId="77777777" w:rsidR="00546614" w:rsidRPr="00546614" w:rsidRDefault="00546614" w:rsidP="00546614">
            <w:pPr>
              <w:spacing w:line="240" w:lineRule="auto"/>
              <w:jc w:val="right"/>
              <w:rPr>
                <w:rFonts w:eastAsia="맑은 고딕" w:cs="Times New Roman"/>
                <w:color w:val="000000"/>
                <w:sz w:val="16"/>
                <w:szCs w:val="28"/>
              </w:rPr>
            </w:pPr>
          </w:p>
        </w:tc>
        <w:tc>
          <w:tcPr>
            <w:tcW w:w="1265" w:type="dxa"/>
            <w:tcBorders>
              <w:top w:val="nil"/>
              <w:left w:val="nil"/>
              <w:bottom w:val="single" w:sz="4" w:space="0" w:color="auto"/>
              <w:right w:val="single" w:sz="4" w:space="0" w:color="auto"/>
            </w:tcBorders>
            <w:shd w:val="clear" w:color="auto" w:fill="auto"/>
            <w:noWrap/>
            <w:vAlign w:val="center"/>
            <w:hideMark/>
          </w:tcPr>
          <w:p w14:paraId="788AA63A" w14:textId="77777777" w:rsidR="00546614" w:rsidRPr="00546614" w:rsidRDefault="00546614" w:rsidP="00546614">
            <w:pPr>
              <w:spacing w:line="240" w:lineRule="auto"/>
              <w:jc w:val="center"/>
              <w:rPr>
                <w:rFonts w:eastAsia="맑은 고딕" w:cs="Times New Roman"/>
                <w:color w:val="000000"/>
                <w:sz w:val="16"/>
                <w:szCs w:val="28"/>
              </w:rPr>
            </w:pPr>
            <w:r>
              <w:rPr>
                <w:rFonts w:ascii="Arial" w:eastAsia="Arial" w:hAnsi="Arial" w:cs="Times New Roman"/>
                <w:color w:val="000000"/>
                <w:sz w:val="16"/>
                <w:szCs w:val="28"/>
              </w:rPr>
              <w:t>0.274</w:t>
            </w:r>
          </w:p>
        </w:tc>
      </w:tr>
      <w:tr w:rsidR="00546614" w:rsidRPr="00546614" w14:paraId="441B2F75" w14:textId="77777777" w:rsidTr="00546614">
        <w:trPr>
          <w:trHeight w:val="209"/>
          <w:jc w:val="center"/>
        </w:trPr>
        <w:tc>
          <w:tcPr>
            <w:tcW w:w="3816" w:type="dxa"/>
            <w:tcBorders>
              <w:top w:val="nil"/>
              <w:left w:val="single" w:sz="4" w:space="0" w:color="auto"/>
              <w:bottom w:val="single" w:sz="4" w:space="0" w:color="auto"/>
              <w:right w:val="single" w:sz="4" w:space="0" w:color="auto"/>
            </w:tcBorders>
            <w:shd w:val="clear" w:color="auto" w:fill="auto"/>
            <w:noWrap/>
            <w:vAlign w:val="center"/>
            <w:hideMark/>
          </w:tcPr>
          <w:p w14:paraId="067DA89C" w14:textId="77777777" w:rsidR="00546614" w:rsidRPr="00546614" w:rsidRDefault="00546614" w:rsidP="00546614">
            <w:pPr>
              <w:spacing w:line="240" w:lineRule="auto"/>
              <w:jc w:val="center"/>
              <w:rPr>
                <w:rFonts w:eastAsia="맑은 고딕" w:cs="Times New Roman"/>
                <w:b/>
                <w:color w:val="000000"/>
                <w:sz w:val="16"/>
                <w:szCs w:val="28"/>
              </w:rPr>
            </w:pPr>
            <w:r>
              <w:rPr>
                <w:rFonts w:ascii="Arial" w:eastAsia="Arial" w:hAnsi="Arial" w:cs="Times New Roman"/>
                <w:b/>
                <w:color w:val="000000"/>
                <w:sz w:val="16"/>
                <w:szCs w:val="28"/>
              </w:rPr>
              <w:t>N</w:t>
            </w:r>
          </w:p>
        </w:tc>
        <w:tc>
          <w:tcPr>
            <w:tcW w:w="2268" w:type="dxa"/>
            <w:tcBorders>
              <w:top w:val="nil"/>
              <w:left w:val="nil"/>
              <w:bottom w:val="single" w:sz="4" w:space="0" w:color="auto"/>
              <w:right w:val="single" w:sz="4" w:space="0" w:color="auto"/>
            </w:tcBorders>
            <w:shd w:val="clear" w:color="auto" w:fill="auto"/>
            <w:noWrap/>
            <w:vAlign w:val="center"/>
            <w:hideMark/>
          </w:tcPr>
          <w:p w14:paraId="1DBA24B1"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3795" w:type="dxa"/>
            <w:gridSpan w:val="3"/>
            <w:tcBorders>
              <w:top w:val="nil"/>
              <w:left w:val="nil"/>
              <w:bottom w:val="single" w:sz="4" w:space="0" w:color="auto"/>
              <w:right w:val="single" w:sz="4" w:space="0" w:color="auto"/>
            </w:tcBorders>
            <w:shd w:val="clear" w:color="auto" w:fill="auto"/>
            <w:noWrap/>
            <w:vAlign w:val="center"/>
            <w:hideMark/>
          </w:tcPr>
          <w:p w14:paraId="091E60BD"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53,375</w:t>
            </w:r>
          </w:p>
        </w:tc>
        <w:tc>
          <w:tcPr>
            <w:tcW w:w="3795" w:type="dxa"/>
            <w:gridSpan w:val="3"/>
            <w:tcBorders>
              <w:top w:val="nil"/>
              <w:left w:val="nil"/>
              <w:bottom w:val="single" w:sz="4" w:space="0" w:color="auto"/>
              <w:right w:val="single" w:sz="4" w:space="0" w:color="auto"/>
            </w:tcBorders>
            <w:shd w:val="clear" w:color="auto" w:fill="auto"/>
            <w:noWrap/>
            <w:vAlign w:val="center"/>
            <w:hideMark/>
          </w:tcPr>
          <w:p w14:paraId="6D71DC3E"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62,035</w:t>
            </w:r>
          </w:p>
        </w:tc>
      </w:tr>
      <w:tr w:rsidR="00546614" w:rsidRPr="00546614" w14:paraId="71AC8C03" w14:textId="77777777" w:rsidTr="00546614">
        <w:trPr>
          <w:trHeight w:val="209"/>
          <w:jc w:val="center"/>
        </w:trPr>
        <w:tc>
          <w:tcPr>
            <w:tcW w:w="3816" w:type="dxa"/>
            <w:tcBorders>
              <w:top w:val="nil"/>
              <w:left w:val="single" w:sz="4" w:space="0" w:color="auto"/>
              <w:bottom w:val="single" w:sz="4" w:space="0" w:color="auto"/>
              <w:right w:val="single" w:sz="4" w:space="0" w:color="auto"/>
            </w:tcBorders>
            <w:shd w:val="clear" w:color="auto" w:fill="auto"/>
            <w:noWrap/>
            <w:vAlign w:val="center"/>
            <w:hideMark/>
          </w:tcPr>
          <w:p w14:paraId="61F87BEF" w14:textId="77777777" w:rsidR="00546614" w:rsidRPr="00546614" w:rsidRDefault="00546614" w:rsidP="00546614">
            <w:pPr>
              <w:spacing w:line="240" w:lineRule="auto"/>
              <w:jc w:val="center"/>
              <w:rPr>
                <w:rFonts w:eastAsia="맑은 고딕" w:cs="Times New Roman"/>
                <w:b/>
                <w:color w:val="000000"/>
                <w:sz w:val="16"/>
                <w:szCs w:val="28"/>
              </w:rPr>
            </w:pPr>
            <w:r>
              <w:rPr>
                <w:rFonts w:ascii="Arial" w:eastAsia="Arial" w:hAnsi="Arial" w:cs="Times New Roman"/>
                <w:b/>
                <w:color w:val="000000"/>
                <w:sz w:val="16"/>
                <w:szCs w:val="28"/>
              </w:rPr>
              <w:t>AIC</w:t>
            </w:r>
          </w:p>
        </w:tc>
        <w:tc>
          <w:tcPr>
            <w:tcW w:w="2268" w:type="dxa"/>
            <w:tcBorders>
              <w:top w:val="nil"/>
              <w:left w:val="nil"/>
              <w:bottom w:val="single" w:sz="4" w:space="0" w:color="auto"/>
              <w:right w:val="single" w:sz="4" w:space="0" w:color="auto"/>
            </w:tcBorders>
            <w:shd w:val="clear" w:color="auto" w:fill="auto"/>
            <w:noWrap/>
            <w:vAlign w:val="center"/>
            <w:hideMark/>
          </w:tcPr>
          <w:p w14:paraId="14B77743"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3795" w:type="dxa"/>
            <w:gridSpan w:val="3"/>
            <w:tcBorders>
              <w:top w:val="nil"/>
              <w:left w:val="nil"/>
              <w:bottom w:val="single" w:sz="4" w:space="0" w:color="auto"/>
              <w:right w:val="single" w:sz="4" w:space="0" w:color="auto"/>
            </w:tcBorders>
            <w:shd w:val="clear" w:color="auto" w:fill="auto"/>
            <w:noWrap/>
            <w:vAlign w:val="center"/>
            <w:hideMark/>
          </w:tcPr>
          <w:p w14:paraId="5D670D58"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36494.3</w:t>
            </w:r>
          </w:p>
        </w:tc>
        <w:tc>
          <w:tcPr>
            <w:tcW w:w="3795" w:type="dxa"/>
            <w:gridSpan w:val="3"/>
            <w:tcBorders>
              <w:top w:val="nil"/>
              <w:left w:val="nil"/>
              <w:bottom w:val="single" w:sz="4" w:space="0" w:color="auto"/>
              <w:right w:val="single" w:sz="4" w:space="0" w:color="auto"/>
            </w:tcBorders>
            <w:shd w:val="clear" w:color="auto" w:fill="auto"/>
            <w:noWrap/>
            <w:vAlign w:val="center"/>
            <w:hideMark/>
          </w:tcPr>
          <w:p w14:paraId="5577D829"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33053.8</w:t>
            </w:r>
          </w:p>
        </w:tc>
      </w:tr>
      <w:tr w:rsidR="00546614" w:rsidRPr="00546614" w14:paraId="090AE1E5" w14:textId="77777777" w:rsidTr="00546614">
        <w:trPr>
          <w:trHeight w:val="209"/>
          <w:jc w:val="center"/>
        </w:trPr>
        <w:tc>
          <w:tcPr>
            <w:tcW w:w="3816" w:type="dxa"/>
            <w:tcBorders>
              <w:top w:val="nil"/>
              <w:left w:val="single" w:sz="4" w:space="0" w:color="auto"/>
              <w:bottom w:val="single" w:sz="4" w:space="0" w:color="auto"/>
              <w:right w:val="single" w:sz="4" w:space="0" w:color="auto"/>
            </w:tcBorders>
            <w:shd w:val="clear" w:color="auto" w:fill="auto"/>
            <w:noWrap/>
            <w:vAlign w:val="center"/>
            <w:hideMark/>
          </w:tcPr>
          <w:p w14:paraId="0384373F" w14:textId="77777777" w:rsidR="00546614" w:rsidRPr="00546614" w:rsidRDefault="00546614" w:rsidP="00546614">
            <w:pPr>
              <w:spacing w:line="240" w:lineRule="auto"/>
              <w:jc w:val="center"/>
              <w:rPr>
                <w:rFonts w:eastAsia="맑은 고딕" w:cs="Times New Roman"/>
                <w:b/>
                <w:color w:val="000000"/>
                <w:sz w:val="16"/>
                <w:szCs w:val="28"/>
              </w:rPr>
            </w:pPr>
            <w:r>
              <w:rPr>
                <w:rFonts w:ascii="Arial" w:eastAsia="Arial" w:hAnsi="Arial" w:cs="Times New Roman"/>
                <w:b/>
                <w:color w:val="000000"/>
                <w:sz w:val="16"/>
                <w:szCs w:val="28"/>
              </w:rPr>
              <w:t>BIC</w:t>
            </w:r>
          </w:p>
        </w:tc>
        <w:tc>
          <w:tcPr>
            <w:tcW w:w="2268" w:type="dxa"/>
            <w:tcBorders>
              <w:top w:val="nil"/>
              <w:left w:val="nil"/>
              <w:bottom w:val="single" w:sz="4" w:space="0" w:color="auto"/>
              <w:right w:val="single" w:sz="4" w:space="0" w:color="auto"/>
            </w:tcBorders>
            <w:shd w:val="clear" w:color="auto" w:fill="auto"/>
            <w:noWrap/>
            <w:vAlign w:val="center"/>
            <w:hideMark/>
          </w:tcPr>
          <w:p w14:paraId="02480B96"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3795" w:type="dxa"/>
            <w:gridSpan w:val="3"/>
            <w:tcBorders>
              <w:top w:val="nil"/>
              <w:left w:val="nil"/>
              <w:bottom w:val="single" w:sz="4" w:space="0" w:color="auto"/>
              <w:right w:val="single" w:sz="4" w:space="0" w:color="auto"/>
            </w:tcBorders>
            <w:shd w:val="clear" w:color="auto" w:fill="auto"/>
            <w:noWrap/>
            <w:vAlign w:val="center"/>
            <w:hideMark/>
          </w:tcPr>
          <w:p w14:paraId="20F1269A"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36618.7</w:t>
            </w:r>
          </w:p>
        </w:tc>
        <w:tc>
          <w:tcPr>
            <w:tcW w:w="3795" w:type="dxa"/>
            <w:gridSpan w:val="3"/>
            <w:tcBorders>
              <w:top w:val="nil"/>
              <w:left w:val="nil"/>
              <w:bottom w:val="single" w:sz="4" w:space="0" w:color="auto"/>
              <w:right w:val="single" w:sz="4" w:space="0" w:color="auto"/>
            </w:tcBorders>
            <w:shd w:val="clear" w:color="auto" w:fill="auto"/>
            <w:noWrap/>
            <w:vAlign w:val="center"/>
            <w:hideMark/>
          </w:tcPr>
          <w:p w14:paraId="5E62A2C2"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33180</w:t>
            </w:r>
          </w:p>
        </w:tc>
      </w:tr>
      <w:tr w:rsidR="00546614" w:rsidRPr="00546614" w14:paraId="16C1E3BA" w14:textId="77777777" w:rsidTr="00546614">
        <w:trPr>
          <w:trHeight w:val="209"/>
          <w:jc w:val="center"/>
        </w:trPr>
        <w:tc>
          <w:tcPr>
            <w:tcW w:w="3816" w:type="dxa"/>
            <w:tcBorders>
              <w:top w:val="nil"/>
              <w:left w:val="single" w:sz="4" w:space="0" w:color="auto"/>
              <w:bottom w:val="single" w:sz="4" w:space="0" w:color="auto"/>
              <w:right w:val="single" w:sz="4" w:space="0" w:color="auto"/>
            </w:tcBorders>
            <w:shd w:val="clear" w:color="auto" w:fill="auto"/>
            <w:noWrap/>
            <w:vAlign w:val="center"/>
            <w:hideMark/>
          </w:tcPr>
          <w:p w14:paraId="0188B383" w14:textId="77777777" w:rsidR="00546614" w:rsidRPr="00546614" w:rsidRDefault="00546614" w:rsidP="00546614">
            <w:pPr>
              <w:spacing w:line="240" w:lineRule="auto"/>
              <w:jc w:val="center"/>
              <w:rPr>
                <w:rFonts w:eastAsia="맑은 고딕" w:cs="Times New Roman"/>
                <w:b/>
                <w:color w:val="000000"/>
                <w:sz w:val="16"/>
                <w:szCs w:val="28"/>
              </w:rPr>
            </w:pPr>
            <w:r>
              <w:rPr>
                <w:rFonts w:ascii="Arial" w:eastAsia="Arial" w:hAnsi="Arial" w:cs="Times New Roman"/>
                <w:b/>
                <w:color w:val="000000"/>
                <w:sz w:val="16"/>
                <w:szCs w:val="28"/>
              </w:rPr>
              <w:t>Log-likelihood</w:t>
            </w:r>
          </w:p>
        </w:tc>
        <w:tc>
          <w:tcPr>
            <w:tcW w:w="2268" w:type="dxa"/>
            <w:tcBorders>
              <w:top w:val="nil"/>
              <w:left w:val="nil"/>
              <w:bottom w:val="single" w:sz="4" w:space="0" w:color="auto"/>
              <w:right w:val="single" w:sz="4" w:space="0" w:color="auto"/>
            </w:tcBorders>
            <w:shd w:val="clear" w:color="auto" w:fill="auto"/>
            <w:noWrap/>
            <w:vAlign w:val="center"/>
            <w:hideMark/>
          </w:tcPr>
          <w:p w14:paraId="745B473C" w14:textId="77777777" w:rsidR="00546614" w:rsidRPr="00546614" w:rsidRDefault="00546614" w:rsidP="00546614">
            <w:pPr>
              <w:spacing w:line="240" w:lineRule="auto"/>
              <w:rPr>
                <w:rFonts w:eastAsia="맑은 고딕" w:cs="Times New Roman"/>
                <w:color w:val="000000"/>
                <w:sz w:val="16"/>
                <w:szCs w:val="28"/>
              </w:rPr>
            </w:pPr>
            <w:r>
              <w:rPr>
                <w:rFonts w:ascii="Arial" w:eastAsia="Arial" w:hAnsi="Arial" w:cs="Times New Roman"/>
                <w:color w:val="000000"/>
                <w:sz w:val="16"/>
                <w:szCs w:val="28"/>
              </w:rPr>
              <w:t xml:space="preserve">　</w:t>
            </w:r>
          </w:p>
        </w:tc>
        <w:tc>
          <w:tcPr>
            <w:tcW w:w="3795" w:type="dxa"/>
            <w:gridSpan w:val="3"/>
            <w:tcBorders>
              <w:top w:val="nil"/>
              <w:left w:val="nil"/>
              <w:bottom w:val="single" w:sz="4" w:space="0" w:color="auto"/>
              <w:right w:val="single" w:sz="4" w:space="0" w:color="auto"/>
            </w:tcBorders>
            <w:shd w:val="clear" w:color="auto" w:fill="auto"/>
            <w:noWrap/>
            <w:vAlign w:val="center"/>
            <w:hideMark/>
          </w:tcPr>
          <w:p w14:paraId="6CC8ADCD"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-18233.1</w:t>
            </w:r>
          </w:p>
        </w:tc>
        <w:tc>
          <w:tcPr>
            <w:tcW w:w="3795" w:type="dxa"/>
            <w:gridSpan w:val="3"/>
            <w:tcBorders>
              <w:top w:val="nil"/>
              <w:left w:val="nil"/>
              <w:bottom w:val="single" w:sz="4" w:space="0" w:color="auto"/>
              <w:right w:val="single" w:sz="4" w:space="0" w:color="auto"/>
            </w:tcBorders>
            <w:shd w:val="clear" w:color="auto" w:fill="auto"/>
            <w:noWrap/>
            <w:vAlign w:val="center"/>
            <w:hideMark/>
          </w:tcPr>
          <w:p w14:paraId="69C07127" w14:textId="77777777" w:rsidR="00546614" w:rsidRPr="00546614" w:rsidRDefault="00546614" w:rsidP="00546614">
            <w:pPr>
              <w:spacing w:line="240" w:lineRule="auto"/>
              <w:jc w:val="right"/>
              <w:rPr>
                <w:rFonts w:eastAsia="맑은 고딕" w:cs="Times New Roman"/>
                <w:color w:val="000000"/>
                <w:sz w:val="16"/>
                <w:szCs w:val="28"/>
              </w:rPr>
            </w:pPr>
            <w:r>
              <w:rPr>
                <w:rFonts w:ascii="Arial" w:eastAsia="Arial" w:hAnsi="Arial" w:cs="Times New Roman"/>
                <w:color w:val="000000"/>
                <w:sz w:val="16"/>
                <w:szCs w:val="28"/>
              </w:rPr>
              <w:t>-16512.9</w:t>
            </w:r>
          </w:p>
        </w:tc>
      </w:tr>
    </w:tbl>
    <w:p w14:paraId="274A0208" w14:textId="704615D2" w:rsidR="00C81053" w:rsidRDefault="00132970">
      <w:pPr>
        <w:spacing w:before="60" w:line="240" w:lineRule="auto"/>
      </w:pPr>
      <w:r>
        <w:rPr>
          <w:rFonts w:ascii="Arial" w:eastAsia="Arial" w:hAnsi="Arial"/>
          <w:sz w:val="14"/>
        </w:rPr>
        <w:t>Notes: Models use the fully adjusted specification corresponding to Model 4. Coefficients are log-odds from logistic HAPC-CCREMs. Period and birth-cohort entries are estimated random-effect deviations. Administration labels are shown only to contextualize the survey years; period effects are estimated separately for each KHS survey year. Broad generation labels are contextual descriptors, not statistical grouping variables. Recent Korean studies commonly place the Baby Boom generation around 1954/1955-1964, Gen X around 1964/1965-1979/1980, Gen M (Millennials) around 1980/1981-1994/1996, and Gen Z from approximately 1995/1997 onward (Chin et al. 2023; Yoon and Lim 2023), while noting that exact boundaries vary across studies (Park et al. 2023). Because the HAPC specification uses five-year cohort bins, the display aligns these labels as closely as possible with the Korean classification used by Yoon and Lim (2023): Postwar (1940-1954), Baby Boom (1955-1964), Gen X (1965-1979), Gen M (1980-1994), and Gen Z (1995-2004). The Postwar label is study-specific; the sparse 2000-2004 cohort is grouped with Gen Z for display continuity but is not substantively interpreted. All cohort effects are estimated for individual five-year birth cohorts rather than for the broader generation labels. + p &lt; 0.10; * p &lt; 0.05; ** p &lt; 0.01; *** p &lt; 0.001.</w:t>
      </w:r>
    </w:p>
    <w:p w14:paraId="5D3CADDE" w14:textId="77777777" w:rsidR="00C81053" w:rsidRDefault="00ED5F5D">
      <w:r>
        <w:br w:type="page"/>
      </w:r>
    </w:p>
    <w:p w14:paraId="7BE709FE" w14:textId="77777777" w:rsidR="00C81053" w:rsidRDefault="00ED5F5D">
      <w:pPr>
        <w:keepNext/>
        <w:spacing w:before="120" w:after="80"/>
      </w:pPr>
      <w:r>
        <w:rPr>
          <w:rFonts w:ascii="Arial" w:eastAsia="Arial" w:hAnsi="Arial"/>
          <w:b/>
          <w:sz w:val="18"/>
        </w:rPr>
        <w:lastRenderedPageBreak/>
        <w:t>Table 3. HAPC-CCREM estimates for individual dimensions of housing insecurity</w:t>
      </w:r>
    </w:p>
    <w:tbl>
      <w:tblPr>
        <w:tblW w:w="136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206"/>
        <w:gridCol w:w="2039"/>
        <w:gridCol w:w="847"/>
        <w:gridCol w:w="565"/>
        <w:gridCol w:w="574"/>
        <w:gridCol w:w="848"/>
        <w:gridCol w:w="565"/>
        <w:gridCol w:w="574"/>
        <w:gridCol w:w="869"/>
        <w:gridCol w:w="636"/>
        <w:gridCol w:w="723"/>
        <w:gridCol w:w="861"/>
        <w:gridCol w:w="657"/>
        <w:gridCol w:w="582"/>
        <w:gridCol w:w="829"/>
        <w:gridCol w:w="669"/>
        <w:gridCol w:w="605"/>
      </w:tblGrid>
      <w:tr w:rsidR="00E84C71" w:rsidRPr="00546614" w14:paraId="424DE851" w14:textId="77777777" w:rsidTr="00132970">
        <w:trPr>
          <w:trHeight w:val="203"/>
          <w:tblHeader/>
          <w:jc w:val="center"/>
        </w:trPr>
        <w:tc>
          <w:tcPr>
            <w:tcW w:w="3245" w:type="dxa"/>
            <w:gridSpan w:val="2"/>
            <w:vMerge w:val="restart"/>
            <w:shd w:val="clear" w:color="auto" w:fill="auto"/>
            <w:noWrap/>
            <w:vAlign w:val="center"/>
            <w:hideMark/>
          </w:tcPr>
          <w:p w14:paraId="69774823" w14:textId="77777777" w:rsidR="00C81053" w:rsidRPr="00546614" w:rsidRDefault="00ED5F5D">
            <w:pPr>
              <w:spacing w:line="240" w:lineRule="auto"/>
              <w:rPr>
                <w:b/>
                <w:bCs/>
                <w:sz w:val="15"/>
                <w:szCs w:val="28"/>
              </w:rPr>
            </w:pPr>
            <w:r>
              <w:rPr>
                <w:rFonts w:ascii="Arial" w:eastAsia="Arial" w:hAnsi="Arial"/>
                <w:b/>
                <w:bCs/>
                <w:sz w:val="15"/>
                <w:szCs w:val="28"/>
              </w:rPr>
              <w:t>Variable</w:t>
            </w:r>
          </w:p>
        </w:tc>
        <w:tc>
          <w:tcPr>
            <w:tcW w:w="1986" w:type="dxa"/>
            <w:gridSpan w:val="3"/>
            <w:shd w:val="clear" w:color="auto" w:fill="auto"/>
            <w:noWrap/>
            <w:vAlign w:val="center"/>
            <w:hideMark/>
          </w:tcPr>
          <w:p w14:paraId="20175217" w14:textId="77777777" w:rsidR="00C81053" w:rsidRPr="00546614" w:rsidRDefault="00ED5F5D">
            <w:pPr>
              <w:spacing w:line="240" w:lineRule="auto"/>
              <w:rPr>
                <w:b/>
                <w:bCs/>
                <w:sz w:val="15"/>
                <w:szCs w:val="28"/>
              </w:rPr>
            </w:pPr>
            <w:r>
              <w:rPr>
                <w:rFonts w:ascii="Arial" w:eastAsia="Arial" w:hAnsi="Arial"/>
                <w:b/>
                <w:bCs/>
                <w:sz w:val="15"/>
                <w:szCs w:val="28"/>
              </w:rPr>
              <w:t>Non-housing accommodation</w:t>
            </w:r>
          </w:p>
        </w:tc>
        <w:tc>
          <w:tcPr>
            <w:tcW w:w="1987" w:type="dxa"/>
            <w:gridSpan w:val="3"/>
            <w:shd w:val="clear" w:color="auto" w:fill="auto"/>
            <w:noWrap/>
            <w:vAlign w:val="center"/>
            <w:hideMark/>
          </w:tcPr>
          <w:p w14:paraId="39B4FAFF" w14:textId="77777777" w:rsidR="00C81053" w:rsidRPr="00546614" w:rsidRDefault="00ED5F5D">
            <w:pPr>
              <w:spacing w:line="240" w:lineRule="auto"/>
              <w:rPr>
                <w:b/>
                <w:bCs/>
                <w:sz w:val="15"/>
                <w:szCs w:val="28"/>
              </w:rPr>
            </w:pPr>
            <w:r>
              <w:rPr>
                <w:rFonts w:ascii="Arial" w:eastAsia="Arial" w:hAnsi="Arial"/>
                <w:b/>
                <w:bCs/>
                <w:sz w:val="15"/>
                <w:szCs w:val="28"/>
              </w:rPr>
              <w:t>Overcrowding</w:t>
            </w:r>
          </w:p>
        </w:tc>
        <w:tc>
          <w:tcPr>
            <w:tcW w:w="2228" w:type="dxa"/>
            <w:gridSpan w:val="3"/>
            <w:shd w:val="clear" w:color="auto" w:fill="auto"/>
            <w:noWrap/>
            <w:vAlign w:val="center"/>
            <w:hideMark/>
          </w:tcPr>
          <w:p w14:paraId="6F0DDCC7" w14:textId="77777777" w:rsidR="00C81053" w:rsidRPr="00546614" w:rsidRDefault="00ED5F5D">
            <w:pPr>
              <w:spacing w:line="240" w:lineRule="auto"/>
              <w:rPr>
                <w:b/>
                <w:bCs/>
                <w:sz w:val="15"/>
                <w:szCs w:val="28"/>
              </w:rPr>
            </w:pPr>
            <w:r>
              <w:rPr>
                <w:rFonts w:ascii="Arial" w:eastAsia="Arial" w:hAnsi="Arial"/>
                <w:b/>
                <w:bCs/>
                <w:sz w:val="15"/>
                <w:szCs w:val="28"/>
              </w:rPr>
              <w:t>Subjective cost burden</w:t>
            </w:r>
          </w:p>
        </w:tc>
        <w:tc>
          <w:tcPr>
            <w:tcW w:w="2100" w:type="dxa"/>
            <w:gridSpan w:val="3"/>
            <w:shd w:val="clear" w:color="auto" w:fill="auto"/>
            <w:noWrap/>
            <w:vAlign w:val="center"/>
            <w:hideMark/>
          </w:tcPr>
          <w:p w14:paraId="01DBBDD3" w14:textId="77777777" w:rsidR="00C81053" w:rsidRPr="00546614" w:rsidRDefault="00ED5F5D">
            <w:pPr>
              <w:spacing w:line="240" w:lineRule="auto"/>
              <w:rPr>
                <w:b/>
                <w:bCs/>
                <w:sz w:val="15"/>
                <w:szCs w:val="28"/>
              </w:rPr>
            </w:pPr>
            <w:r>
              <w:rPr>
                <w:rFonts w:ascii="Arial" w:eastAsia="Arial" w:hAnsi="Arial"/>
                <w:b/>
                <w:bCs/>
                <w:sz w:val="15"/>
                <w:szCs w:val="28"/>
              </w:rPr>
              <w:t>Housing affordability stress</w:t>
            </w:r>
          </w:p>
        </w:tc>
        <w:tc>
          <w:tcPr>
            <w:tcW w:w="2103" w:type="dxa"/>
            <w:gridSpan w:val="3"/>
            <w:shd w:val="clear" w:color="auto" w:fill="auto"/>
            <w:noWrap/>
            <w:vAlign w:val="center"/>
            <w:hideMark/>
          </w:tcPr>
          <w:p w14:paraId="660E011F" w14:textId="77777777" w:rsidR="00C81053" w:rsidRPr="00546614" w:rsidRDefault="00ED5F5D">
            <w:pPr>
              <w:spacing w:line="240" w:lineRule="auto"/>
              <w:rPr>
                <w:b/>
                <w:bCs/>
                <w:sz w:val="15"/>
                <w:szCs w:val="28"/>
              </w:rPr>
            </w:pPr>
            <w:r>
              <w:rPr>
                <w:rFonts w:ascii="Arial" w:eastAsia="Arial" w:hAnsi="Arial"/>
                <w:b/>
                <w:bCs/>
                <w:sz w:val="15"/>
                <w:szCs w:val="28"/>
              </w:rPr>
              <w:t>Involuntary residential mobility</w:t>
            </w:r>
          </w:p>
        </w:tc>
      </w:tr>
      <w:tr w:rsidR="00E84C71" w:rsidRPr="00546614" w14:paraId="2A465A35" w14:textId="77777777" w:rsidTr="00132970">
        <w:trPr>
          <w:trHeight w:val="203"/>
          <w:tblHeader/>
          <w:jc w:val="center"/>
        </w:trPr>
        <w:tc>
          <w:tcPr>
            <w:tcW w:w="3245" w:type="dxa"/>
            <w:gridSpan w:val="2"/>
            <w:vMerge/>
            <w:shd w:val="clear" w:color="auto" w:fill="auto"/>
            <w:noWrap/>
            <w:vAlign w:val="center"/>
            <w:hideMark/>
          </w:tcPr>
          <w:p w14:paraId="41D6450A" w14:textId="77777777" w:rsidR="001D47F0" w:rsidRPr="00546614" w:rsidRDefault="00673AED" w:rsidP="001D47F0">
            <w:pPr>
              <w:spacing w:line="240" w:lineRule="auto"/>
              <w:jc w:val="center"/>
              <w:rPr>
                <w:rFonts w:eastAsia="맑은 고딕" w:cs="Times New Roman"/>
                <w:b/>
                <w:color w:val="000000"/>
                <w:sz w:val="15"/>
                <w:szCs w:val="28"/>
              </w:rPr>
            </w:pPr>
          </w:p>
        </w:tc>
        <w:tc>
          <w:tcPr>
            <w:tcW w:w="847" w:type="dxa"/>
            <w:shd w:val="clear" w:color="auto" w:fill="auto"/>
            <w:noWrap/>
            <w:vAlign w:val="center"/>
            <w:hideMark/>
          </w:tcPr>
          <w:p w14:paraId="542373C3" w14:textId="77777777" w:rsidR="001D47F0" w:rsidRPr="00546614" w:rsidRDefault="00ED5F5D" w:rsidP="001D47F0">
            <w:pPr>
              <w:spacing w:line="240" w:lineRule="auto"/>
              <w:jc w:val="center"/>
              <w:rPr>
                <w:rFonts w:eastAsia="맑은 고딕" w:cs="Times New Roman"/>
                <w:b/>
                <w:color w:val="000000"/>
                <w:sz w:val="15"/>
                <w:szCs w:val="28"/>
              </w:rPr>
            </w:pPr>
            <w:r>
              <w:rPr>
                <w:rFonts w:ascii="Arial" w:eastAsia="Arial" w:hAnsi="Arial" w:cs="Times New Roman"/>
                <w:b/>
                <w:color w:val="000000"/>
                <w:sz w:val="15"/>
                <w:szCs w:val="28"/>
              </w:rPr>
              <w:t>Coeff.</w:t>
            </w:r>
          </w:p>
        </w:tc>
        <w:tc>
          <w:tcPr>
            <w:tcW w:w="565" w:type="dxa"/>
            <w:shd w:val="clear" w:color="auto" w:fill="auto"/>
            <w:noWrap/>
            <w:vAlign w:val="center"/>
            <w:hideMark/>
          </w:tcPr>
          <w:p w14:paraId="6F1CE597" w14:textId="77777777" w:rsidR="001D47F0" w:rsidRPr="00546614" w:rsidRDefault="00ED5F5D" w:rsidP="001D47F0">
            <w:pPr>
              <w:spacing w:line="240" w:lineRule="auto"/>
              <w:jc w:val="center"/>
              <w:rPr>
                <w:rFonts w:eastAsia="맑은 고딕" w:cs="Times New Roman"/>
                <w:b/>
                <w:color w:val="000000"/>
                <w:sz w:val="15"/>
                <w:szCs w:val="28"/>
              </w:rPr>
            </w:pPr>
            <w:r>
              <w:rPr>
                <w:rFonts w:ascii="Arial" w:eastAsia="Arial" w:hAnsi="Arial" w:cs="Times New Roman"/>
                <w:b/>
                <w:color w:val="000000"/>
                <w:sz w:val="15"/>
                <w:szCs w:val="28"/>
              </w:rPr>
              <w:t>Sig.</w:t>
            </w:r>
          </w:p>
        </w:tc>
        <w:tc>
          <w:tcPr>
            <w:tcW w:w="574" w:type="dxa"/>
            <w:shd w:val="clear" w:color="auto" w:fill="auto"/>
            <w:noWrap/>
            <w:vAlign w:val="center"/>
            <w:hideMark/>
          </w:tcPr>
          <w:p w14:paraId="42A0C552" w14:textId="77777777" w:rsidR="001D47F0" w:rsidRPr="00546614" w:rsidRDefault="00ED5F5D" w:rsidP="001D47F0">
            <w:pPr>
              <w:spacing w:line="240" w:lineRule="auto"/>
              <w:jc w:val="center"/>
              <w:rPr>
                <w:rFonts w:eastAsia="맑은 고딕" w:cs="Times New Roman"/>
                <w:b/>
                <w:color w:val="000000"/>
                <w:sz w:val="15"/>
                <w:szCs w:val="28"/>
              </w:rPr>
            </w:pPr>
            <w:r>
              <w:rPr>
                <w:rFonts w:ascii="Arial" w:eastAsia="Arial" w:hAnsi="Arial" w:cs="Times New Roman"/>
                <w:b/>
                <w:color w:val="000000"/>
                <w:sz w:val="15"/>
                <w:szCs w:val="28"/>
              </w:rPr>
              <w:t>S.E.</w:t>
            </w:r>
          </w:p>
        </w:tc>
        <w:tc>
          <w:tcPr>
            <w:tcW w:w="848" w:type="dxa"/>
            <w:shd w:val="clear" w:color="auto" w:fill="auto"/>
            <w:noWrap/>
            <w:vAlign w:val="center"/>
            <w:hideMark/>
          </w:tcPr>
          <w:p w14:paraId="2CBEB12F" w14:textId="77777777" w:rsidR="001D47F0" w:rsidRPr="00546614" w:rsidRDefault="00ED5F5D" w:rsidP="001D47F0">
            <w:pPr>
              <w:spacing w:line="240" w:lineRule="auto"/>
              <w:jc w:val="center"/>
              <w:rPr>
                <w:rFonts w:eastAsia="맑은 고딕" w:cs="Times New Roman"/>
                <w:b/>
                <w:color w:val="000000"/>
                <w:sz w:val="15"/>
                <w:szCs w:val="28"/>
              </w:rPr>
            </w:pPr>
            <w:r>
              <w:rPr>
                <w:rFonts w:ascii="Arial" w:eastAsia="Arial" w:hAnsi="Arial" w:cs="Times New Roman"/>
                <w:b/>
                <w:color w:val="000000"/>
                <w:sz w:val="15"/>
                <w:szCs w:val="28"/>
              </w:rPr>
              <w:t>Coeff.</w:t>
            </w:r>
          </w:p>
        </w:tc>
        <w:tc>
          <w:tcPr>
            <w:tcW w:w="565" w:type="dxa"/>
            <w:shd w:val="clear" w:color="auto" w:fill="auto"/>
            <w:noWrap/>
            <w:vAlign w:val="center"/>
            <w:hideMark/>
          </w:tcPr>
          <w:p w14:paraId="2AA01C1C" w14:textId="77777777" w:rsidR="001D47F0" w:rsidRPr="00546614" w:rsidRDefault="00ED5F5D" w:rsidP="001D47F0">
            <w:pPr>
              <w:spacing w:line="240" w:lineRule="auto"/>
              <w:jc w:val="center"/>
              <w:rPr>
                <w:rFonts w:eastAsia="맑은 고딕" w:cs="Times New Roman"/>
                <w:b/>
                <w:color w:val="000000"/>
                <w:sz w:val="15"/>
                <w:szCs w:val="28"/>
              </w:rPr>
            </w:pPr>
            <w:r>
              <w:rPr>
                <w:rFonts w:ascii="Arial" w:eastAsia="Arial" w:hAnsi="Arial" w:cs="Times New Roman"/>
                <w:b/>
                <w:color w:val="000000"/>
                <w:sz w:val="15"/>
                <w:szCs w:val="28"/>
              </w:rPr>
              <w:t>Sig.</w:t>
            </w:r>
          </w:p>
        </w:tc>
        <w:tc>
          <w:tcPr>
            <w:tcW w:w="574" w:type="dxa"/>
            <w:shd w:val="clear" w:color="auto" w:fill="auto"/>
            <w:noWrap/>
            <w:vAlign w:val="center"/>
            <w:hideMark/>
          </w:tcPr>
          <w:p w14:paraId="5B633550" w14:textId="77777777" w:rsidR="001D47F0" w:rsidRPr="00546614" w:rsidRDefault="00ED5F5D" w:rsidP="001D47F0">
            <w:pPr>
              <w:spacing w:line="240" w:lineRule="auto"/>
              <w:jc w:val="center"/>
              <w:rPr>
                <w:rFonts w:eastAsia="맑은 고딕" w:cs="Times New Roman"/>
                <w:b/>
                <w:color w:val="000000"/>
                <w:sz w:val="15"/>
                <w:szCs w:val="28"/>
              </w:rPr>
            </w:pPr>
            <w:r>
              <w:rPr>
                <w:rFonts w:ascii="Arial" w:eastAsia="Arial" w:hAnsi="Arial" w:cs="Times New Roman"/>
                <w:b/>
                <w:color w:val="000000"/>
                <w:sz w:val="15"/>
                <w:szCs w:val="28"/>
              </w:rPr>
              <w:t>S.E.</w:t>
            </w:r>
          </w:p>
        </w:tc>
        <w:tc>
          <w:tcPr>
            <w:tcW w:w="869" w:type="dxa"/>
            <w:shd w:val="clear" w:color="auto" w:fill="auto"/>
            <w:noWrap/>
            <w:vAlign w:val="center"/>
            <w:hideMark/>
          </w:tcPr>
          <w:p w14:paraId="0801216C" w14:textId="77777777" w:rsidR="001D47F0" w:rsidRPr="00546614" w:rsidRDefault="00ED5F5D" w:rsidP="001D47F0">
            <w:pPr>
              <w:spacing w:line="240" w:lineRule="auto"/>
              <w:jc w:val="center"/>
              <w:rPr>
                <w:rFonts w:eastAsia="맑은 고딕" w:cs="Times New Roman"/>
                <w:b/>
                <w:color w:val="000000"/>
                <w:sz w:val="15"/>
                <w:szCs w:val="28"/>
              </w:rPr>
            </w:pPr>
            <w:r>
              <w:rPr>
                <w:rFonts w:ascii="Arial" w:eastAsia="Arial" w:hAnsi="Arial" w:cs="Times New Roman"/>
                <w:b/>
                <w:color w:val="000000"/>
                <w:sz w:val="15"/>
                <w:szCs w:val="28"/>
              </w:rPr>
              <w:t>Coeff.</w:t>
            </w:r>
          </w:p>
        </w:tc>
        <w:tc>
          <w:tcPr>
            <w:tcW w:w="636" w:type="dxa"/>
            <w:shd w:val="clear" w:color="auto" w:fill="auto"/>
            <w:noWrap/>
            <w:vAlign w:val="center"/>
            <w:hideMark/>
          </w:tcPr>
          <w:p w14:paraId="2E6BDA2B" w14:textId="77777777" w:rsidR="001D47F0" w:rsidRPr="00546614" w:rsidRDefault="00ED5F5D" w:rsidP="001D47F0">
            <w:pPr>
              <w:spacing w:line="240" w:lineRule="auto"/>
              <w:jc w:val="center"/>
              <w:rPr>
                <w:rFonts w:eastAsia="맑은 고딕" w:cs="Times New Roman"/>
                <w:b/>
                <w:color w:val="000000"/>
                <w:sz w:val="15"/>
                <w:szCs w:val="28"/>
              </w:rPr>
            </w:pPr>
            <w:r>
              <w:rPr>
                <w:rFonts w:ascii="Arial" w:eastAsia="Arial" w:hAnsi="Arial" w:cs="Times New Roman"/>
                <w:b/>
                <w:color w:val="000000"/>
                <w:sz w:val="15"/>
                <w:szCs w:val="28"/>
              </w:rPr>
              <w:t>Sig.</w:t>
            </w:r>
          </w:p>
        </w:tc>
        <w:tc>
          <w:tcPr>
            <w:tcW w:w="723" w:type="dxa"/>
            <w:shd w:val="clear" w:color="auto" w:fill="auto"/>
            <w:noWrap/>
            <w:vAlign w:val="center"/>
            <w:hideMark/>
          </w:tcPr>
          <w:p w14:paraId="7A9D645B" w14:textId="77777777" w:rsidR="001D47F0" w:rsidRPr="00546614" w:rsidRDefault="00ED5F5D" w:rsidP="001D47F0">
            <w:pPr>
              <w:spacing w:line="240" w:lineRule="auto"/>
              <w:jc w:val="center"/>
              <w:rPr>
                <w:rFonts w:eastAsia="맑은 고딕" w:cs="Times New Roman"/>
                <w:b/>
                <w:color w:val="000000"/>
                <w:sz w:val="15"/>
                <w:szCs w:val="28"/>
              </w:rPr>
            </w:pPr>
            <w:r>
              <w:rPr>
                <w:rFonts w:ascii="Arial" w:eastAsia="Arial" w:hAnsi="Arial" w:cs="Times New Roman"/>
                <w:b/>
                <w:color w:val="000000"/>
                <w:sz w:val="15"/>
                <w:szCs w:val="28"/>
              </w:rPr>
              <w:t>S.E.</w:t>
            </w:r>
          </w:p>
        </w:tc>
        <w:tc>
          <w:tcPr>
            <w:tcW w:w="861" w:type="dxa"/>
            <w:shd w:val="clear" w:color="auto" w:fill="auto"/>
            <w:noWrap/>
            <w:vAlign w:val="center"/>
            <w:hideMark/>
          </w:tcPr>
          <w:p w14:paraId="031FF4DE" w14:textId="77777777" w:rsidR="001D47F0" w:rsidRPr="00546614" w:rsidRDefault="00ED5F5D" w:rsidP="001D47F0">
            <w:pPr>
              <w:spacing w:line="240" w:lineRule="auto"/>
              <w:jc w:val="center"/>
              <w:rPr>
                <w:rFonts w:eastAsia="맑은 고딕" w:cs="Times New Roman"/>
                <w:b/>
                <w:color w:val="000000"/>
                <w:sz w:val="15"/>
                <w:szCs w:val="28"/>
              </w:rPr>
            </w:pPr>
            <w:r>
              <w:rPr>
                <w:rFonts w:ascii="Arial" w:eastAsia="Arial" w:hAnsi="Arial" w:cs="Times New Roman"/>
                <w:b/>
                <w:color w:val="000000"/>
                <w:sz w:val="15"/>
                <w:szCs w:val="28"/>
              </w:rPr>
              <w:t>Coeff.</w:t>
            </w:r>
          </w:p>
        </w:tc>
        <w:tc>
          <w:tcPr>
            <w:tcW w:w="657" w:type="dxa"/>
            <w:shd w:val="clear" w:color="auto" w:fill="auto"/>
            <w:noWrap/>
            <w:vAlign w:val="center"/>
            <w:hideMark/>
          </w:tcPr>
          <w:p w14:paraId="7C019B39" w14:textId="77777777" w:rsidR="001D47F0" w:rsidRPr="00546614" w:rsidRDefault="00ED5F5D" w:rsidP="001D47F0">
            <w:pPr>
              <w:spacing w:line="240" w:lineRule="auto"/>
              <w:jc w:val="center"/>
              <w:rPr>
                <w:rFonts w:eastAsia="맑은 고딕" w:cs="Times New Roman"/>
                <w:b/>
                <w:color w:val="000000"/>
                <w:sz w:val="15"/>
                <w:szCs w:val="28"/>
              </w:rPr>
            </w:pPr>
            <w:r>
              <w:rPr>
                <w:rFonts w:ascii="Arial" w:eastAsia="Arial" w:hAnsi="Arial" w:cs="Times New Roman"/>
                <w:b/>
                <w:color w:val="000000"/>
                <w:sz w:val="15"/>
                <w:szCs w:val="28"/>
              </w:rPr>
              <w:t>Sig.</w:t>
            </w:r>
          </w:p>
        </w:tc>
        <w:tc>
          <w:tcPr>
            <w:tcW w:w="582" w:type="dxa"/>
            <w:shd w:val="clear" w:color="auto" w:fill="auto"/>
            <w:noWrap/>
            <w:vAlign w:val="center"/>
            <w:hideMark/>
          </w:tcPr>
          <w:p w14:paraId="64ACCAD9" w14:textId="77777777" w:rsidR="001D47F0" w:rsidRPr="00546614" w:rsidRDefault="00ED5F5D" w:rsidP="001D47F0">
            <w:pPr>
              <w:spacing w:line="240" w:lineRule="auto"/>
              <w:jc w:val="center"/>
              <w:rPr>
                <w:rFonts w:eastAsia="맑은 고딕" w:cs="Times New Roman"/>
                <w:b/>
                <w:color w:val="000000"/>
                <w:sz w:val="15"/>
                <w:szCs w:val="28"/>
              </w:rPr>
            </w:pPr>
            <w:r>
              <w:rPr>
                <w:rFonts w:ascii="Arial" w:eastAsia="Arial" w:hAnsi="Arial" w:cs="Times New Roman"/>
                <w:b/>
                <w:color w:val="000000"/>
                <w:sz w:val="15"/>
                <w:szCs w:val="28"/>
              </w:rPr>
              <w:t>S.E.</w:t>
            </w:r>
          </w:p>
        </w:tc>
        <w:tc>
          <w:tcPr>
            <w:tcW w:w="829" w:type="dxa"/>
            <w:shd w:val="clear" w:color="auto" w:fill="auto"/>
            <w:noWrap/>
            <w:vAlign w:val="center"/>
            <w:hideMark/>
          </w:tcPr>
          <w:p w14:paraId="53EEE263" w14:textId="77777777" w:rsidR="001D47F0" w:rsidRPr="00546614" w:rsidRDefault="00ED5F5D" w:rsidP="001D47F0">
            <w:pPr>
              <w:spacing w:line="240" w:lineRule="auto"/>
              <w:jc w:val="center"/>
              <w:rPr>
                <w:rFonts w:eastAsia="맑은 고딕" w:cs="Times New Roman"/>
                <w:b/>
                <w:color w:val="000000"/>
                <w:sz w:val="15"/>
                <w:szCs w:val="28"/>
              </w:rPr>
            </w:pPr>
            <w:r>
              <w:rPr>
                <w:rFonts w:ascii="Arial" w:eastAsia="Arial" w:hAnsi="Arial" w:cs="Times New Roman"/>
                <w:b/>
                <w:color w:val="000000"/>
                <w:sz w:val="15"/>
                <w:szCs w:val="28"/>
              </w:rPr>
              <w:t>Coeff.</w:t>
            </w:r>
          </w:p>
        </w:tc>
        <w:tc>
          <w:tcPr>
            <w:tcW w:w="669" w:type="dxa"/>
            <w:shd w:val="clear" w:color="auto" w:fill="auto"/>
            <w:noWrap/>
            <w:vAlign w:val="center"/>
            <w:hideMark/>
          </w:tcPr>
          <w:p w14:paraId="0E6FDDF7" w14:textId="77777777" w:rsidR="001D47F0" w:rsidRPr="00546614" w:rsidRDefault="00ED5F5D" w:rsidP="001D47F0">
            <w:pPr>
              <w:spacing w:line="240" w:lineRule="auto"/>
              <w:jc w:val="center"/>
              <w:rPr>
                <w:rFonts w:eastAsia="맑은 고딕" w:cs="Times New Roman"/>
                <w:b/>
                <w:color w:val="000000"/>
                <w:sz w:val="15"/>
                <w:szCs w:val="28"/>
              </w:rPr>
            </w:pPr>
            <w:r>
              <w:rPr>
                <w:rFonts w:ascii="Arial" w:eastAsia="Arial" w:hAnsi="Arial" w:cs="Times New Roman"/>
                <w:b/>
                <w:color w:val="000000"/>
                <w:sz w:val="15"/>
                <w:szCs w:val="28"/>
              </w:rPr>
              <w:t>Sig.</w:t>
            </w:r>
          </w:p>
        </w:tc>
        <w:tc>
          <w:tcPr>
            <w:tcW w:w="605" w:type="dxa"/>
            <w:shd w:val="clear" w:color="auto" w:fill="auto"/>
            <w:noWrap/>
            <w:vAlign w:val="center"/>
            <w:hideMark/>
          </w:tcPr>
          <w:p w14:paraId="74A2F2B7" w14:textId="77777777" w:rsidR="001D47F0" w:rsidRPr="00546614" w:rsidRDefault="00ED5F5D" w:rsidP="001D47F0">
            <w:pPr>
              <w:spacing w:line="240" w:lineRule="auto"/>
              <w:jc w:val="center"/>
              <w:rPr>
                <w:rFonts w:eastAsia="맑은 고딕" w:cs="Times New Roman"/>
                <w:b/>
                <w:color w:val="000000"/>
                <w:sz w:val="15"/>
                <w:szCs w:val="28"/>
              </w:rPr>
            </w:pPr>
            <w:r>
              <w:rPr>
                <w:rFonts w:ascii="Arial" w:eastAsia="Arial" w:hAnsi="Arial" w:cs="Times New Roman"/>
                <w:b/>
                <w:color w:val="000000"/>
                <w:sz w:val="15"/>
                <w:szCs w:val="28"/>
              </w:rPr>
              <w:t>S.E.</w:t>
            </w:r>
          </w:p>
        </w:tc>
      </w:tr>
      <w:tr w:rsidR="00E84C71" w:rsidRPr="00546614" w14:paraId="01692F6F" w14:textId="77777777" w:rsidTr="00132970">
        <w:trPr>
          <w:trHeight w:val="203"/>
          <w:jc w:val="center"/>
        </w:trPr>
        <w:tc>
          <w:tcPr>
            <w:tcW w:w="1206" w:type="dxa"/>
            <w:shd w:val="clear" w:color="auto" w:fill="auto"/>
            <w:noWrap/>
            <w:vAlign w:val="center"/>
            <w:hideMark/>
          </w:tcPr>
          <w:p w14:paraId="67FF6351" w14:textId="77777777" w:rsidR="001D47F0" w:rsidRPr="00546614" w:rsidRDefault="00ED5F5D" w:rsidP="001D47F0">
            <w:pPr>
              <w:spacing w:line="240" w:lineRule="auto"/>
              <w:rPr>
                <w:rFonts w:eastAsia="맑은 고딕" w:cs="Times New Roman"/>
                <w:b/>
                <w:color w:val="000000"/>
                <w:sz w:val="15"/>
                <w:szCs w:val="28"/>
              </w:rPr>
            </w:pPr>
            <w:r>
              <w:rPr>
                <w:rFonts w:ascii="Arial" w:eastAsia="Arial" w:hAnsi="Arial" w:cs="Times New Roman"/>
                <w:b/>
                <w:color w:val="000000"/>
                <w:sz w:val="15"/>
                <w:szCs w:val="28"/>
              </w:rPr>
              <w:t>Fixed effects</w:t>
            </w:r>
          </w:p>
        </w:tc>
        <w:tc>
          <w:tcPr>
            <w:tcW w:w="2039" w:type="dxa"/>
            <w:shd w:val="clear" w:color="auto" w:fill="auto"/>
            <w:noWrap/>
            <w:vAlign w:val="center"/>
            <w:hideMark/>
          </w:tcPr>
          <w:p w14:paraId="4B91FFE1"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b/>
                <w:color w:val="000000"/>
                <w:sz w:val="15"/>
                <w:szCs w:val="28"/>
              </w:rPr>
              <w:t xml:space="preserve">　</w:t>
            </w:r>
          </w:p>
        </w:tc>
        <w:tc>
          <w:tcPr>
            <w:tcW w:w="847" w:type="dxa"/>
            <w:shd w:val="clear" w:color="auto" w:fill="auto"/>
            <w:noWrap/>
            <w:vAlign w:val="center"/>
            <w:hideMark/>
          </w:tcPr>
          <w:p w14:paraId="3B123255"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b/>
                <w:color w:val="000000"/>
                <w:sz w:val="15"/>
                <w:szCs w:val="28"/>
              </w:rPr>
              <w:t xml:space="preserve">　</w:t>
            </w:r>
          </w:p>
        </w:tc>
        <w:tc>
          <w:tcPr>
            <w:tcW w:w="565" w:type="dxa"/>
            <w:shd w:val="clear" w:color="auto" w:fill="auto"/>
            <w:noWrap/>
            <w:vAlign w:val="center"/>
            <w:hideMark/>
          </w:tcPr>
          <w:p w14:paraId="4421A751"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b/>
                <w:color w:val="000000"/>
                <w:sz w:val="15"/>
                <w:szCs w:val="28"/>
              </w:rPr>
              <w:t xml:space="preserve">　</w:t>
            </w:r>
          </w:p>
        </w:tc>
        <w:tc>
          <w:tcPr>
            <w:tcW w:w="574" w:type="dxa"/>
            <w:shd w:val="clear" w:color="auto" w:fill="auto"/>
            <w:noWrap/>
            <w:vAlign w:val="center"/>
            <w:hideMark/>
          </w:tcPr>
          <w:p w14:paraId="5A1CB05B"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b/>
                <w:color w:val="000000"/>
                <w:sz w:val="15"/>
                <w:szCs w:val="28"/>
              </w:rPr>
              <w:t xml:space="preserve">　</w:t>
            </w:r>
          </w:p>
        </w:tc>
        <w:tc>
          <w:tcPr>
            <w:tcW w:w="848" w:type="dxa"/>
            <w:shd w:val="clear" w:color="auto" w:fill="auto"/>
            <w:noWrap/>
            <w:vAlign w:val="center"/>
            <w:hideMark/>
          </w:tcPr>
          <w:p w14:paraId="19A67C69"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b/>
                <w:color w:val="000000"/>
                <w:sz w:val="15"/>
                <w:szCs w:val="28"/>
              </w:rPr>
              <w:t xml:space="preserve">　</w:t>
            </w:r>
          </w:p>
        </w:tc>
        <w:tc>
          <w:tcPr>
            <w:tcW w:w="565" w:type="dxa"/>
            <w:shd w:val="clear" w:color="auto" w:fill="auto"/>
            <w:noWrap/>
            <w:vAlign w:val="center"/>
            <w:hideMark/>
          </w:tcPr>
          <w:p w14:paraId="22FF8A75"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b/>
                <w:color w:val="000000"/>
                <w:sz w:val="15"/>
                <w:szCs w:val="28"/>
              </w:rPr>
              <w:t xml:space="preserve">　</w:t>
            </w:r>
          </w:p>
        </w:tc>
        <w:tc>
          <w:tcPr>
            <w:tcW w:w="574" w:type="dxa"/>
            <w:shd w:val="clear" w:color="auto" w:fill="auto"/>
            <w:noWrap/>
            <w:vAlign w:val="center"/>
            <w:hideMark/>
          </w:tcPr>
          <w:p w14:paraId="406F7AD4"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b/>
                <w:color w:val="000000"/>
                <w:sz w:val="15"/>
                <w:szCs w:val="28"/>
              </w:rPr>
              <w:t xml:space="preserve">　</w:t>
            </w:r>
          </w:p>
        </w:tc>
        <w:tc>
          <w:tcPr>
            <w:tcW w:w="869" w:type="dxa"/>
            <w:shd w:val="clear" w:color="auto" w:fill="auto"/>
            <w:noWrap/>
            <w:vAlign w:val="center"/>
            <w:hideMark/>
          </w:tcPr>
          <w:p w14:paraId="0FC7E611"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b/>
                <w:color w:val="000000"/>
                <w:sz w:val="15"/>
                <w:szCs w:val="28"/>
              </w:rPr>
              <w:t xml:space="preserve">　</w:t>
            </w:r>
          </w:p>
        </w:tc>
        <w:tc>
          <w:tcPr>
            <w:tcW w:w="636" w:type="dxa"/>
            <w:shd w:val="clear" w:color="auto" w:fill="auto"/>
            <w:noWrap/>
            <w:vAlign w:val="center"/>
            <w:hideMark/>
          </w:tcPr>
          <w:p w14:paraId="02D1E5DB"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b/>
                <w:color w:val="000000"/>
                <w:sz w:val="15"/>
                <w:szCs w:val="28"/>
              </w:rPr>
              <w:t xml:space="preserve">　</w:t>
            </w:r>
          </w:p>
        </w:tc>
        <w:tc>
          <w:tcPr>
            <w:tcW w:w="723" w:type="dxa"/>
            <w:shd w:val="clear" w:color="auto" w:fill="auto"/>
            <w:noWrap/>
            <w:vAlign w:val="center"/>
            <w:hideMark/>
          </w:tcPr>
          <w:p w14:paraId="496BC791"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b/>
                <w:color w:val="000000"/>
                <w:sz w:val="15"/>
                <w:szCs w:val="28"/>
              </w:rPr>
              <w:t xml:space="preserve">　</w:t>
            </w:r>
          </w:p>
        </w:tc>
        <w:tc>
          <w:tcPr>
            <w:tcW w:w="861" w:type="dxa"/>
            <w:shd w:val="clear" w:color="auto" w:fill="auto"/>
            <w:noWrap/>
            <w:vAlign w:val="center"/>
            <w:hideMark/>
          </w:tcPr>
          <w:p w14:paraId="46D3EAAE"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b/>
                <w:color w:val="000000"/>
                <w:sz w:val="15"/>
                <w:szCs w:val="28"/>
              </w:rPr>
              <w:t xml:space="preserve">　</w:t>
            </w:r>
          </w:p>
        </w:tc>
        <w:tc>
          <w:tcPr>
            <w:tcW w:w="657" w:type="dxa"/>
            <w:shd w:val="clear" w:color="auto" w:fill="auto"/>
            <w:noWrap/>
            <w:vAlign w:val="center"/>
            <w:hideMark/>
          </w:tcPr>
          <w:p w14:paraId="4ADF005C"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b/>
                <w:color w:val="000000"/>
                <w:sz w:val="15"/>
                <w:szCs w:val="28"/>
              </w:rPr>
              <w:t xml:space="preserve">　</w:t>
            </w:r>
          </w:p>
        </w:tc>
        <w:tc>
          <w:tcPr>
            <w:tcW w:w="582" w:type="dxa"/>
            <w:shd w:val="clear" w:color="auto" w:fill="auto"/>
            <w:noWrap/>
            <w:vAlign w:val="center"/>
            <w:hideMark/>
          </w:tcPr>
          <w:p w14:paraId="681D9985"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b/>
                <w:color w:val="000000"/>
                <w:sz w:val="15"/>
                <w:szCs w:val="28"/>
              </w:rPr>
              <w:t xml:space="preserve">　</w:t>
            </w:r>
          </w:p>
        </w:tc>
        <w:tc>
          <w:tcPr>
            <w:tcW w:w="829" w:type="dxa"/>
            <w:shd w:val="clear" w:color="auto" w:fill="auto"/>
            <w:noWrap/>
            <w:vAlign w:val="center"/>
            <w:hideMark/>
          </w:tcPr>
          <w:p w14:paraId="529763D3"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b/>
                <w:color w:val="000000"/>
                <w:sz w:val="15"/>
                <w:szCs w:val="28"/>
              </w:rPr>
              <w:t xml:space="preserve">　</w:t>
            </w:r>
          </w:p>
        </w:tc>
        <w:tc>
          <w:tcPr>
            <w:tcW w:w="669" w:type="dxa"/>
            <w:shd w:val="clear" w:color="auto" w:fill="auto"/>
            <w:noWrap/>
            <w:vAlign w:val="center"/>
            <w:hideMark/>
          </w:tcPr>
          <w:p w14:paraId="14DD6DB2"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b/>
                <w:color w:val="000000"/>
                <w:sz w:val="15"/>
                <w:szCs w:val="28"/>
              </w:rPr>
              <w:t xml:space="preserve">　</w:t>
            </w:r>
          </w:p>
        </w:tc>
        <w:tc>
          <w:tcPr>
            <w:tcW w:w="605" w:type="dxa"/>
            <w:shd w:val="clear" w:color="auto" w:fill="auto"/>
            <w:noWrap/>
            <w:vAlign w:val="center"/>
            <w:hideMark/>
          </w:tcPr>
          <w:p w14:paraId="0DC6098D"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b/>
                <w:color w:val="000000"/>
                <w:sz w:val="15"/>
                <w:szCs w:val="28"/>
              </w:rPr>
              <w:t xml:space="preserve">　</w:t>
            </w:r>
          </w:p>
        </w:tc>
      </w:tr>
      <w:tr w:rsidR="00E84C71" w:rsidRPr="00546614" w14:paraId="502A13B7" w14:textId="77777777" w:rsidTr="00132970">
        <w:trPr>
          <w:trHeight w:val="203"/>
          <w:jc w:val="center"/>
        </w:trPr>
        <w:tc>
          <w:tcPr>
            <w:tcW w:w="1206" w:type="dxa"/>
            <w:shd w:val="clear" w:color="auto" w:fill="auto"/>
            <w:noWrap/>
            <w:vAlign w:val="center"/>
            <w:hideMark/>
          </w:tcPr>
          <w:p w14:paraId="3B4D5432" w14:textId="77777777" w:rsidR="001D47F0" w:rsidRPr="00546614" w:rsidRDefault="00ED5F5D" w:rsidP="001D47F0">
            <w:pPr>
              <w:spacing w:line="240" w:lineRule="auto"/>
              <w:rPr>
                <w:rFonts w:eastAsia="맑은 고딕" w:cs="Times New Roman"/>
                <w:iCs/>
                <w:color w:val="000000"/>
                <w:sz w:val="15"/>
                <w:szCs w:val="28"/>
              </w:rPr>
            </w:pPr>
            <w:r>
              <w:rPr>
                <w:rFonts w:ascii="Arial" w:eastAsia="Arial" w:hAnsi="Arial" w:cs="Times New Roman"/>
                <w:iCs/>
                <w:color w:val="000000"/>
                <w:sz w:val="15"/>
                <w:szCs w:val="28"/>
              </w:rPr>
              <w:t>Age/10</w:t>
            </w:r>
          </w:p>
        </w:tc>
        <w:tc>
          <w:tcPr>
            <w:tcW w:w="2039" w:type="dxa"/>
            <w:shd w:val="clear" w:color="auto" w:fill="auto"/>
            <w:noWrap/>
            <w:vAlign w:val="center"/>
            <w:hideMark/>
          </w:tcPr>
          <w:p w14:paraId="20A3D5B6"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847" w:type="dxa"/>
            <w:shd w:val="clear" w:color="auto" w:fill="auto"/>
            <w:noWrap/>
            <w:vAlign w:val="center"/>
            <w:hideMark/>
          </w:tcPr>
          <w:p w14:paraId="484A7A5D"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1.623</w:t>
            </w:r>
          </w:p>
        </w:tc>
        <w:tc>
          <w:tcPr>
            <w:tcW w:w="565" w:type="dxa"/>
            <w:shd w:val="clear" w:color="auto" w:fill="auto"/>
            <w:noWrap/>
            <w:vAlign w:val="center"/>
            <w:hideMark/>
          </w:tcPr>
          <w:p w14:paraId="6C45140E"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74" w:type="dxa"/>
            <w:shd w:val="clear" w:color="auto" w:fill="auto"/>
            <w:noWrap/>
            <w:vAlign w:val="center"/>
            <w:hideMark/>
          </w:tcPr>
          <w:p w14:paraId="311F47DC"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0.250</w:t>
            </w:r>
          </w:p>
        </w:tc>
        <w:tc>
          <w:tcPr>
            <w:tcW w:w="848" w:type="dxa"/>
            <w:shd w:val="clear" w:color="auto" w:fill="auto"/>
            <w:noWrap/>
            <w:vAlign w:val="center"/>
            <w:hideMark/>
          </w:tcPr>
          <w:p w14:paraId="1814969F"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-1.333</w:t>
            </w:r>
          </w:p>
        </w:tc>
        <w:tc>
          <w:tcPr>
            <w:tcW w:w="565" w:type="dxa"/>
            <w:shd w:val="clear" w:color="auto" w:fill="auto"/>
            <w:noWrap/>
            <w:vAlign w:val="center"/>
            <w:hideMark/>
          </w:tcPr>
          <w:p w14:paraId="68E3011D"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74" w:type="dxa"/>
            <w:shd w:val="clear" w:color="auto" w:fill="auto"/>
            <w:noWrap/>
            <w:vAlign w:val="center"/>
            <w:hideMark/>
          </w:tcPr>
          <w:p w14:paraId="67AEADF1"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0.136</w:t>
            </w:r>
          </w:p>
        </w:tc>
        <w:tc>
          <w:tcPr>
            <w:tcW w:w="869" w:type="dxa"/>
            <w:shd w:val="clear" w:color="auto" w:fill="auto"/>
            <w:noWrap/>
            <w:vAlign w:val="center"/>
            <w:hideMark/>
          </w:tcPr>
          <w:p w14:paraId="3353F2C8"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1.005</w:t>
            </w:r>
          </w:p>
        </w:tc>
        <w:tc>
          <w:tcPr>
            <w:tcW w:w="636" w:type="dxa"/>
            <w:shd w:val="clear" w:color="auto" w:fill="auto"/>
            <w:noWrap/>
            <w:vAlign w:val="center"/>
            <w:hideMark/>
          </w:tcPr>
          <w:p w14:paraId="3695C2A4"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723" w:type="dxa"/>
            <w:shd w:val="clear" w:color="auto" w:fill="auto"/>
            <w:noWrap/>
            <w:vAlign w:val="center"/>
            <w:hideMark/>
          </w:tcPr>
          <w:p w14:paraId="2A58DB35"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0.115</w:t>
            </w:r>
          </w:p>
        </w:tc>
        <w:tc>
          <w:tcPr>
            <w:tcW w:w="861" w:type="dxa"/>
            <w:shd w:val="clear" w:color="auto" w:fill="auto"/>
            <w:noWrap/>
            <w:vAlign w:val="center"/>
            <w:hideMark/>
          </w:tcPr>
          <w:p w14:paraId="2DDE3AA0"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-0.827</w:t>
            </w:r>
          </w:p>
        </w:tc>
        <w:tc>
          <w:tcPr>
            <w:tcW w:w="657" w:type="dxa"/>
            <w:shd w:val="clear" w:color="auto" w:fill="auto"/>
            <w:noWrap/>
            <w:vAlign w:val="center"/>
            <w:hideMark/>
          </w:tcPr>
          <w:p w14:paraId="417BD2B5"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82" w:type="dxa"/>
            <w:shd w:val="clear" w:color="auto" w:fill="auto"/>
            <w:noWrap/>
            <w:vAlign w:val="center"/>
            <w:hideMark/>
          </w:tcPr>
          <w:p w14:paraId="464F47A4"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0.029</w:t>
            </w:r>
          </w:p>
        </w:tc>
        <w:tc>
          <w:tcPr>
            <w:tcW w:w="829" w:type="dxa"/>
            <w:shd w:val="clear" w:color="auto" w:fill="auto"/>
            <w:noWrap/>
            <w:vAlign w:val="center"/>
            <w:hideMark/>
          </w:tcPr>
          <w:p w14:paraId="6A7C28E8"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0.874</w:t>
            </w:r>
          </w:p>
        </w:tc>
        <w:tc>
          <w:tcPr>
            <w:tcW w:w="669" w:type="dxa"/>
            <w:shd w:val="clear" w:color="auto" w:fill="auto"/>
            <w:noWrap/>
            <w:vAlign w:val="center"/>
            <w:hideMark/>
          </w:tcPr>
          <w:p w14:paraId="383A2D50"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605" w:type="dxa"/>
            <w:shd w:val="clear" w:color="auto" w:fill="auto"/>
            <w:noWrap/>
            <w:vAlign w:val="center"/>
            <w:hideMark/>
          </w:tcPr>
          <w:p w14:paraId="2AE93885"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0.172</w:t>
            </w:r>
          </w:p>
        </w:tc>
      </w:tr>
      <w:tr w:rsidR="00E90D11" w:rsidRPr="00546614" w14:paraId="253B73DC" w14:textId="77777777" w:rsidTr="00132970">
        <w:trPr>
          <w:trHeight w:val="203"/>
          <w:jc w:val="center"/>
        </w:trPr>
        <w:tc>
          <w:tcPr>
            <w:tcW w:w="3245" w:type="dxa"/>
            <w:gridSpan w:val="2"/>
            <w:shd w:val="clear" w:color="auto" w:fill="auto"/>
            <w:noWrap/>
            <w:vAlign w:val="center"/>
            <w:hideMark/>
          </w:tcPr>
          <w:p w14:paraId="794345AB" w14:textId="77777777" w:rsidR="00C81053" w:rsidRPr="00546614" w:rsidRDefault="00ED5F5D">
            <w:pPr>
              <w:spacing w:line="240" w:lineRule="auto"/>
              <w:rPr>
                <w:sz w:val="15"/>
                <w:szCs w:val="28"/>
              </w:rPr>
            </w:pPr>
            <w:r>
              <w:rPr>
                <w:rFonts w:ascii="Arial" w:eastAsia="Arial" w:hAnsi="Arial"/>
                <w:sz w:val="15"/>
                <w:szCs w:val="28"/>
              </w:rPr>
              <w:t>(Age/10) squared</w:t>
            </w:r>
          </w:p>
        </w:tc>
        <w:tc>
          <w:tcPr>
            <w:tcW w:w="847" w:type="dxa"/>
            <w:shd w:val="clear" w:color="auto" w:fill="auto"/>
            <w:noWrap/>
            <w:vAlign w:val="center"/>
            <w:hideMark/>
          </w:tcPr>
          <w:p w14:paraId="24D4AA6F" w14:textId="77777777" w:rsidR="00E90D1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-0.158</w:t>
            </w:r>
          </w:p>
        </w:tc>
        <w:tc>
          <w:tcPr>
            <w:tcW w:w="565" w:type="dxa"/>
            <w:shd w:val="clear" w:color="auto" w:fill="auto"/>
            <w:noWrap/>
            <w:vAlign w:val="center"/>
            <w:hideMark/>
          </w:tcPr>
          <w:p w14:paraId="0D9B1ACD" w14:textId="77777777" w:rsidR="00E90D11"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74" w:type="dxa"/>
            <w:shd w:val="clear" w:color="auto" w:fill="auto"/>
            <w:noWrap/>
            <w:vAlign w:val="center"/>
            <w:hideMark/>
          </w:tcPr>
          <w:p w14:paraId="125FDFF9" w14:textId="77777777" w:rsidR="00E90D1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0.027</w:t>
            </w:r>
          </w:p>
        </w:tc>
        <w:tc>
          <w:tcPr>
            <w:tcW w:w="848" w:type="dxa"/>
            <w:shd w:val="clear" w:color="auto" w:fill="auto"/>
            <w:noWrap/>
            <w:vAlign w:val="center"/>
            <w:hideMark/>
          </w:tcPr>
          <w:p w14:paraId="03202176" w14:textId="77777777" w:rsidR="00E90D1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0.104</w:t>
            </w:r>
          </w:p>
        </w:tc>
        <w:tc>
          <w:tcPr>
            <w:tcW w:w="565" w:type="dxa"/>
            <w:shd w:val="clear" w:color="auto" w:fill="auto"/>
            <w:noWrap/>
            <w:vAlign w:val="center"/>
            <w:hideMark/>
          </w:tcPr>
          <w:p w14:paraId="02B062B8" w14:textId="77777777" w:rsidR="00E90D11"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74" w:type="dxa"/>
            <w:shd w:val="clear" w:color="auto" w:fill="auto"/>
            <w:noWrap/>
            <w:vAlign w:val="center"/>
            <w:hideMark/>
          </w:tcPr>
          <w:p w14:paraId="43C7DED3" w14:textId="77777777" w:rsidR="00E90D1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0.015</w:t>
            </w:r>
          </w:p>
        </w:tc>
        <w:tc>
          <w:tcPr>
            <w:tcW w:w="869" w:type="dxa"/>
            <w:shd w:val="clear" w:color="auto" w:fill="auto"/>
            <w:noWrap/>
            <w:vAlign w:val="center"/>
            <w:hideMark/>
          </w:tcPr>
          <w:p w14:paraId="65BC150B" w14:textId="77777777" w:rsidR="00E90D1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-0.105</w:t>
            </w:r>
          </w:p>
        </w:tc>
        <w:tc>
          <w:tcPr>
            <w:tcW w:w="636" w:type="dxa"/>
            <w:shd w:val="clear" w:color="auto" w:fill="auto"/>
            <w:noWrap/>
            <w:vAlign w:val="center"/>
            <w:hideMark/>
          </w:tcPr>
          <w:p w14:paraId="7B803BBB" w14:textId="77777777" w:rsidR="00E90D11"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723" w:type="dxa"/>
            <w:shd w:val="clear" w:color="auto" w:fill="auto"/>
            <w:noWrap/>
            <w:vAlign w:val="center"/>
            <w:hideMark/>
          </w:tcPr>
          <w:p w14:paraId="018074FD" w14:textId="77777777" w:rsidR="00E90D1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0.012</w:t>
            </w:r>
          </w:p>
        </w:tc>
        <w:tc>
          <w:tcPr>
            <w:tcW w:w="861" w:type="dxa"/>
            <w:shd w:val="clear" w:color="auto" w:fill="auto"/>
            <w:noWrap/>
            <w:vAlign w:val="center"/>
            <w:hideMark/>
          </w:tcPr>
          <w:p w14:paraId="3814D1B9" w14:textId="77777777" w:rsidR="00E90D1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0.081</w:t>
            </w:r>
          </w:p>
        </w:tc>
        <w:tc>
          <w:tcPr>
            <w:tcW w:w="657" w:type="dxa"/>
            <w:shd w:val="clear" w:color="auto" w:fill="auto"/>
            <w:noWrap/>
            <w:vAlign w:val="center"/>
            <w:hideMark/>
          </w:tcPr>
          <w:p w14:paraId="11BE6873" w14:textId="77777777" w:rsidR="00E90D11"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82" w:type="dxa"/>
            <w:shd w:val="clear" w:color="auto" w:fill="auto"/>
            <w:noWrap/>
            <w:vAlign w:val="center"/>
            <w:hideMark/>
          </w:tcPr>
          <w:p w14:paraId="50B9B23B" w14:textId="77777777" w:rsidR="00E90D1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0.004</w:t>
            </w:r>
          </w:p>
        </w:tc>
        <w:tc>
          <w:tcPr>
            <w:tcW w:w="829" w:type="dxa"/>
            <w:shd w:val="clear" w:color="auto" w:fill="auto"/>
            <w:noWrap/>
            <w:vAlign w:val="center"/>
            <w:hideMark/>
          </w:tcPr>
          <w:p w14:paraId="7EF772F2" w14:textId="77777777" w:rsidR="00E90D1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-0.087</w:t>
            </w:r>
          </w:p>
        </w:tc>
        <w:tc>
          <w:tcPr>
            <w:tcW w:w="669" w:type="dxa"/>
            <w:shd w:val="clear" w:color="auto" w:fill="auto"/>
            <w:noWrap/>
            <w:vAlign w:val="center"/>
            <w:hideMark/>
          </w:tcPr>
          <w:p w14:paraId="7601B53B" w14:textId="77777777" w:rsidR="00E90D11"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605" w:type="dxa"/>
            <w:shd w:val="clear" w:color="auto" w:fill="auto"/>
            <w:noWrap/>
            <w:vAlign w:val="center"/>
            <w:hideMark/>
          </w:tcPr>
          <w:p w14:paraId="3A929A6F" w14:textId="77777777" w:rsidR="00E90D1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0.020</w:t>
            </w:r>
          </w:p>
        </w:tc>
      </w:tr>
      <w:tr w:rsidR="00E84C71" w:rsidRPr="00546614" w14:paraId="7A82F5C0" w14:textId="77777777" w:rsidTr="00132970">
        <w:trPr>
          <w:trHeight w:val="203"/>
          <w:jc w:val="center"/>
        </w:trPr>
        <w:tc>
          <w:tcPr>
            <w:tcW w:w="1206" w:type="dxa"/>
            <w:shd w:val="clear" w:color="auto" w:fill="auto"/>
            <w:noWrap/>
            <w:vAlign w:val="center"/>
            <w:hideMark/>
          </w:tcPr>
          <w:p w14:paraId="74D88919" w14:textId="6326D159" w:rsidR="00C81053" w:rsidRPr="00546614" w:rsidRDefault="001D5C5C">
            <w:pPr>
              <w:spacing w:line="240" w:lineRule="auto"/>
              <w:rPr>
                <w:sz w:val="15"/>
                <w:szCs w:val="28"/>
              </w:rPr>
            </w:pPr>
            <w:r>
              <w:rPr>
                <w:rFonts w:ascii="Arial" w:eastAsia="Arial" w:hAnsi="Arial" w:hint="eastAsia"/>
                <w:sz w:val="15"/>
                <w:szCs w:val="28"/>
              </w:rPr>
              <w:t>G</w:t>
            </w:r>
            <w:r>
              <w:rPr>
                <w:rFonts w:ascii="Arial" w:eastAsia="Arial" w:hAnsi="Arial"/>
                <w:sz w:val="15"/>
                <w:szCs w:val="28"/>
              </w:rPr>
              <w:t>ender (Male=1)</w:t>
            </w:r>
          </w:p>
        </w:tc>
        <w:tc>
          <w:tcPr>
            <w:tcW w:w="2039" w:type="dxa"/>
            <w:shd w:val="clear" w:color="auto" w:fill="auto"/>
            <w:noWrap/>
            <w:vAlign w:val="center"/>
            <w:hideMark/>
          </w:tcPr>
          <w:p w14:paraId="32107D8B"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847" w:type="dxa"/>
            <w:shd w:val="clear" w:color="auto" w:fill="auto"/>
            <w:noWrap/>
            <w:vAlign w:val="center"/>
            <w:hideMark/>
          </w:tcPr>
          <w:p w14:paraId="3DAD01E8"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0.563</w:t>
            </w:r>
          </w:p>
        </w:tc>
        <w:tc>
          <w:tcPr>
            <w:tcW w:w="565" w:type="dxa"/>
            <w:shd w:val="clear" w:color="auto" w:fill="auto"/>
            <w:noWrap/>
            <w:vAlign w:val="center"/>
            <w:hideMark/>
          </w:tcPr>
          <w:p w14:paraId="312EF4E7"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74" w:type="dxa"/>
            <w:shd w:val="clear" w:color="auto" w:fill="auto"/>
            <w:noWrap/>
            <w:vAlign w:val="center"/>
            <w:hideMark/>
          </w:tcPr>
          <w:p w14:paraId="717610AA"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0.050</w:t>
            </w:r>
          </w:p>
        </w:tc>
        <w:tc>
          <w:tcPr>
            <w:tcW w:w="848" w:type="dxa"/>
            <w:shd w:val="clear" w:color="auto" w:fill="auto"/>
            <w:noWrap/>
            <w:vAlign w:val="center"/>
            <w:hideMark/>
          </w:tcPr>
          <w:p w14:paraId="596A464A"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0.013</w:t>
            </w:r>
          </w:p>
        </w:tc>
        <w:tc>
          <w:tcPr>
            <w:tcW w:w="565" w:type="dxa"/>
            <w:shd w:val="clear" w:color="auto" w:fill="auto"/>
            <w:noWrap/>
            <w:vAlign w:val="center"/>
            <w:hideMark/>
          </w:tcPr>
          <w:p w14:paraId="5D175A86"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574" w:type="dxa"/>
            <w:shd w:val="clear" w:color="auto" w:fill="auto"/>
            <w:noWrap/>
            <w:vAlign w:val="center"/>
            <w:hideMark/>
          </w:tcPr>
          <w:p w14:paraId="63F8B81F"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0.037</w:t>
            </w:r>
          </w:p>
        </w:tc>
        <w:tc>
          <w:tcPr>
            <w:tcW w:w="869" w:type="dxa"/>
            <w:shd w:val="clear" w:color="auto" w:fill="auto"/>
            <w:noWrap/>
            <w:vAlign w:val="center"/>
            <w:hideMark/>
          </w:tcPr>
          <w:p w14:paraId="57BC5740"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-0.257</w:t>
            </w:r>
          </w:p>
        </w:tc>
        <w:tc>
          <w:tcPr>
            <w:tcW w:w="636" w:type="dxa"/>
            <w:shd w:val="clear" w:color="auto" w:fill="auto"/>
            <w:noWrap/>
            <w:vAlign w:val="center"/>
            <w:hideMark/>
          </w:tcPr>
          <w:p w14:paraId="6F6C11DB"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723" w:type="dxa"/>
            <w:shd w:val="clear" w:color="auto" w:fill="auto"/>
            <w:noWrap/>
            <w:vAlign w:val="center"/>
            <w:hideMark/>
          </w:tcPr>
          <w:p w14:paraId="1FF5F612"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0.021</w:t>
            </w:r>
          </w:p>
        </w:tc>
        <w:tc>
          <w:tcPr>
            <w:tcW w:w="861" w:type="dxa"/>
            <w:shd w:val="clear" w:color="auto" w:fill="auto"/>
            <w:noWrap/>
            <w:vAlign w:val="center"/>
            <w:hideMark/>
          </w:tcPr>
          <w:p w14:paraId="39EDDF97"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-0.347</w:t>
            </w:r>
          </w:p>
        </w:tc>
        <w:tc>
          <w:tcPr>
            <w:tcW w:w="657" w:type="dxa"/>
            <w:shd w:val="clear" w:color="auto" w:fill="auto"/>
            <w:noWrap/>
            <w:vAlign w:val="center"/>
            <w:hideMark/>
          </w:tcPr>
          <w:p w14:paraId="75A76F88"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82" w:type="dxa"/>
            <w:shd w:val="clear" w:color="auto" w:fill="auto"/>
            <w:noWrap/>
            <w:vAlign w:val="center"/>
            <w:hideMark/>
          </w:tcPr>
          <w:p w14:paraId="336E9FC8"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0.017</w:t>
            </w:r>
          </w:p>
        </w:tc>
        <w:tc>
          <w:tcPr>
            <w:tcW w:w="829" w:type="dxa"/>
            <w:shd w:val="clear" w:color="auto" w:fill="auto"/>
            <w:noWrap/>
            <w:vAlign w:val="center"/>
            <w:hideMark/>
          </w:tcPr>
          <w:p w14:paraId="35F47A5F"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-0.002</w:t>
            </w:r>
          </w:p>
        </w:tc>
        <w:tc>
          <w:tcPr>
            <w:tcW w:w="669" w:type="dxa"/>
            <w:shd w:val="clear" w:color="auto" w:fill="auto"/>
            <w:noWrap/>
            <w:vAlign w:val="center"/>
            <w:hideMark/>
          </w:tcPr>
          <w:p w14:paraId="7F07699F"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605" w:type="dxa"/>
            <w:shd w:val="clear" w:color="auto" w:fill="auto"/>
            <w:noWrap/>
            <w:vAlign w:val="center"/>
            <w:hideMark/>
          </w:tcPr>
          <w:p w14:paraId="5A6BF42B"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0.042</w:t>
            </w:r>
          </w:p>
        </w:tc>
      </w:tr>
      <w:tr w:rsidR="00E84C71" w:rsidRPr="00546614" w14:paraId="71D0CFF9" w14:textId="77777777" w:rsidTr="00132970">
        <w:trPr>
          <w:trHeight w:val="203"/>
          <w:jc w:val="center"/>
        </w:trPr>
        <w:tc>
          <w:tcPr>
            <w:tcW w:w="3245" w:type="dxa"/>
            <w:gridSpan w:val="2"/>
            <w:shd w:val="clear" w:color="auto" w:fill="auto"/>
            <w:noWrap/>
            <w:vAlign w:val="center"/>
            <w:hideMark/>
          </w:tcPr>
          <w:p w14:paraId="0D1AC8AE" w14:textId="77777777" w:rsidR="00E84C71"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Household size (ref. a single-person household)　</w:t>
            </w:r>
          </w:p>
        </w:tc>
        <w:tc>
          <w:tcPr>
            <w:tcW w:w="847" w:type="dxa"/>
            <w:shd w:val="clear" w:color="auto" w:fill="auto"/>
            <w:noWrap/>
            <w:vAlign w:val="center"/>
            <w:hideMark/>
          </w:tcPr>
          <w:p w14:paraId="57916D7D" w14:textId="77777777" w:rsidR="00E84C71" w:rsidRPr="00546614" w:rsidRDefault="00673AED" w:rsidP="001D47F0">
            <w:pPr>
              <w:spacing w:line="240" w:lineRule="auto"/>
              <w:rPr>
                <w:rFonts w:eastAsia="맑은 고딕" w:cs="Times New Roman"/>
                <w:color w:val="000000"/>
                <w:sz w:val="15"/>
                <w:szCs w:val="28"/>
              </w:rPr>
            </w:pPr>
          </w:p>
        </w:tc>
        <w:tc>
          <w:tcPr>
            <w:tcW w:w="565" w:type="dxa"/>
            <w:shd w:val="clear" w:color="auto" w:fill="auto"/>
            <w:noWrap/>
            <w:vAlign w:val="center"/>
            <w:hideMark/>
          </w:tcPr>
          <w:p w14:paraId="012229AF" w14:textId="77777777" w:rsidR="00E84C71" w:rsidRPr="00546614" w:rsidRDefault="00673AED" w:rsidP="001D47F0">
            <w:pPr>
              <w:spacing w:line="240" w:lineRule="auto"/>
              <w:rPr>
                <w:rFonts w:cs="Times New Roman"/>
                <w:sz w:val="15"/>
                <w:szCs w:val="28"/>
              </w:rPr>
            </w:pPr>
          </w:p>
        </w:tc>
        <w:tc>
          <w:tcPr>
            <w:tcW w:w="574" w:type="dxa"/>
            <w:shd w:val="clear" w:color="auto" w:fill="auto"/>
            <w:noWrap/>
            <w:vAlign w:val="center"/>
            <w:hideMark/>
          </w:tcPr>
          <w:p w14:paraId="16A5C6D0" w14:textId="77777777" w:rsidR="00E84C71" w:rsidRPr="00546614" w:rsidRDefault="00673AED" w:rsidP="001D47F0">
            <w:pPr>
              <w:spacing w:line="240" w:lineRule="auto"/>
              <w:rPr>
                <w:rFonts w:cs="Times New Roman"/>
                <w:sz w:val="15"/>
                <w:szCs w:val="28"/>
              </w:rPr>
            </w:pPr>
          </w:p>
        </w:tc>
        <w:tc>
          <w:tcPr>
            <w:tcW w:w="848" w:type="dxa"/>
            <w:shd w:val="clear" w:color="auto" w:fill="auto"/>
            <w:noWrap/>
            <w:vAlign w:val="center"/>
            <w:hideMark/>
          </w:tcPr>
          <w:p w14:paraId="70C8E1CB" w14:textId="77777777" w:rsidR="00E84C71" w:rsidRPr="00546614" w:rsidRDefault="00673AED" w:rsidP="001D47F0">
            <w:pPr>
              <w:spacing w:line="240" w:lineRule="auto"/>
              <w:rPr>
                <w:rFonts w:cs="Times New Roman"/>
                <w:sz w:val="15"/>
                <w:szCs w:val="28"/>
              </w:rPr>
            </w:pPr>
          </w:p>
        </w:tc>
        <w:tc>
          <w:tcPr>
            <w:tcW w:w="565" w:type="dxa"/>
            <w:shd w:val="clear" w:color="auto" w:fill="auto"/>
            <w:noWrap/>
            <w:vAlign w:val="center"/>
            <w:hideMark/>
          </w:tcPr>
          <w:p w14:paraId="658B11FB" w14:textId="77777777" w:rsidR="00E84C71" w:rsidRPr="00546614" w:rsidRDefault="00673AED" w:rsidP="001D47F0">
            <w:pPr>
              <w:spacing w:line="240" w:lineRule="auto"/>
              <w:rPr>
                <w:rFonts w:cs="Times New Roman"/>
                <w:sz w:val="15"/>
                <w:szCs w:val="28"/>
              </w:rPr>
            </w:pPr>
          </w:p>
        </w:tc>
        <w:tc>
          <w:tcPr>
            <w:tcW w:w="574" w:type="dxa"/>
            <w:shd w:val="clear" w:color="auto" w:fill="auto"/>
            <w:noWrap/>
            <w:vAlign w:val="center"/>
            <w:hideMark/>
          </w:tcPr>
          <w:p w14:paraId="233DBBB4" w14:textId="77777777" w:rsidR="00E84C71" w:rsidRPr="00546614" w:rsidRDefault="00673AED" w:rsidP="001D47F0">
            <w:pPr>
              <w:spacing w:line="240" w:lineRule="auto"/>
              <w:rPr>
                <w:rFonts w:cs="Times New Roman"/>
                <w:sz w:val="15"/>
                <w:szCs w:val="28"/>
              </w:rPr>
            </w:pPr>
          </w:p>
        </w:tc>
        <w:tc>
          <w:tcPr>
            <w:tcW w:w="869" w:type="dxa"/>
            <w:shd w:val="clear" w:color="auto" w:fill="auto"/>
            <w:noWrap/>
            <w:vAlign w:val="center"/>
            <w:hideMark/>
          </w:tcPr>
          <w:p w14:paraId="1256A2FD" w14:textId="77777777" w:rsidR="00E84C71" w:rsidRPr="00546614" w:rsidRDefault="00673AED" w:rsidP="001D47F0">
            <w:pPr>
              <w:spacing w:line="240" w:lineRule="auto"/>
              <w:rPr>
                <w:rFonts w:cs="Times New Roman"/>
                <w:sz w:val="15"/>
                <w:szCs w:val="28"/>
              </w:rPr>
            </w:pPr>
          </w:p>
        </w:tc>
        <w:tc>
          <w:tcPr>
            <w:tcW w:w="636" w:type="dxa"/>
            <w:shd w:val="clear" w:color="auto" w:fill="auto"/>
            <w:noWrap/>
            <w:vAlign w:val="center"/>
            <w:hideMark/>
          </w:tcPr>
          <w:p w14:paraId="20B77909" w14:textId="77777777" w:rsidR="00E84C71" w:rsidRPr="00546614" w:rsidRDefault="00673AED" w:rsidP="001D47F0">
            <w:pPr>
              <w:spacing w:line="240" w:lineRule="auto"/>
              <w:rPr>
                <w:rFonts w:cs="Times New Roman"/>
                <w:sz w:val="15"/>
                <w:szCs w:val="28"/>
              </w:rPr>
            </w:pPr>
          </w:p>
        </w:tc>
        <w:tc>
          <w:tcPr>
            <w:tcW w:w="723" w:type="dxa"/>
            <w:shd w:val="clear" w:color="auto" w:fill="auto"/>
            <w:noWrap/>
            <w:vAlign w:val="center"/>
            <w:hideMark/>
          </w:tcPr>
          <w:p w14:paraId="39AB1FCB" w14:textId="77777777" w:rsidR="00E84C71" w:rsidRPr="00546614" w:rsidRDefault="00673AED" w:rsidP="001D47F0">
            <w:pPr>
              <w:spacing w:line="240" w:lineRule="auto"/>
              <w:rPr>
                <w:rFonts w:cs="Times New Roman"/>
                <w:sz w:val="15"/>
                <w:szCs w:val="28"/>
              </w:rPr>
            </w:pPr>
          </w:p>
        </w:tc>
        <w:tc>
          <w:tcPr>
            <w:tcW w:w="861" w:type="dxa"/>
            <w:shd w:val="clear" w:color="auto" w:fill="auto"/>
            <w:noWrap/>
            <w:vAlign w:val="center"/>
            <w:hideMark/>
          </w:tcPr>
          <w:p w14:paraId="74EF7A32" w14:textId="77777777" w:rsidR="00E84C71" w:rsidRPr="00546614" w:rsidRDefault="00673AED" w:rsidP="001D47F0">
            <w:pPr>
              <w:spacing w:line="240" w:lineRule="auto"/>
              <w:rPr>
                <w:rFonts w:cs="Times New Roman"/>
                <w:sz w:val="15"/>
                <w:szCs w:val="28"/>
              </w:rPr>
            </w:pPr>
          </w:p>
        </w:tc>
        <w:tc>
          <w:tcPr>
            <w:tcW w:w="657" w:type="dxa"/>
            <w:shd w:val="clear" w:color="auto" w:fill="auto"/>
            <w:noWrap/>
            <w:vAlign w:val="center"/>
            <w:hideMark/>
          </w:tcPr>
          <w:p w14:paraId="222FCCFF" w14:textId="77777777" w:rsidR="00E84C71" w:rsidRPr="00546614" w:rsidRDefault="00673AED" w:rsidP="001D47F0">
            <w:pPr>
              <w:spacing w:line="240" w:lineRule="auto"/>
              <w:rPr>
                <w:rFonts w:cs="Times New Roman"/>
                <w:sz w:val="15"/>
                <w:szCs w:val="28"/>
              </w:rPr>
            </w:pPr>
          </w:p>
        </w:tc>
        <w:tc>
          <w:tcPr>
            <w:tcW w:w="582" w:type="dxa"/>
            <w:shd w:val="clear" w:color="auto" w:fill="auto"/>
            <w:noWrap/>
            <w:vAlign w:val="center"/>
            <w:hideMark/>
          </w:tcPr>
          <w:p w14:paraId="1ED81DCB" w14:textId="77777777" w:rsidR="00E84C71" w:rsidRPr="00546614" w:rsidRDefault="00673AED" w:rsidP="001D47F0">
            <w:pPr>
              <w:spacing w:line="240" w:lineRule="auto"/>
              <w:rPr>
                <w:rFonts w:cs="Times New Roman"/>
                <w:sz w:val="15"/>
                <w:szCs w:val="28"/>
              </w:rPr>
            </w:pPr>
          </w:p>
        </w:tc>
        <w:tc>
          <w:tcPr>
            <w:tcW w:w="829" w:type="dxa"/>
            <w:shd w:val="clear" w:color="auto" w:fill="auto"/>
            <w:noWrap/>
            <w:vAlign w:val="center"/>
            <w:hideMark/>
          </w:tcPr>
          <w:p w14:paraId="63FBAF57" w14:textId="77777777" w:rsidR="00E84C71" w:rsidRPr="00546614" w:rsidRDefault="00673AED" w:rsidP="001D47F0">
            <w:pPr>
              <w:spacing w:line="240" w:lineRule="auto"/>
              <w:rPr>
                <w:rFonts w:cs="Times New Roman"/>
                <w:sz w:val="15"/>
                <w:szCs w:val="28"/>
              </w:rPr>
            </w:pPr>
          </w:p>
        </w:tc>
        <w:tc>
          <w:tcPr>
            <w:tcW w:w="669" w:type="dxa"/>
            <w:shd w:val="clear" w:color="auto" w:fill="auto"/>
            <w:noWrap/>
            <w:vAlign w:val="center"/>
            <w:hideMark/>
          </w:tcPr>
          <w:p w14:paraId="49827818" w14:textId="77777777" w:rsidR="00E84C71" w:rsidRPr="00546614" w:rsidRDefault="00673AED" w:rsidP="001D47F0">
            <w:pPr>
              <w:spacing w:line="240" w:lineRule="auto"/>
              <w:rPr>
                <w:rFonts w:cs="Times New Roman"/>
                <w:sz w:val="15"/>
                <w:szCs w:val="28"/>
              </w:rPr>
            </w:pPr>
          </w:p>
        </w:tc>
        <w:tc>
          <w:tcPr>
            <w:tcW w:w="605" w:type="dxa"/>
            <w:shd w:val="clear" w:color="auto" w:fill="auto"/>
            <w:noWrap/>
            <w:vAlign w:val="center"/>
            <w:hideMark/>
          </w:tcPr>
          <w:p w14:paraId="2D46023E" w14:textId="77777777" w:rsidR="00E84C71" w:rsidRPr="00546614" w:rsidRDefault="00673AED" w:rsidP="001D47F0">
            <w:pPr>
              <w:spacing w:line="240" w:lineRule="auto"/>
              <w:rPr>
                <w:rFonts w:cs="Times New Roman"/>
                <w:sz w:val="15"/>
                <w:szCs w:val="28"/>
              </w:rPr>
            </w:pPr>
          </w:p>
        </w:tc>
      </w:tr>
      <w:tr w:rsidR="00E84C71" w:rsidRPr="00546614" w14:paraId="479841E8" w14:textId="77777777" w:rsidTr="00132970">
        <w:trPr>
          <w:trHeight w:val="203"/>
          <w:jc w:val="center"/>
        </w:trPr>
        <w:tc>
          <w:tcPr>
            <w:tcW w:w="1206" w:type="dxa"/>
            <w:shd w:val="clear" w:color="auto" w:fill="auto"/>
            <w:noWrap/>
            <w:vAlign w:val="center"/>
            <w:hideMark/>
          </w:tcPr>
          <w:p w14:paraId="72C78049"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2039" w:type="dxa"/>
            <w:shd w:val="clear" w:color="auto" w:fill="auto"/>
            <w:noWrap/>
            <w:vAlign w:val="center"/>
            <w:hideMark/>
          </w:tcPr>
          <w:p w14:paraId="6A916209"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Two persons</w:t>
            </w:r>
          </w:p>
        </w:tc>
        <w:tc>
          <w:tcPr>
            <w:tcW w:w="847" w:type="dxa"/>
            <w:shd w:val="clear" w:color="auto" w:fill="auto"/>
            <w:noWrap/>
            <w:vAlign w:val="center"/>
            <w:hideMark/>
          </w:tcPr>
          <w:p w14:paraId="666AD44D"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-1.165</w:t>
            </w:r>
          </w:p>
        </w:tc>
        <w:tc>
          <w:tcPr>
            <w:tcW w:w="565" w:type="dxa"/>
            <w:shd w:val="clear" w:color="auto" w:fill="auto"/>
            <w:noWrap/>
            <w:vAlign w:val="center"/>
            <w:hideMark/>
          </w:tcPr>
          <w:p w14:paraId="2B5F706E"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74" w:type="dxa"/>
            <w:shd w:val="clear" w:color="auto" w:fill="auto"/>
            <w:noWrap/>
            <w:vAlign w:val="center"/>
            <w:hideMark/>
          </w:tcPr>
          <w:p w14:paraId="0768F95E"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0.059</w:t>
            </w:r>
          </w:p>
        </w:tc>
        <w:tc>
          <w:tcPr>
            <w:tcW w:w="848" w:type="dxa"/>
            <w:shd w:val="clear" w:color="auto" w:fill="auto"/>
            <w:noWrap/>
            <w:vAlign w:val="center"/>
            <w:hideMark/>
          </w:tcPr>
          <w:p w14:paraId="6133309C"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17.761</w:t>
            </w:r>
          </w:p>
        </w:tc>
        <w:tc>
          <w:tcPr>
            <w:tcW w:w="565" w:type="dxa"/>
            <w:shd w:val="clear" w:color="auto" w:fill="auto"/>
            <w:noWrap/>
            <w:vAlign w:val="center"/>
            <w:hideMark/>
          </w:tcPr>
          <w:p w14:paraId="03DCC9FC"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74" w:type="dxa"/>
            <w:shd w:val="clear" w:color="auto" w:fill="auto"/>
            <w:noWrap/>
            <w:vAlign w:val="center"/>
            <w:hideMark/>
          </w:tcPr>
          <w:p w14:paraId="483D7EF2"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3.299</w:t>
            </w:r>
          </w:p>
        </w:tc>
        <w:tc>
          <w:tcPr>
            <w:tcW w:w="869" w:type="dxa"/>
            <w:shd w:val="clear" w:color="auto" w:fill="auto"/>
            <w:noWrap/>
            <w:vAlign w:val="center"/>
            <w:hideMark/>
          </w:tcPr>
          <w:p w14:paraId="7A3BDECE"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0.057</w:t>
            </w:r>
          </w:p>
        </w:tc>
        <w:tc>
          <w:tcPr>
            <w:tcW w:w="636" w:type="dxa"/>
            <w:shd w:val="clear" w:color="auto" w:fill="auto"/>
            <w:noWrap/>
            <w:vAlign w:val="center"/>
            <w:hideMark/>
          </w:tcPr>
          <w:p w14:paraId="65DF7D52"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723" w:type="dxa"/>
            <w:shd w:val="clear" w:color="auto" w:fill="auto"/>
            <w:noWrap/>
            <w:vAlign w:val="center"/>
            <w:hideMark/>
          </w:tcPr>
          <w:p w14:paraId="49D78FA0"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0.026</w:t>
            </w:r>
          </w:p>
        </w:tc>
        <w:tc>
          <w:tcPr>
            <w:tcW w:w="861" w:type="dxa"/>
            <w:shd w:val="clear" w:color="auto" w:fill="auto"/>
            <w:noWrap/>
            <w:vAlign w:val="center"/>
            <w:hideMark/>
          </w:tcPr>
          <w:p w14:paraId="6DADC8FC"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0.158</w:t>
            </w:r>
          </w:p>
        </w:tc>
        <w:tc>
          <w:tcPr>
            <w:tcW w:w="657" w:type="dxa"/>
            <w:shd w:val="clear" w:color="auto" w:fill="auto"/>
            <w:noWrap/>
            <w:vAlign w:val="center"/>
            <w:hideMark/>
          </w:tcPr>
          <w:p w14:paraId="3F045FE9"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82" w:type="dxa"/>
            <w:shd w:val="clear" w:color="auto" w:fill="auto"/>
            <w:noWrap/>
            <w:vAlign w:val="center"/>
            <w:hideMark/>
          </w:tcPr>
          <w:p w14:paraId="25E04AEF"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0.018</w:t>
            </w:r>
          </w:p>
        </w:tc>
        <w:tc>
          <w:tcPr>
            <w:tcW w:w="829" w:type="dxa"/>
            <w:shd w:val="clear" w:color="auto" w:fill="auto"/>
            <w:noWrap/>
            <w:vAlign w:val="center"/>
            <w:hideMark/>
          </w:tcPr>
          <w:p w14:paraId="28A76BC5"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-0.222</w:t>
            </w:r>
          </w:p>
        </w:tc>
        <w:tc>
          <w:tcPr>
            <w:tcW w:w="669" w:type="dxa"/>
            <w:shd w:val="clear" w:color="auto" w:fill="auto"/>
            <w:noWrap/>
            <w:vAlign w:val="center"/>
            <w:hideMark/>
          </w:tcPr>
          <w:p w14:paraId="39DE4034"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605" w:type="dxa"/>
            <w:shd w:val="clear" w:color="auto" w:fill="auto"/>
            <w:noWrap/>
            <w:vAlign w:val="center"/>
            <w:hideMark/>
          </w:tcPr>
          <w:p w14:paraId="1E51EA5A"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0.049</w:t>
            </w:r>
          </w:p>
        </w:tc>
      </w:tr>
      <w:tr w:rsidR="00E84C71" w:rsidRPr="00546614" w14:paraId="4EB00DE8" w14:textId="77777777" w:rsidTr="00132970">
        <w:trPr>
          <w:trHeight w:val="203"/>
          <w:jc w:val="center"/>
        </w:trPr>
        <w:tc>
          <w:tcPr>
            <w:tcW w:w="1206" w:type="dxa"/>
            <w:shd w:val="clear" w:color="auto" w:fill="auto"/>
            <w:noWrap/>
            <w:vAlign w:val="center"/>
            <w:hideMark/>
          </w:tcPr>
          <w:p w14:paraId="37253880"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2039" w:type="dxa"/>
            <w:shd w:val="clear" w:color="auto" w:fill="auto"/>
            <w:noWrap/>
            <w:vAlign w:val="center"/>
            <w:hideMark/>
          </w:tcPr>
          <w:p w14:paraId="29F54A76"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Three persons</w:t>
            </w:r>
          </w:p>
        </w:tc>
        <w:tc>
          <w:tcPr>
            <w:tcW w:w="847" w:type="dxa"/>
            <w:shd w:val="clear" w:color="auto" w:fill="auto"/>
            <w:noWrap/>
            <w:vAlign w:val="center"/>
            <w:hideMark/>
          </w:tcPr>
          <w:p w14:paraId="4236610A"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-1.480</w:t>
            </w:r>
          </w:p>
        </w:tc>
        <w:tc>
          <w:tcPr>
            <w:tcW w:w="565" w:type="dxa"/>
            <w:shd w:val="clear" w:color="auto" w:fill="auto"/>
            <w:noWrap/>
            <w:vAlign w:val="center"/>
            <w:hideMark/>
          </w:tcPr>
          <w:p w14:paraId="3B35A41C"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74" w:type="dxa"/>
            <w:shd w:val="clear" w:color="auto" w:fill="auto"/>
            <w:noWrap/>
            <w:vAlign w:val="center"/>
            <w:hideMark/>
          </w:tcPr>
          <w:p w14:paraId="13E59A18"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0.073</w:t>
            </w:r>
          </w:p>
        </w:tc>
        <w:tc>
          <w:tcPr>
            <w:tcW w:w="848" w:type="dxa"/>
            <w:shd w:val="clear" w:color="auto" w:fill="auto"/>
            <w:noWrap/>
            <w:vAlign w:val="center"/>
            <w:hideMark/>
          </w:tcPr>
          <w:p w14:paraId="6A554EFA"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17.846</w:t>
            </w:r>
          </w:p>
        </w:tc>
        <w:tc>
          <w:tcPr>
            <w:tcW w:w="565" w:type="dxa"/>
            <w:shd w:val="clear" w:color="auto" w:fill="auto"/>
            <w:noWrap/>
            <w:vAlign w:val="center"/>
            <w:hideMark/>
          </w:tcPr>
          <w:p w14:paraId="65C3B8DD"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74" w:type="dxa"/>
            <w:shd w:val="clear" w:color="auto" w:fill="auto"/>
            <w:noWrap/>
            <w:vAlign w:val="center"/>
            <w:hideMark/>
          </w:tcPr>
          <w:p w14:paraId="2097F3A4"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3.299</w:t>
            </w:r>
          </w:p>
        </w:tc>
        <w:tc>
          <w:tcPr>
            <w:tcW w:w="869" w:type="dxa"/>
            <w:shd w:val="clear" w:color="auto" w:fill="auto"/>
            <w:noWrap/>
            <w:vAlign w:val="center"/>
            <w:hideMark/>
          </w:tcPr>
          <w:p w14:paraId="006AB000"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0.219</w:t>
            </w:r>
          </w:p>
        </w:tc>
        <w:tc>
          <w:tcPr>
            <w:tcW w:w="636" w:type="dxa"/>
            <w:shd w:val="clear" w:color="auto" w:fill="auto"/>
            <w:noWrap/>
            <w:vAlign w:val="center"/>
            <w:hideMark/>
          </w:tcPr>
          <w:p w14:paraId="17EEA62D"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723" w:type="dxa"/>
            <w:shd w:val="clear" w:color="auto" w:fill="auto"/>
            <w:noWrap/>
            <w:vAlign w:val="center"/>
            <w:hideMark/>
          </w:tcPr>
          <w:p w14:paraId="3969CC57"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0.028</w:t>
            </w:r>
          </w:p>
        </w:tc>
        <w:tc>
          <w:tcPr>
            <w:tcW w:w="861" w:type="dxa"/>
            <w:shd w:val="clear" w:color="auto" w:fill="auto"/>
            <w:noWrap/>
            <w:vAlign w:val="center"/>
            <w:hideMark/>
          </w:tcPr>
          <w:p w14:paraId="2AD0E93B"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0.428</w:t>
            </w:r>
          </w:p>
        </w:tc>
        <w:tc>
          <w:tcPr>
            <w:tcW w:w="657" w:type="dxa"/>
            <w:shd w:val="clear" w:color="auto" w:fill="auto"/>
            <w:noWrap/>
            <w:vAlign w:val="center"/>
            <w:hideMark/>
          </w:tcPr>
          <w:p w14:paraId="2B904078"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82" w:type="dxa"/>
            <w:shd w:val="clear" w:color="auto" w:fill="auto"/>
            <w:noWrap/>
            <w:vAlign w:val="center"/>
            <w:hideMark/>
          </w:tcPr>
          <w:p w14:paraId="580612BC"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0.019</w:t>
            </w:r>
          </w:p>
        </w:tc>
        <w:tc>
          <w:tcPr>
            <w:tcW w:w="829" w:type="dxa"/>
            <w:shd w:val="clear" w:color="auto" w:fill="auto"/>
            <w:noWrap/>
            <w:vAlign w:val="center"/>
            <w:hideMark/>
          </w:tcPr>
          <w:p w14:paraId="7C0999A6"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-0.136</w:t>
            </w:r>
          </w:p>
        </w:tc>
        <w:tc>
          <w:tcPr>
            <w:tcW w:w="669" w:type="dxa"/>
            <w:shd w:val="clear" w:color="auto" w:fill="auto"/>
            <w:noWrap/>
            <w:vAlign w:val="center"/>
            <w:hideMark/>
          </w:tcPr>
          <w:p w14:paraId="17586FF7"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605" w:type="dxa"/>
            <w:shd w:val="clear" w:color="auto" w:fill="auto"/>
            <w:noWrap/>
            <w:vAlign w:val="center"/>
            <w:hideMark/>
          </w:tcPr>
          <w:p w14:paraId="36CC178B"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0.051</w:t>
            </w:r>
          </w:p>
        </w:tc>
      </w:tr>
      <w:tr w:rsidR="00E84C71" w:rsidRPr="00546614" w14:paraId="4A223A90" w14:textId="77777777" w:rsidTr="00132970">
        <w:trPr>
          <w:trHeight w:val="203"/>
          <w:jc w:val="center"/>
        </w:trPr>
        <w:tc>
          <w:tcPr>
            <w:tcW w:w="1206" w:type="dxa"/>
            <w:shd w:val="clear" w:color="auto" w:fill="auto"/>
            <w:noWrap/>
            <w:vAlign w:val="center"/>
            <w:hideMark/>
          </w:tcPr>
          <w:p w14:paraId="53125206"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2039" w:type="dxa"/>
            <w:shd w:val="clear" w:color="auto" w:fill="auto"/>
            <w:noWrap/>
            <w:vAlign w:val="center"/>
            <w:hideMark/>
          </w:tcPr>
          <w:p w14:paraId="00E19ABB"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Four persons</w:t>
            </w:r>
          </w:p>
        </w:tc>
        <w:tc>
          <w:tcPr>
            <w:tcW w:w="847" w:type="dxa"/>
            <w:shd w:val="clear" w:color="auto" w:fill="auto"/>
            <w:noWrap/>
            <w:vAlign w:val="center"/>
            <w:hideMark/>
          </w:tcPr>
          <w:p w14:paraId="69F9B6A5"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-1.398</w:t>
            </w:r>
          </w:p>
        </w:tc>
        <w:tc>
          <w:tcPr>
            <w:tcW w:w="565" w:type="dxa"/>
            <w:shd w:val="clear" w:color="auto" w:fill="auto"/>
            <w:noWrap/>
            <w:vAlign w:val="center"/>
            <w:hideMark/>
          </w:tcPr>
          <w:p w14:paraId="2BE0D96C"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74" w:type="dxa"/>
            <w:shd w:val="clear" w:color="auto" w:fill="auto"/>
            <w:noWrap/>
            <w:vAlign w:val="center"/>
            <w:hideMark/>
          </w:tcPr>
          <w:p w14:paraId="6C01BE60"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0.073</w:t>
            </w:r>
          </w:p>
        </w:tc>
        <w:tc>
          <w:tcPr>
            <w:tcW w:w="848" w:type="dxa"/>
            <w:shd w:val="clear" w:color="auto" w:fill="auto"/>
            <w:noWrap/>
            <w:vAlign w:val="center"/>
            <w:hideMark/>
          </w:tcPr>
          <w:p w14:paraId="19F16748"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17.289</w:t>
            </w:r>
          </w:p>
        </w:tc>
        <w:tc>
          <w:tcPr>
            <w:tcW w:w="565" w:type="dxa"/>
            <w:shd w:val="clear" w:color="auto" w:fill="auto"/>
            <w:noWrap/>
            <w:vAlign w:val="center"/>
            <w:hideMark/>
          </w:tcPr>
          <w:p w14:paraId="5D13F91D"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74" w:type="dxa"/>
            <w:shd w:val="clear" w:color="auto" w:fill="auto"/>
            <w:noWrap/>
            <w:vAlign w:val="center"/>
            <w:hideMark/>
          </w:tcPr>
          <w:p w14:paraId="6248C412"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3.299</w:t>
            </w:r>
          </w:p>
        </w:tc>
        <w:tc>
          <w:tcPr>
            <w:tcW w:w="869" w:type="dxa"/>
            <w:shd w:val="clear" w:color="auto" w:fill="auto"/>
            <w:noWrap/>
            <w:vAlign w:val="center"/>
            <w:hideMark/>
          </w:tcPr>
          <w:p w14:paraId="1C96CE04"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0.223</w:t>
            </w:r>
          </w:p>
        </w:tc>
        <w:tc>
          <w:tcPr>
            <w:tcW w:w="636" w:type="dxa"/>
            <w:shd w:val="clear" w:color="auto" w:fill="auto"/>
            <w:noWrap/>
            <w:vAlign w:val="center"/>
            <w:hideMark/>
          </w:tcPr>
          <w:p w14:paraId="606A435F"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723" w:type="dxa"/>
            <w:shd w:val="clear" w:color="auto" w:fill="auto"/>
            <w:noWrap/>
            <w:vAlign w:val="center"/>
            <w:hideMark/>
          </w:tcPr>
          <w:p w14:paraId="67A77E22"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0.029</w:t>
            </w:r>
          </w:p>
        </w:tc>
        <w:tc>
          <w:tcPr>
            <w:tcW w:w="861" w:type="dxa"/>
            <w:shd w:val="clear" w:color="auto" w:fill="auto"/>
            <w:noWrap/>
            <w:vAlign w:val="center"/>
            <w:hideMark/>
          </w:tcPr>
          <w:p w14:paraId="1F9ECA67"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0.543</w:t>
            </w:r>
          </w:p>
        </w:tc>
        <w:tc>
          <w:tcPr>
            <w:tcW w:w="657" w:type="dxa"/>
            <w:shd w:val="clear" w:color="auto" w:fill="auto"/>
            <w:noWrap/>
            <w:vAlign w:val="center"/>
            <w:hideMark/>
          </w:tcPr>
          <w:p w14:paraId="29C7820C"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82" w:type="dxa"/>
            <w:shd w:val="clear" w:color="auto" w:fill="auto"/>
            <w:noWrap/>
            <w:vAlign w:val="center"/>
            <w:hideMark/>
          </w:tcPr>
          <w:p w14:paraId="65D4DBC7"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0.019</w:t>
            </w:r>
          </w:p>
        </w:tc>
        <w:tc>
          <w:tcPr>
            <w:tcW w:w="829" w:type="dxa"/>
            <w:shd w:val="clear" w:color="auto" w:fill="auto"/>
            <w:noWrap/>
            <w:vAlign w:val="center"/>
            <w:hideMark/>
          </w:tcPr>
          <w:p w14:paraId="32003DD5"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-0.189</w:t>
            </w:r>
          </w:p>
        </w:tc>
        <w:tc>
          <w:tcPr>
            <w:tcW w:w="669" w:type="dxa"/>
            <w:shd w:val="clear" w:color="auto" w:fill="auto"/>
            <w:noWrap/>
            <w:vAlign w:val="center"/>
            <w:hideMark/>
          </w:tcPr>
          <w:p w14:paraId="4E50D45E"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605" w:type="dxa"/>
            <w:shd w:val="clear" w:color="auto" w:fill="auto"/>
            <w:noWrap/>
            <w:vAlign w:val="center"/>
            <w:hideMark/>
          </w:tcPr>
          <w:p w14:paraId="0DEFF8A3"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0.053</w:t>
            </w:r>
          </w:p>
        </w:tc>
      </w:tr>
      <w:tr w:rsidR="00E84C71" w:rsidRPr="00546614" w14:paraId="76F4E82E" w14:textId="77777777" w:rsidTr="00132970">
        <w:trPr>
          <w:trHeight w:val="203"/>
          <w:jc w:val="center"/>
        </w:trPr>
        <w:tc>
          <w:tcPr>
            <w:tcW w:w="1206" w:type="dxa"/>
            <w:shd w:val="clear" w:color="auto" w:fill="auto"/>
            <w:noWrap/>
            <w:vAlign w:val="center"/>
            <w:hideMark/>
          </w:tcPr>
          <w:p w14:paraId="1E2D8CBE"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2039" w:type="dxa"/>
            <w:shd w:val="clear" w:color="auto" w:fill="auto"/>
            <w:noWrap/>
            <w:vAlign w:val="center"/>
            <w:hideMark/>
          </w:tcPr>
          <w:p w14:paraId="547D141D"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More than four persons</w:t>
            </w:r>
          </w:p>
        </w:tc>
        <w:tc>
          <w:tcPr>
            <w:tcW w:w="847" w:type="dxa"/>
            <w:shd w:val="clear" w:color="auto" w:fill="auto"/>
            <w:noWrap/>
            <w:vAlign w:val="center"/>
            <w:hideMark/>
          </w:tcPr>
          <w:p w14:paraId="5D797420"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-1.342</w:t>
            </w:r>
          </w:p>
        </w:tc>
        <w:tc>
          <w:tcPr>
            <w:tcW w:w="565" w:type="dxa"/>
            <w:shd w:val="clear" w:color="auto" w:fill="auto"/>
            <w:noWrap/>
            <w:vAlign w:val="center"/>
            <w:hideMark/>
          </w:tcPr>
          <w:p w14:paraId="1768D66E"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74" w:type="dxa"/>
            <w:shd w:val="clear" w:color="auto" w:fill="auto"/>
            <w:noWrap/>
            <w:vAlign w:val="center"/>
            <w:hideMark/>
          </w:tcPr>
          <w:p w14:paraId="2BF6F588"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0.111</w:t>
            </w:r>
          </w:p>
        </w:tc>
        <w:tc>
          <w:tcPr>
            <w:tcW w:w="848" w:type="dxa"/>
            <w:shd w:val="clear" w:color="auto" w:fill="auto"/>
            <w:noWrap/>
            <w:vAlign w:val="center"/>
            <w:hideMark/>
          </w:tcPr>
          <w:p w14:paraId="3C362565"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20.162</w:t>
            </w:r>
          </w:p>
        </w:tc>
        <w:tc>
          <w:tcPr>
            <w:tcW w:w="565" w:type="dxa"/>
            <w:shd w:val="clear" w:color="auto" w:fill="auto"/>
            <w:noWrap/>
            <w:vAlign w:val="center"/>
            <w:hideMark/>
          </w:tcPr>
          <w:p w14:paraId="04455602"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74" w:type="dxa"/>
            <w:shd w:val="clear" w:color="auto" w:fill="auto"/>
            <w:noWrap/>
            <w:vAlign w:val="center"/>
            <w:hideMark/>
          </w:tcPr>
          <w:p w14:paraId="730134AF"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3.299</w:t>
            </w:r>
          </w:p>
        </w:tc>
        <w:tc>
          <w:tcPr>
            <w:tcW w:w="869" w:type="dxa"/>
            <w:shd w:val="clear" w:color="auto" w:fill="auto"/>
            <w:noWrap/>
            <w:vAlign w:val="center"/>
            <w:hideMark/>
          </w:tcPr>
          <w:p w14:paraId="104F12FD"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0.222</w:t>
            </w:r>
          </w:p>
        </w:tc>
        <w:tc>
          <w:tcPr>
            <w:tcW w:w="636" w:type="dxa"/>
            <w:shd w:val="clear" w:color="auto" w:fill="auto"/>
            <w:noWrap/>
            <w:vAlign w:val="center"/>
            <w:hideMark/>
          </w:tcPr>
          <w:p w14:paraId="44983FAA"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723" w:type="dxa"/>
            <w:shd w:val="clear" w:color="auto" w:fill="auto"/>
            <w:noWrap/>
            <w:vAlign w:val="center"/>
            <w:hideMark/>
          </w:tcPr>
          <w:p w14:paraId="1FCF28BD"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0.041</w:t>
            </w:r>
          </w:p>
        </w:tc>
        <w:tc>
          <w:tcPr>
            <w:tcW w:w="861" w:type="dxa"/>
            <w:shd w:val="clear" w:color="auto" w:fill="auto"/>
            <w:noWrap/>
            <w:vAlign w:val="center"/>
            <w:hideMark/>
          </w:tcPr>
          <w:p w14:paraId="695A952D"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0.334</w:t>
            </w:r>
          </w:p>
        </w:tc>
        <w:tc>
          <w:tcPr>
            <w:tcW w:w="657" w:type="dxa"/>
            <w:shd w:val="clear" w:color="auto" w:fill="auto"/>
            <w:noWrap/>
            <w:vAlign w:val="center"/>
            <w:hideMark/>
          </w:tcPr>
          <w:p w14:paraId="5319DA3B"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82" w:type="dxa"/>
            <w:shd w:val="clear" w:color="auto" w:fill="auto"/>
            <w:noWrap/>
            <w:vAlign w:val="center"/>
            <w:hideMark/>
          </w:tcPr>
          <w:p w14:paraId="21D5DF14"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0.028</w:t>
            </w:r>
          </w:p>
        </w:tc>
        <w:tc>
          <w:tcPr>
            <w:tcW w:w="829" w:type="dxa"/>
            <w:shd w:val="clear" w:color="auto" w:fill="auto"/>
            <w:noWrap/>
            <w:vAlign w:val="center"/>
            <w:hideMark/>
          </w:tcPr>
          <w:p w14:paraId="24DBCD59"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-0.142</w:t>
            </w:r>
          </w:p>
        </w:tc>
        <w:tc>
          <w:tcPr>
            <w:tcW w:w="669" w:type="dxa"/>
            <w:shd w:val="clear" w:color="auto" w:fill="auto"/>
            <w:noWrap/>
            <w:vAlign w:val="center"/>
            <w:hideMark/>
          </w:tcPr>
          <w:p w14:paraId="1F6182F6"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605" w:type="dxa"/>
            <w:shd w:val="clear" w:color="auto" w:fill="auto"/>
            <w:noWrap/>
            <w:vAlign w:val="center"/>
            <w:hideMark/>
          </w:tcPr>
          <w:p w14:paraId="7AE9D09C"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0.074</w:t>
            </w:r>
          </w:p>
        </w:tc>
      </w:tr>
      <w:tr w:rsidR="00E84C71" w:rsidRPr="00546614" w14:paraId="0291A6DE" w14:textId="77777777" w:rsidTr="00132970">
        <w:trPr>
          <w:trHeight w:val="203"/>
          <w:jc w:val="center"/>
        </w:trPr>
        <w:tc>
          <w:tcPr>
            <w:tcW w:w="3245" w:type="dxa"/>
            <w:gridSpan w:val="2"/>
            <w:shd w:val="clear" w:color="auto" w:fill="auto"/>
            <w:noWrap/>
            <w:vAlign w:val="center"/>
            <w:hideMark/>
          </w:tcPr>
          <w:p w14:paraId="2C7C2220" w14:textId="77777777" w:rsidR="00C81053" w:rsidRPr="00546614" w:rsidRDefault="00ED5F5D">
            <w:pPr>
              <w:spacing w:line="240" w:lineRule="auto"/>
              <w:rPr>
                <w:sz w:val="15"/>
                <w:szCs w:val="28"/>
              </w:rPr>
            </w:pPr>
            <w:r>
              <w:rPr>
                <w:rFonts w:ascii="Arial" w:eastAsia="Arial" w:hAnsi="Arial"/>
                <w:sz w:val="15"/>
                <w:szCs w:val="28"/>
              </w:rPr>
              <w:t>Residential location (ref. non-capital non-metropolitan)</w:t>
            </w:r>
          </w:p>
        </w:tc>
        <w:tc>
          <w:tcPr>
            <w:tcW w:w="847" w:type="dxa"/>
            <w:shd w:val="clear" w:color="auto" w:fill="auto"/>
            <w:noWrap/>
            <w:vAlign w:val="center"/>
            <w:hideMark/>
          </w:tcPr>
          <w:p w14:paraId="3135F161" w14:textId="77777777" w:rsidR="00E84C71" w:rsidRPr="00546614" w:rsidRDefault="00673AED" w:rsidP="001D47F0">
            <w:pPr>
              <w:spacing w:line="240" w:lineRule="auto"/>
              <w:rPr>
                <w:rFonts w:eastAsia="맑은 고딕" w:cs="Times New Roman"/>
                <w:color w:val="000000"/>
                <w:sz w:val="15"/>
                <w:szCs w:val="28"/>
              </w:rPr>
            </w:pPr>
          </w:p>
        </w:tc>
        <w:tc>
          <w:tcPr>
            <w:tcW w:w="565" w:type="dxa"/>
            <w:shd w:val="clear" w:color="auto" w:fill="auto"/>
            <w:noWrap/>
            <w:vAlign w:val="center"/>
            <w:hideMark/>
          </w:tcPr>
          <w:p w14:paraId="7D79E236" w14:textId="77777777" w:rsidR="00E84C71" w:rsidRPr="00546614" w:rsidRDefault="00673AED" w:rsidP="001D47F0">
            <w:pPr>
              <w:spacing w:line="240" w:lineRule="auto"/>
              <w:rPr>
                <w:rFonts w:cs="Times New Roman"/>
                <w:sz w:val="15"/>
                <w:szCs w:val="28"/>
              </w:rPr>
            </w:pPr>
          </w:p>
        </w:tc>
        <w:tc>
          <w:tcPr>
            <w:tcW w:w="574" w:type="dxa"/>
            <w:shd w:val="clear" w:color="auto" w:fill="auto"/>
            <w:noWrap/>
            <w:vAlign w:val="center"/>
            <w:hideMark/>
          </w:tcPr>
          <w:p w14:paraId="47E838DD" w14:textId="77777777" w:rsidR="00E84C71" w:rsidRPr="00546614" w:rsidRDefault="00673AED" w:rsidP="001D47F0">
            <w:pPr>
              <w:spacing w:line="240" w:lineRule="auto"/>
              <w:rPr>
                <w:rFonts w:cs="Times New Roman"/>
                <w:sz w:val="15"/>
                <w:szCs w:val="28"/>
              </w:rPr>
            </w:pPr>
          </w:p>
        </w:tc>
        <w:tc>
          <w:tcPr>
            <w:tcW w:w="848" w:type="dxa"/>
            <w:shd w:val="clear" w:color="auto" w:fill="auto"/>
            <w:noWrap/>
            <w:vAlign w:val="center"/>
            <w:hideMark/>
          </w:tcPr>
          <w:p w14:paraId="32DA4AE1" w14:textId="77777777" w:rsidR="00E84C71" w:rsidRPr="00546614" w:rsidRDefault="00673AED" w:rsidP="001D47F0">
            <w:pPr>
              <w:spacing w:line="240" w:lineRule="auto"/>
              <w:rPr>
                <w:rFonts w:cs="Times New Roman"/>
                <w:sz w:val="15"/>
                <w:szCs w:val="28"/>
              </w:rPr>
            </w:pPr>
          </w:p>
        </w:tc>
        <w:tc>
          <w:tcPr>
            <w:tcW w:w="565" w:type="dxa"/>
            <w:shd w:val="clear" w:color="auto" w:fill="auto"/>
            <w:noWrap/>
            <w:vAlign w:val="center"/>
            <w:hideMark/>
          </w:tcPr>
          <w:p w14:paraId="7B777659" w14:textId="77777777" w:rsidR="00E84C71" w:rsidRPr="00546614" w:rsidRDefault="00673AED" w:rsidP="001D47F0">
            <w:pPr>
              <w:spacing w:line="240" w:lineRule="auto"/>
              <w:rPr>
                <w:rFonts w:cs="Times New Roman"/>
                <w:sz w:val="15"/>
                <w:szCs w:val="28"/>
              </w:rPr>
            </w:pPr>
          </w:p>
        </w:tc>
        <w:tc>
          <w:tcPr>
            <w:tcW w:w="574" w:type="dxa"/>
            <w:shd w:val="clear" w:color="auto" w:fill="auto"/>
            <w:noWrap/>
            <w:vAlign w:val="center"/>
            <w:hideMark/>
          </w:tcPr>
          <w:p w14:paraId="310421A7" w14:textId="77777777" w:rsidR="00E84C71" w:rsidRPr="00546614" w:rsidRDefault="00673AED" w:rsidP="001D47F0">
            <w:pPr>
              <w:spacing w:line="240" w:lineRule="auto"/>
              <w:rPr>
                <w:rFonts w:cs="Times New Roman"/>
                <w:sz w:val="15"/>
                <w:szCs w:val="28"/>
              </w:rPr>
            </w:pPr>
          </w:p>
        </w:tc>
        <w:tc>
          <w:tcPr>
            <w:tcW w:w="869" w:type="dxa"/>
            <w:shd w:val="clear" w:color="auto" w:fill="auto"/>
            <w:noWrap/>
            <w:vAlign w:val="center"/>
            <w:hideMark/>
          </w:tcPr>
          <w:p w14:paraId="068BDE1C" w14:textId="77777777" w:rsidR="00E84C71" w:rsidRPr="00546614" w:rsidRDefault="00673AED" w:rsidP="001D47F0">
            <w:pPr>
              <w:spacing w:line="240" w:lineRule="auto"/>
              <w:rPr>
                <w:rFonts w:cs="Times New Roman"/>
                <w:sz w:val="15"/>
                <w:szCs w:val="28"/>
              </w:rPr>
            </w:pPr>
          </w:p>
        </w:tc>
        <w:tc>
          <w:tcPr>
            <w:tcW w:w="636" w:type="dxa"/>
            <w:shd w:val="clear" w:color="auto" w:fill="auto"/>
            <w:noWrap/>
            <w:vAlign w:val="center"/>
            <w:hideMark/>
          </w:tcPr>
          <w:p w14:paraId="3ED494DD" w14:textId="77777777" w:rsidR="00E84C71" w:rsidRPr="00546614" w:rsidRDefault="00673AED" w:rsidP="001D47F0">
            <w:pPr>
              <w:spacing w:line="240" w:lineRule="auto"/>
              <w:rPr>
                <w:rFonts w:cs="Times New Roman"/>
                <w:sz w:val="15"/>
                <w:szCs w:val="28"/>
              </w:rPr>
            </w:pPr>
          </w:p>
        </w:tc>
        <w:tc>
          <w:tcPr>
            <w:tcW w:w="723" w:type="dxa"/>
            <w:shd w:val="clear" w:color="auto" w:fill="auto"/>
            <w:noWrap/>
            <w:vAlign w:val="center"/>
            <w:hideMark/>
          </w:tcPr>
          <w:p w14:paraId="7C5FC111" w14:textId="77777777" w:rsidR="00E84C71" w:rsidRPr="00546614" w:rsidRDefault="00673AED" w:rsidP="001D47F0">
            <w:pPr>
              <w:spacing w:line="240" w:lineRule="auto"/>
              <w:rPr>
                <w:rFonts w:cs="Times New Roman"/>
                <w:sz w:val="15"/>
                <w:szCs w:val="28"/>
              </w:rPr>
            </w:pPr>
          </w:p>
        </w:tc>
        <w:tc>
          <w:tcPr>
            <w:tcW w:w="861" w:type="dxa"/>
            <w:shd w:val="clear" w:color="auto" w:fill="auto"/>
            <w:noWrap/>
            <w:vAlign w:val="center"/>
            <w:hideMark/>
          </w:tcPr>
          <w:p w14:paraId="007EA0C4" w14:textId="77777777" w:rsidR="00E84C71" w:rsidRPr="00546614" w:rsidRDefault="00673AED" w:rsidP="001D47F0">
            <w:pPr>
              <w:spacing w:line="240" w:lineRule="auto"/>
              <w:rPr>
                <w:rFonts w:cs="Times New Roman"/>
                <w:sz w:val="15"/>
                <w:szCs w:val="28"/>
              </w:rPr>
            </w:pPr>
          </w:p>
        </w:tc>
        <w:tc>
          <w:tcPr>
            <w:tcW w:w="657" w:type="dxa"/>
            <w:shd w:val="clear" w:color="auto" w:fill="auto"/>
            <w:noWrap/>
            <w:vAlign w:val="center"/>
            <w:hideMark/>
          </w:tcPr>
          <w:p w14:paraId="14EA2EC9" w14:textId="77777777" w:rsidR="00E84C71" w:rsidRPr="00546614" w:rsidRDefault="00673AED" w:rsidP="001D47F0">
            <w:pPr>
              <w:spacing w:line="240" w:lineRule="auto"/>
              <w:rPr>
                <w:rFonts w:cs="Times New Roman"/>
                <w:sz w:val="15"/>
                <w:szCs w:val="28"/>
              </w:rPr>
            </w:pPr>
          </w:p>
        </w:tc>
        <w:tc>
          <w:tcPr>
            <w:tcW w:w="582" w:type="dxa"/>
            <w:shd w:val="clear" w:color="auto" w:fill="auto"/>
            <w:noWrap/>
            <w:vAlign w:val="center"/>
            <w:hideMark/>
          </w:tcPr>
          <w:p w14:paraId="7711959B" w14:textId="77777777" w:rsidR="00E84C71" w:rsidRPr="00546614" w:rsidRDefault="00673AED" w:rsidP="001D47F0">
            <w:pPr>
              <w:spacing w:line="240" w:lineRule="auto"/>
              <w:rPr>
                <w:rFonts w:cs="Times New Roman"/>
                <w:sz w:val="15"/>
                <w:szCs w:val="28"/>
              </w:rPr>
            </w:pPr>
          </w:p>
        </w:tc>
        <w:tc>
          <w:tcPr>
            <w:tcW w:w="829" w:type="dxa"/>
            <w:shd w:val="clear" w:color="auto" w:fill="auto"/>
            <w:noWrap/>
            <w:vAlign w:val="center"/>
            <w:hideMark/>
          </w:tcPr>
          <w:p w14:paraId="78A556AD" w14:textId="77777777" w:rsidR="00E84C71" w:rsidRPr="00546614" w:rsidRDefault="00673AED" w:rsidP="001D47F0">
            <w:pPr>
              <w:spacing w:line="240" w:lineRule="auto"/>
              <w:rPr>
                <w:rFonts w:cs="Times New Roman"/>
                <w:sz w:val="15"/>
                <w:szCs w:val="28"/>
              </w:rPr>
            </w:pPr>
          </w:p>
        </w:tc>
        <w:tc>
          <w:tcPr>
            <w:tcW w:w="669" w:type="dxa"/>
            <w:shd w:val="clear" w:color="auto" w:fill="auto"/>
            <w:noWrap/>
            <w:vAlign w:val="center"/>
            <w:hideMark/>
          </w:tcPr>
          <w:p w14:paraId="79FB1AB6" w14:textId="77777777" w:rsidR="00E84C71" w:rsidRPr="00546614" w:rsidRDefault="00673AED" w:rsidP="001D47F0">
            <w:pPr>
              <w:spacing w:line="240" w:lineRule="auto"/>
              <w:rPr>
                <w:rFonts w:cs="Times New Roman"/>
                <w:sz w:val="15"/>
                <w:szCs w:val="28"/>
              </w:rPr>
            </w:pPr>
          </w:p>
        </w:tc>
        <w:tc>
          <w:tcPr>
            <w:tcW w:w="605" w:type="dxa"/>
            <w:shd w:val="clear" w:color="auto" w:fill="auto"/>
            <w:noWrap/>
            <w:vAlign w:val="center"/>
            <w:hideMark/>
          </w:tcPr>
          <w:p w14:paraId="313CBFAA" w14:textId="77777777" w:rsidR="00E84C71" w:rsidRPr="00546614" w:rsidRDefault="00673AED" w:rsidP="001D47F0">
            <w:pPr>
              <w:spacing w:line="240" w:lineRule="auto"/>
              <w:rPr>
                <w:rFonts w:cs="Times New Roman"/>
                <w:sz w:val="15"/>
                <w:szCs w:val="28"/>
              </w:rPr>
            </w:pPr>
          </w:p>
        </w:tc>
      </w:tr>
      <w:tr w:rsidR="00E84C71" w:rsidRPr="00546614" w14:paraId="14754FD3" w14:textId="77777777" w:rsidTr="00132970">
        <w:trPr>
          <w:trHeight w:val="203"/>
          <w:jc w:val="center"/>
        </w:trPr>
        <w:tc>
          <w:tcPr>
            <w:tcW w:w="1206" w:type="dxa"/>
            <w:shd w:val="clear" w:color="auto" w:fill="auto"/>
            <w:noWrap/>
            <w:vAlign w:val="center"/>
            <w:hideMark/>
          </w:tcPr>
          <w:p w14:paraId="28BB386A"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2039" w:type="dxa"/>
            <w:shd w:val="clear" w:color="auto" w:fill="auto"/>
            <w:noWrap/>
            <w:vAlign w:val="center"/>
            <w:hideMark/>
          </w:tcPr>
          <w:p w14:paraId="317002F8"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Seoul</w:t>
            </w:r>
          </w:p>
        </w:tc>
        <w:tc>
          <w:tcPr>
            <w:tcW w:w="847" w:type="dxa"/>
            <w:shd w:val="clear" w:color="auto" w:fill="auto"/>
            <w:noWrap/>
            <w:vAlign w:val="center"/>
            <w:hideMark/>
          </w:tcPr>
          <w:p w14:paraId="312EA103"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0.595</w:t>
            </w:r>
          </w:p>
        </w:tc>
        <w:tc>
          <w:tcPr>
            <w:tcW w:w="565" w:type="dxa"/>
            <w:shd w:val="clear" w:color="auto" w:fill="auto"/>
            <w:noWrap/>
            <w:vAlign w:val="center"/>
            <w:hideMark/>
          </w:tcPr>
          <w:p w14:paraId="64E3BD6A"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74" w:type="dxa"/>
            <w:shd w:val="clear" w:color="auto" w:fill="auto"/>
            <w:noWrap/>
            <w:vAlign w:val="center"/>
            <w:hideMark/>
          </w:tcPr>
          <w:p w14:paraId="0FE676BC"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0.057</w:t>
            </w:r>
          </w:p>
        </w:tc>
        <w:tc>
          <w:tcPr>
            <w:tcW w:w="848" w:type="dxa"/>
            <w:shd w:val="clear" w:color="auto" w:fill="auto"/>
            <w:noWrap/>
            <w:vAlign w:val="center"/>
            <w:hideMark/>
          </w:tcPr>
          <w:p w14:paraId="1765BB01"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0.181</w:t>
            </w:r>
          </w:p>
        </w:tc>
        <w:tc>
          <w:tcPr>
            <w:tcW w:w="565" w:type="dxa"/>
            <w:shd w:val="clear" w:color="auto" w:fill="auto"/>
            <w:noWrap/>
            <w:vAlign w:val="center"/>
            <w:hideMark/>
          </w:tcPr>
          <w:p w14:paraId="34C3CB63"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74" w:type="dxa"/>
            <w:shd w:val="clear" w:color="auto" w:fill="auto"/>
            <w:noWrap/>
            <w:vAlign w:val="center"/>
            <w:hideMark/>
          </w:tcPr>
          <w:p w14:paraId="565E6D61"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0.038</w:t>
            </w:r>
          </w:p>
        </w:tc>
        <w:tc>
          <w:tcPr>
            <w:tcW w:w="869" w:type="dxa"/>
            <w:shd w:val="clear" w:color="auto" w:fill="auto"/>
            <w:noWrap/>
            <w:vAlign w:val="center"/>
            <w:hideMark/>
          </w:tcPr>
          <w:p w14:paraId="7F9708F6"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0.719</w:t>
            </w:r>
          </w:p>
        </w:tc>
        <w:tc>
          <w:tcPr>
            <w:tcW w:w="636" w:type="dxa"/>
            <w:shd w:val="clear" w:color="auto" w:fill="auto"/>
            <w:noWrap/>
            <w:vAlign w:val="center"/>
            <w:hideMark/>
          </w:tcPr>
          <w:p w14:paraId="603FC6B1"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723" w:type="dxa"/>
            <w:shd w:val="clear" w:color="auto" w:fill="auto"/>
            <w:noWrap/>
            <w:vAlign w:val="center"/>
            <w:hideMark/>
          </w:tcPr>
          <w:p w14:paraId="09B661ED"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0.026</w:t>
            </w:r>
          </w:p>
        </w:tc>
        <w:tc>
          <w:tcPr>
            <w:tcW w:w="861" w:type="dxa"/>
            <w:shd w:val="clear" w:color="auto" w:fill="auto"/>
            <w:noWrap/>
            <w:vAlign w:val="center"/>
            <w:hideMark/>
          </w:tcPr>
          <w:p w14:paraId="34D76A9C"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1.178</w:t>
            </w:r>
          </w:p>
        </w:tc>
        <w:tc>
          <w:tcPr>
            <w:tcW w:w="657" w:type="dxa"/>
            <w:shd w:val="clear" w:color="auto" w:fill="auto"/>
            <w:noWrap/>
            <w:vAlign w:val="center"/>
            <w:hideMark/>
          </w:tcPr>
          <w:p w14:paraId="4721AE46"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82" w:type="dxa"/>
            <w:shd w:val="clear" w:color="auto" w:fill="auto"/>
            <w:noWrap/>
            <w:vAlign w:val="center"/>
            <w:hideMark/>
          </w:tcPr>
          <w:p w14:paraId="722797D5"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0.017</w:t>
            </w:r>
          </w:p>
        </w:tc>
        <w:tc>
          <w:tcPr>
            <w:tcW w:w="829" w:type="dxa"/>
            <w:shd w:val="clear" w:color="auto" w:fill="auto"/>
            <w:noWrap/>
            <w:vAlign w:val="center"/>
            <w:hideMark/>
          </w:tcPr>
          <w:p w14:paraId="73F8AF80"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0.452</w:t>
            </w:r>
          </w:p>
        </w:tc>
        <w:tc>
          <w:tcPr>
            <w:tcW w:w="669" w:type="dxa"/>
            <w:shd w:val="clear" w:color="auto" w:fill="auto"/>
            <w:noWrap/>
            <w:vAlign w:val="center"/>
            <w:hideMark/>
          </w:tcPr>
          <w:p w14:paraId="2671BBB6"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605" w:type="dxa"/>
            <w:shd w:val="clear" w:color="auto" w:fill="auto"/>
            <w:noWrap/>
            <w:vAlign w:val="center"/>
            <w:hideMark/>
          </w:tcPr>
          <w:p w14:paraId="743AF27B"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0.050</w:t>
            </w:r>
          </w:p>
        </w:tc>
      </w:tr>
      <w:tr w:rsidR="00E84C71" w:rsidRPr="00546614" w14:paraId="350814C3" w14:textId="77777777" w:rsidTr="00132970">
        <w:trPr>
          <w:trHeight w:val="203"/>
          <w:jc w:val="center"/>
        </w:trPr>
        <w:tc>
          <w:tcPr>
            <w:tcW w:w="1206" w:type="dxa"/>
            <w:shd w:val="clear" w:color="auto" w:fill="auto"/>
            <w:noWrap/>
            <w:vAlign w:val="center"/>
            <w:hideMark/>
          </w:tcPr>
          <w:p w14:paraId="7383FDEF"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2039" w:type="dxa"/>
            <w:shd w:val="clear" w:color="auto" w:fill="auto"/>
            <w:noWrap/>
            <w:vAlign w:val="center"/>
            <w:hideMark/>
          </w:tcPr>
          <w:p w14:paraId="29B1A114" w14:textId="77777777" w:rsidR="00C81053" w:rsidRPr="00546614" w:rsidRDefault="00ED5F5D">
            <w:pPr>
              <w:spacing w:line="240" w:lineRule="auto"/>
              <w:rPr>
                <w:sz w:val="15"/>
                <w:szCs w:val="28"/>
              </w:rPr>
            </w:pPr>
            <w:r>
              <w:rPr>
                <w:rFonts w:ascii="Arial" w:eastAsia="Arial" w:hAnsi="Arial"/>
                <w:sz w:val="15"/>
                <w:szCs w:val="28"/>
              </w:rPr>
              <w:t>Capital region outside Seoul</w:t>
            </w:r>
          </w:p>
        </w:tc>
        <w:tc>
          <w:tcPr>
            <w:tcW w:w="847" w:type="dxa"/>
            <w:shd w:val="clear" w:color="auto" w:fill="auto"/>
            <w:noWrap/>
            <w:vAlign w:val="center"/>
            <w:hideMark/>
          </w:tcPr>
          <w:p w14:paraId="1E7D3B6F"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0.325</w:t>
            </w:r>
          </w:p>
        </w:tc>
        <w:tc>
          <w:tcPr>
            <w:tcW w:w="565" w:type="dxa"/>
            <w:shd w:val="clear" w:color="auto" w:fill="auto"/>
            <w:noWrap/>
            <w:vAlign w:val="center"/>
            <w:hideMark/>
          </w:tcPr>
          <w:p w14:paraId="455DC985"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74" w:type="dxa"/>
            <w:shd w:val="clear" w:color="auto" w:fill="auto"/>
            <w:noWrap/>
            <w:vAlign w:val="center"/>
            <w:hideMark/>
          </w:tcPr>
          <w:p w14:paraId="3A08D5FF"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0.057</w:t>
            </w:r>
          </w:p>
        </w:tc>
        <w:tc>
          <w:tcPr>
            <w:tcW w:w="848" w:type="dxa"/>
            <w:shd w:val="clear" w:color="auto" w:fill="auto"/>
            <w:noWrap/>
            <w:vAlign w:val="center"/>
            <w:hideMark/>
          </w:tcPr>
          <w:p w14:paraId="000679F2"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-0.012</w:t>
            </w:r>
          </w:p>
        </w:tc>
        <w:tc>
          <w:tcPr>
            <w:tcW w:w="565" w:type="dxa"/>
            <w:shd w:val="clear" w:color="auto" w:fill="auto"/>
            <w:noWrap/>
            <w:vAlign w:val="center"/>
            <w:hideMark/>
          </w:tcPr>
          <w:p w14:paraId="1380F862"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574" w:type="dxa"/>
            <w:shd w:val="clear" w:color="auto" w:fill="auto"/>
            <w:noWrap/>
            <w:vAlign w:val="center"/>
            <w:hideMark/>
          </w:tcPr>
          <w:p w14:paraId="55C5754F"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0.035</w:t>
            </w:r>
          </w:p>
        </w:tc>
        <w:tc>
          <w:tcPr>
            <w:tcW w:w="869" w:type="dxa"/>
            <w:shd w:val="clear" w:color="auto" w:fill="auto"/>
            <w:noWrap/>
            <w:vAlign w:val="center"/>
            <w:hideMark/>
          </w:tcPr>
          <w:p w14:paraId="1332378E"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0.498</w:t>
            </w:r>
          </w:p>
        </w:tc>
        <w:tc>
          <w:tcPr>
            <w:tcW w:w="636" w:type="dxa"/>
            <w:shd w:val="clear" w:color="auto" w:fill="auto"/>
            <w:noWrap/>
            <w:vAlign w:val="center"/>
            <w:hideMark/>
          </w:tcPr>
          <w:p w14:paraId="0889FA69"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723" w:type="dxa"/>
            <w:shd w:val="clear" w:color="auto" w:fill="auto"/>
            <w:noWrap/>
            <w:vAlign w:val="center"/>
            <w:hideMark/>
          </w:tcPr>
          <w:p w14:paraId="30584DFC"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0.025</w:t>
            </w:r>
          </w:p>
        </w:tc>
        <w:tc>
          <w:tcPr>
            <w:tcW w:w="861" w:type="dxa"/>
            <w:shd w:val="clear" w:color="auto" w:fill="auto"/>
            <w:noWrap/>
            <w:vAlign w:val="center"/>
            <w:hideMark/>
          </w:tcPr>
          <w:p w14:paraId="46B48D18"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0.624</w:t>
            </w:r>
          </w:p>
        </w:tc>
        <w:tc>
          <w:tcPr>
            <w:tcW w:w="657" w:type="dxa"/>
            <w:shd w:val="clear" w:color="auto" w:fill="auto"/>
            <w:noWrap/>
            <w:vAlign w:val="center"/>
            <w:hideMark/>
          </w:tcPr>
          <w:p w14:paraId="1795B5AD"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82" w:type="dxa"/>
            <w:shd w:val="clear" w:color="auto" w:fill="auto"/>
            <w:noWrap/>
            <w:vAlign w:val="center"/>
            <w:hideMark/>
          </w:tcPr>
          <w:p w14:paraId="65676D29"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0.017</w:t>
            </w:r>
          </w:p>
        </w:tc>
        <w:tc>
          <w:tcPr>
            <w:tcW w:w="829" w:type="dxa"/>
            <w:shd w:val="clear" w:color="auto" w:fill="auto"/>
            <w:noWrap/>
            <w:vAlign w:val="center"/>
            <w:hideMark/>
          </w:tcPr>
          <w:p w14:paraId="4BD3AA64"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0.577</w:t>
            </w:r>
          </w:p>
        </w:tc>
        <w:tc>
          <w:tcPr>
            <w:tcW w:w="669" w:type="dxa"/>
            <w:shd w:val="clear" w:color="auto" w:fill="auto"/>
            <w:noWrap/>
            <w:vAlign w:val="center"/>
            <w:hideMark/>
          </w:tcPr>
          <w:p w14:paraId="123C98C5"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605" w:type="dxa"/>
            <w:shd w:val="clear" w:color="auto" w:fill="auto"/>
            <w:noWrap/>
            <w:vAlign w:val="center"/>
            <w:hideMark/>
          </w:tcPr>
          <w:p w14:paraId="39BD7A42"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0.046</w:t>
            </w:r>
          </w:p>
        </w:tc>
      </w:tr>
      <w:tr w:rsidR="00E84C71" w:rsidRPr="00546614" w14:paraId="1DFC1F17" w14:textId="77777777" w:rsidTr="00132970">
        <w:trPr>
          <w:trHeight w:val="203"/>
          <w:jc w:val="center"/>
        </w:trPr>
        <w:tc>
          <w:tcPr>
            <w:tcW w:w="1206" w:type="dxa"/>
            <w:shd w:val="clear" w:color="auto" w:fill="auto"/>
            <w:noWrap/>
            <w:vAlign w:val="center"/>
            <w:hideMark/>
          </w:tcPr>
          <w:p w14:paraId="12114E11"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2039" w:type="dxa"/>
            <w:shd w:val="clear" w:color="auto" w:fill="auto"/>
            <w:noWrap/>
            <w:vAlign w:val="center"/>
            <w:hideMark/>
          </w:tcPr>
          <w:p w14:paraId="3CEC91C1" w14:textId="77777777" w:rsidR="00C81053" w:rsidRPr="00546614" w:rsidRDefault="00ED5F5D">
            <w:pPr>
              <w:spacing w:line="240" w:lineRule="auto"/>
              <w:rPr>
                <w:sz w:val="15"/>
                <w:szCs w:val="28"/>
              </w:rPr>
            </w:pPr>
            <w:r>
              <w:rPr>
                <w:rFonts w:ascii="Arial" w:eastAsia="Arial" w:hAnsi="Arial"/>
                <w:sz w:val="15"/>
                <w:szCs w:val="28"/>
              </w:rPr>
              <w:t>Non-capital metropolitan</w:t>
            </w:r>
          </w:p>
        </w:tc>
        <w:tc>
          <w:tcPr>
            <w:tcW w:w="847" w:type="dxa"/>
            <w:shd w:val="clear" w:color="auto" w:fill="auto"/>
            <w:noWrap/>
            <w:vAlign w:val="center"/>
            <w:hideMark/>
          </w:tcPr>
          <w:p w14:paraId="5AA08010"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-0.061</w:t>
            </w:r>
          </w:p>
        </w:tc>
        <w:tc>
          <w:tcPr>
            <w:tcW w:w="565" w:type="dxa"/>
            <w:shd w:val="clear" w:color="auto" w:fill="auto"/>
            <w:noWrap/>
            <w:vAlign w:val="center"/>
            <w:hideMark/>
          </w:tcPr>
          <w:p w14:paraId="5A5DD5AE"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574" w:type="dxa"/>
            <w:shd w:val="clear" w:color="auto" w:fill="auto"/>
            <w:noWrap/>
            <w:vAlign w:val="center"/>
            <w:hideMark/>
          </w:tcPr>
          <w:p w14:paraId="5CDB5551"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0.058</w:t>
            </w:r>
          </w:p>
        </w:tc>
        <w:tc>
          <w:tcPr>
            <w:tcW w:w="848" w:type="dxa"/>
            <w:shd w:val="clear" w:color="auto" w:fill="auto"/>
            <w:noWrap/>
            <w:vAlign w:val="center"/>
            <w:hideMark/>
          </w:tcPr>
          <w:p w14:paraId="6564EDD9"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-0.003</w:t>
            </w:r>
          </w:p>
        </w:tc>
        <w:tc>
          <w:tcPr>
            <w:tcW w:w="565" w:type="dxa"/>
            <w:shd w:val="clear" w:color="auto" w:fill="auto"/>
            <w:noWrap/>
            <w:vAlign w:val="center"/>
            <w:hideMark/>
          </w:tcPr>
          <w:p w14:paraId="6C058D79"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574" w:type="dxa"/>
            <w:shd w:val="clear" w:color="auto" w:fill="auto"/>
            <w:noWrap/>
            <w:vAlign w:val="center"/>
            <w:hideMark/>
          </w:tcPr>
          <w:p w14:paraId="2C114D86"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0.035</w:t>
            </w:r>
          </w:p>
        </w:tc>
        <w:tc>
          <w:tcPr>
            <w:tcW w:w="869" w:type="dxa"/>
            <w:shd w:val="clear" w:color="auto" w:fill="auto"/>
            <w:noWrap/>
            <w:vAlign w:val="center"/>
            <w:hideMark/>
          </w:tcPr>
          <w:p w14:paraId="2ED7DD2E"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0.292</w:t>
            </w:r>
          </w:p>
        </w:tc>
        <w:tc>
          <w:tcPr>
            <w:tcW w:w="636" w:type="dxa"/>
            <w:shd w:val="clear" w:color="auto" w:fill="auto"/>
            <w:noWrap/>
            <w:vAlign w:val="center"/>
            <w:hideMark/>
          </w:tcPr>
          <w:p w14:paraId="2A4CFCD6"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723" w:type="dxa"/>
            <w:shd w:val="clear" w:color="auto" w:fill="auto"/>
            <w:noWrap/>
            <w:vAlign w:val="center"/>
            <w:hideMark/>
          </w:tcPr>
          <w:p w14:paraId="668C7063"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0.025</w:t>
            </w:r>
          </w:p>
        </w:tc>
        <w:tc>
          <w:tcPr>
            <w:tcW w:w="861" w:type="dxa"/>
            <w:shd w:val="clear" w:color="auto" w:fill="auto"/>
            <w:noWrap/>
            <w:vAlign w:val="center"/>
            <w:hideMark/>
          </w:tcPr>
          <w:p w14:paraId="34C06D38"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0.114</w:t>
            </w:r>
          </w:p>
        </w:tc>
        <w:tc>
          <w:tcPr>
            <w:tcW w:w="657" w:type="dxa"/>
            <w:shd w:val="clear" w:color="auto" w:fill="auto"/>
            <w:noWrap/>
            <w:vAlign w:val="center"/>
            <w:hideMark/>
          </w:tcPr>
          <w:p w14:paraId="552ABC5C"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82" w:type="dxa"/>
            <w:shd w:val="clear" w:color="auto" w:fill="auto"/>
            <w:noWrap/>
            <w:vAlign w:val="center"/>
            <w:hideMark/>
          </w:tcPr>
          <w:p w14:paraId="6388E60B"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0.017</w:t>
            </w:r>
          </w:p>
        </w:tc>
        <w:tc>
          <w:tcPr>
            <w:tcW w:w="829" w:type="dxa"/>
            <w:shd w:val="clear" w:color="auto" w:fill="auto"/>
            <w:noWrap/>
            <w:vAlign w:val="center"/>
            <w:hideMark/>
          </w:tcPr>
          <w:p w14:paraId="15EE1EEC"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0.218</w:t>
            </w:r>
          </w:p>
        </w:tc>
        <w:tc>
          <w:tcPr>
            <w:tcW w:w="669" w:type="dxa"/>
            <w:shd w:val="clear" w:color="auto" w:fill="auto"/>
            <w:noWrap/>
            <w:vAlign w:val="center"/>
            <w:hideMark/>
          </w:tcPr>
          <w:p w14:paraId="6B24FEED"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605" w:type="dxa"/>
            <w:shd w:val="clear" w:color="auto" w:fill="auto"/>
            <w:noWrap/>
            <w:vAlign w:val="center"/>
            <w:hideMark/>
          </w:tcPr>
          <w:p w14:paraId="0554B6F9"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0.049</w:t>
            </w:r>
          </w:p>
        </w:tc>
      </w:tr>
      <w:tr w:rsidR="00E84C71" w:rsidRPr="00546614" w14:paraId="01FF86F2" w14:textId="77777777" w:rsidTr="00132970">
        <w:trPr>
          <w:trHeight w:val="203"/>
          <w:jc w:val="center"/>
        </w:trPr>
        <w:tc>
          <w:tcPr>
            <w:tcW w:w="3245" w:type="dxa"/>
            <w:gridSpan w:val="2"/>
            <w:shd w:val="clear" w:color="auto" w:fill="auto"/>
            <w:noWrap/>
            <w:vAlign w:val="center"/>
            <w:hideMark/>
          </w:tcPr>
          <w:p w14:paraId="6C416468" w14:textId="77777777" w:rsidR="00C81053" w:rsidRPr="00546614" w:rsidRDefault="00ED5F5D">
            <w:pPr>
              <w:spacing w:line="240" w:lineRule="auto"/>
              <w:rPr>
                <w:sz w:val="15"/>
                <w:szCs w:val="28"/>
              </w:rPr>
            </w:pPr>
            <w:r>
              <w:rPr>
                <w:rFonts w:ascii="Arial" w:eastAsia="Arial" w:hAnsi="Arial"/>
                <w:sz w:val="15"/>
                <w:szCs w:val="28"/>
              </w:rPr>
              <w:t>Educational attainment (ref. high school or below)</w:t>
            </w:r>
          </w:p>
        </w:tc>
        <w:tc>
          <w:tcPr>
            <w:tcW w:w="847" w:type="dxa"/>
            <w:shd w:val="clear" w:color="auto" w:fill="auto"/>
            <w:noWrap/>
            <w:vAlign w:val="center"/>
            <w:hideMark/>
          </w:tcPr>
          <w:p w14:paraId="23B5ECAF" w14:textId="77777777" w:rsidR="00E84C71" w:rsidRPr="00546614" w:rsidRDefault="00673AED" w:rsidP="001D47F0">
            <w:pPr>
              <w:spacing w:line="240" w:lineRule="auto"/>
              <w:rPr>
                <w:rFonts w:eastAsia="맑은 고딕" w:cs="Times New Roman"/>
                <w:color w:val="000000"/>
                <w:sz w:val="15"/>
                <w:szCs w:val="28"/>
              </w:rPr>
            </w:pPr>
          </w:p>
        </w:tc>
        <w:tc>
          <w:tcPr>
            <w:tcW w:w="565" w:type="dxa"/>
            <w:shd w:val="clear" w:color="auto" w:fill="auto"/>
            <w:noWrap/>
            <w:vAlign w:val="center"/>
            <w:hideMark/>
          </w:tcPr>
          <w:p w14:paraId="1545B5A4" w14:textId="77777777" w:rsidR="00E84C71" w:rsidRPr="00546614" w:rsidRDefault="00673AED" w:rsidP="001D47F0">
            <w:pPr>
              <w:spacing w:line="240" w:lineRule="auto"/>
              <w:rPr>
                <w:rFonts w:cs="Times New Roman"/>
                <w:sz w:val="15"/>
                <w:szCs w:val="28"/>
              </w:rPr>
            </w:pPr>
          </w:p>
        </w:tc>
        <w:tc>
          <w:tcPr>
            <w:tcW w:w="574" w:type="dxa"/>
            <w:shd w:val="clear" w:color="auto" w:fill="auto"/>
            <w:noWrap/>
            <w:vAlign w:val="center"/>
            <w:hideMark/>
          </w:tcPr>
          <w:p w14:paraId="2E5613AB" w14:textId="77777777" w:rsidR="00E84C71" w:rsidRPr="00546614" w:rsidRDefault="00673AED" w:rsidP="001D47F0">
            <w:pPr>
              <w:spacing w:line="240" w:lineRule="auto"/>
              <w:rPr>
                <w:rFonts w:cs="Times New Roman"/>
                <w:sz w:val="15"/>
                <w:szCs w:val="28"/>
              </w:rPr>
            </w:pPr>
          </w:p>
        </w:tc>
        <w:tc>
          <w:tcPr>
            <w:tcW w:w="848" w:type="dxa"/>
            <w:shd w:val="clear" w:color="auto" w:fill="auto"/>
            <w:noWrap/>
            <w:vAlign w:val="center"/>
            <w:hideMark/>
          </w:tcPr>
          <w:p w14:paraId="373D5EB7" w14:textId="77777777" w:rsidR="00E84C71" w:rsidRPr="00546614" w:rsidRDefault="00673AED" w:rsidP="001D47F0">
            <w:pPr>
              <w:spacing w:line="240" w:lineRule="auto"/>
              <w:rPr>
                <w:rFonts w:cs="Times New Roman"/>
                <w:sz w:val="15"/>
                <w:szCs w:val="28"/>
              </w:rPr>
            </w:pPr>
          </w:p>
        </w:tc>
        <w:tc>
          <w:tcPr>
            <w:tcW w:w="565" w:type="dxa"/>
            <w:shd w:val="clear" w:color="auto" w:fill="auto"/>
            <w:noWrap/>
            <w:vAlign w:val="center"/>
            <w:hideMark/>
          </w:tcPr>
          <w:p w14:paraId="486752EB" w14:textId="77777777" w:rsidR="00E84C71" w:rsidRPr="00546614" w:rsidRDefault="00673AED" w:rsidP="001D47F0">
            <w:pPr>
              <w:spacing w:line="240" w:lineRule="auto"/>
              <w:rPr>
                <w:rFonts w:cs="Times New Roman"/>
                <w:sz w:val="15"/>
                <w:szCs w:val="28"/>
              </w:rPr>
            </w:pPr>
          </w:p>
        </w:tc>
        <w:tc>
          <w:tcPr>
            <w:tcW w:w="574" w:type="dxa"/>
            <w:shd w:val="clear" w:color="auto" w:fill="auto"/>
            <w:noWrap/>
            <w:vAlign w:val="center"/>
            <w:hideMark/>
          </w:tcPr>
          <w:p w14:paraId="3EE4E34E" w14:textId="77777777" w:rsidR="00E84C71" w:rsidRPr="00546614" w:rsidRDefault="00673AED" w:rsidP="001D47F0">
            <w:pPr>
              <w:spacing w:line="240" w:lineRule="auto"/>
              <w:rPr>
                <w:rFonts w:cs="Times New Roman"/>
                <w:sz w:val="15"/>
                <w:szCs w:val="28"/>
              </w:rPr>
            </w:pPr>
          </w:p>
        </w:tc>
        <w:tc>
          <w:tcPr>
            <w:tcW w:w="869" w:type="dxa"/>
            <w:shd w:val="clear" w:color="auto" w:fill="auto"/>
            <w:noWrap/>
            <w:vAlign w:val="center"/>
            <w:hideMark/>
          </w:tcPr>
          <w:p w14:paraId="6DF0EA52" w14:textId="77777777" w:rsidR="00E84C71" w:rsidRPr="00546614" w:rsidRDefault="00673AED" w:rsidP="001D47F0">
            <w:pPr>
              <w:spacing w:line="240" w:lineRule="auto"/>
              <w:rPr>
                <w:rFonts w:cs="Times New Roman"/>
                <w:sz w:val="15"/>
                <w:szCs w:val="28"/>
              </w:rPr>
            </w:pPr>
          </w:p>
        </w:tc>
        <w:tc>
          <w:tcPr>
            <w:tcW w:w="636" w:type="dxa"/>
            <w:shd w:val="clear" w:color="auto" w:fill="auto"/>
            <w:noWrap/>
            <w:vAlign w:val="center"/>
            <w:hideMark/>
          </w:tcPr>
          <w:p w14:paraId="4E5A3477" w14:textId="77777777" w:rsidR="00E84C71" w:rsidRPr="00546614" w:rsidRDefault="00673AED" w:rsidP="001D47F0">
            <w:pPr>
              <w:spacing w:line="240" w:lineRule="auto"/>
              <w:rPr>
                <w:rFonts w:cs="Times New Roman"/>
                <w:sz w:val="15"/>
                <w:szCs w:val="28"/>
              </w:rPr>
            </w:pPr>
          </w:p>
        </w:tc>
        <w:tc>
          <w:tcPr>
            <w:tcW w:w="723" w:type="dxa"/>
            <w:shd w:val="clear" w:color="auto" w:fill="auto"/>
            <w:noWrap/>
            <w:vAlign w:val="center"/>
            <w:hideMark/>
          </w:tcPr>
          <w:p w14:paraId="759B89A0" w14:textId="77777777" w:rsidR="00E84C71" w:rsidRPr="00546614" w:rsidRDefault="00673AED" w:rsidP="001D47F0">
            <w:pPr>
              <w:spacing w:line="240" w:lineRule="auto"/>
              <w:rPr>
                <w:rFonts w:cs="Times New Roman"/>
                <w:sz w:val="15"/>
                <w:szCs w:val="28"/>
              </w:rPr>
            </w:pPr>
          </w:p>
        </w:tc>
        <w:tc>
          <w:tcPr>
            <w:tcW w:w="861" w:type="dxa"/>
            <w:shd w:val="clear" w:color="auto" w:fill="auto"/>
            <w:noWrap/>
            <w:vAlign w:val="center"/>
            <w:hideMark/>
          </w:tcPr>
          <w:p w14:paraId="6AFBBB81" w14:textId="77777777" w:rsidR="00E84C71" w:rsidRPr="00546614" w:rsidRDefault="00673AED" w:rsidP="001D47F0">
            <w:pPr>
              <w:spacing w:line="240" w:lineRule="auto"/>
              <w:rPr>
                <w:rFonts w:cs="Times New Roman"/>
                <w:sz w:val="15"/>
                <w:szCs w:val="28"/>
              </w:rPr>
            </w:pPr>
          </w:p>
        </w:tc>
        <w:tc>
          <w:tcPr>
            <w:tcW w:w="657" w:type="dxa"/>
            <w:shd w:val="clear" w:color="auto" w:fill="auto"/>
            <w:noWrap/>
            <w:vAlign w:val="center"/>
            <w:hideMark/>
          </w:tcPr>
          <w:p w14:paraId="565531C8" w14:textId="77777777" w:rsidR="00E84C71" w:rsidRPr="00546614" w:rsidRDefault="00673AED" w:rsidP="001D47F0">
            <w:pPr>
              <w:spacing w:line="240" w:lineRule="auto"/>
              <w:rPr>
                <w:rFonts w:cs="Times New Roman"/>
                <w:sz w:val="15"/>
                <w:szCs w:val="28"/>
              </w:rPr>
            </w:pPr>
          </w:p>
        </w:tc>
        <w:tc>
          <w:tcPr>
            <w:tcW w:w="582" w:type="dxa"/>
            <w:shd w:val="clear" w:color="auto" w:fill="auto"/>
            <w:noWrap/>
            <w:vAlign w:val="center"/>
            <w:hideMark/>
          </w:tcPr>
          <w:p w14:paraId="1D63B17B" w14:textId="77777777" w:rsidR="00E84C71" w:rsidRPr="00546614" w:rsidRDefault="00673AED" w:rsidP="001D47F0">
            <w:pPr>
              <w:spacing w:line="240" w:lineRule="auto"/>
              <w:rPr>
                <w:rFonts w:cs="Times New Roman"/>
                <w:sz w:val="15"/>
                <w:szCs w:val="28"/>
              </w:rPr>
            </w:pPr>
          </w:p>
        </w:tc>
        <w:tc>
          <w:tcPr>
            <w:tcW w:w="829" w:type="dxa"/>
            <w:shd w:val="clear" w:color="auto" w:fill="auto"/>
            <w:noWrap/>
            <w:vAlign w:val="center"/>
            <w:hideMark/>
          </w:tcPr>
          <w:p w14:paraId="149C7DC6" w14:textId="77777777" w:rsidR="00E84C71" w:rsidRPr="00546614" w:rsidRDefault="00673AED" w:rsidP="001D47F0">
            <w:pPr>
              <w:spacing w:line="240" w:lineRule="auto"/>
              <w:rPr>
                <w:rFonts w:cs="Times New Roman"/>
                <w:sz w:val="15"/>
                <w:szCs w:val="28"/>
              </w:rPr>
            </w:pPr>
          </w:p>
        </w:tc>
        <w:tc>
          <w:tcPr>
            <w:tcW w:w="669" w:type="dxa"/>
            <w:shd w:val="clear" w:color="auto" w:fill="auto"/>
            <w:noWrap/>
            <w:vAlign w:val="center"/>
            <w:hideMark/>
          </w:tcPr>
          <w:p w14:paraId="5291D059" w14:textId="77777777" w:rsidR="00E84C71" w:rsidRPr="00546614" w:rsidRDefault="00673AED" w:rsidP="001D47F0">
            <w:pPr>
              <w:spacing w:line="240" w:lineRule="auto"/>
              <w:rPr>
                <w:rFonts w:cs="Times New Roman"/>
                <w:sz w:val="15"/>
                <w:szCs w:val="28"/>
              </w:rPr>
            </w:pPr>
          </w:p>
        </w:tc>
        <w:tc>
          <w:tcPr>
            <w:tcW w:w="605" w:type="dxa"/>
            <w:shd w:val="clear" w:color="auto" w:fill="auto"/>
            <w:noWrap/>
            <w:vAlign w:val="center"/>
            <w:hideMark/>
          </w:tcPr>
          <w:p w14:paraId="3EF2C1BF" w14:textId="77777777" w:rsidR="00E84C71" w:rsidRPr="00546614" w:rsidRDefault="00673AED" w:rsidP="001D47F0">
            <w:pPr>
              <w:spacing w:line="240" w:lineRule="auto"/>
              <w:rPr>
                <w:rFonts w:cs="Times New Roman"/>
                <w:sz w:val="15"/>
                <w:szCs w:val="28"/>
              </w:rPr>
            </w:pPr>
          </w:p>
        </w:tc>
      </w:tr>
      <w:tr w:rsidR="00E84C71" w:rsidRPr="00546614" w14:paraId="3862FFFB" w14:textId="77777777" w:rsidTr="00132970">
        <w:trPr>
          <w:trHeight w:val="203"/>
          <w:jc w:val="center"/>
        </w:trPr>
        <w:tc>
          <w:tcPr>
            <w:tcW w:w="1206" w:type="dxa"/>
            <w:shd w:val="clear" w:color="auto" w:fill="auto"/>
            <w:noWrap/>
            <w:vAlign w:val="center"/>
            <w:hideMark/>
          </w:tcPr>
          <w:p w14:paraId="42E89B20"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2039" w:type="dxa"/>
            <w:shd w:val="clear" w:color="auto" w:fill="auto"/>
            <w:noWrap/>
            <w:vAlign w:val="center"/>
            <w:hideMark/>
          </w:tcPr>
          <w:p w14:paraId="7093F0B8"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College degree or above</w:t>
            </w:r>
          </w:p>
        </w:tc>
        <w:tc>
          <w:tcPr>
            <w:tcW w:w="847" w:type="dxa"/>
            <w:shd w:val="clear" w:color="auto" w:fill="auto"/>
            <w:noWrap/>
            <w:vAlign w:val="center"/>
            <w:hideMark/>
          </w:tcPr>
          <w:p w14:paraId="7686A85E"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-0.028</w:t>
            </w:r>
          </w:p>
        </w:tc>
        <w:tc>
          <w:tcPr>
            <w:tcW w:w="565" w:type="dxa"/>
            <w:shd w:val="clear" w:color="auto" w:fill="auto"/>
            <w:noWrap/>
            <w:vAlign w:val="center"/>
            <w:hideMark/>
          </w:tcPr>
          <w:p w14:paraId="26F62326"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574" w:type="dxa"/>
            <w:shd w:val="clear" w:color="auto" w:fill="auto"/>
            <w:noWrap/>
            <w:vAlign w:val="center"/>
            <w:hideMark/>
          </w:tcPr>
          <w:p w14:paraId="4BAF2C2A"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0.051</w:t>
            </w:r>
          </w:p>
        </w:tc>
        <w:tc>
          <w:tcPr>
            <w:tcW w:w="848" w:type="dxa"/>
            <w:shd w:val="clear" w:color="auto" w:fill="auto"/>
            <w:noWrap/>
            <w:vAlign w:val="center"/>
            <w:hideMark/>
          </w:tcPr>
          <w:p w14:paraId="1A3E2C6A"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-0.721</w:t>
            </w:r>
          </w:p>
        </w:tc>
        <w:tc>
          <w:tcPr>
            <w:tcW w:w="565" w:type="dxa"/>
            <w:shd w:val="clear" w:color="auto" w:fill="auto"/>
            <w:noWrap/>
            <w:vAlign w:val="center"/>
            <w:hideMark/>
          </w:tcPr>
          <w:p w14:paraId="5E3A9A39"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74" w:type="dxa"/>
            <w:shd w:val="clear" w:color="auto" w:fill="auto"/>
            <w:noWrap/>
            <w:vAlign w:val="center"/>
            <w:hideMark/>
          </w:tcPr>
          <w:p w14:paraId="093B73FF"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0.031</w:t>
            </w:r>
          </w:p>
        </w:tc>
        <w:tc>
          <w:tcPr>
            <w:tcW w:w="869" w:type="dxa"/>
            <w:shd w:val="clear" w:color="auto" w:fill="auto"/>
            <w:noWrap/>
            <w:vAlign w:val="center"/>
            <w:hideMark/>
          </w:tcPr>
          <w:p w14:paraId="48DDB7B5"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-0.300</w:t>
            </w:r>
          </w:p>
        </w:tc>
        <w:tc>
          <w:tcPr>
            <w:tcW w:w="636" w:type="dxa"/>
            <w:shd w:val="clear" w:color="auto" w:fill="auto"/>
            <w:noWrap/>
            <w:vAlign w:val="center"/>
            <w:hideMark/>
          </w:tcPr>
          <w:p w14:paraId="7CDD6BD3"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723" w:type="dxa"/>
            <w:shd w:val="clear" w:color="auto" w:fill="auto"/>
            <w:noWrap/>
            <w:vAlign w:val="center"/>
            <w:hideMark/>
          </w:tcPr>
          <w:p w14:paraId="557E6C05"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0.021</w:t>
            </w:r>
          </w:p>
        </w:tc>
        <w:tc>
          <w:tcPr>
            <w:tcW w:w="861" w:type="dxa"/>
            <w:shd w:val="clear" w:color="auto" w:fill="auto"/>
            <w:noWrap/>
            <w:vAlign w:val="center"/>
            <w:hideMark/>
          </w:tcPr>
          <w:p w14:paraId="6E02EB15"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0.521</w:t>
            </w:r>
          </w:p>
        </w:tc>
        <w:tc>
          <w:tcPr>
            <w:tcW w:w="657" w:type="dxa"/>
            <w:shd w:val="clear" w:color="auto" w:fill="auto"/>
            <w:noWrap/>
            <w:vAlign w:val="center"/>
            <w:hideMark/>
          </w:tcPr>
          <w:p w14:paraId="01017AB8"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82" w:type="dxa"/>
            <w:shd w:val="clear" w:color="auto" w:fill="auto"/>
            <w:noWrap/>
            <w:vAlign w:val="center"/>
            <w:hideMark/>
          </w:tcPr>
          <w:p w14:paraId="30CDA283"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0.016</w:t>
            </w:r>
          </w:p>
        </w:tc>
        <w:tc>
          <w:tcPr>
            <w:tcW w:w="829" w:type="dxa"/>
            <w:shd w:val="clear" w:color="auto" w:fill="auto"/>
            <w:noWrap/>
            <w:vAlign w:val="center"/>
            <w:hideMark/>
          </w:tcPr>
          <w:p w14:paraId="5BE041DF"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-0.340</w:t>
            </w:r>
          </w:p>
        </w:tc>
        <w:tc>
          <w:tcPr>
            <w:tcW w:w="669" w:type="dxa"/>
            <w:shd w:val="clear" w:color="auto" w:fill="auto"/>
            <w:noWrap/>
            <w:vAlign w:val="center"/>
            <w:hideMark/>
          </w:tcPr>
          <w:p w14:paraId="454BFBE3"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605" w:type="dxa"/>
            <w:shd w:val="clear" w:color="auto" w:fill="auto"/>
            <w:noWrap/>
            <w:vAlign w:val="center"/>
            <w:hideMark/>
          </w:tcPr>
          <w:p w14:paraId="0F0B1CF8"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0.039</w:t>
            </w:r>
          </w:p>
        </w:tc>
      </w:tr>
      <w:tr w:rsidR="00E84C71" w:rsidRPr="00546614" w14:paraId="77A810BA" w14:textId="77777777" w:rsidTr="00132970">
        <w:trPr>
          <w:trHeight w:val="203"/>
          <w:jc w:val="center"/>
        </w:trPr>
        <w:tc>
          <w:tcPr>
            <w:tcW w:w="3245" w:type="dxa"/>
            <w:gridSpan w:val="2"/>
            <w:shd w:val="clear" w:color="auto" w:fill="auto"/>
            <w:noWrap/>
            <w:vAlign w:val="center"/>
            <w:hideMark/>
          </w:tcPr>
          <w:p w14:paraId="49030844" w14:textId="77777777" w:rsidR="00C81053" w:rsidRPr="00546614" w:rsidRDefault="00ED5F5D">
            <w:pPr>
              <w:spacing w:line="240" w:lineRule="auto"/>
              <w:rPr>
                <w:sz w:val="15"/>
                <w:szCs w:val="28"/>
              </w:rPr>
            </w:pPr>
            <w:r>
              <w:rPr>
                <w:rFonts w:ascii="Arial" w:eastAsia="Arial" w:hAnsi="Arial"/>
                <w:sz w:val="15"/>
                <w:szCs w:val="28"/>
              </w:rPr>
              <w:t>Employment status (ref. regular employment)</w:t>
            </w:r>
          </w:p>
        </w:tc>
        <w:tc>
          <w:tcPr>
            <w:tcW w:w="847" w:type="dxa"/>
            <w:shd w:val="clear" w:color="auto" w:fill="auto"/>
            <w:noWrap/>
            <w:vAlign w:val="center"/>
            <w:hideMark/>
          </w:tcPr>
          <w:p w14:paraId="1460E881" w14:textId="77777777" w:rsidR="00E84C71" w:rsidRPr="00546614" w:rsidRDefault="00673AED" w:rsidP="001D47F0">
            <w:pPr>
              <w:spacing w:line="240" w:lineRule="auto"/>
              <w:rPr>
                <w:rFonts w:eastAsia="맑은 고딕" w:cs="Times New Roman"/>
                <w:color w:val="000000"/>
                <w:sz w:val="15"/>
                <w:szCs w:val="28"/>
              </w:rPr>
            </w:pPr>
          </w:p>
        </w:tc>
        <w:tc>
          <w:tcPr>
            <w:tcW w:w="565" w:type="dxa"/>
            <w:shd w:val="clear" w:color="auto" w:fill="auto"/>
            <w:noWrap/>
            <w:vAlign w:val="center"/>
            <w:hideMark/>
          </w:tcPr>
          <w:p w14:paraId="64C4617F" w14:textId="77777777" w:rsidR="00E84C71" w:rsidRPr="00546614" w:rsidRDefault="00673AED" w:rsidP="001D47F0">
            <w:pPr>
              <w:spacing w:line="240" w:lineRule="auto"/>
              <w:rPr>
                <w:rFonts w:cs="Times New Roman"/>
                <w:sz w:val="15"/>
                <w:szCs w:val="28"/>
              </w:rPr>
            </w:pPr>
          </w:p>
        </w:tc>
        <w:tc>
          <w:tcPr>
            <w:tcW w:w="574" w:type="dxa"/>
            <w:shd w:val="clear" w:color="auto" w:fill="auto"/>
            <w:noWrap/>
            <w:vAlign w:val="center"/>
            <w:hideMark/>
          </w:tcPr>
          <w:p w14:paraId="5CDD2DA9" w14:textId="77777777" w:rsidR="00E84C71" w:rsidRPr="00546614" w:rsidRDefault="00673AED" w:rsidP="001D47F0">
            <w:pPr>
              <w:spacing w:line="240" w:lineRule="auto"/>
              <w:rPr>
                <w:rFonts w:cs="Times New Roman"/>
                <w:sz w:val="15"/>
                <w:szCs w:val="28"/>
              </w:rPr>
            </w:pPr>
          </w:p>
        </w:tc>
        <w:tc>
          <w:tcPr>
            <w:tcW w:w="848" w:type="dxa"/>
            <w:shd w:val="clear" w:color="auto" w:fill="auto"/>
            <w:noWrap/>
            <w:vAlign w:val="center"/>
            <w:hideMark/>
          </w:tcPr>
          <w:p w14:paraId="2C2D9525" w14:textId="77777777" w:rsidR="00E84C71" w:rsidRPr="00546614" w:rsidRDefault="00673AED" w:rsidP="001D47F0">
            <w:pPr>
              <w:spacing w:line="240" w:lineRule="auto"/>
              <w:rPr>
                <w:rFonts w:cs="Times New Roman"/>
                <w:sz w:val="15"/>
                <w:szCs w:val="28"/>
              </w:rPr>
            </w:pPr>
          </w:p>
        </w:tc>
        <w:tc>
          <w:tcPr>
            <w:tcW w:w="565" w:type="dxa"/>
            <w:shd w:val="clear" w:color="auto" w:fill="auto"/>
            <w:noWrap/>
            <w:vAlign w:val="center"/>
            <w:hideMark/>
          </w:tcPr>
          <w:p w14:paraId="6BBF83BB" w14:textId="77777777" w:rsidR="00E84C71" w:rsidRPr="00546614" w:rsidRDefault="00673AED" w:rsidP="001D47F0">
            <w:pPr>
              <w:spacing w:line="240" w:lineRule="auto"/>
              <w:rPr>
                <w:rFonts w:cs="Times New Roman"/>
                <w:sz w:val="15"/>
                <w:szCs w:val="28"/>
              </w:rPr>
            </w:pPr>
          </w:p>
        </w:tc>
        <w:tc>
          <w:tcPr>
            <w:tcW w:w="574" w:type="dxa"/>
            <w:shd w:val="clear" w:color="auto" w:fill="auto"/>
            <w:noWrap/>
            <w:vAlign w:val="center"/>
            <w:hideMark/>
          </w:tcPr>
          <w:p w14:paraId="2D2D8E3A" w14:textId="77777777" w:rsidR="00E84C71" w:rsidRPr="00546614" w:rsidRDefault="00673AED" w:rsidP="001D47F0">
            <w:pPr>
              <w:spacing w:line="240" w:lineRule="auto"/>
              <w:rPr>
                <w:rFonts w:cs="Times New Roman"/>
                <w:sz w:val="15"/>
                <w:szCs w:val="28"/>
              </w:rPr>
            </w:pPr>
          </w:p>
        </w:tc>
        <w:tc>
          <w:tcPr>
            <w:tcW w:w="869" w:type="dxa"/>
            <w:shd w:val="clear" w:color="auto" w:fill="auto"/>
            <w:noWrap/>
            <w:vAlign w:val="center"/>
            <w:hideMark/>
          </w:tcPr>
          <w:p w14:paraId="47B6131F" w14:textId="77777777" w:rsidR="00E84C71" w:rsidRPr="00546614" w:rsidRDefault="00673AED" w:rsidP="001D47F0">
            <w:pPr>
              <w:spacing w:line="240" w:lineRule="auto"/>
              <w:rPr>
                <w:rFonts w:cs="Times New Roman"/>
                <w:sz w:val="15"/>
                <w:szCs w:val="28"/>
              </w:rPr>
            </w:pPr>
          </w:p>
        </w:tc>
        <w:tc>
          <w:tcPr>
            <w:tcW w:w="636" w:type="dxa"/>
            <w:shd w:val="clear" w:color="auto" w:fill="auto"/>
            <w:noWrap/>
            <w:vAlign w:val="center"/>
            <w:hideMark/>
          </w:tcPr>
          <w:p w14:paraId="2F08741D" w14:textId="77777777" w:rsidR="00E84C71" w:rsidRPr="00546614" w:rsidRDefault="00673AED" w:rsidP="001D47F0">
            <w:pPr>
              <w:spacing w:line="240" w:lineRule="auto"/>
              <w:rPr>
                <w:rFonts w:cs="Times New Roman"/>
                <w:sz w:val="15"/>
                <w:szCs w:val="28"/>
              </w:rPr>
            </w:pPr>
          </w:p>
        </w:tc>
        <w:tc>
          <w:tcPr>
            <w:tcW w:w="723" w:type="dxa"/>
            <w:shd w:val="clear" w:color="auto" w:fill="auto"/>
            <w:noWrap/>
            <w:vAlign w:val="center"/>
            <w:hideMark/>
          </w:tcPr>
          <w:p w14:paraId="725B4CEE" w14:textId="77777777" w:rsidR="00E84C71" w:rsidRPr="00546614" w:rsidRDefault="00673AED" w:rsidP="001D47F0">
            <w:pPr>
              <w:spacing w:line="240" w:lineRule="auto"/>
              <w:rPr>
                <w:rFonts w:cs="Times New Roman"/>
                <w:sz w:val="15"/>
                <w:szCs w:val="28"/>
              </w:rPr>
            </w:pPr>
          </w:p>
        </w:tc>
        <w:tc>
          <w:tcPr>
            <w:tcW w:w="861" w:type="dxa"/>
            <w:shd w:val="clear" w:color="auto" w:fill="auto"/>
            <w:noWrap/>
            <w:vAlign w:val="center"/>
            <w:hideMark/>
          </w:tcPr>
          <w:p w14:paraId="33A342D8" w14:textId="77777777" w:rsidR="00E84C71" w:rsidRPr="00546614" w:rsidRDefault="00673AED" w:rsidP="001D47F0">
            <w:pPr>
              <w:spacing w:line="240" w:lineRule="auto"/>
              <w:rPr>
                <w:rFonts w:cs="Times New Roman"/>
                <w:sz w:val="15"/>
                <w:szCs w:val="28"/>
              </w:rPr>
            </w:pPr>
          </w:p>
        </w:tc>
        <w:tc>
          <w:tcPr>
            <w:tcW w:w="657" w:type="dxa"/>
            <w:shd w:val="clear" w:color="auto" w:fill="auto"/>
            <w:noWrap/>
            <w:vAlign w:val="center"/>
            <w:hideMark/>
          </w:tcPr>
          <w:p w14:paraId="19482007" w14:textId="77777777" w:rsidR="00E84C71" w:rsidRPr="00546614" w:rsidRDefault="00673AED" w:rsidP="001D47F0">
            <w:pPr>
              <w:spacing w:line="240" w:lineRule="auto"/>
              <w:rPr>
                <w:rFonts w:cs="Times New Roman"/>
                <w:sz w:val="15"/>
                <w:szCs w:val="28"/>
              </w:rPr>
            </w:pPr>
          </w:p>
        </w:tc>
        <w:tc>
          <w:tcPr>
            <w:tcW w:w="582" w:type="dxa"/>
            <w:shd w:val="clear" w:color="auto" w:fill="auto"/>
            <w:noWrap/>
            <w:vAlign w:val="center"/>
            <w:hideMark/>
          </w:tcPr>
          <w:p w14:paraId="7F0171EC" w14:textId="77777777" w:rsidR="00E84C71" w:rsidRPr="00546614" w:rsidRDefault="00673AED" w:rsidP="001D47F0">
            <w:pPr>
              <w:spacing w:line="240" w:lineRule="auto"/>
              <w:rPr>
                <w:rFonts w:cs="Times New Roman"/>
                <w:sz w:val="15"/>
                <w:szCs w:val="28"/>
              </w:rPr>
            </w:pPr>
          </w:p>
        </w:tc>
        <w:tc>
          <w:tcPr>
            <w:tcW w:w="829" w:type="dxa"/>
            <w:shd w:val="clear" w:color="auto" w:fill="auto"/>
            <w:noWrap/>
            <w:vAlign w:val="center"/>
            <w:hideMark/>
          </w:tcPr>
          <w:p w14:paraId="757C7294" w14:textId="77777777" w:rsidR="00E84C71" w:rsidRPr="00546614" w:rsidRDefault="00673AED" w:rsidP="001D47F0">
            <w:pPr>
              <w:spacing w:line="240" w:lineRule="auto"/>
              <w:rPr>
                <w:rFonts w:cs="Times New Roman"/>
                <w:sz w:val="15"/>
                <w:szCs w:val="28"/>
              </w:rPr>
            </w:pPr>
          </w:p>
        </w:tc>
        <w:tc>
          <w:tcPr>
            <w:tcW w:w="669" w:type="dxa"/>
            <w:shd w:val="clear" w:color="auto" w:fill="auto"/>
            <w:noWrap/>
            <w:vAlign w:val="center"/>
            <w:hideMark/>
          </w:tcPr>
          <w:p w14:paraId="42447DBE" w14:textId="77777777" w:rsidR="00E84C71" w:rsidRPr="00546614" w:rsidRDefault="00673AED" w:rsidP="001D47F0">
            <w:pPr>
              <w:spacing w:line="240" w:lineRule="auto"/>
              <w:rPr>
                <w:rFonts w:cs="Times New Roman"/>
                <w:sz w:val="15"/>
                <w:szCs w:val="28"/>
              </w:rPr>
            </w:pPr>
          </w:p>
        </w:tc>
        <w:tc>
          <w:tcPr>
            <w:tcW w:w="605" w:type="dxa"/>
            <w:shd w:val="clear" w:color="auto" w:fill="auto"/>
            <w:noWrap/>
            <w:vAlign w:val="center"/>
            <w:hideMark/>
          </w:tcPr>
          <w:p w14:paraId="5898C41A" w14:textId="77777777" w:rsidR="00E84C71" w:rsidRPr="00546614" w:rsidRDefault="00673AED" w:rsidP="001D47F0">
            <w:pPr>
              <w:spacing w:line="240" w:lineRule="auto"/>
              <w:rPr>
                <w:rFonts w:cs="Times New Roman"/>
                <w:sz w:val="15"/>
                <w:szCs w:val="28"/>
              </w:rPr>
            </w:pPr>
          </w:p>
        </w:tc>
      </w:tr>
      <w:tr w:rsidR="00E84C71" w:rsidRPr="00546614" w14:paraId="2BFB32A8" w14:textId="77777777" w:rsidTr="00132970">
        <w:trPr>
          <w:trHeight w:val="203"/>
          <w:jc w:val="center"/>
        </w:trPr>
        <w:tc>
          <w:tcPr>
            <w:tcW w:w="1206" w:type="dxa"/>
            <w:shd w:val="clear" w:color="auto" w:fill="auto"/>
            <w:noWrap/>
            <w:vAlign w:val="center"/>
            <w:hideMark/>
          </w:tcPr>
          <w:p w14:paraId="0596B65F"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2039" w:type="dxa"/>
            <w:shd w:val="clear" w:color="auto" w:fill="auto"/>
            <w:noWrap/>
            <w:vAlign w:val="center"/>
            <w:hideMark/>
          </w:tcPr>
          <w:p w14:paraId="01DF054D"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Precarious employment</w:t>
            </w:r>
          </w:p>
        </w:tc>
        <w:tc>
          <w:tcPr>
            <w:tcW w:w="847" w:type="dxa"/>
            <w:shd w:val="clear" w:color="auto" w:fill="auto"/>
            <w:noWrap/>
            <w:vAlign w:val="center"/>
            <w:hideMark/>
          </w:tcPr>
          <w:p w14:paraId="63DB0395"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0.608</w:t>
            </w:r>
          </w:p>
        </w:tc>
        <w:tc>
          <w:tcPr>
            <w:tcW w:w="565" w:type="dxa"/>
            <w:shd w:val="clear" w:color="auto" w:fill="auto"/>
            <w:noWrap/>
            <w:vAlign w:val="center"/>
            <w:hideMark/>
          </w:tcPr>
          <w:p w14:paraId="64255634"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74" w:type="dxa"/>
            <w:shd w:val="clear" w:color="auto" w:fill="auto"/>
            <w:noWrap/>
            <w:vAlign w:val="center"/>
            <w:hideMark/>
          </w:tcPr>
          <w:p w14:paraId="0768E907"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0.050</w:t>
            </w:r>
          </w:p>
        </w:tc>
        <w:tc>
          <w:tcPr>
            <w:tcW w:w="848" w:type="dxa"/>
            <w:shd w:val="clear" w:color="auto" w:fill="auto"/>
            <w:noWrap/>
            <w:vAlign w:val="center"/>
            <w:hideMark/>
          </w:tcPr>
          <w:p w14:paraId="5EC066BE"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0.252</w:t>
            </w:r>
          </w:p>
        </w:tc>
        <w:tc>
          <w:tcPr>
            <w:tcW w:w="565" w:type="dxa"/>
            <w:shd w:val="clear" w:color="auto" w:fill="auto"/>
            <w:noWrap/>
            <w:vAlign w:val="center"/>
            <w:hideMark/>
          </w:tcPr>
          <w:p w14:paraId="16325F84"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74" w:type="dxa"/>
            <w:shd w:val="clear" w:color="auto" w:fill="auto"/>
            <w:noWrap/>
            <w:vAlign w:val="center"/>
            <w:hideMark/>
          </w:tcPr>
          <w:p w14:paraId="25871249"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0.029</w:t>
            </w:r>
          </w:p>
        </w:tc>
        <w:tc>
          <w:tcPr>
            <w:tcW w:w="869" w:type="dxa"/>
            <w:shd w:val="clear" w:color="auto" w:fill="auto"/>
            <w:noWrap/>
            <w:vAlign w:val="center"/>
            <w:hideMark/>
          </w:tcPr>
          <w:p w14:paraId="49D5515C"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0.281</w:t>
            </w:r>
          </w:p>
        </w:tc>
        <w:tc>
          <w:tcPr>
            <w:tcW w:w="636" w:type="dxa"/>
            <w:shd w:val="clear" w:color="auto" w:fill="auto"/>
            <w:noWrap/>
            <w:vAlign w:val="center"/>
            <w:hideMark/>
          </w:tcPr>
          <w:p w14:paraId="179F2445"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723" w:type="dxa"/>
            <w:shd w:val="clear" w:color="auto" w:fill="auto"/>
            <w:noWrap/>
            <w:vAlign w:val="center"/>
            <w:hideMark/>
          </w:tcPr>
          <w:p w14:paraId="4F3F297B"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0.020</w:t>
            </w:r>
          </w:p>
        </w:tc>
        <w:tc>
          <w:tcPr>
            <w:tcW w:w="861" w:type="dxa"/>
            <w:shd w:val="clear" w:color="auto" w:fill="auto"/>
            <w:noWrap/>
            <w:vAlign w:val="center"/>
            <w:hideMark/>
          </w:tcPr>
          <w:p w14:paraId="45273949"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0.316</w:t>
            </w:r>
          </w:p>
        </w:tc>
        <w:tc>
          <w:tcPr>
            <w:tcW w:w="657" w:type="dxa"/>
            <w:shd w:val="clear" w:color="auto" w:fill="auto"/>
            <w:noWrap/>
            <w:vAlign w:val="center"/>
            <w:hideMark/>
          </w:tcPr>
          <w:p w14:paraId="0CCD8B0D"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82" w:type="dxa"/>
            <w:shd w:val="clear" w:color="auto" w:fill="auto"/>
            <w:noWrap/>
            <w:vAlign w:val="center"/>
            <w:hideMark/>
          </w:tcPr>
          <w:p w14:paraId="445C29EB"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0.015</w:t>
            </w:r>
          </w:p>
        </w:tc>
        <w:tc>
          <w:tcPr>
            <w:tcW w:w="829" w:type="dxa"/>
            <w:shd w:val="clear" w:color="auto" w:fill="auto"/>
            <w:noWrap/>
            <w:vAlign w:val="center"/>
            <w:hideMark/>
          </w:tcPr>
          <w:p w14:paraId="1EC0FF0E"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0.087</w:t>
            </w:r>
          </w:p>
        </w:tc>
        <w:tc>
          <w:tcPr>
            <w:tcW w:w="669" w:type="dxa"/>
            <w:shd w:val="clear" w:color="auto" w:fill="auto"/>
            <w:noWrap/>
            <w:vAlign w:val="center"/>
            <w:hideMark/>
          </w:tcPr>
          <w:p w14:paraId="6D057807"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605" w:type="dxa"/>
            <w:shd w:val="clear" w:color="auto" w:fill="auto"/>
            <w:noWrap/>
            <w:vAlign w:val="center"/>
            <w:hideMark/>
          </w:tcPr>
          <w:p w14:paraId="05DA8A60"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0.037</w:t>
            </w:r>
          </w:p>
        </w:tc>
      </w:tr>
      <w:tr w:rsidR="00E84C71" w:rsidRPr="00546614" w14:paraId="6928CD33" w14:textId="77777777" w:rsidTr="00132970">
        <w:trPr>
          <w:trHeight w:val="203"/>
          <w:jc w:val="center"/>
        </w:trPr>
        <w:tc>
          <w:tcPr>
            <w:tcW w:w="3245" w:type="dxa"/>
            <w:gridSpan w:val="2"/>
            <w:shd w:val="clear" w:color="auto" w:fill="auto"/>
            <w:noWrap/>
            <w:vAlign w:val="center"/>
            <w:hideMark/>
          </w:tcPr>
          <w:p w14:paraId="5ED33032" w14:textId="77777777" w:rsidR="00C81053" w:rsidRPr="00546614" w:rsidRDefault="00ED5F5D">
            <w:pPr>
              <w:spacing w:line="240" w:lineRule="auto"/>
              <w:rPr>
                <w:sz w:val="15"/>
                <w:szCs w:val="28"/>
              </w:rPr>
            </w:pPr>
            <w:r>
              <w:rPr>
                <w:rFonts w:ascii="Arial" w:eastAsia="Arial" w:hAnsi="Arial"/>
                <w:sz w:val="15"/>
                <w:szCs w:val="28"/>
              </w:rPr>
              <w:t>Rental subtenure (ref. jeonse)</w:t>
            </w:r>
          </w:p>
        </w:tc>
        <w:tc>
          <w:tcPr>
            <w:tcW w:w="847" w:type="dxa"/>
            <w:shd w:val="clear" w:color="auto" w:fill="auto"/>
            <w:noWrap/>
            <w:vAlign w:val="center"/>
            <w:hideMark/>
          </w:tcPr>
          <w:p w14:paraId="66ECCDD8" w14:textId="77777777" w:rsidR="00E84C71" w:rsidRPr="00546614" w:rsidRDefault="00673AED" w:rsidP="001D47F0">
            <w:pPr>
              <w:spacing w:line="240" w:lineRule="auto"/>
              <w:rPr>
                <w:rFonts w:eastAsia="맑은 고딕" w:cs="Times New Roman"/>
                <w:color w:val="000000"/>
                <w:sz w:val="15"/>
                <w:szCs w:val="28"/>
              </w:rPr>
            </w:pPr>
          </w:p>
        </w:tc>
        <w:tc>
          <w:tcPr>
            <w:tcW w:w="565" w:type="dxa"/>
            <w:shd w:val="clear" w:color="auto" w:fill="auto"/>
            <w:noWrap/>
            <w:vAlign w:val="center"/>
            <w:hideMark/>
          </w:tcPr>
          <w:p w14:paraId="25A1D5F3" w14:textId="77777777" w:rsidR="00E84C71" w:rsidRPr="00546614" w:rsidRDefault="00673AED" w:rsidP="001D47F0">
            <w:pPr>
              <w:spacing w:line="240" w:lineRule="auto"/>
              <w:rPr>
                <w:rFonts w:cs="Times New Roman"/>
                <w:sz w:val="15"/>
                <w:szCs w:val="28"/>
              </w:rPr>
            </w:pPr>
          </w:p>
        </w:tc>
        <w:tc>
          <w:tcPr>
            <w:tcW w:w="574" w:type="dxa"/>
            <w:shd w:val="clear" w:color="auto" w:fill="auto"/>
            <w:noWrap/>
            <w:vAlign w:val="center"/>
            <w:hideMark/>
          </w:tcPr>
          <w:p w14:paraId="4C999621" w14:textId="77777777" w:rsidR="00E84C71" w:rsidRPr="00546614" w:rsidRDefault="00673AED" w:rsidP="001D47F0">
            <w:pPr>
              <w:spacing w:line="240" w:lineRule="auto"/>
              <w:rPr>
                <w:rFonts w:cs="Times New Roman"/>
                <w:sz w:val="15"/>
                <w:szCs w:val="28"/>
              </w:rPr>
            </w:pPr>
          </w:p>
        </w:tc>
        <w:tc>
          <w:tcPr>
            <w:tcW w:w="848" w:type="dxa"/>
            <w:shd w:val="clear" w:color="auto" w:fill="auto"/>
            <w:noWrap/>
            <w:vAlign w:val="center"/>
            <w:hideMark/>
          </w:tcPr>
          <w:p w14:paraId="3B215B70" w14:textId="77777777" w:rsidR="00E84C71" w:rsidRPr="00546614" w:rsidRDefault="00673AED" w:rsidP="001D47F0">
            <w:pPr>
              <w:spacing w:line="240" w:lineRule="auto"/>
              <w:rPr>
                <w:rFonts w:cs="Times New Roman"/>
                <w:sz w:val="15"/>
                <w:szCs w:val="28"/>
              </w:rPr>
            </w:pPr>
          </w:p>
        </w:tc>
        <w:tc>
          <w:tcPr>
            <w:tcW w:w="565" w:type="dxa"/>
            <w:shd w:val="clear" w:color="auto" w:fill="auto"/>
            <w:noWrap/>
            <w:vAlign w:val="center"/>
            <w:hideMark/>
          </w:tcPr>
          <w:p w14:paraId="09BD9D4D" w14:textId="77777777" w:rsidR="00E84C71" w:rsidRPr="00546614" w:rsidRDefault="00673AED" w:rsidP="001D47F0">
            <w:pPr>
              <w:spacing w:line="240" w:lineRule="auto"/>
              <w:rPr>
                <w:rFonts w:cs="Times New Roman"/>
                <w:sz w:val="15"/>
                <w:szCs w:val="28"/>
              </w:rPr>
            </w:pPr>
          </w:p>
        </w:tc>
        <w:tc>
          <w:tcPr>
            <w:tcW w:w="574" w:type="dxa"/>
            <w:shd w:val="clear" w:color="auto" w:fill="auto"/>
            <w:noWrap/>
            <w:vAlign w:val="center"/>
            <w:hideMark/>
          </w:tcPr>
          <w:p w14:paraId="4A483CA2" w14:textId="77777777" w:rsidR="00E84C71" w:rsidRPr="00546614" w:rsidRDefault="00673AED" w:rsidP="001D47F0">
            <w:pPr>
              <w:spacing w:line="240" w:lineRule="auto"/>
              <w:rPr>
                <w:rFonts w:cs="Times New Roman"/>
                <w:sz w:val="15"/>
                <w:szCs w:val="28"/>
              </w:rPr>
            </w:pPr>
          </w:p>
        </w:tc>
        <w:tc>
          <w:tcPr>
            <w:tcW w:w="869" w:type="dxa"/>
            <w:shd w:val="clear" w:color="auto" w:fill="auto"/>
            <w:noWrap/>
            <w:vAlign w:val="center"/>
            <w:hideMark/>
          </w:tcPr>
          <w:p w14:paraId="504AEC64" w14:textId="77777777" w:rsidR="00E84C71" w:rsidRPr="00546614" w:rsidRDefault="00673AED" w:rsidP="001D47F0">
            <w:pPr>
              <w:spacing w:line="240" w:lineRule="auto"/>
              <w:rPr>
                <w:rFonts w:cs="Times New Roman"/>
                <w:sz w:val="15"/>
                <w:szCs w:val="28"/>
              </w:rPr>
            </w:pPr>
          </w:p>
        </w:tc>
        <w:tc>
          <w:tcPr>
            <w:tcW w:w="636" w:type="dxa"/>
            <w:shd w:val="clear" w:color="auto" w:fill="auto"/>
            <w:noWrap/>
            <w:vAlign w:val="center"/>
            <w:hideMark/>
          </w:tcPr>
          <w:p w14:paraId="655B947D" w14:textId="77777777" w:rsidR="00E84C71" w:rsidRPr="00546614" w:rsidRDefault="00673AED" w:rsidP="001D47F0">
            <w:pPr>
              <w:spacing w:line="240" w:lineRule="auto"/>
              <w:rPr>
                <w:rFonts w:cs="Times New Roman"/>
                <w:sz w:val="15"/>
                <w:szCs w:val="28"/>
              </w:rPr>
            </w:pPr>
          </w:p>
        </w:tc>
        <w:tc>
          <w:tcPr>
            <w:tcW w:w="723" w:type="dxa"/>
            <w:shd w:val="clear" w:color="auto" w:fill="auto"/>
            <w:noWrap/>
            <w:vAlign w:val="center"/>
            <w:hideMark/>
          </w:tcPr>
          <w:p w14:paraId="055C694A" w14:textId="77777777" w:rsidR="00E84C71" w:rsidRPr="00546614" w:rsidRDefault="00673AED" w:rsidP="001D47F0">
            <w:pPr>
              <w:spacing w:line="240" w:lineRule="auto"/>
              <w:rPr>
                <w:rFonts w:cs="Times New Roman"/>
                <w:sz w:val="15"/>
                <w:szCs w:val="28"/>
              </w:rPr>
            </w:pPr>
          </w:p>
        </w:tc>
        <w:tc>
          <w:tcPr>
            <w:tcW w:w="861" w:type="dxa"/>
            <w:shd w:val="clear" w:color="auto" w:fill="auto"/>
            <w:noWrap/>
            <w:vAlign w:val="center"/>
            <w:hideMark/>
          </w:tcPr>
          <w:p w14:paraId="453FE23F" w14:textId="77777777" w:rsidR="00E84C71" w:rsidRPr="00546614" w:rsidRDefault="00673AED" w:rsidP="001D47F0">
            <w:pPr>
              <w:spacing w:line="240" w:lineRule="auto"/>
              <w:rPr>
                <w:rFonts w:cs="Times New Roman"/>
                <w:sz w:val="15"/>
                <w:szCs w:val="28"/>
              </w:rPr>
            </w:pPr>
          </w:p>
        </w:tc>
        <w:tc>
          <w:tcPr>
            <w:tcW w:w="657" w:type="dxa"/>
            <w:shd w:val="clear" w:color="auto" w:fill="auto"/>
            <w:noWrap/>
            <w:vAlign w:val="center"/>
            <w:hideMark/>
          </w:tcPr>
          <w:p w14:paraId="3ED764BA" w14:textId="77777777" w:rsidR="00E84C71" w:rsidRPr="00546614" w:rsidRDefault="00673AED" w:rsidP="001D47F0">
            <w:pPr>
              <w:spacing w:line="240" w:lineRule="auto"/>
              <w:rPr>
                <w:rFonts w:cs="Times New Roman"/>
                <w:sz w:val="15"/>
                <w:szCs w:val="28"/>
              </w:rPr>
            </w:pPr>
          </w:p>
        </w:tc>
        <w:tc>
          <w:tcPr>
            <w:tcW w:w="582" w:type="dxa"/>
            <w:shd w:val="clear" w:color="auto" w:fill="auto"/>
            <w:noWrap/>
            <w:vAlign w:val="center"/>
            <w:hideMark/>
          </w:tcPr>
          <w:p w14:paraId="6840053D" w14:textId="77777777" w:rsidR="00E84C71" w:rsidRPr="00546614" w:rsidRDefault="00673AED" w:rsidP="001D47F0">
            <w:pPr>
              <w:spacing w:line="240" w:lineRule="auto"/>
              <w:rPr>
                <w:rFonts w:cs="Times New Roman"/>
                <w:sz w:val="15"/>
                <w:szCs w:val="28"/>
              </w:rPr>
            </w:pPr>
          </w:p>
        </w:tc>
        <w:tc>
          <w:tcPr>
            <w:tcW w:w="829" w:type="dxa"/>
            <w:shd w:val="clear" w:color="auto" w:fill="auto"/>
            <w:noWrap/>
            <w:vAlign w:val="center"/>
            <w:hideMark/>
          </w:tcPr>
          <w:p w14:paraId="7B15F4E9" w14:textId="77777777" w:rsidR="00E84C71" w:rsidRPr="00546614" w:rsidRDefault="00673AED" w:rsidP="001D47F0">
            <w:pPr>
              <w:spacing w:line="240" w:lineRule="auto"/>
              <w:rPr>
                <w:rFonts w:cs="Times New Roman"/>
                <w:sz w:val="15"/>
                <w:szCs w:val="28"/>
              </w:rPr>
            </w:pPr>
          </w:p>
        </w:tc>
        <w:tc>
          <w:tcPr>
            <w:tcW w:w="669" w:type="dxa"/>
            <w:shd w:val="clear" w:color="auto" w:fill="auto"/>
            <w:noWrap/>
            <w:vAlign w:val="center"/>
            <w:hideMark/>
          </w:tcPr>
          <w:p w14:paraId="1461833C" w14:textId="77777777" w:rsidR="00E84C71" w:rsidRPr="00546614" w:rsidRDefault="00673AED" w:rsidP="001D47F0">
            <w:pPr>
              <w:spacing w:line="240" w:lineRule="auto"/>
              <w:rPr>
                <w:rFonts w:cs="Times New Roman"/>
                <w:sz w:val="15"/>
                <w:szCs w:val="28"/>
              </w:rPr>
            </w:pPr>
          </w:p>
        </w:tc>
        <w:tc>
          <w:tcPr>
            <w:tcW w:w="605" w:type="dxa"/>
            <w:shd w:val="clear" w:color="auto" w:fill="auto"/>
            <w:noWrap/>
            <w:vAlign w:val="center"/>
            <w:hideMark/>
          </w:tcPr>
          <w:p w14:paraId="7BF4608C" w14:textId="77777777" w:rsidR="00E84C71" w:rsidRPr="00546614" w:rsidRDefault="00673AED" w:rsidP="001D47F0">
            <w:pPr>
              <w:spacing w:line="240" w:lineRule="auto"/>
              <w:rPr>
                <w:rFonts w:cs="Times New Roman"/>
                <w:sz w:val="15"/>
                <w:szCs w:val="28"/>
              </w:rPr>
            </w:pPr>
          </w:p>
        </w:tc>
      </w:tr>
      <w:tr w:rsidR="00E84C71" w:rsidRPr="00546614" w14:paraId="6C92B0C8" w14:textId="77777777" w:rsidTr="00132970">
        <w:trPr>
          <w:trHeight w:val="203"/>
          <w:jc w:val="center"/>
        </w:trPr>
        <w:tc>
          <w:tcPr>
            <w:tcW w:w="1206" w:type="dxa"/>
            <w:shd w:val="clear" w:color="auto" w:fill="auto"/>
            <w:noWrap/>
            <w:vAlign w:val="center"/>
            <w:hideMark/>
          </w:tcPr>
          <w:p w14:paraId="5D54FE8F"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2039" w:type="dxa"/>
            <w:shd w:val="clear" w:color="auto" w:fill="auto"/>
            <w:noWrap/>
            <w:vAlign w:val="center"/>
            <w:hideMark/>
          </w:tcPr>
          <w:p w14:paraId="20B69668" w14:textId="77777777" w:rsidR="00C81053" w:rsidRPr="00546614" w:rsidRDefault="00ED5F5D">
            <w:pPr>
              <w:spacing w:line="240" w:lineRule="auto"/>
              <w:rPr>
                <w:sz w:val="15"/>
                <w:szCs w:val="28"/>
              </w:rPr>
            </w:pPr>
            <w:r>
              <w:rPr>
                <w:rFonts w:ascii="Arial" w:eastAsia="Arial" w:hAnsi="Arial"/>
                <w:sz w:val="15"/>
                <w:szCs w:val="28"/>
              </w:rPr>
              <w:t>Monthly-rent tenancy</w:t>
            </w:r>
          </w:p>
        </w:tc>
        <w:tc>
          <w:tcPr>
            <w:tcW w:w="847" w:type="dxa"/>
            <w:shd w:val="clear" w:color="auto" w:fill="auto"/>
            <w:noWrap/>
            <w:vAlign w:val="center"/>
            <w:hideMark/>
          </w:tcPr>
          <w:p w14:paraId="17B4E12F"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1.036</w:t>
            </w:r>
          </w:p>
        </w:tc>
        <w:tc>
          <w:tcPr>
            <w:tcW w:w="565" w:type="dxa"/>
            <w:shd w:val="clear" w:color="auto" w:fill="auto"/>
            <w:noWrap/>
            <w:vAlign w:val="center"/>
            <w:hideMark/>
          </w:tcPr>
          <w:p w14:paraId="112F93E8"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74" w:type="dxa"/>
            <w:shd w:val="clear" w:color="auto" w:fill="auto"/>
            <w:noWrap/>
            <w:vAlign w:val="center"/>
            <w:hideMark/>
          </w:tcPr>
          <w:p w14:paraId="6949D7DD"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0.058</w:t>
            </w:r>
          </w:p>
        </w:tc>
        <w:tc>
          <w:tcPr>
            <w:tcW w:w="848" w:type="dxa"/>
            <w:shd w:val="clear" w:color="auto" w:fill="auto"/>
            <w:noWrap/>
            <w:vAlign w:val="center"/>
            <w:hideMark/>
          </w:tcPr>
          <w:p w14:paraId="50EB160C"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1.137</w:t>
            </w:r>
          </w:p>
        </w:tc>
        <w:tc>
          <w:tcPr>
            <w:tcW w:w="565" w:type="dxa"/>
            <w:shd w:val="clear" w:color="auto" w:fill="auto"/>
            <w:noWrap/>
            <w:vAlign w:val="center"/>
            <w:hideMark/>
          </w:tcPr>
          <w:p w14:paraId="65B99F40"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74" w:type="dxa"/>
            <w:shd w:val="clear" w:color="auto" w:fill="auto"/>
            <w:noWrap/>
            <w:vAlign w:val="center"/>
            <w:hideMark/>
          </w:tcPr>
          <w:p w14:paraId="1D1F52BD"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0.030</w:t>
            </w:r>
          </w:p>
        </w:tc>
        <w:tc>
          <w:tcPr>
            <w:tcW w:w="869" w:type="dxa"/>
            <w:shd w:val="clear" w:color="auto" w:fill="auto"/>
            <w:noWrap/>
            <w:vAlign w:val="center"/>
            <w:hideMark/>
          </w:tcPr>
          <w:p w14:paraId="55B5D322"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1.615</w:t>
            </w:r>
          </w:p>
        </w:tc>
        <w:tc>
          <w:tcPr>
            <w:tcW w:w="636" w:type="dxa"/>
            <w:shd w:val="clear" w:color="auto" w:fill="auto"/>
            <w:noWrap/>
            <w:vAlign w:val="center"/>
            <w:hideMark/>
          </w:tcPr>
          <w:p w14:paraId="3B719B37"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723" w:type="dxa"/>
            <w:shd w:val="clear" w:color="auto" w:fill="auto"/>
            <w:noWrap/>
            <w:vAlign w:val="center"/>
            <w:hideMark/>
          </w:tcPr>
          <w:p w14:paraId="105C5AFC"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0.024</w:t>
            </w:r>
          </w:p>
        </w:tc>
        <w:tc>
          <w:tcPr>
            <w:tcW w:w="861" w:type="dxa"/>
            <w:shd w:val="clear" w:color="auto" w:fill="auto"/>
            <w:noWrap/>
            <w:vAlign w:val="center"/>
            <w:hideMark/>
          </w:tcPr>
          <w:p w14:paraId="421B2C65"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-0.864</w:t>
            </w:r>
          </w:p>
        </w:tc>
        <w:tc>
          <w:tcPr>
            <w:tcW w:w="657" w:type="dxa"/>
            <w:shd w:val="clear" w:color="auto" w:fill="auto"/>
            <w:noWrap/>
            <w:vAlign w:val="center"/>
            <w:hideMark/>
          </w:tcPr>
          <w:p w14:paraId="2782F709"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82" w:type="dxa"/>
            <w:shd w:val="clear" w:color="auto" w:fill="auto"/>
            <w:noWrap/>
            <w:vAlign w:val="center"/>
            <w:hideMark/>
          </w:tcPr>
          <w:p w14:paraId="664BCDAA"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0.015</w:t>
            </w:r>
          </w:p>
        </w:tc>
        <w:tc>
          <w:tcPr>
            <w:tcW w:w="829" w:type="dxa"/>
            <w:shd w:val="clear" w:color="auto" w:fill="auto"/>
            <w:noWrap/>
            <w:vAlign w:val="center"/>
            <w:hideMark/>
          </w:tcPr>
          <w:p w14:paraId="051DD1D9"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0.074</w:t>
            </w:r>
          </w:p>
        </w:tc>
        <w:tc>
          <w:tcPr>
            <w:tcW w:w="669" w:type="dxa"/>
            <w:shd w:val="clear" w:color="auto" w:fill="auto"/>
            <w:noWrap/>
            <w:vAlign w:val="center"/>
            <w:hideMark/>
          </w:tcPr>
          <w:p w14:paraId="64081233"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605" w:type="dxa"/>
            <w:shd w:val="clear" w:color="auto" w:fill="auto"/>
            <w:noWrap/>
            <w:vAlign w:val="center"/>
            <w:hideMark/>
          </w:tcPr>
          <w:p w14:paraId="24AF1A5A"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0.036</w:t>
            </w:r>
          </w:p>
        </w:tc>
      </w:tr>
      <w:tr w:rsidR="00E84C71" w:rsidRPr="00546614" w14:paraId="0308668E" w14:textId="77777777" w:rsidTr="00132970">
        <w:trPr>
          <w:trHeight w:val="203"/>
          <w:jc w:val="center"/>
        </w:trPr>
        <w:tc>
          <w:tcPr>
            <w:tcW w:w="3245" w:type="dxa"/>
            <w:gridSpan w:val="2"/>
            <w:shd w:val="clear" w:color="auto" w:fill="auto"/>
            <w:noWrap/>
            <w:vAlign w:val="center"/>
            <w:hideMark/>
          </w:tcPr>
          <w:p w14:paraId="5294CA70" w14:textId="77777777" w:rsidR="00C81053" w:rsidRPr="00546614" w:rsidRDefault="00ED5F5D">
            <w:pPr>
              <w:spacing w:line="240" w:lineRule="auto"/>
              <w:rPr>
                <w:sz w:val="15"/>
                <w:szCs w:val="28"/>
              </w:rPr>
            </w:pPr>
            <w:r>
              <w:rPr>
                <w:rFonts w:ascii="Arial" w:eastAsia="Arial" w:hAnsi="Arial"/>
                <w:sz w:val="15"/>
                <w:szCs w:val="28"/>
              </w:rPr>
              <w:t>Log household income</w:t>
            </w:r>
          </w:p>
        </w:tc>
        <w:tc>
          <w:tcPr>
            <w:tcW w:w="847" w:type="dxa"/>
            <w:shd w:val="clear" w:color="auto" w:fill="auto"/>
            <w:noWrap/>
            <w:vAlign w:val="center"/>
            <w:hideMark/>
          </w:tcPr>
          <w:p w14:paraId="3127062D"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-0.012</w:t>
            </w:r>
          </w:p>
        </w:tc>
        <w:tc>
          <w:tcPr>
            <w:tcW w:w="565" w:type="dxa"/>
            <w:shd w:val="clear" w:color="auto" w:fill="auto"/>
            <w:noWrap/>
            <w:vAlign w:val="center"/>
            <w:hideMark/>
          </w:tcPr>
          <w:p w14:paraId="4124BDDF" w14:textId="77777777" w:rsidR="00E84C71"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574" w:type="dxa"/>
            <w:shd w:val="clear" w:color="auto" w:fill="auto"/>
            <w:noWrap/>
            <w:vAlign w:val="center"/>
            <w:hideMark/>
          </w:tcPr>
          <w:p w14:paraId="3994DF77"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0.011</w:t>
            </w:r>
          </w:p>
        </w:tc>
        <w:tc>
          <w:tcPr>
            <w:tcW w:w="848" w:type="dxa"/>
            <w:shd w:val="clear" w:color="auto" w:fill="auto"/>
            <w:noWrap/>
            <w:vAlign w:val="center"/>
            <w:hideMark/>
          </w:tcPr>
          <w:p w14:paraId="1F4DAEB3"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-0.072</w:t>
            </w:r>
          </w:p>
        </w:tc>
        <w:tc>
          <w:tcPr>
            <w:tcW w:w="565" w:type="dxa"/>
            <w:shd w:val="clear" w:color="auto" w:fill="auto"/>
            <w:noWrap/>
            <w:vAlign w:val="center"/>
            <w:hideMark/>
          </w:tcPr>
          <w:p w14:paraId="0233D409" w14:textId="77777777" w:rsidR="00E84C71"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74" w:type="dxa"/>
            <w:shd w:val="clear" w:color="auto" w:fill="auto"/>
            <w:noWrap/>
            <w:vAlign w:val="center"/>
            <w:hideMark/>
          </w:tcPr>
          <w:p w14:paraId="195A09EE"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0.010</w:t>
            </w:r>
          </w:p>
        </w:tc>
        <w:tc>
          <w:tcPr>
            <w:tcW w:w="869" w:type="dxa"/>
            <w:shd w:val="clear" w:color="auto" w:fill="auto"/>
            <w:noWrap/>
            <w:vAlign w:val="center"/>
            <w:hideMark/>
          </w:tcPr>
          <w:p w14:paraId="2E3BACD5"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-0.034</w:t>
            </w:r>
          </w:p>
        </w:tc>
        <w:tc>
          <w:tcPr>
            <w:tcW w:w="636" w:type="dxa"/>
            <w:shd w:val="clear" w:color="auto" w:fill="auto"/>
            <w:noWrap/>
            <w:vAlign w:val="center"/>
            <w:hideMark/>
          </w:tcPr>
          <w:p w14:paraId="426228CB" w14:textId="77777777" w:rsidR="00E84C71"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723" w:type="dxa"/>
            <w:shd w:val="clear" w:color="auto" w:fill="auto"/>
            <w:noWrap/>
            <w:vAlign w:val="center"/>
            <w:hideMark/>
          </w:tcPr>
          <w:p w14:paraId="4AC3BD2D"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0.006</w:t>
            </w:r>
          </w:p>
        </w:tc>
        <w:tc>
          <w:tcPr>
            <w:tcW w:w="861" w:type="dxa"/>
            <w:shd w:val="clear" w:color="auto" w:fill="auto"/>
            <w:noWrap/>
            <w:vAlign w:val="center"/>
            <w:hideMark/>
          </w:tcPr>
          <w:p w14:paraId="523D417C"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-1.506</w:t>
            </w:r>
          </w:p>
        </w:tc>
        <w:tc>
          <w:tcPr>
            <w:tcW w:w="657" w:type="dxa"/>
            <w:shd w:val="clear" w:color="auto" w:fill="auto"/>
            <w:noWrap/>
            <w:vAlign w:val="center"/>
            <w:hideMark/>
          </w:tcPr>
          <w:p w14:paraId="13061F98" w14:textId="77777777" w:rsidR="00E84C71"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82" w:type="dxa"/>
            <w:shd w:val="clear" w:color="auto" w:fill="auto"/>
            <w:noWrap/>
            <w:vAlign w:val="center"/>
            <w:hideMark/>
          </w:tcPr>
          <w:p w14:paraId="6CF6D31F"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0.009</w:t>
            </w:r>
          </w:p>
        </w:tc>
        <w:tc>
          <w:tcPr>
            <w:tcW w:w="829" w:type="dxa"/>
            <w:shd w:val="clear" w:color="auto" w:fill="auto"/>
            <w:noWrap/>
            <w:vAlign w:val="center"/>
            <w:hideMark/>
          </w:tcPr>
          <w:p w14:paraId="540E4259"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-0.030</w:t>
            </w:r>
          </w:p>
        </w:tc>
        <w:tc>
          <w:tcPr>
            <w:tcW w:w="669" w:type="dxa"/>
            <w:shd w:val="clear" w:color="auto" w:fill="auto"/>
            <w:noWrap/>
            <w:vAlign w:val="center"/>
            <w:hideMark/>
          </w:tcPr>
          <w:p w14:paraId="4214345D" w14:textId="77777777" w:rsidR="00E84C71"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605" w:type="dxa"/>
            <w:shd w:val="clear" w:color="auto" w:fill="auto"/>
            <w:noWrap/>
            <w:vAlign w:val="center"/>
            <w:hideMark/>
          </w:tcPr>
          <w:p w14:paraId="1C299A12"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0.011</w:t>
            </w:r>
          </w:p>
        </w:tc>
      </w:tr>
      <w:tr w:rsidR="00E84C71" w:rsidRPr="00546614" w14:paraId="30007FA4" w14:textId="77777777" w:rsidTr="00132970">
        <w:trPr>
          <w:trHeight w:val="203"/>
          <w:jc w:val="center"/>
        </w:trPr>
        <w:tc>
          <w:tcPr>
            <w:tcW w:w="1206" w:type="dxa"/>
            <w:shd w:val="clear" w:color="auto" w:fill="auto"/>
            <w:noWrap/>
            <w:vAlign w:val="center"/>
            <w:hideMark/>
          </w:tcPr>
          <w:p w14:paraId="74530A08"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Intercept</w:t>
            </w:r>
          </w:p>
        </w:tc>
        <w:tc>
          <w:tcPr>
            <w:tcW w:w="2039" w:type="dxa"/>
            <w:shd w:val="clear" w:color="auto" w:fill="auto"/>
            <w:noWrap/>
            <w:vAlign w:val="center"/>
            <w:hideMark/>
          </w:tcPr>
          <w:p w14:paraId="30B4DACF"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847" w:type="dxa"/>
            <w:shd w:val="clear" w:color="auto" w:fill="auto"/>
            <w:noWrap/>
            <w:vAlign w:val="center"/>
            <w:hideMark/>
          </w:tcPr>
          <w:p w14:paraId="253AF205"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-8.497</w:t>
            </w:r>
          </w:p>
        </w:tc>
        <w:tc>
          <w:tcPr>
            <w:tcW w:w="565" w:type="dxa"/>
            <w:shd w:val="clear" w:color="auto" w:fill="auto"/>
            <w:noWrap/>
            <w:vAlign w:val="center"/>
            <w:hideMark/>
          </w:tcPr>
          <w:p w14:paraId="616373D8"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74" w:type="dxa"/>
            <w:shd w:val="clear" w:color="auto" w:fill="auto"/>
            <w:noWrap/>
            <w:vAlign w:val="center"/>
            <w:hideMark/>
          </w:tcPr>
          <w:p w14:paraId="3F6010FE"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0.572</w:t>
            </w:r>
          </w:p>
        </w:tc>
        <w:tc>
          <w:tcPr>
            <w:tcW w:w="848" w:type="dxa"/>
            <w:shd w:val="clear" w:color="auto" w:fill="auto"/>
            <w:noWrap/>
            <w:vAlign w:val="center"/>
            <w:hideMark/>
          </w:tcPr>
          <w:p w14:paraId="6378ACD9"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-16.114</w:t>
            </w:r>
          </w:p>
        </w:tc>
        <w:tc>
          <w:tcPr>
            <w:tcW w:w="565" w:type="dxa"/>
            <w:shd w:val="clear" w:color="auto" w:fill="auto"/>
            <w:noWrap/>
            <w:vAlign w:val="center"/>
            <w:hideMark/>
          </w:tcPr>
          <w:p w14:paraId="278BF319"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74" w:type="dxa"/>
            <w:shd w:val="clear" w:color="auto" w:fill="auto"/>
            <w:noWrap/>
            <w:vAlign w:val="center"/>
            <w:hideMark/>
          </w:tcPr>
          <w:p w14:paraId="3EF9DFFF"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3.312</w:t>
            </w:r>
          </w:p>
        </w:tc>
        <w:tc>
          <w:tcPr>
            <w:tcW w:w="869" w:type="dxa"/>
            <w:shd w:val="clear" w:color="auto" w:fill="auto"/>
            <w:noWrap/>
            <w:vAlign w:val="center"/>
            <w:hideMark/>
          </w:tcPr>
          <w:p w14:paraId="13131248"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-4.943</w:t>
            </w:r>
          </w:p>
        </w:tc>
        <w:tc>
          <w:tcPr>
            <w:tcW w:w="636" w:type="dxa"/>
            <w:shd w:val="clear" w:color="auto" w:fill="auto"/>
            <w:noWrap/>
            <w:vAlign w:val="center"/>
            <w:hideMark/>
          </w:tcPr>
          <w:p w14:paraId="5DB1030F"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723" w:type="dxa"/>
            <w:shd w:val="clear" w:color="auto" w:fill="auto"/>
            <w:noWrap/>
            <w:vAlign w:val="center"/>
            <w:hideMark/>
          </w:tcPr>
          <w:p w14:paraId="6ACF4B69"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0.328</w:t>
            </w:r>
          </w:p>
        </w:tc>
        <w:tc>
          <w:tcPr>
            <w:tcW w:w="861" w:type="dxa"/>
            <w:shd w:val="clear" w:color="auto" w:fill="auto"/>
            <w:noWrap/>
            <w:vAlign w:val="center"/>
            <w:hideMark/>
          </w:tcPr>
          <w:p w14:paraId="2D8CE9BD"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22.928</w:t>
            </w:r>
          </w:p>
        </w:tc>
        <w:tc>
          <w:tcPr>
            <w:tcW w:w="657" w:type="dxa"/>
            <w:shd w:val="clear" w:color="auto" w:fill="auto"/>
            <w:noWrap/>
            <w:vAlign w:val="center"/>
            <w:hideMark/>
          </w:tcPr>
          <w:p w14:paraId="11EFD566"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82" w:type="dxa"/>
            <w:shd w:val="clear" w:color="auto" w:fill="auto"/>
            <w:noWrap/>
            <w:vAlign w:val="center"/>
            <w:hideMark/>
          </w:tcPr>
          <w:p w14:paraId="38DA6673"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0.042</w:t>
            </w:r>
          </w:p>
        </w:tc>
        <w:tc>
          <w:tcPr>
            <w:tcW w:w="829" w:type="dxa"/>
            <w:shd w:val="clear" w:color="auto" w:fill="auto"/>
            <w:noWrap/>
            <w:vAlign w:val="center"/>
            <w:hideMark/>
          </w:tcPr>
          <w:p w14:paraId="2D990CB1"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-5.216</w:t>
            </w:r>
          </w:p>
        </w:tc>
        <w:tc>
          <w:tcPr>
            <w:tcW w:w="669" w:type="dxa"/>
            <w:shd w:val="clear" w:color="auto" w:fill="auto"/>
            <w:noWrap/>
            <w:vAlign w:val="center"/>
            <w:hideMark/>
          </w:tcPr>
          <w:p w14:paraId="63889DA4"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605" w:type="dxa"/>
            <w:shd w:val="clear" w:color="auto" w:fill="auto"/>
            <w:noWrap/>
            <w:vAlign w:val="center"/>
            <w:hideMark/>
          </w:tcPr>
          <w:p w14:paraId="0B149764"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0.392</w:t>
            </w:r>
          </w:p>
        </w:tc>
      </w:tr>
      <w:tr w:rsidR="00E90D11" w:rsidRPr="00546614" w14:paraId="42D0E609" w14:textId="77777777" w:rsidTr="00132970">
        <w:trPr>
          <w:trHeight w:val="203"/>
          <w:jc w:val="center"/>
        </w:trPr>
        <w:tc>
          <w:tcPr>
            <w:tcW w:w="3245" w:type="dxa"/>
            <w:gridSpan w:val="2"/>
            <w:shd w:val="clear" w:color="auto" w:fill="auto"/>
            <w:noWrap/>
            <w:vAlign w:val="center"/>
            <w:hideMark/>
          </w:tcPr>
          <w:p w14:paraId="1E2D85C8" w14:textId="77777777" w:rsidR="00C81053" w:rsidRPr="00546614" w:rsidRDefault="00ED5F5D">
            <w:pPr>
              <w:spacing w:line="240" w:lineRule="auto"/>
              <w:rPr>
                <w:sz w:val="15"/>
                <w:szCs w:val="28"/>
              </w:rPr>
            </w:pPr>
            <w:r>
              <w:rPr>
                <w:rFonts w:ascii="Arial" w:eastAsia="Arial" w:hAnsi="Arial"/>
                <w:b/>
                <w:sz w:val="15"/>
                <w:szCs w:val="28"/>
              </w:rPr>
              <w:t>Random effects</w:t>
            </w:r>
          </w:p>
        </w:tc>
        <w:tc>
          <w:tcPr>
            <w:tcW w:w="847" w:type="dxa"/>
            <w:shd w:val="clear" w:color="auto" w:fill="auto"/>
            <w:noWrap/>
            <w:vAlign w:val="center"/>
            <w:hideMark/>
          </w:tcPr>
          <w:p w14:paraId="5371FCE8" w14:textId="77777777" w:rsidR="00E90D11" w:rsidRPr="00546614" w:rsidRDefault="00ED5F5D" w:rsidP="001D47F0">
            <w:pPr>
              <w:spacing w:line="240" w:lineRule="auto"/>
              <w:rPr>
                <w:rFonts w:eastAsia="맑은 고딕" w:cs="Times New Roman"/>
                <w:color w:val="000000"/>
                <w:sz w:val="15"/>
                <w:szCs w:val="28"/>
              </w:rPr>
            </w:pPr>
            <w:r>
              <w:rPr>
                <w:rFonts w:ascii="Arial" w:eastAsia="Arial" w:hAnsi="Arial" w:cs="Times New Roman"/>
                <w:b/>
                <w:color w:val="000000"/>
                <w:sz w:val="15"/>
                <w:szCs w:val="28"/>
              </w:rPr>
              <w:t xml:space="preserve">　</w:t>
            </w:r>
          </w:p>
        </w:tc>
        <w:tc>
          <w:tcPr>
            <w:tcW w:w="565" w:type="dxa"/>
            <w:shd w:val="clear" w:color="auto" w:fill="auto"/>
            <w:noWrap/>
            <w:vAlign w:val="center"/>
            <w:hideMark/>
          </w:tcPr>
          <w:p w14:paraId="57003369" w14:textId="77777777" w:rsidR="00E90D11" w:rsidRPr="00546614" w:rsidRDefault="00ED5F5D" w:rsidP="001D47F0">
            <w:pPr>
              <w:spacing w:line="240" w:lineRule="auto"/>
              <w:rPr>
                <w:rFonts w:eastAsia="맑은 고딕" w:cs="Times New Roman"/>
                <w:color w:val="000000"/>
                <w:sz w:val="15"/>
                <w:szCs w:val="28"/>
              </w:rPr>
            </w:pPr>
            <w:r>
              <w:rPr>
                <w:rFonts w:ascii="Arial" w:eastAsia="Arial" w:hAnsi="Arial" w:cs="Times New Roman"/>
                <w:b/>
                <w:color w:val="000000"/>
                <w:sz w:val="15"/>
                <w:szCs w:val="28"/>
              </w:rPr>
              <w:t xml:space="preserve">　</w:t>
            </w:r>
          </w:p>
        </w:tc>
        <w:tc>
          <w:tcPr>
            <w:tcW w:w="574" w:type="dxa"/>
            <w:shd w:val="clear" w:color="auto" w:fill="auto"/>
            <w:noWrap/>
            <w:vAlign w:val="center"/>
            <w:hideMark/>
          </w:tcPr>
          <w:p w14:paraId="3DC128E6" w14:textId="77777777" w:rsidR="00E90D11" w:rsidRPr="00546614" w:rsidRDefault="00ED5F5D" w:rsidP="001D47F0">
            <w:pPr>
              <w:spacing w:line="240" w:lineRule="auto"/>
              <w:rPr>
                <w:rFonts w:eastAsia="맑은 고딕" w:cs="Times New Roman"/>
                <w:color w:val="000000"/>
                <w:sz w:val="15"/>
                <w:szCs w:val="28"/>
              </w:rPr>
            </w:pPr>
            <w:r>
              <w:rPr>
                <w:rFonts w:ascii="Arial" w:eastAsia="Arial" w:hAnsi="Arial" w:cs="Times New Roman"/>
                <w:b/>
                <w:color w:val="000000"/>
                <w:sz w:val="15"/>
                <w:szCs w:val="28"/>
              </w:rPr>
              <w:t xml:space="preserve">　</w:t>
            </w:r>
          </w:p>
        </w:tc>
        <w:tc>
          <w:tcPr>
            <w:tcW w:w="848" w:type="dxa"/>
            <w:shd w:val="clear" w:color="auto" w:fill="auto"/>
            <w:noWrap/>
            <w:vAlign w:val="center"/>
            <w:hideMark/>
          </w:tcPr>
          <w:p w14:paraId="364ACCA8" w14:textId="77777777" w:rsidR="00E90D11" w:rsidRPr="00546614" w:rsidRDefault="00ED5F5D" w:rsidP="001D47F0">
            <w:pPr>
              <w:spacing w:line="240" w:lineRule="auto"/>
              <w:rPr>
                <w:rFonts w:eastAsia="맑은 고딕" w:cs="Times New Roman"/>
                <w:color w:val="000000"/>
                <w:sz w:val="15"/>
                <w:szCs w:val="28"/>
              </w:rPr>
            </w:pPr>
            <w:r>
              <w:rPr>
                <w:rFonts w:ascii="Arial" w:eastAsia="Arial" w:hAnsi="Arial" w:cs="Times New Roman"/>
                <w:b/>
                <w:color w:val="000000"/>
                <w:sz w:val="15"/>
                <w:szCs w:val="28"/>
              </w:rPr>
              <w:t xml:space="preserve">　</w:t>
            </w:r>
          </w:p>
        </w:tc>
        <w:tc>
          <w:tcPr>
            <w:tcW w:w="565" w:type="dxa"/>
            <w:shd w:val="clear" w:color="auto" w:fill="auto"/>
            <w:noWrap/>
            <w:vAlign w:val="center"/>
            <w:hideMark/>
          </w:tcPr>
          <w:p w14:paraId="6E9A1F59" w14:textId="77777777" w:rsidR="00E90D11" w:rsidRPr="00546614" w:rsidRDefault="00ED5F5D" w:rsidP="001D47F0">
            <w:pPr>
              <w:spacing w:line="240" w:lineRule="auto"/>
              <w:rPr>
                <w:rFonts w:eastAsia="맑은 고딕" w:cs="Times New Roman"/>
                <w:color w:val="000000"/>
                <w:sz w:val="15"/>
                <w:szCs w:val="28"/>
              </w:rPr>
            </w:pPr>
            <w:r>
              <w:rPr>
                <w:rFonts w:ascii="Arial" w:eastAsia="Arial" w:hAnsi="Arial" w:cs="Times New Roman"/>
                <w:b/>
                <w:color w:val="000000"/>
                <w:sz w:val="15"/>
                <w:szCs w:val="28"/>
              </w:rPr>
              <w:t xml:space="preserve">　</w:t>
            </w:r>
          </w:p>
        </w:tc>
        <w:tc>
          <w:tcPr>
            <w:tcW w:w="574" w:type="dxa"/>
            <w:shd w:val="clear" w:color="auto" w:fill="auto"/>
            <w:noWrap/>
            <w:vAlign w:val="center"/>
            <w:hideMark/>
          </w:tcPr>
          <w:p w14:paraId="29B17CC3" w14:textId="77777777" w:rsidR="00E90D11" w:rsidRPr="00546614" w:rsidRDefault="00ED5F5D" w:rsidP="001D47F0">
            <w:pPr>
              <w:spacing w:line="240" w:lineRule="auto"/>
              <w:rPr>
                <w:rFonts w:eastAsia="맑은 고딕" w:cs="Times New Roman"/>
                <w:color w:val="000000"/>
                <w:sz w:val="15"/>
                <w:szCs w:val="28"/>
              </w:rPr>
            </w:pPr>
            <w:r>
              <w:rPr>
                <w:rFonts w:ascii="Arial" w:eastAsia="Arial" w:hAnsi="Arial" w:cs="Times New Roman"/>
                <w:b/>
                <w:color w:val="000000"/>
                <w:sz w:val="15"/>
                <w:szCs w:val="28"/>
              </w:rPr>
              <w:t xml:space="preserve">　</w:t>
            </w:r>
          </w:p>
        </w:tc>
        <w:tc>
          <w:tcPr>
            <w:tcW w:w="869" w:type="dxa"/>
            <w:shd w:val="clear" w:color="auto" w:fill="auto"/>
            <w:noWrap/>
            <w:vAlign w:val="center"/>
            <w:hideMark/>
          </w:tcPr>
          <w:p w14:paraId="190C202E" w14:textId="77777777" w:rsidR="00E90D11" w:rsidRPr="00546614" w:rsidRDefault="00ED5F5D" w:rsidP="001D47F0">
            <w:pPr>
              <w:spacing w:line="240" w:lineRule="auto"/>
              <w:rPr>
                <w:rFonts w:eastAsia="맑은 고딕" w:cs="Times New Roman"/>
                <w:color w:val="000000"/>
                <w:sz w:val="15"/>
                <w:szCs w:val="28"/>
              </w:rPr>
            </w:pPr>
            <w:r>
              <w:rPr>
                <w:rFonts w:ascii="Arial" w:eastAsia="Arial" w:hAnsi="Arial" w:cs="Times New Roman"/>
                <w:b/>
                <w:color w:val="000000"/>
                <w:sz w:val="15"/>
                <w:szCs w:val="28"/>
              </w:rPr>
              <w:t xml:space="preserve">　</w:t>
            </w:r>
          </w:p>
        </w:tc>
        <w:tc>
          <w:tcPr>
            <w:tcW w:w="636" w:type="dxa"/>
            <w:shd w:val="clear" w:color="auto" w:fill="auto"/>
            <w:noWrap/>
            <w:vAlign w:val="center"/>
            <w:hideMark/>
          </w:tcPr>
          <w:p w14:paraId="013B484D" w14:textId="77777777" w:rsidR="00E90D11" w:rsidRPr="00546614" w:rsidRDefault="00ED5F5D" w:rsidP="001D47F0">
            <w:pPr>
              <w:spacing w:line="240" w:lineRule="auto"/>
              <w:rPr>
                <w:rFonts w:eastAsia="맑은 고딕" w:cs="Times New Roman"/>
                <w:color w:val="000000"/>
                <w:sz w:val="15"/>
                <w:szCs w:val="28"/>
              </w:rPr>
            </w:pPr>
            <w:r>
              <w:rPr>
                <w:rFonts w:ascii="Arial" w:eastAsia="Arial" w:hAnsi="Arial" w:cs="Times New Roman"/>
                <w:b/>
                <w:color w:val="000000"/>
                <w:sz w:val="15"/>
                <w:szCs w:val="28"/>
              </w:rPr>
              <w:t xml:space="preserve">　</w:t>
            </w:r>
          </w:p>
        </w:tc>
        <w:tc>
          <w:tcPr>
            <w:tcW w:w="723" w:type="dxa"/>
            <w:shd w:val="clear" w:color="auto" w:fill="auto"/>
            <w:noWrap/>
            <w:vAlign w:val="center"/>
            <w:hideMark/>
          </w:tcPr>
          <w:p w14:paraId="5A515F4E" w14:textId="77777777" w:rsidR="00E90D11" w:rsidRPr="00546614" w:rsidRDefault="00ED5F5D" w:rsidP="001D47F0">
            <w:pPr>
              <w:spacing w:line="240" w:lineRule="auto"/>
              <w:rPr>
                <w:rFonts w:eastAsia="맑은 고딕" w:cs="Times New Roman"/>
                <w:color w:val="000000"/>
                <w:sz w:val="15"/>
                <w:szCs w:val="28"/>
              </w:rPr>
            </w:pPr>
            <w:r>
              <w:rPr>
                <w:rFonts w:ascii="Arial" w:eastAsia="Arial" w:hAnsi="Arial" w:cs="Times New Roman"/>
                <w:b/>
                <w:color w:val="000000"/>
                <w:sz w:val="15"/>
                <w:szCs w:val="28"/>
              </w:rPr>
              <w:t xml:space="preserve">　</w:t>
            </w:r>
          </w:p>
        </w:tc>
        <w:tc>
          <w:tcPr>
            <w:tcW w:w="861" w:type="dxa"/>
            <w:shd w:val="clear" w:color="auto" w:fill="auto"/>
            <w:noWrap/>
            <w:vAlign w:val="center"/>
            <w:hideMark/>
          </w:tcPr>
          <w:p w14:paraId="7EC2090D" w14:textId="77777777" w:rsidR="00E90D11" w:rsidRPr="00546614" w:rsidRDefault="00ED5F5D" w:rsidP="001D47F0">
            <w:pPr>
              <w:spacing w:line="240" w:lineRule="auto"/>
              <w:rPr>
                <w:rFonts w:eastAsia="맑은 고딕" w:cs="Times New Roman"/>
                <w:color w:val="000000"/>
                <w:sz w:val="15"/>
                <w:szCs w:val="28"/>
              </w:rPr>
            </w:pPr>
            <w:r>
              <w:rPr>
                <w:rFonts w:ascii="Arial" w:eastAsia="Arial" w:hAnsi="Arial" w:cs="Times New Roman"/>
                <w:b/>
                <w:color w:val="000000"/>
                <w:sz w:val="15"/>
                <w:szCs w:val="28"/>
              </w:rPr>
              <w:t xml:space="preserve">　</w:t>
            </w:r>
          </w:p>
        </w:tc>
        <w:tc>
          <w:tcPr>
            <w:tcW w:w="657" w:type="dxa"/>
            <w:shd w:val="clear" w:color="auto" w:fill="auto"/>
            <w:noWrap/>
            <w:vAlign w:val="center"/>
            <w:hideMark/>
          </w:tcPr>
          <w:p w14:paraId="74E23B98" w14:textId="77777777" w:rsidR="00E90D11" w:rsidRPr="00546614" w:rsidRDefault="00ED5F5D" w:rsidP="001D47F0">
            <w:pPr>
              <w:spacing w:line="240" w:lineRule="auto"/>
              <w:rPr>
                <w:rFonts w:eastAsia="맑은 고딕" w:cs="Times New Roman"/>
                <w:color w:val="000000"/>
                <w:sz w:val="15"/>
                <w:szCs w:val="28"/>
              </w:rPr>
            </w:pPr>
            <w:r>
              <w:rPr>
                <w:rFonts w:ascii="Arial" w:eastAsia="Arial" w:hAnsi="Arial" w:cs="Times New Roman"/>
                <w:b/>
                <w:color w:val="000000"/>
                <w:sz w:val="15"/>
                <w:szCs w:val="28"/>
              </w:rPr>
              <w:t xml:space="preserve">　</w:t>
            </w:r>
          </w:p>
        </w:tc>
        <w:tc>
          <w:tcPr>
            <w:tcW w:w="582" w:type="dxa"/>
            <w:shd w:val="clear" w:color="auto" w:fill="auto"/>
            <w:noWrap/>
            <w:vAlign w:val="center"/>
            <w:hideMark/>
          </w:tcPr>
          <w:p w14:paraId="26152A6F" w14:textId="77777777" w:rsidR="00E90D11" w:rsidRPr="00546614" w:rsidRDefault="00ED5F5D" w:rsidP="001D47F0">
            <w:pPr>
              <w:spacing w:line="240" w:lineRule="auto"/>
              <w:rPr>
                <w:rFonts w:eastAsia="맑은 고딕" w:cs="Times New Roman"/>
                <w:color w:val="000000"/>
                <w:sz w:val="15"/>
                <w:szCs w:val="28"/>
              </w:rPr>
            </w:pPr>
            <w:r>
              <w:rPr>
                <w:rFonts w:ascii="Arial" w:eastAsia="Arial" w:hAnsi="Arial" w:cs="Times New Roman"/>
                <w:b/>
                <w:color w:val="000000"/>
                <w:sz w:val="15"/>
                <w:szCs w:val="28"/>
              </w:rPr>
              <w:t xml:space="preserve">　</w:t>
            </w:r>
          </w:p>
        </w:tc>
        <w:tc>
          <w:tcPr>
            <w:tcW w:w="829" w:type="dxa"/>
            <w:shd w:val="clear" w:color="auto" w:fill="auto"/>
            <w:noWrap/>
            <w:vAlign w:val="center"/>
            <w:hideMark/>
          </w:tcPr>
          <w:p w14:paraId="1509B3AD" w14:textId="77777777" w:rsidR="00E90D11" w:rsidRPr="00546614" w:rsidRDefault="00ED5F5D" w:rsidP="001D47F0">
            <w:pPr>
              <w:spacing w:line="240" w:lineRule="auto"/>
              <w:rPr>
                <w:rFonts w:eastAsia="맑은 고딕" w:cs="Times New Roman"/>
                <w:color w:val="000000"/>
                <w:sz w:val="15"/>
                <w:szCs w:val="28"/>
              </w:rPr>
            </w:pPr>
            <w:r>
              <w:rPr>
                <w:rFonts w:ascii="Arial" w:eastAsia="Arial" w:hAnsi="Arial" w:cs="Times New Roman"/>
                <w:b/>
                <w:color w:val="000000"/>
                <w:sz w:val="15"/>
                <w:szCs w:val="28"/>
              </w:rPr>
              <w:t xml:space="preserve">　</w:t>
            </w:r>
          </w:p>
        </w:tc>
        <w:tc>
          <w:tcPr>
            <w:tcW w:w="669" w:type="dxa"/>
            <w:shd w:val="clear" w:color="auto" w:fill="auto"/>
            <w:noWrap/>
            <w:vAlign w:val="center"/>
            <w:hideMark/>
          </w:tcPr>
          <w:p w14:paraId="303EB509" w14:textId="77777777" w:rsidR="00E90D11" w:rsidRPr="00546614" w:rsidRDefault="00ED5F5D" w:rsidP="001D47F0">
            <w:pPr>
              <w:spacing w:line="240" w:lineRule="auto"/>
              <w:rPr>
                <w:rFonts w:eastAsia="맑은 고딕" w:cs="Times New Roman"/>
                <w:color w:val="000000"/>
                <w:sz w:val="15"/>
                <w:szCs w:val="28"/>
              </w:rPr>
            </w:pPr>
            <w:r>
              <w:rPr>
                <w:rFonts w:ascii="Arial" w:eastAsia="Arial" w:hAnsi="Arial" w:cs="Times New Roman"/>
                <w:b/>
                <w:color w:val="000000"/>
                <w:sz w:val="15"/>
                <w:szCs w:val="28"/>
              </w:rPr>
              <w:t xml:space="preserve">　</w:t>
            </w:r>
          </w:p>
        </w:tc>
        <w:tc>
          <w:tcPr>
            <w:tcW w:w="605" w:type="dxa"/>
            <w:shd w:val="clear" w:color="auto" w:fill="auto"/>
            <w:noWrap/>
            <w:vAlign w:val="center"/>
            <w:hideMark/>
          </w:tcPr>
          <w:p w14:paraId="70B3F528" w14:textId="77777777" w:rsidR="00E90D11" w:rsidRPr="00546614" w:rsidRDefault="00ED5F5D" w:rsidP="001D47F0">
            <w:pPr>
              <w:spacing w:line="240" w:lineRule="auto"/>
              <w:rPr>
                <w:rFonts w:eastAsia="맑은 고딕" w:cs="Times New Roman"/>
                <w:color w:val="000000"/>
                <w:sz w:val="15"/>
                <w:szCs w:val="28"/>
              </w:rPr>
            </w:pPr>
            <w:r>
              <w:rPr>
                <w:rFonts w:ascii="Arial" w:eastAsia="Arial" w:hAnsi="Arial" w:cs="Times New Roman"/>
                <w:b/>
                <w:color w:val="000000"/>
                <w:sz w:val="15"/>
                <w:szCs w:val="28"/>
              </w:rPr>
              <w:t xml:space="preserve">　</w:t>
            </w:r>
          </w:p>
        </w:tc>
      </w:tr>
      <w:tr w:rsidR="00E90D11" w:rsidRPr="00546614" w14:paraId="388BCFC1" w14:textId="77777777" w:rsidTr="00132970">
        <w:trPr>
          <w:trHeight w:val="203"/>
          <w:jc w:val="center"/>
        </w:trPr>
        <w:tc>
          <w:tcPr>
            <w:tcW w:w="3245" w:type="dxa"/>
            <w:gridSpan w:val="2"/>
            <w:shd w:val="clear" w:color="auto" w:fill="auto"/>
            <w:noWrap/>
            <w:vAlign w:val="center"/>
            <w:hideMark/>
          </w:tcPr>
          <w:p w14:paraId="6315AD53" w14:textId="77777777" w:rsidR="00C81053" w:rsidRPr="00546614" w:rsidRDefault="00ED5F5D">
            <w:pPr>
              <w:rPr>
                <w:sz w:val="15"/>
                <w:szCs w:val="28"/>
              </w:rPr>
            </w:pPr>
            <w:r>
              <w:rPr>
                <w:rFonts w:ascii="Arial" w:hAnsi="Arial"/>
                <w:b/>
                <w:sz w:val="15"/>
                <w:szCs w:val="28"/>
              </w:rPr>
              <w:t>Period-specific random effects</w:t>
            </w:r>
          </w:p>
        </w:tc>
        <w:tc>
          <w:tcPr>
            <w:tcW w:w="847" w:type="dxa"/>
            <w:shd w:val="clear" w:color="auto" w:fill="auto"/>
            <w:noWrap/>
            <w:vAlign w:val="center"/>
            <w:hideMark/>
          </w:tcPr>
          <w:p w14:paraId="51A742FC" w14:textId="77777777" w:rsidR="00E90D11" w:rsidRPr="00546614" w:rsidRDefault="00ED5F5D" w:rsidP="001D47F0">
            <w:pPr>
              <w:spacing w:line="240" w:lineRule="auto"/>
              <w:rPr>
                <w:rFonts w:eastAsia="맑은 고딕" w:cs="Times New Roman"/>
                <w:color w:val="000000"/>
                <w:sz w:val="15"/>
                <w:szCs w:val="28"/>
              </w:rPr>
            </w:pPr>
            <w:r>
              <w:rPr>
                <w:rFonts w:ascii="Arial" w:eastAsia="Arial" w:hAnsi="Arial" w:cs="Times New Roman"/>
                <w:b/>
                <w:color w:val="000000"/>
                <w:sz w:val="15"/>
                <w:szCs w:val="28"/>
              </w:rPr>
              <w:t xml:space="preserve">　</w:t>
            </w:r>
          </w:p>
        </w:tc>
        <w:tc>
          <w:tcPr>
            <w:tcW w:w="565" w:type="dxa"/>
            <w:shd w:val="clear" w:color="auto" w:fill="auto"/>
            <w:noWrap/>
            <w:vAlign w:val="center"/>
            <w:hideMark/>
          </w:tcPr>
          <w:p w14:paraId="18C1A4BA" w14:textId="77777777" w:rsidR="00E90D11" w:rsidRPr="00546614" w:rsidRDefault="00ED5F5D" w:rsidP="001D47F0">
            <w:pPr>
              <w:spacing w:line="240" w:lineRule="auto"/>
              <w:rPr>
                <w:rFonts w:eastAsia="맑은 고딕" w:cs="Times New Roman"/>
                <w:color w:val="000000"/>
                <w:sz w:val="15"/>
                <w:szCs w:val="28"/>
              </w:rPr>
            </w:pPr>
            <w:r>
              <w:rPr>
                <w:rFonts w:ascii="Arial" w:eastAsia="Arial" w:hAnsi="Arial" w:cs="Times New Roman"/>
                <w:b/>
                <w:color w:val="000000"/>
                <w:sz w:val="15"/>
                <w:szCs w:val="28"/>
              </w:rPr>
              <w:t xml:space="preserve">　</w:t>
            </w:r>
          </w:p>
        </w:tc>
        <w:tc>
          <w:tcPr>
            <w:tcW w:w="574" w:type="dxa"/>
            <w:shd w:val="clear" w:color="auto" w:fill="auto"/>
            <w:noWrap/>
            <w:vAlign w:val="center"/>
            <w:hideMark/>
          </w:tcPr>
          <w:p w14:paraId="57D92B9E" w14:textId="77777777" w:rsidR="00E90D11" w:rsidRPr="00546614" w:rsidRDefault="00ED5F5D" w:rsidP="001D47F0">
            <w:pPr>
              <w:spacing w:line="240" w:lineRule="auto"/>
              <w:rPr>
                <w:rFonts w:eastAsia="맑은 고딕" w:cs="Times New Roman"/>
                <w:color w:val="000000"/>
                <w:sz w:val="15"/>
                <w:szCs w:val="28"/>
              </w:rPr>
            </w:pPr>
            <w:r>
              <w:rPr>
                <w:rFonts w:ascii="Arial" w:eastAsia="Arial" w:hAnsi="Arial" w:cs="Times New Roman"/>
                <w:b/>
                <w:color w:val="000000"/>
                <w:sz w:val="15"/>
                <w:szCs w:val="28"/>
              </w:rPr>
              <w:t xml:space="preserve">　</w:t>
            </w:r>
          </w:p>
        </w:tc>
        <w:tc>
          <w:tcPr>
            <w:tcW w:w="848" w:type="dxa"/>
            <w:shd w:val="clear" w:color="auto" w:fill="auto"/>
            <w:noWrap/>
            <w:vAlign w:val="center"/>
            <w:hideMark/>
          </w:tcPr>
          <w:p w14:paraId="416B2124" w14:textId="77777777" w:rsidR="00E90D11" w:rsidRPr="00546614" w:rsidRDefault="00ED5F5D" w:rsidP="001D47F0">
            <w:pPr>
              <w:spacing w:line="240" w:lineRule="auto"/>
              <w:rPr>
                <w:rFonts w:eastAsia="맑은 고딕" w:cs="Times New Roman"/>
                <w:color w:val="000000"/>
                <w:sz w:val="15"/>
                <w:szCs w:val="28"/>
              </w:rPr>
            </w:pPr>
            <w:r>
              <w:rPr>
                <w:rFonts w:ascii="Arial" w:eastAsia="Arial" w:hAnsi="Arial" w:cs="Times New Roman"/>
                <w:b/>
                <w:color w:val="000000"/>
                <w:sz w:val="15"/>
                <w:szCs w:val="28"/>
              </w:rPr>
              <w:t xml:space="preserve">　</w:t>
            </w:r>
          </w:p>
        </w:tc>
        <w:tc>
          <w:tcPr>
            <w:tcW w:w="565" w:type="dxa"/>
            <w:shd w:val="clear" w:color="auto" w:fill="auto"/>
            <w:noWrap/>
            <w:vAlign w:val="center"/>
            <w:hideMark/>
          </w:tcPr>
          <w:p w14:paraId="45E34CA0" w14:textId="77777777" w:rsidR="00E90D11" w:rsidRPr="00546614" w:rsidRDefault="00ED5F5D" w:rsidP="001D47F0">
            <w:pPr>
              <w:spacing w:line="240" w:lineRule="auto"/>
              <w:rPr>
                <w:rFonts w:eastAsia="맑은 고딕" w:cs="Times New Roman"/>
                <w:color w:val="000000"/>
                <w:sz w:val="15"/>
                <w:szCs w:val="28"/>
              </w:rPr>
            </w:pPr>
            <w:r>
              <w:rPr>
                <w:rFonts w:ascii="Arial" w:eastAsia="Arial" w:hAnsi="Arial" w:cs="Times New Roman"/>
                <w:b/>
                <w:color w:val="000000"/>
                <w:sz w:val="15"/>
                <w:szCs w:val="28"/>
              </w:rPr>
              <w:t xml:space="preserve">　</w:t>
            </w:r>
          </w:p>
        </w:tc>
        <w:tc>
          <w:tcPr>
            <w:tcW w:w="574" w:type="dxa"/>
            <w:shd w:val="clear" w:color="auto" w:fill="auto"/>
            <w:noWrap/>
            <w:vAlign w:val="center"/>
            <w:hideMark/>
          </w:tcPr>
          <w:p w14:paraId="3BFF7B34" w14:textId="77777777" w:rsidR="00E90D11" w:rsidRPr="00546614" w:rsidRDefault="00ED5F5D" w:rsidP="001D47F0">
            <w:pPr>
              <w:spacing w:line="240" w:lineRule="auto"/>
              <w:rPr>
                <w:rFonts w:eastAsia="맑은 고딕" w:cs="Times New Roman"/>
                <w:color w:val="000000"/>
                <w:sz w:val="15"/>
                <w:szCs w:val="28"/>
              </w:rPr>
            </w:pPr>
            <w:r>
              <w:rPr>
                <w:rFonts w:ascii="Arial" w:eastAsia="Arial" w:hAnsi="Arial" w:cs="Times New Roman"/>
                <w:b/>
                <w:color w:val="000000"/>
                <w:sz w:val="15"/>
                <w:szCs w:val="28"/>
              </w:rPr>
              <w:t xml:space="preserve">　</w:t>
            </w:r>
          </w:p>
        </w:tc>
        <w:tc>
          <w:tcPr>
            <w:tcW w:w="869" w:type="dxa"/>
            <w:shd w:val="clear" w:color="auto" w:fill="auto"/>
            <w:noWrap/>
            <w:vAlign w:val="center"/>
            <w:hideMark/>
          </w:tcPr>
          <w:p w14:paraId="53265501" w14:textId="77777777" w:rsidR="00E90D11" w:rsidRPr="00546614" w:rsidRDefault="00ED5F5D" w:rsidP="001D47F0">
            <w:pPr>
              <w:spacing w:line="240" w:lineRule="auto"/>
              <w:rPr>
                <w:rFonts w:eastAsia="맑은 고딕" w:cs="Times New Roman"/>
                <w:color w:val="000000"/>
                <w:sz w:val="15"/>
                <w:szCs w:val="28"/>
              </w:rPr>
            </w:pPr>
            <w:r>
              <w:rPr>
                <w:rFonts w:ascii="Arial" w:eastAsia="Arial" w:hAnsi="Arial" w:cs="Times New Roman"/>
                <w:b/>
                <w:color w:val="000000"/>
                <w:sz w:val="15"/>
                <w:szCs w:val="28"/>
              </w:rPr>
              <w:t xml:space="preserve">　</w:t>
            </w:r>
          </w:p>
        </w:tc>
        <w:tc>
          <w:tcPr>
            <w:tcW w:w="636" w:type="dxa"/>
            <w:shd w:val="clear" w:color="auto" w:fill="auto"/>
            <w:noWrap/>
            <w:vAlign w:val="center"/>
            <w:hideMark/>
          </w:tcPr>
          <w:p w14:paraId="0097DC69" w14:textId="77777777" w:rsidR="00E90D11" w:rsidRPr="00546614" w:rsidRDefault="00ED5F5D" w:rsidP="001D47F0">
            <w:pPr>
              <w:spacing w:line="240" w:lineRule="auto"/>
              <w:rPr>
                <w:rFonts w:eastAsia="맑은 고딕" w:cs="Times New Roman"/>
                <w:color w:val="000000"/>
                <w:sz w:val="15"/>
                <w:szCs w:val="28"/>
              </w:rPr>
            </w:pPr>
            <w:r>
              <w:rPr>
                <w:rFonts w:ascii="Arial" w:eastAsia="Arial" w:hAnsi="Arial" w:cs="Times New Roman"/>
                <w:b/>
                <w:color w:val="000000"/>
                <w:sz w:val="15"/>
                <w:szCs w:val="28"/>
              </w:rPr>
              <w:t xml:space="preserve">　</w:t>
            </w:r>
          </w:p>
        </w:tc>
        <w:tc>
          <w:tcPr>
            <w:tcW w:w="723" w:type="dxa"/>
            <w:shd w:val="clear" w:color="auto" w:fill="auto"/>
            <w:noWrap/>
            <w:vAlign w:val="center"/>
            <w:hideMark/>
          </w:tcPr>
          <w:p w14:paraId="5CEF61D6" w14:textId="77777777" w:rsidR="00E90D11" w:rsidRPr="00546614" w:rsidRDefault="00ED5F5D" w:rsidP="001D47F0">
            <w:pPr>
              <w:spacing w:line="240" w:lineRule="auto"/>
              <w:rPr>
                <w:rFonts w:eastAsia="맑은 고딕" w:cs="Times New Roman"/>
                <w:color w:val="000000"/>
                <w:sz w:val="15"/>
                <w:szCs w:val="28"/>
              </w:rPr>
            </w:pPr>
            <w:r>
              <w:rPr>
                <w:rFonts w:ascii="Arial" w:eastAsia="Arial" w:hAnsi="Arial" w:cs="Times New Roman"/>
                <w:b/>
                <w:color w:val="000000"/>
                <w:sz w:val="15"/>
                <w:szCs w:val="28"/>
              </w:rPr>
              <w:t xml:space="preserve">　</w:t>
            </w:r>
          </w:p>
        </w:tc>
        <w:tc>
          <w:tcPr>
            <w:tcW w:w="861" w:type="dxa"/>
            <w:shd w:val="clear" w:color="auto" w:fill="auto"/>
            <w:noWrap/>
            <w:vAlign w:val="center"/>
            <w:hideMark/>
          </w:tcPr>
          <w:p w14:paraId="668949B3" w14:textId="77777777" w:rsidR="00E90D11" w:rsidRPr="00546614" w:rsidRDefault="00ED5F5D" w:rsidP="001D47F0">
            <w:pPr>
              <w:spacing w:line="240" w:lineRule="auto"/>
              <w:rPr>
                <w:rFonts w:eastAsia="맑은 고딕" w:cs="Times New Roman"/>
                <w:color w:val="000000"/>
                <w:sz w:val="15"/>
                <w:szCs w:val="28"/>
              </w:rPr>
            </w:pPr>
            <w:r>
              <w:rPr>
                <w:rFonts w:ascii="Arial" w:eastAsia="Arial" w:hAnsi="Arial" w:cs="Times New Roman"/>
                <w:b/>
                <w:color w:val="000000"/>
                <w:sz w:val="15"/>
                <w:szCs w:val="28"/>
              </w:rPr>
              <w:t xml:space="preserve">　</w:t>
            </w:r>
          </w:p>
        </w:tc>
        <w:tc>
          <w:tcPr>
            <w:tcW w:w="657" w:type="dxa"/>
            <w:shd w:val="clear" w:color="auto" w:fill="auto"/>
            <w:noWrap/>
            <w:vAlign w:val="center"/>
            <w:hideMark/>
          </w:tcPr>
          <w:p w14:paraId="3BDD401A" w14:textId="77777777" w:rsidR="00E90D11" w:rsidRPr="00546614" w:rsidRDefault="00ED5F5D" w:rsidP="001D47F0">
            <w:pPr>
              <w:spacing w:line="240" w:lineRule="auto"/>
              <w:rPr>
                <w:rFonts w:eastAsia="맑은 고딕" w:cs="Times New Roman"/>
                <w:color w:val="000000"/>
                <w:sz w:val="15"/>
                <w:szCs w:val="28"/>
              </w:rPr>
            </w:pPr>
            <w:r>
              <w:rPr>
                <w:rFonts w:ascii="Arial" w:eastAsia="Arial" w:hAnsi="Arial" w:cs="Times New Roman"/>
                <w:b/>
                <w:color w:val="000000"/>
                <w:sz w:val="15"/>
                <w:szCs w:val="28"/>
              </w:rPr>
              <w:t xml:space="preserve">　</w:t>
            </w:r>
          </w:p>
        </w:tc>
        <w:tc>
          <w:tcPr>
            <w:tcW w:w="582" w:type="dxa"/>
            <w:shd w:val="clear" w:color="auto" w:fill="auto"/>
            <w:noWrap/>
            <w:vAlign w:val="center"/>
            <w:hideMark/>
          </w:tcPr>
          <w:p w14:paraId="31F10AC0" w14:textId="77777777" w:rsidR="00E90D11" w:rsidRPr="00546614" w:rsidRDefault="00ED5F5D" w:rsidP="001D47F0">
            <w:pPr>
              <w:spacing w:line="240" w:lineRule="auto"/>
              <w:rPr>
                <w:rFonts w:eastAsia="맑은 고딕" w:cs="Times New Roman"/>
                <w:color w:val="000000"/>
                <w:sz w:val="15"/>
                <w:szCs w:val="28"/>
              </w:rPr>
            </w:pPr>
            <w:r>
              <w:rPr>
                <w:rFonts w:ascii="Arial" w:eastAsia="Arial" w:hAnsi="Arial" w:cs="Times New Roman"/>
                <w:b/>
                <w:color w:val="000000"/>
                <w:sz w:val="15"/>
                <w:szCs w:val="28"/>
              </w:rPr>
              <w:t xml:space="preserve">　</w:t>
            </w:r>
          </w:p>
        </w:tc>
        <w:tc>
          <w:tcPr>
            <w:tcW w:w="829" w:type="dxa"/>
            <w:shd w:val="clear" w:color="auto" w:fill="auto"/>
            <w:noWrap/>
            <w:vAlign w:val="center"/>
            <w:hideMark/>
          </w:tcPr>
          <w:p w14:paraId="07363169" w14:textId="77777777" w:rsidR="00E90D11" w:rsidRPr="00546614" w:rsidRDefault="00ED5F5D" w:rsidP="001D47F0">
            <w:pPr>
              <w:spacing w:line="240" w:lineRule="auto"/>
              <w:rPr>
                <w:rFonts w:eastAsia="맑은 고딕" w:cs="Times New Roman"/>
                <w:color w:val="000000"/>
                <w:sz w:val="15"/>
                <w:szCs w:val="28"/>
              </w:rPr>
            </w:pPr>
            <w:r>
              <w:rPr>
                <w:rFonts w:ascii="Arial" w:eastAsia="Arial" w:hAnsi="Arial" w:cs="Times New Roman"/>
                <w:b/>
                <w:color w:val="000000"/>
                <w:sz w:val="15"/>
                <w:szCs w:val="28"/>
              </w:rPr>
              <w:t xml:space="preserve">　</w:t>
            </w:r>
          </w:p>
        </w:tc>
        <w:tc>
          <w:tcPr>
            <w:tcW w:w="669" w:type="dxa"/>
            <w:shd w:val="clear" w:color="auto" w:fill="auto"/>
            <w:noWrap/>
            <w:vAlign w:val="center"/>
            <w:hideMark/>
          </w:tcPr>
          <w:p w14:paraId="45122B76" w14:textId="77777777" w:rsidR="00E90D11" w:rsidRPr="00546614" w:rsidRDefault="00ED5F5D" w:rsidP="001D47F0">
            <w:pPr>
              <w:spacing w:line="240" w:lineRule="auto"/>
              <w:rPr>
                <w:rFonts w:eastAsia="맑은 고딕" w:cs="Times New Roman"/>
                <w:color w:val="000000"/>
                <w:sz w:val="15"/>
                <w:szCs w:val="28"/>
              </w:rPr>
            </w:pPr>
            <w:r>
              <w:rPr>
                <w:rFonts w:ascii="Arial" w:eastAsia="Arial" w:hAnsi="Arial" w:cs="Times New Roman"/>
                <w:b/>
                <w:color w:val="000000"/>
                <w:sz w:val="15"/>
                <w:szCs w:val="28"/>
              </w:rPr>
              <w:t xml:space="preserve">　</w:t>
            </w:r>
          </w:p>
        </w:tc>
        <w:tc>
          <w:tcPr>
            <w:tcW w:w="605" w:type="dxa"/>
            <w:shd w:val="clear" w:color="auto" w:fill="auto"/>
            <w:noWrap/>
            <w:vAlign w:val="center"/>
            <w:hideMark/>
          </w:tcPr>
          <w:p w14:paraId="651A2F0C" w14:textId="77777777" w:rsidR="00E90D11" w:rsidRPr="00546614" w:rsidRDefault="00ED5F5D" w:rsidP="001D47F0">
            <w:pPr>
              <w:spacing w:line="240" w:lineRule="auto"/>
              <w:rPr>
                <w:rFonts w:eastAsia="맑은 고딕" w:cs="Times New Roman"/>
                <w:color w:val="000000"/>
                <w:sz w:val="15"/>
                <w:szCs w:val="28"/>
              </w:rPr>
            </w:pPr>
            <w:r>
              <w:rPr>
                <w:rFonts w:ascii="Arial" w:eastAsia="Arial" w:hAnsi="Arial" w:cs="Times New Roman"/>
                <w:b/>
                <w:color w:val="000000"/>
                <w:sz w:val="15"/>
                <w:szCs w:val="28"/>
              </w:rPr>
              <w:t xml:space="preserve">　</w:t>
            </w:r>
          </w:p>
        </w:tc>
      </w:tr>
      <w:tr w:rsidR="00E84C71" w:rsidRPr="00546614" w14:paraId="02982C22" w14:textId="77777777" w:rsidTr="00132970">
        <w:trPr>
          <w:trHeight w:val="203"/>
          <w:jc w:val="center"/>
        </w:trPr>
        <w:tc>
          <w:tcPr>
            <w:tcW w:w="1206" w:type="dxa"/>
            <w:shd w:val="clear" w:color="auto" w:fill="auto"/>
            <w:noWrap/>
            <w:vAlign w:val="center"/>
            <w:hideMark/>
          </w:tcPr>
          <w:p w14:paraId="66ADE445" w14:textId="39BA9704" w:rsidR="00C81053" w:rsidRPr="00546614" w:rsidRDefault="001D5C5C">
            <w:pPr>
              <w:spacing w:line="240" w:lineRule="auto"/>
              <w:rPr>
                <w:rFonts w:ascii="Arial" w:eastAsia="Arial" w:hAnsi="Arial"/>
                <w:sz w:val="15"/>
                <w:szCs w:val="28"/>
              </w:rPr>
            </w:pPr>
            <w:proofErr w:type="spellStart"/>
            <w:r>
              <w:rPr>
                <w:rFonts w:ascii="Arial" w:eastAsia="Arial" w:hAnsi="Arial"/>
                <w:sz w:val="15"/>
                <w:szCs w:val="28"/>
              </w:rPr>
              <w:t>Roh</w:t>
            </w:r>
            <w:proofErr w:type="spellEnd"/>
            <w:r>
              <w:rPr>
                <w:rFonts w:ascii="Arial" w:eastAsia="Arial" w:hAnsi="Arial"/>
                <w:sz w:val="15"/>
                <w:szCs w:val="28"/>
              </w:rPr>
              <w:t xml:space="preserve"> administration</w:t>
            </w:r>
          </w:p>
        </w:tc>
        <w:tc>
          <w:tcPr>
            <w:tcW w:w="2039" w:type="dxa"/>
            <w:shd w:val="clear" w:color="auto" w:fill="auto"/>
            <w:noWrap/>
            <w:vAlign w:val="center"/>
            <w:hideMark/>
          </w:tcPr>
          <w:p w14:paraId="381B1E02"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2006</w:t>
            </w:r>
          </w:p>
        </w:tc>
        <w:tc>
          <w:tcPr>
            <w:tcW w:w="847" w:type="dxa"/>
            <w:shd w:val="clear" w:color="auto" w:fill="auto"/>
            <w:noWrap/>
            <w:vAlign w:val="center"/>
            <w:hideMark/>
          </w:tcPr>
          <w:p w14:paraId="035AFEA2"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-0.059</w:t>
            </w:r>
          </w:p>
        </w:tc>
        <w:tc>
          <w:tcPr>
            <w:tcW w:w="565" w:type="dxa"/>
            <w:shd w:val="clear" w:color="auto" w:fill="auto"/>
            <w:noWrap/>
            <w:vAlign w:val="center"/>
            <w:hideMark/>
          </w:tcPr>
          <w:p w14:paraId="54E74067"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574" w:type="dxa"/>
            <w:shd w:val="clear" w:color="auto" w:fill="auto"/>
            <w:noWrap/>
            <w:vAlign w:val="center"/>
            <w:hideMark/>
          </w:tcPr>
          <w:p w14:paraId="469E880F"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0.104</w:t>
            </w:r>
          </w:p>
        </w:tc>
        <w:tc>
          <w:tcPr>
            <w:tcW w:w="848" w:type="dxa"/>
            <w:shd w:val="clear" w:color="auto" w:fill="auto"/>
            <w:noWrap/>
            <w:vAlign w:val="center"/>
            <w:hideMark/>
          </w:tcPr>
          <w:p w14:paraId="4AD67CB8"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0.677</w:t>
            </w:r>
          </w:p>
        </w:tc>
        <w:tc>
          <w:tcPr>
            <w:tcW w:w="565" w:type="dxa"/>
            <w:shd w:val="clear" w:color="auto" w:fill="auto"/>
            <w:noWrap/>
            <w:vAlign w:val="center"/>
            <w:hideMark/>
          </w:tcPr>
          <w:p w14:paraId="217B6D72"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74" w:type="dxa"/>
            <w:shd w:val="clear" w:color="auto" w:fill="auto"/>
            <w:noWrap/>
            <w:vAlign w:val="center"/>
            <w:hideMark/>
          </w:tcPr>
          <w:p w14:paraId="172276A6"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0.055</w:t>
            </w:r>
          </w:p>
        </w:tc>
        <w:tc>
          <w:tcPr>
            <w:tcW w:w="869" w:type="dxa"/>
            <w:shd w:val="clear" w:color="auto" w:fill="auto"/>
            <w:noWrap/>
            <w:vAlign w:val="center"/>
            <w:hideMark/>
          </w:tcPr>
          <w:p w14:paraId="202E75AE"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-0.887</w:t>
            </w:r>
          </w:p>
        </w:tc>
        <w:tc>
          <w:tcPr>
            <w:tcW w:w="636" w:type="dxa"/>
            <w:shd w:val="clear" w:color="auto" w:fill="auto"/>
            <w:noWrap/>
            <w:vAlign w:val="center"/>
            <w:hideMark/>
          </w:tcPr>
          <w:p w14:paraId="3165509B"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723" w:type="dxa"/>
            <w:shd w:val="clear" w:color="auto" w:fill="auto"/>
            <w:noWrap/>
            <w:vAlign w:val="center"/>
            <w:hideMark/>
          </w:tcPr>
          <w:p w14:paraId="16D20D39"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0.078</w:t>
            </w:r>
          </w:p>
        </w:tc>
        <w:tc>
          <w:tcPr>
            <w:tcW w:w="861" w:type="dxa"/>
            <w:shd w:val="clear" w:color="auto" w:fill="auto"/>
            <w:noWrap/>
            <w:vAlign w:val="center"/>
            <w:hideMark/>
          </w:tcPr>
          <w:p w14:paraId="1351FF0E"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0.050</w:t>
            </w:r>
          </w:p>
        </w:tc>
        <w:tc>
          <w:tcPr>
            <w:tcW w:w="657" w:type="dxa"/>
            <w:shd w:val="clear" w:color="auto" w:fill="auto"/>
            <w:noWrap/>
            <w:vAlign w:val="center"/>
            <w:hideMark/>
          </w:tcPr>
          <w:p w14:paraId="4BB26A2B"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582" w:type="dxa"/>
            <w:shd w:val="clear" w:color="auto" w:fill="auto"/>
            <w:noWrap/>
            <w:vAlign w:val="center"/>
            <w:hideMark/>
          </w:tcPr>
          <w:p w14:paraId="169FC24C"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0.065</w:t>
            </w:r>
          </w:p>
        </w:tc>
        <w:tc>
          <w:tcPr>
            <w:tcW w:w="829" w:type="dxa"/>
            <w:shd w:val="clear" w:color="auto" w:fill="auto"/>
            <w:noWrap/>
            <w:vAlign w:val="center"/>
            <w:hideMark/>
          </w:tcPr>
          <w:p w14:paraId="09EDACD0"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-0.147</w:t>
            </w:r>
          </w:p>
        </w:tc>
        <w:tc>
          <w:tcPr>
            <w:tcW w:w="669" w:type="dxa"/>
            <w:shd w:val="clear" w:color="auto" w:fill="auto"/>
            <w:noWrap/>
            <w:vAlign w:val="center"/>
            <w:hideMark/>
          </w:tcPr>
          <w:p w14:paraId="7E0B5ACF" w14:textId="77777777" w:rsidR="001D47F0"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605" w:type="dxa"/>
            <w:shd w:val="clear" w:color="auto" w:fill="auto"/>
            <w:noWrap/>
            <w:vAlign w:val="center"/>
            <w:hideMark/>
          </w:tcPr>
          <w:p w14:paraId="14A7C0B2" w14:textId="77777777" w:rsidR="001D47F0"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0.072</w:t>
            </w:r>
          </w:p>
        </w:tc>
      </w:tr>
      <w:tr w:rsidR="00E84C71" w:rsidRPr="00546614" w14:paraId="251BBE08" w14:textId="77777777" w:rsidTr="00132970">
        <w:trPr>
          <w:trHeight w:val="203"/>
          <w:jc w:val="center"/>
        </w:trPr>
        <w:tc>
          <w:tcPr>
            <w:tcW w:w="1206" w:type="dxa"/>
            <w:vMerge w:val="restart"/>
            <w:shd w:val="clear" w:color="auto" w:fill="auto"/>
            <w:noWrap/>
            <w:vAlign w:val="center"/>
            <w:hideMark/>
          </w:tcPr>
          <w:p w14:paraId="22E1C20F" w14:textId="7AD5C8E4" w:rsidR="00C81053" w:rsidRPr="00546614" w:rsidRDefault="001D5C5C">
            <w:pPr>
              <w:spacing w:line="240" w:lineRule="auto"/>
              <w:rPr>
                <w:rFonts w:ascii="Arial" w:eastAsia="Arial" w:hAnsi="Arial"/>
                <w:sz w:val="15"/>
                <w:szCs w:val="28"/>
              </w:rPr>
            </w:pPr>
            <w:r>
              <w:rPr>
                <w:rFonts w:ascii="Arial" w:eastAsia="Arial" w:hAnsi="Arial"/>
                <w:sz w:val="15"/>
                <w:szCs w:val="28"/>
              </w:rPr>
              <w:t>Lee administration</w:t>
            </w:r>
          </w:p>
        </w:tc>
        <w:tc>
          <w:tcPr>
            <w:tcW w:w="2039" w:type="dxa"/>
            <w:shd w:val="clear" w:color="auto" w:fill="auto"/>
            <w:noWrap/>
            <w:vAlign w:val="center"/>
            <w:hideMark/>
          </w:tcPr>
          <w:p w14:paraId="49DE8BA6"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2008</w:t>
            </w:r>
          </w:p>
        </w:tc>
        <w:tc>
          <w:tcPr>
            <w:tcW w:w="847" w:type="dxa"/>
            <w:shd w:val="clear" w:color="auto" w:fill="auto"/>
            <w:noWrap/>
            <w:vAlign w:val="center"/>
            <w:hideMark/>
          </w:tcPr>
          <w:p w14:paraId="79A033BF"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0.175</w:t>
            </w:r>
          </w:p>
        </w:tc>
        <w:tc>
          <w:tcPr>
            <w:tcW w:w="565" w:type="dxa"/>
            <w:shd w:val="clear" w:color="auto" w:fill="auto"/>
            <w:noWrap/>
            <w:vAlign w:val="center"/>
            <w:hideMark/>
          </w:tcPr>
          <w:p w14:paraId="11EE1B6E" w14:textId="77777777" w:rsidR="00E84C71"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74" w:type="dxa"/>
            <w:shd w:val="clear" w:color="auto" w:fill="auto"/>
            <w:noWrap/>
            <w:vAlign w:val="center"/>
            <w:hideMark/>
          </w:tcPr>
          <w:p w14:paraId="769EF3F2"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0.098</w:t>
            </w:r>
          </w:p>
        </w:tc>
        <w:tc>
          <w:tcPr>
            <w:tcW w:w="848" w:type="dxa"/>
            <w:shd w:val="clear" w:color="auto" w:fill="auto"/>
            <w:noWrap/>
            <w:vAlign w:val="center"/>
            <w:hideMark/>
          </w:tcPr>
          <w:p w14:paraId="4B017277"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0.124</w:t>
            </w:r>
          </w:p>
        </w:tc>
        <w:tc>
          <w:tcPr>
            <w:tcW w:w="565" w:type="dxa"/>
            <w:shd w:val="clear" w:color="auto" w:fill="auto"/>
            <w:noWrap/>
            <w:vAlign w:val="center"/>
            <w:hideMark/>
          </w:tcPr>
          <w:p w14:paraId="11911A46" w14:textId="77777777" w:rsidR="00E84C71"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74" w:type="dxa"/>
            <w:shd w:val="clear" w:color="auto" w:fill="auto"/>
            <w:noWrap/>
            <w:vAlign w:val="center"/>
            <w:hideMark/>
          </w:tcPr>
          <w:p w14:paraId="06A99725"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0.059</w:t>
            </w:r>
          </w:p>
        </w:tc>
        <w:tc>
          <w:tcPr>
            <w:tcW w:w="869" w:type="dxa"/>
            <w:shd w:val="clear" w:color="auto" w:fill="auto"/>
            <w:noWrap/>
            <w:vAlign w:val="center"/>
            <w:hideMark/>
          </w:tcPr>
          <w:p w14:paraId="33182442"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-0.534</w:t>
            </w:r>
          </w:p>
        </w:tc>
        <w:tc>
          <w:tcPr>
            <w:tcW w:w="636" w:type="dxa"/>
            <w:shd w:val="clear" w:color="auto" w:fill="auto"/>
            <w:noWrap/>
            <w:vAlign w:val="center"/>
            <w:hideMark/>
          </w:tcPr>
          <w:p w14:paraId="4033CC32" w14:textId="77777777" w:rsidR="00E84C71"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723" w:type="dxa"/>
            <w:shd w:val="clear" w:color="auto" w:fill="auto"/>
            <w:noWrap/>
            <w:vAlign w:val="center"/>
            <w:hideMark/>
          </w:tcPr>
          <w:p w14:paraId="1E2D7A4D"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0.076</w:t>
            </w:r>
          </w:p>
        </w:tc>
        <w:tc>
          <w:tcPr>
            <w:tcW w:w="861" w:type="dxa"/>
            <w:shd w:val="clear" w:color="auto" w:fill="auto"/>
            <w:noWrap/>
            <w:vAlign w:val="center"/>
            <w:hideMark/>
          </w:tcPr>
          <w:p w14:paraId="51B9912C"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0.337</w:t>
            </w:r>
          </w:p>
        </w:tc>
        <w:tc>
          <w:tcPr>
            <w:tcW w:w="657" w:type="dxa"/>
            <w:shd w:val="clear" w:color="auto" w:fill="auto"/>
            <w:noWrap/>
            <w:vAlign w:val="center"/>
            <w:hideMark/>
          </w:tcPr>
          <w:p w14:paraId="57031D79" w14:textId="77777777" w:rsidR="00E84C71"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82" w:type="dxa"/>
            <w:shd w:val="clear" w:color="auto" w:fill="auto"/>
            <w:noWrap/>
            <w:vAlign w:val="center"/>
            <w:hideMark/>
          </w:tcPr>
          <w:p w14:paraId="2D8E98A7"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0.065</w:t>
            </w:r>
          </w:p>
        </w:tc>
        <w:tc>
          <w:tcPr>
            <w:tcW w:w="829" w:type="dxa"/>
            <w:shd w:val="clear" w:color="auto" w:fill="auto"/>
            <w:noWrap/>
            <w:vAlign w:val="center"/>
            <w:hideMark/>
          </w:tcPr>
          <w:p w14:paraId="52831582"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0.311</w:t>
            </w:r>
          </w:p>
        </w:tc>
        <w:tc>
          <w:tcPr>
            <w:tcW w:w="669" w:type="dxa"/>
            <w:shd w:val="clear" w:color="auto" w:fill="auto"/>
            <w:noWrap/>
            <w:vAlign w:val="center"/>
            <w:hideMark/>
          </w:tcPr>
          <w:p w14:paraId="09DD0A13" w14:textId="77777777" w:rsidR="00E84C71"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605" w:type="dxa"/>
            <w:shd w:val="clear" w:color="auto" w:fill="auto"/>
            <w:noWrap/>
            <w:vAlign w:val="center"/>
            <w:hideMark/>
          </w:tcPr>
          <w:p w14:paraId="7FD83950"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0.062</w:t>
            </w:r>
          </w:p>
        </w:tc>
      </w:tr>
      <w:tr w:rsidR="00E84C71" w:rsidRPr="00546614" w14:paraId="5F5C41E1" w14:textId="77777777" w:rsidTr="00132970">
        <w:trPr>
          <w:trHeight w:val="203"/>
          <w:jc w:val="center"/>
        </w:trPr>
        <w:tc>
          <w:tcPr>
            <w:tcW w:w="1206" w:type="dxa"/>
            <w:vMerge/>
            <w:shd w:val="clear" w:color="auto" w:fill="auto"/>
            <w:noWrap/>
            <w:vAlign w:val="center"/>
            <w:hideMark/>
          </w:tcPr>
          <w:p w14:paraId="3455F812" w14:textId="77777777" w:rsidR="00E84C71" w:rsidRPr="00546614" w:rsidRDefault="00673AED" w:rsidP="001D47F0">
            <w:pPr>
              <w:spacing w:line="240" w:lineRule="auto"/>
              <w:rPr>
                <w:rFonts w:ascii="Arial" w:eastAsia="Arial" w:hAnsi="Arial"/>
                <w:sz w:val="15"/>
                <w:szCs w:val="28"/>
              </w:rPr>
            </w:pPr>
          </w:p>
        </w:tc>
        <w:tc>
          <w:tcPr>
            <w:tcW w:w="2039" w:type="dxa"/>
            <w:shd w:val="clear" w:color="auto" w:fill="auto"/>
            <w:noWrap/>
            <w:vAlign w:val="center"/>
            <w:hideMark/>
          </w:tcPr>
          <w:p w14:paraId="611AA919"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2010</w:t>
            </w:r>
          </w:p>
        </w:tc>
        <w:tc>
          <w:tcPr>
            <w:tcW w:w="847" w:type="dxa"/>
            <w:shd w:val="clear" w:color="auto" w:fill="auto"/>
            <w:noWrap/>
            <w:vAlign w:val="center"/>
            <w:hideMark/>
          </w:tcPr>
          <w:p w14:paraId="56D606C3"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-0.146</w:t>
            </w:r>
          </w:p>
        </w:tc>
        <w:tc>
          <w:tcPr>
            <w:tcW w:w="565" w:type="dxa"/>
            <w:shd w:val="clear" w:color="auto" w:fill="auto"/>
            <w:noWrap/>
            <w:vAlign w:val="center"/>
            <w:hideMark/>
          </w:tcPr>
          <w:p w14:paraId="6BCE4925" w14:textId="77777777" w:rsidR="00E84C71"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574" w:type="dxa"/>
            <w:shd w:val="clear" w:color="auto" w:fill="auto"/>
            <w:noWrap/>
            <w:vAlign w:val="center"/>
            <w:hideMark/>
          </w:tcPr>
          <w:p w14:paraId="63D8F644"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0.095</w:t>
            </w:r>
          </w:p>
        </w:tc>
        <w:tc>
          <w:tcPr>
            <w:tcW w:w="848" w:type="dxa"/>
            <w:shd w:val="clear" w:color="auto" w:fill="auto"/>
            <w:noWrap/>
            <w:vAlign w:val="center"/>
            <w:hideMark/>
          </w:tcPr>
          <w:p w14:paraId="156C8937"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0.080</w:t>
            </w:r>
          </w:p>
        </w:tc>
        <w:tc>
          <w:tcPr>
            <w:tcW w:w="565" w:type="dxa"/>
            <w:shd w:val="clear" w:color="auto" w:fill="auto"/>
            <w:noWrap/>
            <w:vAlign w:val="center"/>
            <w:hideMark/>
          </w:tcPr>
          <w:p w14:paraId="7FD8B5C7" w14:textId="77777777" w:rsidR="00E84C71"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574" w:type="dxa"/>
            <w:shd w:val="clear" w:color="auto" w:fill="auto"/>
            <w:noWrap/>
            <w:vAlign w:val="center"/>
            <w:hideMark/>
          </w:tcPr>
          <w:p w14:paraId="37C29957"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0.057</w:t>
            </w:r>
          </w:p>
        </w:tc>
        <w:tc>
          <w:tcPr>
            <w:tcW w:w="869" w:type="dxa"/>
            <w:shd w:val="clear" w:color="auto" w:fill="auto"/>
            <w:noWrap/>
            <w:vAlign w:val="center"/>
            <w:hideMark/>
          </w:tcPr>
          <w:p w14:paraId="3F8176CC"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-0.683</w:t>
            </w:r>
          </w:p>
        </w:tc>
        <w:tc>
          <w:tcPr>
            <w:tcW w:w="636" w:type="dxa"/>
            <w:shd w:val="clear" w:color="auto" w:fill="auto"/>
            <w:noWrap/>
            <w:vAlign w:val="center"/>
            <w:hideMark/>
          </w:tcPr>
          <w:p w14:paraId="64B741EE" w14:textId="77777777" w:rsidR="00E84C71"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723" w:type="dxa"/>
            <w:shd w:val="clear" w:color="auto" w:fill="auto"/>
            <w:noWrap/>
            <w:vAlign w:val="center"/>
            <w:hideMark/>
          </w:tcPr>
          <w:p w14:paraId="65692EC9"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0.074</w:t>
            </w:r>
          </w:p>
        </w:tc>
        <w:tc>
          <w:tcPr>
            <w:tcW w:w="861" w:type="dxa"/>
            <w:shd w:val="clear" w:color="auto" w:fill="auto"/>
            <w:noWrap/>
            <w:vAlign w:val="center"/>
            <w:hideMark/>
          </w:tcPr>
          <w:p w14:paraId="0F34C15F"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0.487</w:t>
            </w:r>
          </w:p>
        </w:tc>
        <w:tc>
          <w:tcPr>
            <w:tcW w:w="657" w:type="dxa"/>
            <w:shd w:val="clear" w:color="auto" w:fill="auto"/>
            <w:noWrap/>
            <w:vAlign w:val="center"/>
            <w:hideMark/>
          </w:tcPr>
          <w:p w14:paraId="75EAFFA6" w14:textId="77777777" w:rsidR="00E84C71"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82" w:type="dxa"/>
            <w:shd w:val="clear" w:color="auto" w:fill="auto"/>
            <w:noWrap/>
            <w:vAlign w:val="center"/>
            <w:hideMark/>
          </w:tcPr>
          <w:p w14:paraId="535E6E9A"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0.064</w:t>
            </w:r>
          </w:p>
        </w:tc>
        <w:tc>
          <w:tcPr>
            <w:tcW w:w="829" w:type="dxa"/>
            <w:shd w:val="clear" w:color="auto" w:fill="auto"/>
            <w:noWrap/>
            <w:vAlign w:val="center"/>
            <w:hideMark/>
          </w:tcPr>
          <w:p w14:paraId="68C5E7FA"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0.466</w:t>
            </w:r>
          </w:p>
        </w:tc>
        <w:tc>
          <w:tcPr>
            <w:tcW w:w="669" w:type="dxa"/>
            <w:shd w:val="clear" w:color="auto" w:fill="auto"/>
            <w:noWrap/>
            <w:vAlign w:val="center"/>
            <w:hideMark/>
          </w:tcPr>
          <w:p w14:paraId="0B616074" w14:textId="77777777" w:rsidR="00E84C71"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605" w:type="dxa"/>
            <w:shd w:val="clear" w:color="auto" w:fill="auto"/>
            <w:noWrap/>
            <w:vAlign w:val="center"/>
            <w:hideMark/>
          </w:tcPr>
          <w:p w14:paraId="31BDF492"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0.056</w:t>
            </w:r>
          </w:p>
        </w:tc>
      </w:tr>
      <w:tr w:rsidR="00E84C71" w:rsidRPr="00546614" w14:paraId="2F2D2B13" w14:textId="77777777" w:rsidTr="00132970">
        <w:trPr>
          <w:trHeight w:val="203"/>
          <w:jc w:val="center"/>
        </w:trPr>
        <w:tc>
          <w:tcPr>
            <w:tcW w:w="1206" w:type="dxa"/>
            <w:vMerge/>
            <w:shd w:val="clear" w:color="auto" w:fill="auto"/>
            <w:noWrap/>
            <w:vAlign w:val="center"/>
            <w:hideMark/>
          </w:tcPr>
          <w:p w14:paraId="71584175" w14:textId="77777777" w:rsidR="00E84C71" w:rsidRPr="00546614" w:rsidRDefault="00673AED" w:rsidP="001D47F0">
            <w:pPr>
              <w:spacing w:line="240" w:lineRule="auto"/>
              <w:rPr>
                <w:rFonts w:ascii="Arial" w:eastAsia="Arial" w:hAnsi="Arial"/>
                <w:sz w:val="15"/>
                <w:szCs w:val="28"/>
              </w:rPr>
            </w:pPr>
          </w:p>
        </w:tc>
        <w:tc>
          <w:tcPr>
            <w:tcW w:w="2039" w:type="dxa"/>
            <w:shd w:val="clear" w:color="auto" w:fill="auto"/>
            <w:noWrap/>
            <w:vAlign w:val="center"/>
            <w:hideMark/>
          </w:tcPr>
          <w:p w14:paraId="61D414D8"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2012</w:t>
            </w:r>
          </w:p>
        </w:tc>
        <w:tc>
          <w:tcPr>
            <w:tcW w:w="847" w:type="dxa"/>
            <w:shd w:val="clear" w:color="auto" w:fill="auto"/>
            <w:noWrap/>
            <w:vAlign w:val="center"/>
            <w:hideMark/>
          </w:tcPr>
          <w:p w14:paraId="20309FAD"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-0.023</w:t>
            </w:r>
          </w:p>
        </w:tc>
        <w:tc>
          <w:tcPr>
            <w:tcW w:w="565" w:type="dxa"/>
            <w:shd w:val="clear" w:color="auto" w:fill="auto"/>
            <w:noWrap/>
            <w:vAlign w:val="center"/>
            <w:hideMark/>
          </w:tcPr>
          <w:p w14:paraId="046A7755" w14:textId="77777777" w:rsidR="00E84C71"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574" w:type="dxa"/>
            <w:shd w:val="clear" w:color="auto" w:fill="auto"/>
            <w:noWrap/>
            <w:vAlign w:val="center"/>
            <w:hideMark/>
          </w:tcPr>
          <w:p w14:paraId="0370B64C"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0.102</w:t>
            </w:r>
          </w:p>
        </w:tc>
        <w:tc>
          <w:tcPr>
            <w:tcW w:w="848" w:type="dxa"/>
            <w:shd w:val="clear" w:color="auto" w:fill="auto"/>
            <w:noWrap/>
            <w:vAlign w:val="center"/>
            <w:hideMark/>
          </w:tcPr>
          <w:p w14:paraId="160E40DA"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-0.504</w:t>
            </w:r>
          </w:p>
        </w:tc>
        <w:tc>
          <w:tcPr>
            <w:tcW w:w="565" w:type="dxa"/>
            <w:shd w:val="clear" w:color="auto" w:fill="auto"/>
            <w:noWrap/>
            <w:vAlign w:val="center"/>
            <w:hideMark/>
          </w:tcPr>
          <w:p w14:paraId="3BDAAA5C" w14:textId="77777777" w:rsidR="00E84C71"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74" w:type="dxa"/>
            <w:shd w:val="clear" w:color="auto" w:fill="auto"/>
            <w:noWrap/>
            <w:vAlign w:val="center"/>
            <w:hideMark/>
          </w:tcPr>
          <w:p w14:paraId="4EC669FB"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0.067</w:t>
            </w:r>
          </w:p>
        </w:tc>
        <w:tc>
          <w:tcPr>
            <w:tcW w:w="869" w:type="dxa"/>
            <w:shd w:val="clear" w:color="auto" w:fill="auto"/>
            <w:noWrap/>
            <w:vAlign w:val="center"/>
            <w:hideMark/>
          </w:tcPr>
          <w:p w14:paraId="2CDCA4DE"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0.606</w:t>
            </w:r>
          </w:p>
        </w:tc>
        <w:tc>
          <w:tcPr>
            <w:tcW w:w="636" w:type="dxa"/>
            <w:shd w:val="clear" w:color="auto" w:fill="auto"/>
            <w:noWrap/>
            <w:vAlign w:val="center"/>
            <w:hideMark/>
          </w:tcPr>
          <w:p w14:paraId="27AD9498" w14:textId="77777777" w:rsidR="00E84C71"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723" w:type="dxa"/>
            <w:shd w:val="clear" w:color="auto" w:fill="auto"/>
            <w:noWrap/>
            <w:vAlign w:val="center"/>
            <w:hideMark/>
          </w:tcPr>
          <w:p w14:paraId="492A4AAF"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0.070</w:t>
            </w:r>
          </w:p>
        </w:tc>
        <w:tc>
          <w:tcPr>
            <w:tcW w:w="861" w:type="dxa"/>
            <w:shd w:val="clear" w:color="auto" w:fill="auto"/>
            <w:noWrap/>
            <w:vAlign w:val="center"/>
            <w:hideMark/>
          </w:tcPr>
          <w:p w14:paraId="767FEFA4"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0.323</w:t>
            </w:r>
          </w:p>
        </w:tc>
        <w:tc>
          <w:tcPr>
            <w:tcW w:w="657" w:type="dxa"/>
            <w:shd w:val="clear" w:color="auto" w:fill="auto"/>
            <w:noWrap/>
            <w:vAlign w:val="center"/>
            <w:hideMark/>
          </w:tcPr>
          <w:p w14:paraId="25195F24" w14:textId="77777777" w:rsidR="00E84C71"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82" w:type="dxa"/>
            <w:shd w:val="clear" w:color="auto" w:fill="auto"/>
            <w:noWrap/>
            <w:vAlign w:val="center"/>
            <w:hideMark/>
          </w:tcPr>
          <w:p w14:paraId="5963A598"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0.065</w:t>
            </w:r>
          </w:p>
        </w:tc>
        <w:tc>
          <w:tcPr>
            <w:tcW w:w="829" w:type="dxa"/>
            <w:shd w:val="clear" w:color="auto" w:fill="auto"/>
            <w:noWrap/>
            <w:vAlign w:val="center"/>
            <w:hideMark/>
          </w:tcPr>
          <w:p w14:paraId="5ED496ED"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-0.477</w:t>
            </w:r>
          </w:p>
        </w:tc>
        <w:tc>
          <w:tcPr>
            <w:tcW w:w="669" w:type="dxa"/>
            <w:shd w:val="clear" w:color="auto" w:fill="auto"/>
            <w:noWrap/>
            <w:vAlign w:val="center"/>
            <w:hideMark/>
          </w:tcPr>
          <w:p w14:paraId="1CAEF2B8" w14:textId="77777777" w:rsidR="00E84C71"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605" w:type="dxa"/>
            <w:shd w:val="clear" w:color="auto" w:fill="auto"/>
            <w:noWrap/>
            <w:vAlign w:val="center"/>
            <w:hideMark/>
          </w:tcPr>
          <w:p w14:paraId="7EA2308A"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0.076</w:t>
            </w:r>
          </w:p>
        </w:tc>
      </w:tr>
      <w:tr w:rsidR="00E84C71" w:rsidRPr="00546614" w14:paraId="3319A9C3" w14:textId="77777777" w:rsidTr="00132970">
        <w:trPr>
          <w:trHeight w:val="203"/>
          <w:jc w:val="center"/>
        </w:trPr>
        <w:tc>
          <w:tcPr>
            <w:tcW w:w="1206" w:type="dxa"/>
            <w:vMerge w:val="restart"/>
            <w:shd w:val="clear" w:color="auto" w:fill="auto"/>
            <w:noWrap/>
            <w:vAlign w:val="center"/>
            <w:hideMark/>
          </w:tcPr>
          <w:p w14:paraId="72DA4500" w14:textId="7F1C6DC9" w:rsidR="00C81053" w:rsidRPr="00546614" w:rsidRDefault="001D5C5C">
            <w:pPr>
              <w:spacing w:line="240" w:lineRule="auto"/>
              <w:rPr>
                <w:rFonts w:ascii="Arial" w:eastAsia="Arial" w:hAnsi="Arial"/>
                <w:sz w:val="15"/>
                <w:szCs w:val="28"/>
              </w:rPr>
            </w:pPr>
            <w:r>
              <w:rPr>
                <w:rFonts w:ascii="Arial" w:eastAsia="Arial" w:hAnsi="Arial"/>
                <w:sz w:val="15"/>
                <w:szCs w:val="28"/>
              </w:rPr>
              <w:t>Park administration</w:t>
            </w:r>
          </w:p>
        </w:tc>
        <w:tc>
          <w:tcPr>
            <w:tcW w:w="2039" w:type="dxa"/>
            <w:shd w:val="clear" w:color="auto" w:fill="auto"/>
            <w:noWrap/>
            <w:vAlign w:val="center"/>
            <w:hideMark/>
          </w:tcPr>
          <w:p w14:paraId="3A960DAE"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2014</w:t>
            </w:r>
          </w:p>
        </w:tc>
        <w:tc>
          <w:tcPr>
            <w:tcW w:w="847" w:type="dxa"/>
            <w:shd w:val="clear" w:color="auto" w:fill="auto"/>
            <w:noWrap/>
            <w:vAlign w:val="center"/>
            <w:hideMark/>
          </w:tcPr>
          <w:p w14:paraId="2997AFA4"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-0.346</w:t>
            </w:r>
          </w:p>
        </w:tc>
        <w:tc>
          <w:tcPr>
            <w:tcW w:w="565" w:type="dxa"/>
            <w:shd w:val="clear" w:color="auto" w:fill="auto"/>
            <w:noWrap/>
            <w:vAlign w:val="center"/>
            <w:hideMark/>
          </w:tcPr>
          <w:p w14:paraId="3B3A01D7" w14:textId="77777777" w:rsidR="00E84C71"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74" w:type="dxa"/>
            <w:shd w:val="clear" w:color="auto" w:fill="auto"/>
            <w:noWrap/>
            <w:vAlign w:val="center"/>
            <w:hideMark/>
          </w:tcPr>
          <w:p w14:paraId="3B657816"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0.123</w:t>
            </w:r>
          </w:p>
        </w:tc>
        <w:tc>
          <w:tcPr>
            <w:tcW w:w="848" w:type="dxa"/>
            <w:shd w:val="clear" w:color="auto" w:fill="auto"/>
            <w:noWrap/>
            <w:vAlign w:val="center"/>
            <w:hideMark/>
          </w:tcPr>
          <w:p w14:paraId="3EBCBBCF"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0.350</w:t>
            </w:r>
          </w:p>
        </w:tc>
        <w:tc>
          <w:tcPr>
            <w:tcW w:w="565" w:type="dxa"/>
            <w:shd w:val="clear" w:color="auto" w:fill="auto"/>
            <w:noWrap/>
            <w:vAlign w:val="center"/>
            <w:hideMark/>
          </w:tcPr>
          <w:p w14:paraId="697DC98A" w14:textId="77777777" w:rsidR="00E84C71"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74" w:type="dxa"/>
            <w:shd w:val="clear" w:color="auto" w:fill="auto"/>
            <w:noWrap/>
            <w:vAlign w:val="center"/>
            <w:hideMark/>
          </w:tcPr>
          <w:p w14:paraId="19A9AF11"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0.066</w:t>
            </w:r>
          </w:p>
        </w:tc>
        <w:tc>
          <w:tcPr>
            <w:tcW w:w="869" w:type="dxa"/>
            <w:shd w:val="clear" w:color="auto" w:fill="auto"/>
            <w:noWrap/>
            <w:vAlign w:val="center"/>
            <w:hideMark/>
          </w:tcPr>
          <w:p w14:paraId="1DADE34A"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0.520</w:t>
            </w:r>
          </w:p>
        </w:tc>
        <w:tc>
          <w:tcPr>
            <w:tcW w:w="636" w:type="dxa"/>
            <w:shd w:val="clear" w:color="auto" w:fill="auto"/>
            <w:noWrap/>
            <w:vAlign w:val="center"/>
            <w:hideMark/>
          </w:tcPr>
          <w:p w14:paraId="32F545A1" w14:textId="77777777" w:rsidR="00E84C71"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723" w:type="dxa"/>
            <w:shd w:val="clear" w:color="auto" w:fill="auto"/>
            <w:noWrap/>
            <w:vAlign w:val="center"/>
            <w:hideMark/>
          </w:tcPr>
          <w:p w14:paraId="067D10BA"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0.073</w:t>
            </w:r>
          </w:p>
        </w:tc>
        <w:tc>
          <w:tcPr>
            <w:tcW w:w="861" w:type="dxa"/>
            <w:shd w:val="clear" w:color="auto" w:fill="auto"/>
            <w:noWrap/>
            <w:vAlign w:val="center"/>
            <w:hideMark/>
          </w:tcPr>
          <w:p w14:paraId="06F75DE1"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0.098</w:t>
            </w:r>
          </w:p>
        </w:tc>
        <w:tc>
          <w:tcPr>
            <w:tcW w:w="657" w:type="dxa"/>
            <w:shd w:val="clear" w:color="auto" w:fill="auto"/>
            <w:noWrap/>
            <w:vAlign w:val="center"/>
            <w:hideMark/>
          </w:tcPr>
          <w:p w14:paraId="5AD93DF4" w14:textId="77777777" w:rsidR="00E84C71"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582" w:type="dxa"/>
            <w:shd w:val="clear" w:color="auto" w:fill="auto"/>
            <w:noWrap/>
            <w:vAlign w:val="center"/>
            <w:hideMark/>
          </w:tcPr>
          <w:p w14:paraId="5B2AA2D7"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0.067</w:t>
            </w:r>
          </w:p>
        </w:tc>
        <w:tc>
          <w:tcPr>
            <w:tcW w:w="829" w:type="dxa"/>
            <w:shd w:val="clear" w:color="auto" w:fill="auto"/>
            <w:noWrap/>
            <w:vAlign w:val="center"/>
            <w:hideMark/>
          </w:tcPr>
          <w:p w14:paraId="0DB5ECD9"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-0.223</w:t>
            </w:r>
          </w:p>
        </w:tc>
        <w:tc>
          <w:tcPr>
            <w:tcW w:w="669" w:type="dxa"/>
            <w:shd w:val="clear" w:color="auto" w:fill="auto"/>
            <w:noWrap/>
            <w:vAlign w:val="center"/>
            <w:hideMark/>
          </w:tcPr>
          <w:p w14:paraId="174BF309" w14:textId="77777777" w:rsidR="00E84C71"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605" w:type="dxa"/>
            <w:shd w:val="clear" w:color="auto" w:fill="auto"/>
            <w:noWrap/>
            <w:vAlign w:val="center"/>
            <w:hideMark/>
          </w:tcPr>
          <w:p w14:paraId="57B76E92"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0.084</w:t>
            </w:r>
          </w:p>
        </w:tc>
      </w:tr>
      <w:tr w:rsidR="00E84C71" w:rsidRPr="00546614" w14:paraId="47E1720B" w14:textId="77777777" w:rsidTr="00132970">
        <w:trPr>
          <w:trHeight w:val="203"/>
          <w:jc w:val="center"/>
        </w:trPr>
        <w:tc>
          <w:tcPr>
            <w:tcW w:w="1206" w:type="dxa"/>
            <w:vMerge/>
            <w:shd w:val="clear" w:color="auto" w:fill="auto"/>
            <w:noWrap/>
            <w:vAlign w:val="center"/>
            <w:hideMark/>
          </w:tcPr>
          <w:p w14:paraId="7A9265B1" w14:textId="77777777" w:rsidR="00E84C71" w:rsidRPr="00546614" w:rsidRDefault="00673AED" w:rsidP="001D47F0">
            <w:pPr>
              <w:spacing w:line="240" w:lineRule="auto"/>
              <w:rPr>
                <w:rFonts w:eastAsia="맑은 고딕" w:cs="Times New Roman"/>
                <w:color w:val="000000"/>
                <w:sz w:val="15"/>
                <w:szCs w:val="28"/>
              </w:rPr>
            </w:pPr>
          </w:p>
        </w:tc>
        <w:tc>
          <w:tcPr>
            <w:tcW w:w="2039" w:type="dxa"/>
            <w:shd w:val="clear" w:color="auto" w:fill="auto"/>
            <w:noWrap/>
            <w:vAlign w:val="center"/>
            <w:hideMark/>
          </w:tcPr>
          <w:p w14:paraId="5D543EEB"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2016</w:t>
            </w:r>
          </w:p>
        </w:tc>
        <w:tc>
          <w:tcPr>
            <w:tcW w:w="847" w:type="dxa"/>
            <w:shd w:val="clear" w:color="auto" w:fill="auto"/>
            <w:noWrap/>
            <w:vAlign w:val="center"/>
            <w:hideMark/>
          </w:tcPr>
          <w:p w14:paraId="03FEB4E3"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-0.556</w:t>
            </w:r>
          </w:p>
        </w:tc>
        <w:tc>
          <w:tcPr>
            <w:tcW w:w="565" w:type="dxa"/>
            <w:shd w:val="clear" w:color="auto" w:fill="auto"/>
            <w:noWrap/>
            <w:vAlign w:val="center"/>
            <w:hideMark/>
          </w:tcPr>
          <w:p w14:paraId="5D6E1113" w14:textId="77777777" w:rsidR="00E84C71"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74" w:type="dxa"/>
            <w:shd w:val="clear" w:color="auto" w:fill="auto"/>
            <w:noWrap/>
            <w:vAlign w:val="center"/>
            <w:hideMark/>
          </w:tcPr>
          <w:p w14:paraId="6291F0F9"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0.131</w:t>
            </w:r>
          </w:p>
        </w:tc>
        <w:tc>
          <w:tcPr>
            <w:tcW w:w="848" w:type="dxa"/>
            <w:shd w:val="clear" w:color="auto" w:fill="auto"/>
            <w:noWrap/>
            <w:vAlign w:val="center"/>
            <w:hideMark/>
          </w:tcPr>
          <w:p w14:paraId="13D66FF4"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-0.069</w:t>
            </w:r>
          </w:p>
        </w:tc>
        <w:tc>
          <w:tcPr>
            <w:tcW w:w="565" w:type="dxa"/>
            <w:shd w:val="clear" w:color="auto" w:fill="auto"/>
            <w:noWrap/>
            <w:vAlign w:val="center"/>
            <w:hideMark/>
          </w:tcPr>
          <w:p w14:paraId="2491A1E8" w14:textId="77777777" w:rsidR="00E84C71"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574" w:type="dxa"/>
            <w:shd w:val="clear" w:color="auto" w:fill="auto"/>
            <w:noWrap/>
            <w:vAlign w:val="center"/>
            <w:hideMark/>
          </w:tcPr>
          <w:p w14:paraId="01FD18F4"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0.072</w:t>
            </w:r>
          </w:p>
        </w:tc>
        <w:tc>
          <w:tcPr>
            <w:tcW w:w="869" w:type="dxa"/>
            <w:shd w:val="clear" w:color="auto" w:fill="auto"/>
            <w:noWrap/>
            <w:vAlign w:val="center"/>
            <w:hideMark/>
          </w:tcPr>
          <w:p w14:paraId="65B2E9AF"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0.457</w:t>
            </w:r>
          </w:p>
        </w:tc>
        <w:tc>
          <w:tcPr>
            <w:tcW w:w="636" w:type="dxa"/>
            <w:shd w:val="clear" w:color="auto" w:fill="auto"/>
            <w:noWrap/>
            <w:vAlign w:val="center"/>
            <w:hideMark/>
          </w:tcPr>
          <w:p w14:paraId="1BBBBC64" w14:textId="77777777" w:rsidR="00E84C71"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723" w:type="dxa"/>
            <w:shd w:val="clear" w:color="auto" w:fill="auto"/>
            <w:noWrap/>
            <w:vAlign w:val="center"/>
            <w:hideMark/>
          </w:tcPr>
          <w:p w14:paraId="0C36FC55"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0.073</w:t>
            </w:r>
          </w:p>
        </w:tc>
        <w:tc>
          <w:tcPr>
            <w:tcW w:w="861" w:type="dxa"/>
            <w:shd w:val="clear" w:color="auto" w:fill="auto"/>
            <w:noWrap/>
            <w:vAlign w:val="center"/>
            <w:hideMark/>
          </w:tcPr>
          <w:p w14:paraId="347AFE9B"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-0.008</w:t>
            </w:r>
          </w:p>
        </w:tc>
        <w:tc>
          <w:tcPr>
            <w:tcW w:w="657" w:type="dxa"/>
            <w:shd w:val="clear" w:color="auto" w:fill="auto"/>
            <w:noWrap/>
            <w:vAlign w:val="center"/>
            <w:hideMark/>
          </w:tcPr>
          <w:p w14:paraId="6D863CD9" w14:textId="77777777" w:rsidR="00E84C71"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582" w:type="dxa"/>
            <w:shd w:val="clear" w:color="auto" w:fill="auto"/>
            <w:noWrap/>
            <w:vAlign w:val="center"/>
            <w:hideMark/>
          </w:tcPr>
          <w:p w14:paraId="51D9480B"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0.068</w:t>
            </w:r>
          </w:p>
        </w:tc>
        <w:tc>
          <w:tcPr>
            <w:tcW w:w="829" w:type="dxa"/>
            <w:shd w:val="clear" w:color="auto" w:fill="auto"/>
            <w:noWrap/>
            <w:vAlign w:val="center"/>
            <w:hideMark/>
          </w:tcPr>
          <w:p w14:paraId="17ADA78A"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0.054</w:t>
            </w:r>
          </w:p>
        </w:tc>
        <w:tc>
          <w:tcPr>
            <w:tcW w:w="669" w:type="dxa"/>
            <w:shd w:val="clear" w:color="auto" w:fill="auto"/>
            <w:noWrap/>
            <w:vAlign w:val="center"/>
            <w:hideMark/>
          </w:tcPr>
          <w:p w14:paraId="7C010EEE" w14:textId="77777777" w:rsidR="00E84C71"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605" w:type="dxa"/>
            <w:shd w:val="clear" w:color="auto" w:fill="auto"/>
            <w:noWrap/>
            <w:vAlign w:val="center"/>
            <w:hideMark/>
          </w:tcPr>
          <w:p w14:paraId="4FA6AA56"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0.079</w:t>
            </w:r>
          </w:p>
        </w:tc>
      </w:tr>
      <w:tr w:rsidR="00E84C71" w:rsidRPr="00546614" w14:paraId="1C59E981" w14:textId="77777777" w:rsidTr="00132970">
        <w:trPr>
          <w:trHeight w:val="203"/>
          <w:jc w:val="center"/>
        </w:trPr>
        <w:tc>
          <w:tcPr>
            <w:tcW w:w="1206" w:type="dxa"/>
            <w:vMerge w:val="restart"/>
            <w:shd w:val="clear" w:color="auto" w:fill="auto"/>
            <w:noWrap/>
            <w:vAlign w:val="center"/>
            <w:hideMark/>
          </w:tcPr>
          <w:p w14:paraId="2EE0F0CE" w14:textId="52911259" w:rsidR="00C81053" w:rsidRPr="00546614" w:rsidRDefault="001D5C5C">
            <w:pPr>
              <w:spacing w:line="240" w:lineRule="auto"/>
              <w:rPr>
                <w:sz w:val="15"/>
                <w:szCs w:val="28"/>
              </w:rPr>
            </w:pPr>
            <w:r>
              <w:rPr>
                <w:rFonts w:ascii="Arial" w:eastAsia="Arial" w:hAnsi="Arial"/>
                <w:sz w:val="15"/>
                <w:szCs w:val="28"/>
              </w:rPr>
              <w:t>Moon administration</w:t>
            </w:r>
          </w:p>
        </w:tc>
        <w:tc>
          <w:tcPr>
            <w:tcW w:w="2039" w:type="dxa"/>
            <w:shd w:val="clear" w:color="auto" w:fill="auto"/>
            <w:noWrap/>
            <w:vAlign w:val="center"/>
            <w:hideMark/>
          </w:tcPr>
          <w:p w14:paraId="0682DC64"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2017</w:t>
            </w:r>
          </w:p>
        </w:tc>
        <w:tc>
          <w:tcPr>
            <w:tcW w:w="847" w:type="dxa"/>
            <w:shd w:val="clear" w:color="auto" w:fill="auto"/>
            <w:noWrap/>
            <w:vAlign w:val="center"/>
            <w:hideMark/>
          </w:tcPr>
          <w:p w14:paraId="654D9BBA"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-0.099</w:t>
            </w:r>
          </w:p>
        </w:tc>
        <w:tc>
          <w:tcPr>
            <w:tcW w:w="565" w:type="dxa"/>
            <w:shd w:val="clear" w:color="auto" w:fill="auto"/>
            <w:noWrap/>
            <w:vAlign w:val="center"/>
            <w:hideMark/>
          </w:tcPr>
          <w:p w14:paraId="6D5C1FA2" w14:textId="77777777" w:rsidR="00E84C71"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574" w:type="dxa"/>
            <w:shd w:val="clear" w:color="auto" w:fill="auto"/>
            <w:noWrap/>
            <w:vAlign w:val="center"/>
            <w:hideMark/>
          </w:tcPr>
          <w:p w14:paraId="02368DBB"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0.086</w:t>
            </w:r>
          </w:p>
        </w:tc>
        <w:tc>
          <w:tcPr>
            <w:tcW w:w="848" w:type="dxa"/>
            <w:shd w:val="clear" w:color="auto" w:fill="auto"/>
            <w:noWrap/>
            <w:vAlign w:val="center"/>
            <w:hideMark/>
          </w:tcPr>
          <w:p w14:paraId="01E7E66D"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-0.202</w:t>
            </w:r>
          </w:p>
        </w:tc>
        <w:tc>
          <w:tcPr>
            <w:tcW w:w="565" w:type="dxa"/>
            <w:shd w:val="clear" w:color="auto" w:fill="auto"/>
            <w:noWrap/>
            <w:vAlign w:val="center"/>
            <w:hideMark/>
          </w:tcPr>
          <w:p w14:paraId="387F8C83" w14:textId="77777777" w:rsidR="00E84C71"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74" w:type="dxa"/>
            <w:shd w:val="clear" w:color="auto" w:fill="auto"/>
            <w:noWrap/>
            <w:vAlign w:val="center"/>
            <w:hideMark/>
          </w:tcPr>
          <w:p w14:paraId="103E4ED0"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0.057</w:t>
            </w:r>
          </w:p>
        </w:tc>
        <w:tc>
          <w:tcPr>
            <w:tcW w:w="869" w:type="dxa"/>
            <w:shd w:val="clear" w:color="auto" w:fill="auto"/>
            <w:noWrap/>
            <w:vAlign w:val="center"/>
            <w:hideMark/>
          </w:tcPr>
          <w:p w14:paraId="41622980"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0.249</w:t>
            </w:r>
          </w:p>
        </w:tc>
        <w:tc>
          <w:tcPr>
            <w:tcW w:w="636" w:type="dxa"/>
            <w:shd w:val="clear" w:color="auto" w:fill="auto"/>
            <w:noWrap/>
            <w:vAlign w:val="center"/>
            <w:hideMark/>
          </w:tcPr>
          <w:p w14:paraId="6DDEE638" w14:textId="77777777" w:rsidR="00E84C71"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723" w:type="dxa"/>
            <w:shd w:val="clear" w:color="auto" w:fill="auto"/>
            <w:noWrap/>
            <w:vAlign w:val="center"/>
            <w:hideMark/>
          </w:tcPr>
          <w:p w14:paraId="1B32E091"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0.069</w:t>
            </w:r>
          </w:p>
        </w:tc>
        <w:tc>
          <w:tcPr>
            <w:tcW w:w="861" w:type="dxa"/>
            <w:shd w:val="clear" w:color="auto" w:fill="auto"/>
            <w:noWrap/>
            <w:vAlign w:val="center"/>
            <w:hideMark/>
          </w:tcPr>
          <w:p w14:paraId="09DDD5A6"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-0.286</w:t>
            </w:r>
          </w:p>
        </w:tc>
        <w:tc>
          <w:tcPr>
            <w:tcW w:w="657" w:type="dxa"/>
            <w:shd w:val="clear" w:color="auto" w:fill="auto"/>
            <w:noWrap/>
            <w:vAlign w:val="center"/>
            <w:hideMark/>
          </w:tcPr>
          <w:p w14:paraId="1E59F2E9" w14:textId="77777777" w:rsidR="00E84C71"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82" w:type="dxa"/>
            <w:shd w:val="clear" w:color="auto" w:fill="auto"/>
            <w:noWrap/>
            <w:vAlign w:val="center"/>
            <w:hideMark/>
          </w:tcPr>
          <w:p w14:paraId="7BC8918F"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0.064</w:t>
            </w:r>
          </w:p>
        </w:tc>
        <w:tc>
          <w:tcPr>
            <w:tcW w:w="829" w:type="dxa"/>
            <w:shd w:val="clear" w:color="auto" w:fill="auto"/>
            <w:noWrap/>
            <w:vAlign w:val="center"/>
            <w:hideMark/>
          </w:tcPr>
          <w:p w14:paraId="58850EA3"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0.160</w:t>
            </w:r>
          </w:p>
        </w:tc>
        <w:tc>
          <w:tcPr>
            <w:tcW w:w="669" w:type="dxa"/>
            <w:shd w:val="clear" w:color="auto" w:fill="auto"/>
            <w:noWrap/>
            <w:vAlign w:val="center"/>
            <w:hideMark/>
          </w:tcPr>
          <w:p w14:paraId="038F6E71" w14:textId="77777777" w:rsidR="00E84C71"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605" w:type="dxa"/>
            <w:shd w:val="clear" w:color="auto" w:fill="auto"/>
            <w:noWrap/>
            <w:vAlign w:val="center"/>
            <w:hideMark/>
          </w:tcPr>
          <w:p w14:paraId="308C95C1"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0.055</w:t>
            </w:r>
          </w:p>
        </w:tc>
      </w:tr>
      <w:tr w:rsidR="00E84C71" w:rsidRPr="00546614" w14:paraId="29FDD31A" w14:textId="77777777" w:rsidTr="00132970">
        <w:trPr>
          <w:trHeight w:val="203"/>
          <w:jc w:val="center"/>
        </w:trPr>
        <w:tc>
          <w:tcPr>
            <w:tcW w:w="1206" w:type="dxa"/>
            <w:vMerge/>
            <w:shd w:val="clear" w:color="auto" w:fill="auto"/>
            <w:noWrap/>
            <w:vAlign w:val="center"/>
            <w:hideMark/>
          </w:tcPr>
          <w:p w14:paraId="405FABEA" w14:textId="77777777" w:rsidR="00E84C71" w:rsidRPr="00546614" w:rsidRDefault="00673AED" w:rsidP="001D47F0">
            <w:pPr>
              <w:spacing w:line="240" w:lineRule="auto"/>
              <w:rPr>
                <w:rFonts w:eastAsia="맑은 고딕" w:cs="Times New Roman"/>
                <w:color w:val="000000"/>
                <w:sz w:val="15"/>
                <w:szCs w:val="28"/>
              </w:rPr>
            </w:pPr>
          </w:p>
        </w:tc>
        <w:tc>
          <w:tcPr>
            <w:tcW w:w="2039" w:type="dxa"/>
            <w:shd w:val="clear" w:color="auto" w:fill="auto"/>
            <w:noWrap/>
            <w:vAlign w:val="center"/>
            <w:hideMark/>
          </w:tcPr>
          <w:p w14:paraId="315316BC"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2018</w:t>
            </w:r>
          </w:p>
        </w:tc>
        <w:tc>
          <w:tcPr>
            <w:tcW w:w="847" w:type="dxa"/>
            <w:shd w:val="clear" w:color="auto" w:fill="auto"/>
            <w:noWrap/>
            <w:vAlign w:val="center"/>
            <w:hideMark/>
          </w:tcPr>
          <w:p w14:paraId="5B9C0542"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0.179</w:t>
            </w:r>
          </w:p>
        </w:tc>
        <w:tc>
          <w:tcPr>
            <w:tcW w:w="565" w:type="dxa"/>
            <w:shd w:val="clear" w:color="auto" w:fill="auto"/>
            <w:noWrap/>
            <w:vAlign w:val="center"/>
            <w:hideMark/>
          </w:tcPr>
          <w:p w14:paraId="0B82A273" w14:textId="77777777" w:rsidR="00E84C71"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74" w:type="dxa"/>
            <w:shd w:val="clear" w:color="auto" w:fill="auto"/>
            <w:noWrap/>
            <w:vAlign w:val="center"/>
            <w:hideMark/>
          </w:tcPr>
          <w:p w14:paraId="2D9ED7B7"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0.080</w:t>
            </w:r>
          </w:p>
        </w:tc>
        <w:tc>
          <w:tcPr>
            <w:tcW w:w="848" w:type="dxa"/>
            <w:shd w:val="clear" w:color="auto" w:fill="auto"/>
            <w:noWrap/>
            <w:vAlign w:val="center"/>
            <w:hideMark/>
          </w:tcPr>
          <w:p w14:paraId="41C65B53"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-0.129</w:t>
            </w:r>
          </w:p>
        </w:tc>
        <w:tc>
          <w:tcPr>
            <w:tcW w:w="565" w:type="dxa"/>
            <w:shd w:val="clear" w:color="auto" w:fill="auto"/>
            <w:noWrap/>
            <w:vAlign w:val="center"/>
            <w:hideMark/>
          </w:tcPr>
          <w:p w14:paraId="71AA62CE" w14:textId="77777777" w:rsidR="00E84C71"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74" w:type="dxa"/>
            <w:shd w:val="clear" w:color="auto" w:fill="auto"/>
            <w:noWrap/>
            <w:vAlign w:val="center"/>
            <w:hideMark/>
          </w:tcPr>
          <w:p w14:paraId="309D6901"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0.058</w:t>
            </w:r>
          </w:p>
        </w:tc>
        <w:tc>
          <w:tcPr>
            <w:tcW w:w="869" w:type="dxa"/>
            <w:shd w:val="clear" w:color="auto" w:fill="auto"/>
            <w:noWrap/>
            <w:vAlign w:val="center"/>
            <w:hideMark/>
          </w:tcPr>
          <w:p w14:paraId="21D2220F"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0.303</w:t>
            </w:r>
          </w:p>
        </w:tc>
        <w:tc>
          <w:tcPr>
            <w:tcW w:w="636" w:type="dxa"/>
            <w:shd w:val="clear" w:color="auto" w:fill="auto"/>
            <w:noWrap/>
            <w:vAlign w:val="center"/>
            <w:hideMark/>
          </w:tcPr>
          <w:p w14:paraId="157152FF" w14:textId="77777777" w:rsidR="00E84C71"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723" w:type="dxa"/>
            <w:shd w:val="clear" w:color="auto" w:fill="auto"/>
            <w:noWrap/>
            <w:vAlign w:val="center"/>
            <w:hideMark/>
          </w:tcPr>
          <w:p w14:paraId="3789C74C"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0.068</w:t>
            </w:r>
          </w:p>
        </w:tc>
        <w:tc>
          <w:tcPr>
            <w:tcW w:w="861" w:type="dxa"/>
            <w:shd w:val="clear" w:color="auto" w:fill="auto"/>
            <w:noWrap/>
            <w:vAlign w:val="center"/>
            <w:hideMark/>
          </w:tcPr>
          <w:p w14:paraId="3BAF6D1A"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-0.297</w:t>
            </w:r>
          </w:p>
        </w:tc>
        <w:tc>
          <w:tcPr>
            <w:tcW w:w="657" w:type="dxa"/>
            <w:shd w:val="clear" w:color="auto" w:fill="auto"/>
            <w:noWrap/>
            <w:vAlign w:val="center"/>
            <w:hideMark/>
          </w:tcPr>
          <w:p w14:paraId="53F944A7" w14:textId="77777777" w:rsidR="00E84C71"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82" w:type="dxa"/>
            <w:shd w:val="clear" w:color="auto" w:fill="auto"/>
            <w:noWrap/>
            <w:vAlign w:val="center"/>
            <w:hideMark/>
          </w:tcPr>
          <w:p w14:paraId="1CCB9C14"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0.064</w:t>
            </w:r>
          </w:p>
        </w:tc>
        <w:tc>
          <w:tcPr>
            <w:tcW w:w="829" w:type="dxa"/>
            <w:shd w:val="clear" w:color="auto" w:fill="auto"/>
            <w:noWrap/>
            <w:vAlign w:val="center"/>
            <w:hideMark/>
          </w:tcPr>
          <w:p w14:paraId="4A2F63D6"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0.084</w:t>
            </w:r>
          </w:p>
        </w:tc>
        <w:tc>
          <w:tcPr>
            <w:tcW w:w="669" w:type="dxa"/>
            <w:shd w:val="clear" w:color="auto" w:fill="auto"/>
            <w:noWrap/>
            <w:vAlign w:val="center"/>
            <w:hideMark/>
          </w:tcPr>
          <w:p w14:paraId="1715E7E7" w14:textId="77777777" w:rsidR="00E84C71"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605" w:type="dxa"/>
            <w:shd w:val="clear" w:color="auto" w:fill="auto"/>
            <w:noWrap/>
            <w:vAlign w:val="center"/>
            <w:hideMark/>
          </w:tcPr>
          <w:p w14:paraId="3E6E569E"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0.056</w:t>
            </w:r>
          </w:p>
        </w:tc>
      </w:tr>
      <w:tr w:rsidR="00E84C71" w:rsidRPr="00546614" w14:paraId="6EA97A86" w14:textId="77777777" w:rsidTr="00132970">
        <w:trPr>
          <w:trHeight w:val="203"/>
          <w:jc w:val="center"/>
        </w:trPr>
        <w:tc>
          <w:tcPr>
            <w:tcW w:w="1206" w:type="dxa"/>
            <w:vMerge/>
            <w:shd w:val="clear" w:color="auto" w:fill="auto"/>
            <w:noWrap/>
            <w:vAlign w:val="center"/>
            <w:hideMark/>
          </w:tcPr>
          <w:p w14:paraId="09984EE9" w14:textId="77777777" w:rsidR="00E84C71" w:rsidRPr="00546614" w:rsidRDefault="00673AED" w:rsidP="001D47F0">
            <w:pPr>
              <w:spacing w:line="240" w:lineRule="auto"/>
              <w:rPr>
                <w:rFonts w:eastAsia="맑은 고딕" w:cs="Times New Roman"/>
                <w:color w:val="000000"/>
                <w:sz w:val="15"/>
                <w:szCs w:val="28"/>
              </w:rPr>
            </w:pPr>
          </w:p>
        </w:tc>
        <w:tc>
          <w:tcPr>
            <w:tcW w:w="2039" w:type="dxa"/>
            <w:shd w:val="clear" w:color="auto" w:fill="auto"/>
            <w:noWrap/>
            <w:vAlign w:val="center"/>
            <w:hideMark/>
          </w:tcPr>
          <w:p w14:paraId="3317F88B"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2019</w:t>
            </w:r>
          </w:p>
        </w:tc>
        <w:tc>
          <w:tcPr>
            <w:tcW w:w="847" w:type="dxa"/>
            <w:shd w:val="clear" w:color="auto" w:fill="auto"/>
            <w:noWrap/>
            <w:vAlign w:val="center"/>
            <w:hideMark/>
          </w:tcPr>
          <w:p w14:paraId="39A6B34E"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0.261</w:t>
            </w:r>
          </w:p>
        </w:tc>
        <w:tc>
          <w:tcPr>
            <w:tcW w:w="565" w:type="dxa"/>
            <w:shd w:val="clear" w:color="auto" w:fill="auto"/>
            <w:noWrap/>
            <w:vAlign w:val="center"/>
            <w:hideMark/>
          </w:tcPr>
          <w:p w14:paraId="4B3983C3" w14:textId="77777777" w:rsidR="00E84C71"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74" w:type="dxa"/>
            <w:shd w:val="clear" w:color="auto" w:fill="auto"/>
            <w:noWrap/>
            <w:vAlign w:val="center"/>
            <w:hideMark/>
          </w:tcPr>
          <w:p w14:paraId="7880B42A"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0.079</w:t>
            </w:r>
          </w:p>
        </w:tc>
        <w:tc>
          <w:tcPr>
            <w:tcW w:w="848" w:type="dxa"/>
            <w:shd w:val="clear" w:color="auto" w:fill="auto"/>
            <w:noWrap/>
            <w:vAlign w:val="center"/>
            <w:hideMark/>
          </w:tcPr>
          <w:p w14:paraId="7C8CB7C6"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-0.150</w:t>
            </w:r>
          </w:p>
        </w:tc>
        <w:tc>
          <w:tcPr>
            <w:tcW w:w="565" w:type="dxa"/>
            <w:shd w:val="clear" w:color="auto" w:fill="auto"/>
            <w:noWrap/>
            <w:vAlign w:val="center"/>
            <w:hideMark/>
          </w:tcPr>
          <w:p w14:paraId="3D732556" w14:textId="77777777" w:rsidR="00E84C71"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74" w:type="dxa"/>
            <w:shd w:val="clear" w:color="auto" w:fill="auto"/>
            <w:noWrap/>
            <w:vAlign w:val="center"/>
            <w:hideMark/>
          </w:tcPr>
          <w:p w14:paraId="056C1835"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0.058</w:t>
            </w:r>
          </w:p>
        </w:tc>
        <w:tc>
          <w:tcPr>
            <w:tcW w:w="869" w:type="dxa"/>
            <w:shd w:val="clear" w:color="auto" w:fill="auto"/>
            <w:noWrap/>
            <w:vAlign w:val="center"/>
            <w:hideMark/>
          </w:tcPr>
          <w:p w14:paraId="1EE95311"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-0.067</w:t>
            </w:r>
          </w:p>
        </w:tc>
        <w:tc>
          <w:tcPr>
            <w:tcW w:w="636" w:type="dxa"/>
            <w:shd w:val="clear" w:color="auto" w:fill="auto"/>
            <w:noWrap/>
            <w:vAlign w:val="center"/>
            <w:hideMark/>
          </w:tcPr>
          <w:p w14:paraId="78247449" w14:textId="77777777" w:rsidR="00E84C71"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723" w:type="dxa"/>
            <w:shd w:val="clear" w:color="auto" w:fill="auto"/>
            <w:noWrap/>
            <w:vAlign w:val="center"/>
            <w:hideMark/>
          </w:tcPr>
          <w:p w14:paraId="298E0ECE"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0.069</w:t>
            </w:r>
          </w:p>
        </w:tc>
        <w:tc>
          <w:tcPr>
            <w:tcW w:w="861" w:type="dxa"/>
            <w:shd w:val="clear" w:color="auto" w:fill="auto"/>
            <w:noWrap/>
            <w:vAlign w:val="center"/>
            <w:hideMark/>
          </w:tcPr>
          <w:p w14:paraId="49DAB918"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-0.333</w:t>
            </w:r>
          </w:p>
        </w:tc>
        <w:tc>
          <w:tcPr>
            <w:tcW w:w="657" w:type="dxa"/>
            <w:shd w:val="clear" w:color="auto" w:fill="auto"/>
            <w:noWrap/>
            <w:vAlign w:val="center"/>
            <w:hideMark/>
          </w:tcPr>
          <w:p w14:paraId="66FBB9C3" w14:textId="77777777" w:rsidR="00E84C71"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82" w:type="dxa"/>
            <w:shd w:val="clear" w:color="auto" w:fill="auto"/>
            <w:noWrap/>
            <w:vAlign w:val="center"/>
            <w:hideMark/>
          </w:tcPr>
          <w:p w14:paraId="62126B31"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0.064</w:t>
            </w:r>
          </w:p>
        </w:tc>
        <w:tc>
          <w:tcPr>
            <w:tcW w:w="829" w:type="dxa"/>
            <w:shd w:val="clear" w:color="auto" w:fill="auto"/>
            <w:noWrap/>
            <w:vAlign w:val="center"/>
            <w:hideMark/>
          </w:tcPr>
          <w:p w14:paraId="77A73294"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-0.126</w:t>
            </w:r>
          </w:p>
        </w:tc>
        <w:tc>
          <w:tcPr>
            <w:tcW w:w="669" w:type="dxa"/>
            <w:shd w:val="clear" w:color="auto" w:fill="auto"/>
            <w:noWrap/>
            <w:vAlign w:val="center"/>
            <w:hideMark/>
          </w:tcPr>
          <w:p w14:paraId="644C5AAA" w14:textId="77777777" w:rsidR="00E84C71"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605" w:type="dxa"/>
            <w:shd w:val="clear" w:color="auto" w:fill="auto"/>
            <w:noWrap/>
            <w:vAlign w:val="center"/>
            <w:hideMark/>
          </w:tcPr>
          <w:p w14:paraId="603F122F"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0.059</w:t>
            </w:r>
          </w:p>
        </w:tc>
      </w:tr>
      <w:tr w:rsidR="00E84C71" w:rsidRPr="00546614" w14:paraId="20C7A9E1" w14:textId="77777777" w:rsidTr="00132970">
        <w:trPr>
          <w:trHeight w:val="203"/>
          <w:jc w:val="center"/>
        </w:trPr>
        <w:tc>
          <w:tcPr>
            <w:tcW w:w="1206" w:type="dxa"/>
            <w:vMerge/>
            <w:shd w:val="clear" w:color="auto" w:fill="auto"/>
            <w:noWrap/>
            <w:vAlign w:val="center"/>
            <w:hideMark/>
          </w:tcPr>
          <w:p w14:paraId="76CE64A2" w14:textId="77777777" w:rsidR="00E84C71" w:rsidRPr="00546614" w:rsidRDefault="00673AED" w:rsidP="001D47F0">
            <w:pPr>
              <w:spacing w:line="240" w:lineRule="auto"/>
              <w:rPr>
                <w:rFonts w:eastAsia="맑은 고딕" w:cs="Times New Roman"/>
                <w:color w:val="000000"/>
                <w:sz w:val="15"/>
                <w:szCs w:val="28"/>
              </w:rPr>
            </w:pPr>
          </w:p>
        </w:tc>
        <w:tc>
          <w:tcPr>
            <w:tcW w:w="2039" w:type="dxa"/>
            <w:shd w:val="clear" w:color="auto" w:fill="auto"/>
            <w:noWrap/>
            <w:vAlign w:val="center"/>
            <w:hideMark/>
          </w:tcPr>
          <w:p w14:paraId="66F781BA"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2020</w:t>
            </w:r>
          </w:p>
        </w:tc>
        <w:tc>
          <w:tcPr>
            <w:tcW w:w="847" w:type="dxa"/>
            <w:shd w:val="clear" w:color="auto" w:fill="auto"/>
            <w:noWrap/>
            <w:vAlign w:val="center"/>
            <w:hideMark/>
          </w:tcPr>
          <w:p w14:paraId="4038A58C"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0.651</w:t>
            </w:r>
          </w:p>
        </w:tc>
        <w:tc>
          <w:tcPr>
            <w:tcW w:w="565" w:type="dxa"/>
            <w:shd w:val="clear" w:color="auto" w:fill="auto"/>
            <w:noWrap/>
            <w:vAlign w:val="center"/>
            <w:hideMark/>
          </w:tcPr>
          <w:p w14:paraId="5833B1B1" w14:textId="77777777" w:rsidR="00E84C71"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74" w:type="dxa"/>
            <w:shd w:val="clear" w:color="auto" w:fill="auto"/>
            <w:noWrap/>
            <w:vAlign w:val="center"/>
            <w:hideMark/>
          </w:tcPr>
          <w:p w14:paraId="5234B83A"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0.077</w:t>
            </w:r>
          </w:p>
        </w:tc>
        <w:tc>
          <w:tcPr>
            <w:tcW w:w="848" w:type="dxa"/>
            <w:shd w:val="clear" w:color="auto" w:fill="auto"/>
            <w:noWrap/>
            <w:vAlign w:val="center"/>
            <w:hideMark/>
          </w:tcPr>
          <w:p w14:paraId="4B8C7C9C"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-0.165</w:t>
            </w:r>
          </w:p>
        </w:tc>
        <w:tc>
          <w:tcPr>
            <w:tcW w:w="565" w:type="dxa"/>
            <w:shd w:val="clear" w:color="auto" w:fill="auto"/>
            <w:noWrap/>
            <w:vAlign w:val="center"/>
            <w:hideMark/>
          </w:tcPr>
          <w:p w14:paraId="679549F5" w14:textId="77777777" w:rsidR="00E84C71"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74" w:type="dxa"/>
            <w:shd w:val="clear" w:color="auto" w:fill="auto"/>
            <w:noWrap/>
            <w:vAlign w:val="center"/>
            <w:hideMark/>
          </w:tcPr>
          <w:p w14:paraId="65431B50"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0.062</w:t>
            </w:r>
          </w:p>
        </w:tc>
        <w:tc>
          <w:tcPr>
            <w:tcW w:w="869" w:type="dxa"/>
            <w:shd w:val="clear" w:color="auto" w:fill="auto"/>
            <w:noWrap/>
            <w:vAlign w:val="center"/>
            <w:hideMark/>
          </w:tcPr>
          <w:p w14:paraId="5A7BA7B3"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0.046</w:t>
            </w:r>
          </w:p>
        </w:tc>
        <w:tc>
          <w:tcPr>
            <w:tcW w:w="636" w:type="dxa"/>
            <w:shd w:val="clear" w:color="auto" w:fill="auto"/>
            <w:noWrap/>
            <w:vAlign w:val="center"/>
            <w:hideMark/>
          </w:tcPr>
          <w:p w14:paraId="54DD5D7C" w14:textId="77777777" w:rsidR="00E84C71"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723" w:type="dxa"/>
            <w:shd w:val="clear" w:color="auto" w:fill="auto"/>
            <w:noWrap/>
            <w:vAlign w:val="center"/>
            <w:hideMark/>
          </w:tcPr>
          <w:p w14:paraId="4B58479F"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0.070</w:t>
            </w:r>
          </w:p>
        </w:tc>
        <w:tc>
          <w:tcPr>
            <w:tcW w:w="861" w:type="dxa"/>
            <w:shd w:val="clear" w:color="auto" w:fill="auto"/>
            <w:noWrap/>
            <w:vAlign w:val="center"/>
            <w:hideMark/>
          </w:tcPr>
          <w:p w14:paraId="14C075FB"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-0.373</w:t>
            </w:r>
          </w:p>
        </w:tc>
        <w:tc>
          <w:tcPr>
            <w:tcW w:w="657" w:type="dxa"/>
            <w:shd w:val="clear" w:color="auto" w:fill="auto"/>
            <w:noWrap/>
            <w:vAlign w:val="center"/>
            <w:hideMark/>
          </w:tcPr>
          <w:p w14:paraId="367AE225" w14:textId="77777777" w:rsidR="00E84C71"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82" w:type="dxa"/>
            <w:shd w:val="clear" w:color="auto" w:fill="auto"/>
            <w:noWrap/>
            <w:vAlign w:val="center"/>
            <w:hideMark/>
          </w:tcPr>
          <w:p w14:paraId="2342759E"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0.065</w:t>
            </w:r>
          </w:p>
        </w:tc>
        <w:tc>
          <w:tcPr>
            <w:tcW w:w="829" w:type="dxa"/>
            <w:shd w:val="clear" w:color="auto" w:fill="auto"/>
            <w:noWrap/>
            <w:vAlign w:val="center"/>
            <w:hideMark/>
          </w:tcPr>
          <w:p w14:paraId="47A6EF83"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-0.079</w:t>
            </w:r>
          </w:p>
        </w:tc>
        <w:tc>
          <w:tcPr>
            <w:tcW w:w="669" w:type="dxa"/>
            <w:shd w:val="clear" w:color="auto" w:fill="auto"/>
            <w:noWrap/>
            <w:vAlign w:val="center"/>
            <w:hideMark/>
          </w:tcPr>
          <w:p w14:paraId="6A3F4882" w14:textId="77777777" w:rsidR="00E84C71" w:rsidRPr="00546614" w:rsidRDefault="00ED5F5D" w:rsidP="001D47F0">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605" w:type="dxa"/>
            <w:shd w:val="clear" w:color="auto" w:fill="auto"/>
            <w:noWrap/>
            <w:vAlign w:val="center"/>
            <w:hideMark/>
          </w:tcPr>
          <w:p w14:paraId="18CD8DDA" w14:textId="77777777" w:rsidR="00E84C71" w:rsidRPr="00546614" w:rsidRDefault="00ED5F5D" w:rsidP="001D47F0">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0.061</w:t>
            </w:r>
          </w:p>
        </w:tc>
      </w:tr>
      <w:tr w:rsidR="00495AD1" w:rsidRPr="00546614" w14:paraId="0F47C5A4" w14:textId="77777777" w:rsidTr="00132970">
        <w:trPr>
          <w:trHeight w:val="203"/>
          <w:jc w:val="center"/>
        </w:trPr>
        <w:tc>
          <w:tcPr>
            <w:tcW w:w="1206" w:type="dxa"/>
            <w:shd w:val="clear" w:color="auto" w:fill="auto"/>
            <w:noWrap/>
            <w:vAlign w:val="center"/>
          </w:tcPr>
          <w:p w14:paraId="26CCF3BB" w14:textId="77777777" w:rsidR="00C81053" w:rsidRPr="00546614" w:rsidRDefault="00ED5F5D">
            <w:pPr>
              <w:spacing w:line="240" w:lineRule="auto"/>
              <w:rPr>
                <w:sz w:val="15"/>
                <w:szCs w:val="28"/>
              </w:rPr>
            </w:pPr>
            <w:r>
              <w:rPr>
                <w:rFonts w:ascii="Arial" w:eastAsia="Arial" w:hAnsi="Arial"/>
                <w:b/>
                <w:sz w:val="15"/>
                <w:szCs w:val="28"/>
              </w:rPr>
              <w:t>Birth-cohort random effects</w:t>
            </w:r>
          </w:p>
        </w:tc>
        <w:tc>
          <w:tcPr>
            <w:tcW w:w="2039" w:type="dxa"/>
            <w:shd w:val="clear" w:color="auto" w:fill="auto"/>
            <w:noWrap/>
            <w:vAlign w:val="center"/>
          </w:tcPr>
          <w:p w14:paraId="1FAF225B" w14:textId="77777777" w:rsidR="00C81053" w:rsidRPr="00546614" w:rsidRDefault="00C81053">
            <w:pPr>
              <w:spacing w:line="240" w:lineRule="auto"/>
              <w:rPr>
                <w:sz w:val="15"/>
                <w:szCs w:val="28"/>
              </w:rPr>
            </w:pPr>
          </w:p>
        </w:tc>
        <w:tc>
          <w:tcPr>
            <w:tcW w:w="847" w:type="dxa"/>
            <w:shd w:val="clear" w:color="auto" w:fill="auto"/>
            <w:noWrap/>
            <w:vAlign w:val="center"/>
          </w:tcPr>
          <w:p w14:paraId="1CC5B33C" w14:textId="77777777" w:rsidR="00495AD1" w:rsidRPr="00546614" w:rsidRDefault="00673AED" w:rsidP="001D47F0">
            <w:pPr>
              <w:spacing w:line="240" w:lineRule="auto"/>
              <w:jc w:val="right"/>
              <w:rPr>
                <w:rFonts w:eastAsia="맑은 고딕" w:cs="Times New Roman"/>
                <w:color w:val="000000"/>
                <w:sz w:val="15"/>
                <w:szCs w:val="28"/>
              </w:rPr>
            </w:pPr>
          </w:p>
        </w:tc>
        <w:tc>
          <w:tcPr>
            <w:tcW w:w="565" w:type="dxa"/>
            <w:shd w:val="clear" w:color="auto" w:fill="auto"/>
            <w:noWrap/>
            <w:vAlign w:val="center"/>
          </w:tcPr>
          <w:p w14:paraId="6779C4C9" w14:textId="77777777" w:rsidR="00495AD1" w:rsidRPr="00546614" w:rsidRDefault="00673AED" w:rsidP="001D47F0">
            <w:pPr>
              <w:spacing w:line="240" w:lineRule="auto"/>
              <w:rPr>
                <w:rFonts w:eastAsia="맑은 고딕" w:cs="Times New Roman"/>
                <w:color w:val="000000"/>
                <w:sz w:val="15"/>
                <w:szCs w:val="28"/>
              </w:rPr>
            </w:pPr>
          </w:p>
        </w:tc>
        <w:tc>
          <w:tcPr>
            <w:tcW w:w="574" w:type="dxa"/>
            <w:shd w:val="clear" w:color="auto" w:fill="auto"/>
            <w:noWrap/>
            <w:vAlign w:val="center"/>
          </w:tcPr>
          <w:p w14:paraId="457F3181" w14:textId="77777777" w:rsidR="00495AD1" w:rsidRPr="00546614" w:rsidRDefault="00673AED" w:rsidP="001D47F0">
            <w:pPr>
              <w:spacing w:line="240" w:lineRule="auto"/>
              <w:jc w:val="right"/>
              <w:rPr>
                <w:rFonts w:eastAsia="맑은 고딕" w:cs="Times New Roman"/>
                <w:color w:val="000000"/>
                <w:sz w:val="15"/>
                <w:szCs w:val="28"/>
              </w:rPr>
            </w:pPr>
          </w:p>
        </w:tc>
        <w:tc>
          <w:tcPr>
            <w:tcW w:w="848" w:type="dxa"/>
            <w:shd w:val="clear" w:color="auto" w:fill="auto"/>
            <w:noWrap/>
            <w:vAlign w:val="center"/>
          </w:tcPr>
          <w:p w14:paraId="3B9AFD93" w14:textId="77777777" w:rsidR="00495AD1" w:rsidRPr="00546614" w:rsidRDefault="00673AED" w:rsidP="001D47F0">
            <w:pPr>
              <w:spacing w:line="240" w:lineRule="auto"/>
              <w:jc w:val="right"/>
              <w:rPr>
                <w:rFonts w:eastAsia="맑은 고딕" w:cs="Times New Roman"/>
                <w:color w:val="000000"/>
                <w:sz w:val="15"/>
                <w:szCs w:val="28"/>
              </w:rPr>
            </w:pPr>
          </w:p>
        </w:tc>
        <w:tc>
          <w:tcPr>
            <w:tcW w:w="565" w:type="dxa"/>
            <w:shd w:val="clear" w:color="auto" w:fill="auto"/>
            <w:noWrap/>
            <w:vAlign w:val="center"/>
          </w:tcPr>
          <w:p w14:paraId="43FED6D4" w14:textId="77777777" w:rsidR="00495AD1" w:rsidRPr="00546614" w:rsidRDefault="00673AED" w:rsidP="001D47F0">
            <w:pPr>
              <w:spacing w:line="240" w:lineRule="auto"/>
              <w:rPr>
                <w:rFonts w:eastAsia="맑은 고딕" w:cs="Times New Roman"/>
                <w:color w:val="000000"/>
                <w:sz w:val="15"/>
                <w:szCs w:val="28"/>
              </w:rPr>
            </w:pPr>
          </w:p>
        </w:tc>
        <w:tc>
          <w:tcPr>
            <w:tcW w:w="574" w:type="dxa"/>
            <w:shd w:val="clear" w:color="auto" w:fill="auto"/>
            <w:noWrap/>
            <w:vAlign w:val="center"/>
          </w:tcPr>
          <w:p w14:paraId="22846878" w14:textId="77777777" w:rsidR="00495AD1" w:rsidRPr="00546614" w:rsidRDefault="00673AED" w:rsidP="001D47F0">
            <w:pPr>
              <w:spacing w:line="240" w:lineRule="auto"/>
              <w:jc w:val="right"/>
              <w:rPr>
                <w:rFonts w:eastAsia="맑은 고딕" w:cs="Times New Roman"/>
                <w:color w:val="000000"/>
                <w:sz w:val="15"/>
                <w:szCs w:val="28"/>
              </w:rPr>
            </w:pPr>
          </w:p>
        </w:tc>
        <w:tc>
          <w:tcPr>
            <w:tcW w:w="869" w:type="dxa"/>
            <w:shd w:val="clear" w:color="auto" w:fill="auto"/>
            <w:noWrap/>
            <w:vAlign w:val="center"/>
          </w:tcPr>
          <w:p w14:paraId="4CA89B2F" w14:textId="77777777" w:rsidR="00495AD1" w:rsidRPr="00546614" w:rsidRDefault="00673AED" w:rsidP="001D47F0">
            <w:pPr>
              <w:spacing w:line="240" w:lineRule="auto"/>
              <w:jc w:val="right"/>
              <w:rPr>
                <w:rFonts w:eastAsia="맑은 고딕" w:cs="Times New Roman"/>
                <w:color w:val="000000"/>
                <w:sz w:val="15"/>
                <w:szCs w:val="28"/>
              </w:rPr>
            </w:pPr>
          </w:p>
        </w:tc>
        <w:tc>
          <w:tcPr>
            <w:tcW w:w="636" w:type="dxa"/>
            <w:shd w:val="clear" w:color="auto" w:fill="auto"/>
            <w:noWrap/>
            <w:vAlign w:val="center"/>
          </w:tcPr>
          <w:p w14:paraId="7B5640DF" w14:textId="77777777" w:rsidR="00495AD1" w:rsidRPr="00546614" w:rsidRDefault="00673AED" w:rsidP="001D47F0">
            <w:pPr>
              <w:spacing w:line="240" w:lineRule="auto"/>
              <w:rPr>
                <w:rFonts w:eastAsia="맑은 고딕" w:cs="Times New Roman"/>
                <w:color w:val="000000"/>
                <w:sz w:val="15"/>
                <w:szCs w:val="28"/>
              </w:rPr>
            </w:pPr>
          </w:p>
        </w:tc>
        <w:tc>
          <w:tcPr>
            <w:tcW w:w="723" w:type="dxa"/>
            <w:shd w:val="clear" w:color="auto" w:fill="auto"/>
            <w:noWrap/>
            <w:vAlign w:val="center"/>
          </w:tcPr>
          <w:p w14:paraId="3703B34F" w14:textId="77777777" w:rsidR="00495AD1" w:rsidRPr="00546614" w:rsidRDefault="00673AED" w:rsidP="001D47F0">
            <w:pPr>
              <w:spacing w:line="240" w:lineRule="auto"/>
              <w:jc w:val="right"/>
              <w:rPr>
                <w:rFonts w:eastAsia="맑은 고딕" w:cs="Times New Roman"/>
                <w:color w:val="000000"/>
                <w:sz w:val="15"/>
                <w:szCs w:val="28"/>
              </w:rPr>
            </w:pPr>
          </w:p>
        </w:tc>
        <w:tc>
          <w:tcPr>
            <w:tcW w:w="861" w:type="dxa"/>
            <w:shd w:val="clear" w:color="auto" w:fill="auto"/>
            <w:noWrap/>
            <w:vAlign w:val="center"/>
          </w:tcPr>
          <w:p w14:paraId="2402A0C3" w14:textId="77777777" w:rsidR="00495AD1" w:rsidRPr="00546614" w:rsidRDefault="00673AED" w:rsidP="001D47F0">
            <w:pPr>
              <w:spacing w:line="240" w:lineRule="auto"/>
              <w:jc w:val="right"/>
              <w:rPr>
                <w:rFonts w:eastAsia="맑은 고딕" w:cs="Times New Roman"/>
                <w:color w:val="000000"/>
                <w:sz w:val="15"/>
                <w:szCs w:val="28"/>
              </w:rPr>
            </w:pPr>
          </w:p>
        </w:tc>
        <w:tc>
          <w:tcPr>
            <w:tcW w:w="657" w:type="dxa"/>
            <w:shd w:val="clear" w:color="auto" w:fill="auto"/>
            <w:noWrap/>
            <w:vAlign w:val="center"/>
          </w:tcPr>
          <w:p w14:paraId="13DE221F" w14:textId="77777777" w:rsidR="00495AD1" w:rsidRPr="00546614" w:rsidRDefault="00673AED" w:rsidP="001D47F0">
            <w:pPr>
              <w:spacing w:line="240" w:lineRule="auto"/>
              <w:rPr>
                <w:rFonts w:eastAsia="맑은 고딕" w:cs="Times New Roman"/>
                <w:color w:val="000000"/>
                <w:sz w:val="15"/>
                <w:szCs w:val="28"/>
              </w:rPr>
            </w:pPr>
          </w:p>
        </w:tc>
        <w:tc>
          <w:tcPr>
            <w:tcW w:w="582" w:type="dxa"/>
            <w:shd w:val="clear" w:color="auto" w:fill="auto"/>
            <w:noWrap/>
            <w:vAlign w:val="center"/>
          </w:tcPr>
          <w:p w14:paraId="4BCFCB77" w14:textId="77777777" w:rsidR="00495AD1" w:rsidRPr="00546614" w:rsidRDefault="00673AED" w:rsidP="001D47F0">
            <w:pPr>
              <w:spacing w:line="240" w:lineRule="auto"/>
              <w:jc w:val="right"/>
              <w:rPr>
                <w:rFonts w:eastAsia="맑은 고딕" w:cs="Times New Roman"/>
                <w:color w:val="000000"/>
                <w:sz w:val="15"/>
                <w:szCs w:val="28"/>
              </w:rPr>
            </w:pPr>
          </w:p>
        </w:tc>
        <w:tc>
          <w:tcPr>
            <w:tcW w:w="829" w:type="dxa"/>
            <w:shd w:val="clear" w:color="auto" w:fill="auto"/>
            <w:noWrap/>
            <w:vAlign w:val="center"/>
          </w:tcPr>
          <w:p w14:paraId="7DBD63A7" w14:textId="77777777" w:rsidR="00495AD1" w:rsidRPr="00546614" w:rsidRDefault="00673AED" w:rsidP="001D47F0">
            <w:pPr>
              <w:spacing w:line="240" w:lineRule="auto"/>
              <w:jc w:val="right"/>
              <w:rPr>
                <w:rFonts w:eastAsia="맑은 고딕" w:cs="Times New Roman"/>
                <w:color w:val="000000"/>
                <w:sz w:val="15"/>
                <w:szCs w:val="28"/>
              </w:rPr>
            </w:pPr>
          </w:p>
        </w:tc>
        <w:tc>
          <w:tcPr>
            <w:tcW w:w="669" w:type="dxa"/>
            <w:shd w:val="clear" w:color="auto" w:fill="auto"/>
            <w:noWrap/>
            <w:vAlign w:val="center"/>
          </w:tcPr>
          <w:p w14:paraId="65A4EC2F" w14:textId="77777777" w:rsidR="00495AD1" w:rsidRPr="00546614" w:rsidRDefault="00673AED" w:rsidP="001D47F0">
            <w:pPr>
              <w:spacing w:line="240" w:lineRule="auto"/>
              <w:rPr>
                <w:rFonts w:eastAsia="맑은 고딕" w:cs="Times New Roman"/>
                <w:color w:val="000000"/>
                <w:sz w:val="15"/>
                <w:szCs w:val="28"/>
              </w:rPr>
            </w:pPr>
          </w:p>
        </w:tc>
        <w:tc>
          <w:tcPr>
            <w:tcW w:w="605" w:type="dxa"/>
            <w:shd w:val="clear" w:color="auto" w:fill="auto"/>
            <w:noWrap/>
            <w:vAlign w:val="center"/>
          </w:tcPr>
          <w:p w14:paraId="0305C449" w14:textId="77777777" w:rsidR="00495AD1" w:rsidRPr="00546614" w:rsidRDefault="00673AED" w:rsidP="001D47F0">
            <w:pPr>
              <w:spacing w:line="240" w:lineRule="auto"/>
              <w:jc w:val="right"/>
              <w:rPr>
                <w:rFonts w:eastAsia="맑은 고딕" w:cs="Times New Roman"/>
                <w:color w:val="000000"/>
                <w:sz w:val="15"/>
                <w:szCs w:val="28"/>
              </w:rPr>
            </w:pPr>
          </w:p>
        </w:tc>
      </w:tr>
      <w:tr w:rsidR="001D5C5C" w:rsidRPr="00546614" w14:paraId="38F6E116" w14:textId="77777777" w:rsidTr="00132970">
        <w:trPr>
          <w:trHeight w:val="203"/>
          <w:jc w:val="center"/>
        </w:trPr>
        <w:tc>
          <w:tcPr>
            <w:tcW w:w="1206" w:type="dxa"/>
            <w:vMerge w:val="restart"/>
            <w:shd w:val="clear" w:color="auto" w:fill="auto"/>
            <w:noWrap/>
            <w:vAlign w:val="center"/>
            <w:hideMark/>
          </w:tcPr>
          <w:p w14:paraId="4F75E2FF" w14:textId="39A0E80F" w:rsidR="001D5C5C" w:rsidRPr="00546614" w:rsidRDefault="001D5C5C" w:rsidP="001D5C5C">
            <w:pPr>
              <w:spacing w:line="240" w:lineRule="auto"/>
              <w:rPr>
                <w:rFonts w:ascii="Arial" w:eastAsia="Arial" w:hAnsi="Arial"/>
                <w:sz w:val="15"/>
                <w:szCs w:val="28"/>
              </w:rPr>
            </w:pPr>
            <w:r>
              <w:rPr>
                <w:rFonts w:ascii="Arial" w:eastAsia="Arial" w:hAnsi="Arial"/>
                <w:sz w:val="15"/>
                <w:szCs w:val="28"/>
              </w:rPr>
              <w:t>Postwar</w:t>
            </w:r>
          </w:p>
        </w:tc>
        <w:tc>
          <w:tcPr>
            <w:tcW w:w="2039" w:type="dxa"/>
            <w:shd w:val="clear" w:color="auto" w:fill="auto"/>
            <w:noWrap/>
            <w:vAlign w:val="center"/>
            <w:hideMark/>
          </w:tcPr>
          <w:p w14:paraId="789226E0" w14:textId="77777777" w:rsidR="001D5C5C" w:rsidRPr="00546614" w:rsidRDefault="001D5C5C"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1940-1944</w:t>
            </w:r>
          </w:p>
        </w:tc>
        <w:tc>
          <w:tcPr>
            <w:tcW w:w="847" w:type="dxa"/>
            <w:shd w:val="clear" w:color="auto" w:fill="auto"/>
            <w:noWrap/>
            <w:vAlign w:val="center"/>
            <w:hideMark/>
          </w:tcPr>
          <w:p w14:paraId="19EA6234" w14:textId="77777777" w:rsidR="001D5C5C" w:rsidRPr="00546614" w:rsidRDefault="001D5C5C"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0.261</w:t>
            </w:r>
          </w:p>
        </w:tc>
        <w:tc>
          <w:tcPr>
            <w:tcW w:w="565" w:type="dxa"/>
            <w:shd w:val="clear" w:color="auto" w:fill="auto"/>
            <w:noWrap/>
            <w:vAlign w:val="center"/>
            <w:hideMark/>
          </w:tcPr>
          <w:p w14:paraId="4FC61E0F" w14:textId="77777777" w:rsidR="001D5C5C" w:rsidRPr="00546614" w:rsidRDefault="001D5C5C"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574" w:type="dxa"/>
            <w:shd w:val="clear" w:color="auto" w:fill="auto"/>
            <w:noWrap/>
            <w:vAlign w:val="center"/>
            <w:hideMark/>
          </w:tcPr>
          <w:p w14:paraId="7E7C15FD" w14:textId="77777777" w:rsidR="001D5C5C" w:rsidRPr="00546614" w:rsidRDefault="001D5C5C"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0.178</w:t>
            </w:r>
          </w:p>
        </w:tc>
        <w:tc>
          <w:tcPr>
            <w:tcW w:w="848" w:type="dxa"/>
            <w:shd w:val="clear" w:color="auto" w:fill="auto"/>
            <w:noWrap/>
            <w:vAlign w:val="center"/>
            <w:hideMark/>
          </w:tcPr>
          <w:p w14:paraId="7964845E" w14:textId="77777777" w:rsidR="001D5C5C" w:rsidRPr="00546614" w:rsidRDefault="001D5C5C"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0.017</w:t>
            </w:r>
          </w:p>
        </w:tc>
        <w:tc>
          <w:tcPr>
            <w:tcW w:w="565" w:type="dxa"/>
            <w:shd w:val="clear" w:color="auto" w:fill="auto"/>
            <w:noWrap/>
            <w:vAlign w:val="center"/>
            <w:hideMark/>
          </w:tcPr>
          <w:p w14:paraId="2036F4EC" w14:textId="77777777" w:rsidR="001D5C5C" w:rsidRPr="00546614" w:rsidRDefault="001D5C5C"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574" w:type="dxa"/>
            <w:shd w:val="clear" w:color="auto" w:fill="auto"/>
            <w:noWrap/>
            <w:vAlign w:val="center"/>
            <w:hideMark/>
          </w:tcPr>
          <w:p w14:paraId="775ED56D" w14:textId="77777777" w:rsidR="001D5C5C" w:rsidRPr="00546614" w:rsidRDefault="001D5C5C"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0.115</w:t>
            </w:r>
          </w:p>
        </w:tc>
        <w:tc>
          <w:tcPr>
            <w:tcW w:w="869" w:type="dxa"/>
            <w:shd w:val="clear" w:color="auto" w:fill="auto"/>
            <w:noWrap/>
            <w:vAlign w:val="center"/>
            <w:hideMark/>
          </w:tcPr>
          <w:p w14:paraId="0C2EB2AF" w14:textId="77777777" w:rsidR="001D5C5C" w:rsidRPr="00546614" w:rsidRDefault="001D5C5C"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0.481</w:t>
            </w:r>
          </w:p>
        </w:tc>
        <w:tc>
          <w:tcPr>
            <w:tcW w:w="636" w:type="dxa"/>
            <w:shd w:val="clear" w:color="auto" w:fill="auto"/>
            <w:noWrap/>
            <w:vAlign w:val="center"/>
            <w:hideMark/>
          </w:tcPr>
          <w:p w14:paraId="76898F41" w14:textId="77777777" w:rsidR="001D5C5C" w:rsidRPr="00546614" w:rsidRDefault="001D5C5C"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723" w:type="dxa"/>
            <w:shd w:val="clear" w:color="auto" w:fill="auto"/>
            <w:noWrap/>
            <w:vAlign w:val="center"/>
            <w:hideMark/>
          </w:tcPr>
          <w:p w14:paraId="1649ACD9" w14:textId="77777777" w:rsidR="001D5C5C" w:rsidRPr="00546614" w:rsidRDefault="001D5C5C"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0.124</w:t>
            </w:r>
          </w:p>
        </w:tc>
        <w:tc>
          <w:tcPr>
            <w:tcW w:w="861" w:type="dxa"/>
            <w:shd w:val="clear" w:color="auto" w:fill="auto"/>
            <w:noWrap/>
            <w:vAlign w:val="center"/>
            <w:hideMark/>
          </w:tcPr>
          <w:p w14:paraId="2378BA9B" w14:textId="77777777" w:rsidR="001D5C5C" w:rsidRPr="00546614" w:rsidRDefault="001D5C5C"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0.060</w:t>
            </w:r>
          </w:p>
        </w:tc>
        <w:tc>
          <w:tcPr>
            <w:tcW w:w="657" w:type="dxa"/>
            <w:shd w:val="clear" w:color="auto" w:fill="auto"/>
            <w:noWrap/>
            <w:vAlign w:val="center"/>
            <w:hideMark/>
          </w:tcPr>
          <w:p w14:paraId="699B8181" w14:textId="77777777" w:rsidR="001D5C5C" w:rsidRPr="00546614" w:rsidRDefault="001D5C5C"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582" w:type="dxa"/>
            <w:shd w:val="clear" w:color="auto" w:fill="auto"/>
            <w:noWrap/>
            <w:vAlign w:val="center"/>
            <w:hideMark/>
          </w:tcPr>
          <w:p w14:paraId="0DC430B8" w14:textId="77777777" w:rsidR="001D5C5C" w:rsidRPr="00546614" w:rsidRDefault="001D5C5C"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0.108</w:t>
            </w:r>
          </w:p>
        </w:tc>
        <w:tc>
          <w:tcPr>
            <w:tcW w:w="829" w:type="dxa"/>
            <w:shd w:val="clear" w:color="auto" w:fill="auto"/>
            <w:noWrap/>
            <w:vAlign w:val="center"/>
            <w:hideMark/>
          </w:tcPr>
          <w:p w14:paraId="3A8DCA2D" w14:textId="77777777" w:rsidR="001D5C5C" w:rsidRPr="00546614" w:rsidRDefault="001D5C5C"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-0.057</w:t>
            </w:r>
          </w:p>
        </w:tc>
        <w:tc>
          <w:tcPr>
            <w:tcW w:w="669" w:type="dxa"/>
            <w:shd w:val="clear" w:color="auto" w:fill="auto"/>
            <w:noWrap/>
            <w:vAlign w:val="center"/>
            <w:hideMark/>
          </w:tcPr>
          <w:p w14:paraId="6C91F730" w14:textId="77777777" w:rsidR="001D5C5C" w:rsidRPr="00546614" w:rsidRDefault="001D5C5C"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605" w:type="dxa"/>
            <w:shd w:val="clear" w:color="auto" w:fill="auto"/>
            <w:noWrap/>
            <w:vAlign w:val="center"/>
            <w:hideMark/>
          </w:tcPr>
          <w:p w14:paraId="36C4DA49" w14:textId="77777777" w:rsidR="001D5C5C" w:rsidRPr="00546614" w:rsidRDefault="001D5C5C"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0.115</w:t>
            </w:r>
          </w:p>
        </w:tc>
      </w:tr>
      <w:tr w:rsidR="001D5C5C" w:rsidRPr="00546614" w14:paraId="58315081" w14:textId="77777777" w:rsidTr="00132970">
        <w:trPr>
          <w:trHeight w:val="203"/>
          <w:jc w:val="center"/>
        </w:trPr>
        <w:tc>
          <w:tcPr>
            <w:tcW w:w="1206" w:type="dxa"/>
            <w:vMerge/>
            <w:shd w:val="clear" w:color="auto" w:fill="auto"/>
            <w:noWrap/>
            <w:vAlign w:val="center"/>
            <w:hideMark/>
          </w:tcPr>
          <w:p w14:paraId="7225D62A" w14:textId="77777777" w:rsidR="001D5C5C" w:rsidRPr="00546614" w:rsidRDefault="001D5C5C" w:rsidP="001D5C5C">
            <w:pPr>
              <w:spacing w:line="240" w:lineRule="auto"/>
              <w:rPr>
                <w:rFonts w:ascii="Arial" w:eastAsia="Arial" w:hAnsi="Arial"/>
                <w:sz w:val="15"/>
                <w:szCs w:val="28"/>
              </w:rPr>
            </w:pPr>
          </w:p>
        </w:tc>
        <w:tc>
          <w:tcPr>
            <w:tcW w:w="2039" w:type="dxa"/>
            <w:shd w:val="clear" w:color="auto" w:fill="auto"/>
            <w:noWrap/>
            <w:vAlign w:val="center"/>
            <w:hideMark/>
          </w:tcPr>
          <w:p w14:paraId="30960CE8" w14:textId="77777777" w:rsidR="001D5C5C" w:rsidRPr="00546614" w:rsidRDefault="001D5C5C"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1945-1949</w:t>
            </w:r>
          </w:p>
        </w:tc>
        <w:tc>
          <w:tcPr>
            <w:tcW w:w="847" w:type="dxa"/>
            <w:shd w:val="clear" w:color="auto" w:fill="auto"/>
            <w:noWrap/>
            <w:vAlign w:val="center"/>
            <w:hideMark/>
          </w:tcPr>
          <w:p w14:paraId="0779FFAB" w14:textId="77777777" w:rsidR="001D5C5C" w:rsidRPr="00546614" w:rsidRDefault="001D5C5C"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0.269</w:t>
            </w:r>
          </w:p>
        </w:tc>
        <w:tc>
          <w:tcPr>
            <w:tcW w:w="565" w:type="dxa"/>
            <w:shd w:val="clear" w:color="auto" w:fill="auto"/>
            <w:noWrap/>
            <w:vAlign w:val="center"/>
            <w:hideMark/>
          </w:tcPr>
          <w:p w14:paraId="6E51FF5C" w14:textId="77777777" w:rsidR="001D5C5C" w:rsidRPr="00546614" w:rsidRDefault="001D5C5C"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74" w:type="dxa"/>
            <w:shd w:val="clear" w:color="auto" w:fill="auto"/>
            <w:noWrap/>
            <w:vAlign w:val="center"/>
            <w:hideMark/>
          </w:tcPr>
          <w:p w14:paraId="5ABE6E1F" w14:textId="77777777" w:rsidR="001D5C5C" w:rsidRPr="00546614" w:rsidRDefault="001D5C5C"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0.126</w:t>
            </w:r>
          </w:p>
        </w:tc>
        <w:tc>
          <w:tcPr>
            <w:tcW w:w="848" w:type="dxa"/>
            <w:shd w:val="clear" w:color="auto" w:fill="auto"/>
            <w:noWrap/>
            <w:vAlign w:val="center"/>
            <w:hideMark/>
          </w:tcPr>
          <w:p w14:paraId="56938549" w14:textId="77777777" w:rsidR="001D5C5C" w:rsidRPr="00546614" w:rsidRDefault="001D5C5C"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-0.011</w:t>
            </w:r>
          </w:p>
        </w:tc>
        <w:tc>
          <w:tcPr>
            <w:tcW w:w="565" w:type="dxa"/>
            <w:shd w:val="clear" w:color="auto" w:fill="auto"/>
            <w:noWrap/>
            <w:vAlign w:val="center"/>
            <w:hideMark/>
          </w:tcPr>
          <w:p w14:paraId="746D1C2E" w14:textId="77777777" w:rsidR="001D5C5C" w:rsidRPr="00546614" w:rsidRDefault="001D5C5C"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574" w:type="dxa"/>
            <w:shd w:val="clear" w:color="auto" w:fill="auto"/>
            <w:noWrap/>
            <w:vAlign w:val="center"/>
            <w:hideMark/>
          </w:tcPr>
          <w:p w14:paraId="18DF08AD" w14:textId="77777777" w:rsidR="001D5C5C" w:rsidRPr="00546614" w:rsidRDefault="001D5C5C"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0.085</w:t>
            </w:r>
          </w:p>
        </w:tc>
        <w:tc>
          <w:tcPr>
            <w:tcW w:w="869" w:type="dxa"/>
            <w:shd w:val="clear" w:color="auto" w:fill="auto"/>
            <w:noWrap/>
            <w:vAlign w:val="center"/>
            <w:hideMark/>
          </w:tcPr>
          <w:p w14:paraId="3F5C80FB" w14:textId="77777777" w:rsidR="001D5C5C" w:rsidRPr="00546614" w:rsidRDefault="001D5C5C"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0.142</w:t>
            </w:r>
          </w:p>
        </w:tc>
        <w:tc>
          <w:tcPr>
            <w:tcW w:w="636" w:type="dxa"/>
            <w:shd w:val="clear" w:color="auto" w:fill="auto"/>
            <w:noWrap/>
            <w:vAlign w:val="center"/>
            <w:hideMark/>
          </w:tcPr>
          <w:p w14:paraId="5ACCF67F" w14:textId="77777777" w:rsidR="001D5C5C" w:rsidRPr="00546614" w:rsidRDefault="001D5C5C"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723" w:type="dxa"/>
            <w:shd w:val="clear" w:color="auto" w:fill="auto"/>
            <w:noWrap/>
            <w:vAlign w:val="center"/>
            <w:hideMark/>
          </w:tcPr>
          <w:p w14:paraId="041953C3" w14:textId="77777777" w:rsidR="001D5C5C" w:rsidRPr="00546614" w:rsidRDefault="001D5C5C"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0.088</w:t>
            </w:r>
          </w:p>
        </w:tc>
        <w:tc>
          <w:tcPr>
            <w:tcW w:w="861" w:type="dxa"/>
            <w:shd w:val="clear" w:color="auto" w:fill="auto"/>
            <w:noWrap/>
            <w:vAlign w:val="center"/>
            <w:hideMark/>
          </w:tcPr>
          <w:p w14:paraId="5AAF0959" w14:textId="77777777" w:rsidR="001D5C5C" w:rsidRPr="00546614" w:rsidRDefault="001D5C5C"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0.024</w:t>
            </w:r>
          </w:p>
        </w:tc>
        <w:tc>
          <w:tcPr>
            <w:tcW w:w="657" w:type="dxa"/>
            <w:shd w:val="clear" w:color="auto" w:fill="auto"/>
            <w:noWrap/>
            <w:vAlign w:val="center"/>
            <w:hideMark/>
          </w:tcPr>
          <w:p w14:paraId="08068D4D" w14:textId="77777777" w:rsidR="001D5C5C" w:rsidRPr="00546614" w:rsidRDefault="001D5C5C"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582" w:type="dxa"/>
            <w:shd w:val="clear" w:color="auto" w:fill="auto"/>
            <w:noWrap/>
            <w:vAlign w:val="center"/>
            <w:hideMark/>
          </w:tcPr>
          <w:p w14:paraId="7E678103" w14:textId="77777777" w:rsidR="001D5C5C" w:rsidRPr="00546614" w:rsidRDefault="001D5C5C"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0.077</w:t>
            </w:r>
          </w:p>
        </w:tc>
        <w:tc>
          <w:tcPr>
            <w:tcW w:w="829" w:type="dxa"/>
            <w:shd w:val="clear" w:color="auto" w:fill="auto"/>
            <w:noWrap/>
            <w:vAlign w:val="center"/>
            <w:hideMark/>
          </w:tcPr>
          <w:p w14:paraId="63CD3936" w14:textId="77777777" w:rsidR="001D5C5C" w:rsidRPr="00546614" w:rsidRDefault="001D5C5C"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-0.076</w:t>
            </w:r>
          </w:p>
        </w:tc>
        <w:tc>
          <w:tcPr>
            <w:tcW w:w="669" w:type="dxa"/>
            <w:shd w:val="clear" w:color="auto" w:fill="auto"/>
            <w:noWrap/>
            <w:vAlign w:val="center"/>
            <w:hideMark/>
          </w:tcPr>
          <w:p w14:paraId="5318C6D3" w14:textId="77777777" w:rsidR="001D5C5C" w:rsidRPr="00546614" w:rsidRDefault="001D5C5C"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605" w:type="dxa"/>
            <w:shd w:val="clear" w:color="auto" w:fill="auto"/>
            <w:noWrap/>
            <w:vAlign w:val="center"/>
            <w:hideMark/>
          </w:tcPr>
          <w:p w14:paraId="7890704E" w14:textId="77777777" w:rsidR="001D5C5C" w:rsidRPr="00546614" w:rsidRDefault="001D5C5C"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0.090</w:t>
            </w:r>
          </w:p>
        </w:tc>
      </w:tr>
      <w:tr w:rsidR="001D5C5C" w:rsidRPr="00546614" w14:paraId="737FE51A" w14:textId="77777777" w:rsidTr="00132970">
        <w:trPr>
          <w:trHeight w:val="203"/>
          <w:jc w:val="center"/>
        </w:trPr>
        <w:tc>
          <w:tcPr>
            <w:tcW w:w="1206" w:type="dxa"/>
            <w:vMerge/>
            <w:shd w:val="clear" w:color="auto" w:fill="auto"/>
            <w:noWrap/>
            <w:vAlign w:val="center"/>
            <w:hideMark/>
          </w:tcPr>
          <w:p w14:paraId="76EA3B8D" w14:textId="77777777" w:rsidR="001D5C5C" w:rsidRPr="00546614" w:rsidRDefault="001D5C5C" w:rsidP="001D5C5C">
            <w:pPr>
              <w:spacing w:line="240" w:lineRule="auto"/>
              <w:rPr>
                <w:rFonts w:ascii="Arial" w:eastAsia="Arial" w:hAnsi="Arial"/>
                <w:sz w:val="15"/>
                <w:szCs w:val="28"/>
              </w:rPr>
            </w:pPr>
          </w:p>
        </w:tc>
        <w:tc>
          <w:tcPr>
            <w:tcW w:w="2039" w:type="dxa"/>
            <w:shd w:val="clear" w:color="auto" w:fill="auto"/>
            <w:noWrap/>
            <w:vAlign w:val="center"/>
            <w:hideMark/>
          </w:tcPr>
          <w:p w14:paraId="12FB967F" w14:textId="77777777" w:rsidR="001D5C5C" w:rsidRPr="00546614" w:rsidRDefault="001D5C5C"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1950-1954</w:t>
            </w:r>
          </w:p>
        </w:tc>
        <w:tc>
          <w:tcPr>
            <w:tcW w:w="847" w:type="dxa"/>
            <w:shd w:val="clear" w:color="auto" w:fill="auto"/>
            <w:noWrap/>
            <w:vAlign w:val="center"/>
            <w:hideMark/>
          </w:tcPr>
          <w:p w14:paraId="58C94CCB" w14:textId="77777777" w:rsidR="001D5C5C" w:rsidRPr="00546614" w:rsidRDefault="001D5C5C"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0.073</w:t>
            </w:r>
          </w:p>
        </w:tc>
        <w:tc>
          <w:tcPr>
            <w:tcW w:w="565" w:type="dxa"/>
            <w:shd w:val="clear" w:color="auto" w:fill="auto"/>
            <w:noWrap/>
            <w:vAlign w:val="center"/>
            <w:hideMark/>
          </w:tcPr>
          <w:p w14:paraId="3D93EC9A" w14:textId="77777777" w:rsidR="001D5C5C" w:rsidRPr="00546614" w:rsidRDefault="001D5C5C"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574" w:type="dxa"/>
            <w:shd w:val="clear" w:color="auto" w:fill="auto"/>
            <w:noWrap/>
            <w:vAlign w:val="center"/>
            <w:hideMark/>
          </w:tcPr>
          <w:p w14:paraId="6EE89627" w14:textId="77777777" w:rsidR="001D5C5C" w:rsidRPr="00546614" w:rsidRDefault="001D5C5C"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0.095</w:t>
            </w:r>
          </w:p>
        </w:tc>
        <w:tc>
          <w:tcPr>
            <w:tcW w:w="848" w:type="dxa"/>
            <w:shd w:val="clear" w:color="auto" w:fill="auto"/>
            <w:noWrap/>
            <w:vAlign w:val="center"/>
            <w:hideMark/>
          </w:tcPr>
          <w:p w14:paraId="6BD53793" w14:textId="77777777" w:rsidR="001D5C5C" w:rsidRPr="00546614" w:rsidRDefault="001D5C5C"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0.034</w:t>
            </w:r>
          </w:p>
        </w:tc>
        <w:tc>
          <w:tcPr>
            <w:tcW w:w="565" w:type="dxa"/>
            <w:shd w:val="clear" w:color="auto" w:fill="auto"/>
            <w:noWrap/>
            <w:vAlign w:val="center"/>
            <w:hideMark/>
          </w:tcPr>
          <w:p w14:paraId="6DC1E156" w14:textId="77777777" w:rsidR="001D5C5C" w:rsidRPr="00546614" w:rsidRDefault="001D5C5C"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574" w:type="dxa"/>
            <w:shd w:val="clear" w:color="auto" w:fill="auto"/>
            <w:noWrap/>
            <w:vAlign w:val="center"/>
            <w:hideMark/>
          </w:tcPr>
          <w:p w14:paraId="41EE7F7A" w14:textId="77777777" w:rsidR="001D5C5C" w:rsidRPr="00546614" w:rsidRDefault="001D5C5C"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0.068</w:t>
            </w:r>
          </w:p>
        </w:tc>
        <w:tc>
          <w:tcPr>
            <w:tcW w:w="869" w:type="dxa"/>
            <w:shd w:val="clear" w:color="auto" w:fill="auto"/>
            <w:noWrap/>
            <w:vAlign w:val="center"/>
            <w:hideMark/>
          </w:tcPr>
          <w:p w14:paraId="759D4010" w14:textId="77777777" w:rsidR="001D5C5C" w:rsidRPr="00546614" w:rsidRDefault="001D5C5C"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-0.014</w:t>
            </w:r>
          </w:p>
        </w:tc>
        <w:tc>
          <w:tcPr>
            <w:tcW w:w="636" w:type="dxa"/>
            <w:shd w:val="clear" w:color="auto" w:fill="auto"/>
            <w:noWrap/>
            <w:vAlign w:val="center"/>
            <w:hideMark/>
          </w:tcPr>
          <w:p w14:paraId="2CAF905D" w14:textId="77777777" w:rsidR="001D5C5C" w:rsidRPr="00546614" w:rsidRDefault="001D5C5C"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723" w:type="dxa"/>
            <w:shd w:val="clear" w:color="auto" w:fill="auto"/>
            <w:noWrap/>
            <w:vAlign w:val="center"/>
            <w:hideMark/>
          </w:tcPr>
          <w:p w14:paraId="6641FEA6" w14:textId="77777777" w:rsidR="001D5C5C" w:rsidRPr="00546614" w:rsidRDefault="001D5C5C"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0.073</w:t>
            </w:r>
          </w:p>
        </w:tc>
        <w:tc>
          <w:tcPr>
            <w:tcW w:w="861" w:type="dxa"/>
            <w:shd w:val="clear" w:color="auto" w:fill="auto"/>
            <w:noWrap/>
            <w:vAlign w:val="center"/>
            <w:hideMark/>
          </w:tcPr>
          <w:p w14:paraId="0CD30F5C" w14:textId="77777777" w:rsidR="001D5C5C" w:rsidRPr="00546614" w:rsidRDefault="001D5C5C"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0.125</w:t>
            </w:r>
          </w:p>
        </w:tc>
        <w:tc>
          <w:tcPr>
            <w:tcW w:w="657" w:type="dxa"/>
            <w:shd w:val="clear" w:color="auto" w:fill="auto"/>
            <w:noWrap/>
            <w:vAlign w:val="center"/>
            <w:hideMark/>
          </w:tcPr>
          <w:p w14:paraId="1800E2DD" w14:textId="77777777" w:rsidR="001D5C5C" w:rsidRPr="00546614" w:rsidRDefault="001D5C5C"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82" w:type="dxa"/>
            <w:shd w:val="clear" w:color="auto" w:fill="auto"/>
            <w:noWrap/>
            <w:vAlign w:val="center"/>
            <w:hideMark/>
          </w:tcPr>
          <w:p w14:paraId="750BF2BA" w14:textId="77777777" w:rsidR="001D5C5C" w:rsidRPr="00546614" w:rsidRDefault="001D5C5C"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0.067</w:t>
            </w:r>
          </w:p>
        </w:tc>
        <w:tc>
          <w:tcPr>
            <w:tcW w:w="829" w:type="dxa"/>
            <w:shd w:val="clear" w:color="auto" w:fill="auto"/>
            <w:noWrap/>
            <w:vAlign w:val="center"/>
            <w:hideMark/>
          </w:tcPr>
          <w:p w14:paraId="666BBD7B" w14:textId="77777777" w:rsidR="001D5C5C" w:rsidRPr="00546614" w:rsidRDefault="001D5C5C"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-0.044</w:t>
            </w:r>
          </w:p>
        </w:tc>
        <w:tc>
          <w:tcPr>
            <w:tcW w:w="669" w:type="dxa"/>
            <w:shd w:val="clear" w:color="auto" w:fill="auto"/>
            <w:noWrap/>
            <w:vAlign w:val="center"/>
            <w:hideMark/>
          </w:tcPr>
          <w:p w14:paraId="4E5117E3" w14:textId="77777777" w:rsidR="001D5C5C" w:rsidRPr="00546614" w:rsidRDefault="001D5C5C"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605" w:type="dxa"/>
            <w:shd w:val="clear" w:color="auto" w:fill="auto"/>
            <w:noWrap/>
            <w:vAlign w:val="center"/>
            <w:hideMark/>
          </w:tcPr>
          <w:p w14:paraId="180E3124" w14:textId="77777777" w:rsidR="001D5C5C" w:rsidRPr="00546614" w:rsidRDefault="001D5C5C"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0.068</w:t>
            </w:r>
          </w:p>
        </w:tc>
      </w:tr>
      <w:tr w:rsidR="00132970" w:rsidRPr="00546614" w14:paraId="4173327D" w14:textId="77777777" w:rsidTr="00132970">
        <w:trPr>
          <w:trHeight w:val="203"/>
          <w:jc w:val="center"/>
        </w:trPr>
        <w:tc>
          <w:tcPr>
            <w:tcW w:w="1206" w:type="dxa"/>
            <w:vMerge w:val="restart"/>
            <w:shd w:val="clear" w:color="auto" w:fill="auto"/>
            <w:noWrap/>
            <w:vAlign w:val="center"/>
            <w:hideMark/>
          </w:tcPr>
          <w:p w14:paraId="0C850B0A" w14:textId="6CF3499C" w:rsidR="00132970" w:rsidRPr="00546614" w:rsidRDefault="00132970" w:rsidP="001D5C5C">
            <w:pPr>
              <w:spacing w:line="240" w:lineRule="auto"/>
              <w:rPr>
                <w:rFonts w:ascii="Arial" w:eastAsia="Arial" w:hAnsi="Arial"/>
                <w:sz w:val="15"/>
                <w:szCs w:val="28"/>
              </w:rPr>
            </w:pPr>
            <w:r>
              <w:rPr>
                <w:rFonts w:ascii="Arial" w:eastAsia="Arial" w:hAnsi="Arial"/>
                <w:sz w:val="15"/>
                <w:szCs w:val="28"/>
              </w:rPr>
              <w:t>Babyboomer</w:t>
            </w:r>
          </w:p>
        </w:tc>
        <w:tc>
          <w:tcPr>
            <w:tcW w:w="2039" w:type="dxa"/>
            <w:shd w:val="clear" w:color="auto" w:fill="auto"/>
            <w:noWrap/>
            <w:vAlign w:val="center"/>
            <w:hideMark/>
          </w:tcPr>
          <w:p w14:paraId="67052405"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1955-1959</w:t>
            </w:r>
          </w:p>
        </w:tc>
        <w:tc>
          <w:tcPr>
            <w:tcW w:w="847" w:type="dxa"/>
            <w:shd w:val="clear" w:color="auto" w:fill="auto"/>
            <w:noWrap/>
            <w:vAlign w:val="center"/>
            <w:hideMark/>
          </w:tcPr>
          <w:p w14:paraId="4B43C628"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0.011</w:t>
            </w:r>
          </w:p>
        </w:tc>
        <w:tc>
          <w:tcPr>
            <w:tcW w:w="565" w:type="dxa"/>
            <w:shd w:val="clear" w:color="auto" w:fill="auto"/>
            <w:noWrap/>
            <w:vAlign w:val="center"/>
            <w:hideMark/>
          </w:tcPr>
          <w:p w14:paraId="0215CD6B"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574" w:type="dxa"/>
            <w:shd w:val="clear" w:color="auto" w:fill="auto"/>
            <w:noWrap/>
            <w:vAlign w:val="center"/>
            <w:hideMark/>
          </w:tcPr>
          <w:p w14:paraId="19763008"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0.078</w:t>
            </w:r>
          </w:p>
        </w:tc>
        <w:tc>
          <w:tcPr>
            <w:tcW w:w="848" w:type="dxa"/>
            <w:shd w:val="clear" w:color="auto" w:fill="auto"/>
            <w:noWrap/>
            <w:vAlign w:val="center"/>
            <w:hideMark/>
          </w:tcPr>
          <w:p w14:paraId="661D5230"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0.015</w:t>
            </w:r>
          </w:p>
        </w:tc>
        <w:tc>
          <w:tcPr>
            <w:tcW w:w="565" w:type="dxa"/>
            <w:shd w:val="clear" w:color="auto" w:fill="auto"/>
            <w:noWrap/>
            <w:vAlign w:val="center"/>
            <w:hideMark/>
          </w:tcPr>
          <w:p w14:paraId="0DE6DD86"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574" w:type="dxa"/>
            <w:shd w:val="clear" w:color="auto" w:fill="auto"/>
            <w:noWrap/>
            <w:vAlign w:val="center"/>
            <w:hideMark/>
          </w:tcPr>
          <w:p w14:paraId="6CCD083D"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0.057</w:t>
            </w:r>
          </w:p>
        </w:tc>
        <w:tc>
          <w:tcPr>
            <w:tcW w:w="869" w:type="dxa"/>
            <w:shd w:val="clear" w:color="auto" w:fill="auto"/>
            <w:noWrap/>
            <w:vAlign w:val="center"/>
            <w:hideMark/>
          </w:tcPr>
          <w:p w14:paraId="10C1EC99"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-0.117</w:t>
            </w:r>
          </w:p>
        </w:tc>
        <w:tc>
          <w:tcPr>
            <w:tcW w:w="636" w:type="dxa"/>
            <w:shd w:val="clear" w:color="auto" w:fill="auto"/>
            <w:noWrap/>
            <w:vAlign w:val="center"/>
            <w:hideMark/>
          </w:tcPr>
          <w:p w14:paraId="7A9E545D"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723" w:type="dxa"/>
            <w:shd w:val="clear" w:color="auto" w:fill="auto"/>
            <w:noWrap/>
            <w:vAlign w:val="center"/>
            <w:hideMark/>
          </w:tcPr>
          <w:p w14:paraId="27176920"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0.069</w:t>
            </w:r>
          </w:p>
        </w:tc>
        <w:tc>
          <w:tcPr>
            <w:tcW w:w="861" w:type="dxa"/>
            <w:shd w:val="clear" w:color="auto" w:fill="auto"/>
            <w:noWrap/>
            <w:vAlign w:val="center"/>
            <w:hideMark/>
          </w:tcPr>
          <w:p w14:paraId="4828B57C"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0.082</w:t>
            </w:r>
          </w:p>
        </w:tc>
        <w:tc>
          <w:tcPr>
            <w:tcW w:w="657" w:type="dxa"/>
            <w:shd w:val="clear" w:color="auto" w:fill="auto"/>
            <w:noWrap/>
            <w:vAlign w:val="center"/>
            <w:hideMark/>
          </w:tcPr>
          <w:p w14:paraId="5CC72D1D"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582" w:type="dxa"/>
            <w:shd w:val="clear" w:color="auto" w:fill="auto"/>
            <w:noWrap/>
            <w:vAlign w:val="center"/>
            <w:hideMark/>
          </w:tcPr>
          <w:p w14:paraId="601A8DEC"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0.064</w:t>
            </w:r>
          </w:p>
        </w:tc>
        <w:tc>
          <w:tcPr>
            <w:tcW w:w="829" w:type="dxa"/>
            <w:shd w:val="clear" w:color="auto" w:fill="auto"/>
            <w:noWrap/>
            <w:vAlign w:val="center"/>
            <w:hideMark/>
          </w:tcPr>
          <w:p w14:paraId="75C36F26"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-0.022</w:t>
            </w:r>
          </w:p>
        </w:tc>
        <w:tc>
          <w:tcPr>
            <w:tcW w:w="669" w:type="dxa"/>
            <w:shd w:val="clear" w:color="auto" w:fill="auto"/>
            <w:noWrap/>
            <w:vAlign w:val="center"/>
            <w:hideMark/>
          </w:tcPr>
          <w:p w14:paraId="658BEB88"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605" w:type="dxa"/>
            <w:shd w:val="clear" w:color="auto" w:fill="auto"/>
            <w:noWrap/>
            <w:vAlign w:val="center"/>
            <w:hideMark/>
          </w:tcPr>
          <w:p w14:paraId="43D79B72"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0.055</w:t>
            </w:r>
          </w:p>
        </w:tc>
      </w:tr>
      <w:tr w:rsidR="00132970" w:rsidRPr="00546614" w14:paraId="23F21A79" w14:textId="77777777" w:rsidTr="00132970">
        <w:trPr>
          <w:trHeight w:val="203"/>
          <w:jc w:val="center"/>
        </w:trPr>
        <w:tc>
          <w:tcPr>
            <w:tcW w:w="1206" w:type="dxa"/>
            <w:vMerge/>
            <w:shd w:val="clear" w:color="auto" w:fill="auto"/>
            <w:noWrap/>
            <w:vAlign w:val="center"/>
            <w:hideMark/>
          </w:tcPr>
          <w:p w14:paraId="7B64C996" w14:textId="77777777" w:rsidR="00132970" w:rsidRPr="00546614" w:rsidRDefault="00132970" w:rsidP="001D5C5C">
            <w:pPr>
              <w:spacing w:line="240" w:lineRule="auto"/>
              <w:rPr>
                <w:rFonts w:ascii="Arial" w:eastAsia="Arial" w:hAnsi="Arial"/>
                <w:sz w:val="15"/>
                <w:szCs w:val="28"/>
              </w:rPr>
            </w:pPr>
          </w:p>
        </w:tc>
        <w:tc>
          <w:tcPr>
            <w:tcW w:w="2039" w:type="dxa"/>
            <w:shd w:val="clear" w:color="auto" w:fill="auto"/>
            <w:noWrap/>
            <w:vAlign w:val="center"/>
            <w:hideMark/>
          </w:tcPr>
          <w:p w14:paraId="64967A13"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1960-1964</w:t>
            </w:r>
          </w:p>
        </w:tc>
        <w:tc>
          <w:tcPr>
            <w:tcW w:w="847" w:type="dxa"/>
            <w:shd w:val="clear" w:color="auto" w:fill="auto"/>
            <w:noWrap/>
            <w:vAlign w:val="center"/>
            <w:hideMark/>
          </w:tcPr>
          <w:p w14:paraId="7BD60B08"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-0.077</w:t>
            </w:r>
          </w:p>
        </w:tc>
        <w:tc>
          <w:tcPr>
            <w:tcW w:w="565" w:type="dxa"/>
            <w:shd w:val="clear" w:color="auto" w:fill="auto"/>
            <w:noWrap/>
            <w:vAlign w:val="center"/>
            <w:hideMark/>
          </w:tcPr>
          <w:p w14:paraId="5D7233D5"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574" w:type="dxa"/>
            <w:shd w:val="clear" w:color="auto" w:fill="auto"/>
            <w:noWrap/>
            <w:vAlign w:val="center"/>
            <w:hideMark/>
          </w:tcPr>
          <w:p w14:paraId="013B4B06"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0.079</w:t>
            </w:r>
          </w:p>
        </w:tc>
        <w:tc>
          <w:tcPr>
            <w:tcW w:w="848" w:type="dxa"/>
            <w:shd w:val="clear" w:color="auto" w:fill="auto"/>
            <w:noWrap/>
            <w:vAlign w:val="center"/>
            <w:hideMark/>
          </w:tcPr>
          <w:p w14:paraId="5AB9D415"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0.104</w:t>
            </w:r>
          </w:p>
        </w:tc>
        <w:tc>
          <w:tcPr>
            <w:tcW w:w="565" w:type="dxa"/>
            <w:shd w:val="clear" w:color="auto" w:fill="auto"/>
            <w:noWrap/>
            <w:vAlign w:val="center"/>
            <w:hideMark/>
          </w:tcPr>
          <w:p w14:paraId="260A1E98"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74" w:type="dxa"/>
            <w:shd w:val="clear" w:color="auto" w:fill="auto"/>
            <w:noWrap/>
            <w:vAlign w:val="center"/>
            <w:hideMark/>
          </w:tcPr>
          <w:p w14:paraId="6D4480E9"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0.054</w:t>
            </w:r>
          </w:p>
        </w:tc>
        <w:tc>
          <w:tcPr>
            <w:tcW w:w="869" w:type="dxa"/>
            <w:shd w:val="clear" w:color="auto" w:fill="auto"/>
            <w:noWrap/>
            <w:vAlign w:val="center"/>
            <w:hideMark/>
          </w:tcPr>
          <w:p w14:paraId="781266B9"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-0.206</w:t>
            </w:r>
          </w:p>
        </w:tc>
        <w:tc>
          <w:tcPr>
            <w:tcW w:w="636" w:type="dxa"/>
            <w:shd w:val="clear" w:color="auto" w:fill="auto"/>
            <w:noWrap/>
            <w:vAlign w:val="center"/>
            <w:hideMark/>
          </w:tcPr>
          <w:p w14:paraId="74FBBF9D"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723" w:type="dxa"/>
            <w:shd w:val="clear" w:color="auto" w:fill="auto"/>
            <w:noWrap/>
            <w:vAlign w:val="center"/>
            <w:hideMark/>
          </w:tcPr>
          <w:p w14:paraId="78F2E657"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0.069</w:t>
            </w:r>
          </w:p>
        </w:tc>
        <w:tc>
          <w:tcPr>
            <w:tcW w:w="861" w:type="dxa"/>
            <w:shd w:val="clear" w:color="auto" w:fill="auto"/>
            <w:noWrap/>
            <w:vAlign w:val="center"/>
            <w:hideMark/>
          </w:tcPr>
          <w:p w14:paraId="197B7EA2"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0.069</w:t>
            </w:r>
          </w:p>
        </w:tc>
        <w:tc>
          <w:tcPr>
            <w:tcW w:w="657" w:type="dxa"/>
            <w:shd w:val="clear" w:color="auto" w:fill="auto"/>
            <w:noWrap/>
            <w:vAlign w:val="center"/>
            <w:hideMark/>
          </w:tcPr>
          <w:p w14:paraId="31B5DD67"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582" w:type="dxa"/>
            <w:shd w:val="clear" w:color="auto" w:fill="auto"/>
            <w:noWrap/>
            <w:vAlign w:val="center"/>
            <w:hideMark/>
          </w:tcPr>
          <w:p w14:paraId="28FB7603"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0.064</w:t>
            </w:r>
          </w:p>
        </w:tc>
        <w:tc>
          <w:tcPr>
            <w:tcW w:w="829" w:type="dxa"/>
            <w:shd w:val="clear" w:color="auto" w:fill="auto"/>
            <w:noWrap/>
            <w:vAlign w:val="center"/>
            <w:hideMark/>
          </w:tcPr>
          <w:p w14:paraId="51EB1067"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0.003</w:t>
            </w:r>
          </w:p>
        </w:tc>
        <w:tc>
          <w:tcPr>
            <w:tcW w:w="669" w:type="dxa"/>
            <w:shd w:val="clear" w:color="auto" w:fill="auto"/>
            <w:noWrap/>
            <w:vAlign w:val="center"/>
            <w:hideMark/>
          </w:tcPr>
          <w:p w14:paraId="41E12BEA"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605" w:type="dxa"/>
            <w:shd w:val="clear" w:color="auto" w:fill="auto"/>
            <w:noWrap/>
            <w:vAlign w:val="center"/>
            <w:hideMark/>
          </w:tcPr>
          <w:p w14:paraId="765E8A71"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0.054</w:t>
            </w:r>
          </w:p>
        </w:tc>
      </w:tr>
      <w:tr w:rsidR="00132970" w:rsidRPr="00546614" w14:paraId="5BB02DB2" w14:textId="77777777" w:rsidTr="00132970">
        <w:trPr>
          <w:trHeight w:val="203"/>
          <w:jc w:val="center"/>
        </w:trPr>
        <w:tc>
          <w:tcPr>
            <w:tcW w:w="1206" w:type="dxa"/>
            <w:vMerge w:val="restart"/>
            <w:shd w:val="clear" w:color="auto" w:fill="auto"/>
            <w:noWrap/>
            <w:vAlign w:val="center"/>
            <w:hideMark/>
          </w:tcPr>
          <w:p w14:paraId="19EE4C88" w14:textId="131A30C1" w:rsidR="00132970" w:rsidRPr="00546614" w:rsidRDefault="00132970" w:rsidP="001D5C5C">
            <w:pPr>
              <w:spacing w:line="240" w:lineRule="auto"/>
              <w:rPr>
                <w:rFonts w:ascii="Arial" w:eastAsia="Arial" w:hAnsi="Arial"/>
                <w:sz w:val="15"/>
                <w:szCs w:val="28"/>
              </w:rPr>
            </w:pPr>
            <w:r>
              <w:rPr>
                <w:rFonts w:ascii="Arial" w:eastAsia="Arial" w:hAnsi="Arial"/>
                <w:sz w:val="15"/>
                <w:szCs w:val="28"/>
              </w:rPr>
              <w:t>Gen X</w:t>
            </w:r>
          </w:p>
        </w:tc>
        <w:tc>
          <w:tcPr>
            <w:tcW w:w="2039" w:type="dxa"/>
            <w:shd w:val="clear" w:color="auto" w:fill="auto"/>
            <w:noWrap/>
            <w:vAlign w:val="center"/>
            <w:hideMark/>
          </w:tcPr>
          <w:p w14:paraId="65FAB633"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1965-1969</w:t>
            </w:r>
          </w:p>
        </w:tc>
        <w:tc>
          <w:tcPr>
            <w:tcW w:w="847" w:type="dxa"/>
            <w:shd w:val="clear" w:color="auto" w:fill="auto"/>
            <w:noWrap/>
            <w:vAlign w:val="center"/>
            <w:hideMark/>
          </w:tcPr>
          <w:p w14:paraId="5E2CB697"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-0.257</w:t>
            </w:r>
          </w:p>
        </w:tc>
        <w:tc>
          <w:tcPr>
            <w:tcW w:w="565" w:type="dxa"/>
            <w:shd w:val="clear" w:color="auto" w:fill="auto"/>
            <w:noWrap/>
            <w:vAlign w:val="center"/>
            <w:hideMark/>
          </w:tcPr>
          <w:p w14:paraId="7465A68E"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74" w:type="dxa"/>
            <w:shd w:val="clear" w:color="auto" w:fill="auto"/>
            <w:noWrap/>
            <w:vAlign w:val="center"/>
            <w:hideMark/>
          </w:tcPr>
          <w:p w14:paraId="7AB37E68"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0.082</w:t>
            </w:r>
          </w:p>
        </w:tc>
        <w:tc>
          <w:tcPr>
            <w:tcW w:w="848" w:type="dxa"/>
            <w:shd w:val="clear" w:color="auto" w:fill="auto"/>
            <w:noWrap/>
            <w:vAlign w:val="center"/>
            <w:hideMark/>
          </w:tcPr>
          <w:p w14:paraId="5305607A"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0.007</w:t>
            </w:r>
          </w:p>
        </w:tc>
        <w:tc>
          <w:tcPr>
            <w:tcW w:w="565" w:type="dxa"/>
            <w:shd w:val="clear" w:color="auto" w:fill="auto"/>
            <w:noWrap/>
            <w:vAlign w:val="center"/>
            <w:hideMark/>
          </w:tcPr>
          <w:p w14:paraId="10531C8A"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574" w:type="dxa"/>
            <w:shd w:val="clear" w:color="auto" w:fill="auto"/>
            <w:noWrap/>
            <w:vAlign w:val="center"/>
            <w:hideMark/>
          </w:tcPr>
          <w:p w14:paraId="5F7A830B"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0.054</w:t>
            </w:r>
          </w:p>
        </w:tc>
        <w:tc>
          <w:tcPr>
            <w:tcW w:w="869" w:type="dxa"/>
            <w:shd w:val="clear" w:color="auto" w:fill="auto"/>
            <w:noWrap/>
            <w:vAlign w:val="center"/>
            <w:hideMark/>
          </w:tcPr>
          <w:p w14:paraId="7A021D93"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-0.272</w:t>
            </w:r>
          </w:p>
        </w:tc>
        <w:tc>
          <w:tcPr>
            <w:tcW w:w="636" w:type="dxa"/>
            <w:shd w:val="clear" w:color="auto" w:fill="auto"/>
            <w:noWrap/>
            <w:vAlign w:val="center"/>
            <w:hideMark/>
          </w:tcPr>
          <w:p w14:paraId="3E3595C6"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723" w:type="dxa"/>
            <w:shd w:val="clear" w:color="auto" w:fill="auto"/>
            <w:noWrap/>
            <w:vAlign w:val="center"/>
            <w:hideMark/>
          </w:tcPr>
          <w:p w14:paraId="28BFB30F"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0.069</w:t>
            </w:r>
          </w:p>
        </w:tc>
        <w:tc>
          <w:tcPr>
            <w:tcW w:w="861" w:type="dxa"/>
            <w:shd w:val="clear" w:color="auto" w:fill="auto"/>
            <w:noWrap/>
            <w:vAlign w:val="center"/>
            <w:hideMark/>
          </w:tcPr>
          <w:p w14:paraId="5D451007"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0.004</w:t>
            </w:r>
          </w:p>
        </w:tc>
        <w:tc>
          <w:tcPr>
            <w:tcW w:w="657" w:type="dxa"/>
            <w:shd w:val="clear" w:color="auto" w:fill="auto"/>
            <w:noWrap/>
            <w:vAlign w:val="center"/>
            <w:hideMark/>
          </w:tcPr>
          <w:p w14:paraId="3D84C49E"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582" w:type="dxa"/>
            <w:shd w:val="clear" w:color="auto" w:fill="auto"/>
            <w:noWrap/>
            <w:vAlign w:val="center"/>
            <w:hideMark/>
          </w:tcPr>
          <w:p w14:paraId="2977C6B4"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0.064</w:t>
            </w:r>
          </w:p>
        </w:tc>
        <w:tc>
          <w:tcPr>
            <w:tcW w:w="829" w:type="dxa"/>
            <w:shd w:val="clear" w:color="auto" w:fill="auto"/>
            <w:noWrap/>
            <w:vAlign w:val="center"/>
            <w:hideMark/>
          </w:tcPr>
          <w:p w14:paraId="730EB10B"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0.016</w:t>
            </w:r>
          </w:p>
        </w:tc>
        <w:tc>
          <w:tcPr>
            <w:tcW w:w="669" w:type="dxa"/>
            <w:shd w:val="clear" w:color="auto" w:fill="auto"/>
            <w:noWrap/>
            <w:vAlign w:val="center"/>
            <w:hideMark/>
          </w:tcPr>
          <w:p w14:paraId="15AAE20B"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605" w:type="dxa"/>
            <w:shd w:val="clear" w:color="auto" w:fill="auto"/>
            <w:noWrap/>
            <w:vAlign w:val="center"/>
            <w:hideMark/>
          </w:tcPr>
          <w:p w14:paraId="57AE7AF7"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0.053</w:t>
            </w:r>
          </w:p>
        </w:tc>
      </w:tr>
      <w:tr w:rsidR="00132970" w:rsidRPr="00546614" w14:paraId="5D34875A" w14:textId="77777777" w:rsidTr="00132970">
        <w:trPr>
          <w:trHeight w:val="203"/>
          <w:jc w:val="center"/>
        </w:trPr>
        <w:tc>
          <w:tcPr>
            <w:tcW w:w="1206" w:type="dxa"/>
            <w:vMerge/>
            <w:shd w:val="clear" w:color="auto" w:fill="auto"/>
            <w:noWrap/>
            <w:vAlign w:val="center"/>
            <w:hideMark/>
          </w:tcPr>
          <w:p w14:paraId="10D5E8F2" w14:textId="4C73D75F" w:rsidR="00132970" w:rsidRPr="00546614" w:rsidRDefault="00132970" w:rsidP="001D5C5C">
            <w:pPr>
              <w:spacing w:line="240" w:lineRule="auto"/>
              <w:rPr>
                <w:rFonts w:ascii="Arial" w:eastAsia="Arial" w:hAnsi="Arial"/>
                <w:sz w:val="15"/>
                <w:szCs w:val="28"/>
              </w:rPr>
            </w:pPr>
          </w:p>
        </w:tc>
        <w:tc>
          <w:tcPr>
            <w:tcW w:w="2039" w:type="dxa"/>
            <w:shd w:val="clear" w:color="auto" w:fill="auto"/>
            <w:noWrap/>
            <w:vAlign w:val="center"/>
            <w:hideMark/>
          </w:tcPr>
          <w:p w14:paraId="7956593D"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1970-1974</w:t>
            </w:r>
          </w:p>
        </w:tc>
        <w:tc>
          <w:tcPr>
            <w:tcW w:w="847" w:type="dxa"/>
            <w:shd w:val="clear" w:color="auto" w:fill="auto"/>
            <w:noWrap/>
            <w:vAlign w:val="center"/>
            <w:hideMark/>
          </w:tcPr>
          <w:p w14:paraId="00AA6463"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-0.408</w:t>
            </w:r>
          </w:p>
        </w:tc>
        <w:tc>
          <w:tcPr>
            <w:tcW w:w="565" w:type="dxa"/>
            <w:shd w:val="clear" w:color="auto" w:fill="auto"/>
            <w:noWrap/>
            <w:vAlign w:val="center"/>
            <w:hideMark/>
          </w:tcPr>
          <w:p w14:paraId="23D9DABF"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74" w:type="dxa"/>
            <w:shd w:val="clear" w:color="auto" w:fill="auto"/>
            <w:noWrap/>
            <w:vAlign w:val="center"/>
            <w:hideMark/>
          </w:tcPr>
          <w:p w14:paraId="77A98E60"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0.088</w:t>
            </w:r>
          </w:p>
        </w:tc>
        <w:tc>
          <w:tcPr>
            <w:tcW w:w="848" w:type="dxa"/>
            <w:shd w:val="clear" w:color="auto" w:fill="auto"/>
            <w:noWrap/>
            <w:vAlign w:val="center"/>
            <w:hideMark/>
          </w:tcPr>
          <w:p w14:paraId="3EC7FF09"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-0.135</w:t>
            </w:r>
          </w:p>
        </w:tc>
        <w:tc>
          <w:tcPr>
            <w:tcW w:w="565" w:type="dxa"/>
            <w:shd w:val="clear" w:color="auto" w:fill="auto"/>
            <w:noWrap/>
            <w:vAlign w:val="center"/>
            <w:hideMark/>
          </w:tcPr>
          <w:p w14:paraId="198FCBC5"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74" w:type="dxa"/>
            <w:shd w:val="clear" w:color="auto" w:fill="auto"/>
            <w:noWrap/>
            <w:vAlign w:val="center"/>
            <w:hideMark/>
          </w:tcPr>
          <w:p w14:paraId="3C8913B1"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0.054</w:t>
            </w:r>
          </w:p>
        </w:tc>
        <w:tc>
          <w:tcPr>
            <w:tcW w:w="869" w:type="dxa"/>
            <w:shd w:val="clear" w:color="auto" w:fill="auto"/>
            <w:noWrap/>
            <w:vAlign w:val="center"/>
            <w:hideMark/>
          </w:tcPr>
          <w:p w14:paraId="71C53FF2"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-0.297</w:t>
            </w:r>
          </w:p>
        </w:tc>
        <w:tc>
          <w:tcPr>
            <w:tcW w:w="636" w:type="dxa"/>
            <w:shd w:val="clear" w:color="auto" w:fill="auto"/>
            <w:noWrap/>
            <w:vAlign w:val="center"/>
            <w:hideMark/>
          </w:tcPr>
          <w:p w14:paraId="37330E2B"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723" w:type="dxa"/>
            <w:shd w:val="clear" w:color="auto" w:fill="auto"/>
            <w:noWrap/>
            <w:vAlign w:val="center"/>
            <w:hideMark/>
          </w:tcPr>
          <w:p w14:paraId="3CB346C9"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0.069</w:t>
            </w:r>
          </w:p>
        </w:tc>
        <w:tc>
          <w:tcPr>
            <w:tcW w:w="861" w:type="dxa"/>
            <w:shd w:val="clear" w:color="auto" w:fill="auto"/>
            <w:noWrap/>
            <w:vAlign w:val="center"/>
            <w:hideMark/>
          </w:tcPr>
          <w:p w14:paraId="44AF6B94"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-0.036</w:t>
            </w:r>
          </w:p>
        </w:tc>
        <w:tc>
          <w:tcPr>
            <w:tcW w:w="657" w:type="dxa"/>
            <w:shd w:val="clear" w:color="auto" w:fill="auto"/>
            <w:noWrap/>
            <w:vAlign w:val="center"/>
            <w:hideMark/>
          </w:tcPr>
          <w:p w14:paraId="18BEEF73"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582" w:type="dxa"/>
            <w:shd w:val="clear" w:color="auto" w:fill="auto"/>
            <w:noWrap/>
            <w:vAlign w:val="center"/>
            <w:hideMark/>
          </w:tcPr>
          <w:p w14:paraId="6FF4CAB8"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0.064</w:t>
            </w:r>
          </w:p>
        </w:tc>
        <w:tc>
          <w:tcPr>
            <w:tcW w:w="829" w:type="dxa"/>
            <w:shd w:val="clear" w:color="auto" w:fill="auto"/>
            <w:noWrap/>
            <w:vAlign w:val="center"/>
            <w:hideMark/>
          </w:tcPr>
          <w:p w14:paraId="1D11DAAC"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-0.025</w:t>
            </w:r>
          </w:p>
        </w:tc>
        <w:tc>
          <w:tcPr>
            <w:tcW w:w="669" w:type="dxa"/>
            <w:shd w:val="clear" w:color="auto" w:fill="auto"/>
            <w:noWrap/>
            <w:vAlign w:val="center"/>
            <w:hideMark/>
          </w:tcPr>
          <w:p w14:paraId="50FECCA1"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605" w:type="dxa"/>
            <w:shd w:val="clear" w:color="auto" w:fill="auto"/>
            <w:noWrap/>
            <w:vAlign w:val="center"/>
            <w:hideMark/>
          </w:tcPr>
          <w:p w14:paraId="59FD15A7"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0.054</w:t>
            </w:r>
          </w:p>
        </w:tc>
      </w:tr>
      <w:tr w:rsidR="00132970" w:rsidRPr="00546614" w14:paraId="13CC443B" w14:textId="77777777" w:rsidTr="00132970">
        <w:trPr>
          <w:trHeight w:val="203"/>
          <w:jc w:val="center"/>
        </w:trPr>
        <w:tc>
          <w:tcPr>
            <w:tcW w:w="1206" w:type="dxa"/>
            <w:vMerge/>
            <w:shd w:val="clear" w:color="auto" w:fill="auto"/>
            <w:noWrap/>
            <w:vAlign w:val="center"/>
            <w:hideMark/>
          </w:tcPr>
          <w:p w14:paraId="43395FD0" w14:textId="77777777" w:rsidR="00132970" w:rsidRPr="00546614" w:rsidRDefault="00132970" w:rsidP="001D5C5C">
            <w:pPr>
              <w:spacing w:line="240" w:lineRule="auto"/>
              <w:rPr>
                <w:rFonts w:ascii="Arial" w:eastAsia="Arial" w:hAnsi="Arial"/>
                <w:sz w:val="15"/>
                <w:szCs w:val="28"/>
              </w:rPr>
            </w:pPr>
          </w:p>
        </w:tc>
        <w:tc>
          <w:tcPr>
            <w:tcW w:w="2039" w:type="dxa"/>
            <w:shd w:val="clear" w:color="auto" w:fill="auto"/>
            <w:noWrap/>
            <w:vAlign w:val="center"/>
            <w:hideMark/>
          </w:tcPr>
          <w:p w14:paraId="0B1D796B"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1975-1979</w:t>
            </w:r>
          </w:p>
        </w:tc>
        <w:tc>
          <w:tcPr>
            <w:tcW w:w="847" w:type="dxa"/>
            <w:shd w:val="clear" w:color="auto" w:fill="auto"/>
            <w:noWrap/>
            <w:vAlign w:val="center"/>
            <w:hideMark/>
          </w:tcPr>
          <w:p w14:paraId="04C7C2F5"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-0.377</w:t>
            </w:r>
          </w:p>
        </w:tc>
        <w:tc>
          <w:tcPr>
            <w:tcW w:w="565" w:type="dxa"/>
            <w:shd w:val="clear" w:color="auto" w:fill="auto"/>
            <w:noWrap/>
            <w:vAlign w:val="center"/>
            <w:hideMark/>
          </w:tcPr>
          <w:p w14:paraId="7E8EF69C"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74" w:type="dxa"/>
            <w:shd w:val="clear" w:color="auto" w:fill="auto"/>
            <w:noWrap/>
            <w:vAlign w:val="center"/>
            <w:hideMark/>
          </w:tcPr>
          <w:p w14:paraId="4D97B50F"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0.093</w:t>
            </w:r>
          </w:p>
        </w:tc>
        <w:tc>
          <w:tcPr>
            <w:tcW w:w="848" w:type="dxa"/>
            <w:shd w:val="clear" w:color="auto" w:fill="auto"/>
            <w:noWrap/>
            <w:vAlign w:val="center"/>
            <w:hideMark/>
          </w:tcPr>
          <w:p w14:paraId="5009D9FD"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-0.243</w:t>
            </w:r>
          </w:p>
        </w:tc>
        <w:tc>
          <w:tcPr>
            <w:tcW w:w="565" w:type="dxa"/>
            <w:shd w:val="clear" w:color="auto" w:fill="auto"/>
            <w:noWrap/>
            <w:vAlign w:val="center"/>
            <w:hideMark/>
          </w:tcPr>
          <w:p w14:paraId="24FC9B13"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74" w:type="dxa"/>
            <w:shd w:val="clear" w:color="auto" w:fill="auto"/>
            <w:noWrap/>
            <w:vAlign w:val="center"/>
            <w:hideMark/>
          </w:tcPr>
          <w:p w14:paraId="09D5EB6B"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0.055</w:t>
            </w:r>
          </w:p>
        </w:tc>
        <w:tc>
          <w:tcPr>
            <w:tcW w:w="869" w:type="dxa"/>
            <w:shd w:val="clear" w:color="auto" w:fill="auto"/>
            <w:noWrap/>
            <w:vAlign w:val="center"/>
            <w:hideMark/>
          </w:tcPr>
          <w:p w14:paraId="6EB50E3B"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-0.186</w:t>
            </w:r>
          </w:p>
        </w:tc>
        <w:tc>
          <w:tcPr>
            <w:tcW w:w="636" w:type="dxa"/>
            <w:shd w:val="clear" w:color="auto" w:fill="auto"/>
            <w:noWrap/>
            <w:vAlign w:val="center"/>
            <w:hideMark/>
          </w:tcPr>
          <w:p w14:paraId="32EFEDA3"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723" w:type="dxa"/>
            <w:shd w:val="clear" w:color="auto" w:fill="auto"/>
            <w:noWrap/>
            <w:vAlign w:val="center"/>
            <w:hideMark/>
          </w:tcPr>
          <w:p w14:paraId="397C57F6"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0.070</w:t>
            </w:r>
          </w:p>
        </w:tc>
        <w:tc>
          <w:tcPr>
            <w:tcW w:w="861" w:type="dxa"/>
            <w:shd w:val="clear" w:color="auto" w:fill="auto"/>
            <w:noWrap/>
            <w:vAlign w:val="center"/>
            <w:hideMark/>
          </w:tcPr>
          <w:p w14:paraId="724758B9"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-0.131</w:t>
            </w:r>
          </w:p>
        </w:tc>
        <w:tc>
          <w:tcPr>
            <w:tcW w:w="657" w:type="dxa"/>
            <w:shd w:val="clear" w:color="auto" w:fill="auto"/>
            <w:noWrap/>
            <w:vAlign w:val="center"/>
            <w:hideMark/>
          </w:tcPr>
          <w:p w14:paraId="3623A1AD"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82" w:type="dxa"/>
            <w:shd w:val="clear" w:color="auto" w:fill="auto"/>
            <w:noWrap/>
            <w:vAlign w:val="center"/>
            <w:hideMark/>
          </w:tcPr>
          <w:p w14:paraId="0FFE360E"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0.064</w:t>
            </w:r>
          </w:p>
        </w:tc>
        <w:tc>
          <w:tcPr>
            <w:tcW w:w="829" w:type="dxa"/>
            <w:shd w:val="clear" w:color="auto" w:fill="auto"/>
            <w:noWrap/>
            <w:vAlign w:val="center"/>
            <w:hideMark/>
          </w:tcPr>
          <w:p w14:paraId="266C6026"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0.078</w:t>
            </w:r>
          </w:p>
        </w:tc>
        <w:tc>
          <w:tcPr>
            <w:tcW w:w="669" w:type="dxa"/>
            <w:shd w:val="clear" w:color="auto" w:fill="auto"/>
            <w:noWrap/>
            <w:vAlign w:val="center"/>
            <w:hideMark/>
          </w:tcPr>
          <w:p w14:paraId="26B159F6"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605" w:type="dxa"/>
            <w:shd w:val="clear" w:color="auto" w:fill="auto"/>
            <w:noWrap/>
            <w:vAlign w:val="center"/>
            <w:hideMark/>
          </w:tcPr>
          <w:p w14:paraId="7CD50921"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0.056</w:t>
            </w:r>
          </w:p>
        </w:tc>
      </w:tr>
      <w:tr w:rsidR="00132970" w:rsidRPr="00546614" w14:paraId="527FBCF4" w14:textId="77777777" w:rsidTr="00132970">
        <w:trPr>
          <w:trHeight w:val="203"/>
          <w:jc w:val="center"/>
        </w:trPr>
        <w:tc>
          <w:tcPr>
            <w:tcW w:w="1206" w:type="dxa"/>
            <w:vMerge w:val="restart"/>
            <w:shd w:val="clear" w:color="auto" w:fill="auto"/>
            <w:noWrap/>
            <w:vAlign w:val="center"/>
            <w:hideMark/>
          </w:tcPr>
          <w:p w14:paraId="1E624E0C" w14:textId="790ADCAC" w:rsidR="00132970" w:rsidRPr="00546614" w:rsidRDefault="00132970" w:rsidP="001D5C5C">
            <w:pPr>
              <w:spacing w:line="240" w:lineRule="auto"/>
              <w:rPr>
                <w:rFonts w:ascii="Arial" w:eastAsia="Arial" w:hAnsi="Arial"/>
                <w:sz w:val="15"/>
                <w:szCs w:val="28"/>
              </w:rPr>
            </w:pPr>
            <w:r>
              <w:rPr>
                <w:rFonts w:ascii="Arial" w:eastAsia="Arial" w:hAnsi="Arial"/>
                <w:sz w:val="15"/>
                <w:szCs w:val="28"/>
              </w:rPr>
              <w:lastRenderedPageBreak/>
              <w:t>Gen M</w:t>
            </w:r>
          </w:p>
        </w:tc>
        <w:tc>
          <w:tcPr>
            <w:tcW w:w="2039" w:type="dxa"/>
            <w:shd w:val="clear" w:color="auto" w:fill="auto"/>
            <w:noWrap/>
            <w:vAlign w:val="center"/>
            <w:hideMark/>
          </w:tcPr>
          <w:p w14:paraId="3C58E831"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1980-1984</w:t>
            </w:r>
          </w:p>
        </w:tc>
        <w:tc>
          <w:tcPr>
            <w:tcW w:w="847" w:type="dxa"/>
            <w:shd w:val="clear" w:color="auto" w:fill="auto"/>
            <w:noWrap/>
            <w:vAlign w:val="center"/>
            <w:hideMark/>
          </w:tcPr>
          <w:p w14:paraId="39D084BB"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-0.182</w:t>
            </w:r>
          </w:p>
        </w:tc>
        <w:tc>
          <w:tcPr>
            <w:tcW w:w="565" w:type="dxa"/>
            <w:shd w:val="clear" w:color="auto" w:fill="auto"/>
            <w:noWrap/>
            <w:vAlign w:val="center"/>
            <w:hideMark/>
          </w:tcPr>
          <w:p w14:paraId="0F80C71D"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74" w:type="dxa"/>
            <w:shd w:val="clear" w:color="auto" w:fill="auto"/>
            <w:noWrap/>
            <w:vAlign w:val="center"/>
            <w:hideMark/>
          </w:tcPr>
          <w:p w14:paraId="5A635A75"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0.094</w:t>
            </w:r>
          </w:p>
        </w:tc>
        <w:tc>
          <w:tcPr>
            <w:tcW w:w="848" w:type="dxa"/>
            <w:shd w:val="clear" w:color="auto" w:fill="auto"/>
            <w:noWrap/>
            <w:vAlign w:val="center"/>
            <w:hideMark/>
          </w:tcPr>
          <w:p w14:paraId="309219D0"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-0.214</w:t>
            </w:r>
          </w:p>
        </w:tc>
        <w:tc>
          <w:tcPr>
            <w:tcW w:w="565" w:type="dxa"/>
            <w:shd w:val="clear" w:color="auto" w:fill="auto"/>
            <w:noWrap/>
            <w:vAlign w:val="center"/>
            <w:hideMark/>
          </w:tcPr>
          <w:p w14:paraId="6FF51C32"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74" w:type="dxa"/>
            <w:shd w:val="clear" w:color="auto" w:fill="auto"/>
            <w:noWrap/>
            <w:vAlign w:val="center"/>
            <w:hideMark/>
          </w:tcPr>
          <w:p w14:paraId="2947AFFD"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0.058</w:t>
            </w:r>
          </w:p>
        </w:tc>
        <w:tc>
          <w:tcPr>
            <w:tcW w:w="869" w:type="dxa"/>
            <w:shd w:val="clear" w:color="auto" w:fill="auto"/>
            <w:noWrap/>
            <w:vAlign w:val="center"/>
            <w:hideMark/>
          </w:tcPr>
          <w:p w14:paraId="3E374045"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-0.069</w:t>
            </w:r>
          </w:p>
        </w:tc>
        <w:tc>
          <w:tcPr>
            <w:tcW w:w="636" w:type="dxa"/>
            <w:shd w:val="clear" w:color="auto" w:fill="auto"/>
            <w:noWrap/>
            <w:vAlign w:val="center"/>
            <w:hideMark/>
          </w:tcPr>
          <w:p w14:paraId="68A97C38"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723" w:type="dxa"/>
            <w:shd w:val="clear" w:color="auto" w:fill="auto"/>
            <w:noWrap/>
            <w:vAlign w:val="center"/>
            <w:hideMark/>
          </w:tcPr>
          <w:p w14:paraId="490F526D"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0.070</w:t>
            </w:r>
          </w:p>
        </w:tc>
        <w:tc>
          <w:tcPr>
            <w:tcW w:w="861" w:type="dxa"/>
            <w:shd w:val="clear" w:color="auto" w:fill="auto"/>
            <w:noWrap/>
            <w:vAlign w:val="center"/>
            <w:hideMark/>
          </w:tcPr>
          <w:p w14:paraId="6BD9F085"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-0.370</w:t>
            </w:r>
          </w:p>
        </w:tc>
        <w:tc>
          <w:tcPr>
            <w:tcW w:w="657" w:type="dxa"/>
            <w:shd w:val="clear" w:color="auto" w:fill="auto"/>
            <w:noWrap/>
            <w:vAlign w:val="center"/>
            <w:hideMark/>
          </w:tcPr>
          <w:p w14:paraId="22ECFEC0"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82" w:type="dxa"/>
            <w:shd w:val="clear" w:color="auto" w:fill="auto"/>
            <w:noWrap/>
            <w:vAlign w:val="center"/>
            <w:hideMark/>
          </w:tcPr>
          <w:p w14:paraId="78F5DCE5"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0.065</w:t>
            </w:r>
          </w:p>
        </w:tc>
        <w:tc>
          <w:tcPr>
            <w:tcW w:w="829" w:type="dxa"/>
            <w:shd w:val="clear" w:color="auto" w:fill="auto"/>
            <w:noWrap/>
            <w:vAlign w:val="center"/>
            <w:hideMark/>
          </w:tcPr>
          <w:p w14:paraId="0B283288"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0.253</w:t>
            </w:r>
          </w:p>
        </w:tc>
        <w:tc>
          <w:tcPr>
            <w:tcW w:w="669" w:type="dxa"/>
            <w:shd w:val="clear" w:color="auto" w:fill="auto"/>
            <w:noWrap/>
            <w:vAlign w:val="center"/>
            <w:hideMark/>
          </w:tcPr>
          <w:p w14:paraId="20275045"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605" w:type="dxa"/>
            <w:shd w:val="clear" w:color="auto" w:fill="auto"/>
            <w:noWrap/>
            <w:vAlign w:val="center"/>
            <w:hideMark/>
          </w:tcPr>
          <w:p w14:paraId="1F3F17C6"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0.058</w:t>
            </w:r>
          </w:p>
        </w:tc>
      </w:tr>
      <w:tr w:rsidR="00132970" w:rsidRPr="00546614" w14:paraId="17F572FD" w14:textId="77777777" w:rsidTr="00132970">
        <w:trPr>
          <w:trHeight w:val="203"/>
          <w:jc w:val="center"/>
        </w:trPr>
        <w:tc>
          <w:tcPr>
            <w:tcW w:w="1206" w:type="dxa"/>
            <w:vMerge/>
            <w:shd w:val="clear" w:color="auto" w:fill="auto"/>
            <w:noWrap/>
            <w:vAlign w:val="center"/>
            <w:hideMark/>
          </w:tcPr>
          <w:p w14:paraId="0980B50F" w14:textId="77777777" w:rsidR="00132970" w:rsidRPr="00546614" w:rsidRDefault="00132970" w:rsidP="001D5C5C">
            <w:pPr>
              <w:spacing w:line="240" w:lineRule="auto"/>
              <w:rPr>
                <w:rFonts w:ascii="Arial" w:eastAsia="Arial" w:hAnsi="Arial"/>
                <w:sz w:val="15"/>
                <w:szCs w:val="28"/>
              </w:rPr>
            </w:pPr>
          </w:p>
        </w:tc>
        <w:tc>
          <w:tcPr>
            <w:tcW w:w="2039" w:type="dxa"/>
            <w:shd w:val="clear" w:color="auto" w:fill="auto"/>
            <w:noWrap/>
            <w:vAlign w:val="center"/>
            <w:hideMark/>
          </w:tcPr>
          <w:p w14:paraId="29AEC0D0"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1985-1989</w:t>
            </w:r>
          </w:p>
        </w:tc>
        <w:tc>
          <w:tcPr>
            <w:tcW w:w="847" w:type="dxa"/>
            <w:shd w:val="clear" w:color="auto" w:fill="auto"/>
            <w:noWrap/>
            <w:vAlign w:val="center"/>
            <w:hideMark/>
          </w:tcPr>
          <w:p w14:paraId="3027C687"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0.116</w:t>
            </w:r>
          </w:p>
        </w:tc>
        <w:tc>
          <w:tcPr>
            <w:tcW w:w="565" w:type="dxa"/>
            <w:shd w:val="clear" w:color="auto" w:fill="auto"/>
            <w:noWrap/>
            <w:vAlign w:val="center"/>
            <w:hideMark/>
          </w:tcPr>
          <w:p w14:paraId="00F7F027"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574" w:type="dxa"/>
            <w:shd w:val="clear" w:color="auto" w:fill="auto"/>
            <w:noWrap/>
            <w:vAlign w:val="center"/>
            <w:hideMark/>
          </w:tcPr>
          <w:p w14:paraId="42C4CA1B"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0.098</w:t>
            </w:r>
          </w:p>
        </w:tc>
        <w:tc>
          <w:tcPr>
            <w:tcW w:w="848" w:type="dxa"/>
            <w:shd w:val="clear" w:color="auto" w:fill="auto"/>
            <w:noWrap/>
            <w:vAlign w:val="center"/>
            <w:hideMark/>
          </w:tcPr>
          <w:p w14:paraId="128A41A8"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-0.064</w:t>
            </w:r>
          </w:p>
        </w:tc>
        <w:tc>
          <w:tcPr>
            <w:tcW w:w="565" w:type="dxa"/>
            <w:shd w:val="clear" w:color="auto" w:fill="auto"/>
            <w:noWrap/>
            <w:vAlign w:val="center"/>
            <w:hideMark/>
          </w:tcPr>
          <w:p w14:paraId="5D0592C9"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574" w:type="dxa"/>
            <w:shd w:val="clear" w:color="auto" w:fill="auto"/>
            <w:noWrap/>
            <w:vAlign w:val="center"/>
            <w:hideMark/>
          </w:tcPr>
          <w:p w14:paraId="39DD112C"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0.067</w:t>
            </w:r>
          </w:p>
        </w:tc>
        <w:tc>
          <w:tcPr>
            <w:tcW w:w="869" w:type="dxa"/>
            <w:shd w:val="clear" w:color="auto" w:fill="auto"/>
            <w:noWrap/>
            <w:vAlign w:val="center"/>
            <w:hideMark/>
          </w:tcPr>
          <w:p w14:paraId="70E88AE4"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0.099</w:t>
            </w:r>
          </w:p>
        </w:tc>
        <w:tc>
          <w:tcPr>
            <w:tcW w:w="636" w:type="dxa"/>
            <w:shd w:val="clear" w:color="auto" w:fill="auto"/>
            <w:noWrap/>
            <w:vAlign w:val="center"/>
            <w:hideMark/>
          </w:tcPr>
          <w:p w14:paraId="242538BA"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723" w:type="dxa"/>
            <w:shd w:val="clear" w:color="auto" w:fill="auto"/>
            <w:noWrap/>
            <w:vAlign w:val="center"/>
            <w:hideMark/>
          </w:tcPr>
          <w:p w14:paraId="42FE00A0"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0.073</w:t>
            </w:r>
          </w:p>
        </w:tc>
        <w:tc>
          <w:tcPr>
            <w:tcW w:w="861" w:type="dxa"/>
            <w:shd w:val="clear" w:color="auto" w:fill="auto"/>
            <w:noWrap/>
            <w:vAlign w:val="center"/>
            <w:hideMark/>
          </w:tcPr>
          <w:p w14:paraId="256AD7CA"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-0.437</w:t>
            </w:r>
          </w:p>
        </w:tc>
        <w:tc>
          <w:tcPr>
            <w:tcW w:w="657" w:type="dxa"/>
            <w:shd w:val="clear" w:color="auto" w:fill="auto"/>
            <w:noWrap/>
            <w:vAlign w:val="center"/>
            <w:hideMark/>
          </w:tcPr>
          <w:p w14:paraId="0EE515CF"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82" w:type="dxa"/>
            <w:shd w:val="clear" w:color="auto" w:fill="auto"/>
            <w:noWrap/>
            <w:vAlign w:val="center"/>
            <w:hideMark/>
          </w:tcPr>
          <w:p w14:paraId="05826D3C"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0.068</w:t>
            </w:r>
          </w:p>
        </w:tc>
        <w:tc>
          <w:tcPr>
            <w:tcW w:w="829" w:type="dxa"/>
            <w:shd w:val="clear" w:color="auto" w:fill="auto"/>
            <w:noWrap/>
            <w:vAlign w:val="center"/>
            <w:hideMark/>
          </w:tcPr>
          <w:p w14:paraId="77A551C3"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0.110</w:t>
            </w:r>
          </w:p>
        </w:tc>
        <w:tc>
          <w:tcPr>
            <w:tcW w:w="669" w:type="dxa"/>
            <w:shd w:val="clear" w:color="auto" w:fill="auto"/>
            <w:noWrap/>
            <w:vAlign w:val="center"/>
            <w:hideMark/>
          </w:tcPr>
          <w:p w14:paraId="1C3EA42C"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605" w:type="dxa"/>
            <w:shd w:val="clear" w:color="auto" w:fill="auto"/>
            <w:noWrap/>
            <w:vAlign w:val="center"/>
            <w:hideMark/>
          </w:tcPr>
          <w:p w14:paraId="2A2CE90D"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0.072</w:t>
            </w:r>
          </w:p>
        </w:tc>
      </w:tr>
      <w:tr w:rsidR="00132970" w:rsidRPr="00546614" w14:paraId="7247A863" w14:textId="77777777" w:rsidTr="00132970">
        <w:trPr>
          <w:trHeight w:val="203"/>
          <w:jc w:val="center"/>
        </w:trPr>
        <w:tc>
          <w:tcPr>
            <w:tcW w:w="1206" w:type="dxa"/>
            <w:vMerge/>
            <w:shd w:val="clear" w:color="auto" w:fill="auto"/>
            <w:noWrap/>
            <w:vAlign w:val="center"/>
            <w:hideMark/>
          </w:tcPr>
          <w:p w14:paraId="3E491087" w14:textId="55CDF418" w:rsidR="00132970" w:rsidRPr="00546614" w:rsidRDefault="00132970" w:rsidP="001D5C5C">
            <w:pPr>
              <w:spacing w:line="240" w:lineRule="auto"/>
              <w:rPr>
                <w:rFonts w:ascii="Arial" w:eastAsia="Arial" w:hAnsi="Arial"/>
                <w:sz w:val="15"/>
                <w:szCs w:val="28"/>
              </w:rPr>
            </w:pPr>
          </w:p>
        </w:tc>
        <w:tc>
          <w:tcPr>
            <w:tcW w:w="2039" w:type="dxa"/>
            <w:shd w:val="clear" w:color="auto" w:fill="auto"/>
            <w:noWrap/>
            <w:vAlign w:val="center"/>
            <w:hideMark/>
          </w:tcPr>
          <w:p w14:paraId="140BE2DD"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1990-1994</w:t>
            </w:r>
          </w:p>
        </w:tc>
        <w:tc>
          <w:tcPr>
            <w:tcW w:w="847" w:type="dxa"/>
            <w:shd w:val="clear" w:color="auto" w:fill="auto"/>
            <w:noWrap/>
            <w:vAlign w:val="center"/>
            <w:hideMark/>
          </w:tcPr>
          <w:p w14:paraId="270AE744"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0.315</w:t>
            </w:r>
          </w:p>
        </w:tc>
        <w:tc>
          <w:tcPr>
            <w:tcW w:w="565" w:type="dxa"/>
            <w:shd w:val="clear" w:color="auto" w:fill="auto"/>
            <w:noWrap/>
            <w:vAlign w:val="center"/>
            <w:hideMark/>
          </w:tcPr>
          <w:p w14:paraId="6856F145"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74" w:type="dxa"/>
            <w:shd w:val="clear" w:color="auto" w:fill="auto"/>
            <w:noWrap/>
            <w:vAlign w:val="center"/>
            <w:hideMark/>
          </w:tcPr>
          <w:p w14:paraId="6A72CE8A"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0.100</w:t>
            </w:r>
          </w:p>
        </w:tc>
        <w:tc>
          <w:tcPr>
            <w:tcW w:w="848" w:type="dxa"/>
            <w:shd w:val="clear" w:color="auto" w:fill="auto"/>
            <w:noWrap/>
            <w:vAlign w:val="center"/>
            <w:hideMark/>
          </w:tcPr>
          <w:p w14:paraId="516A623E"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0.239</w:t>
            </w:r>
          </w:p>
        </w:tc>
        <w:tc>
          <w:tcPr>
            <w:tcW w:w="565" w:type="dxa"/>
            <w:shd w:val="clear" w:color="auto" w:fill="auto"/>
            <w:noWrap/>
            <w:vAlign w:val="center"/>
            <w:hideMark/>
          </w:tcPr>
          <w:p w14:paraId="7947C3C1"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74" w:type="dxa"/>
            <w:shd w:val="clear" w:color="auto" w:fill="auto"/>
            <w:noWrap/>
            <w:vAlign w:val="center"/>
            <w:hideMark/>
          </w:tcPr>
          <w:p w14:paraId="512DBE25"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0.078</w:t>
            </w:r>
          </w:p>
        </w:tc>
        <w:tc>
          <w:tcPr>
            <w:tcW w:w="869" w:type="dxa"/>
            <w:shd w:val="clear" w:color="auto" w:fill="auto"/>
            <w:noWrap/>
            <w:vAlign w:val="center"/>
            <w:hideMark/>
          </w:tcPr>
          <w:p w14:paraId="62E4752B"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0.312</w:t>
            </w:r>
          </w:p>
        </w:tc>
        <w:tc>
          <w:tcPr>
            <w:tcW w:w="636" w:type="dxa"/>
            <w:shd w:val="clear" w:color="auto" w:fill="auto"/>
            <w:noWrap/>
            <w:vAlign w:val="center"/>
            <w:hideMark/>
          </w:tcPr>
          <w:p w14:paraId="716FE9C1"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723" w:type="dxa"/>
            <w:shd w:val="clear" w:color="auto" w:fill="auto"/>
            <w:noWrap/>
            <w:vAlign w:val="center"/>
            <w:hideMark/>
          </w:tcPr>
          <w:p w14:paraId="6D6789F8"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0.075</w:t>
            </w:r>
          </w:p>
        </w:tc>
        <w:tc>
          <w:tcPr>
            <w:tcW w:w="861" w:type="dxa"/>
            <w:shd w:val="clear" w:color="auto" w:fill="auto"/>
            <w:noWrap/>
            <w:vAlign w:val="center"/>
            <w:hideMark/>
          </w:tcPr>
          <w:p w14:paraId="3824EED9"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-0.022</w:t>
            </w:r>
          </w:p>
        </w:tc>
        <w:tc>
          <w:tcPr>
            <w:tcW w:w="657" w:type="dxa"/>
            <w:shd w:val="clear" w:color="auto" w:fill="auto"/>
            <w:noWrap/>
            <w:vAlign w:val="center"/>
            <w:hideMark/>
          </w:tcPr>
          <w:p w14:paraId="7BEBC921"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582" w:type="dxa"/>
            <w:shd w:val="clear" w:color="auto" w:fill="auto"/>
            <w:noWrap/>
            <w:vAlign w:val="center"/>
            <w:hideMark/>
          </w:tcPr>
          <w:p w14:paraId="1F8FF013"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0.070</w:t>
            </w:r>
          </w:p>
        </w:tc>
        <w:tc>
          <w:tcPr>
            <w:tcW w:w="829" w:type="dxa"/>
            <w:shd w:val="clear" w:color="auto" w:fill="auto"/>
            <w:noWrap/>
            <w:vAlign w:val="center"/>
            <w:hideMark/>
          </w:tcPr>
          <w:p w14:paraId="6FF9D0C2"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0.003</w:t>
            </w:r>
          </w:p>
        </w:tc>
        <w:tc>
          <w:tcPr>
            <w:tcW w:w="669" w:type="dxa"/>
            <w:shd w:val="clear" w:color="auto" w:fill="auto"/>
            <w:noWrap/>
            <w:vAlign w:val="center"/>
            <w:hideMark/>
          </w:tcPr>
          <w:p w14:paraId="5DCA83BB"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605" w:type="dxa"/>
            <w:shd w:val="clear" w:color="auto" w:fill="auto"/>
            <w:noWrap/>
            <w:vAlign w:val="center"/>
            <w:hideMark/>
          </w:tcPr>
          <w:p w14:paraId="3D2C9472"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0.084</w:t>
            </w:r>
          </w:p>
        </w:tc>
      </w:tr>
      <w:tr w:rsidR="00132970" w:rsidRPr="00546614" w14:paraId="7E62E77D" w14:textId="77777777" w:rsidTr="00132970">
        <w:trPr>
          <w:trHeight w:val="203"/>
          <w:jc w:val="center"/>
        </w:trPr>
        <w:tc>
          <w:tcPr>
            <w:tcW w:w="1206" w:type="dxa"/>
            <w:vMerge w:val="restart"/>
            <w:shd w:val="clear" w:color="auto" w:fill="auto"/>
            <w:noWrap/>
            <w:vAlign w:val="center"/>
            <w:hideMark/>
          </w:tcPr>
          <w:p w14:paraId="4213C90A" w14:textId="591A0FF6" w:rsidR="00132970" w:rsidRPr="00546614" w:rsidRDefault="00132970" w:rsidP="001D5C5C">
            <w:pPr>
              <w:spacing w:line="240" w:lineRule="auto"/>
              <w:rPr>
                <w:rFonts w:eastAsia="맑은 고딕" w:cs="Times New Roman"/>
                <w:color w:val="000000"/>
                <w:sz w:val="15"/>
                <w:szCs w:val="28"/>
              </w:rPr>
            </w:pPr>
            <w:r>
              <w:rPr>
                <w:rFonts w:ascii="Arial" w:eastAsia="Arial" w:hAnsi="Arial"/>
                <w:sz w:val="15"/>
                <w:szCs w:val="28"/>
              </w:rPr>
              <w:t>Gen Z</w:t>
            </w:r>
          </w:p>
        </w:tc>
        <w:tc>
          <w:tcPr>
            <w:tcW w:w="2039" w:type="dxa"/>
            <w:shd w:val="clear" w:color="auto" w:fill="auto"/>
            <w:noWrap/>
            <w:vAlign w:val="center"/>
            <w:hideMark/>
          </w:tcPr>
          <w:p w14:paraId="0C144DD7"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1995-1999</w:t>
            </w:r>
          </w:p>
        </w:tc>
        <w:tc>
          <w:tcPr>
            <w:tcW w:w="847" w:type="dxa"/>
            <w:shd w:val="clear" w:color="auto" w:fill="auto"/>
            <w:noWrap/>
            <w:vAlign w:val="center"/>
            <w:hideMark/>
          </w:tcPr>
          <w:p w14:paraId="01FAF658"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0.218</w:t>
            </w:r>
          </w:p>
        </w:tc>
        <w:tc>
          <w:tcPr>
            <w:tcW w:w="565" w:type="dxa"/>
            <w:shd w:val="clear" w:color="auto" w:fill="auto"/>
            <w:noWrap/>
            <w:vAlign w:val="center"/>
            <w:hideMark/>
          </w:tcPr>
          <w:p w14:paraId="13C93B27"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74" w:type="dxa"/>
            <w:shd w:val="clear" w:color="auto" w:fill="auto"/>
            <w:noWrap/>
            <w:vAlign w:val="center"/>
            <w:hideMark/>
          </w:tcPr>
          <w:p w14:paraId="29EF0EF4"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0.129</w:t>
            </w:r>
          </w:p>
        </w:tc>
        <w:tc>
          <w:tcPr>
            <w:tcW w:w="848" w:type="dxa"/>
            <w:shd w:val="clear" w:color="auto" w:fill="auto"/>
            <w:noWrap/>
            <w:vAlign w:val="center"/>
            <w:hideMark/>
          </w:tcPr>
          <w:p w14:paraId="531D7191"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0.228</w:t>
            </w:r>
          </w:p>
        </w:tc>
        <w:tc>
          <w:tcPr>
            <w:tcW w:w="565" w:type="dxa"/>
            <w:shd w:val="clear" w:color="auto" w:fill="auto"/>
            <w:noWrap/>
            <w:vAlign w:val="center"/>
            <w:hideMark/>
          </w:tcPr>
          <w:p w14:paraId="2B9ABA18"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74" w:type="dxa"/>
            <w:shd w:val="clear" w:color="auto" w:fill="auto"/>
            <w:noWrap/>
            <w:vAlign w:val="center"/>
            <w:hideMark/>
          </w:tcPr>
          <w:p w14:paraId="69E1EC34"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0.105</w:t>
            </w:r>
          </w:p>
        </w:tc>
        <w:tc>
          <w:tcPr>
            <w:tcW w:w="869" w:type="dxa"/>
            <w:shd w:val="clear" w:color="auto" w:fill="auto"/>
            <w:noWrap/>
            <w:vAlign w:val="center"/>
            <w:hideMark/>
          </w:tcPr>
          <w:p w14:paraId="1B2F7DA8"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0.192</w:t>
            </w:r>
          </w:p>
        </w:tc>
        <w:tc>
          <w:tcPr>
            <w:tcW w:w="636" w:type="dxa"/>
            <w:shd w:val="clear" w:color="auto" w:fill="auto"/>
            <w:noWrap/>
            <w:vAlign w:val="center"/>
            <w:hideMark/>
          </w:tcPr>
          <w:p w14:paraId="07F445B0"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723" w:type="dxa"/>
            <w:shd w:val="clear" w:color="auto" w:fill="auto"/>
            <w:noWrap/>
            <w:vAlign w:val="center"/>
            <w:hideMark/>
          </w:tcPr>
          <w:p w14:paraId="4122387F"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0.085</w:t>
            </w:r>
          </w:p>
        </w:tc>
        <w:tc>
          <w:tcPr>
            <w:tcW w:w="861" w:type="dxa"/>
            <w:shd w:val="clear" w:color="auto" w:fill="auto"/>
            <w:noWrap/>
            <w:vAlign w:val="center"/>
            <w:hideMark/>
          </w:tcPr>
          <w:p w14:paraId="58DE2585"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0.693</w:t>
            </w:r>
          </w:p>
        </w:tc>
        <w:tc>
          <w:tcPr>
            <w:tcW w:w="657" w:type="dxa"/>
            <w:shd w:val="clear" w:color="auto" w:fill="auto"/>
            <w:noWrap/>
            <w:vAlign w:val="center"/>
            <w:hideMark/>
          </w:tcPr>
          <w:p w14:paraId="5D5240CC"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582" w:type="dxa"/>
            <w:shd w:val="clear" w:color="auto" w:fill="auto"/>
            <w:noWrap/>
            <w:vAlign w:val="center"/>
            <w:hideMark/>
          </w:tcPr>
          <w:p w14:paraId="378CB803"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0.079</w:t>
            </w:r>
          </w:p>
        </w:tc>
        <w:tc>
          <w:tcPr>
            <w:tcW w:w="829" w:type="dxa"/>
            <w:shd w:val="clear" w:color="auto" w:fill="auto"/>
            <w:noWrap/>
            <w:vAlign w:val="center"/>
            <w:hideMark/>
          </w:tcPr>
          <w:p w14:paraId="2C7C2621"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-0.221</w:t>
            </w:r>
          </w:p>
        </w:tc>
        <w:tc>
          <w:tcPr>
            <w:tcW w:w="669" w:type="dxa"/>
            <w:shd w:val="clear" w:color="auto" w:fill="auto"/>
            <w:noWrap/>
            <w:vAlign w:val="center"/>
            <w:hideMark/>
          </w:tcPr>
          <w:p w14:paraId="31CF8E11"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w:t>
            </w:r>
          </w:p>
        </w:tc>
        <w:tc>
          <w:tcPr>
            <w:tcW w:w="605" w:type="dxa"/>
            <w:shd w:val="clear" w:color="auto" w:fill="auto"/>
            <w:noWrap/>
            <w:vAlign w:val="center"/>
            <w:hideMark/>
          </w:tcPr>
          <w:p w14:paraId="0289DFFF"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0.107</w:t>
            </w:r>
          </w:p>
        </w:tc>
      </w:tr>
      <w:tr w:rsidR="00132970" w:rsidRPr="00546614" w14:paraId="19FE6195" w14:textId="77777777" w:rsidTr="00132970">
        <w:trPr>
          <w:trHeight w:val="203"/>
          <w:jc w:val="center"/>
        </w:trPr>
        <w:tc>
          <w:tcPr>
            <w:tcW w:w="1206" w:type="dxa"/>
            <w:vMerge/>
            <w:shd w:val="clear" w:color="auto" w:fill="auto"/>
            <w:noWrap/>
            <w:vAlign w:val="center"/>
            <w:hideMark/>
          </w:tcPr>
          <w:p w14:paraId="3357ACE9" w14:textId="77777777" w:rsidR="00132970" w:rsidRPr="00546614" w:rsidRDefault="00132970" w:rsidP="001D5C5C">
            <w:pPr>
              <w:spacing w:line="240" w:lineRule="auto"/>
              <w:rPr>
                <w:rFonts w:eastAsia="맑은 고딕" w:cs="Times New Roman"/>
                <w:color w:val="000000"/>
                <w:sz w:val="15"/>
                <w:szCs w:val="28"/>
              </w:rPr>
            </w:pPr>
          </w:p>
        </w:tc>
        <w:tc>
          <w:tcPr>
            <w:tcW w:w="2039" w:type="dxa"/>
            <w:shd w:val="clear" w:color="auto" w:fill="auto"/>
            <w:noWrap/>
            <w:vAlign w:val="center"/>
            <w:hideMark/>
          </w:tcPr>
          <w:p w14:paraId="459132D9"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2000-2004</w:t>
            </w:r>
          </w:p>
        </w:tc>
        <w:tc>
          <w:tcPr>
            <w:tcW w:w="847" w:type="dxa"/>
            <w:shd w:val="clear" w:color="auto" w:fill="auto"/>
            <w:noWrap/>
            <w:vAlign w:val="center"/>
            <w:hideMark/>
          </w:tcPr>
          <w:p w14:paraId="6E587E41"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0.060</w:t>
            </w:r>
          </w:p>
        </w:tc>
        <w:tc>
          <w:tcPr>
            <w:tcW w:w="565" w:type="dxa"/>
            <w:shd w:val="clear" w:color="auto" w:fill="auto"/>
            <w:noWrap/>
            <w:vAlign w:val="center"/>
            <w:hideMark/>
          </w:tcPr>
          <w:p w14:paraId="53F07222"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574" w:type="dxa"/>
            <w:shd w:val="clear" w:color="auto" w:fill="auto"/>
            <w:noWrap/>
            <w:vAlign w:val="center"/>
            <w:hideMark/>
          </w:tcPr>
          <w:p w14:paraId="4A575931"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0.256</w:t>
            </w:r>
          </w:p>
        </w:tc>
        <w:tc>
          <w:tcPr>
            <w:tcW w:w="848" w:type="dxa"/>
            <w:shd w:val="clear" w:color="auto" w:fill="auto"/>
            <w:noWrap/>
            <w:vAlign w:val="center"/>
            <w:hideMark/>
          </w:tcPr>
          <w:p w14:paraId="14059AA6"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0.024</w:t>
            </w:r>
          </w:p>
        </w:tc>
        <w:tc>
          <w:tcPr>
            <w:tcW w:w="565" w:type="dxa"/>
            <w:shd w:val="clear" w:color="auto" w:fill="auto"/>
            <w:noWrap/>
            <w:vAlign w:val="center"/>
            <w:hideMark/>
          </w:tcPr>
          <w:p w14:paraId="360A90B9"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574" w:type="dxa"/>
            <w:shd w:val="clear" w:color="auto" w:fill="auto"/>
            <w:noWrap/>
            <w:vAlign w:val="center"/>
            <w:hideMark/>
          </w:tcPr>
          <w:p w14:paraId="4E5EC872"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0.160</w:t>
            </w:r>
          </w:p>
        </w:tc>
        <w:tc>
          <w:tcPr>
            <w:tcW w:w="869" w:type="dxa"/>
            <w:shd w:val="clear" w:color="auto" w:fill="auto"/>
            <w:noWrap/>
            <w:vAlign w:val="center"/>
            <w:hideMark/>
          </w:tcPr>
          <w:p w14:paraId="253CA2F2"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-0.062</w:t>
            </w:r>
          </w:p>
        </w:tc>
        <w:tc>
          <w:tcPr>
            <w:tcW w:w="636" w:type="dxa"/>
            <w:shd w:val="clear" w:color="auto" w:fill="auto"/>
            <w:noWrap/>
            <w:vAlign w:val="center"/>
            <w:hideMark/>
          </w:tcPr>
          <w:p w14:paraId="2243D61D"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723" w:type="dxa"/>
            <w:shd w:val="clear" w:color="auto" w:fill="auto"/>
            <w:noWrap/>
            <w:vAlign w:val="center"/>
            <w:hideMark/>
          </w:tcPr>
          <w:p w14:paraId="1F79D2DB"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0.219</w:t>
            </w:r>
          </w:p>
        </w:tc>
        <w:tc>
          <w:tcPr>
            <w:tcW w:w="861" w:type="dxa"/>
            <w:shd w:val="clear" w:color="auto" w:fill="auto"/>
            <w:noWrap/>
            <w:vAlign w:val="center"/>
            <w:hideMark/>
          </w:tcPr>
          <w:p w14:paraId="1F9AD781"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-0.061</w:t>
            </w:r>
          </w:p>
        </w:tc>
        <w:tc>
          <w:tcPr>
            <w:tcW w:w="657" w:type="dxa"/>
            <w:shd w:val="clear" w:color="auto" w:fill="auto"/>
            <w:noWrap/>
            <w:vAlign w:val="center"/>
            <w:hideMark/>
          </w:tcPr>
          <w:p w14:paraId="124A2F55"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582" w:type="dxa"/>
            <w:shd w:val="clear" w:color="auto" w:fill="auto"/>
            <w:noWrap/>
            <w:vAlign w:val="center"/>
            <w:hideMark/>
          </w:tcPr>
          <w:p w14:paraId="43067D96"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0.228</w:t>
            </w:r>
          </w:p>
        </w:tc>
        <w:tc>
          <w:tcPr>
            <w:tcW w:w="829" w:type="dxa"/>
            <w:shd w:val="clear" w:color="auto" w:fill="auto"/>
            <w:noWrap/>
            <w:vAlign w:val="center"/>
            <w:hideMark/>
          </w:tcPr>
          <w:p w14:paraId="6B0CB5B0"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-0.012</w:t>
            </w:r>
          </w:p>
        </w:tc>
        <w:tc>
          <w:tcPr>
            <w:tcW w:w="669" w:type="dxa"/>
            <w:shd w:val="clear" w:color="auto" w:fill="auto"/>
            <w:noWrap/>
            <w:vAlign w:val="center"/>
            <w:hideMark/>
          </w:tcPr>
          <w:p w14:paraId="61A304BE" w14:textId="77777777" w:rsidR="00132970" w:rsidRPr="00546614" w:rsidRDefault="00132970"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605" w:type="dxa"/>
            <w:shd w:val="clear" w:color="auto" w:fill="auto"/>
            <w:noWrap/>
            <w:vAlign w:val="center"/>
            <w:hideMark/>
          </w:tcPr>
          <w:p w14:paraId="45F9C4C4" w14:textId="77777777" w:rsidR="00132970" w:rsidRPr="00546614" w:rsidRDefault="00132970"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0.132</w:t>
            </w:r>
          </w:p>
        </w:tc>
      </w:tr>
      <w:tr w:rsidR="001D5C5C" w:rsidRPr="00546614" w14:paraId="0310146F" w14:textId="77777777" w:rsidTr="00132970">
        <w:trPr>
          <w:trHeight w:val="203"/>
          <w:jc w:val="center"/>
        </w:trPr>
        <w:tc>
          <w:tcPr>
            <w:tcW w:w="3245" w:type="dxa"/>
            <w:gridSpan w:val="2"/>
            <w:shd w:val="clear" w:color="auto" w:fill="auto"/>
            <w:noWrap/>
            <w:vAlign w:val="center"/>
            <w:hideMark/>
          </w:tcPr>
          <w:p w14:paraId="4EF24474" w14:textId="77777777" w:rsidR="001D5C5C" w:rsidRPr="00546614" w:rsidRDefault="001D5C5C" w:rsidP="001D5C5C">
            <w:pPr>
              <w:spacing w:line="240" w:lineRule="auto"/>
              <w:rPr>
                <w:sz w:val="15"/>
                <w:szCs w:val="28"/>
              </w:rPr>
            </w:pPr>
            <w:r>
              <w:rPr>
                <w:rFonts w:ascii="Arial" w:eastAsia="Arial" w:hAnsi="Arial"/>
                <w:b/>
                <w:sz w:val="15"/>
                <w:szCs w:val="28"/>
              </w:rPr>
              <w:t>Variance components</w:t>
            </w:r>
          </w:p>
        </w:tc>
        <w:tc>
          <w:tcPr>
            <w:tcW w:w="847" w:type="dxa"/>
            <w:shd w:val="clear" w:color="auto" w:fill="auto"/>
            <w:noWrap/>
            <w:vAlign w:val="center"/>
            <w:hideMark/>
          </w:tcPr>
          <w:p w14:paraId="3F39003D" w14:textId="77777777" w:rsidR="001D5C5C" w:rsidRPr="00546614" w:rsidRDefault="001D5C5C" w:rsidP="001D5C5C">
            <w:pPr>
              <w:spacing w:line="240" w:lineRule="auto"/>
              <w:jc w:val="center"/>
              <w:rPr>
                <w:rFonts w:eastAsia="맑은 고딕" w:cs="Times New Roman"/>
                <w:b/>
                <w:color w:val="000000"/>
                <w:sz w:val="15"/>
                <w:szCs w:val="28"/>
              </w:rPr>
            </w:pPr>
            <w:r>
              <w:rPr>
                <w:rFonts w:ascii="Arial" w:eastAsia="Arial" w:hAnsi="Arial" w:cs="Times New Roman"/>
                <w:b/>
                <w:color w:val="000000"/>
                <w:sz w:val="15"/>
                <w:szCs w:val="28"/>
              </w:rPr>
              <w:t>Variance</w:t>
            </w:r>
          </w:p>
        </w:tc>
        <w:tc>
          <w:tcPr>
            <w:tcW w:w="565" w:type="dxa"/>
            <w:shd w:val="clear" w:color="auto" w:fill="auto"/>
            <w:noWrap/>
            <w:vAlign w:val="center"/>
          </w:tcPr>
          <w:p w14:paraId="08CB05CC" w14:textId="77777777" w:rsidR="001D5C5C" w:rsidRPr="00546614" w:rsidRDefault="001D5C5C" w:rsidP="001D5C5C">
            <w:pPr>
              <w:spacing w:line="240" w:lineRule="auto"/>
              <w:jc w:val="center"/>
              <w:rPr>
                <w:rFonts w:eastAsia="맑은 고딕" w:cs="Times New Roman"/>
                <w:b/>
                <w:color w:val="000000"/>
                <w:sz w:val="15"/>
                <w:szCs w:val="28"/>
              </w:rPr>
            </w:pPr>
          </w:p>
        </w:tc>
        <w:tc>
          <w:tcPr>
            <w:tcW w:w="574" w:type="dxa"/>
            <w:shd w:val="clear" w:color="auto" w:fill="auto"/>
            <w:noWrap/>
            <w:vAlign w:val="center"/>
            <w:hideMark/>
          </w:tcPr>
          <w:p w14:paraId="6FAA0A38" w14:textId="77777777" w:rsidR="001D5C5C" w:rsidRPr="00546614" w:rsidRDefault="001D5C5C" w:rsidP="001D5C5C">
            <w:pPr>
              <w:spacing w:line="240" w:lineRule="auto"/>
              <w:jc w:val="center"/>
              <w:rPr>
                <w:rFonts w:eastAsia="맑은 고딕" w:cs="Times New Roman"/>
                <w:b/>
                <w:color w:val="000000"/>
                <w:sz w:val="15"/>
                <w:szCs w:val="28"/>
              </w:rPr>
            </w:pPr>
            <w:r>
              <w:rPr>
                <w:rFonts w:ascii="Arial" w:eastAsia="Arial" w:hAnsi="Arial" w:cs="Times New Roman"/>
                <w:b/>
                <w:color w:val="000000"/>
                <w:sz w:val="15"/>
                <w:szCs w:val="28"/>
              </w:rPr>
              <w:t>S.D.</w:t>
            </w:r>
          </w:p>
        </w:tc>
        <w:tc>
          <w:tcPr>
            <w:tcW w:w="848" w:type="dxa"/>
            <w:shd w:val="clear" w:color="auto" w:fill="auto"/>
            <w:noWrap/>
            <w:vAlign w:val="center"/>
            <w:hideMark/>
          </w:tcPr>
          <w:p w14:paraId="6956FF80" w14:textId="77777777" w:rsidR="001D5C5C" w:rsidRPr="00546614" w:rsidRDefault="001D5C5C" w:rsidP="001D5C5C">
            <w:pPr>
              <w:spacing w:line="240" w:lineRule="auto"/>
              <w:jc w:val="center"/>
              <w:rPr>
                <w:rFonts w:eastAsia="맑은 고딕" w:cs="Times New Roman"/>
                <w:b/>
                <w:color w:val="000000"/>
                <w:sz w:val="15"/>
                <w:szCs w:val="28"/>
              </w:rPr>
            </w:pPr>
            <w:r>
              <w:rPr>
                <w:rFonts w:ascii="Arial" w:eastAsia="Arial" w:hAnsi="Arial" w:cs="Times New Roman"/>
                <w:b/>
                <w:color w:val="000000"/>
                <w:sz w:val="15"/>
                <w:szCs w:val="28"/>
              </w:rPr>
              <w:t>Variance</w:t>
            </w:r>
          </w:p>
        </w:tc>
        <w:tc>
          <w:tcPr>
            <w:tcW w:w="565" w:type="dxa"/>
            <w:shd w:val="clear" w:color="auto" w:fill="auto"/>
            <w:noWrap/>
            <w:vAlign w:val="center"/>
          </w:tcPr>
          <w:p w14:paraId="4994C6C3" w14:textId="77777777" w:rsidR="001D5C5C" w:rsidRPr="00546614" w:rsidRDefault="001D5C5C" w:rsidP="001D5C5C">
            <w:pPr>
              <w:spacing w:line="240" w:lineRule="auto"/>
              <w:jc w:val="center"/>
              <w:rPr>
                <w:rFonts w:eastAsia="맑은 고딕" w:cs="Times New Roman"/>
                <w:b/>
                <w:color w:val="000000"/>
                <w:sz w:val="15"/>
                <w:szCs w:val="28"/>
              </w:rPr>
            </w:pPr>
          </w:p>
        </w:tc>
        <w:tc>
          <w:tcPr>
            <w:tcW w:w="574" w:type="dxa"/>
            <w:shd w:val="clear" w:color="auto" w:fill="auto"/>
            <w:noWrap/>
            <w:vAlign w:val="center"/>
            <w:hideMark/>
          </w:tcPr>
          <w:p w14:paraId="6B9A0AF1" w14:textId="77777777" w:rsidR="001D5C5C" w:rsidRPr="00546614" w:rsidRDefault="001D5C5C" w:rsidP="001D5C5C">
            <w:pPr>
              <w:spacing w:line="240" w:lineRule="auto"/>
              <w:jc w:val="center"/>
              <w:rPr>
                <w:rFonts w:eastAsia="맑은 고딕" w:cs="Times New Roman"/>
                <w:b/>
                <w:color w:val="000000"/>
                <w:sz w:val="15"/>
                <w:szCs w:val="28"/>
              </w:rPr>
            </w:pPr>
            <w:r>
              <w:rPr>
                <w:rFonts w:ascii="Arial" w:eastAsia="Arial" w:hAnsi="Arial" w:cs="Times New Roman"/>
                <w:b/>
                <w:color w:val="000000"/>
                <w:sz w:val="15"/>
                <w:szCs w:val="28"/>
              </w:rPr>
              <w:t>S.D.</w:t>
            </w:r>
          </w:p>
        </w:tc>
        <w:tc>
          <w:tcPr>
            <w:tcW w:w="869" w:type="dxa"/>
            <w:shd w:val="clear" w:color="auto" w:fill="auto"/>
            <w:noWrap/>
            <w:vAlign w:val="center"/>
            <w:hideMark/>
          </w:tcPr>
          <w:p w14:paraId="0FA2B32B" w14:textId="77777777" w:rsidR="001D5C5C" w:rsidRPr="00546614" w:rsidRDefault="001D5C5C" w:rsidP="001D5C5C">
            <w:pPr>
              <w:spacing w:line="240" w:lineRule="auto"/>
              <w:jc w:val="center"/>
              <w:rPr>
                <w:rFonts w:eastAsia="맑은 고딕" w:cs="Times New Roman"/>
                <w:b/>
                <w:color w:val="000000"/>
                <w:sz w:val="15"/>
                <w:szCs w:val="28"/>
              </w:rPr>
            </w:pPr>
            <w:r>
              <w:rPr>
                <w:rFonts w:ascii="Arial" w:eastAsia="Arial" w:hAnsi="Arial" w:cs="Times New Roman"/>
                <w:b/>
                <w:color w:val="000000"/>
                <w:sz w:val="15"/>
                <w:szCs w:val="28"/>
              </w:rPr>
              <w:t>Variance</w:t>
            </w:r>
          </w:p>
        </w:tc>
        <w:tc>
          <w:tcPr>
            <w:tcW w:w="636" w:type="dxa"/>
            <w:shd w:val="clear" w:color="auto" w:fill="auto"/>
            <w:noWrap/>
            <w:vAlign w:val="center"/>
          </w:tcPr>
          <w:p w14:paraId="6FC03696" w14:textId="77777777" w:rsidR="001D5C5C" w:rsidRPr="00546614" w:rsidRDefault="001D5C5C" w:rsidP="001D5C5C">
            <w:pPr>
              <w:spacing w:line="240" w:lineRule="auto"/>
              <w:jc w:val="center"/>
              <w:rPr>
                <w:rFonts w:eastAsia="맑은 고딕" w:cs="Times New Roman"/>
                <w:b/>
                <w:color w:val="000000"/>
                <w:sz w:val="15"/>
                <w:szCs w:val="28"/>
              </w:rPr>
            </w:pPr>
          </w:p>
        </w:tc>
        <w:tc>
          <w:tcPr>
            <w:tcW w:w="723" w:type="dxa"/>
            <w:shd w:val="clear" w:color="auto" w:fill="auto"/>
            <w:noWrap/>
            <w:vAlign w:val="center"/>
            <w:hideMark/>
          </w:tcPr>
          <w:p w14:paraId="3BFAFAA6" w14:textId="77777777" w:rsidR="001D5C5C" w:rsidRPr="00546614" w:rsidRDefault="001D5C5C" w:rsidP="001D5C5C">
            <w:pPr>
              <w:spacing w:line="240" w:lineRule="auto"/>
              <w:jc w:val="center"/>
              <w:rPr>
                <w:rFonts w:eastAsia="맑은 고딕" w:cs="Times New Roman"/>
                <w:b/>
                <w:color w:val="000000"/>
                <w:sz w:val="15"/>
                <w:szCs w:val="28"/>
              </w:rPr>
            </w:pPr>
            <w:r>
              <w:rPr>
                <w:rFonts w:ascii="Arial" w:eastAsia="Arial" w:hAnsi="Arial" w:cs="Times New Roman"/>
                <w:b/>
                <w:color w:val="000000"/>
                <w:sz w:val="15"/>
                <w:szCs w:val="28"/>
              </w:rPr>
              <w:t>S.D.</w:t>
            </w:r>
          </w:p>
        </w:tc>
        <w:tc>
          <w:tcPr>
            <w:tcW w:w="861" w:type="dxa"/>
            <w:shd w:val="clear" w:color="auto" w:fill="auto"/>
            <w:noWrap/>
            <w:vAlign w:val="center"/>
            <w:hideMark/>
          </w:tcPr>
          <w:p w14:paraId="266E8A59" w14:textId="77777777" w:rsidR="001D5C5C" w:rsidRPr="00546614" w:rsidRDefault="001D5C5C" w:rsidP="001D5C5C">
            <w:pPr>
              <w:spacing w:line="240" w:lineRule="auto"/>
              <w:jc w:val="center"/>
              <w:rPr>
                <w:rFonts w:eastAsia="맑은 고딕" w:cs="Times New Roman"/>
                <w:b/>
                <w:color w:val="000000"/>
                <w:sz w:val="15"/>
                <w:szCs w:val="28"/>
              </w:rPr>
            </w:pPr>
            <w:r>
              <w:rPr>
                <w:rFonts w:ascii="Arial" w:eastAsia="Arial" w:hAnsi="Arial" w:cs="Times New Roman"/>
                <w:b/>
                <w:color w:val="000000"/>
                <w:sz w:val="15"/>
                <w:szCs w:val="28"/>
              </w:rPr>
              <w:t>Variance</w:t>
            </w:r>
          </w:p>
        </w:tc>
        <w:tc>
          <w:tcPr>
            <w:tcW w:w="657" w:type="dxa"/>
            <w:shd w:val="clear" w:color="auto" w:fill="auto"/>
            <w:noWrap/>
            <w:vAlign w:val="center"/>
          </w:tcPr>
          <w:p w14:paraId="79BE3C37" w14:textId="77777777" w:rsidR="001D5C5C" w:rsidRPr="00546614" w:rsidRDefault="001D5C5C" w:rsidP="001D5C5C">
            <w:pPr>
              <w:spacing w:line="240" w:lineRule="auto"/>
              <w:jc w:val="center"/>
              <w:rPr>
                <w:rFonts w:eastAsia="맑은 고딕" w:cs="Times New Roman"/>
                <w:b/>
                <w:color w:val="000000"/>
                <w:sz w:val="15"/>
                <w:szCs w:val="28"/>
              </w:rPr>
            </w:pPr>
          </w:p>
        </w:tc>
        <w:tc>
          <w:tcPr>
            <w:tcW w:w="582" w:type="dxa"/>
            <w:shd w:val="clear" w:color="auto" w:fill="auto"/>
            <w:noWrap/>
            <w:vAlign w:val="center"/>
            <w:hideMark/>
          </w:tcPr>
          <w:p w14:paraId="1218F98D" w14:textId="77777777" w:rsidR="001D5C5C" w:rsidRPr="00546614" w:rsidRDefault="001D5C5C" w:rsidP="001D5C5C">
            <w:pPr>
              <w:spacing w:line="240" w:lineRule="auto"/>
              <w:jc w:val="center"/>
              <w:rPr>
                <w:rFonts w:eastAsia="맑은 고딕" w:cs="Times New Roman"/>
                <w:b/>
                <w:color w:val="000000"/>
                <w:sz w:val="15"/>
                <w:szCs w:val="28"/>
              </w:rPr>
            </w:pPr>
            <w:r>
              <w:rPr>
                <w:rFonts w:ascii="Arial" w:eastAsia="Arial" w:hAnsi="Arial" w:cs="Times New Roman"/>
                <w:b/>
                <w:color w:val="000000"/>
                <w:sz w:val="15"/>
                <w:szCs w:val="28"/>
              </w:rPr>
              <w:t>S.D.</w:t>
            </w:r>
          </w:p>
        </w:tc>
        <w:tc>
          <w:tcPr>
            <w:tcW w:w="829" w:type="dxa"/>
            <w:shd w:val="clear" w:color="auto" w:fill="auto"/>
            <w:noWrap/>
            <w:vAlign w:val="center"/>
            <w:hideMark/>
          </w:tcPr>
          <w:p w14:paraId="632A5B88" w14:textId="77777777" w:rsidR="001D5C5C" w:rsidRPr="00546614" w:rsidRDefault="001D5C5C" w:rsidP="001D5C5C">
            <w:pPr>
              <w:spacing w:line="240" w:lineRule="auto"/>
              <w:jc w:val="center"/>
              <w:rPr>
                <w:rFonts w:eastAsia="맑은 고딕" w:cs="Times New Roman"/>
                <w:b/>
                <w:color w:val="000000"/>
                <w:sz w:val="15"/>
                <w:szCs w:val="28"/>
              </w:rPr>
            </w:pPr>
            <w:r>
              <w:rPr>
                <w:rFonts w:ascii="Arial" w:eastAsia="Arial" w:hAnsi="Arial" w:cs="Times New Roman"/>
                <w:b/>
                <w:color w:val="000000"/>
                <w:sz w:val="15"/>
                <w:szCs w:val="28"/>
              </w:rPr>
              <w:t>Variance</w:t>
            </w:r>
          </w:p>
        </w:tc>
        <w:tc>
          <w:tcPr>
            <w:tcW w:w="669" w:type="dxa"/>
            <w:shd w:val="clear" w:color="auto" w:fill="auto"/>
            <w:noWrap/>
            <w:vAlign w:val="center"/>
          </w:tcPr>
          <w:p w14:paraId="6B064AEB" w14:textId="77777777" w:rsidR="001D5C5C" w:rsidRPr="00546614" w:rsidRDefault="001D5C5C" w:rsidP="001D5C5C">
            <w:pPr>
              <w:spacing w:line="240" w:lineRule="auto"/>
              <w:jc w:val="center"/>
              <w:rPr>
                <w:rFonts w:eastAsia="맑은 고딕" w:cs="Times New Roman"/>
                <w:b/>
                <w:color w:val="000000"/>
                <w:sz w:val="15"/>
                <w:szCs w:val="28"/>
              </w:rPr>
            </w:pPr>
          </w:p>
        </w:tc>
        <w:tc>
          <w:tcPr>
            <w:tcW w:w="605" w:type="dxa"/>
            <w:shd w:val="clear" w:color="auto" w:fill="auto"/>
            <w:noWrap/>
            <w:vAlign w:val="center"/>
            <w:hideMark/>
          </w:tcPr>
          <w:p w14:paraId="6B750364" w14:textId="77777777" w:rsidR="001D5C5C" w:rsidRPr="00546614" w:rsidRDefault="001D5C5C" w:rsidP="001D5C5C">
            <w:pPr>
              <w:spacing w:line="240" w:lineRule="auto"/>
              <w:jc w:val="center"/>
              <w:rPr>
                <w:rFonts w:eastAsia="맑은 고딕" w:cs="Times New Roman"/>
                <w:b/>
                <w:color w:val="000000"/>
                <w:sz w:val="15"/>
                <w:szCs w:val="28"/>
              </w:rPr>
            </w:pPr>
            <w:r>
              <w:rPr>
                <w:rFonts w:ascii="Arial" w:eastAsia="Arial" w:hAnsi="Arial" w:cs="Times New Roman"/>
                <w:b/>
                <w:color w:val="000000"/>
                <w:sz w:val="15"/>
                <w:szCs w:val="28"/>
              </w:rPr>
              <w:t>S.D.</w:t>
            </w:r>
          </w:p>
        </w:tc>
      </w:tr>
      <w:tr w:rsidR="001D5C5C" w:rsidRPr="00546614" w14:paraId="7002223D" w14:textId="77777777" w:rsidTr="00132970">
        <w:trPr>
          <w:trHeight w:val="203"/>
          <w:jc w:val="center"/>
        </w:trPr>
        <w:tc>
          <w:tcPr>
            <w:tcW w:w="1206" w:type="dxa"/>
            <w:shd w:val="clear" w:color="auto" w:fill="auto"/>
            <w:noWrap/>
            <w:vAlign w:val="center"/>
            <w:hideMark/>
          </w:tcPr>
          <w:p w14:paraId="1AEC989B" w14:textId="77777777" w:rsidR="001D5C5C" w:rsidRPr="00546614" w:rsidRDefault="001D5C5C"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 xml:space="preserve">　</w:t>
            </w:r>
          </w:p>
        </w:tc>
        <w:tc>
          <w:tcPr>
            <w:tcW w:w="2039" w:type="dxa"/>
            <w:shd w:val="clear" w:color="auto" w:fill="auto"/>
            <w:noWrap/>
            <w:vAlign w:val="center"/>
          </w:tcPr>
          <w:p w14:paraId="01A72138" w14:textId="77777777" w:rsidR="001D5C5C" w:rsidRPr="00546614" w:rsidRDefault="001D5C5C"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Cohort level</w:t>
            </w:r>
          </w:p>
        </w:tc>
        <w:tc>
          <w:tcPr>
            <w:tcW w:w="847" w:type="dxa"/>
            <w:shd w:val="clear" w:color="auto" w:fill="auto"/>
            <w:noWrap/>
            <w:vAlign w:val="center"/>
            <w:hideMark/>
          </w:tcPr>
          <w:p w14:paraId="03B22096" w14:textId="77777777" w:rsidR="001D5C5C" w:rsidRPr="00546614" w:rsidRDefault="001D5C5C"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0.071</w:t>
            </w:r>
          </w:p>
        </w:tc>
        <w:tc>
          <w:tcPr>
            <w:tcW w:w="565" w:type="dxa"/>
            <w:shd w:val="clear" w:color="auto" w:fill="auto"/>
            <w:noWrap/>
            <w:vAlign w:val="center"/>
          </w:tcPr>
          <w:p w14:paraId="6398D9A8" w14:textId="77777777" w:rsidR="001D5C5C" w:rsidRPr="00546614" w:rsidRDefault="001D5C5C" w:rsidP="001D5C5C">
            <w:pPr>
              <w:spacing w:line="240" w:lineRule="auto"/>
              <w:jc w:val="right"/>
              <w:rPr>
                <w:rFonts w:eastAsia="맑은 고딕" w:cs="Times New Roman"/>
                <w:color w:val="000000"/>
                <w:sz w:val="15"/>
                <w:szCs w:val="28"/>
              </w:rPr>
            </w:pPr>
          </w:p>
        </w:tc>
        <w:tc>
          <w:tcPr>
            <w:tcW w:w="574" w:type="dxa"/>
            <w:shd w:val="clear" w:color="auto" w:fill="auto"/>
            <w:noWrap/>
            <w:vAlign w:val="center"/>
            <w:hideMark/>
          </w:tcPr>
          <w:p w14:paraId="79E2EC16" w14:textId="77777777" w:rsidR="001D5C5C" w:rsidRPr="00546614" w:rsidRDefault="001D5C5C" w:rsidP="001D5C5C">
            <w:pPr>
              <w:spacing w:line="240" w:lineRule="auto"/>
              <w:jc w:val="center"/>
              <w:rPr>
                <w:rFonts w:eastAsia="맑은 고딕" w:cs="Times New Roman"/>
                <w:color w:val="000000"/>
                <w:sz w:val="15"/>
                <w:szCs w:val="28"/>
              </w:rPr>
            </w:pPr>
            <w:r>
              <w:rPr>
                <w:rFonts w:ascii="Arial" w:eastAsia="Arial" w:hAnsi="Arial" w:cs="Times New Roman"/>
                <w:color w:val="000000"/>
                <w:sz w:val="15"/>
                <w:szCs w:val="28"/>
              </w:rPr>
              <w:t>0.266</w:t>
            </w:r>
          </w:p>
        </w:tc>
        <w:tc>
          <w:tcPr>
            <w:tcW w:w="848" w:type="dxa"/>
            <w:shd w:val="clear" w:color="auto" w:fill="auto"/>
            <w:noWrap/>
            <w:vAlign w:val="center"/>
            <w:hideMark/>
          </w:tcPr>
          <w:p w14:paraId="1187F1B8" w14:textId="77777777" w:rsidR="001D5C5C" w:rsidRPr="00546614" w:rsidRDefault="001D5C5C"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0.026</w:t>
            </w:r>
          </w:p>
        </w:tc>
        <w:tc>
          <w:tcPr>
            <w:tcW w:w="565" w:type="dxa"/>
            <w:shd w:val="clear" w:color="auto" w:fill="auto"/>
            <w:noWrap/>
            <w:vAlign w:val="center"/>
          </w:tcPr>
          <w:p w14:paraId="2750DEB6" w14:textId="77777777" w:rsidR="001D5C5C" w:rsidRPr="00546614" w:rsidRDefault="001D5C5C" w:rsidP="001D5C5C">
            <w:pPr>
              <w:spacing w:line="240" w:lineRule="auto"/>
              <w:jc w:val="right"/>
              <w:rPr>
                <w:rFonts w:eastAsia="맑은 고딕" w:cs="Times New Roman"/>
                <w:color w:val="000000"/>
                <w:sz w:val="15"/>
                <w:szCs w:val="28"/>
              </w:rPr>
            </w:pPr>
          </w:p>
        </w:tc>
        <w:tc>
          <w:tcPr>
            <w:tcW w:w="574" w:type="dxa"/>
            <w:shd w:val="clear" w:color="auto" w:fill="auto"/>
            <w:noWrap/>
            <w:vAlign w:val="center"/>
            <w:hideMark/>
          </w:tcPr>
          <w:p w14:paraId="647CAECD" w14:textId="77777777" w:rsidR="001D5C5C" w:rsidRPr="00546614" w:rsidRDefault="001D5C5C" w:rsidP="001D5C5C">
            <w:pPr>
              <w:spacing w:line="240" w:lineRule="auto"/>
              <w:jc w:val="center"/>
              <w:rPr>
                <w:rFonts w:eastAsia="맑은 고딕" w:cs="Times New Roman"/>
                <w:color w:val="000000"/>
                <w:sz w:val="15"/>
                <w:szCs w:val="28"/>
              </w:rPr>
            </w:pPr>
            <w:r>
              <w:rPr>
                <w:rFonts w:ascii="Arial" w:eastAsia="Arial" w:hAnsi="Arial" w:cs="Times New Roman"/>
                <w:color w:val="000000"/>
                <w:sz w:val="15"/>
                <w:szCs w:val="28"/>
              </w:rPr>
              <w:t>0.162</w:t>
            </w:r>
          </w:p>
        </w:tc>
        <w:tc>
          <w:tcPr>
            <w:tcW w:w="869" w:type="dxa"/>
            <w:shd w:val="clear" w:color="auto" w:fill="auto"/>
            <w:noWrap/>
            <w:vAlign w:val="center"/>
            <w:hideMark/>
          </w:tcPr>
          <w:p w14:paraId="1E4AE1A4" w14:textId="77777777" w:rsidR="001D5C5C" w:rsidRPr="00546614" w:rsidRDefault="001D5C5C"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0.060</w:t>
            </w:r>
          </w:p>
        </w:tc>
        <w:tc>
          <w:tcPr>
            <w:tcW w:w="636" w:type="dxa"/>
            <w:shd w:val="clear" w:color="auto" w:fill="auto"/>
            <w:noWrap/>
            <w:vAlign w:val="center"/>
          </w:tcPr>
          <w:p w14:paraId="39BF0B06" w14:textId="77777777" w:rsidR="001D5C5C" w:rsidRPr="00546614" w:rsidRDefault="001D5C5C" w:rsidP="001D5C5C">
            <w:pPr>
              <w:spacing w:line="240" w:lineRule="auto"/>
              <w:jc w:val="right"/>
              <w:rPr>
                <w:rFonts w:eastAsia="맑은 고딕" w:cs="Times New Roman"/>
                <w:color w:val="000000"/>
                <w:sz w:val="15"/>
                <w:szCs w:val="28"/>
              </w:rPr>
            </w:pPr>
          </w:p>
        </w:tc>
        <w:tc>
          <w:tcPr>
            <w:tcW w:w="723" w:type="dxa"/>
            <w:shd w:val="clear" w:color="auto" w:fill="auto"/>
            <w:noWrap/>
            <w:vAlign w:val="center"/>
            <w:hideMark/>
          </w:tcPr>
          <w:p w14:paraId="7116B2BA" w14:textId="77777777" w:rsidR="001D5C5C" w:rsidRPr="00546614" w:rsidRDefault="001D5C5C" w:rsidP="001D5C5C">
            <w:pPr>
              <w:spacing w:line="240" w:lineRule="auto"/>
              <w:jc w:val="center"/>
              <w:rPr>
                <w:rFonts w:eastAsia="맑은 고딕" w:cs="Times New Roman"/>
                <w:color w:val="000000"/>
                <w:sz w:val="15"/>
                <w:szCs w:val="28"/>
              </w:rPr>
            </w:pPr>
            <w:r>
              <w:rPr>
                <w:rFonts w:ascii="Arial" w:eastAsia="Arial" w:hAnsi="Arial" w:cs="Times New Roman"/>
                <w:color w:val="000000"/>
                <w:sz w:val="15"/>
                <w:szCs w:val="28"/>
              </w:rPr>
              <w:t>0.245</w:t>
            </w:r>
          </w:p>
        </w:tc>
        <w:tc>
          <w:tcPr>
            <w:tcW w:w="861" w:type="dxa"/>
            <w:shd w:val="clear" w:color="auto" w:fill="auto"/>
            <w:noWrap/>
            <w:vAlign w:val="center"/>
            <w:hideMark/>
          </w:tcPr>
          <w:p w14:paraId="0ED389B3" w14:textId="77777777" w:rsidR="001D5C5C" w:rsidRPr="00546614" w:rsidRDefault="001D5C5C"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0.075</w:t>
            </w:r>
          </w:p>
        </w:tc>
        <w:tc>
          <w:tcPr>
            <w:tcW w:w="657" w:type="dxa"/>
            <w:shd w:val="clear" w:color="auto" w:fill="auto"/>
            <w:noWrap/>
            <w:vAlign w:val="center"/>
          </w:tcPr>
          <w:p w14:paraId="645662E1" w14:textId="77777777" w:rsidR="001D5C5C" w:rsidRPr="00546614" w:rsidRDefault="001D5C5C" w:rsidP="001D5C5C">
            <w:pPr>
              <w:spacing w:line="240" w:lineRule="auto"/>
              <w:jc w:val="right"/>
              <w:rPr>
                <w:rFonts w:eastAsia="맑은 고딕" w:cs="Times New Roman"/>
                <w:color w:val="000000"/>
                <w:sz w:val="15"/>
                <w:szCs w:val="28"/>
              </w:rPr>
            </w:pPr>
          </w:p>
        </w:tc>
        <w:tc>
          <w:tcPr>
            <w:tcW w:w="582" w:type="dxa"/>
            <w:shd w:val="clear" w:color="auto" w:fill="auto"/>
            <w:noWrap/>
            <w:vAlign w:val="center"/>
            <w:hideMark/>
          </w:tcPr>
          <w:p w14:paraId="611C3D2F" w14:textId="77777777" w:rsidR="001D5C5C" w:rsidRPr="00546614" w:rsidRDefault="001D5C5C" w:rsidP="001D5C5C">
            <w:pPr>
              <w:spacing w:line="240" w:lineRule="auto"/>
              <w:jc w:val="center"/>
              <w:rPr>
                <w:rFonts w:eastAsia="맑은 고딕" w:cs="Times New Roman"/>
                <w:color w:val="000000"/>
                <w:sz w:val="15"/>
                <w:szCs w:val="28"/>
              </w:rPr>
            </w:pPr>
            <w:r>
              <w:rPr>
                <w:rFonts w:ascii="Arial" w:eastAsia="Arial" w:hAnsi="Arial" w:cs="Times New Roman"/>
                <w:color w:val="000000"/>
                <w:sz w:val="15"/>
                <w:szCs w:val="28"/>
              </w:rPr>
              <w:t>0.274</w:t>
            </w:r>
          </w:p>
        </w:tc>
        <w:tc>
          <w:tcPr>
            <w:tcW w:w="829" w:type="dxa"/>
            <w:shd w:val="clear" w:color="auto" w:fill="auto"/>
            <w:noWrap/>
            <w:vAlign w:val="center"/>
            <w:hideMark/>
          </w:tcPr>
          <w:p w14:paraId="1364200D" w14:textId="77777777" w:rsidR="001D5C5C" w:rsidRPr="00546614" w:rsidRDefault="001D5C5C"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0.018</w:t>
            </w:r>
          </w:p>
        </w:tc>
        <w:tc>
          <w:tcPr>
            <w:tcW w:w="669" w:type="dxa"/>
            <w:shd w:val="clear" w:color="auto" w:fill="auto"/>
            <w:noWrap/>
            <w:vAlign w:val="center"/>
          </w:tcPr>
          <w:p w14:paraId="032E3C63" w14:textId="77777777" w:rsidR="001D5C5C" w:rsidRPr="00546614" w:rsidRDefault="001D5C5C" w:rsidP="001D5C5C">
            <w:pPr>
              <w:spacing w:line="240" w:lineRule="auto"/>
              <w:jc w:val="right"/>
              <w:rPr>
                <w:rFonts w:eastAsia="맑은 고딕" w:cs="Times New Roman"/>
                <w:color w:val="000000"/>
                <w:sz w:val="15"/>
                <w:szCs w:val="28"/>
              </w:rPr>
            </w:pPr>
          </w:p>
        </w:tc>
        <w:tc>
          <w:tcPr>
            <w:tcW w:w="605" w:type="dxa"/>
            <w:shd w:val="clear" w:color="auto" w:fill="auto"/>
            <w:noWrap/>
            <w:vAlign w:val="center"/>
            <w:hideMark/>
          </w:tcPr>
          <w:p w14:paraId="1FCF5525" w14:textId="77777777" w:rsidR="001D5C5C" w:rsidRPr="00546614" w:rsidRDefault="001D5C5C" w:rsidP="001D5C5C">
            <w:pPr>
              <w:spacing w:line="240" w:lineRule="auto"/>
              <w:jc w:val="center"/>
              <w:rPr>
                <w:rFonts w:eastAsia="맑은 고딕" w:cs="Times New Roman"/>
                <w:color w:val="000000"/>
                <w:sz w:val="15"/>
                <w:szCs w:val="28"/>
              </w:rPr>
            </w:pPr>
            <w:r>
              <w:rPr>
                <w:rFonts w:ascii="Arial" w:eastAsia="Arial" w:hAnsi="Arial" w:cs="Times New Roman"/>
                <w:color w:val="000000"/>
                <w:sz w:val="15"/>
                <w:szCs w:val="28"/>
              </w:rPr>
              <w:t>0.133</w:t>
            </w:r>
          </w:p>
        </w:tc>
      </w:tr>
      <w:tr w:rsidR="001D5C5C" w:rsidRPr="00546614" w14:paraId="1DC64D4E" w14:textId="77777777" w:rsidTr="00132970">
        <w:trPr>
          <w:trHeight w:val="203"/>
          <w:jc w:val="center"/>
        </w:trPr>
        <w:tc>
          <w:tcPr>
            <w:tcW w:w="1206" w:type="dxa"/>
            <w:shd w:val="clear" w:color="auto" w:fill="auto"/>
            <w:noWrap/>
            <w:vAlign w:val="center"/>
          </w:tcPr>
          <w:p w14:paraId="1CE87F0A" w14:textId="77777777" w:rsidR="001D5C5C" w:rsidRPr="00546614" w:rsidRDefault="001D5C5C" w:rsidP="001D5C5C">
            <w:pPr>
              <w:spacing w:line="240" w:lineRule="auto"/>
              <w:jc w:val="center"/>
              <w:rPr>
                <w:rFonts w:eastAsia="맑은 고딕" w:cs="Times New Roman"/>
                <w:b/>
                <w:color w:val="000000"/>
                <w:sz w:val="15"/>
                <w:szCs w:val="28"/>
              </w:rPr>
            </w:pPr>
          </w:p>
        </w:tc>
        <w:tc>
          <w:tcPr>
            <w:tcW w:w="2039" w:type="dxa"/>
            <w:shd w:val="clear" w:color="auto" w:fill="auto"/>
            <w:noWrap/>
            <w:vAlign w:val="center"/>
            <w:hideMark/>
          </w:tcPr>
          <w:p w14:paraId="1E5E664C" w14:textId="77777777" w:rsidR="001D5C5C" w:rsidRPr="00546614" w:rsidRDefault="001D5C5C" w:rsidP="001D5C5C">
            <w:pPr>
              <w:spacing w:line="240" w:lineRule="auto"/>
              <w:rPr>
                <w:rFonts w:eastAsia="맑은 고딕" w:cs="Times New Roman"/>
                <w:color w:val="000000"/>
                <w:sz w:val="15"/>
                <w:szCs w:val="28"/>
              </w:rPr>
            </w:pPr>
            <w:r>
              <w:rPr>
                <w:rFonts w:ascii="Arial" w:eastAsia="Arial" w:hAnsi="Arial" w:cs="Times New Roman"/>
                <w:color w:val="000000"/>
                <w:sz w:val="15"/>
                <w:szCs w:val="28"/>
              </w:rPr>
              <w:t>Period level</w:t>
            </w:r>
          </w:p>
        </w:tc>
        <w:tc>
          <w:tcPr>
            <w:tcW w:w="847" w:type="dxa"/>
            <w:shd w:val="clear" w:color="auto" w:fill="auto"/>
            <w:noWrap/>
            <w:vAlign w:val="center"/>
            <w:hideMark/>
          </w:tcPr>
          <w:p w14:paraId="268725E9" w14:textId="77777777" w:rsidR="001D5C5C" w:rsidRPr="00546614" w:rsidRDefault="001D5C5C"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0.113</w:t>
            </w:r>
          </w:p>
        </w:tc>
        <w:tc>
          <w:tcPr>
            <w:tcW w:w="565" w:type="dxa"/>
            <w:shd w:val="clear" w:color="auto" w:fill="auto"/>
            <w:noWrap/>
            <w:vAlign w:val="center"/>
          </w:tcPr>
          <w:p w14:paraId="29C62D3E" w14:textId="77777777" w:rsidR="001D5C5C" w:rsidRPr="00546614" w:rsidRDefault="001D5C5C" w:rsidP="001D5C5C">
            <w:pPr>
              <w:spacing w:line="240" w:lineRule="auto"/>
              <w:jc w:val="right"/>
              <w:rPr>
                <w:rFonts w:eastAsia="맑은 고딕" w:cs="Times New Roman"/>
                <w:color w:val="000000"/>
                <w:sz w:val="15"/>
                <w:szCs w:val="28"/>
              </w:rPr>
            </w:pPr>
          </w:p>
        </w:tc>
        <w:tc>
          <w:tcPr>
            <w:tcW w:w="574" w:type="dxa"/>
            <w:shd w:val="clear" w:color="auto" w:fill="auto"/>
            <w:noWrap/>
            <w:vAlign w:val="center"/>
            <w:hideMark/>
          </w:tcPr>
          <w:p w14:paraId="32C275F2" w14:textId="77777777" w:rsidR="001D5C5C" w:rsidRPr="00546614" w:rsidRDefault="001D5C5C" w:rsidP="001D5C5C">
            <w:pPr>
              <w:spacing w:line="240" w:lineRule="auto"/>
              <w:jc w:val="center"/>
              <w:rPr>
                <w:rFonts w:eastAsia="맑은 고딕" w:cs="Times New Roman"/>
                <w:color w:val="000000"/>
                <w:sz w:val="15"/>
                <w:szCs w:val="28"/>
              </w:rPr>
            </w:pPr>
            <w:r>
              <w:rPr>
                <w:rFonts w:ascii="Arial" w:eastAsia="Arial" w:hAnsi="Arial" w:cs="Times New Roman"/>
                <w:color w:val="000000"/>
                <w:sz w:val="15"/>
                <w:szCs w:val="28"/>
              </w:rPr>
              <w:t>0.335</w:t>
            </w:r>
          </w:p>
        </w:tc>
        <w:tc>
          <w:tcPr>
            <w:tcW w:w="848" w:type="dxa"/>
            <w:shd w:val="clear" w:color="auto" w:fill="auto"/>
            <w:noWrap/>
            <w:vAlign w:val="center"/>
            <w:hideMark/>
          </w:tcPr>
          <w:p w14:paraId="69339742" w14:textId="77777777" w:rsidR="001D5C5C" w:rsidRPr="00546614" w:rsidRDefault="001D5C5C"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0.101</w:t>
            </w:r>
          </w:p>
        </w:tc>
        <w:tc>
          <w:tcPr>
            <w:tcW w:w="565" w:type="dxa"/>
            <w:shd w:val="clear" w:color="auto" w:fill="auto"/>
            <w:noWrap/>
            <w:vAlign w:val="center"/>
          </w:tcPr>
          <w:p w14:paraId="7B3EB0B7" w14:textId="77777777" w:rsidR="001D5C5C" w:rsidRPr="00546614" w:rsidRDefault="001D5C5C" w:rsidP="001D5C5C">
            <w:pPr>
              <w:spacing w:line="240" w:lineRule="auto"/>
              <w:jc w:val="right"/>
              <w:rPr>
                <w:rFonts w:eastAsia="맑은 고딕" w:cs="Times New Roman"/>
                <w:color w:val="000000"/>
                <w:sz w:val="15"/>
                <w:szCs w:val="28"/>
              </w:rPr>
            </w:pPr>
          </w:p>
        </w:tc>
        <w:tc>
          <w:tcPr>
            <w:tcW w:w="574" w:type="dxa"/>
            <w:shd w:val="clear" w:color="auto" w:fill="auto"/>
            <w:noWrap/>
            <w:vAlign w:val="center"/>
            <w:hideMark/>
          </w:tcPr>
          <w:p w14:paraId="2F0E5258" w14:textId="77777777" w:rsidR="001D5C5C" w:rsidRPr="00546614" w:rsidRDefault="001D5C5C" w:rsidP="001D5C5C">
            <w:pPr>
              <w:spacing w:line="240" w:lineRule="auto"/>
              <w:jc w:val="center"/>
              <w:rPr>
                <w:rFonts w:eastAsia="맑은 고딕" w:cs="Times New Roman"/>
                <w:color w:val="000000"/>
                <w:sz w:val="15"/>
                <w:szCs w:val="28"/>
              </w:rPr>
            </w:pPr>
            <w:r>
              <w:rPr>
                <w:rFonts w:ascii="Arial" w:eastAsia="Arial" w:hAnsi="Arial" w:cs="Times New Roman"/>
                <w:color w:val="000000"/>
                <w:sz w:val="15"/>
                <w:szCs w:val="28"/>
              </w:rPr>
              <w:t>0.317</w:t>
            </w:r>
          </w:p>
        </w:tc>
        <w:tc>
          <w:tcPr>
            <w:tcW w:w="869" w:type="dxa"/>
            <w:shd w:val="clear" w:color="auto" w:fill="auto"/>
            <w:noWrap/>
            <w:vAlign w:val="center"/>
            <w:hideMark/>
          </w:tcPr>
          <w:p w14:paraId="5379C92B" w14:textId="77777777" w:rsidR="001D5C5C" w:rsidRPr="00546614" w:rsidRDefault="001D5C5C"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0.260</w:t>
            </w:r>
          </w:p>
        </w:tc>
        <w:tc>
          <w:tcPr>
            <w:tcW w:w="636" w:type="dxa"/>
            <w:shd w:val="clear" w:color="auto" w:fill="auto"/>
            <w:noWrap/>
            <w:vAlign w:val="center"/>
          </w:tcPr>
          <w:p w14:paraId="0227503D" w14:textId="77777777" w:rsidR="001D5C5C" w:rsidRPr="00546614" w:rsidRDefault="001D5C5C" w:rsidP="001D5C5C">
            <w:pPr>
              <w:spacing w:line="240" w:lineRule="auto"/>
              <w:jc w:val="right"/>
              <w:rPr>
                <w:rFonts w:eastAsia="맑은 고딕" w:cs="Times New Roman"/>
                <w:color w:val="000000"/>
                <w:sz w:val="15"/>
                <w:szCs w:val="28"/>
              </w:rPr>
            </w:pPr>
          </w:p>
        </w:tc>
        <w:tc>
          <w:tcPr>
            <w:tcW w:w="723" w:type="dxa"/>
            <w:shd w:val="clear" w:color="auto" w:fill="auto"/>
            <w:noWrap/>
            <w:vAlign w:val="center"/>
            <w:hideMark/>
          </w:tcPr>
          <w:p w14:paraId="393DF0EE" w14:textId="77777777" w:rsidR="001D5C5C" w:rsidRPr="00546614" w:rsidRDefault="001D5C5C" w:rsidP="001D5C5C">
            <w:pPr>
              <w:spacing w:line="240" w:lineRule="auto"/>
              <w:jc w:val="center"/>
              <w:rPr>
                <w:rFonts w:eastAsia="맑은 고딕" w:cs="Times New Roman"/>
                <w:color w:val="000000"/>
                <w:sz w:val="15"/>
                <w:szCs w:val="28"/>
              </w:rPr>
            </w:pPr>
            <w:r>
              <w:rPr>
                <w:rFonts w:ascii="Arial" w:eastAsia="Arial" w:hAnsi="Arial" w:cs="Times New Roman"/>
                <w:color w:val="000000"/>
                <w:sz w:val="15"/>
                <w:szCs w:val="28"/>
              </w:rPr>
              <w:t>0.510</w:t>
            </w:r>
          </w:p>
        </w:tc>
        <w:tc>
          <w:tcPr>
            <w:tcW w:w="861" w:type="dxa"/>
            <w:shd w:val="clear" w:color="auto" w:fill="auto"/>
            <w:noWrap/>
            <w:vAlign w:val="center"/>
            <w:hideMark/>
          </w:tcPr>
          <w:p w14:paraId="185099DB" w14:textId="77777777" w:rsidR="001D5C5C" w:rsidRPr="00546614" w:rsidRDefault="001D5C5C"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0.093</w:t>
            </w:r>
          </w:p>
        </w:tc>
        <w:tc>
          <w:tcPr>
            <w:tcW w:w="657" w:type="dxa"/>
            <w:shd w:val="clear" w:color="auto" w:fill="auto"/>
            <w:noWrap/>
            <w:vAlign w:val="center"/>
          </w:tcPr>
          <w:p w14:paraId="672B244C" w14:textId="77777777" w:rsidR="001D5C5C" w:rsidRPr="00546614" w:rsidRDefault="001D5C5C" w:rsidP="001D5C5C">
            <w:pPr>
              <w:spacing w:line="240" w:lineRule="auto"/>
              <w:jc w:val="right"/>
              <w:rPr>
                <w:rFonts w:eastAsia="맑은 고딕" w:cs="Times New Roman"/>
                <w:color w:val="000000"/>
                <w:sz w:val="15"/>
                <w:szCs w:val="28"/>
              </w:rPr>
            </w:pPr>
          </w:p>
        </w:tc>
        <w:tc>
          <w:tcPr>
            <w:tcW w:w="582" w:type="dxa"/>
            <w:shd w:val="clear" w:color="auto" w:fill="auto"/>
            <w:noWrap/>
            <w:vAlign w:val="center"/>
            <w:hideMark/>
          </w:tcPr>
          <w:p w14:paraId="7D1C6B38" w14:textId="77777777" w:rsidR="001D5C5C" w:rsidRPr="00546614" w:rsidRDefault="001D5C5C" w:rsidP="001D5C5C">
            <w:pPr>
              <w:spacing w:line="240" w:lineRule="auto"/>
              <w:jc w:val="center"/>
              <w:rPr>
                <w:rFonts w:eastAsia="맑은 고딕" w:cs="Times New Roman"/>
                <w:color w:val="000000"/>
                <w:sz w:val="15"/>
                <w:szCs w:val="28"/>
              </w:rPr>
            </w:pPr>
            <w:r>
              <w:rPr>
                <w:rFonts w:ascii="Arial" w:eastAsia="Arial" w:hAnsi="Arial" w:cs="Times New Roman"/>
                <w:color w:val="000000"/>
                <w:sz w:val="15"/>
                <w:szCs w:val="28"/>
              </w:rPr>
              <w:t>0.305</w:t>
            </w:r>
          </w:p>
        </w:tc>
        <w:tc>
          <w:tcPr>
            <w:tcW w:w="829" w:type="dxa"/>
            <w:shd w:val="clear" w:color="auto" w:fill="auto"/>
            <w:noWrap/>
            <w:vAlign w:val="center"/>
            <w:hideMark/>
          </w:tcPr>
          <w:p w14:paraId="464A4DF6" w14:textId="77777777" w:rsidR="001D5C5C" w:rsidRPr="00546614" w:rsidRDefault="001D5C5C" w:rsidP="001D5C5C">
            <w:pPr>
              <w:spacing w:line="240" w:lineRule="auto"/>
              <w:jc w:val="right"/>
              <w:rPr>
                <w:rFonts w:eastAsia="맑은 고딕" w:cs="Times New Roman"/>
                <w:color w:val="000000"/>
                <w:sz w:val="15"/>
                <w:szCs w:val="28"/>
              </w:rPr>
            </w:pPr>
            <w:r>
              <w:rPr>
                <w:rFonts w:ascii="Arial" w:eastAsia="Arial" w:hAnsi="Arial" w:cs="Times New Roman"/>
                <w:color w:val="000000"/>
                <w:sz w:val="15"/>
                <w:szCs w:val="28"/>
              </w:rPr>
              <w:t>0.072</w:t>
            </w:r>
          </w:p>
        </w:tc>
        <w:tc>
          <w:tcPr>
            <w:tcW w:w="669" w:type="dxa"/>
            <w:shd w:val="clear" w:color="auto" w:fill="auto"/>
            <w:noWrap/>
            <w:vAlign w:val="center"/>
          </w:tcPr>
          <w:p w14:paraId="2B9DB1B5" w14:textId="77777777" w:rsidR="001D5C5C" w:rsidRPr="00546614" w:rsidRDefault="001D5C5C" w:rsidP="001D5C5C">
            <w:pPr>
              <w:spacing w:line="240" w:lineRule="auto"/>
              <w:jc w:val="right"/>
              <w:rPr>
                <w:rFonts w:eastAsia="맑은 고딕" w:cs="Times New Roman"/>
                <w:color w:val="000000"/>
                <w:sz w:val="15"/>
                <w:szCs w:val="28"/>
              </w:rPr>
            </w:pPr>
          </w:p>
        </w:tc>
        <w:tc>
          <w:tcPr>
            <w:tcW w:w="605" w:type="dxa"/>
            <w:shd w:val="clear" w:color="auto" w:fill="auto"/>
            <w:noWrap/>
            <w:vAlign w:val="center"/>
            <w:hideMark/>
          </w:tcPr>
          <w:p w14:paraId="5BB73056" w14:textId="77777777" w:rsidR="001D5C5C" w:rsidRPr="00546614" w:rsidRDefault="001D5C5C" w:rsidP="001D5C5C">
            <w:pPr>
              <w:spacing w:line="240" w:lineRule="auto"/>
              <w:jc w:val="center"/>
              <w:rPr>
                <w:rFonts w:eastAsia="맑은 고딕" w:cs="Times New Roman"/>
                <w:color w:val="000000"/>
                <w:sz w:val="15"/>
                <w:szCs w:val="28"/>
              </w:rPr>
            </w:pPr>
            <w:r>
              <w:rPr>
                <w:rFonts w:ascii="Arial" w:eastAsia="Arial" w:hAnsi="Arial" w:cs="Times New Roman"/>
                <w:color w:val="000000"/>
                <w:sz w:val="15"/>
                <w:szCs w:val="28"/>
              </w:rPr>
              <w:t>0.268</w:t>
            </w:r>
          </w:p>
        </w:tc>
      </w:tr>
      <w:tr w:rsidR="001D5C5C" w:rsidRPr="00546614" w14:paraId="5D3919D3" w14:textId="77777777" w:rsidTr="00132970">
        <w:trPr>
          <w:trHeight w:val="203"/>
          <w:jc w:val="center"/>
        </w:trPr>
        <w:tc>
          <w:tcPr>
            <w:tcW w:w="3245" w:type="dxa"/>
            <w:gridSpan w:val="2"/>
            <w:shd w:val="clear" w:color="auto" w:fill="auto"/>
            <w:noWrap/>
            <w:vAlign w:val="center"/>
          </w:tcPr>
          <w:p w14:paraId="5B9058B0" w14:textId="77777777" w:rsidR="001D5C5C" w:rsidRPr="00546614" w:rsidRDefault="001D5C5C" w:rsidP="001D5C5C">
            <w:pPr>
              <w:spacing w:line="240" w:lineRule="auto"/>
              <w:jc w:val="center"/>
              <w:rPr>
                <w:rFonts w:eastAsia="맑은 고딕" w:cs="Times New Roman"/>
                <w:color w:val="000000"/>
                <w:sz w:val="15"/>
                <w:szCs w:val="28"/>
              </w:rPr>
            </w:pPr>
            <w:r>
              <w:rPr>
                <w:rFonts w:ascii="Arial" w:eastAsia="Arial" w:hAnsi="Arial" w:cs="Times New Roman"/>
                <w:b/>
                <w:color w:val="000000"/>
                <w:sz w:val="15"/>
                <w:szCs w:val="28"/>
              </w:rPr>
              <w:t>N</w:t>
            </w:r>
          </w:p>
        </w:tc>
        <w:tc>
          <w:tcPr>
            <w:tcW w:w="1986" w:type="dxa"/>
            <w:gridSpan w:val="3"/>
            <w:shd w:val="clear" w:color="auto" w:fill="auto"/>
            <w:noWrap/>
            <w:vAlign w:val="center"/>
            <w:hideMark/>
          </w:tcPr>
          <w:p w14:paraId="4BA75059" w14:textId="77777777" w:rsidR="001D5C5C" w:rsidRPr="00546614" w:rsidRDefault="001D5C5C" w:rsidP="001D5C5C">
            <w:pPr>
              <w:spacing w:line="240" w:lineRule="auto"/>
              <w:jc w:val="center"/>
              <w:rPr>
                <w:rFonts w:eastAsia="맑은 고딕" w:cs="Times New Roman"/>
                <w:color w:val="000000"/>
                <w:sz w:val="15"/>
                <w:szCs w:val="28"/>
              </w:rPr>
            </w:pPr>
            <w:r>
              <w:rPr>
                <w:rFonts w:ascii="Arial" w:eastAsia="Arial" w:hAnsi="Arial" w:cs="Times New Roman"/>
                <w:color w:val="000000"/>
                <w:sz w:val="15"/>
                <w:szCs w:val="28"/>
              </w:rPr>
              <w:t>115,410</w:t>
            </w:r>
          </w:p>
        </w:tc>
        <w:tc>
          <w:tcPr>
            <w:tcW w:w="1987" w:type="dxa"/>
            <w:gridSpan w:val="3"/>
            <w:shd w:val="clear" w:color="auto" w:fill="auto"/>
            <w:noWrap/>
            <w:vAlign w:val="center"/>
            <w:hideMark/>
          </w:tcPr>
          <w:p w14:paraId="6CC23C33" w14:textId="77777777" w:rsidR="001D5C5C" w:rsidRPr="00546614" w:rsidRDefault="001D5C5C" w:rsidP="001D5C5C">
            <w:pPr>
              <w:spacing w:line="240" w:lineRule="auto"/>
              <w:jc w:val="center"/>
              <w:rPr>
                <w:rFonts w:eastAsia="맑은 고딕" w:cs="Times New Roman"/>
                <w:color w:val="000000"/>
                <w:sz w:val="15"/>
                <w:szCs w:val="28"/>
              </w:rPr>
            </w:pPr>
            <w:r>
              <w:rPr>
                <w:rFonts w:ascii="Arial" w:eastAsia="Arial" w:hAnsi="Arial" w:cs="Times New Roman"/>
                <w:color w:val="000000"/>
                <w:sz w:val="15"/>
                <w:szCs w:val="28"/>
              </w:rPr>
              <w:t>115,410</w:t>
            </w:r>
          </w:p>
        </w:tc>
        <w:tc>
          <w:tcPr>
            <w:tcW w:w="2228" w:type="dxa"/>
            <w:gridSpan w:val="3"/>
            <w:shd w:val="clear" w:color="auto" w:fill="auto"/>
            <w:noWrap/>
            <w:vAlign w:val="center"/>
            <w:hideMark/>
          </w:tcPr>
          <w:p w14:paraId="728C5082" w14:textId="77777777" w:rsidR="001D5C5C" w:rsidRPr="00546614" w:rsidRDefault="001D5C5C" w:rsidP="001D5C5C">
            <w:pPr>
              <w:spacing w:line="240" w:lineRule="auto"/>
              <w:jc w:val="center"/>
              <w:rPr>
                <w:rFonts w:eastAsia="맑은 고딕" w:cs="Times New Roman"/>
                <w:color w:val="000000"/>
                <w:sz w:val="15"/>
                <w:szCs w:val="28"/>
              </w:rPr>
            </w:pPr>
            <w:r>
              <w:rPr>
                <w:rFonts w:ascii="Arial" w:eastAsia="Arial" w:hAnsi="Arial" w:cs="Times New Roman"/>
                <w:color w:val="000000"/>
                <w:sz w:val="15"/>
                <w:szCs w:val="28"/>
              </w:rPr>
              <w:t>115,410</w:t>
            </w:r>
          </w:p>
        </w:tc>
        <w:tc>
          <w:tcPr>
            <w:tcW w:w="2100" w:type="dxa"/>
            <w:gridSpan w:val="3"/>
            <w:shd w:val="clear" w:color="auto" w:fill="auto"/>
            <w:noWrap/>
            <w:vAlign w:val="center"/>
            <w:hideMark/>
          </w:tcPr>
          <w:p w14:paraId="0BF97F4B" w14:textId="77777777" w:rsidR="001D5C5C" w:rsidRPr="00546614" w:rsidRDefault="001D5C5C" w:rsidP="001D5C5C">
            <w:pPr>
              <w:spacing w:line="240" w:lineRule="auto"/>
              <w:jc w:val="center"/>
              <w:rPr>
                <w:rFonts w:eastAsia="맑은 고딕" w:cs="Times New Roman"/>
                <w:color w:val="000000"/>
                <w:sz w:val="15"/>
                <w:szCs w:val="28"/>
              </w:rPr>
            </w:pPr>
            <w:r>
              <w:rPr>
                <w:rFonts w:ascii="Arial" w:eastAsia="Arial" w:hAnsi="Arial" w:cs="Times New Roman"/>
                <w:color w:val="000000"/>
                <w:sz w:val="15"/>
                <w:szCs w:val="28"/>
              </w:rPr>
              <w:t>115,410</w:t>
            </w:r>
          </w:p>
        </w:tc>
        <w:tc>
          <w:tcPr>
            <w:tcW w:w="2103" w:type="dxa"/>
            <w:gridSpan w:val="3"/>
            <w:shd w:val="clear" w:color="auto" w:fill="auto"/>
            <w:noWrap/>
            <w:vAlign w:val="center"/>
            <w:hideMark/>
          </w:tcPr>
          <w:p w14:paraId="7D9521A8" w14:textId="77777777" w:rsidR="001D5C5C" w:rsidRPr="00546614" w:rsidRDefault="001D5C5C" w:rsidP="001D5C5C">
            <w:pPr>
              <w:spacing w:line="240" w:lineRule="auto"/>
              <w:jc w:val="center"/>
              <w:rPr>
                <w:rFonts w:eastAsia="맑은 고딕" w:cs="Times New Roman"/>
                <w:color w:val="000000"/>
                <w:sz w:val="15"/>
                <w:szCs w:val="28"/>
              </w:rPr>
            </w:pPr>
            <w:r>
              <w:rPr>
                <w:rFonts w:ascii="Arial" w:eastAsia="Arial" w:hAnsi="Arial" w:cs="Times New Roman"/>
                <w:color w:val="000000"/>
                <w:sz w:val="15"/>
                <w:szCs w:val="28"/>
              </w:rPr>
              <w:t>115,410</w:t>
            </w:r>
          </w:p>
        </w:tc>
      </w:tr>
      <w:tr w:rsidR="001D5C5C" w:rsidRPr="00546614" w14:paraId="3481E8E8" w14:textId="77777777" w:rsidTr="00132970">
        <w:trPr>
          <w:trHeight w:val="203"/>
          <w:jc w:val="center"/>
        </w:trPr>
        <w:tc>
          <w:tcPr>
            <w:tcW w:w="3245" w:type="dxa"/>
            <w:gridSpan w:val="2"/>
            <w:shd w:val="clear" w:color="auto" w:fill="auto"/>
            <w:noWrap/>
            <w:vAlign w:val="center"/>
          </w:tcPr>
          <w:p w14:paraId="72A08DCA" w14:textId="77777777" w:rsidR="001D5C5C" w:rsidRPr="00546614" w:rsidRDefault="001D5C5C" w:rsidP="001D5C5C">
            <w:pPr>
              <w:spacing w:line="240" w:lineRule="auto"/>
              <w:jc w:val="center"/>
              <w:rPr>
                <w:rFonts w:eastAsia="맑은 고딕" w:cs="Times New Roman"/>
                <w:color w:val="000000"/>
                <w:sz w:val="15"/>
                <w:szCs w:val="28"/>
              </w:rPr>
            </w:pPr>
            <w:r>
              <w:rPr>
                <w:rFonts w:ascii="Arial" w:eastAsia="Arial" w:hAnsi="Arial" w:cs="Times New Roman"/>
                <w:b/>
                <w:color w:val="000000"/>
                <w:sz w:val="15"/>
                <w:szCs w:val="28"/>
              </w:rPr>
              <w:t>AIC</w:t>
            </w:r>
          </w:p>
        </w:tc>
        <w:tc>
          <w:tcPr>
            <w:tcW w:w="1986" w:type="dxa"/>
            <w:gridSpan w:val="3"/>
            <w:shd w:val="clear" w:color="auto" w:fill="auto"/>
            <w:noWrap/>
            <w:vAlign w:val="center"/>
            <w:hideMark/>
          </w:tcPr>
          <w:p w14:paraId="146C6BEE" w14:textId="77777777" w:rsidR="001D5C5C" w:rsidRPr="00546614" w:rsidRDefault="001D5C5C" w:rsidP="001D5C5C">
            <w:pPr>
              <w:spacing w:line="240" w:lineRule="auto"/>
              <w:jc w:val="center"/>
              <w:rPr>
                <w:rFonts w:eastAsia="맑은 고딕" w:cs="Times New Roman"/>
                <w:color w:val="000000"/>
                <w:sz w:val="15"/>
                <w:szCs w:val="28"/>
              </w:rPr>
            </w:pPr>
            <w:r>
              <w:rPr>
                <w:rFonts w:ascii="Arial" w:eastAsia="Arial" w:hAnsi="Arial" w:cs="Times New Roman"/>
                <w:color w:val="000000"/>
                <w:sz w:val="15"/>
                <w:szCs w:val="28"/>
              </w:rPr>
              <w:t>21732.7</w:t>
            </w:r>
          </w:p>
        </w:tc>
        <w:tc>
          <w:tcPr>
            <w:tcW w:w="1987" w:type="dxa"/>
            <w:gridSpan w:val="3"/>
            <w:shd w:val="clear" w:color="auto" w:fill="auto"/>
            <w:noWrap/>
            <w:vAlign w:val="center"/>
            <w:hideMark/>
          </w:tcPr>
          <w:p w14:paraId="1E755285" w14:textId="77777777" w:rsidR="001D5C5C" w:rsidRPr="00546614" w:rsidRDefault="001D5C5C" w:rsidP="001D5C5C">
            <w:pPr>
              <w:spacing w:line="240" w:lineRule="auto"/>
              <w:jc w:val="center"/>
              <w:rPr>
                <w:rFonts w:eastAsia="맑은 고딕" w:cs="Times New Roman"/>
                <w:color w:val="000000"/>
                <w:sz w:val="15"/>
                <w:szCs w:val="28"/>
              </w:rPr>
            </w:pPr>
            <w:r>
              <w:rPr>
                <w:rFonts w:ascii="Arial" w:eastAsia="Arial" w:hAnsi="Arial" w:cs="Times New Roman"/>
                <w:color w:val="000000"/>
                <w:sz w:val="15"/>
                <w:szCs w:val="28"/>
              </w:rPr>
              <w:t>42092.2</w:t>
            </w:r>
          </w:p>
        </w:tc>
        <w:tc>
          <w:tcPr>
            <w:tcW w:w="2228" w:type="dxa"/>
            <w:gridSpan w:val="3"/>
            <w:shd w:val="clear" w:color="auto" w:fill="auto"/>
            <w:noWrap/>
            <w:vAlign w:val="center"/>
            <w:hideMark/>
          </w:tcPr>
          <w:p w14:paraId="15EB6F9E" w14:textId="77777777" w:rsidR="001D5C5C" w:rsidRPr="00546614" w:rsidRDefault="001D5C5C" w:rsidP="001D5C5C">
            <w:pPr>
              <w:spacing w:line="240" w:lineRule="auto"/>
              <w:jc w:val="center"/>
              <w:rPr>
                <w:rFonts w:eastAsia="맑은 고딕" w:cs="Times New Roman"/>
                <w:color w:val="000000"/>
                <w:sz w:val="15"/>
                <w:szCs w:val="28"/>
              </w:rPr>
            </w:pPr>
            <w:r>
              <w:rPr>
                <w:rFonts w:ascii="Arial" w:eastAsia="Arial" w:hAnsi="Arial" w:cs="Times New Roman"/>
                <w:color w:val="000000"/>
                <w:sz w:val="15"/>
                <w:szCs w:val="28"/>
              </w:rPr>
              <w:t>83008.8</w:t>
            </w:r>
          </w:p>
        </w:tc>
        <w:tc>
          <w:tcPr>
            <w:tcW w:w="2100" w:type="dxa"/>
            <w:gridSpan w:val="3"/>
            <w:shd w:val="clear" w:color="auto" w:fill="auto"/>
            <w:noWrap/>
            <w:vAlign w:val="center"/>
            <w:hideMark/>
          </w:tcPr>
          <w:p w14:paraId="0425B5D4" w14:textId="77777777" w:rsidR="001D5C5C" w:rsidRPr="00546614" w:rsidRDefault="001D5C5C" w:rsidP="001D5C5C">
            <w:pPr>
              <w:spacing w:line="240" w:lineRule="auto"/>
              <w:jc w:val="center"/>
              <w:rPr>
                <w:rFonts w:eastAsia="맑은 고딕" w:cs="Times New Roman"/>
                <w:color w:val="000000"/>
                <w:sz w:val="15"/>
                <w:szCs w:val="28"/>
              </w:rPr>
            </w:pPr>
            <w:r>
              <w:rPr>
                <w:rFonts w:ascii="Arial" w:eastAsia="Arial" w:hAnsi="Arial" w:cs="Times New Roman"/>
                <w:color w:val="000000"/>
                <w:sz w:val="15"/>
                <w:szCs w:val="28"/>
              </w:rPr>
              <w:t>117890.6</w:t>
            </w:r>
          </w:p>
        </w:tc>
        <w:tc>
          <w:tcPr>
            <w:tcW w:w="2103" w:type="dxa"/>
            <w:gridSpan w:val="3"/>
            <w:shd w:val="clear" w:color="auto" w:fill="auto"/>
            <w:noWrap/>
            <w:vAlign w:val="center"/>
            <w:hideMark/>
          </w:tcPr>
          <w:p w14:paraId="35BD26AF" w14:textId="77777777" w:rsidR="001D5C5C" w:rsidRPr="00546614" w:rsidRDefault="001D5C5C" w:rsidP="001D5C5C">
            <w:pPr>
              <w:spacing w:line="240" w:lineRule="auto"/>
              <w:jc w:val="center"/>
              <w:rPr>
                <w:rFonts w:eastAsia="맑은 고딕" w:cs="Times New Roman"/>
                <w:color w:val="000000"/>
                <w:sz w:val="15"/>
                <w:szCs w:val="28"/>
              </w:rPr>
            </w:pPr>
            <w:r>
              <w:rPr>
                <w:rFonts w:ascii="Arial" w:eastAsia="Arial" w:hAnsi="Arial" w:cs="Times New Roman"/>
                <w:color w:val="000000"/>
                <w:sz w:val="15"/>
                <w:szCs w:val="28"/>
              </w:rPr>
              <w:t>33339.8</w:t>
            </w:r>
          </w:p>
        </w:tc>
      </w:tr>
      <w:tr w:rsidR="001D5C5C" w:rsidRPr="00546614" w14:paraId="44E7C4C8" w14:textId="77777777" w:rsidTr="00132970">
        <w:trPr>
          <w:trHeight w:val="203"/>
          <w:jc w:val="center"/>
        </w:trPr>
        <w:tc>
          <w:tcPr>
            <w:tcW w:w="3245" w:type="dxa"/>
            <w:gridSpan w:val="2"/>
            <w:shd w:val="clear" w:color="auto" w:fill="auto"/>
            <w:noWrap/>
            <w:vAlign w:val="center"/>
          </w:tcPr>
          <w:p w14:paraId="76D0E43E" w14:textId="77777777" w:rsidR="001D5C5C" w:rsidRPr="00546614" w:rsidRDefault="001D5C5C" w:rsidP="001D5C5C">
            <w:pPr>
              <w:spacing w:line="240" w:lineRule="auto"/>
              <w:jc w:val="center"/>
              <w:rPr>
                <w:rFonts w:eastAsia="맑은 고딕" w:cs="Times New Roman"/>
                <w:color w:val="000000"/>
                <w:sz w:val="15"/>
                <w:szCs w:val="28"/>
              </w:rPr>
            </w:pPr>
            <w:r>
              <w:rPr>
                <w:rFonts w:ascii="Arial" w:eastAsia="Arial" w:hAnsi="Arial" w:cs="Times New Roman"/>
                <w:b/>
                <w:color w:val="000000"/>
                <w:sz w:val="15"/>
                <w:szCs w:val="28"/>
              </w:rPr>
              <w:t>BIC</w:t>
            </w:r>
          </w:p>
        </w:tc>
        <w:tc>
          <w:tcPr>
            <w:tcW w:w="1986" w:type="dxa"/>
            <w:gridSpan w:val="3"/>
            <w:shd w:val="clear" w:color="auto" w:fill="auto"/>
            <w:noWrap/>
            <w:vAlign w:val="center"/>
            <w:hideMark/>
          </w:tcPr>
          <w:p w14:paraId="46D1282B" w14:textId="77777777" w:rsidR="001D5C5C" w:rsidRPr="00546614" w:rsidRDefault="001D5C5C" w:rsidP="001D5C5C">
            <w:pPr>
              <w:spacing w:line="240" w:lineRule="auto"/>
              <w:jc w:val="center"/>
              <w:rPr>
                <w:rFonts w:eastAsia="맑은 고딕" w:cs="Times New Roman"/>
                <w:color w:val="000000"/>
                <w:sz w:val="15"/>
                <w:szCs w:val="28"/>
              </w:rPr>
            </w:pPr>
            <w:r>
              <w:rPr>
                <w:rFonts w:ascii="Arial" w:eastAsia="Arial" w:hAnsi="Arial" w:cs="Times New Roman"/>
                <w:color w:val="000000"/>
                <w:sz w:val="15"/>
                <w:szCs w:val="28"/>
              </w:rPr>
              <w:t>21896.8</w:t>
            </w:r>
          </w:p>
        </w:tc>
        <w:tc>
          <w:tcPr>
            <w:tcW w:w="1987" w:type="dxa"/>
            <w:gridSpan w:val="3"/>
            <w:shd w:val="clear" w:color="auto" w:fill="auto"/>
            <w:noWrap/>
            <w:vAlign w:val="center"/>
            <w:hideMark/>
          </w:tcPr>
          <w:p w14:paraId="60FEC705" w14:textId="77777777" w:rsidR="001D5C5C" w:rsidRPr="00546614" w:rsidRDefault="001D5C5C" w:rsidP="001D5C5C">
            <w:pPr>
              <w:spacing w:line="240" w:lineRule="auto"/>
              <w:jc w:val="center"/>
              <w:rPr>
                <w:rFonts w:eastAsia="맑은 고딕" w:cs="Times New Roman"/>
                <w:color w:val="000000"/>
                <w:sz w:val="15"/>
                <w:szCs w:val="28"/>
              </w:rPr>
            </w:pPr>
            <w:r>
              <w:rPr>
                <w:rFonts w:ascii="Arial" w:eastAsia="Arial" w:hAnsi="Arial" w:cs="Times New Roman"/>
                <w:color w:val="000000"/>
                <w:sz w:val="15"/>
                <w:szCs w:val="28"/>
              </w:rPr>
              <w:t>42256.4</w:t>
            </w:r>
          </w:p>
        </w:tc>
        <w:tc>
          <w:tcPr>
            <w:tcW w:w="2228" w:type="dxa"/>
            <w:gridSpan w:val="3"/>
            <w:shd w:val="clear" w:color="auto" w:fill="auto"/>
            <w:noWrap/>
            <w:vAlign w:val="center"/>
            <w:hideMark/>
          </w:tcPr>
          <w:p w14:paraId="2925FD02" w14:textId="77777777" w:rsidR="001D5C5C" w:rsidRPr="00546614" w:rsidRDefault="001D5C5C" w:rsidP="001D5C5C">
            <w:pPr>
              <w:spacing w:line="240" w:lineRule="auto"/>
              <w:jc w:val="center"/>
              <w:rPr>
                <w:rFonts w:eastAsia="맑은 고딕" w:cs="Times New Roman"/>
                <w:color w:val="000000"/>
                <w:sz w:val="15"/>
                <w:szCs w:val="28"/>
              </w:rPr>
            </w:pPr>
            <w:r>
              <w:rPr>
                <w:rFonts w:ascii="Arial" w:eastAsia="Arial" w:hAnsi="Arial" w:cs="Times New Roman"/>
                <w:color w:val="000000"/>
                <w:sz w:val="15"/>
                <w:szCs w:val="28"/>
              </w:rPr>
              <w:t>83172.9</w:t>
            </w:r>
          </w:p>
        </w:tc>
        <w:tc>
          <w:tcPr>
            <w:tcW w:w="2100" w:type="dxa"/>
            <w:gridSpan w:val="3"/>
            <w:shd w:val="clear" w:color="auto" w:fill="auto"/>
            <w:noWrap/>
            <w:vAlign w:val="center"/>
            <w:hideMark/>
          </w:tcPr>
          <w:p w14:paraId="316808AC" w14:textId="77777777" w:rsidR="001D5C5C" w:rsidRPr="00546614" w:rsidRDefault="001D5C5C" w:rsidP="001D5C5C">
            <w:pPr>
              <w:spacing w:line="240" w:lineRule="auto"/>
              <w:jc w:val="center"/>
              <w:rPr>
                <w:rFonts w:eastAsia="맑은 고딕" w:cs="Times New Roman"/>
                <w:color w:val="000000"/>
                <w:sz w:val="15"/>
                <w:szCs w:val="28"/>
              </w:rPr>
            </w:pPr>
            <w:r>
              <w:rPr>
                <w:rFonts w:ascii="Arial" w:eastAsia="Arial" w:hAnsi="Arial" w:cs="Times New Roman"/>
                <w:color w:val="000000"/>
                <w:sz w:val="15"/>
                <w:szCs w:val="28"/>
              </w:rPr>
              <w:t>118054.8</w:t>
            </w:r>
          </w:p>
        </w:tc>
        <w:tc>
          <w:tcPr>
            <w:tcW w:w="2103" w:type="dxa"/>
            <w:gridSpan w:val="3"/>
            <w:shd w:val="clear" w:color="auto" w:fill="auto"/>
            <w:noWrap/>
            <w:vAlign w:val="center"/>
            <w:hideMark/>
          </w:tcPr>
          <w:p w14:paraId="7F218B3E" w14:textId="77777777" w:rsidR="001D5C5C" w:rsidRPr="00546614" w:rsidRDefault="001D5C5C" w:rsidP="001D5C5C">
            <w:pPr>
              <w:spacing w:line="240" w:lineRule="auto"/>
              <w:jc w:val="center"/>
              <w:rPr>
                <w:rFonts w:eastAsia="맑은 고딕" w:cs="Times New Roman"/>
                <w:color w:val="000000"/>
                <w:sz w:val="15"/>
                <w:szCs w:val="28"/>
              </w:rPr>
            </w:pPr>
            <w:r>
              <w:rPr>
                <w:rFonts w:ascii="Arial" w:eastAsia="Arial" w:hAnsi="Arial" w:cs="Times New Roman"/>
                <w:color w:val="000000"/>
                <w:sz w:val="15"/>
                <w:szCs w:val="28"/>
              </w:rPr>
              <w:t>33504</w:t>
            </w:r>
          </w:p>
        </w:tc>
      </w:tr>
      <w:tr w:rsidR="001D5C5C" w:rsidRPr="00546614" w14:paraId="50412AC3" w14:textId="77777777" w:rsidTr="00132970">
        <w:trPr>
          <w:trHeight w:val="203"/>
          <w:jc w:val="center"/>
        </w:trPr>
        <w:tc>
          <w:tcPr>
            <w:tcW w:w="3245" w:type="dxa"/>
            <w:gridSpan w:val="2"/>
            <w:shd w:val="clear" w:color="auto" w:fill="auto"/>
            <w:noWrap/>
            <w:vAlign w:val="center"/>
            <w:hideMark/>
          </w:tcPr>
          <w:p w14:paraId="0A74FEDB" w14:textId="77777777" w:rsidR="001D5C5C" w:rsidRPr="00546614" w:rsidRDefault="001D5C5C" w:rsidP="001D5C5C">
            <w:pPr>
              <w:spacing w:line="240" w:lineRule="auto"/>
              <w:jc w:val="center"/>
              <w:rPr>
                <w:rFonts w:eastAsia="맑은 고딕" w:cs="Times New Roman"/>
                <w:color w:val="000000"/>
                <w:sz w:val="15"/>
                <w:szCs w:val="28"/>
              </w:rPr>
            </w:pPr>
            <w:r>
              <w:rPr>
                <w:rFonts w:ascii="Arial" w:eastAsia="Arial" w:hAnsi="Arial" w:cs="Times New Roman"/>
                <w:b/>
                <w:color w:val="000000"/>
                <w:sz w:val="15"/>
                <w:szCs w:val="28"/>
              </w:rPr>
              <w:t>Log-likelihood</w:t>
            </w:r>
          </w:p>
        </w:tc>
        <w:tc>
          <w:tcPr>
            <w:tcW w:w="1986" w:type="dxa"/>
            <w:gridSpan w:val="3"/>
            <w:shd w:val="clear" w:color="auto" w:fill="auto"/>
            <w:noWrap/>
            <w:vAlign w:val="center"/>
            <w:hideMark/>
          </w:tcPr>
          <w:p w14:paraId="4561D500" w14:textId="77777777" w:rsidR="001D5C5C" w:rsidRPr="00546614" w:rsidRDefault="001D5C5C" w:rsidP="001D5C5C">
            <w:pPr>
              <w:spacing w:line="240" w:lineRule="auto"/>
              <w:jc w:val="center"/>
              <w:rPr>
                <w:rFonts w:eastAsia="맑은 고딕" w:cs="Times New Roman"/>
                <w:color w:val="000000"/>
                <w:sz w:val="15"/>
                <w:szCs w:val="28"/>
              </w:rPr>
            </w:pPr>
            <w:r>
              <w:rPr>
                <w:rFonts w:ascii="Arial" w:eastAsia="Arial" w:hAnsi="Arial" w:cs="Times New Roman"/>
                <w:color w:val="000000"/>
                <w:sz w:val="15"/>
                <w:szCs w:val="28"/>
              </w:rPr>
              <w:t>-10849.3</w:t>
            </w:r>
          </w:p>
        </w:tc>
        <w:tc>
          <w:tcPr>
            <w:tcW w:w="1987" w:type="dxa"/>
            <w:gridSpan w:val="3"/>
            <w:shd w:val="clear" w:color="auto" w:fill="auto"/>
            <w:noWrap/>
            <w:vAlign w:val="center"/>
            <w:hideMark/>
          </w:tcPr>
          <w:p w14:paraId="553538BD" w14:textId="77777777" w:rsidR="001D5C5C" w:rsidRPr="00546614" w:rsidRDefault="001D5C5C" w:rsidP="001D5C5C">
            <w:pPr>
              <w:spacing w:line="240" w:lineRule="auto"/>
              <w:jc w:val="center"/>
              <w:rPr>
                <w:rFonts w:eastAsia="맑은 고딕" w:cs="Times New Roman"/>
                <w:color w:val="000000"/>
                <w:sz w:val="15"/>
                <w:szCs w:val="28"/>
              </w:rPr>
            </w:pPr>
            <w:r>
              <w:rPr>
                <w:rFonts w:ascii="Arial" w:eastAsia="Arial" w:hAnsi="Arial" w:cs="Times New Roman"/>
                <w:color w:val="000000"/>
                <w:sz w:val="15"/>
                <w:szCs w:val="28"/>
              </w:rPr>
              <w:t>-21029.1</w:t>
            </w:r>
          </w:p>
        </w:tc>
        <w:tc>
          <w:tcPr>
            <w:tcW w:w="2228" w:type="dxa"/>
            <w:gridSpan w:val="3"/>
            <w:shd w:val="clear" w:color="auto" w:fill="auto"/>
            <w:noWrap/>
            <w:vAlign w:val="center"/>
            <w:hideMark/>
          </w:tcPr>
          <w:p w14:paraId="75CE9F65" w14:textId="77777777" w:rsidR="001D5C5C" w:rsidRPr="00546614" w:rsidRDefault="001D5C5C" w:rsidP="001D5C5C">
            <w:pPr>
              <w:spacing w:line="240" w:lineRule="auto"/>
              <w:jc w:val="center"/>
              <w:rPr>
                <w:rFonts w:eastAsia="맑은 고딕" w:cs="Times New Roman"/>
                <w:color w:val="000000"/>
                <w:sz w:val="15"/>
                <w:szCs w:val="28"/>
              </w:rPr>
            </w:pPr>
            <w:r>
              <w:rPr>
                <w:rFonts w:ascii="Arial" w:eastAsia="Arial" w:hAnsi="Arial" w:cs="Times New Roman"/>
                <w:color w:val="000000"/>
                <w:sz w:val="15"/>
                <w:szCs w:val="28"/>
              </w:rPr>
              <w:t>-41487.4</w:t>
            </w:r>
          </w:p>
        </w:tc>
        <w:tc>
          <w:tcPr>
            <w:tcW w:w="2100" w:type="dxa"/>
            <w:gridSpan w:val="3"/>
            <w:shd w:val="clear" w:color="auto" w:fill="auto"/>
            <w:noWrap/>
            <w:vAlign w:val="center"/>
            <w:hideMark/>
          </w:tcPr>
          <w:p w14:paraId="12C5E5BF" w14:textId="77777777" w:rsidR="001D5C5C" w:rsidRPr="00546614" w:rsidRDefault="001D5C5C" w:rsidP="001D5C5C">
            <w:pPr>
              <w:spacing w:line="240" w:lineRule="auto"/>
              <w:jc w:val="center"/>
              <w:rPr>
                <w:rFonts w:eastAsia="맑은 고딕" w:cs="Times New Roman"/>
                <w:color w:val="000000"/>
                <w:sz w:val="15"/>
                <w:szCs w:val="28"/>
              </w:rPr>
            </w:pPr>
            <w:r>
              <w:rPr>
                <w:rFonts w:ascii="Arial" w:eastAsia="Arial" w:hAnsi="Arial" w:cs="Times New Roman"/>
                <w:color w:val="000000"/>
                <w:sz w:val="15"/>
                <w:szCs w:val="28"/>
              </w:rPr>
              <w:t>-58928.3</w:t>
            </w:r>
          </w:p>
        </w:tc>
        <w:tc>
          <w:tcPr>
            <w:tcW w:w="2103" w:type="dxa"/>
            <w:gridSpan w:val="3"/>
            <w:shd w:val="clear" w:color="auto" w:fill="auto"/>
            <w:noWrap/>
            <w:vAlign w:val="center"/>
            <w:hideMark/>
          </w:tcPr>
          <w:p w14:paraId="4D0B9432" w14:textId="77777777" w:rsidR="001D5C5C" w:rsidRPr="00546614" w:rsidRDefault="001D5C5C" w:rsidP="001D5C5C">
            <w:pPr>
              <w:spacing w:line="240" w:lineRule="auto"/>
              <w:jc w:val="center"/>
              <w:rPr>
                <w:rFonts w:eastAsia="맑은 고딕" w:cs="Times New Roman"/>
                <w:color w:val="000000"/>
                <w:sz w:val="15"/>
                <w:szCs w:val="28"/>
              </w:rPr>
            </w:pPr>
            <w:r>
              <w:rPr>
                <w:rFonts w:ascii="Arial" w:eastAsia="Arial" w:hAnsi="Arial" w:cs="Times New Roman"/>
                <w:color w:val="000000"/>
                <w:sz w:val="15"/>
                <w:szCs w:val="28"/>
              </w:rPr>
              <w:t>-16652.9</w:t>
            </w:r>
          </w:p>
        </w:tc>
      </w:tr>
    </w:tbl>
    <w:p w14:paraId="6F126A8E" w14:textId="557BC830" w:rsidR="00C81053" w:rsidRDefault="00132970">
      <w:pPr>
        <w:spacing w:before="60" w:line="240" w:lineRule="auto"/>
      </w:pPr>
      <w:r>
        <w:rPr>
          <w:rFonts w:ascii="Arial" w:eastAsia="Arial" w:hAnsi="Arial"/>
          <w:sz w:val="14"/>
        </w:rPr>
        <w:t xml:space="preserve">Notes: Each column is a separate fully adjusted logistic HAPC-CCREM for one component of housing insecurity. Period and birth-cohort entries are estimated random-effect deviations. Household size coefficients in the overcrowding model are largely mechanical because household size enters the construction of the overcrowding indicator and are not interpreted substantively. Administration labels are shown only to contextualize the survey years; period effects are estimated separately for each KHS survey year. Broad generation labels are contextual descriptors, not statistical grouping variables. Recent Korean studies commonly place the Baby Boom generation around 1954/1955-1964, Gen X around 1964/1965-1979/1980, Gen M (Millennials) around 1980/1981-1994/1996, and Gen Z from approximately 1995/1997 onward (Chin et al. 2023; Yoon and Lim 2023), while noting that exact boundaries vary across studies (Park et al. 2023). Because the HAPC specification uses five-year cohort bins, the display aligns these labels as closely as possible with the Korean classification used by Yoon and Lim (2023): Postwar (1940-1954), Baby Boom (1955-1964), Gen X (1965-1979), Gen M (1980-1994), and Gen Z (1995-2004). The Postwar label is study-specific; the sparse 2000-2004 cohort is grouped with Gen Z for display continuity but is not substantively interpreted. All cohort effects are estimated for individual five-year birth cohorts rather than for the broader generation labels. + p &lt; 0.10; * p &lt; 0.05; ** p &lt; 0.01; *** p &lt; 0.001. </w:t>
      </w:r>
    </w:p>
    <w:sectPr w:rsidR="00C81053" w:rsidSect="00034616">
      <w:pgSz w:w="15840" w:h="12240" w:orient="landscape"/>
      <w:pgMar w:top="504" w:right="504" w:bottom="504" w:left="50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82619B" w14:textId="77777777" w:rsidR="00673AED" w:rsidRDefault="00673AED" w:rsidP="001D5C5C">
      <w:pPr>
        <w:spacing w:line="240" w:lineRule="auto"/>
      </w:pPr>
      <w:r>
        <w:separator/>
      </w:r>
    </w:p>
  </w:endnote>
  <w:endnote w:type="continuationSeparator" w:id="0">
    <w:p w14:paraId="2A3EDFC1" w14:textId="77777777" w:rsidR="00673AED" w:rsidRDefault="00673AED" w:rsidP="001D5C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AC4089" w14:textId="77777777" w:rsidR="00673AED" w:rsidRDefault="00673AED" w:rsidP="001D5C5C">
      <w:pPr>
        <w:spacing w:line="240" w:lineRule="auto"/>
      </w:pPr>
      <w:r>
        <w:separator/>
      </w:r>
    </w:p>
  </w:footnote>
  <w:footnote w:type="continuationSeparator" w:id="0">
    <w:p w14:paraId="1A28DADB" w14:textId="77777777" w:rsidR="00673AED" w:rsidRDefault="00673AED" w:rsidP="001D5C5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bordersDoNotSurroundHeader/>
  <w:bordersDoNotSurroundFooter/>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Q1NzI1NDc1tTA1sjBX0lEKTi0uzszPAykwqgUAtf+irywAAAA="/>
  </w:docVars>
  <w:rsids>
    <w:rsidRoot w:val="00B47730"/>
    <w:rsid w:val="00034616"/>
    <w:rsid w:val="0006063C"/>
    <w:rsid w:val="00132970"/>
    <w:rsid w:val="0015074B"/>
    <w:rsid w:val="001D5C5C"/>
    <w:rsid w:val="0029639D"/>
    <w:rsid w:val="002D7636"/>
    <w:rsid w:val="00326F90"/>
    <w:rsid w:val="00384535"/>
    <w:rsid w:val="003C2C82"/>
    <w:rsid w:val="00406A2C"/>
    <w:rsid w:val="00546614"/>
    <w:rsid w:val="00673AED"/>
    <w:rsid w:val="00750D1B"/>
    <w:rsid w:val="00AA1D8D"/>
    <w:rsid w:val="00B47730"/>
    <w:rsid w:val="00BB4DBA"/>
    <w:rsid w:val="00C81053"/>
    <w:rsid w:val="00CB0664"/>
    <w:rsid w:val="00ED5F5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FE047B6"/>
  <w14:defaultImageDpi w14:val="300"/>
  <w15:docId w15:val="{A3EAC57F-6215-4179-BFF8-BA3ED3DF3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360" w:lineRule="auto"/>
    </w:pPr>
    <w:rPr>
      <w:rFonts w:ascii="Times New Roman" w:eastAsia="Times New Roman" w:hAnsi="Times New Roman"/>
      <w:sz w:val="24"/>
    </w:rPr>
  </w:style>
  <w:style w:type="paragraph" w:styleId="1">
    <w:name w:val="heading 1"/>
    <w:basedOn w:val="a1"/>
    <w:next w:val="a1"/>
    <w:link w:val="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line="240" w:lineRule="auto"/>
    </w:pPr>
  </w:style>
  <w:style w:type="character" w:customStyle="1" w:styleId="Char">
    <w:name w:val="머리글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line="240" w:lineRule="auto"/>
    </w:pPr>
  </w:style>
  <w:style w:type="character" w:customStyle="1" w:styleId="Char0">
    <w:name w:val="바닥글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제목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제목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제목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제목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Char2">
    <w:name w:val="부제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본문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본문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본문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매크로 텍스트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인용 Char"/>
    <w:basedOn w:val="a2"/>
    <w:link w:val="af"/>
    <w:uiPriority w:val="29"/>
    <w:rsid w:val="00FC693F"/>
    <w:rPr>
      <w:i/>
      <w:iCs/>
      <w:color w:val="000000" w:themeColor="text1"/>
    </w:rPr>
  </w:style>
  <w:style w:type="character" w:customStyle="1" w:styleId="4Char">
    <w:name w:val="제목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제목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제목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제목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제목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제목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강한 인용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9">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a">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c">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d">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e">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1">
    <w:name w:val="annotation text"/>
    <w:basedOn w:val="a1"/>
    <w:link w:val="Char7"/>
    <w:uiPriority w:val="99"/>
    <w:semiHidden/>
    <w:unhideWhenUsed/>
  </w:style>
  <w:style w:type="character" w:customStyle="1" w:styleId="Char7">
    <w:name w:val="메모 텍스트 Char"/>
    <w:basedOn w:val="a2"/>
    <w:link w:val="aff1"/>
    <w:uiPriority w:val="99"/>
    <w:semiHidden/>
    <w:rPr>
      <w:rFonts w:ascii="Times New Roman" w:eastAsia="Times New Roman" w:hAnsi="Times New Roman"/>
      <w:sz w:val="24"/>
    </w:rPr>
  </w:style>
  <w:style w:type="character" w:styleId="aff2">
    <w:name w:val="annotation reference"/>
    <w:basedOn w:val="a2"/>
    <w:uiPriority w:val="99"/>
    <w:semiHidden/>
    <w:unhideWhenUsed/>
    <w:rPr>
      <w:sz w:val="18"/>
      <w:szCs w:val="18"/>
    </w:rPr>
  </w:style>
  <w:style w:type="paragraph" w:styleId="aff3">
    <w:name w:val="annotation subject"/>
    <w:basedOn w:val="aff1"/>
    <w:next w:val="aff1"/>
    <w:link w:val="Char8"/>
    <w:uiPriority w:val="99"/>
    <w:semiHidden/>
    <w:unhideWhenUsed/>
    <w:rsid w:val="00750D1B"/>
    <w:rPr>
      <w:b/>
      <w:bCs/>
    </w:rPr>
  </w:style>
  <w:style w:type="character" w:customStyle="1" w:styleId="Char8">
    <w:name w:val="메모 주제 Char"/>
    <w:basedOn w:val="Char7"/>
    <w:link w:val="aff3"/>
    <w:uiPriority w:val="99"/>
    <w:semiHidden/>
    <w:rsid w:val="00750D1B"/>
    <w:rPr>
      <w:rFonts w:ascii="Times New Roman" w:eastAsia="Times New Roman" w:hAnsi="Times New Roman"/>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2352</Words>
  <Characters>13411</Characters>
  <Application>Microsoft Office Word</Application>
  <DocSecurity>0</DocSecurity>
  <Lines>111</Lines>
  <Paragraphs>31</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15732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Seungbeom Kang</cp:lastModifiedBy>
  <cp:revision>4</cp:revision>
  <dcterms:created xsi:type="dcterms:W3CDTF">2026-08-20T08:44:00Z</dcterms:created>
  <dcterms:modified xsi:type="dcterms:W3CDTF">2026-08-20T08:59:00Z</dcterms:modified>
  <cp:category/>
</cp:coreProperties>
</file>