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D4DF" w14:textId="77777777" w:rsidR="003664FC" w:rsidRDefault="00000000">
      <w:pPr>
        <w:jc w:val="center"/>
      </w:pPr>
      <w:r>
        <w:rPr>
          <w:b/>
          <w:sz w:val="32"/>
        </w:rPr>
        <w:t>Psychological Distress, Social Disruption, and Support Needs Among Caregivers During Pediatric Intensive Care Admission in Saudi Arabia: A Pilot Cross-Sectional Study</w:t>
      </w:r>
    </w:p>
    <w:p w14:paraId="036A29AF" w14:textId="77777777" w:rsidR="003664FC" w:rsidRDefault="00000000">
      <w:pPr>
        <w:jc w:val="center"/>
      </w:pPr>
      <w:r>
        <w:rPr>
          <w:b/>
          <w:sz w:val="30"/>
        </w:rPr>
        <w:t>Supplementary Documents</w:t>
      </w:r>
    </w:p>
    <w:p w14:paraId="1ACDDAAB" w14:textId="77777777" w:rsidR="003664FC" w:rsidRDefault="00000000">
      <w:pPr>
        <w:jc w:val="center"/>
      </w:pPr>
      <w:r>
        <w:rPr>
          <w:i/>
          <w:sz w:val="22"/>
        </w:rPr>
        <w:t>Supplementary Tables S1–S7 and STROBE Checklist</w:t>
      </w:r>
    </w:p>
    <w:p w14:paraId="664A9F85" w14:textId="77777777" w:rsidR="003664FC" w:rsidRDefault="00000000">
      <w:r>
        <w:rPr>
          <w:sz w:val="20"/>
        </w:rPr>
        <w:t>This supplementary file provides item-level domain summaries, pre-specified group-comparison summaries, recruitment-wave sensitivity analyses, and a completed STROBE checklist for the pilot cross-sectional study.</w:t>
      </w:r>
    </w:p>
    <w:p w14:paraId="57D6A382" w14:textId="77777777" w:rsidR="003664FC" w:rsidRDefault="00000000">
      <w:r>
        <w:br w:type="page"/>
      </w:r>
    </w:p>
    <w:p w14:paraId="604B852C" w14:textId="77777777" w:rsidR="003664FC" w:rsidRDefault="00000000">
      <w:pPr>
        <w:pStyle w:val="Caption"/>
      </w:pPr>
      <w:r>
        <w:rPr>
          <w:sz w:val="20"/>
        </w:rPr>
        <w:lastRenderedPageBreak/>
        <w:t>Table S1. Item-level distribution of the 7-item social-family impact module (N = 39). Each item was rated from 0 (strongly disagree) to 4 (strongly agree).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16"/>
        <w:gridCol w:w="1152"/>
        <w:gridCol w:w="1152"/>
        <w:gridCol w:w="1152"/>
        <w:gridCol w:w="1152"/>
        <w:gridCol w:w="1152"/>
        <w:gridCol w:w="1512"/>
        <w:gridCol w:w="1944"/>
      </w:tblGrid>
      <w:tr w:rsidR="003664FC" w14:paraId="73EFBF20" w14:textId="77777777">
        <w:trPr>
          <w:tblHeader/>
          <w:jc w:val="center"/>
        </w:trPr>
        <w:tc>
          <w:tcPr>
            <w:tcW w:w="561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0C5BF" w14:textId="77777777" w:rsidR="003664FC" w:rsidRDefault="00000000">
            <w:r>
              <w:rPr>
                <w:b/>
                <w:sz w:val="16"/>
              </w:rPr>
              <w:t>Item</w:t>
            </w:r>
          </w:p>
        </w:tc>
        <w:tc>
          <w:tcPr>
            <w:tcW w:w="115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F0547" w14:textId="77777777" w:rsidR="003664FC" w:rsidRDefault="00000000">
            <w:r>
              <w:rPr>
                <w:b/>
                <w:sz w:val="16"/>
              </w:rPr>
              <w:t>0 (SD)</w:t>
            </w:r>
          </w:p>
        </w:tc>
        <w:tc>
          <w:tcPr>
            <w:tcW w:w="115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A6D47" w14:textId="77777777" w:rsidR="003664FC" w:rsidRDefault="00000000">
            <w:r>
              <w:rPr>
                <w:b/>
                <w:sz w:val="16"/>
              </w:rPr>
              <w:t>1 (D)</w:t>
            </w:r>
          </w:p>
        </w:tc>
        <w:tc>
          <w:tcPr>
            <w:tcW w:w="115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2F19A1" w14:textId="77777777" w:rsidR="003664FC" w:rsidRDefault="00000000">
            <w:r>
              <w:rPr>
                <w:b/>
                <w:sz w:val="16"/>
              </w:rPr>
              <w:t>2 (N)</w:t>
            </w:r>
          </w:p>
        </w:tc>
        <w:tc>
          <w:tcPr>
            <w:tcW w:w="115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71159" w14:textId="77777777" w:rsidR="003664FC" w:rsidRDefault="00000000">
            <w:r>
              <w:rPr>
                <w:b/>
                <w:sz w:val="16"/>
              </w:rPr>
              <w:t>3 (A)</w:t>
            </w:r>
          </w:p>
        </w:tc>
        <w:tc>
          <w:tcPr>
            <w:tcW w:w="115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177B3" w14:textId="77777777" w:rsidR="003664FC" w:rsidRDefault="00000000">
            <w:r>
              <w:rPr>
                <w:b/>
                <w:sz w:val="16"/>
              </w:rPr>
              <w:t>4 (SA)</w:t>
            </w:r>
          </w:p>
        </w:tc>
        <w:tc>
          <w:tcPr>
            <w:tcW w:w="151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9C4F3" w14:textId="77777777" w:rsidR="003664FC" w:rsidRDefault="00000000">
            <w:r>
              <w:rPr>
                <w:b/>
                <w:sz w:val="16"/>
              </w:rPr>
              <w:t>Median [IQR]</w:t>
            </w:r>
          </w:p>
        </w:tc>
        <w:tc>
          <w:tcPr>
            <w:tcW w:w="194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457D96" w14:textId="77777777" w:rsidR="003664FC" w:rsidRDefault="00000000">
            <w:r>
              <w:rPr>
                <w:b/>
                <w:sz w:val="16"/>
              </w:rPr>
              <w:t>Mean (95% CI)</w:t>
            </w:r>
          </w:p>
        </w:tc>
      </w:tr>
      <w:tr w:rsidR="003664FC" w14:paraId="24BF842E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43472" w14:textId="77777777" w:rsidR="003664FC" w:rsidRDefault="00000000">
            <w:r>
              <w:rPr>
                <w:sz w:val="15"/>
              </w:rPr>
              <w:t>Our family has experienced stronger bonds since the admission (reverse-coded)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DCE324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029ADE" w14:textId="77777777" w:rsidR="003664FC" w:rsidRDefault="00000000">
            <w:r>
              <w:rPr>
                <w:sz w:val="15"/>
              </w:rPr>
              <w:t>14 (35.9)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FC18BC" w14:textId="77777777" w:rsidR="003664FC" w:rsidRDefault="00000000">
            <w:r>
              <w:rPr>
                <w:sz w:val="15"/>
              </w:rPr>
              <w:t>11 (28.2)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4D8EDB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E47FD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CAC59" w14:textId="77777777" w:rsidR="003664FC" w:rsidRDefault="00000000">
            <w:r>
              <w:rPr>
                <w:sz w:val="15"/>
              </w:rPr>
              <w:t>1 [1–2]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C9A7C" w14:textId="77777777" w:rsidR="003664FC" w:rsidRDefault="00000000">
            <w:r>
              <w:rPr>
                <w:sz w:val="15"/>
              </w:rPr>
              <w:t>1.62 (1.26–1.97)</w:t>
            </w:r>
          </w:p>
        </w:tc>
      </w:tr>
      <w:tr w:rsidR="003664FC" w14:paraId="4A3A4AE6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3E995F" w14:textId="77777777" w:rsidR="003664FC" w:rsidRDefault="00000000">
            <w:r>
              <w:rPr>
                <w:sz w:val="15"/>
              </w:rPr>
              <w:t>I feel more isolated from my social circle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EC85A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A8DB51" w14:textId="77777777" w:rsidR="003664FC" w:rsidRDefault="00000000">
            <w:r>
              <w:rPr>
                <w:sz w:val="15"/>
              </w:rPr>
              <w:t>13 (33.3)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F29C3A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6022D4" w14:textId="77777777" w:rsidR="003664FC" w:rsidRDefault="00000000">
            <w:r>
              <w:rPr>
                <w:sz w:val="15"/>
              </w:rPr>
              <w:t>10 (25.6)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24FCF9" w14:textId="77777777" w:rsidR="003664FC" w:rsidRDefault="00000000">
            <w:r>
              <w:rPr>
                <w:sz w:val="15"/>
              </w:rPr>
              <w:t>9 (23.1)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9D41E" w14:textId="77777777" w:rsidR="003664FC" w:rsidRDefault="00000000">
            <w:r>
              <w:rPr>
                <w:sz w:val="15"/>
              </w:rPr>
              <w:t>2 [1–3]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1B5FE3" w14:textId="77777777" w:rsidR="003664FC" w:rsidRDefault="00000000">
            <w:r>
              <w:rPr>
                <w:sz w:val="15"/>
              </w:rPr>
              <w:t>2.23 (1.82–2.64)</w:t>
            </w:r>
          </w:p>
        </w:tc>
      </w:tr>
      <w:tr w:rsidR="003664FC" w14:paraId="3B88559D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5845AD" w14:textId="77777777" w:rsidR="003664FC" w:rsidRDefault="00000000">
            <w:r>
              <w:rPr>
                <w:sz w:val="15"/>
              </w:rPr>
              <w:t>I have adequate support from extended family and friends (reverse-coded)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5DBD0" w14:textId="77777777" w:rsidR="003664FC" w:rsidRDefault="00000000">
            <w:r>
              <w:rPr>
                <w:sz w:val="15"/>
              </w:rPr>
              <w:t>16 (41.0)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7E657F" w14:textId="77777777" w:rsidR="003664FC" w:rsidRDefault="00000000">
            <w:r>
              <w:rPr>
                <w:sz w:val="15"/>
              </w:rPr>
              <w:t>8 (20.5)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08960D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12D30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F7AAE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242CB" w14:textId="77777777" w:rsidR="003664FC" w:rsidRDefault="00000000">
            <w:r>
              <w:rPr>
                <w:sz w:val="15"/>
              </w:rPr>
              <w:t>1 [0–2]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7960EE" w14:textId="77777777" w:rsidR="003664FC" w:rsidRDefault="00000000">
            <w:r>
              <w:rPr>
                <w:sz w:val="15"/>
              </w:rPr>
              <w:t>1.28 (0.87–1.72)</w:t>
            </w:r>
          </w:p>
        </w:tc>
      </w:tr>
      <w:tr w:rsidR="003664FC" w14:paraId="736C8973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4948FD" w14:textId="77777777" w:rsidR="003664FC" w:rsidRDefault="00000000">
            <w:r>
              <w:rPr>
                <w:sz w:val="15"/>
              </w:rPr>
              <w:t>My job responsibilities have been affected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213C3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CF170" w14:textId="77777777" w:rsidR="003664FC" w:rsidRDefault="00000000">
            <w:r>
              <w:rPr>
                <w:sz w:val="15"/>
              </w:rPr>
              <w:t>14 (35.9)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7281B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9A8C84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D95C6" w14:textId="77777777" w:rsidR="003664FC" w:rsidRDefault="00000000">
            <w:r>
              <w:rPr>
                <w:sz w:val="15"/>
              </w:rPr>
              <w:t>10 (25.6)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377D08" w14:textId="77777777" w:rsidR="003664FC" w:rsidRDefault="00000000">
            <w:r>
              <w:rPr>
                <w:sz w:val="15"/>
              </w:rPr>
              <w:t>2 [1–3.5]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48D46" w14:textId="77777777" w:rsidR="003664FC" w:rsidRDefault="00000000">
            <w:r>
              <w:rPr>
                <w:sz w:val="15"/>
              </w:rPr>
              <w:t>2.03 (1.59–2.49)</w:t>
            </w:r>
          </w:p>
        </w:tc>
      </w:tr>
      <w:tr w:rsidR="003664FC" w14:paraId="4F6EBC07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1E482" w14:textId="77777777" w:rsidR="003664FC" w:rsidRDefault="00000000">
            <w:r>
              <w:rPr>
                <w:sz w:val="15"/>
              </w:rPr>
              <w:t>Caregiving alongside other family duties is challenging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82012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3525D" w14:textId="77777777" w:rsidR="003664FC" w:rsidRDefault="00000000">
            <w:r>
              <w:rPr>
                <w:sz w:val="15"/>
              </w:rPr>
              <w:t>10 (25.6)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BB558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8B89A" w14:textId="77777777" w:rsidR="003664FC" w:rsidRDefault="00000000">
            <w:r>
              <w:rPr>
                <w:sz w:val="15"/>
              </w:rPr>
              <w:t>14 (35.9)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BEB84C" w14:textId="77777777" w:rsidR="003664FC" w:rsidRDefault="00000000">
            <w:r>
              <w:rPr>
                <w:sz w:val="15"/>
              </w:rPr>
              <w:t>10 (25.6)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B118F9" w14:textId="77777777" w:rsidR="003664FC" w:rsidRDefault="00000000">
            <w:r>
              <w:rPr>
                <w:sz w:val="15"/>
              </w:rPr>
              <w:t>3 [1–3.5]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17C85E" w14:textId="77777777" w:rsidR="003664FC" w:rsidRDefault="00000000">
            <w:r>
              <w:rPr>
                <w:sz w:val="15"/>
              </w:rPr>
              <w:t>2.46 (2.05–2.87)</w:t>
            </w:r>
          </w:p>
        </w:tc>
      </w:tr>
      <w:tr w:rsidR="003664FC" w14:paraId="5BF6F3E2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03860" w14:textId="77777777" w:rsidR="003664FC" w:rsidRDefault="00000000">
            <w:r>
              <w:rPr>
                <w:sz w:val="15"/>
              </w:rPr>
              <w:t>It is difficult to fulfill my usual social roles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EFA0ED" w14:textId="77777777" w:rsidR="003664FC" w:rsidRDefault="00000000">
            <w:r>
              <w:rPr>
                <w:sz w:val="15"/>
              </w:rPr>
              <w:t>1 (2.6)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FD8D13" w14:textId="77777777" w:rsidR="003664FC" w:rsidRDefault="00000000">
            <w:r>
              <w:rPr>
                <w:sz w:val="15"/>
              </w:rPr>
              <w:t>13 (33.3)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9D7BD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62C3A" w14:textId="77777777" w:rsidR="003664FC" w:rsidRDefault="00000000">
            <w:r>
              <w:rPr>
                <w:sz w:val="15"/>
              </w:rPr>
              <w:t>14 (35.9)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8B7A40" w14:textId="77777777" w:rsidR="003664FC" w:rsidRDefault="00000000">
            <w:r>
              <w:rPr>
                <w:sz w:val="15"/>
              </w:rPr>
              <w:t>7 (17.9)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DA02D" w14:textId="77777777" w:rsidR="003664FC" w:rsidRDefault="00000000">
            <w:r>
              <w:rPr>
                <w:sz w:val="15"/>
              </w:rPr>
              <w:t>3 [1–3]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56974A" w14:textId="77777777" w:rsidR="003664FC" w:rsidRDefault="00000000">
            <w:r>
              <w:rPr>
                <w:sz w:val="15"/>
              </w:rPr>
              <w:t>2.33 (1.95–2.69)</w:t>
            </w:r>
          </w:p>
        </w:tc>
      </w:tr>
      <w:tr w:rsidR="003664FC" w14:paraId="07DC8A80" w14:textId="77777777">
        <w:trPr>
          <w:jc w:val="center"/>
        </w:trPr>
        <w:tc>
          <w:tcPr>
            <w:tcW w:w="56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704A3" w14:textId="77777777" w:rsidR="003664FC" w:rsidRDefault="00000000">
            <w:r>
              <w:rPr>
                <w:sz w:val="15"/>
              </w:rPr>
              <w:t>My relationship with my partner has been impacted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9AB65" w14:textId="77777777" w:rsidR="003664FC" w:rsidRDefault="00000000">
            <w:r>
              <w:rPr>
                <w:sz w:val="15"/>
              </w:rPr>
              <w:t>7 (17.9)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B114C9" w14:textId="77777777" w:rsidR="003664FC" w:rsidRDefault="00000000">
            <w:r>
              <w:rPr>
                <w:sz w:val="15"/>
              </w:rPr>
              <w:t>12 (30.8)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74DB8" w14:textId="77777777" w:rsidR="003664FC" w:rsidRDefault="00000000">
            <w:r>
              <w:rPr>
                <w:sz w:val="15"/>
              </w:rPr>
              <w:t>8 (20.5)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ED587F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8D301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73C985" w14:textId="77777777" w:rsidR="003664FC" w:rsidRDefault="00000000">
            <w:r>
              <w:rPr>
                <w:sz w:val="15"/>
              </w:rPr>
              <w:t>2 [1–3]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6CC69" w14:textId="77777777" w:rsidR="003664FC" w:rsidRDefault="00000000">
            <w:r>
              <w:rPr>
                <w:sz w:val="15"/>
              </w:rPr>
              <w:t>1.79 (1.38–2.23)</w:t>
            </w:r>
          </w:p>
        </w:tc>
      </w:tr>
    </w:tbl>
    <w:p w14:paraId="32BA0660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Cell counts are presented as n (%). SD = strongly disagree; D = disagree; N = neither; A = agree; SA = strongly agree. Reverse-coded items are positively worded and were reverse-scored before composite calculation; displayed responses reflect the original item wording. Mean values are shown with bootstrap 95% confidence intervals based on 2,000 resamples.</w:t>
      </w:r>
    </w:p>
    <w:p w14:paraId="25935B5B" w14:textId="77777777" w:rsidR="003664FC" w:rsidRDefault="00000000">
      <w:r>
        <w:br w:type="page"/>
      </w:r>
    </w:p>
    <w:p w14:paraId="21247AAB" w14:textId="77777777" w:rsidR="003664FC" w:rsidRDefault="00000000">
      <w:pPr>
        <w:pStyle w:val="Caption"/>
      </w:pPr>
      <w:r>
        <w:rPr>
          <w:sz w:val="20"/>
        </w:rPr>
        <w:t>Table S2. Item-level distribution of the 8-item financial-burden module (N = 39). Each item was rated from 0 (not significant) to 4 (very burdensome).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744"/>
        <w:gridCol w:w="1008"/>
        <w:gridCol w:w="1008"/>
        <w:gridCol w:w="1008"/>
        <w:gridCol w:w="1008"/>
        <w:gridCol w:w="1008"/>
        <w:gridCol w:w="1440"/>
        <w:gridCol w:w="1800"/>
        <w:gridCol w:w="2520"/>
      </w:tblGrid>
      <w:tr w:rsidR="003664FC" w14:paraId="4466DA8B" w14:textId="77777777">
        <w:trPr>
          <w:tblHeader/>
          <w:jc w:val="center"/>
        </w:trPr>
        <w:tc>
          <w:tcPr>
            <w:tcW w:w="374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82A5FA" w14:textId="77777777" w:rsidR="003664FC" w:rsidRDefault="00000000">
            <w:r>
              <w:rPr>
                <w:b/>
                <w:sz w:val="16"/>
              </w:rPr>
              <w:t>Expense item</w:t>
            </w:r>
          </w:p>
        </w:tc>
        <w:tc>
          <w:tcPr>
            <w:tcW w:w="100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60F9C" w14:textId="77777777" w:rsidR="003664FC" w:rsidRDefault="00000000">
            <w:r>
              <w:rPr>
                <w:b/>
                <w:sz w:val="16"/>
              </w:rPr>
              <w:t>0</w:t>
            </w:r>
          </w:p>
        </w:tc>
        <w:tc>
          <w:tcPr>
            <w:tcW w:w="100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19875" w14:textId="77777777" w:rsidR="003664FC" w:rsidRDefault="00000000">
            <w:r>
              <w:rPr>
                <w:b/>
                <w:sz w:val="16"/>
              </w:rPr>
              <w:t>1</w:t>
            </w:r>
          </w:p>
        </w:tc>
        <w:tc>
          <w:tcPr>
            <w:tcW w:w="100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2909A" w14:textId="77777777" w:rsidR="003664FC" w:rsidRDefault="00000000">
            <w:r>
              <w:rPr>
                <w:b/>
                <w:sz w:val="16"/>
              </w:rPr>
              <w:t>2</w:t>
            </w:r>
          </w:p>
        </w:tc>
        <w:tc>
          <w:tcPr>
            <w:tcW w:w="100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24474" w14:textId="77777777" w:rsidR="003664FC" w:rsidRDefault="00000000">
            <w:r>
              <w:rPr>
                <w:b/>
                <w:sz w:val="16"/>
              </w:rPr>
              <w:t>3</w:t>
            </w:r>
          </w:p>
        </w:tc>
        <w:tc>
          <w:tcPr>
            <w:tcW w:w="100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E8EE2E" w14:textId="77777777" w:rsidR="003664FC" w:rsidRDefault="00000000">
            <w:r>
              <w:rPr>
                <w:b/>
                <w:sz w:val="16"/>
              </w:rPr>
              <w:t>4</w:t>
            </w:r>
          </w:p>
        </w:tc>
        <w:tc>
          <w:tcPr>
            <w:tcW w:w="144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0644F6" w14:textId="77777777" w:rsidR="003664FC" w:rsidRDefault="00000000">
            <w:r>
              <w:rPr>
                <w:b/>
                <w:sz w:val="16"/>
              </w:rPr>
              <w:t>Median [IQR]</w:t>
            </w:r>
          </w:p>
        </w:tc>
        <w:tc>
          <w:tcPr>
            <w:tcW w:w="180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905AB9" w14:textId="77777777" w:rsidR="003664FC" w:rsidRDefault="00000000">
            <w:r>
              <w:rPr>
                <w:b/>
                <w:sz w:val="16"/>
              </w:rPr>
              <w:t>Mean (95% CI)</w:t>
            </w:r>
          </w:p>
        </w:tc>
        <w:tc>
          <w:tcPr>
            <w:tcW w:w="252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53E60" w14:textId="77777777" w:rsidR="003664FC" w:rsidRDefault="00000000">
            <w:r>
              <w:rPr>
                <w:b/>
                <w:sz w:val="16"/>
              </w:rPr>
              <w:t>Moderate+ (≥2), n (% [95% CI])</w:t>
            </w:r>
          </w:p>
        </w:tc>
      </w:tr>
      <w:tr w:rsidR="003664FC" w14:paraId="3AA27579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DACF1A" w14:textId="77777777" w:rsidR="003664FC" w:rsidRDefault="00000000">
            <w:r>
              <w:rPr>
                <w:sz w:val="15"/>
              </w:rPr>
              <w:t>Traveling to and from the hospital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7F2A9" w14:textId="77777777" w:rsidR="003664FC" w:rsidRDefault="00000000">
            <w:r>
              <w:rPr>
                <w:sz w:val="15"/>
              </w:rPr>
              <w:t>19 (48.7)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350B8C" w14:textId="77777777" w:rsidR="003664FC" w:rsidRDefault="00000000">
            <w:r>
              <w:rPr>
                <w:sz w:val="15"/>
              </w:rPr>
              <w:t>7 (17.9)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08BEA4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6900A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0B025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822D1F" w14:textId="77777777" w:rsidR="003664FC" w:rsidRDefault="00000000">
            <w:r>
              <w:rPr>
                <w:sz w:val="15"/>
              </w:rPr>
              <w:t>1 [0–2]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09C227" w14:textId="77777777" w:rsidR="003664FC" w:rsidRDefault="00000000">
            <w:r>
              <w:rPr>
                <w:sz w:val="15"/>
              </w:rPr>
              <w:t>1.21 (0.74–1.69)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6A0082" w14:textId="77777777" w:rsidR="003664FC" w:rsidRDefault="00000000">
            <w:r>
              <w:rPr>
                <w:sz w:val="15"/>
              </w:rPr>
              <w:t>13 (33.3 [20.6–49.0])</w:t>
            </w:r>
          </w:p>
        </w:tc>
      </w:tr>
      <w:tr w:rsidR="003664FC" w14:paraId="05E578FB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176E1" w14:textId="77777777" w:rsidR="003664FC" w:rsidRDefault="00000000">
            <w:r>
              <w:rPr>
                <w:sz w:val="15"/>
              </w:rPr>
              <w:t>Hospital parking costs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BA59FF" w14:textId="77777777" w:rsidR="003664FC" w:rsidRDefault="00000000">
            <w:r>
              <w:rPr>
                <w:sz w:val="15"/>
              </w:rPr>
              <w:t>22 (56.4)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1B77AF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B4B92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1ECF18" w14:textId="77777777" w:rsidR="003664FC" w:rsidRDefault="00000000">
            <w:r>
              <w:rPr>
                <w:sz w:val="15"/>
              </w:rPr>
              <w:t>8 (20.5)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BA842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72C2F8" w14:textId="77777777" w:rsidR="003664FC" w:rsidRDefault="00000000">
            <w:r>
              <w:rPr>
                <w:sz w:val="15"/>
              </w:rPr>
              <w:t>0 [0–2.5]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AE7983" w14:textId="77777777" w:rsidR="003664FC" w:rsidRDefault="00000000">
            <w:r>
              <w:rPr>
                <w:sz w:val="15"/>
              </w:rPr>
              <w:t>1.05 (0.64–1.51)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87320" w14:textId="77777777" w:rsidR="003664FC" w:rsidRDefault="00000000">
            <w:r>
              <w:rPr>
                <w:sz w:val="15"/>
              </w:rPr>
              <w:t>12 (30.8 [18.6–46.4])</w:t>
            </w:r>
          </w:p>
        </w:tc>
      </w:tr>
      <w:tr w:rsidR="003664FC" w14:paraId="5F90659F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5EED74" w14:textId="77777777" w:rsidR="003664FC" w:rsidRDefault="00000000">
            <w:r>
              <w:rPr>
                <w:sz w:val="15"/>
              </w:rPr>
              <w:t>Accommodation costs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864CB" w14:textId="77777777" w:rsidR="003664FC" w:rsidRDefault="00000000">
            <w:r>
              <w:rPr>
                <w:sz w:val="15"/>
              </w:rPr>
              <w:t>29 (74.4)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F7792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2ADBE2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42174A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42F7A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1E1AA2" w14:textId="77777777" w:rsidR="003664FC" w:rsidRDefault="00000000">
            <w:r>
              <w:rPr>
                <w:sz w:val="15"/>
              </w:rPr>
              <w:t>0 [0–0.5]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0A559" w14:textId="77777777" w:rsidR="003664FC" w:rsidRDefault="00000000">
            <w:r>
              <w:rPr>
                <w:sz w:val="15"/>
              </w:rPr>
              <w:t>0.64 (0.28–1.05)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0421C5" w14:textId="77777777" w:rsidR="003664FC" w:rsidRDefault="00000000">
            <w:r>
              <w:rPr>
                <w:sz w:val="15"/>
              </w:rPr>
              <w:t>7 (17.9 [9.0–32.7])</w:t>
            </w:r>
          </w:p>
        </w:tc>
      </w:tr>
      <w:tr w:rsidR="003664FC" w14:paraId="21FBAD40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97638C" w14:textId="77777777" w:rsidR="003664FC" w:rsidRDefault="00000000">
            <w:r>
              <w:rPr>
                <w:sz w:val="15"/>
              </w:rPr>
              <w:t>Food and drink during visits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2C314" w14:textId="77777777" w:rsidR="003664FC" w:rsidRDefault="00000000">
            <w:r>
              <w:rPr>
                <w:sz w:val="15"/>
              </w:rPr>
              <w:t>26 (66.7)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2D293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A511FD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B006C7" w14:textId="77777777" w:rsidR="003664FC" w:rsidRDefault="00000000">
            <w:r>
              <w:rPr>
                <w:sz w:val="15"/>
              </w:rPr>
              <w:t>5 (12.8)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0E166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D3EF7B" w14:textId="77777777" w:rsidR="003664FC" w:rsidRDefault="00000000">
            <w:r>
              <w:rPr>
                <w:sz w:val="15"/>
              </w:rPr>
              <w:t>0 [0–1]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970AF7" w14:textId="77777777" w:rsidR="003664FC" w:rsidRDefault="00000000">
            <w:r>
              <w:rPr>
                <w:sz w:val="15"/>
              </w:rPr>
              <w:t>0.79 (0.41–1.21)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8C71EF" w14:textId="77777777" w:rsidR="003664FC" w:rsidRDefault="00000000">
            <w:r>
              <w:rPr>
                <w:sz w:val="15"/>
              </w:rPr>
              <w:t>9 (23.1 [12.6–38.3])</w:t>
            </w:r>
          </w:p>
        </w:tc>
      </w:tr>
      <w:tr w:rsidR="003664FC" w14:paraId="0646A9B7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23868" w14:textId="77777777" w:rsidR="003664FC" w:rsidRDefault="00000000">
            <w:r>
              <w:rPr>
                <w:sz w:val="15"/>
              </w:rPr>
              <w:t>Childcare arrangements for siblings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AAC48C" w14:textId="77777777" w:rsidR="003664FC" w:rsidRDefault="00000000">
            <w:r>
              <w:rPr>
                <w:sz w:val="15"/>
              </w:rPr>
              <w:t>22 (56.4)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315BD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A5B632" w14:textId="77777777" w:rsidR="003664FC" w:rsidRDefault="00000000">
            <w:r>
              <w:rPr>
                <w:sz w:val="15"/>
              </w:rPr>
              <w:t>1 (2.6)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B8164" w14:textId="77777777" w:rsidR="003664FC" w:rsidRDefault="00000000">
            <w:r>
              <w:rPr>
                <w:sz w:val="15"/>
              </w:rPr>
              <w:t>8 (20.5)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AFC261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0D00B" w14:textId="77777777" w:rsidR="003664FC" w:rsidRDefault="00000000">
            <w:r>
              <w:rPr>
                <w:sz w:val="15"/>
              </w:rPr>
              <w:t>0 [0–3]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9F070" w14:textId="77777777" w:rsidR="003664FC" w:rsidRDefault="00000000">
            <w:r>
              <w:rPr>
                <w:sz w:val="15"/>
              </w:rPr>
              <w:t>1.18 (0.72–1.69)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9EC9A" w14:textId="77777777" w:rsidR="003664FC" w:rsidRDefault="00000000">
            <w:r>
              <w:rPr>
                <w:sz w:val="15"/>
              </w:rPr>
              <w:t>13 (33.3 [20.6–49.0])</w:t>
            </w:r>
          </w:p>
        </w:tc>
      </w:tr>
      <w:tr w:rsidR="003664FC" w14:paraId="59F32003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E975D2" w14:textId="77777777" w:rsidR="003664FC" w:rsidRDefault="00000000">
            <w:r>
              <w:rPr>
                <w:sz w:val="15"/>
              </w:rPr>
              <w:t>Reduced household income from missed work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59D6CD" w14:textId="77777777" w:rsidR="003664FC" w:rsidRDefault="00000000">
            <w:r>
              <w:rPr>
                <w:sz w:val="15"/>
              </w:rPr>
              <w:t>24 (61.5)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24454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3F36E" w14:textId="77777777" w:rsidR="003664FC" w:rsidRDefault="00000000">
            <w:r>
              <w:rPr>
                <w:sz w:val="15"/>
              </w:rPr>
              <w:t>1 (2.6)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E7D2E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52CB9" w14:textId="77777777" w:rsidR="003664FC" w:rsidRDefault="00000000">
            <w:r>
              <w:rPr>
                <w:sz w:val="15"/>
              </w:rPr>
              <w:t>6 (15.4)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9174F8" w14:textId="77777777" w:rsidR="003664FC" w:rsidRDefault="00000000">
            <w:r>
              <w:rPr>
                <w:sz w:val="15"/>
              </w:rPr>
              <w:t>0 [0–2.5]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13E09" w14:textId="77777777" w:rsidR="003664FC" w:rsidRDefault="00000000">
            <w:r>
              <w:rPr>
                <w:sz w:val="15"/>
              </w:rPr>
              <w:t>1.08 (0.62–1.56)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F5C77E" w14:textId="77777777" w:rsidR="003664FC" w:rsidRDefault="00000000">
            <w:r>
              <w:rPr>
                <w:sz w:val="15"/>
              </w:rPr>
              <w:t>11 (28.2 [16.5–43.8])</w:t>
            </w:r>
          </w:p>
        </w:tc>
      </w:tr>
      <w:tr w:rsidR="003664FC" w14:paraId="539971F4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FFB04" w14:textId="77777777" w:rsidR="003664FC" w:rsidRDefault="00000000">
            <w:r>
              <w:rPr>
                <w:sz w:val="15"/>
              </w:rPr>
              <w:t>Costs of keeping other children at home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D9FD1" w14:textId="77777777" w:rsidR="003664FC" w:rsidRDefault="00000000">
            <w:r>
              <w:rPr>
                <w:sz w:val="15"/>
              </w:rPr>
              <w:t>20 (51.3)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90D2F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BB25D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6A85F" w14:textId="77777777" w:rsidR="003664FC" w:rsidRDefault="00000000">
            <w:r>
              <w:rPr>
                <w:sz w:val="15"/>
              </w:rPr>
              <w:t>8 (20.5)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637D5" w14:textId="77777777" w:rsidR="003664FC" w:rsidRDefault="00000000">
            <w:r>
              <w:rPr>
                <w:sz w:val="15"/>
              </w:rPr>
              <w:t>4 (10.3)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88866" w14:textId="77777777" w:rsidR="003664FC" w:rsidRDefault="00000000">
            <w:r>
              <w:rPr>
                <w:sz w:val="15"/>
              </w:rPr>
              <w:t>0 [0–3]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75765E" w14:textId="77777777" w:rsidR="003664FC" w:rsidRDefault="00000000">
            <w:r>
              <w:rPr>
                <w:sz w:val="15"/>
              </w:rPr>
              <w:t>1.28 (0.82–1.77)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4ABF4B" w14:textId="77777777" w:rsidR="003664FC" w:rsidRDefault="00000000">
            <w:r>
              <w:rPr>
                <w:sz w:val="15"/>
              </w:rPr>
              <w:t>15 (38.5 [24.9–54.1])</w:t>
            </w:r>
          </w:p>
        </w:tc>
      </w:tr>
      <w:tr w:rsidR="003664FC" w14:paraId="1DC0C0B7" w14:textId="77777777">
        <w:trPr>
          <w:jc w:val="center"/>
        </w:trPr>
        <w:tc>
          <w:tcPr>
            <w:tcW w:w="37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58DBC" w14:textId="77777777" w:rsidR="003664FC" w:rsidRDefault="00000000">
            <w:r>
              <w:rPr>
                <w:sz w:val="15"/>
              </w:rPr>
              <w:t>Other unexpected expenditures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0B34F3" w14:textId="77777777" w:rsidR="003664FC" w:rsidRDefault="00000000">
            <w:r>
              <w:rPr>
                <w:sz w:val="15"/>
              </w:rPr>
              <w:t>24 (61.5)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FB04FA" w14:textId="77777777" w:rsidR="003664FC" w:rsidRDefault="00000000">
            <w:r>
              <w:rPr>
                <w:sz w:val="15"/>
              </w:rPr>
              <w:t>2 (5.1)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AB539" w14:textId="77777777" w:rsidR="003664FC" w:rsidRDefault="00000000">
            <w:r>
              <w:rPr>
                <w:sz w:val="15"/>
              </w:rPr>
              <w:t>1 (2.6)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0733B5" w14:textId="77777777" w:rsidR="003664FC" w:rsidRDefault="00000000">
            <w:r>
              <w:rPr>
                <w:sz w:val="15"/>
              </w:rPr>
              <w:t>3 (7.7)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78516" w14:textId="77777777" w:rsidR="003664FC" w:rsidRDefault="00000000">
            <w:r>
              <w:rPr>
                <w:sz w:val="15"/>
              </w:rPr>
              <w:t>9 (23.1)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999121" w14:textId="77777777" w:rsidR="003664FC" w:rsidRDefault="00000000">
            <w:r>
              <w:rPr>
                <w:sz w:val="15"/>
              </w:rPr>
              <w:t>0 [0–3]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618DCF" w14:textId="77777777" w:rsidR="003664FC" w:rsidRDefault="00000000">
            <w:r>
              <w:rPr>
                <w:sz w:val="15"/>
              </w:rPr>
              <w:t>1.26 (0.72–1.82)</w:t>
            </w:r>
          </w:p>
        </w:tc>
        <w:tc>
          <w:tcPr>
            <w:tcW w:w="25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8A0A79" w14:textId="77777777" w:rsidR="003664FC" w:rsidRDefault="00000000">
            <w:r>
              <w:rPr>
                <w:sz w:val="15"/>
              </w:rPr>
              <w:t>13 (33.3 [20.6–49.0])</w:t>
            </w:r>
          </w:p>
        </w:tc>
      </w:tr>
    </w:tbl>
    <w:p w14:paraId="06ADF098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Response scale: 0 = not significant; 1 = mild; 2 = moderate; 3 = important; 4 = very burdensome. Wilson 95% confidence intervals are shown in the Moderate+ column. Composite financial-burden score (sum of all 8 items; theoretical range, 0–32): median 6 [IQR, 2–11], mean 8.49 (SD, 7.90).</w:t>
      </w:r>
    </w:p>
    <w:p w14:paraId="59F3AEF7" w14:textId="77777777" w:rsidR="003664FC" w:rsidRDefault="00000000">
      <w:r>
        <w:br w:type="page"/>
      </w:r>
    </w:p>
    <w:p w14:paraId="748C18F6" w14:textId="77777777" w:rsidR="003664FC" w:rsidRDefault="00000000">
      <w:pPr>
        <w:pStyle w:val="Caption"/>
      </w:pPr>
      <w:r>
        <w:rPr>
          <w:sz w:val="20"/>
        </w:rPr>
        <w:t>Table S3. Item-level distribution of the 10-item PICU satisfaction module organized by Critical Care Family Needs Inventory (CCFNI)-derived need domain (N = 39). Each item was rated from 0 (very dissatisfied) to 4 (very satisfied).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320"/>
        <w:gridCol w:w="1512"/>
        <w:gridCol w:w="936"/>
        <w:gridCol w:w="936"/>
        <w:gridCol w:w="936"/>
        <w:gridCol w:w="936"/>
        <w:gridCol w:w="936"/>
        <w:gridCol w:w="1440"/>
        <w:gridCol w:w="1944"/>
      </w:tblGrid>
      <w:tr w:rsidR="003664FC" w14:paraId="1CEBFEAB" w14:textId="77777777">
        <w:trPr>
          <w:tblHeader/>
          <w:jc w:val="center"/>
        </w:trPr>
        <w:tc>
          <w:tcPr>
            <w:tcW w:w="432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69066" w14:textId="77777777" w:rsidR="003664FC" w:rsidRDefault="00000000">
            <w:r>
              <w:rPr>
                <w:b/>
                <w:sz w:val="16"/>
              </w:rPr>
              <w:t>Item</w:t>
            </w:r>
          </w:p>
        </w:tc>
        <w:tc>
          <w:tcPr>
            <w:tcW w:w="151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E7CC9" w14:textId="77777777" w:rsidR="003664FC" w:rsidRDefault="00000000">
            <w:r>
              <w:rPr>
                <w:b/>
                <w:sz w:val="16"/>
              </w:rPr>
              <w:t>CCFNI domain</w:t>
            </w:r>
          </w:p>
        </w:tc>
        <w:tc>
          <w:tcPr>
            <w:tcW w:w="93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05FBCA" w14:textId="77777777" w:rsidR="003664FC" w:rsidRDefault="00000000">
            <w:r>
              <w:rPr>
                <w:b/>
                <w:sz w:val="16"/>
              </w:rPr>
              <w:t>0</w:t>
            </w:r>
          </w:p>
        </w:tc>
        <w:tc>
          <w:tcPr>
            <w:tcW w:w="93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96D3E" w14:textId="77777777" w:rsidR="003664FC" w:rsidRDefault="00000000">
            <w:r>
              <w:rPr>
                <w:b/>
                <w:sz w:val="16"/>
              </w:rPr>
              <w:t>1</w:t>
            </w:r>
          </w:p>
        </w:tc>
        <w:tc>
          <w:tcPr>
            <w:tcW w:w="93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00BCE9" w14:textId="77777777" w:rsidR="003664FC" w:rsidRDefault="00000000">
            <w:r>
              <w:rPr>
                <w:b/>
                <w:sz w:val="16"/>
              </w:rPr>
              <w:t>2</w:t>
            </w:r>
          </w:p>
        </w:tc>
        <w:tc>
          <w:tcPr>
            <w:tcW w:w="93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5C2B3D" w14:textId="77777777" w:rsidR="003664FC" w:rsidRDefault="00000000">
            <w:r>
              <w:rPr>
                <w:b/>
                <w:sz w:val="16"/>
              </w:rPr>
              <w:t>3</w:t>
            </w:r>
          </w:p>
        </w:tc>
        <w:tc>
          <w:tcPr>
            <w:tcW w:w="93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3688C" w14:textId="77777777" w:rsidR="003664FC" w:rsidRDefault="00000000">
            <w:r>
              <w:rPr>
                <w:b/>
                <w:sz w:val="16"/>
              </w:rPr>
              <w:t>4</w:t>
            </w:r>
          </w:p>
        </w:tc>
        <w:tc>
          <w:tcPr>
            <w:tcW w:w="144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EB533" w14:textId="77777777" w:rsidR="003664FC" w:rsidRDefault="00000000">
            <w:r>
              <w:rPr>
                <w:b/>
                <w:sz w:val="16"/>
              </w:rPr>
              <w:t>Median [IQR]</w:t>
            </w:r>
          </w:p>
        </w:tc>
        <w:tc>
          <w:tcPr>
            <w:tcW w:w="194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A4668" w14:textId="77777777" w:rsidR="003664FC" w:rsidRDefault="00000000">
            <w:r>
              <w:rPr>
                <w:b/>
                <w:sz w:val="16"/>
              </w:rPr>
              <w:t>Mean (95% CI)</w:t>
            </w:r>
          </w:p>
        </w:tc>
      </w:tr>
      <w:tr w:rsidR="003664FC" w14:paraId="6BF5853D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59567" w14:textId="77777777" w:rsidR="003664FC" w:rsidRDefault="00000000">
            <w:r>
              <w:rPr>
                <w:sz w:val="14"/>
              </w:rPr>
              <w:t>Reassurance that the best care is being given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915B80" w14:textId="77777777" w:rsidR="003664FC" w:rsidRDefault="00000000">
            <w:r>
              <w:rPr>
                <w:sz w:val="14"/>
              </w:rPr>
              <w:t>Assurance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FF11F" w14:textId="77777777" w:rsidR="003664FC" w:rsidRDefault="00000000">
            <w:r>
              <w:rPr>
                <w:sz w:val="14"/>
              </w:rPr>
              <w:t>2 (5.1)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82383B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426F2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6E0F8" w14:textId="77777777" w:rsidR="003664FC" w:rsidRDefault="00000000">
            <w:r>
              <w:rPr>
                <w:sz w:val="14"/>
              </w:rPr>
              <w:t>25 (64.1)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312F69" w14:textId="77777777" w:rsidR="003664FC" w:rsidRDefault="00000000">
            <w:r>
              <w:rPr>
                <w:sz w:val="14"/>
              </w:rPr>
              <w:t>10 (25.6)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49427" w14:textId="77777777" w:rsidR="003664FC" w:rsidRDefault="00000000">
            <w:r>
              <w:rPr>
                <w:sz w:val="14"/>
              </w:rPr>
              <w:t>3 [3–3.5]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E48CAC" w14:textId="77777777" w:rsidR="003664FC" w:rsidRDefault="00000000">
            <w:r>
              <w:rPr>
                <w:sz w:val="14"/>
              </w:rPr>
              <w:t>3.03 (2.74–3.31)</w:t>
            </w:r>
          </w:p>
        </w:tc>
      </w:tr>
      <w:tr w:rsidR="003664FC" w14:paraId="20D95769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055E6F" w14:textId="77777777" w:rsidR="003664FC" w:rsidRDefault="00000000">
            <w:r>
              <w:rPr>
                <w:sz w:val="14"/>
              </w:rPr>
              <w:t>Being informed about the child's medical condition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4AA1A" w14:textId="77777777" w:rsidR="003664FC" w:rsidRDefault="00000000">
            <w:r>
              <w:rPr>
                <w:sz w:val="14"/>
              </w:rPr>
              <w:t>Information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FEA939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AEBA44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2C6BEA" w14:textId="77777777" w:rsidR="003664FC" w:rsidRDefault="00000000">
            <w:r>
              <w:rPr>
                <w:sz w:val="14"/>
              </w:rPr>
              <w:t>2 (5.1)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4C61A" w14:textId="77777777" w:rsidR="003664FC" w:rsidRDefault="00000000">
            <w:r>
              <w:rPr>
                <w:sz w:val="14"/>
              </w:rPr>
              <w:t>21 (53.8)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A0A1F9" w14:textId="77777777" w:rsidR="003664FC" w:rsidRDefault="00000000">
            <w:r>
              <w:rPr>
                <w:sz w:val="14"/>
              </w:rPr>
              <w:t>12 (30.8)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28EB9" w14:textId="77777777" w:rsidR="003664FC" w:rsidRDefault="00000000">
            <w:r>
              <w:rPr>
                <w:sz w:val="14"/>
              </w:rPr>
              <w:t>3 [3–4]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A0AB4" w14:textId="77777777" w:rsidR="003664FC" w:rsidRDefault="00000000">
            <w:r>
              <w:rPr>
                <w:sz w:val="14"/>
              </w:rPr>
              <w:t>3.03 (2.72–3.31)</w:t>
            </w:r>
          </w:p>
        </w:tc>
      </w:tr>
      <w:tr w:rsidR="003664FC" w14:paraId="164F0098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B1D94" w14:textId="77777777" w:rsidR="003664FC" w:rsidRDefault="00000000">
            <w:r>
              <w:rPr>
                <w:sz w:val="14"/>
              </w:rPr>
              <w:t>Being informed about the treatment plan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A86B7" w14:textId="77777777" w:rsidR="003664FC" w:rsidRDefault="00000000">
            <w:r>
              <w:rPr>
                <w:sz w:val="14"/>
              </w:rPr>
              <w:t>Information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EED0E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D8EC01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2CBDE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3AD89" w14:textId="77777777" w:rsidR="003664FC" w:rsidRDefault="00000000">
            <w:r>
              <w:rPr>
                <w:sz w:val="14"/>
              </w:rPr>
              <w:t>22 (56.4)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528DB" w14:textId="77777777" w:rsidR="003664FC" w:rsidRDefault="00000000">
            <w:r>
              <w:rPr>
                <w:sz w:val="14"/>
              </w:rPr>
              <w:t>10 (25.6)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CD02FF" w14:textId="77777777" w:rsidR="003664FC" w:rsidRDefault="00000000">
            <w:r>
              <w:rPr>
                <w:sz w:val="14"/>
              </w:rPr>
              <w:t>3 [3–3.5]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F8B546" w14:textId="77777777" w:rsidR="003664FC" w:rsidRDefault="00000000">
            <w:r>
              <w:rPr>
                <w:sz w:val="14"/>
              </w:rPr>
              <w:t>2.95 (2.64–3.23)</w:t>
            </w:r>
          </w:p>
        </w:tc>
      </w:tr>
      <w:tr w:rsidR="003664FC" w14:paraId="3AC38D1F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D6899A" w14:textId="77777777" w:rsidR="003664FC" w:rsidRDefault="00000000">
            <w:r>
              <w:rPr>
                <w:sz w:val="14"/>
              </w:rPr>
              <w:t>Receiving updates on prognosis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69D69A" w14:textId="77777777" w:rsidR="003664FC" w:rsidRDefault="00000000">
            <w:r>
              <w:rPr>
                <w:sz w:val="14"/>
              </w:rPr>
              <w:t>Information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A9CF3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3E94D" w14:textId="77777777" w:rsidR="003664FC" w:rsidRDefault="00000000">
            <w:r>
              <w:rPr>
                <w:sz w:val="14"/>
              </w:rPr>
              <w:t>7 (17.9)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9EC57" w14:textId="77777777" w:rsidR="003664FC" w:rsidRDefault="00000000">
            <w:r>
              <w:rPr>
                <w:sz w:val="14"/>
              </w:rPr>
              <w:t>2 (5.1)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C9661" w14:textId="77777777" w:rsidR="003664FC" w:rsidRDefault="00000000">
            <w:r>
              <w:rPr>
                <w:sz w:val="14"/>
              </w:rPr>
              <w:t>22 (56.4)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B1D9BC" w14:textId="77777777" w:rsidR="003664FC" w:rsidRDefault="00000000">
            <w:r>
              <w:rPr>
                <w:sz w:val="14"/>
              </w:rPr>
              <w:t>7 (17.9)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FADA9D" w14:textId="77777777" w:rsidR="003664FC" w:rsidRDefault="00000000">
            <w:r>
              <w:rPr>
                <w:sz w:val="14"/>
              </w:rPr>
              <w:t>3 [2.5–3]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1804A" w14:textId="77777777" w:rsidR="003664FC" w:rsidRDefault="00000000">
            <w:r>
              <w:rPr>
                <w:sz w:val="14"/>
              </w:rPr>
              <w:t>2.69 (2.36–3.00)</w:t>
            </w:r>
          </w:p>
        </w:tc>
      </w:tr>
      <w:tr w:rsidR="003664FC" w14:paraId="30A8E71F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09A9DC" w14:textId="77777777" w:rsidR="003664FC" w:rsidRDefault="00000000">
            <w:r>
              <w:rPr>
                <w:sz w:val="14"/>
              </w:rPr>
              <w:t>Regular opportunity to speak with the physician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667B1" w14:textId="77777777" w:rsidR="003664FC" w:rsidRDefault="00000000">
            <w:r>
              <w:rPr>
                <w:sz w:val="14"/>
              </w:rPr>
              <w:t>Information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4B410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C9D95" w14:textId="77777777" w:rsidR="003664FC" w:rsidRDefault="00000000">
            <w:r>
              <w:rPr>
                <w:sz w:val="14"/>
              </w:rPr>
              <w:t>9 (23.1)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3639D2" w14:textId="77777777" w:rsidR="003664FC" w:rsidRDefault="00000000">
            <w:r>
              <w:rPr>
                <w:sz w:val="14"/>
              </w:rPr>
              <w:t>2 (5.1)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4D4D9" w14:textId="77777777" w:rsidR="003664FC" w:rsidRDefault="00000000">
            <w:r>
              <w:rPr>
                <w:sz w:val="14"/>
              </w:rPr>
              <w:t>19 (48.7)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68571" w14:textId="77777777" w:rsidR="003664FC" w:rsidRDefault="00000000">
            <w:r>
              <w:rPr>
                <w:sz w:val="14"/>
              </w:rPr>
              <w:t>8 (20.5)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9F625" w14:textId="77777777" w:rsidR="003664FC" w:rsidRDefault="00000000">
            <w:r>
              <w:rPr>
                <w:sz w:val="14"/>
              </w:rPr>
              <w:t>3 [1.5–3]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4EF31" w14:textId="77777777" w:rsidR="003664FC" w:rsidRDefault="00000000">
            <w:r>
              <w:rPr>
                <w:sz w:val="14"/>
              </w:rPr>
              <w:t>2.62 (2.26–2.95)</w:t>
            </w:r>
          </w:p>
        </w:tc>
      </w:tr>
      <w:tr w:rsidR="003664FC" w14:paraId="4643B577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74C34" w14:textId="77777777" w:rsidR="003664FC" w:rsidRDefault="00000000">
            <w:r>
              <w:rPr>
                <w:sz w:val="14"/>
              </w:rPr>
              <w:t>Convenience of visiting hours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F34CB8" w14:textId="77777777" w:rsidR="003664FC" w:rsidRDefault="00000000">
            <w:r>
              <w:rPr>
                <w:sz w:val="14"/>
              </w:rPr>
              <w:t>Proximity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D302EA" w14:textId="77777777" w:rsidR="003664FC" w:rsidRDefault="00000000">
            <w:r>
              <w:rPr>
                <w:sz w:val="14"/>
              </w:rPr>
              <w:t>5 (12.8)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239D34" w14:textId="77777777" w:rsidR="003664FC" w:rsidRDefault="00000000">
            <w:r>
              <w:rPr>
                <w:sz w:val="14"/>
              </w:rPr>
              <w:t>12 (30.8)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2B7B1" w14:textId="77777777" w:rsidR="003664FC" w:rsidRDefault="00000000">
            <w:r>
              <w:rPr>
                <w:sz w:val="14"/>
              </w:rPr>
              <w:t>4 (10.3)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DFF67" w14:textId="77777777" w:rsidR="003664FC" w:rsidRDefault="00000000">
            <w:r>
              <w:rPr>
                <w:sz w:val="14"/>
              </w:rPr>
              <w:t>13 (33.3)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1C0729" w14:textId="77777777" w:rsidR="003664FC" w:rsidRDefault="00000000">
            <w:r>
              <w:rPr>
                <w:sz w:val="14"/>
              </w:rPr>
              <w:t>5 (12.8)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B635F" w14:textId="77777777" w:rsidR="003664FC" w:rsidRDefault="00000000">
            <w:r>
              <w:rPr>
                <w:sz w:val="14"/>
              </w:rPr>
              <w:t>2 [1–3]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30052F" w14:textId="77777777" w:rsidR="003664FC" w:rsidRDefault="00000000">
            <w:r>
              <w:rPr>
                <w:sz w:val="14"/>
              </w:rPr>
              <w:t>2.03 (1.62–2.44)</w:t>
            </w:r>
          </w:p>
        </w:tc>
      </w:tr>
      <w:tr w:rsidR="003664FC" w14:paraId="4F079DB0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56475" w14:textId="77777777" w:rsidR="003664FC" w:rsidRDefault="00000000">
            <w:r>
              <w:rPr>
                <w:sz w:val="14"/>
              </w:rPr>
              <w:t>Access to spiritual support (imam/chaplain)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BA842" w14:textId="77777777" w:rsidR="003664FC" w:rsidRDefault="00000000">
            <w:r>
              <w:rPr>
                <w:sz w:val="14"/>
              </w:rPr>
              <w:t>Comfort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2B7F4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7EC86" w14:textId="77777777" w:rsidR="003664FC" w:rsidRDefault="00000000">
            <w:r>
              <w:rPr>
                <w:sz w:val="14"/>
              </w:rPr>
              <w:t>7 (17.9)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9A547" w14:textId="77777777" w:rsidR="003664FC" w:rsidRDefault="00000000">
            <w:r>
              <w:rPr>
                <w:sz w:val="14"/>
              </w:rPr>
              <w:t>20 (51.3)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64B0B" w14:textId="77777777" w:rsidR="003664FC" w:rsidRDefault="00000000">
            <w:r>
              <w:rPr>
                <w:sz w:val="14"/>
              </w:rPr>
              <w:t>6 (15.4)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89ABF5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69864" w14:textId="77777777" w:rsidR="003664FC" w:rsidRDefault="00000000">
            <w:r>
              <w:rPr>
                <w:sz w:val="14"/>
              </w:rPr>
              <w:t>2 [1.5–2]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610B9F" w14:textId="77777777" w:rsidR="003664FC" w:rsidRDefault="00000000">
            <w:r>
              <w:rPr>
                <w:sz w:val="14"/>
              </w:rPr>
              <w:t>1.97 (1.67–2.28)</w:t>
            </w:r>
          </w:p>
        </w:tc>
      </w:tr>
      <w:tr w:rsidR="003664FC" w14:paraId="3E446DA0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395B5A" w14:textId="77777777" w:rsidR="003664FC" w:rsidRDefault="00000000">
            <w:r>
              <w:rPr>
                <w:sz w:val="14"/>
              </w:rPr>
              <w:t>Opportunity to participate in physical care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72738C" w14:textId="77777777" w:rsidR="003664FC" w:rsidRDefault="00000000">
            <w:r>
              <w:rPr>
                <w:sz w:val="14"/>
              </w:rPr>
              <w:t>Support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79268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883BC" w14:textId="77777777" w:rsidR="003664FC" w:rsidRDefault="00000000">
            <w:r>
              <w:rPr>
                <w:sz w:val="14"/>
              </w:rPr>
              <w:t>6 (15.4)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F2A8FA" w14:textId="77777777" w:rsidR="003664FC" w:rsidRDefault="00000000">
            <w:r>
              <w:rPr>
                <w:sz w:val="14"/>
              </w:rPr>
              <w:t>4 (10.3)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4944F4" w14:textId="77777777" w:rsidR="003664FC" w:rsidRDefault="00000000">
            <w:r>
              <w:rPr>
                <w:sz w:val="14"/>
              </w:rPr>
              <w:t>20 (51.3)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71F14" w14:textId="77777777" w:rsidR="003664FC" w:rsidRDefault="00000000">
            <w:r>
              <w:rPr>
                <w:sz w:val="14"/>
              </w:rPr>
              <w:t>6 (15.4)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02552" w14:textId="77777777" w:rsidR="003664FC" w:rsidRDefault="00000000">
            <w:r>
              <w:rPr>
                <w:sz w:val="14"/>
              </w:rPr>
              <w:t>3 [2–3]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C49994" w14:textId="77777777" w:rsidR="003664FC" w:rsidRDefault="00000000">
            <w:r>
              <w:rPr>
                <w:sz w:val="14"/>
              </w:rPr>
              <w:t>2.51 (2.15–2.85)</w:t>
            </w:r>
          </w:p>
        </w:tc>
      </w:tr>
      <w:tr w:rsidR="003664FC" w14:paraId="3BFCF252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E6911" w14:textId="77777777" w:rsidR="003664FC" w:rsidRDefault="00000000">
            <w:r>
              <w:rPr>
                <w:sz w:val="14"/>
              </w:rPr>
              <w:t>Availability of a specific contact person if unable to visit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819821" w14:textId="77777777" w:rsidR="003664FC" w:rsidRDefault="00000000">
            <w:r>
              <w:rPr>
                <w:sz w:val="14"/>
              </w:rPr>
              <w:t>Information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5F37E" w14:textId="77777777" w:rsidR="003664FC" w:rsidRDefault="00000000">
            <w:r>
              <w:rPr>
                <w:sz w:val="14"/>
              </w:rPr>
              <w:t>2 (5.1)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4B09E2" w14:textId="77777777" w:rsidR="003664FC" w:rsidRDefault="00000000">
            <w:r>
              <w:rPr>
                <w:sz w:val="14"/>
              </w:rPr>
              <w:t>15 (38.5)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C6E629" w14:textId="77777777" w:rsidR="003664FC" w:rsidRDefault="00000000">
            <w:r>
              <w:rPr>
                <w:sz w:val="14"/>
              </w:rPr>
              <w:t>7 (17.9)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78A289" w14:textId="77777777" w:rsidR="003664FC" w:rsidRDefault="00000000">
            <w:r>
              <w:rPr>
                <w:sz w:val="14"/>
              </w:rPr>
              <w:t>10 (25.6)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005455" w14:textId="77777777" w:rsidR="003664FC" w:rsidRDefault="00000000">
            <w:r>
              <w:rPr>
                <w:sz w:val="14"/>
              </w:rPr>
              <w:t>5 (12.8)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036BF" w14:textId="77777777" w:rsidR="003664FC" w:rsidRDefault="00000000">
            <w:r>
              <w:rPr>
                <w:sz w:val="14"/>
              </w:rPr>
              <w:t>2 [1–3]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0E639" w14:textId="77777777" w:rsidR="003664FC" w:rsidRDefault="00000000">
            <w:r>
              <w:rPr>
                <w:sz w:val="14"/>
              </w:rPr>
              <w:t>2.03 (1.67–2.41)</w:t>
            </w:r>
          </w:p>
        </w:tc>
      </w:tr>
      <w:tr w:rsidR="003664FC" w14:paraId="3DC72756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916EB" w14:textId="77777777" w:rsidR="003664FC" w:rsidRDefault="00000000">
            <w:r>
              <w:rPr>
                <w:sz w:val="14"/>
              </w:rPr>
              <w:t>Feeling accepted and supported by hospital staff</w:t>
            </w:r>
          </w:p>
        </w:tc>
        <w:tc>
          <w:tcPr>
            <w:tcW w:w="15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11B20" w14:textId="77777777" w:rsidR="003664FC" w:rsidRDefault="00000000">
            <w:r>
              <w:rPr>
                <w:sz w:val="14"/>
              </w:rPr>
              <w:t>Support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1A67E1" w14:textId="77777777" w:rsidR="003664FC" w:rsidRDefault="00000000">
            <w:r>
              <w:rPr>
                <w:sz w:val="14"/>
              </w:rPr>
              <w:t>2 (5.1)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FE0A2" w14:textId="77777777" w:rsidR="003664FC" w:rsidRDefault="00000000">
            <w:r>
              <w:rPr>
                <w:sz w:val="14"/>
              </w:rPr>
              <w:t>3 (7.7)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295BAE" w14:textId="77777777" w:rsidR="003664FC" w:rsidRDefault="00000000">
            <w:r>
              <w:rPr>
                <w:sz w:val="14"/>
              </w:rPr>
              <w:t>1 (2.6)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ED7DD" w14:textId="77777777" w:rsidR="003664FC" w:rsidRDefault="00000000">
            <w:r>
              <w:rPr>
                <w:sz w:val="14"/>
              </w:rPr>
              <w:t>16 (41.0)</w:t>
            </w:r>
          </w:p>
        </w:tc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9C05DD" w14:textId="77777777" w:rsidR="003664FC" w:rsidRDefault="00000000">
            <w:r>
              <w:rPr>
                <w:sz w:val="14"/>
              </w:rPr>
              <w:t>17 (43.6)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99BB30" w14:textId="77777777" w:rsidR="003664FC" w:rsidRDefault="00000000">
            <w:r>
              <w:rPr>
                <w:sz w:val="14"/>
              </w:rPr>
              <w:t>3 [3–4]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EFA59" w14:textId="77777777" w:rsidR="003664FC" w:rsidRDefault="00000000">
            <w:r>
              <w:rPr>
                <w:sz w:val="14"/>
              </w:rPr>
              <w:t>3.10 (2.74–3.44)</w:t>
            </w:r>
          </w:p>
        </w:tc>
      </w:tr>
    </w:tbl>
    <w:p w14:paraId="1C3CE397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Response scale: 0 = very dissatisfied; 1 = dissatisfied; 2 = neither; 3 = satisfied; 4 = very satisfied. Items were derived from the Critical Care Family Needs Inventory and adapted to the PICU context. Lower-rated items in the main manuscript were defined as items for which fewer than 50% of caregivers reported being satisfied or very satisfied. Composite satisfaction score (theoretical range, 0–40): median 26 [IQR, 21–32], mean 26.05 (SD, 7.59).</w:t>
      </w:r>
    </w:p>
    <w:p w14:paraId="66F3C70F" w14:textId="77777777" w:rsidR="003664FC" w:rsidRDefault="00000000">
      <w:r>
        <w:br w:type="page"/>
      </w:r>
    </w:p>
    <w:p w14:paraId="312874EC" w14:textId="77777777" w:rsidR="003664FC" w:rsidRDefault="00000000">
      <w:pPr>
        <w:pStyle w:val="Caption"/>
      </w:pPr>
      <w:r>
        <w:rPr>
          <w:sz w:val="20"/>
        </w:rPr>
        <w:t>Table S4. Pre-specified between-group contrasts on the five composite scores (Mann–Whitney U; N = 39).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032"/>
        <w:gridCol w:w="720"/>
        <w:gridCol w:w="720"/>
        <w:gridCol w:w="1584"/>
        <w:gridCol w:w="1584"/>
        <w:gridCol w:w="1584"/>
        <w:gridCol w:w="1584"/>
        <w:gridCol w:w="1728"/>
        <w:gridCol w:w="1296"/>
      </w:tblGrid>
      <w:tr w:rsidR="003664FC" w14:paraId="18F34738" w14:textId="77777777">
        <w:trPr>
          <w:tblHeader/>
          <w:jc w:val="center"/>
        </w:trPr>
        <w:tc>
          <w:tcPr>
            <w:tcW w:w="403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A5FD7" w14:textId="77777777" w:rsidR="003664FC" w:rsidRDefault="00000000">
            <w:r>
              <w:rPr>
                <w:b/>
                <w:sz w:val="16"/>
              </w:rPr>
              <w:t>Contrast (group A vs group B)</w:t>
            </w:r>
          </w:p>
        </w:tc>
        <w:tc>
          <w:tcPr>
            <w:tcW w:w="72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DBC0B4" w14:textId="77777777" w:rsidR="003664FC" w:rsidRDefault="00000000">
            <w:r>
              <w:rPr>
                <w:b/>
                <w:sz w:val="16"/>
              </w:rPr>
              <w:t>n A</w:t>
            </w:r>
          </w:p>
        </w:tc>
        <w:tc>
          <w:tcPr>
            <w:tcW w:w="72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C8E22" w14:textId="77777777" w:rsidR="003664FC" w:rsidRDefault="00000000">
            <w:r>
              <w:rPr>
                <w:b/>
                <w:sz w:val="16"/>
              </w:rPr>
              <w:t>n B</w:t>
            </w:r>
          </w:p>
        </w:tc>
        <w:tc>
          <w:tcPr>
            <w:tcW w:w="158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6598E6" w14:textId="77777777" w:rsidR="003664FC" w:rsidRDefault="00000000">
            <w:r>
              <w:rPr>
                <w:b/>
                <w:sz w:val="16"/>
              </w:rPr>
              <w:t>HADS-A median (A vs B)</w:t>
            </w:r>
          </w:p>
        </w:tc>
        <w:tc>
          <w:tcPr>
            <w:tcW w:w="158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794A2" w14:textId="77777777" w:rsidR="003664FC" w:rsidRDefault="00000000">
            <w:r>
              <w:rPr>
                <w:b/>
                <w:sz w:val="16"/>
              </w:rPr>
              <w:t>HADS-D median (A vs B)</w:t>
            </w:r>
          </w:p>
        </w:tc>
        <w:tc>
          <w:tcPr>
            <w:tcW w:w="158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FDE5F8" w14:textId="77777777" w:rsidR="003664FC" w:rsidRDefault="00000000">
            <w:r>
              <w:rPr>
                <w:b/>
                <w:sz w:val="16"/>
              </w:rPr>
              <w:t>Social median (A vs B)</w:t>
            </w:r>
          </w:p>
        </w:tc>
        <w:tc>
          <w:tcPr>
            <w:tcW w:w="158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C09C5" w14:textId="77777777" w:rsidR="003664FC" w:rsidRDefault="00000000">
            <w:r>
              <w:rPr>
                <w:b/>
                <w:sz w:val="16"/>
              </w:rPr>
              <w:t>Financial median (A vs B)</w:t>
            </w:r>
          </w:p>
        </w:tc>
        <w:tc>
          <w:tcPr>
            <w:tcW w:w="172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BFD0FD" w14:textId="77777777" w:rsidR="003664FC" w:rsidRDefault="00000000">
            <w:r>
              <w:rPr>
                <w:b/>
                <w:sz w:val="16"/>
              </w:rPr>
              <w:t>Satisfaction median (A vs B)</w:t>
            </w:r>
          </w:p>
        </w:tc>
        <w:tc>
          <w:tcPr>
            <w:tcW w:w="129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14EA8" w14:textId="77777777" w:rsidR="003664FC" w:rsidRDefault="00000000">
            <w:r>
              <w:rPr>
                <w:b/>
                <w:sz w:val="16"/>
              </w:rPr>
              <w:t>p value for HADS-A</w:t>
            </w:r>
          </w:p>
        </w:tc>
      </w:tr>
      <w:tr w:rsidR="003664FC" w14:paraId="660C9486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FEE0F" w14:textId="77777777" w:rsidR="003664FC" w:rsidRDefault="00000000">
            <w:r>
              <w:rPr>
                <w:sz w:val="14"/>
              </w:rPr>
              <w:t>Mother caregiver vs father caregiver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5C9090" w14:textId="77777777" w:rsidR="003664FC" w:rsidRDefault="00000000">
            <w:r>
              <w:rPr>
                <w:sz w:val="14"/>
              </w:rPr>
              <w:t>16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2B95B" w14:textId="77777777" w:rsidR="003664FC" w:rsidRDefault="00000000">
            <w:r>
              <w:rPr>
                <w:sz w:val="14"/>
              </w:rPr>
              <w:t>22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2DB81D" w14:textId="77777777" w:rsidR="003664FC" w:rsidRDefault="00000000">
            <w:r>
              <w:rPr>
                <w:sz w:val="14"/>
              </w:rPr>
              <w:t>9.5 vs 9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D2B7E" w14:textId="77777777" w:rsidR="003664FC" w:rsidRDefault="00000000">
            <w:r>
              <w:rPr>
                <w:sz w:val="14"/>
              </w:rPr>
              <w:t>11.5 vs 9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A5D62" w14:textId="77777777" w:rsidR="003664FC" w:rsidRDefault="00000000">
            <w:r>
              <w:rPr>
                <w:sz w:val="14"/>
              </w:rPr>
              <w:t>13.5 vs 14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5D65EB" w14:textId="77777777" w:rsidR="003664FC" w:rsidRDefault="00000000">
            <w:r>
              <w:rPr>
                <w:sz w:val="14"/>
              </w:rPr>
              <w:t>7 vs 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BE919" w14:textId="77777777" w:rsidR="003664FC" w:rsidRDefault="00000000">
            <w:r>
              <w:rPr>
                <w:sz w:val="14"/>
              </w:rPr>
              <w:t>29.5 vs 24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A402C" w14:textId="77777777" w:rsidR="003664FC" w:rsidRDefault="00000000">
            <w:r>
              <w:rPr>
                <w:sz w:val="14"/>
              </w:rPr>
              <w:t>0.801</w:t>
            </w:r>
          </w:p>
        </w:tc>
      </w:tr>
      <w:tr w:rsidR="003664FC" w14:paraId="3DC4FBDF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ACFE5" w14:textId="77777777" w:rsidR="003664FC" w:rsidRDefault="00000000">
            <w:r>
              <w:rPr>
                <w:sz w:val="14"/>
              </w:rPr>
              <w:t>Low income (≤10,000 SAR) vs higher income (&gt;10,000 SAR)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F6374B" w14:textId="77777777" w:rsidR="003664FC" w:rsidRDefault="00000000">
            <w:r>
              <w:rPr>
                <w:sz w:val="14"/>
              </w:rPr>
              <w:t>31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40D71" w14:textId="77777777" w:rsidR="003664FC" w:rsidRDefault="00000000">
            <w:r>
              <w:rPr>
                <w:sz w:val="14"/>
              </w:rPr>
              <w:t>8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46FAE" w14:textId="77777777" w:rsidR="003664FC" w:rsidRDefault="00000000">
            <w:r>
              <w:rPr>
                <w:sz w:val="14"/>
              </w:rPr>
              <w:t>9 vs 9.5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D58EE" w14:textId="77777777" w:rsidR="003664FC" w:rsidRDefault="00000000">
            <w:r>
              <w:rPr>
                <w:sz w:val="14"/>
              </w:rPr>
              <w:t>11 vs 10.5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95974" w14:textId="77777777" w:rsidR="003664FC" w:rsidRDefault="00000000">
            <w:r>
              <w:rPr>
                <w:sz w:val="14"/>
              </w:rPr>
              <w:t>14 vs 13.5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9C3C8" w14:textId="77777777" w:rsidR="003664FC" w:rsidRDefault="00000000">
            <w:r>
              <w:rPr>
                <w:sz w:val="14"/>
              </w:rPr>
              <w:t>6 vs 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88A73E" w14:textId="77777777" w:rsidR="003664FC" w:rsidRDefault="00000000">
            <w:r>
              <w:rPr>
                <w:sz w:val="14"/>
              </w:rPr>
              <w:t>26 vs 27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8502B0" w14:textId="77777777" w:rsidR="003664FC" w:rsidRDefault="00000000">
            <w:r>
              <w:rPr>
                <w:sz w:val="14"/>
              </w:rPr>
              <w:t>0.889</w:t>
            </w:r>
          </w:p>
        </w:tc>
      </w:tr>
      <w:tr w:rsidR="003664FC" w14:paraId="31EF0953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F5CFF" w14:textId="77777777" w:rsidR="003664FC" w:rsidRDefault="00000000">
            <w:r>
              <w:rPr>
                <w:sz w:val="14"/>
              </w:rPr>
              <w:t>Not in paid work vs employed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9F8B51" w14:textId="77777777" w:rsidR="003664FC" w:rsidRDefault="00000000">
            <w:r>
              <w:rPr>
                <w:sz w:val="14"/>
              </w:rPr>
              <w:t>14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04C64" w14:textId="77777777" w:rsidR="003664FC" w:rsidRDefault="00000000">
            <w:r>
              <w:rPr>
                <w:sz w:val="14"/>
              </w:rPr>
              <w:t>25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F4104" w14:textId="77777777" w:rsidR="003664FC" w:rsidRDefault="00000000">
            <w:r>
              <w:rPr>
                <w:sz w:val="14"/>
              </w:rPr>
              <w:t>9.5 vs 9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E0221" w14:textId="77777777" w:rsidR="003664FC" w:rsidRDefault="00000000">
            <w:r>
              <w:rPr>
                <w:sz w:val="14"/>
              </w:rPr>
              <w:t>10.5 vs 11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44975C" w14:textId="77777777" w:rsidR="003664FC" w:rsidRDefault="00000000">
            <w:r>
              <w:rPr>
                <w:sz w:val="14"/>
              </w:rPr>
              <w:t>13.5 vs 14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F8981" w14:textId="77777777" w:rsidR="003664FC" w:rsidRDefault="00000000">
            <w:r>
              <w:rPr>
                <w:sz w:val="14"/>
              </w:rPr>
              <w:t>8 vs 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FACE9E" w14:textId="77777777" w:rsidR="003664FC" w:rsidRDefault="00000000">
            <w:r>
              <w:rPr>
                <w:sz w:val="14"/>
              </w:rPr>
              <w:t>27.5 vs 25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D53213" w14:textId="77777777" w:rsidR="003664FC" w:rsidRDefault="00000000">
            <w:r>
              <w:rPr>
                <w:sz w:val="14"/>
              </w:rPr>
              <w:t>0.837</w:t>
            </w:r>
          </w:p>
        </w:tc>
      </w:tr>
      <w:tr w:rsidR="003664FC" w14:paraId="5A03A65F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589E6" w14:textId="77777777" w:rsidR="003664FC" w:rsidRDefault="00000000">
            <w:r>
              <w:rPr>
                <w:sz w:val="14"/>
              </w:rPr>
              <w:t>Acute vs chronic indication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800BE" w14:textId="77777777" w:rsidR="003664FC" w:rsidRDefault="00000000">
            <w:r>
              <w:rPr>
                <w:sz w:val="14"/>
              </w:rPr>
              <w:t>17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D137BD" w14:textId="77777777" w:rsidR="003664FC" w:rsidRDefault="00000000">
            <w:r>
              <w:rPr>
                <w:sz w:val="14"/>
              </w:rPr>
              <w:t>22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428C6" w14:textId="77777777" w:rsidR="003664FC" w:rsidRDefault="00000000">
            <w:r>
              <w:rPr>
                <w:sz w:val="14"/>
              </w:rPr>
              <w:t>9 vs 9.5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AD08FA" w14:textId="77777777" w:rsidR="003664FC" w:rsidRDefault="00000000">
            <w:r>
              <w:rPr>
                <w:sz w:val="14"/>
              </w:rPr>
              <w:t>12 vs 9.5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E1884" w14:textId="77777777" w:rsidR="003664FC" w:rsidRDefault="00000000">
            <w:r>
              <w:rPr>
                <w:sz w:val="14"/>
              </w:rPr>
              <w:t>15 vs 13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3F548C" w14:textId="77777777" w:rsidR="003664FC" w:rsidRDefault="00000000">
            <w:r>
              <w:rPr>
                <w:sz w:val="14"/>
              </w:rPr>
              <w:t>6 vs 5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B5B78" w14:textId="77777777" w:rsidR="003664FC" w:rsidRDefault="00000000">
            <w:r>
              <w:rPr>
                <w:sz w:val="14"/>
              </w:rPr>
              <w:t>25 vs 28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10F7EA" w14:textId="77777777" w:rsidR="003664FC" w:rsidRDefault="00000000">
            <w:r>
              <w:rPr>
                <w:sz w:val="14"/>
              </w:rPr>
              <w:t>0.619</w:t>
            </w:r>
          </w:p>
        </w:tc>
      </w:tr>
      <w:tr w:rsidR="003664FC" w14:paraId="68CEBAE2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26699" w14:textId="77777777" w:rsidR="003664FC" w:rsidRDefault="00000000">
            <w:r>
              <w:rPr>
                <w:sz w:val="14"/>
              </w:rPr>
              <w:t>Mechanical ventilation: yes vs no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6DE7D" w14:textId="77777777" w:rsidR="003664FC" w:rsidRDefault="00000000">
            <w:r>
              <w:rPr>
                <w:sz w:val="14"/>
              </w:rPr>
              <w:t>16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23241" w14:textId="77777777" w:rsidR="003664FC" w:rsidRDefault="00000000">
            <w:r>
              <w:rPr>
                <w:sz w:val="14"/>
              </w:rPr>
              <w:t>23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EE771" w14:textId="77777777" w:rsidR="003664FC" w:rsidRDefault="00000000">
            <w:r>
              <w:rPr>
                <w:sz w:val="14"/>
              </w:rPr>
              <w:t>8.5 vs 10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1AF3F" w14:textId="77777777" w:rsidR="003664FC" w:rsidRDefault="00000000">
            <w:r>
              <w:rPr>
                <w:sz w:val="14"/>
              </w:rPr>
              <w:t>9 vs 12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CCB84" w14:textId="77777777" w:rsidR="003664FC" w:rsidRDefault="00000000">
            <w:r>
              <w:rPr>
                <w:sz w:val="14"/>
              </w:rPr>
              <w:t>14 vs 13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5879AC" w14:textId="77777777" w:rsidR="003664FC" w:rsidRDefault="00000000">
            <w:r>
              <w:rPr>
                <w:sz w:val="14"/>
              </w:rPr>
              <w:t>8 vs 4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0727C" w14:textId="77777777" w:rsidR="003664FC" w:rsidRDefault="00000000">
            <w:r>
              <w:rPr>
                <w:sz w:val="14"/>
              </w:rPr>
              <w:t>24 vs 27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74BEF7" w14:textId="77777777" w:rsidR="003664FC" w:rsidRDefault="00000000">
            <w:r>
              <w:rPr>
                <w:sz w:val="14"/>
              </w:rPr>
              <w:t>0.414</w:t>
            </w:r>
          </w:p>
        </w:tc>
      </w:tr>
      <w:tr w:rsidR="003664FC" w14:paraId="49D47939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E44FEF" w14:textId="77777777" w:rsidR="003664FC" w:rsidRDefault="00000000">
            <w:r>
              <w:rPr>
                <w:sz w:val="14"/>
              </w:rPr>
              <w:t>Advanced life support: yes vs no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B69E1" w14:textId="77777777" w:rsidR="003664FC" w:rsidRDefault="00000000">
            <w:r>
              <w:rPr>
                <w:sz w:val="14"/>
              </w:rPr>
              <w:t>12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99F59" w14:textId="77777777" w:rsidR="003664FC" w:rsidRDefault="00000000">
            <w:r>
              <w:rPr>
                <w:sz w:val="14"/>
              </w:rPr>
              <w:t>27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30587" w14:textId="77777777" w:rsidR="003664FC" w:rsidRDefault="00000000">
            <w:r>
              <w:rPr>
                <w:sz w:val="14"/>
              </w:rPr>
              <w:t>9.5 vs 9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7F0FA" w14:textId="77777777" w:rsidR="003664FC" w:rsidRDefault="00000000">
            <w:r>
              <w:rPr>
                <w:sz w:val="14"/>
              </w:rPr>
              <w:t>10.5 vs 11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44DA3" w14:textId="77777777" w:rsidR="003664FC" w:rsidRDefault="00000000">
            <w:r>
              <w:rPr>
                <w:sz w:val="14"/>
              </w:rPr>
              <w:t>13.5 vs 14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31D24" w14:textId="77777777" w:rsidR="003664FC" w:rsidRDefault="00000000">
            <w:r>
              <w:rPr>
                <w:sz w:val="14"/>
              </w:rPr>
              <w:t>12 vs 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1BE07" w14:textId="77777777" w:rsidR="003664FC" w:rsidRDefault="00000000">
            <w:r>
              <w:rPr>
                <w:sz w:val="14"/>
              </w:rPr>
              <w:t>29.5 vs 24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43B71C" w14:textId="77777777" w:rsidR="003664FC" w:rsidRDefault="00000000">
            <w:r>
              <w:rPr>
                <w:sz w:val="14"/>
              </w:rPr>
              <w:t>0.819</w:t>
            </w:r>
          </w:p>
        </w:tc>
      </w:tr>
      <w:tr w:rsidR="003664FC" w14:paraId="4DE637DC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3B678E" w14:textId="77777777" w:rsidR="003664FC" w:rsidRDefault="00000000">
            <w:r>
              <w:rPr>
                <w:sz w:val="14"/>
              </w:rPr>
              <w:t>Infection: yes vs no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00A959" w14:textId="77777777" w:rsidR="003664FC" w:rsidRDefault="00000000">
            <w:r>
              <w:rPr>
                <w:sz w:val="14"/>
              </w:rPr>
              <w:t>8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D916C" w14:textId="77777777" w:rsidR="003664FC" w:rsidRDefault="00000000">
            <w:r>
              <w:rPr>
                <w:sz w:val="14"/>
              </w:rPr>
              <w:t>31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70D11F" w14:textId="77777777" w:rsidR="003664FC" w:rsidRDefault="00000000">
            <w:r>
              <w:rPr>
                <w:sz w:val="14"/>
              </w:rPr>
              <w:t>14.5 vs 9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1379E3" w14:textId="77777777" w:rsidR="003664FC" w:rsidRDefault="00000000">
            <w:r>
              <w:rPr>
                <w:sz w:val="14"/>
              </w:rPr>
              <w:t>12.5 vs 10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7DB53" w14:textId="77777777" w:rsidR="003664FC" w:rsidRDefault="00000000">
            <w:r>
              <w:rPr>
                <w:sz w:val="14"/>
              </w:rPr>
              <w:t>17 vs 14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E5BB2C" w14:textId="77777777" w:rsidR="003664FC" w:rsidRDefault="00000000">
            <w:r>
              <w:rPr>
                <w:sz w:val="14"/>
              </w:rPr>
              <w:t>12.5 vs 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A4D6B" w14:textId="77777777" w:rsidR="003664FC" w:rsidRDefault="00000000">
            <w:r>
              <w:rPr>
                <w:sz w:val="14"/>
              </w:rPr>
              <w:t>23 vs 26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8D1D1" w14:textId="77777777" w:rsidR="003664FC" w:rsidRDefault="00000000">
            <w:r>
              <w:rPr>
                <w:sz w:val="14"/>
              </w:rPr>
              <w:t>0.024</w:t>
            </w:r>
          </w:p>
        </w:tc>
      </w:tr>
      <w:tr w:rsidR="003664FC" w14:paraId="1483D936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9D335" w14:textId="77777777" w:rsidR="003664FC" w:rsidRDefault="00000000">
            <w:r>
              <w:rPr>
                <w:sz w:val="14"/>
              </w:rPr>
              <w:t>Long PICU stay (&gt;4 days) vs shorter stay (≤4 days)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85B63" w14:textId="77777777" w:rsidR="003664FC" w:rsidRDefault="00000000">
            <w:r>
              <w:rPr>
                <w:sz w:val="14"/>
              </w:rPr>
              <w:t>19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46DB94" w14:textId="77777777" w:rsidR="003664FC" w:rsidRDefault="00000000">
            <w:r>
              <w:rPr>
                <w:sz w:val="14"/>
              </w:rPr>
              <w:t>20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284EB" w14:textId="77777777" w:rsidR="003664FC" w:rsidRDefault="00000000">
            <w:r>
              <w:rPr>
                <w:sz w:val="14"/>
              </w:rPr>
              <w:t>9 vs 10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22880" w14:textId="77777777" w:rsidR="003664FC" w:rsidRDefault="00000000">
            <w:r>
              <w:rPr>
                <w:sz w:val="14"/>
              </w:rPr>
              <w:t>10 vs 11.5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89D61" w14:textId="77777777" w:rsidR="003664FC" w:rsidRDefault="00000000">
            <w:r>
              <w:rPr>
                <w:sz w:val="14"/>
              </w:rPr>
              <w:t>14 vs 14.5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2A54DA" w14:textId="77777777" w:rsidR="003664FC" w:rsidRDefault="00000000">
            <w:r>
              <w:rPr>
                <w:sz w:val="14"/>
              </w:rPr>
              <w:t>6 vs 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05F507" w14:textId="77777777" w:rsidR="003664FC" w:rsidRDefault="00000000">
            <w:r>
              <w:rPr>
                <w:sz w:val="14"/>
              </w:rPr>
              <w:t>25 vs 28.5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5F278" w14:textId="77777777" w:rsidR="003664FC" w:rsidRDefault="00000000">
            <w:r>
              <w:rPr>
                <w:sz w:val="14"/>
              </w:rPr>
              <w:t>0.195</w:t>
            </w:r>
          </w:p>
        </w:tc>
      </w:tr>
      <w:tr w:rsidR="003664FC" w14:paraId="292692F4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30AA96" w14:textId="77777777" w:rsidR="003664FC" w:rsidRDefault="00000000">
            <w:r>
              <w:rPr>
                <w:sz w:val="14"/>
              </w:rPr>
              <w:t>Care-decision involvement: yes vs no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CF848" w14:textId="77777777" w:rsidR="003664FC" w:rsidRDefault="00000000">
            <w:r>
              <w:rPr>
                <w:sz w:val="14"/>
              </w:rPr>
              <w:t>33</w:t>
            </w:r>
          </w:p>
        </w:tc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DE06A" w14:textId="77777777" w:rsidR="003664FC" w:rsidRDefault="00000000">
            <w:r>
              <w:rPr>
                <w:sz w:val="14"/>
              </w:rPr>
              <w:t>6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6F874" w14:textId="77777777" w:rsidR="003664FC" w:rsidRDefault="00000000">
            <w:r>
              <w:rPr>
                <w:sz w:val="14"/>
              </w:rPr>
              <w:t>10 vs 4.5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671F4" w14:textId="77777777" w:rsidR="003664FC" w:rsidRDefault="00000000">
            <w:r>
              <w:rPr>
                <w:sz w:val="14"/>
              </w:rPr>
              <w:t>12 vs 3.5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E6220" w14:textId="77777777" w:rsidR="003664FC" w:rsidRDefault="00000000">
            <w:r>
              <w:rPr>
                <w:sz w:val="14"/>
              </w:rPr>
              <w:t>14 vs 9</w:t>
            </w:r>
          </w:p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774038" w14:textId="77777777" w:rsidR="003664FC" w:rsidRDefault="00000000">
            <w:r>
              <w:rPr>
                <w:sz w:val="14"/>
              </w:rPr>
              <w:t>8 vs 3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7489D" w14:textId="77777777" w:rsidR="003664FC" w:rsidRDefault="00000000">
            <w:r>
              <w:rPr>
                <w:sz w:val="14"/>
              </w:rPr>
              <w:t>27 vs 19.5</w:t>
            </w: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D95F37" w14:textId="77777777" w:rsidR="003664FC" w:rsidRDefault="00000000">
            <w:r>
              <w:rPr>
                <w:sz w:val="14"/>
              </w:rPr>
              <w:t>0.056</w:t>
            </w:r>
          </w:p>
        </w:tc>
      </w:tr>
    </w:tbl>
    <w:p w14:paraId="47E0698A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Group medians are shown in A vs B format. p values shown in this table are from two-sided Mann–Whitney U tests for HADS-Anxiety only. No formal correction for multiple comparisons was applied; these contrasts were retained as descriptive, hypothesis-generating analyses. Respondent age in years was not used as a continuous contrast because it was collected in one recruitment wave only; the categorical child-age variable was used in place of child admission age in months. SAR, Saudi riyal.</w:t>
      </w:r>
    </w:p>
    <w:p w14:paraId="073DB73E" w14:textId="77777777" w:rsidR="003664FC" w:rsidRDefault="00000000">
      <w:r>
        <w:br w:type="page"/>
      </w:r>
    </w:p>
    <w:p w14:paraId="65AB6C69" w14:textId="77777777" w:rsidR="003664FC" w:rsidRDefault="00000000">
      <w:pPr>
        <w:pStyle w:val="Caption"/>
      </w:pPr>
      <w:r>
        <w:rPr>
          <w:sz w:val="20"/>
        </w:rPr>
        <w:t>Table S5. Comparison of caregiver, clinical, and burden characteristics across the two recruitment waves.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032"/>
        <w:gridCol w:w="3168"/>
        <w:gridCol w:w="3168"/>
        <w:gridCol w:w="1440"/>
      </w:tblGrid>
      <w:tr w:rsidR="003664FC" w14:paraId="13217B9E" w14:textId="77777777">
        <w:trPr>
          <w:tblHeader/>
          <w:jc w:val="center"/>
        </w:trPr>
        <w:tc>
          <w:tcPr>
            <w:tcW w:w="403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6ADC65" w14:textId="77777777" w:rsidR="003664FC" w:rsidRDefault="00000000">
            <w:r>
              <w:rPr>
                <w:b/>
                <w:sz w:val="16"/>
              </w:rPr>
              <w:t>Variable</w:t>
            </w:r>
          </w:p>
        </w:tc>
        <w:tc>
          <w:tcPr>
            <w:tcW w:w="316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6103E" w14:textId="77777777" w:rsidR="003664FC" w:rsidRDefault="00000000">
            <w:r>
              <w:rPr>
                <w:b/>
                <w:sz w:val="16"/>
              </w:rPr>
              <w:t>Wave 1 (n = 20)</w:t>
            </w:r>
          </w:p>
        </w:tc>
        <w:tc>
          <w:tcPr>
            <w:tcW w:w="316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F9F69C" w14:textId="77777777" w:rsidR="003664FC" w:rsidRDefault="00000000">
            <w:r>
              <w:rPr>
                <w:b/>
                <w:sz w:val="16"/>
              </w:rPr>
              <w:t>Wave 2 (n = 19)</w:t>
            </w:r>
          </w:p>
        </w:tc>
        <w:tc>
          <w:tcPr>
            <w:tcW w:w="144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6A193" w14:textId="77777777" w:rsidR="003664FC" w:rsidRDefault="00000000">
            <w:r>
              <w:rPr>
                <w:b/>
                <w:sz w:val="16"/>
              </w:rPr>
              <w:t>p value</w:t>
            </w:r>
          </w:p>
        </w:tc>
      </w:tr>
      <w:tr w:rsidR="003664FC" w14:paraId="3D302FBA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900F81" w14:textId="77777777" w:rsidR="003664FC" w:rsidRDefault="00000000">
            <w:r>
              <w:rPr>
                <w:sz w:val="16"/>
              </w:rPr>
              <w:t>PICU duration, days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F76B1" w14:textId="77777777" w:rsidR="003664FC" w:rsidRDefault="00000000">
            <w:r>
              <w:rPr>
                <w:sz w:val="16"/>
              </w:rPr>
              <w:t>4 [2–7]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9524B" w14:textId="77777777" w:rsidR="003664FC" w:rsidRDefault="00000000">
            <w:r>
              <w:rPr>
                <w:sz w:val="16"/>
              </w:rPr>
              <w:t>6 [3–9.5]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6F9F7" w14:textId="77777777" w:rsidR="003664FC" w:rsidRDefault="00000000">
            <w:r>
              <w:rPr>
                <w:sz w:val="16"/>
              </w:rPr>
              <w:t>0.372</w:t>
            </w:r>
          </w:p>
        </w:tc>
      </w:tr>
      <w:tr w:rsidR="003664FC" w14:paraId="2F3816AD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3D8D8" w14:textId="77777777" w:rsidR="003664FC" w:rsidRDefault="00000000">
            <w:r>
              <w:rPr>
                <w:sz w:val="16"/>
              </w:rPr>
              <w:t>HADS-A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2D459" w14:textId="77777777" w:rsidR="003664FC" w:rsidRDefault="00000000">
            <w:r>
              <w:rPr>
                <w:sz w:val="16"/>
              </w:rPr>
              <w:t>10 [9–13.25]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93A2B" w14:textId="77777777" w:rsidR="003664FC" w:rsidRDefault="00000000">
            <w:r>
              <w:rPr>
                <w:sz w:val="16"/>
              </w:rPr>
              <w:t>7 [2.5–11]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19434F" w14:textId="77777777" w:rsidR="003664FC" w:rsidRDefault="00000000">
            <w:r>
              <w:rPr>
                <w:sz w:val="16"/>
              </w:rPr>
              <w:t>0.042</w:t>
            </w:r>
          </w:p>
        </w:tc>
      </w:tr>
      <w:tr w:rsidR="003664FC" w14:paraId="044112DE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AB0AF" w14:textId="77777777" w:rsidR="003664FC" w:rsidRDefault="00000000">
            <w:r>
              <w:rPr>
                <w:sz w:val="16"/>
              </w:rPr>
              <w:t>HADS-D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8E824" w14:textId="77777777" w:rsidR="003664FC" w:rsidRDefault="00000000">
            <w:r>
              <w:rPr>
                <w:sz w:val="16"/>
              </w:rPr>
              <w:t>13 [10.75–16]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E7A41" w14:textId="77777777" w:rsidR="003664FC" w:rsidRDefault="00000000">
            <w:r>
              <w:rPr>
                <w:sz w:val="16"/>
              </w:rPr>
              <w:t>5 [2–10.5]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44ECE7" w14:textId="77777777" w:rsidR="003664FC" w:rsidRDefault="00000000">
            <w:r>
              <w:rPr>
                <w:sz w:val="16"/>
              </w:rPr>
              <w:t>&lt;0.001</w:t>
            </w:r>
          </w:p>
        </w:tc>
      </w:tr>
      <w:tr w:rsidR="003664FC" w14:paraId="783A9BAD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7D83EC" w14:textId="77777777" w:rsidR="003664FC" w:rsidRDefault="00000000">
            <w:r>
              <w:rPr>
                <w:sz w:val="16"/>
              </w:rPr>
              <w:t>Social impact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AD432" w14:textId="77777777" w:rsidR="003664FC" w:rsidRDefault="00000000">
            <w:r>
              <w:rPr>
                <w:sz w:val="16"/>
              </w:rPr>
              <w:t>20 [14.75–23]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B455F" w14:textId="77777777" w:rsidR="003664FC" w:rsidRDefault="00000000">
            <w:r>
              <w:rPr>
                <w:sz w:val="16"/>
              </w:rPr>
              <w:t>12 [10–14]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D14B19" w14:textId="77777777" w:rsidR="003664FC" w:rsidRDefault="00000000">
            <w:r>
              <w:rPr>
                <w:sz w:val="16"/>
              </w:rPr>
              <w:t>&lt;0.001</w:t>
            </w:r>
          </w:p>
        </w:tc>
      </w:tr>
      <w:tr w:rsidR="003664FC" w14:paraId="19D3B2D4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33262" w14:textId="77777777" w:rsidR="003664FC" w:rsidRDefault="00000000">
            <w:r>
              <w:rPr>
                <w:sz w:val="16"/>
              </w:rPr>
              <w:t>Financial burden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60CC9F" w14:textId="77777777" w:rsidR="003664FC" w:rsidRDefault="00000000">
            <w:r>
              <w:rPr>
                <w:sz w:val="16"/>
              </w:rPr>
              <w:t>9.5 [6–16.25]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69C58" w14:textId="77777777" w:rsidR="003664FC" w:rsidRDefault="00000000">
            <w:r>
              <w:rPr>
                <w:sz w:val="16"/>
              </w:rPr>
              <w:t>3 [2–6]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8B8BC" w14:textId="77777777" w:rsidR="003664FC" w:rsidRDefault="00000000">
            <w:r>
              <w:rPr>
                <w:sz w:val="16"/>
              </w:rPr>
              <w:t>0.011</w:t>
            </w:r>
          </w:p>
        </w:tc>
      </w:tr>
      <w:tr w:rsidR="003664FC" w14:paraId="458EFF3A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04123" w14:textId="77777777" w:rsidR="003664FC" w:rsidRDefault="00000000">
            <w:r>
              <w:rPr>
                <w:sz w:val="16"/>
              </w:rPr>
              <w:t>Satisfaction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4FB88C" w14:textId="77777777" w:rsidR="003664FC" w:rsidRDefault="00000000">
            <w:r>
              <w:rPr>
                <w:sz w:val="16"/>
              </w:rPr>
              <w:t>26 [23.75–30.5]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67D516" w14:textId="77777777" w:rsidR="003664FC" w:rsidRDefault="00000000">
            <w:r>
              <w:rPr>
                <w:sz w:val="16"/>
              </w:rPr>
              <w:t>26 [20.5–31]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667B25" w14:textId="77777777" w:rsidR="003664FC" w:rsidRDefault="00000000">
            <w:r>
              <w:rPr>
                <w:sz w:val="16"/>
              </w:rPr>
              <w:t>0.602</w:t>
            </w:r>
          </w:p>
        </w:tc>
      </w:tr>
      <w:tr w:rsidR="003664FC" w14:paraId="6E672B19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E2242C" w14:textId="77777777" w:rsidR="003664FC" w:rsidRDefault="00000000">
            <w:r>
              <w:rPr>
                <w:sz w:val="16"/>
              </w:rPr>
              <w:t>Relationship to child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926622" w14:textId="77777777" w:rsidR="003664FC" w:rsidRDefault="00000000">
            <w:r>
              <w:rPr>
                <w:sz w:val="16"/>
              </w:rPr>
              <w:t>Similar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64D807" w14:textId="77777777" w:rsidR="003664FC" w:rsidRDefault="00000000">
            <w:r>
              <w:rPr>
                <w:sz w:val="16"/>
              </w:rPr>
              <w:t>Similar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06ECB" w14:textId="77777777" w:rsidR="003664FC" w:rsidRDefault="00000000">
            <w:r>
              <w:rPr>
                <w:sz w:val="16"/>
              </w:rPr>
              <w:t>0.614</w:t>
            </w:r>
          </w:p>
        </w:tc>
      </w:tr>
      <w:tr w:rsidR="003664FC" w14:paraId="475B67EF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D579F" w14:textId="77777777" w:rsidR="003664FC" w:rsidRDefault="00000000">
            <w:r>
              <w:rPr>
                <w:sz w:val="16"/>
              </w:rPr>
              <w:t>Income category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713DA" w14:textId="77777777" w:rsidR="003664FC" w:rsidRDefault="00000000">
            <w:r>
              <w:rPr>
                <w:sz w:val="16"/>
              </w:rPr>
              <w:t>No significant difference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D168A9" w14:textId="77777777" w:rsidR="003664FC" w:rsidRDefault="00000000">
            <w:r>
              <w:rPr>
                <w:sz w:val="16"/>
              </w:rPr>
              <w:t>No significant difference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90CC3" w14:textId="77777777" w:rsidR="003664FC" w:rsidRDefault="00000000">
            <w:r>
              <w:rPr>
                <w:sz w:val="16"/>
              </w:rPr>
              <w:t>0.133</w:t>
            </w:r>
          </w:p>
        </w:tc>
      </w:tr>
      <w:tr w:rsidR="003664FC" w14:paraId="0699AE84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AF2686" w14:textId="77777777" w:rsidR="003664FC" w:rsidRDefault="00000000">
            <w:r>
              <w:rPr>
                <w:sz w:val="16"/>
              </w:rPr>
              <w:t>Care-decision involvement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65AF56" w14:textId="77777777" w:rsidR="003664FC" w:rsidRDefault="00000000">
            <w:r>
              <w:rPr>
                <w:sz w:val="16"/>
              </w:rPr>
              <w:t>20/20 yes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0422BF" w14:textId="77777777" w:rsidR="003664FC" w:rsidRDefault="00000000">
            <w:r>
              <w:rPr>
                <w:sz w:val="16"/>
              </w:rPr>
              <w:t>13/19 yes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B5F58B" w14:textId="77777777" w:rsidR="003664FC" w:rsidRDefault="00000000">
            <w:r>
              <w:rPr>
                <w:sz w:val="16"/>
              </w:rPr>
              <w:t>0.008</w:t>
            </w:r>
          </w:p>
        </w:tc>
      </w:tr>
      <w:tr w:rsidR="003664FC" w14:paraId="3C758FA7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C8A956" w14:textId="77777777" w:rsidR="003664FC" w:rsidRDefault="00000000">
            <w:r>
              <w:rPr>
                <w:sz w:val="16"/>
              </w:rPr>
              <w:t>Mechanical ventilation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15289A" w14:textId="77777777" w:rsidR="003664FC" w:rsidRDefault="00000000">
            <w:r>
              <w:rPr>
                <w:sz w:val="16"/>
              </w:rPr>
              <w:t>8/20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C3660C" w14:textId="77777777" w:rsidR="003664FC" w:rsidRDefault="00000000">
            <w:r>
              <w:rPr>
                <w:sz w:val="16"/>
              </w:rPr>
              <w:t>8/19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ECCDA" w14:textId="77777777" w:rsidR="003664FC" w:rsidRDefault="00000000">
            <w:r>
              <w:rPr>
                <w:sz w:val="16"/>
              </w:rPr>
              <w:t>1.000</w:t>
            </w:r>
          </w:p>
        </w:tc>
      </w:tr>
      <w:tr w:rsidR="003664FC" w14:paraId="58F6040B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4C5F3" w14:textId="77777777" w:rsidR="003664FC" w:rsidRDefault="00000000">
            <w:r>
              <w:rPr>
                <w:sz w:val="16"/>
              </w:rPr>
              <w:t>Advanced life support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AAB4F" w14:textId="77777777" w:rsidR="003664FC" w:rsidRDefault="00000000">
            <w:r>
              <w:rPr>
                <w:sz w:val="16"/>
              </w:rPr>
              <w:t>6/20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AB9BD" w14:textId="77777777" w:rsidR="003664FC" w:rsidRDefault="00000000">
            <w:r>
              <w:rPr>
                <w:sz w:val="16"/>
              </w:rPr>
              <w:t>6/19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43870" w14:textId="77777777" w:rsidR="003664FC" w:rsidRDefault="00000000">
            <w:r>
              <w:rPr>
                <w:sz w:val="16"/>
              </w:rPr>
              <w:t>1.000</w:t>
            </w:r>
          </w:p>
        </w:tc>
      </w:tr>
      <w:tr w:rsidR="003664FC" w14:paraId="568D391A" w14:textId="77777777">
        <w:trPr>
          <w:jc w:val="center"/>
        </w:trPr>
        <w:tc>
          <w:tcPr>
            <w:tcW w:w="40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05EE4A" w14:textId="77777777" w:rsidR="003664FC" w:rsidRDefault="00000000">
            <w:r>
              <w:rPr>
                <w:sz w:val="16"/>
              </w:rPr>
              <w:t>Infection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9373FD" w14:textId="77777777" w:rsidR="003664FC" w:rsidRDefault="00000000">
            <w:r>
              <w:rPr>
                <w:sz w:val="16"/>
              </w:rPr>
              <w:t>4/20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D561FD" w14:textId="77777777" w:rsidR="003664FC" w:rsidRDefault="00000000">
            <w:r>
              <w:rPr>
                <w:sz w:val="16"/>
              </w:rPr>
              <w:t>4/19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CFFC7" w14:textId="77777777" w:rsidR="003664FC" w:rsidRDefault="00000000">
            <w:r>
              <w:rPr>
                <w:sz w:val="16"/>
              </w:rPr>
              <w:t>1.000</w:t>
            </w:r>
          </w:p>
        </w:tc>
      </w:tr>
    </w:tbl>
    <w:p w14:paraId="02D4830D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Continuous variables are reported as median [IQR] and compared using the Mann–Whitney U test. Categorical variables are reported as n/N and compared using Fisher’s exact test for 2 × 2 tables or the chi-square test for larger contingency tables. Respondent age and child admission age in months were collected in only one recruitment wave and were therefore not included in the wave-comparison analysis. Social-impact values reflect reverse-scoring of the two positively worded social-impact items before composite calculation.</w:t>
      </w:r>
    </w:p>
    <w:p w14:paraId="2DB42CB7" w14:textId="77777777" w:rsidR="003664FC" w:rsidRDefault="00000000">
      <w:r>
        <w:br w:type="page"/>
      </w:r>
    </w:p>
    <w:p w14:paraId="74243BA6" w14:textId="77777777" w:rsidR="003664FC" w:rsidRDefault="00000000">
      <w:pPr>
        <w:pStyle w:val="Caption"/>
      </w:pPr>
      <w:r>
        <w:rPr>
          <w:sz w:val="20"/>
        </w:rPr>
        <w:t>Table S6. Wave-adjusted partial rank correlations among pre-specified composite outcomes.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320"/>
        <w:gridCol w:w="1872"/>
        <w:gridCol w:w="1440"/>
        <w:gridCol w:w="2448"/>
        <w:gridCol w:w="1440"/>
      </w:tblGrid>
      <w:tr w:rsidR="003664FC" w14:paraId="4E4590C9" w14:textId="77777777">
        <w:trPr>
          <w:tblHeader/>
          <w:jc w:val="center"/>
        </w:trPr>
        <w:tc>
          <w:tcPr>
            <w:tcW w:w="432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1157FA" w14:textId="77777777" w:rsidR="003664FC" w:rsidRDefault="00000000">
            <w:r>
              <w:rPr>
                <w:b/>
                <w:sz w:val="16"/>
              </w:rPr>
              <w:t>Pair</w:t>
            </w:r>
          </w:p>
        </w:tc>
        <w:tc>
          <w:tcPr>
            <w:tcW w:w="187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68D14A" w14:textId="77777777" w:rsidR="003664FC" w:rsidRDefault="00000000">
            <w:r>
              <w:rPr>
                <w:b/>
                <w:sz w:val="16"/>
              </w:rPr>
              <w:t>Pooled Spearman ρ</w:t>
            </w:r>
          </w:p>
        </w:tc>
        <w:tc>
          <w:tcPr>
            <w:tcW w:w="144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1B198" w14:textId="77777777" w:rsidR="003664FC" w:rsidRDefault="00000000">
            <w:r>
              <w:rPr>
                <w:b/>
                <w:sz w:val="16"/>
              </w:rPr>
              <w:t>p value</w:t>
            </w:r>
          </w:p>
        </w:tc>
        <w:tc>
          <w:tcPr>
            <w:tcW w:w="244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76C00D" w14:textId="77777777" w:rsidR="003664FC" w:rsidRDefault="00000000">
            <w:r>
              <w:rPr>
                <w:b/>
                <w:sz w:val="16"/>
              </w:rPr>
              <w:t>Wave-adjusted partial ρ</w:t>
            </w:r>
          </w:p>
        </w:tc>
        <w:tc>
          <w:tcPr>
            <w:tcW w:w="144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29687" w14:textId="77777777" w:rsidR="003664FC" w:rsidRDefault="00000000">
            <w:r>
              <w:rPr>
                <w:b/>
                <w:sz w:val="16"/>
              </w:rPr>
              <w:t>p value</w:t>
            </w:r>
          </w:p>
        </w:tc>
      </w:tr>
      <w:tr w:rsidR="003664FC" w14:paraId="491AFBFE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03D65" w14:textId="77777777" w:rsidR="003664FC" w:rsidRDefault="00000000">
            <w:r>
              <w:rPr>
                <w:sz w:val="16"/>
              </w:rPr>
              <w:t>Depression ↔ social impact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02562" w14:textId="77777777" w:rsidR="003664FC" w:rsidRDefault="00000000">
            <w:r>
              <w:rPr>
                <w:sz w:val="16"/>
              </w:rPr>
              <w:t>+0.52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36E457" w14:textId="77777777" w:rsidR="003664FC" w:rsidRDefault="00000000">
            <w:r>
              <w:rPr>
                <w:sz w:val="16"/>
              </w:rPr>
              <w:t>0.001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E298E0" w14:textId="77777777" w:rsidR="003664FC" w:rsidRDefault="00000000">
            <w:r>
              <w:rPr>
                <w:sz w:val="16"/>
              </w:rPr>
              <w:t>+0.26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F96DA" w14:textId="77777777" w:rsidR="003664FC" w:rsidRDefault="00000000">
            <w:r>
              <w:rPr>
                <w:sz w:val="16"/>
              </w:rPr>
              <w:t>0.115</w:t>
            </w:r>
          </w:p>
        </w:tc>
      </w:tr>
      <w:tr w:rsidR="003664FC" w14:paraId="4FFC159B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20E19" w14:textId="77777777" w:rsidR="003664FC" w:rsidRDefault="00000000">
            <w:r>
              <w:rPr>
                <w:sz w:val="16"/>
              </w:rPr>
              <w:t>Anxiety ↔ depression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3B238" w14:textId="77777777" w:rsidR="003664FC" w:rsidRDefault="00000000">
            <w:r>
              <w:rPr>
                <w:sz w:val="16"/>
              </w:rPr>
              <w:t>+0.65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8DFB8" w14:textId="77777777" w:rsidR="003664FC" w:rsidRDefault="00000000">
            <w:r>
              <w:rPr>
                <w:sz w:val="16"/>
              </w:rPr>
              <w:t>&lt;0.001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B535B" w14:textId="77777777" w:rsidR="003664FC" w:rsidRDefault="00000000">
            <w:r>
              <w:rPr>
                <w:sz w:val="16"/>
              </w:rPr>
              <w:t>+0.59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9CF22" w14:textId="77777777" w:rsidR="003664FC" w:rsidRDefault="00000000">
            <w:r>
              <w:rPr>
                <w:sz w:val="16"/>
              </w:rPr>
              <w:t>&lt;0.001</w:t>
            </w:r>
          </w:p>
        </w:tc>
      </w:tr>
      <w:tr w:rsidR="003664FC" w14:paraId="374359E8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D5B560" w14:textId="77777777" w:rsidR="003664FC" w:rsidRDefault="00000000">
            <w:r>
              <w:rPr>
                <w:sz w:val="16"/>
              </w:rPr>
              <w:t>Social impact ↔ financial burden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9BE416" w14:textId="77777777" w:rsidR="003664FC" w:rsidRDefault="00000000">
            <w:r>
              <w:rPr>
                <w:sz w:val="16"/>
              </w:rPr>
              <w:t>+0.64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8A1362" w14:textId="77777777" w:rsidR="003664FC" w:rsidRDefault="00000000">
            <w:r>
              <w:rPr>
                <w:sz w:val="16"/>
              </w:rPr>
              <w:t>&lt;0.001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1665F3" w14:textId="77777777" w:rsidR="003664FC" w:rsidRDefault="00000000">
            <w:r>
              <w:rPr>
                <w:sz w:val="16"/>
              </w:rPr>
              <w:t>+0.53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202D3" w14:textId="77777777" w:rsidR="003664FC" w:rsidRDefault="00000000">
            <w:r>
              <w:rPr>
                <w:sz w:val="16"/>
              </w:rPr>
              <w:t>0.001</w:t>
            </w:r>
          </w:p>
        </w:tc>
      </w:tr>
      <w:tr w:rsidR="003664FC" w14:paraId="7AE86AB3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CD97F" w14:textId="77777777" w:rsidR="003664FC" w:rsidRDefault="00000000">
            <w:r>
              <w:rPr>
                <w:sz w:val="16"/>
              </w:rPr>
              <w:t>Anxiety ↔ social impact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0AA2B" w14:textId="77777777" w:rsidR="003664FC" w:rsidRDefault="00000000">
            <w:r>
              <w:rPr>
                <w:sz w:val="16"/>
              </w:rPr>
              <w:t>+0.31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CDC9C" w14:textId="77777777" w:rsidR="003664FC" w:rsidRDefault="00000000">
            <w:r>
              <w:rPr>
                <w:sz w:val="16"/>
              </w:rPr>
              <w:t>0.052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80DDC" w14:textId="77777777" w:rsidR="003664FC" w:rsidRDefault="00000000">
            <w:r>
              <w:rPr>
                <w:sz w:val="16"/>
              </w:rPr>
              <w:t>+0.15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88BCF" w14:textId="77777777" w:rsidR="003664FC" w:rsidRDefault="00000000">
            <w:r>
              <w:rPr>
                <w:sz w:val="16"/>
              </w:rPr>
              <w:t>0.356</w:t>
            </w:r>
          </w:p>
        </w:tc>
      </w:tr>
      <w:tr w:rsidR="003664FC" w14:paraId="1374E8A5" w14:textId="77777777">
        <w:trPr>
          <w:jc w:val="center"/>
        </w:trPr>
        <w:tc>
          <w:tcPr>
            <w:tcW w:w="43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524173" w14:textId="77777777" w:rsidR="003664FC" w:rsidRDefault="00000000">
            <w:r>
              <w:rPr>
                <w:sz w:val="16"/>
              </w:rPr>
              <w:t>Depression ↔ financial burden</w:t>
            </w:r>
          </w:p>
        </w:tc>
        <w:tc>
          <w:tcPr>
            <w:tcW w:w="18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5AC53" w14:textId="77777777" w:rsidR="003664FC" w:rsidRDefault="00000000">
            <w:r>
              <w:rPr>
                <w:sz w:val="16"/>
              </w:rPr>
              <w:t>+0.32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D0B3EE" w14:textId="77777777" w:rsidR="003664FC" w:rsidRDefault="00000000">
            <w:r>
              <w:rPr>
                <w:sz w:val="16"/>
              </w:rPr>
              <w:t>0.046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93B21C" w14:textId="77777777" w:rsidR="003664FC" w:rsidRDefault="00000000">
            <w:r>
              <w:rPr>
                <w:sz w:val="16"/>
              </w:rPr>
              <w:t>+0.10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24D7BB" w14:textId="77777777" w:rsidR="003664FC" w:rsidRDefault="00000000">
            <w:r>
              <w:rPr>
                <w:sz w:val="16"/>
              </w:rPr>
              <w:t>0.553</w:t>
            </w:r>
          </w:p>
        </w:tc>
      </w:tr>
    </w:tbl>
    <w:p w14:paraId="070DAEE7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Pooled estimates are Spearman rank correlations. Wave-adjusted partial rank correlations were calculated by correlating residuals of rank-transformed variables after regression on recruitment wave. These sensitivity analyses were conducted to evaluate robustness to recruitment-wave heterogeneity. After wave adjustment, the anxiety–depression and social impact–financial burden associations remained robust, whereas depression–social impact, anxiety–social impact, and depression–financial burden attenuated to non-significant trends. HADS, Hospital Anxiety and Depression Scale; ρ, rho.</w:t>
      </w:r>
    </w:p>
    <w:p w14:paraId="32FB86CC" w14:textId="77777777" w:rsidR="003664FC" w:rsidRDefault="00000000">
      <w:r>
        <w:br w:type="page"/>
      </w:r>
    </w:p>
    <w:p w14:paraId="766F0065" w14:textId="77777777" w:rsidR="003664FC" w:rsidRDefault="00000000">
      <w:pPr>
        <w:pStyle w:val="Caption"/>
      </w:pPr>
      <w:r>
        <w:rPr>
          <w:sz w:val="20"/>
        </w:rPr>
        <w:t>Table S7. Within-Wave-2 care-decision-involvement sensitivity analysis.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456"/>
        <w:gridCol w:w="2448"/>
        <w:gridCol w:w="1728"/>
        <w:gridCol w:w="2592"/>
        <w:gridCol w:w="1728"/>
      </w:tblGrid>
      <w:tr w:rsidR="003664FC" w14:paraId="34FDE3AD" w14:textId="77777777">
        <w:trPr>
          <w:tblHeader/>
          <w:jc w:val="center"/>
        </w:trPr>
        <w:tc>
          <w:tcPr>
            <w:tcW w:w="345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6F1D0D" w14:textId="77777777" w:rsidR="003664FC" w:rsidRDefault="00000000">
            <w:r>
              <w:rPr>
                <w:b/>
                <w:sz w:val="16"/>
              </w:rPr>
              <w:t>Composite outcome</w:t>
            </w:r>
          </w:p>
        </w:tc>
        <w:tc>
          <w:tcPr>
            <w:tcW w:w="244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BA4707" w14:textId="77777777" w:rsidR="003664FC" w:rsidRDefault="00000000">
            <w:r>
              <w:rPr>
                <w:b/>
                <w:sz w:val="16"/>
              </w:rPr>
              <w:t>Pooled Cliff’s δ (both waves)</w:t>
            </w:r>
          </w:p>
        </w:tc>
        <w:tc>
          <w:tcPr>
            <w:tcW w:w="172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43A013" w14:textId="77777777" w:rsidR="003664FC" w:rsidRDefault="00000000">
            <w:r>
              <w:rPr>
                <w:b/>
                <w:sz w:val="16"/>
              </w:rPr>
              <w:t>Pooled p value</w:t>
            </w:r>
          </w:p>
        </w:tc>
        <w:tc>
          <w:tcPr>
            <w:tcW w:w="2592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60CC26" w14:textId="77777777" w:rsidR="003664FC" w:rsidRDefault="00000000">
            <w:r>
              <w:rPr>
                <w:b/>
                <w:sz w:val="16"/>
              </w:rPr>
              <w:t>Within-Wave-2 Cliff’s δ</w:t>
            </w:r>
          </w:p>
        </w:tc>
        <w:tc>
          <w:tcPr>
            <w:tcW w:w="172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4A014" w14:textId="77777777" w:rsidR="003664FC" w:rsidRDefault="00000000">
            <w:r>
              <w:rPr>
                <w:b/>
                <w:sz w:val="16"/>
              </w:rPr>
              <w:t>Within-Wave-2 p value</w:t>
            </w:r>
          </w:p>
        </w:tc>
      </w:tr>
      <w:tr w:rsidR="003664FC" w14:paraId="13C0E5FE" w14:textId="77777777">
        <w:trPr>
          <w:jc w:val="center"/>
        </w:trPr>
        <w:tc>
          <w:tcPr>
            <w:tcW w:w="34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143779" w14:textId="77777777" w:rsidR="003664FC" w:rsidRDefault="00000000">
            <w:r>
              <w:rPr>
                <w:sz w:val="16"/>
              </w:rPr>
              <w:t>HADS-Anxiety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A0DC59" w14:textId="77777777" w:rsidR="003664FC" w:rsidRDefault="00000000">
            <w:r>
              <w:rPr>
                <w:sz w:val="16"/>
              </w:rPr>
              <w:t>+0.50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20F6F" w14:textId="77777777" w:rsidR="003664FC" w:rsidRDefault="00000000">
            <w:r>
              <w:rPr>
                <w:sz w:val="16"/>
              </w:rPr>
              <w:t>0.056</w:t>
            </w:r>
          </w:p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6EBA5" w14:textId="77777777" w:rsidR="003664FC" w:rsidRDefault="00000000">
            <w:r>
              <w:rPr>
                <w:sz w:val="16"/>
              </w:rPr>
              <w:t>+0.31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AD602" w14:textId="77777777" w:rsidR="003664FC" w:rsidRDefault="00000000">
            <w:r>
              <w:rPr>
                <w:sz w:val="16"/>
              </w:rPr>
              <w:t>0.312</w:t>
            </w:r>
          </w:p>
        </w:tc>
      </w:tr>
      <w:tr w:rsidR="003664FC" w14:paraId="413E6D57" w14:textId="77777777">
        <w:trPr>
          <w:jc w:val="center"/>
        </w:trPr>
        <w:tc>
          <w:tcPr>
            <w:tcW w:w="34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3FDE3" w14:textId="77777777" w:rsidR="003664FC" w:rsidRDefault="00000000">
            <w:r>
              <w:rPr>
                <w:sz w:val="16"/>
              </w:rPr>
              <w:t>HADS-Depression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FEBA5" w14:textId="77777777" w:rsidR="003664FC" w:rsidRDefault="00000000">
            <w:r>
              <w:rPr>
                <w:sz w:val="16"/>
              </w:rPr>
              <w:t>+0.72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FEE49" w14:textId="77777777" w:rsidR="003664FC" w:rsidRDefault="00000000">
            <w:r>
              <w:rPr>
                <w:sz w:val="16"/>
              </w:rPr>
              <w:t>0.006</w:t>
            </w:r>
          </w:p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53C16" w14:textId="77777777" w:rsidR="003664FC" w:rsidRDefault="00000000">
            <w:r>
              <w:rPr>
                <w:sz w:val="16"/>
              </w:rPr>
              <w:t>+0.41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F0277" w14:textId="77777777" w:rsidR="003664FC" w:rsidRDefault="00000000">
            <w:r>
              <w:rPr>
                <w:sz w:val="16"/>
              </w:rPr>
              <w:t>0.172</w:t>
            </w:r>
          </w:p>
        </w:tc>
      </w:tr>
      <w:tr w:rsidR="003664FC" w14:paraId="04891DB4" w14:textId="77777777">
        <w:trPr>
          <w:jc w:val="center"/>
        </w:trPr>
        <w:tc>
          <w:tcPr>
            <w:tcW w:w="34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F581D8" w14:textId="77777777" w:rsidR="003664FC" w:rsidRDefault="00000000">
            <w:r>
              <w:rPr>
                <w:sz w:val="16"/>
              </w:rPr>
              <w:t>Social impact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82E9C6" w14:textId="77777777" w:rsidR="003664FC" w:rsidRDefault="00000000">
            <w:r>
              <w:rPr>
                <w:sz w:val="16"/>
              </w:rPr>
              <w:t>+0.63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4F3483" w14:textId="77777777" w:rsidR="003664FC" w:rsidRDefault="00000000">
            <w:r>
              <w:rPr>
                <w:sz w:val="16"/>
              </w:rPr>
              <w:t>0.015</w:t>
            </w:r>
          </w:p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E4880" w14:textId="77777777" w:rsidR="003664FC" w:rsidRDefault="00000000">
            <w:r>
              <w:rPr>
                <w:sz w:val="16"/>
              </w:rPr>
              <w:t>+0.36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03835" w14:textId="77777777" w:rsidR="003664FC" w:rsidRDefault="00000000">
            <w:r>
              <w:rPr>
                <w:sz w:val="16"/>
              </w:rPr>
              <w:t>0.232</w:t>
            </w:r>
          </w:p>
        </w:tc>
      </w:tr>
      <w:tr w:rsidR="003664FC" w14:paraId="475CEA78" w14:textId="77777777">
        <w:trPr>
          <w:jc w:val="center"/>
        </w:trPr>
        <w:tc>
          <w:tcPr>
            <w:tcW w:w="34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52AB4" w14:textId="77777777" w:rsidR="003664FC" w:rsidRDefault="00000000">
            <w:r>
              <w:rPr>
                <w:sz w:val="16"/>
              </w:rPr>
              <w:t>Financial burden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40A97" w14:textId="77777777" w:rsidR="003664FC" w:rsidRDefault="00000000">
            <w:r>
              <w:rPr>
                <w:sz w:val="16"/>
              </w:rPr>
              <w:t>+0.53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71C79" w14:textId="77777777" w:rsidR="003664FC" w:rsidRDefault="00000000">
            <w:r>
              <w:rPr>
                <w:sz w:val="16"/>
              </w:rPr>
              <w:t>0.044</w:t>
            </w:r>
          </w:p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C0AB9" w14:textId="77777777" w:rsidR="003664FC" w:rsidRDefault="00000000">
            <w:r>
              <w:rPr>
                <w:sz w:val="16"/>
              </w:rPr>
              <w:t>+0.24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A440F5" w14:textId="77777777" w:rsidR="003664FC" w:rsidRDefault="00000000">
            <w:r>
              <w:rPr>
                <w:sz w:val="16"/>
              </w:rPr>
              <w:t>0.421</w:t>
            </w:r>
          </w:p>
        </w:tc>
      </w:tr>
      <w:tr w:rsidR="003664FC" w14:paraId="1B83A22B" w14:textId="77777777">
        <w:trPr>
          <w:jc w:val="center"/>
        </w:trPr>
        <w:tc>
          <w:tcPr>
            <w:tcW w:w="34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BD3E9" w14:textId="77777777" w:rsidR="003664FC" w:rsidRDefault="00000000">
            <w:r>
              <w:rPr>
                <w:sz w:val="16"/>
              </w:rPr>
              <w:t>Satisfaction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D7513" w14:textId="77777777" w:rsidR="003664FC" w:rsidRDefault="00000000">
            <w:r>
              <w:rPr>
                <w:sz w:val="16"/>
              </w:rPr>
              <w:t>+0.76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21352A" w14:textId="77777777" w:rsidR="003664FC" w:rsidRDefault="00000000">
            <w:r>
              <w:rPr>
                <w:sz w:val="16"/>
              </w:rPr>
              <w:t>0.004</w:t>
            </w:r>
          </w:p>
        </w:tc>
        <w:tc>
          <w:tcPr>
            <w:tcW w:w="25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016F3D" w14:textId="77777777" w:rsidR="003664FC" w:rsidRDefault="00000000">
            <w:r>
              <w:rPr>
                <w:sz w:val="16"/>
              </w:rPr>
              <w:t>+0.79</w:t>
            </w:r>
          </w:p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54EFB" w14:textId="77777777" w:rsidR="003664FC" w:rsidRDefault="00000000">
            <w:r>
              <w:rPr>
                <w:sz w:val="16"/>
              </w:rPr>
              <w:t>0.007</w:t>
            </w:r>
          </w:p>
        </w:tc>
      </w:tr>
    </w:tbl>
    <w:p w14:paraId="23F0FAD4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Wave 2 was the only recruitment wave containing both caregivers who reported involvement in care decisions (n = 13) and caregivers who reported no involvement (n = 6); all 20 Wave 1 caregivers reported involvement. Positive Cliff’s δ values indicate higher scores among caregivers reporting involvement. p values are from two-sided Mann–Whitney U tests and are unadjusted for multiple comparisons. The within-Wave-2 analysis is free of between-wave confounding by construction but remains imprecise because of the small subgroup size. HADS, Hospital Anxiety and Depression Scale.</w:t>
      </w:r>
    </w:p>
    <w:p w14:paraId="6ED35B1F" w14:textId="77777777" w:rsidR="003664FC" w:rsidRDefault="00000000">
      <w:r>
        <w:br w:type="page"/>
      </w:r>
    </w:p>
    <w:p w14:paraId="3D5BB8BC" w14:textId="77777777" w:rsidR="003664FC" w:rsidRDefault="00000000">
      <w:r>
        <w:rPr>
          <w:b/>
          <w:sz w:val="22"/>
        </w:rPr>
        <w:t>Supplementary File S1. STROBE checklist for cross-sectional studies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36"/>
        <w:gridCol w:w="8928"/>
        <w:gridCol w:w="5184"/>
      </w:tblGrid>
      <w:tr w:rsidR="003664FC" w14:paraId="09FE8FE4" w14:textId="77777777">
        <w:trPr>
          <w:tblHeader/>
          <w:jc w:val="center"/>
        </w:trPr>
        <w:tc>
          <w:tcPr>
            <w:tcW w:w="936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AE389" w14:textId="77777777" w:rsidR="003664FC" w:rsidRDefault="00000000">
            <w:r>
              <w:rPr>
                <w:b/>
                <w:sz w:val="14"/>
              </w:rPr>
              <w:t>Item</w:t>
            </w:r>
          </w:p>
        </w:tc>
        <w:tc>
          <w:tcPr>
            <w:tcW w:w="892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87AD13" w14:textId="77777777" w:rsidR="003664FC" w:rsidRDefault="00000000">
            <w:r>
              <w:rPr>
                <w:b/>
                <w:sz w:val="14"/>
              </w:rPr>
              <w:t>STROBE recommendation</w:t>
            </w:r>
          </w:p>
        </w:tc>
        <w:tc>
          <w:tcPr>
            <w:tcW w:w="518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7957C" w14:textId="77777777" w:rsidR="003664FC" w:rsidRDefault="00000000">
            <w:r>
              <w:rPr>
                <w:b/>
                <w:sz w:val="14"/>
              </w:rPr>
              <w:t>Reported location in manuscript</w:t>
            </w:r>
          </w:p>
        </w:tc>
      </w:tr>
      <w:tr w:rsidR="003664FC" w14:paraId="6AEC1C05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2C924" w14:textId="77777777" w:rsidR="003664FC" w:rsidRDefault="00000000">
            <w:r>
              <w:rPr>
                <w:sz w:val="13"/>
              </w:rPr>
              <w:t>1(a)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B1D1A" w14:textId="77777777" w:rsidR="003664FC" w:rsidRDefault="00000000">
            <w:r>
              <w:rPr>
                <w:sz w:val="13"/>
              </w:rPr>
              <w:t>Indicate the study design with a commonly used term in the title or abstract.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86309" w14:textId="77777777" w:rsidR="003664FC" w:rsidRDefault="00000000">
            <w:r>
              <w:rPr>
                <w:sz w:val="13"/>
              </w:rPr>
              <w:t>Title; Abstract, Methods</w:t>
            </w:r>
          </w:p>
        </w:tc>
      </w:tr>
      <w:tr w:rsidR="003664FC" w14:paraId="60057DD6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BDE27" w14:textId="77777777" w:rsidR="003664FC" w:rsidRDefault="00000000">
            <w:r>
              <w:rPr>
                <w:sz w:val="13"/>
              </w:rPr>
              <w:t>1(b)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68591" w14:textId="77777777" w:rsidR="003664FC" w:rsidRDefault="00000000">
            <w:r>
              <w:rPr>
                <w:sz w:val="13"/>
              </w:rPr>
              <w:t>Provide an informative and balanced summary of what was done and what was found.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EC7D9" w14:textId="77777777" w:rsidR="003664FC" w:rsidRDefault="00000000">
            <w:r>
              <w:rPr>
                <w:sz w:val="13"/>
              </w:rPr>
              <w:t>Abstract</w:t>
            </w:r>
          </w:p>
        </w:tc>
      </w:tr>
      <w:tr w:rsidR="003664FC" w14:paraId="522BE142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968D0" w14:textId="77777777" w:rsidR="003664FC" w:rsidRDefault="00000000">
            <w:r>
              <w:rPr>
                <w:sz w:val="13"/>
              </w:rPr>
              <w:t>2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F6C6E2" w14:textId="77777777" w:rsidR="003664FC" w:rsidRDefault="00000000">
            <w:r>
              <w:rPr>
                <w:sz w:val="13"/>
              </w:rPr>
              <w:t>Explain the scientific background and rationale for the investigation.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8A558" w14:textId="77777777" w:rsidR="003664FC" w:rsidRDefault="00000000">
            <w:r>
              <w:rPr>
                <w:sz w:val="13"/>
              </w:rPr>
              <w:t>Background</w:t>
            </w:r>
          </w:p>
        </w:tc>
      </w:tr>
      <w:tr w:rsidR="003664FC" w14:paraId="7BBA562B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D74F8" w14:textId="77777777" w:rsidR="003664FC" w:rsidRDefault="00000000">
            <w:r>
              <w:rPr>
                <w:sz w:val="13"/>
              </w:rPr>
              <w:t>3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2D56B1" w14:textId="77777777" w:rsidR="003664FC" w:rsidRDefault="00000000">
            <w:r>
              <w:rPr>
                <w:sz w:val="13"/>
              </w:rPr>
              <w:t>State specific objectives, including any prespecified hypotheses.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637CDF" w14:textId="77777777" w:rsidR="003664FC" w:rsidRDefault="00000000">
            <w:r>
              <w:rPr>
                <w:sz w:val="13"/>
              </w:rPr>
              <w:t>Background; Methods, Study Design and Setting</w:t>
            </w:r>
          </w:p>
        </w:tc>
      </w:tr>
      <w:tr w:rsidR="003664FC" w14:paraId="571A2BC3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88A3B0" w14:textId="77777777" w:rsidR="003664FC" w:rsidRDefault="00000000">
            <w:r>
              <w:rPr>
                <w:sz w:val="13"/>
              </w:rPr>
              <w:t>4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FC585A" w14:textId="77777777" w:rsidR="003664FC" w:rsidRDefault="00000000">
            <w:r>
              <w:rPr>
                <w:sz w:val="13"/>
              </w:rPr>
              <w:t>Present key elements of study design early in the paper.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D63E21" w14:textId="77777777" w:rsidR="003664FC" w:rsidRDefault="00000000">
            <w:r>
              <w:rPr>
                <w:sz w:val="13"/>
              </w:rPr>
              <w:t>Methods, Study Design and Setting</w:t>
            </w:r>
          </w:p>
        </w:tc>
      </w:tr>
      <w:tr w:rsidR="003664FC" w14:paraId="3112095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DC563" w14:textId="77777777" w:rsidR="003664FC" w:rsidRDefault="00000000">
            <w:r>
              <w:rPr>
                <w:sz w:val="13"/>
              </w:rPr>
              <w:t>5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5A2FE0" w14:textId="77777777" w:rsidR="003664FC" w:rsidRDefault="00000000">
            <w:r>
              <w:rPr>
                <w:sz w:val="13"/>
              </w:rPr>
              <w:t>Describe the setting, locations, and relevant dates, including periods of recruitment and data collection.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EB4DBC" w14:textId="77777777" w:rsidR="003664FC" w:rsidRDefault="00000000">
            <w:r>
              <w:rPr>
                <w:sz w:val="13"/>
              </w:rPr>
              <w:t>Methods, Study Design and Setting</w:t>
            </w:r>
          </w:p>
        </w:tc>
      </w:tr>
      <w:tr w:rsidR="003664FC" w14:paraId="344B69A9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FCA1E0" w14:textId="77777777" w:rsidR="003664FC" w:rsidRDefault="00000000">
            <w:r>
              <w:rPr>
                <w:sz w:val="13"/>
              </w:rPr>
              <w:t>6(a)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DAD75B" w14:textId="77777777" w:rsidR="003664FC" w:rsidRDefault="00000000">
            <w:r>
              <w:rPr>
                <w:sz w:val="13"/>
              </w:rPr>
              <w:t>Give eligibility criteria and methods of selection of participants.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8494BF" w14:textId="77777777" w:rsidR="003664FC" w:rsidRDefault="00000000">
            <w:r>
              <w:rPr>
                <w:sz w:val="13"/>
              </w:rPr>
              <w:t>Methods, Participants and Recruitment</w:t>
            </w:r>
          </w:p>
        </w:tc>
      </w:tr>
      <w:tr w:rsidR="003664FC" w14:paraId="263682DE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213F0D" w14:textId="77777777" w:rsidR="003664FC" w:rsidRDefault="00000000">
            <w:r>
              <w:rPr>
                <w:sz w:val="13"/>
              </w:rPr>
              <w:t>7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CBA94" w14:textId="77777777" w:rsidR="003664FC" w:rsidRDefault="00000000">
            <w:r>
              <w:rPr>
                <w:sz w:val="13"/>
              </w:rPr>
              <w:t>Clearly define all outcomes, exposures, predictors, potential confounders, and effect modifiers.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E85F8" w14:textId="77777777" w:rsidR="003664FC" w:rsidRDefault="00000000">
            <w:r>
              <w:rPr>
                <w:sz w:val="13"/>
              </w:rPr>
              <w:t>Methods, Survey Instrument; Statistical Analysis</w:t>
            </w:r>
          </w:p>
        </w:tc>
      </w:tr>
      <w:tr w:rsidR="003664FC" w14:paraId="0B5F840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473739" w14:textId="77777777" w:rsidR="003664FC" w:rsidRDefault="00000000">
            <w:r>
              <w:rPr>
                <w:sz w:val="13"/>
              </w:rPr>
              <w:t>8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1E3E82" w14:textId="77777777" w:rsidR="003664FC" w:rsidRDefault="00000000">
            <w:r>
              <w:rPr>
                <w:sz w:val="13"/>
              </w:rPr>
              <w:t>Give sources of data and details of methods of assessment for each variable.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50A891" w14:textId="77777777" w:rsidR="003664FC" w:rsidRDefault="00000000">
            <w:r>
              <w:rPr>
                <w:sz w:val="13"/>
              </w:rPr>
              <w:t>Methods, Survey Instrument; Study Procedures</w:t>
            </w:r>
          </w:p>
        </w:tc>
      </w:tr>
      <w:tr w:rsidR="003664FC" w14:paraId="1C6918CE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84FEA" w14:textId="77777777" w:rsidR="003664FC" w:rsidRDefault="00000000">
            <w:r>
              <w:rPr>
                <w:sz w:val="13"/>
              </w:rPr>
              <w:t>9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EA244" w14:textId="77777777" w:rsidR="003664FC" w:rsidRDefault="00000000">
            <w:r>
              <w:rPr>
                <w:sz w:val="13"/>
              </w:rPr>
              <w:t>Describe efforts to address potential sources of bias.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3F7E0" w14:textId="77777777" w:rsidR="003664FC" w:rsidRDefault="00000000">
            <w:r>
              <w:rPr>
                <w:sz w:val="13"/>
              </w:rPr>
              <w:t>Methods, recruitment-wave sensitivity; Missing Data and Data Quality; Discussion, limitations</w:t>
            </w:r>
          </w:p>
        </w:tc>
      </w:tr>
      <w:tr w:rsidR="003664FC" w14:paraId="08760B8E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954CE" w14:textId="77777777" w:rsidR="003664FC" w:rsidRDefault="00000000">
            <w:r>
              <w:rPr>
                <w:sz w:val="13"/>
              </w:rPr>
              <w:t>10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71EA1" w14:textId="77777777" w:rsidR="003664FC" w:rsidRDefault="00000000">
            <w:r>
              <w:rPr>
                <w:sz w:val="13"/>
              </w:rPr>
              <w:t>Explain how the study size was arrived at.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EDE61" w14:textId="77777777" w:rsidR="003664FC" w:rsidRDefault="00000000">
            <w:r>
              <w:rPr>
                <w:sz w:val="13"/>
              </w:rPr>
              <w:t>Methods, Statistical Analysis</w:t>
            </w:r>
          </w:p>
        </w:tc>
      </w:tr>
      <w:tr w:rsidR="003664FC" w14:paraId="6D94873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5F1AC" w14:textId="77777777" w:rsidR="003664FC" w:rsidRDefault="00000000">
            <w:r>
              <w:rPr>
                <w:sz w:val="13"/>
              </w:rPr>
              <w:t>11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3517F9" w14:textId="77777777" w:rsidR="003664FC" w:rsidRDefault="00000000">
            <w:r>
              <w:rPr>
                <w:sz w:val="13"/>
              </w:rPr>
              <w:t>Explain how quantitative variables were handled in the analyses.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55FAF" w14:textId="77777777" w:rsidR="003664FC" w:rsidRDefault="00000000">
            <w:r>
              <w:rPr>
                <w:sz w:val="13"/>
              </w:rPr>
              <w:t>Methods, Statistical Analysis</w:t>
            </w:r>
          </w:p>
        </w:tc>
      </w:tr>
      <w:tr w:rsidR="003664FC" w14:paraId="03DA86A2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3BACC" w14:textId="77777777" w:rsidR="003664FC" w:rsidRDefault="00000000">
            <w:r>
              <w:rPr>
                <w:sz w:val="13"/>
              </w:rPr>
              <w:t>12(a)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21F84" w14:textId="77777777" w:rsidR="003664FC" w:rsidRDefault="00000000">
            <w:r>
              <w:rPr>
                <w:sz w:val="13"/>
              </w:rPr>
              <w:t>Describe all statistical methods, including those used to control for confounding.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FEB15" w14:textId="77777777" w:rsidR="003664FC" w:rsidRDefault="00000000">
            <w:r>
              <w:rPr>
                <w:sz w:val="13"/>
              </w:rPr>
              <w:t>Methods, Statistical Analysis</w:t>
            </w:r>
          </w:p>
        </w:tc>
      </w:tr>
      <w:tr w:rsidR="003664FC" w14:paraId="50B2B46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6BAE05" w14:textId="77777777" w:rsidR="003664FC" w:rsidRDefault="00000000">
            <w:r>
              <w:rPr>
                <w:sz w:val="13"/>
              </w:rPr>
              <w:t>12(b)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FE65C" w14:textId="77777777" w:rsidR="003664FC" w:rsidRDefault="00000000">
            <w:r>
              <w:rPr>
                <w:sz w:val="13"/>
              </w:rPr>
              <w:t>Describe methods used to examine subgroups and interactions.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352AAB" w14:textId="77777777" w:rsidR="003664FC" w:rsidRDefault="00000000">
            <w:r>
              <w:rPr>
                <w:sz w:val="13"/>
              </w:rPr>
              <w:t>Methods, Group Comparisons and Effect Sizes</w:t>
            </w:r>
          </w:p>
        </w:tc>
      </w:tr>
      <w:tr w:rsidR="003664FC" w14:paraId="582AC44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F4B19" w14:textId="77777777" w:rsidR="003664FC" w:rsidRDefault="00000000">
            <w:r>
              <w:rPr>
                <w:sz w:val="13"/>
              </w:rPr>
              <w:t>12(c)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0F811" w14:textId="77777777" w:rsidR="003664FC" w:rsidRDefault="00000000">
            <w:r>
              <w:rPr>
                <w:sz w:val="13"/>
              </w:rPr>
              <w:t>Explain how missing data were addressed.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2972ED" w14:textId="77777777" w:rsidR="003664FC" w:rsidRDefault="00000000">
            <w:r>
              <w:rPr>
                <w:sz w:val="13"/>
              </w:rPr>
              <w:t>Methods, Missing Data and Data Quality</w:t>
            </w:r>
          </w:p>
        </w:tc>
      </w:tr>
      <w:tr w:rsidR="003664FC" w14:paraId="02E9E08F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83A31" w14:textId="77777777" w:rsidR="003664FC" w:rsidRDefault="00000000">
            <w:r>
              <w:rPr>
                <w:sz w:val="13"/>
              </w:rPr>
              <w:t>12(d)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9D73AB" w14:textId="77777777" w:rsidR="003664FC" w:rsidRDefault="00000000">
            <w:r>
              <w:rPr>
                <w:sz w:val="13"/>
              </w:rPr>
              <w:t>Describe analytical methods taking account of sampling strategy, where applicable.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6B495A" w14:textId="77777777" w:rsidR="003664FC" w:rsidRDefault="00000000">
            <w:r>
              <w:rPr>
                <w:sz w:val="13"/>
              </w:rPr>
              <w:t>Methods, Statistical Analysis</w:t>
            </w:r>
          </w:p>
        </w:tc>
      </w:tr>
      <w:tr w:rsidR="003664FC" w14:paraId="65BF7E90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587FC6" w14:textId="77777777" w:rsidR="003664FC" w:rsidRDefault="00000000">
            <w:r>
              <w:rPr>
                <w:sz w:val="13"/>
              </w:rPr>
              <w:t>12(e)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2AC71F" w14:textId="77777777" w:rsidR="003664FC" w:rsidRDefault="00000000">
            <w:r>
              <w:rPr>
                <w:sz w:val="13"/>
              </w:rPr>
              <w:t>Describe any sensitivity analyses.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5A1DD" w14:textId="77777777" w:rsidR="003664FC" w:rsidRDefault="00000000">
            <w:r>
              <w:rPr>
                <w:sz w:val="13"/>
              </w:rPr>
              <w:t>Methods, Recruitment-Wave and Sensitivity Analyses; Results, Group Comparisons and Sensitivity Analyses</w:t>
            </w:r>
          </w:p>
        </w:tc>
      </w:tr>
      <w:tr w:rsidR="003664FC" w14:paraId="30EFAE30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674E00" w14:textId="77777777" w:rsidR="003664FC" w:rsidRDefault="00000000">
            <w:r>
              <w:rPr>
                <w:sz w:val="13"/>
              </w:rPr>
              <w:t>13(a)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284139" w14:textId="77777777" w:rsidR="003664FC" w:rsidRDefault="00000000">
            <w:r>
              <w:rPr>
                <w:sz w:val="13"/>
              </w:rPr>
              <w:t>Report numbers of individuals at each stage of the study.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5AFEDA" w14:textId="77777777" w:rsidR="003664FC" w:rsidRDefault="00000000">
            <w:r>
              <w:rPr>
                <w:sz w:val="13"/>
              </w:rPr>
              <w:t>Results, Participant and Clinical Characteristics</w:t>
            </w:r>
          </w:p>
        </w:tc>
      </w:tr>
      <w:tr w:rsidR="003664FC" w14:paraId="5485CAFB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A3BBB" w14:textId="77777777" w:rsidR="003664FC" w:rsidRDefault="00000000">
            <w:r>
              <w:rPr>
                <w:sz w:val="13"/>
              </w:rPr>
              <w:t>13(b)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25C0A" w14:textId="77777777" w:rsidR="003664FC" w:rsidRDefault="00000000">
            <w:r>
              <w:rPr>
                <w:sz w:val="13"/>
              </w:rPr>
              <w:t>Give reasons for non-participation at each stage, where applicable.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219CB5" w14:textId="77777777" w:rsidR="003664FC" w:rsidRDefault="00000000">
            <w:r>
              <w:rPr>
                <w:sz w:val="13"/>
              </w:rPr>
              <w:t>Results; not applicable beyond non-completion of approached eligible caregivers</w:t>
            </w:r>
          </w:p>
        </w:tc>
      </w:tr>
      <w:tr w:rsidR="003664FC" w14:paraId="182D155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8E982" w14:textId="77777777" w:rsidR="003664FC" w:rsidRDefault="00000000">
            <w:r>
              <w:rPr>
                <w:sz w:val="13"/>
              </w:rPr>
              <w:t>14(a)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B2F066" w14:textId="77777777" w:rsidR="003664FC" w:rsidRDefault="00000000">
            <w:r>
              <w:rPr>
                <w:sz w:val="13"/>
              </w:rPr>
              <w:t>Give characteristics of study participants.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D6088" w14:textId="77777777" w:rsidR="003664FC" w:rsidRDefault="00000000">
            <w:r>
              <w:rPr>
                <w:sz w:val="13"/>
              </w:rPr>
              <w:t>Results; Table 1</w:t>
            </w:r>
          </w:p>
        </w:tc>
      </w:tr>
      <w:tr w:rsidR="003664FC" w14:paraId="66DB6FFB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7FBC7" w14:textId="77777777" w:rsidR="003664FC" w:rsidRDefault="00000000">
            <w:r>
              <w:rPr>
                <w:sz w:val="13"/>
              </w:rPr>
              <w:t>14(b)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A2C6FA" w14:textId="77777777" w:rsidR="003664FC" w:rsidRDefault="00000000">
            <w:r>
              <w:rPr>
                <w:sz w:val="13"/>
              </w:rPr>
              <w:t>Indicate number of participants with missing data for each variable of interest.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83BCF" w14:textId="77777777" w:rsidR="003664FC" w:rsidRDefault="00000000">
            <w:r>
              <w:rPr>
                <w:sz w:val="13"/>
              </w:rPr>
              <w:t>Methods, Missing Data and Data Quality; Table 1 footnote</w:t>
            </w:r>
          </w:p>
        </w:tc>
      </w:tr>
      <w:tr w:rsidR="003664FC" w14:paraId="46A2250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63CCB9" w14:textId="77777777" w:rsidR="003664FC" w:rsidRDefault="00000000">
            <w:r>
              <w:rPr>
                <w:sz w:val="13"/>
              </w:rPr>
              <w:t>15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19533" w14:textId="77777777" w:rsidR="003664FC" w:rsidRDefault="00000000">
            <w:r>
              <w:rPr>
                <w:sz w:val="13"/>
              </w:rPr>
              <w:t>Report numbers of outcome events or summary measures.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57DA6" w14:textId="77777777" w:rsidR="003664FC" w:rsidRDefault="00000000">
            <w:r>
              <w:rPr>
                <w:sz w:val="13"/>
              </w:rPr>
              <w:t>Results; Table 2; Supplementary Tables S1–S3</w:t>
            </w:r>
          </w:p>
        </w:tc>
      </w:tr>
      <w:tr w:rsidR="003664FC" w14:paraId="1BABEB22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72F0E1" w14:textId="77777777" w:rsidR="003664FC" w:rsidRDefault="00000000">
            <w:r>
              <w:rPr>
                <w:sz w:val="13"/>
              </w:rPr>
              <w:t>16(a)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FCD31" w14:textId="77777777" w:rsidR="003664FC" w:rsidRDefault="00000000">
            <w:r>
              <w:rPr>
                <w:sz w:val="13"/>
              </w:rPr>
              <w:t>Give unadjusted estimates and, if applicable, confounder-adjusted estimates with precision.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FA864" w14:textId="77777777" w:rsidR="003664FC" w:rsidRDefault="00000000">
            <w:r>
              <w:rPr>
                <w:sz w:val="13"/>
              </w:rPr>
              <w:t>Results; Supplementary Tables S4–S7</w:t>
            </w:r>
          </w:p>
        </w:tc>
      </w:tr>
      <w:tr w:rsidR="003664FC" w14:paraId="3B9987A4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6832EC" w14:textId="77777777" w:rsidR="003664FC" w:rsidRDefault="00000000">
            <w:r>
              <w:rPr>
                <w:sz w:val="13"/>
              </w:rPr>
              <w:t>16(b)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64AB9" w14:textId="77777777" w:rsidR="003664FC" w:rsidRDefault="00000000">
            <w:r>
              <w:rPr>
                <w:sz w:val="13"/>
              </w:rPr>
              <w:t>Report category boundaries when continuous variables were categorized.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1D5D86" w14:textId="77777777" w:rsidR="003664FC" w:rsidRDefault="00000000">
            <w:r>
              <w:rPr>
                <w:sz w:val="13"/>
              </w:rPr>
              <w:t>Methods, Survey Instrument; Statistical Analysis; Table 1</w:t>
            </w:r>
          </w:p>
        </w:tc>
      </w:tr>
      <w:tr w:rsidR="003664FC" w14:paraId="7FC10CEC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56DA2" w14:textId="77777777" w:rsidR="003664FC" w:rsidRDefault="00000000">
            <w:r>
              <w:rPr>
                <w:sz w:val="13"/>
              </w:rPr>
              <w:t>16(c)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7B9C2B" w14:textId="77777777" w:rsidR="003664FC" w:rsidRDefault="00000000">
            <w:r>
              <w:rPr>
                <w:sz w:val="13"/>
              </w:rPr>
              <w:t>Translate estimates of relative risk into absolute risk where relevant.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2FFED" w14:textId="77777777" w:rsidR="003664FC" w:rsidRDefault="00000000">
            <w:r>
              <w:rPr>
                <w:sz w:val="13"/>
              </w:rPr>
              <w:t>Not applicable; no risk estimates were reported</w:t>
            </w:r>
          </w:p>
        </w:tc>
      </w:tr>
      <w:tr w:rsidR="003664FC" w14:paraId="2B5A119B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19B42B" w14:textId="77777777" w:rsidR="003664FC" w:rsidRDefault="00000000">
            <w:r>
              <w:rPr>
                <w:sz w:val="13"/>
              </w:rPr>
              <w:t>17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21A7F7" w14:textId="77777777" w:rsidR="003664FC" w:rsidRDefault="00000000">
            <w:r>
              <w:rPr>
                <w:sz w:val="13"/>
              </w:rPr>
              <w:t>Report other analyses, including subgroups and sensitivity analyses.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5A079" w14:textId="77777777" w:rsidR="003664FC" w:rsidRDefault="00000000">
            <w:r>
              <w:rPr>
                <w:sz w:val="13"/>
              </w:rPr>
              <w:t>Results; Supplementary Tables S4–S7</w:t>
            </w:r>
          </w:p>
        </w:tc>
      </w:tr>
      <w:tr w:rsidR="003664FC" w14:paraId="4021AA10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2445F" w14:textId="77777777" w:rsidR="003664FC" w:rsidRDefault="00000000">
            <w:r>
              <w:rPr>
                <w:sz w:val="13"/>
              </w:rPr>
              <w:t>18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5BAEB" w14:textId="77777777" w:rsidR="003664FC" w:rsidRDefault="00000000">
            <w:r>
              <w:rPr>
                <w:sz w:val="13"/>
              </w:rPr>
              <w:t>Summarize key results with reference to study objectives.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08B02" w14:textId="77777777" w:rsidR="003664FC" w:rsidRDefault="00000000">
            <w:r>
              <w:rPr>
                <w:sz w:val="13"/>
              </w:rPr>
              <w:t>Discussion</w:t>
            </w:r>
          </w:p>
        </w:tc>
      </w:tr>
      <w:tr w:rsidR="003664FC" w14:paraId="25BC4B38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5F596" w14:textId="77777777" w:rsidR="003664FC" w:rsidRDefault="00000000">
            <w:r>
              <w:rPr>
                <w:sz w:val="13"/>
              </w:rPr>
              <w:t>19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2B6A29" w14:textId="77777777" w:rsidR="003664FC" w:rsidRDefault="00000000">
            <w:r>
              <w:rPr>
                <w:sz w:val="13"/>
              </w:rPr>
              <w:t>Discuss limitations, considering sources of potential bias or imprecision.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948B99" w14:textId="77777777" w:rsidR="003664FC" w:rsidRDefault="00000000">
            <w:r>
              <w:rPr>
                <w:sz w:val="13"/>
              </w:rPr>
              <w:t>Discussion, limitations paragraph</w:t>
            </w:r>
          </w:p>
        </w:tc>
      </w:tr>
      <w:tr w:rsidR="003664FC" w14:paraId="7B15187B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9E66A1" w14:textId="77777777" w:rsidR="003664FC" w:rsidRDefault="00000000">
            <w:r>
              <w:rPr>
                <w:sz w:val="13"/>
              </w:rPr>
              <w:t>20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40CAD" w14:textId="77777777" w:rsidR="003664FC" w:rsidRDefault="00000000">
            <w:r>
              <w:rPr>
                <w:sz w:val="13"/>
              </w:rPr>
              <w:t>Give a cautious overall interpretation of results.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708B0" w14:textId="77777777" w:rsidR="003664FC" w:rsidRDefault="00000000">
            <w:r>
              <w:rPr>
                <w:sz w:val="13"/>
              </w:rPr>
              <w:t>Discussion; Conclusions</w:t>
            </w:r>
          </w:p>
        </w:tc>
      </w:tr>
      <w:tr w:rsidR="003664FC" w14:paraId="08335510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593100" w14:textId="77777777" w:rsidR="003664FC" w:rsidRDefault="00000000">
            <w:r>
              <w:rPr>
                <w:sz w:val="13"/>
              </w:rPr>
              <w:t>21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9B2D4" w14:textId="77777777" w:rsidR="003664FC" w:rsidRDefault="00000000">
            <w:r>
              <w:rPr>
                <w:sz w:val="13"/>
              </w:rPr>
              <w:t>Discuss the generalizability of the study results.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0E4329" w14:textId="77777777" w:rsidR="003664FC" w:rsidRDefault="00000000">
            <w:r>
              <w:rPr>
                <w:sz w:val="13"/>
              </w:rPr>
              <w:t>Discussion, limitations and implications</w:t>
            </w:r>
          </w:p>
        </w:tc>
      </w:tr>
      <w:tr w:rsidR="003664FC" w14:paraId="73945EEF" w14:textId="77777777">
        <w:trPr>
          <w:jc w:val="center"/>
        </w:trPr>
        <w:tc>
          <w:tcPr>
            <w:tcW w:w="9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30022" w14:textId="77777777" w:rsidR="003664FC" w:rsidRDefault="00000000">
            <w:r>
              <w:rPr>
                <w:sz w:val="13"/>
              </w:rPr>
              <w:t>22</w:t>
            </w:r>
          </w:p>
        </w:tc>
        <w:tc>
          <w:tcPr>
            <w:tcW w:w="8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8F077" w14:textId="77777777" w:rsidR="003664FC" w:rsidRDefault="00000000">
            <w:r>
              <w:rPr>
                <w:sz w:val="13"/>
              </w:rPr>
              <w:t>Give the source of funding and role of funders.</w:t>
            </w:r>
          </w:p>
        </w:tc>
        <w:tc>
          <w:tcPr>
            <w:tcW w:w="51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DF672" w14:textId="77777777" w:rsidR="003664FC" w:rsidRDefault="00000000">
            <w:r>
              <w:rPr>
                <w:sz w:val="13"/>
              </w:rPr>
              <w:t>Funding statement</w:t>
            </w:r>
          </w:p>
        </w:tc>
      </w:tr>
    </w:tbl>
    <w:p w14:paraId="1E0AE9D7" w14:textId="77777777" w:rsidR="003664FC" w:rsidRDefault="00000000">
      <w:pPr>
        <w:spacing w:after="120"/>
      </w:pPr>
      <w:r>
        <w:rPr>
          <w:b/>
          <w:sz w:val="17"/>
        </w:rPr>
        <w:t xml:space="preserve">Footnote: </w:t>
      </w:r>
      <w:r>
        <w:rPr>
          <w:sz w:val="17"/>
        </w:rPr>
        <w:t>STROBE, Strengthening the Reporting of Observational Studies in Epidemiology. The checklist is provided to support transparent reporting of this pilot cross-sectional study.</w:t>
      </w:r>
    </w:p>
    <w:sectPr w:rsidR="003664FC" w:rsidSect="00034616"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632197">
    <w:abstractNumId w:val="8"/>
  </w:num>
  <w:num w:numId="2" w16cid:durableId="1210459094">
    <w:abstractNumId w:val="6"/>
  </w:num>
  <w:num w:numId="3" w16cid:durableId="1980840918">
    <w:abstractNumId w:val="5"/>
  </w:num>
  <w:num w:numId="4" w16cid:durableId="43602153">
    <w:abstractNumId w:val="4"/>
  </w:num>
  <w:num w:numId="5" w16cid:durableId="306781264">
    <w:abstractNumId w:val="7"/>
  </w:num>
  <w:num w:numId="6" w16cid:durableId="628391795">
    <w:abstractNumId w:val="3"/>
  </w:num>
  <w:num w:numId="7" w16cid:durableId="767848571">
    <w:abstractNumId w:val="2"/>
  </w:num>
  <w:num w:numId="8" w16cid:durableId="459687444">
    <w:abstractNumId w:val="1"/>
  </w:num>
  <w:num w:numId="9" w16cid:durableId="98894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64FC"/>
    <w:rsid w:val="00891739"/>
    <w:rsid w:val="00AA1D8D"/>
    <w:rsid w:val="00B47730"/>
    <w:rsid w:val="00CB0664"/>
    <w:rsid w:val="00F86499"/>
    <w:rsid w:val="00FC693F"/>
    <w:rsid w:val="00FE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C40BAD"/>
  <w14:defaultImageDpi w14:val="300"/>
  <w15:docId w15:val="{E55BA156-75F4-4475-A3B7-9324003E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9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Samah Al-Harbi</cp:lastModifiedBy>
  <cp:revision>2</cp:revision>
  <dcterms:created xsi:type="dcterms:W3CDTF">2026-08-19T08:19:00Z</dcterms:created>
  <dcterms:modified xsi:type="dcterms:W3CDTF">2026-08-19T08:19:00Z</dcterms:modified>
  <cp:category/>
</cp:coreProperties>
</file>