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C6790" w14:textId="77777777" w:rsidR="00210FA5" w:rsidRDefault="00316B68">
      <w:r>
        <w:rPr>
          <w:b/>
          <w:sz w:val="24"/>
        </w:rPr>
        <w:t>STROBE Statement — checklist of items for cross-sectional studies</w:t>
      </w:r>
    </w:p>
    <w:p w14:paraId="02FDEE10" w14:textId="3A661193" w:rsidR="00210FA5" w:rsidRDefault="00316B68">
      <w:r>
        <w:rPr>
          <w:i/>
          <w:sz w:val="18"/>
        </w:rPr>
        <w:t xml:space="preserve">Manuscript: Selective </w:t>
      </w:r>
      <w:r>
        <w:rPr>
          <w:i/>
          <w:sz w:val="18"/>
        </w:rPr>
        <w:t>Elevation of Circulating GDF15 in Clinically Stable Type 2 Diabetes. Page numbers to be completed on the paginated submission file.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59"/>
        <w:gridCol w:w="659"/>
        <w:gridCol w:w="3897"/>
        <w:gridCol w:w="3637"/>
      </w:tblGrid>
      <w:tr w:rsidR="00210FA5" w14:paraId="333C8971" w14:textId="77777777">
        <w:tc>
          <w:tcPr>
            <w:tcW w:w="1872" w:type="dxa"/>
          </w:tcPr>
          <w:p w14:paraId="62A27AC2" w14:textId="77777777" w:rsidR="00210FA5" w:rsidRDefault="00316B68">
            <w:r>
              <w:rPr>
                <w:b/>
                <w:sz w:val="18"/>
              </w:rPr>
              <w:t>Section / Topic</w:t>
            </w:r>
          </w:p>
        </w:tc>
        <w:tc>
          <w:tcPr>
            <w:tcW w:w="720" w:type="dxa"/>
          </w:tcPr>
          <w:p w14:paraId="0E4C3EFF" w14:textId="77777777" w:rsidR="00210FA5" w:rsidRDefault="00316B68">
            <w:r>
              <w:rPr>
                <w:b/>
                <w:sz w:val="18"/>
              </w:rPr>
              <w:t>Item #</w:t>
            </w:r>
          </w:p>
        </w:tc>
        <w:tc>
          <w:tcPr>
            <w:tcW w:w="5760" w:type="dxa"/>
          </w:tcPr>
          <w:p w14:paraId="1E1970F0" w14:textId="77777777" w:rsidR="00210FA5" w:rsidRDefault="00316B68">
            <w:r>
              <w:rPr>
                <w:b/>
                <w:sz w:val="18"/>
              </w:rPr>
              <w:t>Recommendation</w:t>
            </w:r>
          </w:p>
        </w:tc>
        <w:tc>
          <w:tcPr>
            <w:tcW w:w="3456" w:type="dxa"/>
          </w:tcPr>
          <w:p w14:paraId="510E78C9" w14:textId="77777777" w:rsidR="00210FA5" w:rsidRDefault="00316B68">
            <w:r>
              <w:rPr>
                <w:b/>
                <w:sz w:val="18"/>
              </w:rPr>
              <w:t>Reported in manuscript</w:t>
            </w:r>
          </w:p>
        </w:tc>
      </w:tr>
      <w:tr w:rsidR="00210FA5" w14:paraId="18CBD7F2" w14:textId="77777777">
        <w:tc>
          <w:tcPr>
            <w:tcW w:w="1872" w:type="dxa"/>
          </w:tcPr>
          <w:p w14:paraId="34718666" w14:textId="77777777" w:rsidR="00210FA5" w:rsidRDefault="00316B68">
            <w:r>
              <w:rPr>
                <w:sz w:val="18"/>
              </w:rPr>
              <w:t>Title and abstract</w:t>
            </w:r>
          </w:p>
        </w:tc>
        <w:tc>
          <w:tcPr>
            <w:tcW w:w="720" w:type="dxa"/>
          </w:tcPr>
          <w:p w14:paraId="023DC270" w14:textId="77777777" w:rsidR="00210FA5" w:rsidRDefault="00316B68">
            <w:r>
              <w:rPr>
                <w:sz w:val="18"/>
              </w:rPr>
              <w:t>1</w:t>
            </w:r>
          </w:p>
        </w:tc>
        <w:tc>
          <w:tcPr>
            <w:tcW w:w="5760" w:type="dxa"/>
          </w:tcPr>
          <w:p w14:paraId="1658EBD3" w14:textId="77777777" w:rsidR="00210FA5" w:rsidRDefault="00316B68">
            <w:r>
              <w:rPr>
                <w:sz w:val="18"/>
              </w:rPr>
              <w:t>(a) Indicate the study's design in the title or abstract; (b) Provide an informative and balanced summary in the abstract.</w:t>
            </w:r>
          </w:p>
        </w:tc>
        <w:tc>
          <w:tcPr>
            <w:tcW w:w="3456" w:type="dxa"/>
          </w:tcPr>
          <w:p w14:paraId="6C5BCCC7" w14:textId="77777777" w:rsidR="00210FA5" w:rsidRDefault="00316B68">
            <w:r>
              <w:rPr>
                <w:sz w:val="18"/>
              </w:rPr>
              <w:t>Title; Abstract (structured Background/Methods/Results/Conclusions)</w:t>
            </w:r>
          </w:p>
        </w:tc>
      </w:tr>
      <w:tr w:rsidR="00210FA5" w14:paraId="5BA4087A" w14:textId="77777777">
        <w:tc>
          <w:tcPr>
            <w:tcW w:w="1872" w:type="dxa"/>
          </w:tcPr>
          <w:p w14:paraId="5F2816E2" w14:textId="77777777" w:rsidR="00210FA5" w:rsidRDefault="00316B68">
            <w:r>
              <w:rPr>
                <w:b/>
                <w:sz w:val="18"/>
              </w:rPr>
              <w:t>Introduction</w:t>
            </w:r>
          </w:p>
        </w:tc>
        <w:tc>
          <w:tcPr>
            <w:tcW w:w="720" w:type="dxa"/>
          </w:tcPr>
          <w:p w14:paraId="2002D03E" w14:textId="77777777" w:rsidR="00210FA5" w:rsidRDefault="00210FA5"/>
        </w:tc>
        <w:tc>
          <w:tcPr>
            <w:tcW w:w="5760" w:type="dxa"/>
          </w:tcPr>
          <w:p w14:paraId="26FBA2D5" w14:textId="77777777" w:rsidR="00210FA5" w:rsidRDefault="00210FA5"/>
        </w:tc>
        <w:tc>
          <w:tcPr>
            <w:tcW w:w="3456" w:type="dxa"/>
          </w:tcPr>
          <w:p w14:paraId="1EA283B9" w14:textId="77777777" w:rsidR="00210FA5" w:rsidRDefault="00210FA5"/>
        </w:tc>
      </w:tr>
      <w:tr w:rsidR="00210FA5" w14:paraId="306A9C08" w14:textId="77777777">
        <w:tc>
          <w:tcPr>
            <w:tcW w:w="1872" w:type="dxa"/>
          </w:tcPr>
          <w:p w14:paraId="3EE619F8" w14:textId="77777777" w:rsidR="00210FA5" w:rsidRDefault="00316B68">
            <w:r>
              <w:rPr>
                <w:sz w:val="18"/>
              </w:rPr>
              <w:t>Background/rationale</w:t>
            </w:r>
          </w:p>
        </w:tc>
        <w:tc>
          <w:tcPr>
            <w:tcW w:w="720" w:type="dxa"/>
          </w:tcPr>
          <w:p w14:paraId="1C7F1D48" w14:textId="77777777" w:rsidR="00210FA5" w:rsidRDefault="00316B68">
            <w:r>
              <w:rPr>
                <w:sz w:val="18"/>
              </w:rPr>
              <w:t>2</w:t>
            </w:r>
          </w:p>
        </w:tc>
        <w:tc>
          <w:tcPr>
            <w:tcW w:w="5760" w:type="dxa"/>
          </w:tcPr>
          <w:p w14:paraId="539312FF" w14:textId="77777777" w:rsidR="00210FA5" w:rsidRDefault="00316B68">
            <w:r>
              <w:rPr>
                <w:sz w:val="18"/>
              </w:rPr>
              <w:t>Explain the scientific background and rationale for the investigation.</w:t>
            </w:r>
          </w:p>
        </w:tc>
        <w:tc>
          <w:tcPr>
            <w:tcW w:w="3456" w:type="dxa"/>
          </w:tcPr>
          <w:p w14:paraId="4C4C912F" w14:textId="77777777" w:rsidR="00210FA5" w:rsidRDefault="00316B68">
            <w:r>
              <w:rPr>
                <w:sz w:val="18"/>
              </w:rPr>
              <w:t>Background, paras 1–3</w:t>
            </w:r>
          </w:p>
        </w:tc>
      </w:tr>
      <w:tr w:rsidR="00210FA5" w14:paraId="38262B02" w14:textId="77777777">
        <w:tc>
          <w:tcPr>
            <w:tcW w:w="1872" w:type="dxa"/>
          </w:tcPr>
          <w:p w14:paraId="04F09E39" w14:textId="77777777" w:rsidR="00210FA5" w:rsidRDefault="00316B68">
            <w:r>
              <w:rPr>
                <w:sz w:val="18"/>
              </w:rPr>
              <w:t>Objectives</w:t>
            </w:r>
          </w:p>
        </w:tc>
        <w:tc>
          <w:tcPr>
            <w:tcW w:w="720" w:type="dxa"/>
          </w:tcPr>
          <w:p w14:paraId="1DF2B6D8" w14:textId="77777777" w:rsidR="00210FA5" w:rsidRDefault="00316B68">
            <w:r>
              <w:rPr>
                <w:sz w:val="18"/>
              </w:rPr>
              <w:t>3</w:t>
            </w:r>
          </w:p>
        </w:tc>
        <w:tc>
          <w:tcPr>
            <w:tcW w:w="5760" w:type="dxa"/>
          </w:tcPr>
          <w:p w14:paraId="035D308C" w14:textId="77777777" w:rsidR="00210FA5" w:rsidRDefault="00316B68">
            <w:r>
              <w:rPr>
                <w:sz w:val="18"/>
              </w:rPr>
              <w:t>State specific objectives, including any prespecified hypotheses.</w:t>
            </w:r>
          </w:p>
        </w:tc>
        <w:tc>
          <w:tcPr>
            <w:tcW w:w="3456" w:type="dxa"/>
          </w:tcPr>
          <w:p w14:paraId="291C278E" w14:textId="77777777" w:rsidR="00210FA5" w:rsidRDefault="00316B68">
            <w:r>
              <w:rPr>
                <w:sz w:val="18"/>
              </w:rPr>
              <w:t>Background, final paragraph</w:t>
            </w:r>
          </w:p>
        </w:tc>
      </w:tr>
      <w:tr w:rsidR="00210FA5" w14:paraId="75DE31A4" w14:textId="77777777">
        <w:tc>
          <w:tcPr>
            <w:tcW w:w="1872" w:type="dxa"/>
          </w:tcPr>
          <w:p w14:paraId="2B4CBCF3" w14:textId="77777777" w:rsidR="00210FA5" w:rsidRDefault="00316B68">
            <w:r>
              <w:rPr>
                <w:b/>
                <w:sz w:val="18"/>
              </w:rPr>
              <w:t>Methods</w:t>
            </w:r>
          </w:p>
        </w:tc>
        <w:tc>
          <w:tcPr>
            <w:tcW w:w="720" w:type="dxa"/>
          </w:tcPr>
          <w:p w14:paraId="39F98C39" w14:textId="77777777" w:rsidR="00210FA5" w:rsidRDefault="00210FA5"/>
        </w:tc>
        <w:tc>
          <w:tcPr>
            <w:tcW w:w="5760" w:type="dxa"/>
          </w:tcPr>
          <w:p w14:paraId="3585274C" w14:textId="77777777" w:rsidR="00210FA5" w:rsidRDefault="00210FA5"/>
        </w:tc>
        <w:tc>
          <w:tcPr>
            <w:tcW w:w="3456" w:type="dxa"/>
          </w:tcPr>
          <w:p w14:paraId="5041581D" w14:textId="77777777" w:rsidR="00210FA5" w:rsidRDefault="00210FA5"/>
        </w:tc>
      </w:tr>
      <w:tr w:rsidR="00210FA5" w14:paraId="42735A02" w14:textId="77777777">
        <w:tc>
          <w:tcPr>
            <w:tcW w:w="1872" w:type="dxa"/>
          </w:tcPr>
          <w:p w14:paraId="68234A00" w14:textId="77777777" w:rsidR="00210FA5" w:rsidRDefault="00316B68">
            <w:r>
              <w:rPr>
                <w:sz w:val="18"/>
              </w:rPr>
              <w:t>Study design</w:t>
            </w:r>
          </w:p>
        </w:tc>
        <w:tc>
          <w:tcPr>
            <w:tcW w:w="720" w:type="dxa"/>
          </w:tcPr>
          <w:p w14:paraId="2CDAD1B8" w14:textId="77777777" w:rsidR="00210FA5" w:rsidRDefault="00316B68">
            <w:r>
              <w:rPr>
                <w:sz w:val="18"/>
              </w:rPr>
              <w:t>4</w:t>
            </w:r>
          </w:p>
        </w:tc>
        <w:tc>
          <w:tcPr>
            <w:tcW w:w="5760" w:type="dxa"/>
          </w:tcPr>
          <w:p w14:paraId="61AC5303" w14:textId="77777777" w:rsidR="00210FA5" w:rsidRDefault="00316B68">
            <w:r>
              <w:rPr>
                <w:sz w:val="18"/>
              </w:rPr>
              <w:t>Present key elements of study design early in the paper.</w:t>
            </w:r>
          </w:p>
        </w:tc>
        <w:tc>
          <w:tcPr>
            <w:tcW w:w="3456" w:type="dxa"/>
          </w:tcPr>
          <w:p w14:paraId="2AF98BC2" w14:textId="77777777" w:rsidR="00210FA5" w:rsidRDefault="00316B68">
            <w:r>
              <w:rPr>
                <w:sz w:val="18"/>
              </w:rPr>
              <w:t>Methods 2.1 (cross-sectional, comparative)</w:t>
            </w:r>
          </w:p>
        </w:tc>
      </w:tr>
      <w:tr w:rsidR="00210FA5" w14:paraId="52CD6B9B" w14:textId="77777777">
        <w:tc>
          <w:tcPr>
            <w:tcW w:w="1872" w:type="dxa"/>
          </w:tcPr>
          <w:p w14:paraId="5E50D1F8" w14:textId="77777777" w:rsidR="00210FA5" w:rsidRDefault="00316B68">
            <w:r>
              <w:rPr>
                <w:sz w:val="18"/>
              </w:rPr>
              <w:t>Setting</w:t>
            </w:r>
          </w:p>
        </w:tc>
        <w:tc>
          <w:tcPr>
            <w:tcW w:w="720" w:type="dxa"/>
          </w:tcPr>
          <w:p w14:paraId="5D940FBA" w14:textId="77777777" w:rsidR="00210FA5" w:rsidRDefault="00316B68">
            <w:r>
              <w:rPr>
                <w:sz w:val="18"/>
              </w:rPr>
              <w:t>5</w:t>
            </w:r>
          </w:p>
        </w:tc>
        <w:tc>
          <w:tcPr>
            <w:tcW w:w="5760" w:type="dxa"/>
          </w:tcPr>
          <w:p w14:paraId="142C3D59" w14:textId="77777777" w:rsidR="00210FA5" w:rsidRDefault="00316B68">
            <w:r>
              <w:rPr>
                <w:sz w:val="18"/>
              </w:rPr>
              <w:t>Describe setting, locations, and relevant dates (recruitment, exposure, follow-up, data collection).</w:t>
            </w:r>
          </w:p>
        </w:tc>
        <w:tc>
          <w:tcPr>
            <w:tcW w:w="3456" w:type="dxa"/>
          </w:tcPr>
          <w:p w14:paraId="003A2C98" w14:textId="77777777" w:rsidR="00210FA5" w:rsidRDefault="00316B68">
            <w:r>
              <w:rPr>
                <w:sz w:val="18"/>
              </w:rPr>
              <w:t>Methods 2.1 (primary care, Málaga; recruitment dates)</w:t>
            </w:r>
          </w:p>
        </w:tc>
      </w:tr>
      <w:tr w:rsidR="00210FA5" w14:paraId="65D70892" w14:textId="77777777">
        <w:tc>
          <w:tcPr>
            <w:tcW w:w="1872" w:type="dxa"/>
          </w:tcPr>
          <w:p w14:paraId="2DA5EF7B" w14:textId="77777777" w:rsidR="00210FA5" w:rsidRDefault="00316B68">
            <w:r>
              <w:rPr>
                <w:sz w:val="18"/>
              </w:rPr>
              <w:t>Participants</w:t>
            </w:r>
          </w:p>
        </w:tc>
        <w:tc>
          <w:tcPr>
            <w:tcW w:w="720" w:type="dxa"/>
          </w:tcPr>
          <w:p w14:paraId="51E0FF33" w14:textId="77777777" w:rsidR="00210FA5" w:rsidRDefault="00316B68">
            <w:r>
              <w:rPr>
                <w:sz w:val="18"/>
              </w:rPr>
              <w:t>6</w:t>
            </w:r>
          </w:p>
        </w:tc>
        <w:tc>
          <w:tcPr>
            <w:tcW w:w="5760" w:type="dxa"/>
          </w:tcPr>
          <w:p w14:paraId="3FAB263D" w14:textId="77777777" w:rsidR="00210FA5" w:rsidRDefault="00316B68">
            <w:r>
              <w:rPr>
                <w:sz w:val="18"/>
              </w:rPr>
              <w:t>Give eligibility criteria, and the sources and methods of selection of participants.</w:t>
            </w:r>
          </w:p>
        </w:tc>
        <w:tc>
          <w:tcPr>
            <w:tcW w:w="3456" w:type="dxa"/>
          </w:tcPr>
          <w:p w14:paraId="23E6BC6B" w14:textId="77777777" w:rsidR="00210FA5" w:rsidRDefault="00316B68">
            <w:r>
              <w:rPr>
                <w:sz w:val="18"/>
              </w:rPr>
              <w:t>Methods 2.1 (inclusion/exclusion; source cohort)</w:t>
            </w:r>
          </w:p>
        </w:tc>
      </w:tr>
      <w:tr w:rsidR="00210FA5" w14:paraId="2E40D41F" w14:textId="77777777">
        <w:tc>
          <w:tcPr>
            <w:tcW w:w="1872" w:type="dxa"/>
          </w:tcPr>
          <w:p w14:paraId="0570AF9F" w14:textId="77777777" w:rsidR="00210FA5" w:rsidRDefault="00316B68">
            <w:r>
              <w:rPr>
                <w:sz w:val="18"/>
              </w:rPr>
              <w:t>Variables</w:t>
            </w:r>
          </w:p>
        </w:tc>
        <w:tc>
          <w:tcPr>
            <w:tcW w:w="720" w:type="dxa"/>
          </w:tcPr>
          <w:p w14:paraId="4F0E0D6D" w14:textId="77777777" w:rsidR="00210FA5" w:rsidRDefault="00316B68">
            <w:r>
              <w:rPr>
                <w:sz w:val="18"/>
              </w:rPr>
              <w:t>7</w:t>
            </w:r>
          </w:p>
        </w:tc>
        <w:tc>
          <w:tcPr>
            <w:tcW w:w="5760" w:type="dxa"/>
          </w:tcPr>
          <w:p w14:paraId="6925DDF2" w14:textId="77777777" w:rsidR="00210FA5" w:rsidRDefault="00316B68">
            <w:r>
              <w:rPr>
                <w:sz w:val="18"/>
              </w:rPr>
              <w:t>Clearly define all outcomes, exposures, predictors, potential confounders, and effect modifiers.</w:t>
            </w:r>
          </w:p>
        </w:tc>
        <w:tc>
          <w:tcPr>
            <w:tcW w:w="3456" w:type="dxa"/>
          </w:tcPr>
          <w:p w14:paraId="6CC07476" w14:textId="77777777" w:rsidR="00210FA5" w:rsidRDefault="00316B68">
            <w:r>
              <w:rPr>
                <w:sz w:val="18"/>
              </w:rPr>
              <w:t>Methods 2.2–2.4 (clinical variables, biomarkers, eGFR)</w:t>
            </w:r>
          </w:p>
        </w:tc>
      </w:tr>
      <w:tr w:rsidR="00210FA5" w14:paraId="4ED514BA" w14:textId="77777777">
        <w:tc>
          <w:tcPr>
            <w:tcW w:w="1872" w:type="dxa"/>
          </w:tcPr>
          <w:p w14:paraId="0816697B" w14:textId="77777777" w:rsidR="00210FA5" w:rsidRDefault="00316B68">
            <w:r>
              <w:rPr>
                <w:sz w:val="18"/>
              </w:rPr>
              <w:t>Data sources/measurement</w:t>
            </w:r>
          </w:p>
        </w:tc>
        <w:tc>
          <w:tcPr>
            <w:tcW w:w="720" w:type="dxa"/>
          </w:tcPr>
          <w:p w14:paraId="5ED93A58" w14:textId="77777777" w:rsidR="00210FA5" w:rsidRDefault="00316B68">
            <w:r>
              <w:rPr>
                <w:sz w:val="18"/>
              </w:rPr>
              <w:t>8</w:t>
            </w:r>
          </w:p>
        </w:tc>
        <w:tc>
          <w:tcPr>
            <w:tcW w:w="5760" w:type="dxa"/>
          </w:tcPr>
          <w:p w14:paraId="4EA037AE" w14:textId="77777777" w:rsidR="00210FA5" w:rsidRDefault="00316B68">
            <w:r>
              <w:rPr>
                <w:sz w:val="18"/>
              </w:rPr>
              <w:t>For each variable, give sources of data and details of methods of assessment; describe comparability of methods.</w:t>
            </w:r>
          </w:p>
        </w:tc>
        <w:tc>
          <w:tcPr>
            <w:tcW w:w="3456" w:type="dxa"/>
          </w:tcPr>
          <w:p w14:paraId="7384F5C2" w14:textId="77777777" w:rsidR="00210FA5" w:rsidRDefault="00316B68">
            <w:r>
              <w:rPr>
                <w:sz w:val="18"/>
              </w:rPr>
              <w:t>Methods 2.3–2.4 (multiplex immunoassay, ELISA, CKD-EPI)</w:t>
            </w:r>
          </w:p>
        </w:tc>
      </w:tr>
      <w:tr w:rsidR="00210FA5" w14:paraId="5D8F7526" w14:textId="77777777">
        <w:tc>
          <w:tcPr>
            <w:tcW w:w="1872" w:type="dxa"/>
          </w:tcPr>
          <w:p w14:paraId="5F890A25" w14:textId="77777777" w:rsidR="00210FA5" w:rsidRDefault="00316B68">
            <w:r>
              <w:rPr>
                <w:sz w:val="18"/>
              </w:rPr>
              <w:t>Bias</w:t>
            </w:r>
          </w:p>
        </w:tc>
        <w:tc>
          <w:tcPr>
            <w:tcW w:w="720" w:type="dxa"/>
          </w:tcPr>
          <w:p w14:paraId="275720D5" w14:textId="77777777" w:rsidR="00210FA5" w:rsidRDefault="00316B68">
            <w:r>
              <w:rPr>
                <w:sz w:val="18"/>
              </w:rPr>
              <w:t>9</w:t>
            </w:r>
          </w:p>
        </w:tc>
        <w:tc>
          <w:tcPr>
            <w:tcW w:w="5760" w:type="dxa"/>
          </w:tcPr>
          <w:p w14:paraId="54935ABA" w14:textId="77777777" w:rsidR="00210FA5" w:rsidRDefault="00316B68">
            <w:r>
              <w:rPr>
                <w:sz w:val="18"/>
              </w:rPr>
              <w:t>Describe any efforts to address potential sources of bias.</w:t>
            </w:r>
          </w:p>
        </w:tc>
        <w:tc>
          <w:tcPr>
            <w:tcW w:w="3456" w:type="dxa"/>
          </w:tcPr>
          <w:p w14:paraId="340C791F" w14:textId="77777777" w:rsidR="00210FA5" w:rsidRDefault="00316B68">
            <w:r>
              <w:rPr>
                <w:sz w:val="18"/>
              </w:rPr>
              <w:t>Methods 2.2–2.5; Discussion 4.1 (Limitations)</w:t>
            </w:r>
          </w:p>
        </w:tc>
      </w:tr>
      <w:tr w:rsidR="00210FA5" w14:paraId="4DB131C4" w14:textId="77777777">
        <w:tc>
          <w:tcPr>
            <w:tcW w:w="1872" w:type="dxa"/>
          </w:tcPr>
          <w:p w14:paraId="638E194E" w14:textId="77777777" w:rsidR="00210FA5" w:rsidRDefault="00316B68">
            <w:r>
              <w:rPr>
                <w:sz w:val="18"/>
              </w:rPr>
              <w:t>Study size</w:t>
            </w:r>
          </w:p>
        </w:tc>
        <w:tc>
          <w:tcPr>
            <w:tcW w:w="720" w:type="dxa"/>
          </w:tcPr>
          <w:p w14:paraId="5D6DB1C1" w14:textId="77777777" w:rsidR="00210FA5" w:rsidRDefault="00316B68">
            <w:r>
              <w:rPr>
                <w:sz w:val="18"/>
              </w:rPr>
              <w:t>10</w:t>
            </w:r>
          </w:p>
        </w:tc>
        <w:tc>
          <w:tcPr>
            <w:tcW w:w="5760" w:type="dxa"/>
          </w:tcPr>
          <w:p w14:paraId="544932F2" w14:textId="77777777" w:rsidR="00210FA5" w:rsidRDefault="00316B68">
            <w:r>
              <w:rPr>
                <w:sz w:val="18"/>
              </w:rPr>
              <w:t>Explain how the study size was arrived at.</w:t>
            </w:r>
          </w:p>
        </w:tc>
        <w:tc>
          <w:tcPr>
            <w:tcW w:w="3456" w:type="dxa"/>
          </w:tcPr>
          <w:p w14:paraId="17345518" w14:textId="77777777" w:rsidR="00210FA5" w:rsidRDefault="00316B68">
            <w:r>
              <w:rPr>
                <w:sz w:val="18"/>
              </w:rPr>
              <w:t>Methods 2.1 (no formal sample-size calculation; all eligible participants included); Results 3.1</w:t>
            </w:r>
          </w:p>
        </w:tc>
      </w:tr>
      <w:tr w:rsidR="00210FA5" w14:paraId="11ED7597" w14:textId="77777777">
        <w:tc>
          <w:tcPr>
            <w:tcW w:w="1872" w:type="dxa"/>
          </w:tcPr>
          <w:p w14:paraId="21CF00F3" w14:textId="77777777" w:rsidR="00210FA5" w:rsidRDefault="00316B68">
            <w:r>
              <w:rPr>
                <w:sz w:val="18"/>
              </w:rPr>
              <w:t>Quantitative variables</w:t>
            </w:r>
          </w:p>
        </w:tc>
        <w:tc>
          <w:tcPr>
            <w:tcW w:w="720" w:type="dxa"/>
          </w:tcPr>
          <w:p w14:paraId="1D642E77" w14:textId="77777777" w:rsidR="00210FA5" w:rsidRDefault="00316B68">
            <w:r>
              <w:rPr>
                <w:sz w:val="18"/>
              </w:rPr>
              <w:t>11</w:t>
            </w:r>
          </w:p>
        </w:tc>
        <w:tc>
          <w:tcPr>
            <w:tcW w:w="5760" w:type="dxa"/>
          </w:tcPr>
          <w:p w14:paraId="275749F3" w14:textId="77777777" w:rsidR="00210FA5" w:rsidRDefault="00316B68">
            <w:r>
              <w:rPr>
                <w:sz w:val="18"/>
              </w:rPr>
              <w:t>Explain how quantitative variables were handled in the analyses; describe groupings and why.</w:t>
            </w:r>
          </w:p>
        </w:tc>
        <w:tc>
          <w:tcPr>
            <w:tcW w:w="3456" w:type="dxa"/>
          </w:tcPr>
          <w:p w14:paraId="5ABCA407" w14:textId="77777777" w:rsidR="00210FA5" w:rsidRDefault="00316B68">
            <w:r>
              <w:rPr>
                <w:sz w:val="18"/>
              </w:rPr>
              <w:t>Methods 2.5 (normality, log-transformation, cut-offs)</w:t>
            </w:r>
          </w:p>
        </w:tc>
      </w:tr>
      <w:tr w:rsidR="00210FA5" w14:paraId="53217FB8" w14:textId="77777777">
        <w:tc>
          <w:tcPr>
            <w:tcW w:w="1872" w:type="dxa"/>
          </w:tcPr>
          <w:p w14:paraId="5DC4DB8C" w14:textId="77777777" w:rsidR="00210FA5" w:rsidRDefault="00316B68">
            <w:r>
              <w:rPr>
                <w:sz w:val="18"/>
              </w:rPr>
              <w:t>Statistical methods</w:t>
            </w:r>
          </w:p>
        </w:tc>
        <w:tc>
          <w:tcPr>
            <w:tcW w:w="720" w:type="dxa"/>
          </w:tcPr>
          <w:p w14:paraId="642784D1" w14:textId="77777777" w:rsidR="00210FA5" w:rsidRDefault="00316B68">
            <w:r>
              <w:rPr>
                <w:sz w:val="18"/>
              </w:rPr>
              <w:t>12</w:t>
            </w:r>
          </w:p>
        </w:tc>
        <w:tc>
          <w:tcPr>
            <w:tcW w:w="5760" w:type="dxa"/>
          </w:tcPr>
          <w:p w14:paraId="5B1F2289" w14:textId="77777777" w:rsidR="00210FA5" w:rsidRDefault="00316B68">
            <w:r>
              <w:rPr>
                <w:sz w:val="18"/>
              </w:rPr>
              <w:t>(a) Describe all statistical methods, including confounding; (b) subgroups/interactions; (c) missing data; (d) sampling strategy; (e) sensitivity analyses.</w:t>
            </w:r>
          </w:p>
        </w:tc>
        <w:tc>
          <w:tcPr>
            <w:tcW w:w="3456" w:type="dxa"/>
          </w:tcPr>
          <w:p w14:paraId="547CCF17" w14:textId="77777777" w:rsidR="00210FA5" w:rsidRDefault="00316B68">
            <w:r>
              <w:rPr>
                <w:sz w:val="18"/>
              </w:rPr>
              <w:t>Methods 2.5 (ANCOVA, hierarchical regression, FDR, ROC, sensitivity models incl. eGFR; complete-case analysis, no imputation)</w:t>
            </w:r>
          </w:p>
        </w:tc>
      </w:tr>
      <w:tr w:rsidR="00210FA5" w14:paraId="0D8F42A4" w14:textId="77777777">
        <w:tc>
          <w:tcPr>
            <w:tcW w:w="1872" w:type="dxa"/>
          </w:tcPr>
          <w:p w14:paraId="472D91EE" w14:textId="77777777" w:rsidR="00210FA5" w:rsidRDefault="00316B68">
            <w:r>
              <w:rPr>
                <w:b/>
                <w:sz w:val="18"/>
              </w:rPr>
              <w:t>Results</w:t>
            </w:r>
          </w:p>
        </w:tc>
        <w:tc>
          <w:tcPr>
            <w:tcW w:w="720" w:type="dxa"/>
          </w:tcPr>
          <w:p w14:paraId="3A443A5E" w14:textId="77777777" w:rsidR="00210FA5" w:rsidRDefault="00210FA5"/>
        </w:tc>
        <w:tc>
          <w:tcPr>
            <w:tcW w:w="5760" w:type="dxa"/>
          </w:tcPr>
          <w:p w14:paraId="667FF8FE" w14:textId="77777777" w:rsidR="00210FA5" w:rsidRDefault="00210FA5"/>
        </w:tc>
        <w:tc>
          <w:tcPr>
            <w:tcW w:w="3456" w:type="dxa"/>
          </w:tcPr>
          <w:p w14:paraId="5680281A" w14:textId="77777777" w:rsidR="00210FA5" w:rsidRDefault="00210FA5"/>
        </w:tc>
      </w:tr>
      <w:tr w:rsidR="00210FA5" w14:paraId="17345B64" w14:textId="77777777">
        <w:tc>
          <w:tcPr>
            <w:tcW w:w="1872" w:type="dxa"/>
          </w:tcPr>
          <w:p w14:paraId="4BFC5536" w14:textId="77777777" w:rsidR="00210FA5" w:rsidRDefault="00316B68">
            <w:r>
              <w:rPr>
                <w:sz w:val="18"/>
              </w:rPr>
              <w:t>Participants</w:t>
            </w:r>
          </w:p>
        </w:tc>
        <w:tc>
          <w:tcPr>
            <w:tcW w:w="720" w:type="dxa"/>
          </w:tcPr>
          <w:p w14:paraId="2A5DC4F9" w14:textId="77777777" w:rsidR="00210FA5" w:rsidRDefault="00316B68">
            <w:r>
              <w:rPr>
                <w:sz w:val="18"/>
              </w:rPr>
              <w:t>13</w:t>
            </w:r>
          </w:p>
        </w:tc>
        <w:tc>
          <w:tcPr>
            <w:tcW w:w="5760" w:type="dxa"/>
          </w:tcPr>
          <w:p w14:paraId="6A5A3B74" w14:textId="77777777" w:rsidR="00210FA5" w:rsidRDefault="00316B68">
            <w:r>
              <w:rPr>
                <w:sz w:val="18"/>
              </w:rPr>
              <w:t>(a) Numbers at each stage; (b) reasons for non-participation; (c) consider a flow diagram.</w:t>
            </w:r>
          </w:p>
        </w:tc>
        <w:tc>
          <w:tcPr>
            <w:tcW w:w="3456" w:type="dxa"/>
          </w:tcPr>
          <w:p w14:paraId="22A7B76B" w14:textId="77777777" w:rsidR="00210FA5" w:rsidRDefault="00316B68">
            <w:r>
              <w:rPr>
                <w:sz w:val="18"/>
              </w:rPr>
              <w:t>Results 3.1 (80 participants; source cohort of 108)</w:t>
            </w:r>
          </w:p>
        </w:tc>
      </w:tr>
      <w:tr w:rsidR="00210FA5" w14:paraId="70FA4465" w14:textId="77777777">
        <w:tc>
          <w:tcPr>
            <w:tcW w:w="1872" w:type="dxa"/>
          </w:tcPr>
          <w:p w14:paraId="4EA2C4CC" w14:textId="77777777" w:rsidR="00210FA5" w:rsidRDefault="00316B68">
            <w:r>
              <w:rPr>
                <w:sz w:val="18"/>
              </w:rPr>
              <w:t>Descriptive data</w:t>
            </w:r>
          </w:p>
        </w:tc>
        <w:tc>
          <w:tcPr>
            <w:tcW w:w="720" w:type="dxa"/>
          </w:tcPr>
          <w:p w14:paraId="5564AC29" w14:textId="77777777" w:rsidR="00210FA5" w:rsidRDefault="00316B68">
            <w:r>
              <w:rPr>
                <w:sz w:val="18"/>
              </w:rPr>
              <w:t>14</w:t>
            </w:r>
          </w:p>
        </w:tc>
        <w:tc>
          <w:tcPr>
            <w:tcW w:w="5760" w:type="dxa"/>
          </w:tcPr>
          <w:p w14:paraId="122D89DF" w14:textId="77777777" w:rsidR="00210FA5" w:rsidRDefault="00316B68">
            <w:r>
              <w:rPr>
                <w:sz w:val="18"/>
              </w:rPr>
              <w:t>(a) Characteristics of participants and information on exposures/confounders; (b) missing data; (c) — .</w:t>
            </w:r>
          </w:p>
        </w:tc>
        <w:tc>
          <w:tcPr>
            <w:tcW w:w="3456" w:type="dxa"/>
          </w:tcPr>
          <w:p w14:paraId="780EF5D7" w14:textId="77777777" w:rsidR="00210FA5" w:rsidRDefault="00316B68">
            <w:r>
              <w:rPr>
                <w:sz w:val="18"/>
              </w:rPr>
              <w:t>Results 3.1; Table 1 (incl. eGFR, missing-data note)</w:t>
            </w:r>
          </w:p>
        </w:tc>
      </w:tr>
      <w:tr w:rsidR="00210FA5" w14:paraId="1ED6DCDE" w14:textId="77777777">
        <w:tc>
          <w:tcPr>
            <w:tcW w:w="1872" w:type="dxa"/>
          </w:tcPr>
          <w:p w14:paraId="4C1ECA4E" w14:textId="77777777" w:rsidR="00210FA5" w:rsidRDefault="00316B68">
            <w:r>
              <w:rPr>
                <w:sz w:val="18"/>
              </w:rPr>
              <w:t>Outcome data</w:t>
            </w:r>
          </w:p>
        </w:tc>
        <w:tc>
          <w:tcPr>
            <w:tcW w:w="720" w:type="dxa"/>
          </w:tcPr>
          <w:p w14:paraId="5443F6AA" w14:textId="77777777" w:rsidR="00210FA5" w:rsidRDefault="00316B68">
            <w:r>
              <w:rPr>
                <w:sz w:val="18"/>
              </w:rPr>
              <w:t>15</w:t>
            </w:r>
          </w:p>
        </w:tc>
        <w:tc>
          <w:tcPr>
            <w:tcW w:w="5760" w:type="dxa"/>
          </w:tcPr>
          <w:p w14:paraId="4E5AB9EA" w14:textId="77777777" w:rsidR="00210FA5" w:rsidRDefault="00316B68">
            <w:r>
              <w:rPr>
                <w:sz w:val="18"/>
              </w:rPr>
              <w:t>Report numbers of outcome events or summary measures.</w:t>
            </w:r>
          </w:p>
        </w:tc>
        <w:tc>
          <w:tcPr>
            <w:tcW w:w="3456" w:type="dxa"/>
          </w:tcPr>
          <w:p w14:paraId="099B1DE7" w14:textId="77777777" w:rsidR="00210FA5" w:rsidRDefault="00316B68">
            <w:r>
              <w:rPr>
                <w:sz w:val="18"/>
              </w:rPr>
              <w:t>Results 3.2; Table 2 (biomarker comparisons)</w:t>
            </w:r>
          </w:p>
        </w:tc>
      </w:tr>
      <w:tr w:rsidR="00210FA5" w14:paraId="1D7AF06C" w14:textId="77777777">
        <w:tc>
          <w:tcPr>
            <w:tcW w:w="1872" w:type="dxa"/>
          </w:tcPr>
          <w:p w14:paraId="33E40219" w14:textId="77777777" w:rsidR="00210FA5" w:rsidRDefault="00316B68">
            <w:r>
              <w:rPr>
                <w:sz w:val="18"/>
              </w:rPr>
              <w:t>Main results</w:t>
            </w:r>
          </w:p>
        </w:tc>
        <w:tc>
          <w:tcPr>
            <w:tcW w:w="720" w:type="dxa"/>
          </w:tcPr>
          <w:p w14:paraId="4D313D91" w14:textId="77777777" w:rsidR="00210FA5" w:rsidRDefault="00316B68">
            <w:r>
              <w:rPr>
                <w:sz w:val="18"/>
              </w:rPr>
              <w:t>16</w:t>
            </w:r>
          </w:p>
        </w:tc>
        <w:tc>
          <w:tcPr>
            <w:tcW w:w="5760" w:type="dxa"/>
          </w:tcPr>
          <w:p w14:paraId="7513BE43" w14:textId="77777777" w:rsidR="00210FA5" w:rsidRDefault="00316B68">
            <w:r>
              <w:rPr>
                <w:sz w:val="18"/>
              </w:rPr>
              <w:t>(a) Unadjusted and adjusted estimates with 95% CI; (b) category boundaries; (c) absolute risk if relevant.</w:t>
            </w:r>
          </w:p>
        </w:tc>
        <w:tc>
          <w:tcPr>
            <w:tcW w:w="3456" w:type="dxa"/>
          </w:tcPr>
          <w:p w14:paraId="11770156" w14:textId="77777777" w:rsidR="00210FA5" w:rsidRDefault="00316B68">
            <w:r>
              <w:rPr>
                <w:sz w:val="18"/>
              </w:rPr>
              <w:t>Results 3.2–3.6; Tables 2–4 (adjusted ratios, 95% CI)</w:t>
            </w:r>
          </w:p>
        </w:tc>
      </w:tr>
      <w:tr w:rsidR="00210FA5" w14:paraId="60A73677" w14:textId="77777777">
        <w:tc>
          <w:tcPr>
            <w:tcW w:w="1872" w:type="dxa"/>
          </w:tcPr>
          <w:p w14:paraId="10663136" w14:textId="77777777" w:rsidR="00210FA5" w:rsidRDefault="00316B68">
            <w:r>
              <w:rPr>
                <w:sz w:val="18"/>
              </w:rPr>
              <w:t>Other analyses</w:t>
            </w:r>
          </w:p>
        </w:tc>
        <w:tc>
          <w:tcPr>
            <w:tcW w:w="720" w:type="dxa"/>
          </w:tcPr>
          <w:p w14:paraId="3B7A8D27" w14:textId="77777777" w:rsidR="00210FA5" w:rsidRDefault="00316B68">
            <w:r>
              <w:rPr>
                <w:sz w:val="18"/>
              </w:rPr>
              <w:t>17</w:t>
            </w:r>
          </w:p>
        </w:tc>
        <w:tc>
          <w:tcPr>
            <w:tcW w:w="5760" w:type="dxa"/>
          </w:tcPr>
          <w:p w14:paraId="6785F545" w14:textId="77777777" w:rsidR="00210FA5" w:rsidRDefault="00316B68">
            <w:r>
              <w:rPr>
                <w:sz w:val="18"/>
              </w:rPr>
              <w:t>Report other analyses done (subgroups, interactions, sensitivity analyses).</w:t>
            </w:r>
          </w:p>
        </w:tc>
        <w:tc>
          <w:tcPr>
            <w:tcW w:w="3456" w:type="dxa"/>
          </w:tcPr>
          <w:p w14:paraId="191F4BAF" w14:textId="77777777" w:rsidR="00210FA5" w:rsidRDefault="00316B68">
            <w:r>
              <w:rPr>
                <w:sz w:val="18"/>
              </w:rPr>
              <w:t>Results 3.4–3.6 (correlations, ROC, treatment/duration, eGFR sensitivity)</w:t>
            </w:r>
          </w:p>
        </w:tc>
      </w:tr>
      <w:tr w:rsidR="00210FA5" w14:paraId="29D59D09" w14:textId="77777777">
        <w:tc>
          <w:tcPr>
            <w:tcW w:w="1872" w:type="dxa"/>
          </w:tcPr>
          <w:p w14:paraId="09E14E6C" w14:textId="77777777" w:rsidR="00210FA5" w:rsidRDefault="00316B68">
            <w:r>
              <w:rPr>
                <w:b/>
                <w:sz w:val="18"/>
              </w:rPr>
              <w:t>Discussion</w:t>
            </w:r>
          </w:p>
        </w:tc>
        <w:tc>
          <w:tcPr>
            <w:tcW w:w="720" w:type="dxa"/>
          </w:tcPr>
          <w:p w14:paraId="238A3AE3" w14:textId="77777777" w:rsidR="00210FA5" w:rsidRDefault="00210FA5"/>
        </w:tc>
        <w:tc>
          <w:tcPr>
            <w:tcW w:w="5760" w:type="dxa"/>
          </w:tcPr>
          <w:p w14:paraId="0901CC0B" w14:textId="77777777" w:rsidR="00210FA5" w:rsidRDefault="00210FA5"/>
        </w:tc>
        <w:tc>
          <w:tcPr>
            <w:tcW w:w="3456" w:type="dxa"/>
          </w:tcPr>
          <w:p w14:paraId="24FD709A" w14:textId="77777777" w:rsidR="00210FA5" w:rsidRDefault="00210FA5"/>
        </w:tc>
      </w:tr>
      <w:tr w:rsidR="00210FA5" w14:paraId="6F107F51" w14:textId="77777777">
        <w:tc>
          <w:tcPr>
            <w:tcW w:w="1872" w:type="dxa"/>
          </w:tcPr>
          <w:p w14:paraId="02F63AFD" w14:textId="77777777" w:rsidR="00210FA5" w:rsidRDefault="00316B68">
            <w:r>
              <w:rPr>
                <w:sz w:val="18"/>
              </w:rPr>
              <w:t>Key results</w:t>
            </w:r>
          </w:p>
        </w:tc>
        <w:tc>
          <w:tcPr>
            <w:tcW w:w="720" w:type="dxa"/>
          </w:tcPr>
          <w:p w14:paraId="3B41B1C9" w14:textId="77777777" w:rsidR="00210FA5" w:rsidRDefault="00316B68">
            <w:r>
              <w:rPr>
                <w:sz w:val="18"/>
              </w:rPr>
              <w:t>18</w:t>
            </w:r>
          </w:p>
        </w:tc>
        <w:tc>
          <w:tcPr>
            <w:tcW w:w="5760" w:type="dxa"/>
          </w:tcPr>
          <w:p w14:paraId="624E3680" w14:textId="77777777" w:rsidR="00210FA5" w:rsidRDefault="00316B68">
            <w:r>
              <w:rPr>
                <w:sz w:val="18"/>
              </w:rPr>
              <w:t>Summarise key results with reference to study objectives.</w:t>
            </w:r>
          </w:p>
        </w:tc>
        <w:tc>
          <w:tcPr>
            <w:tcW w:w="3456" w:type="dxa"/>
          </w:tcPr>
          <w:p w14:paraId="6D8DAC1B" w14:textId="77777777" w:rsidR="00210FA5" w:rsidRDefault="00316B68">
            <w:r>
              <w:rPr>
                <w:sz w:val="18"/>
              </w:rPr>
              <w:t>Discussion, first paragraph</w:t>
            </w:r>
          </w:p>
        </w:tc>
      </w:tr>
      <w:tr w:rsidR="00210FA5" w14:paraId="442CEA35" w14:textId="77777777">
        <w:tc>
          <w:tcPr>
            <w:tcW w:w="1872" w:type="dxa"/>
          </w:tcPr>
          <w:p w14:paraId="66F13BD6" w14:textId="77777777" w:rsidR="00210FA5" w:rsidRDefault="00316B68">
            <w:r>
              <w:rPr>
                <w:sz w:val="18"/>
              </w:rPr>
              <w:t>Limitations</w:t>
            </w:r>
          </w:p>
        </w:tc>
        <w:tc>
          <w:tcPr>
            <w:tcW w:w="720" w:type="dxa"/>
          </w:tcPr>
          <w:p w14:paraId="4F9172DB" w14:textId="77777777" w:rsidR="00210FA5" w:rsidRDefault="00316B68">
            <w:r>
              <w:rPr>
                <w:sz w:val="18"/>
              </w:rPr>
              <w:t>19</w:t>
            </w:r>
          </w:p>
        </w:tc>
        <w:tc>
          <w:tcPr>
            <w:tcW w:w="5760" w:type="dxa"/>
          </w:tcPr>
          <w:p w14:paraId="19F02DE7" w14:textId="77777777" w:rsidR="00210FA5" w:rsidRDefault="00316B68">
            <w:r>
              <w:rPr>
                <w:sz w:val="18"/>
              </w:rPr>
              <w:t xml:space="preserve">Discuss limitations, sources of potential bias or </w:t>
            </w:r>
            <w:r>
              <w:rPr>
                <w:sz w:val="18"/>
              </w:rPr>
              <w:lastRenderedPageBreak/>
              <w:t>imprecision, and direction/magnitude of bias.</w:t>
            </w:r>
          </w:p>
        </w:tc>
        <w:tc>
          <w:tcPr>
            <w:tcW w:w="3456" w:type="dxa"/>
          </w:tcPr>
          <w:p w14:paraId="2E1DB170" w14:textId="77777777" w:rsidR="00210FA5" w:rsidRDefault="00316B68">
            <w:r>
              <w:rPr>
                <w:sz w:val="18"/>
              </w:rPr>
              <w:lastRenderedPageBreak/>
              <w:t>Discussion 4.1 (Limitations)</w:t>
            </w:r>
          </w:p>
        </w:tc>
      </w:tr>
      <w:tr w:rsidR="00210FA5" w14:paraId="7B424AA0" w14:textId="77777777">
        <w:tc>
          <w:tcPr>
            <w:tcW w:w="1872" w:type="dxa"/>
          </w:tcPr>
          <w:p w14:paraId="0A21C8E7" w14:textId="77777777" w:rsidR="00210FA5" w:rsidRDefault="00316B68">
            <w:r>
              <w:rPr>
                <w:sz w:val="18"/>
              </w:rPr>
              <w:t>Interpretation</w:t>
            </w:r>
          </w:p>
        </w:tc>
        <w:tc>
          <w:tcPr>
            <w:tcW w:w="720" w:type="dxa"/>
          </w:tcPr>
          <w:p w14:paraId="4D24EAA2" w14:textId="77777777" w:rsidR="00210FA5" w:rsidRDefault="00316B68">
            <w:r>
              <w:rPr>
                <w:sz w:val="18"/>
              </w:rPr>
              <w:t>20</w:t>
            </w:r>
          </w:p>
        </w:tc>
        <w:tc>
          <w:tcPr>
            <w:tcW w:w="5760" w:type="dxa"/>
          </w:tcPr>
          <w:p w14:paraId="1C4A22D8" w14:textId="77777777" w:rsidR="00210FA5" w:rsidRDefault="00316B68">
            <w:r>
              <w:rPr>
                <w:sz w:val="18"/>
              </w:rPr>
              <w:t>Give a cautious overall interpretation considering objectives, limitations, and other evidence.</w:t>
            </w:r>
          </w:p>
        </w:tc>
        <w:tc>
          <w:tcPr>
            <w:tcW w:w="3456" w:type="dxa"/>
          </w:tcPr>
          <w:p w14:paraId="632771B6" w14:textId="77777777" w:rsidR="00210FA5" w:rsidRDefault="00316B68">
            <w:r>
              <w:rPr>
                <w:sz w:val="18"/>
              </w:rPr>
              <w:t>Discussion 4.0–4.1</w:t>
            </w:r>
          </w:p>
        </w:tc>
      </w:tr>
      <w:tr w:rsidR="00210FA5" w14:paraId="5AF19F2D" w14:textId="77777777">
        <w:tc>
          <w:tcPr>
            <w:tcW w:w="1872" w:type="dxa"/>
          </w:tcPr>
          <w:p w14:paraId="3935D177" w14:textId="77777777" w:rsidR="00210FA5" w:rsidRDefault="00316B68">
            <w:r>
              <w:rPr>
                <w:sz w:val="18"/>
              </w:rPr>
              <w:t>Generalisability</w:t>
            </w:r>
          </w:p>
        </w:tc>
        <w:tc>
          <w:tcPr>
            <w:tcW w:w="720" w:type="dxa"/>
          </w:tcPr>
          <w:p w14:paraId="60B18717" w14:textId="77777777" w:rsidR="00210FA5" w:rsidRDefault="00316B68">
            <w:r>
              <w:rPr>
                <w:sz w:val="18"/>
              </w:rPr>
              <w:t>21</w:t>
            </w:r>
          </w:p>
        </w:tc>
        <w:tc>
          <w:tcPr>
            <w:tcW w:w="5760" w:type="dxa"/>
          </w:tcPr>
          <w:p w14:paraId="1598546D" w14:textId="77777777" w:rsidR="00210FA5" w:rsidRDefault="00316B68">
            <w:r>
              <w:rPr>
                <w:sz w:val="18"/>
              </w:rPr>
              <w:t>Discuss the generalisability (external validity) of the study results.</w:t>
            </w:r>
          </w:p>
        </w:tc>
        <w:tc>
          <w:tcPr>
            <w:tcW w:w="3456" w:type="dxa"/>
          </w:tcPr>
          <w:p w14:paraId="0FEB8FA0" w14:textId="77777777" w:rsidR="00210FA5" w:rsidRDefault="00316B68">
            <w:r>
              <w:rPr>
                <w:sz w:val="18"/>
              </w:rPr>
              <w:t>Discussion 4.1 (single geographical area)</w:t>
            </w:r>
          </w:p>
        </w:tc>
      </w:tr>
      <w:tr w:rsidR="00210FA5" w14:paraId="67863CA6" w14:textId="77777777">
        <w:tc>
          <w:tcPr>
            <w:tcW w:w="1872" w:type="dxa"/>
          </w:tcPr>
          <w:p w14:paraId="02746814" w14:textId="77777777" w:rsidR="00210FA5" w:rsidRDefault="00316B68">
            <w:r>
              <w:rPr>
                <w:b/>
                <w:sz w:val="18"/>
              </w:rPr>
              <w:t>Other information</w:t>
            </w:r>
          </w:p>
        </w:tc>
        <w:tc>
          <w:tcPr>
            <w:tcW w:w="720" w:type="dxa"/>
          </w:tcPr>
          <w:p w14:paraId="46C97BDD" w14:textId="77777777" w:rsidR="00210FA5" w:rsidRDefault="00210FA5"/>
        </w:tc>
        <w:tc>
          <w:tcPr>
            <w:tcW w:w="5760" w:type="dxa"/>
          </w:tcPr>
          <w:p w14:paraId="3AA1BAC2" w14:textId="77777777" w:rsidR="00210FA5" w:rsidRDefault="00210FA5"/>
        </w:tc>
        <w:tc>
          <w:tcPr>
            <w:tcW w:w="3456" w:type="dxa"/>
          </w:tcPr>
          <w:p w14:paraId="69867D6A" w14:textId="77777777" w:rsidR="00210FA5" w:rsidRDefault="00210FA5"/>
        </w:tc>
      </w:tr>
      <w:tr w:rsidR="00210FA5" w14:paraId="27B32C4E" w14:textId="77777777">
        <w:tc>
          <w:tcPr>
            <w:tcW w:w="1872" w:type="dxa"/>
          </w:tcPr>
          <w:p w14:paraId="23D190C9" w14:textId="77777777" w:rsidR="00210FA5" w:rsidRDefault="00316B68">
            <w:r>
              <w:rPr>
                <w:sz w:val="18"/>
              </w:rPr>
              <w:t>Funding</w:t>
            </w:r>
          </w:p>
        </w:tc>
        <w:tc>
          <w:tcPr>
            <w:tcW w:w="720" w:type="dxa"/>
          </w:tcPr>
          <w:p w14:paraId="39AC38C0" w14:textId="77777777" w:rsidR="00210FA5" w:rsidRDefault="00316B68">
            <w:r>
              <w:rPr>
                <w:sz w:val="18"/>
              </w:rPr>
              <w:t>22</w:t>
            </w:r>
          </w:p>
        </w:tc>
        <w:tc>
          <w:tcPr>
            <w:tcW w:w="5760" w:type="dxa"/>
          </w:tcPr>
          <w:p w14:paraId="1F09ED67" w14:textId="77777777" w:rsidR="00210FA5" w:rsidRDefault="00316B68">
            <w:r>
              <w:rPr>
                <w:sz w:val="18"/>
              </w:rPr>
              <w:t>Give the source of funding and the role of funders for the present study and, if applicable, the original study.</w:t>
            </w:r>
          </w:p>
        </w:tc>
        <w:tc>
          <w:tcPr>
            <w:tcW w:w="3456" w:type="dxa"/>
          </w:tcPr>
          <w:p w14:paraId="5AE53F1D" w14:textId="77777777" w:rsidR="00210FA5" w:rsidRDefault="00316B68">
            <w:r>
              <w:rPr>
                <w:sz w:val="18"/>
              </w:rPr>
              <w:t>Declarations — Funding</w:t>
            </w:r>
          </w:p>
        </w:tc>
      </w:tr>
    </w:tbl>
    <w:p w14:paraId="1FB76DFA" w14:textId="77777777" w:rsidR="00210FA5" w:rsidRDefault="00316B68">
      <w:r>
        <w:rPr>
          <w:i/>
          <w:sz w:val="16"/>
        </w:rPr>
        <w:t>An Explanation and Elaboration article discusses each checklist item (Vandenbroucke et al., PLoS Med 2007;4:e297). STROBE checklist available at www.strobe-statement.org.</w:t>
      </w:r>
    </w:p>
    <w:sectPr w:rsidR="00210FA5" w:rsidSect="00034616"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6479787">
    <w:abstractNumId w:val="8"/>
  </w:num>
  <w:num w:numId="2" w16cid:durableId="491025869">
    <w:abstractNumId w:val="6"/>
  </w:num>
  <w:num w:numId="3" w16cid:durableId="1746874141">
    <w:abstractNumId w:val="5"/>
  </w:num>
  <w:num w:numId="4" w16cid:durableId="524170161">
    <w:abstractNumId w:val="4"/>
  </w:num>
  <w:num w:numId="5" w16cid:durableId="1721589408">
    <w:abstractNumId w:val="7"/>
  </w:num>
  <w:num w:numId="6" w16cid:durableId="1883445894">
    <w:abstractNumId w:val="3"/>
  </w:num>
  <w:num w:numId="7" w16cid:durableId="150296824">
    <w:abstractNumId w:val="2"/>
  </w:num>
  <w:num w:numId="8" w16cid:durableId="1511603404">
    <w:abstractNumId w:val="1"/>
  </w:num>
  <w:num w:numId="9" w16cid:durableId="1312060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14B7"/>
    <w:rsid w:val="00034616"/>
    <w:rsid w:val="0006063C"/>
    <w:rsid w:val="0015074B"/>
    <w:rsid w:val="00210FA5"/>
    <w:rsid w:val="0029639D"/>
    <w:rsid w:val="00316B68"/>
    <w:rsid w:val="00326F90"/>
    <w:rsid w:val="00AA1D8D"/>
    <w:rsid w:val="00AB7200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1BE09B43-6E41-4078-AAB4-EF7E0C37B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Francisco Javier Pavón Morón</cp:lastModifiedBy>
  <cp:revision>2</cp:revision>
  <dcterms:created xsi:type="dcterms:W3CDTF">2013-12-23T23:15:00Z</dcterms:created>
  <dcterms:modified xsi:type="dcterms:W3CDTF">2026-07-22T22:28:00Z</dcterms:modified>
  <cp:category/>
</cp:coreProperties>
</file>