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CDA9" w14:textId="77777777" w:rsidR="00F96DD6" w:rsidRPr="00AC736F" w:rsidRDefault="00000000">
      <w:pPr>
        <w:spacing w:after="120"/>
        <w:rPr>
          <w:rFonts w:asciiTheme="majorHAnsi" w:hAnsiTheme="majorHAnsi" w:cstheme="majorHAnsi"/>
          <w:i/>
          <w:iCs/>
        </w:rPr>
      </w:pPr>
      <w:r w:rsidRPr="00AC736F">
        <w:rPr>
          <w:rFonts w:asciiTheme="majorHAnsi" w:hAnsiTheme="majorHAnsi" w:cstheme="majorHAnsi"/>
          <w:b/>
          <w:i/>
          <w:iCs/>
          <w:color w:val="000000"/>
          <w:sz w:val="48"/>
        </w:rPr>
        <w:t>Supplementary Information</w:t>
      </w:r>
    </w:p>
    <w:p w14:paraId="1C421F14" w14:textId="3A6FE944" w:rsidR="00A41B1F" w:rsidRDefault="00A41B1F" w:rsidP="00A41B1F">
      <w:pPr>
        <w:pStyle w:val="Title"/>
        <w:spacing w:line="360" w:lineRule="auto"/>
        <w:jc w:val="center"/>
        <w:rPr>
          <w:rFonts w:ascii="Times New Roman" w:hAnsi="Times New Roman" w:cs="Times New Roman"/>
          <w:b/>
          <w:color w:val="000000" w:themeColor="text1"/>
        </w:rPr>
      </w:pPr>
      <w:r w:rsidRPr="00A41B1F">
        <w:rPr>
          <w:rFonts w:cstheme="majorHAnsi"/>
          <w:b/>
          <w:color w:val="000000" w:themeColor="text1"/>
          <w:sz w:val="32"/>
          <w:szCs w:val="32"/>
        </w:rPr>
        <w:t>A conserved lipid–lysosome remodeling axis characterizes plaque-associated microglial responses in Alzheimer’s disease</w:t>
      </w:r>
    </w:p>
    <w:p w14:paraId="09E3B6A5" w14:textId="2FAF09E6" w:rsidR="001F2600" w:rsidRPr="00AC736F" w:rsidRDefault="001F2600" w:rsidP="001F2600">
      <w:pPr>
        <w:pStyle w:val="Title"/>
        <w:spacing w:line="360" w:lineRule="auto"/>
        <w:jc w:val="center"/>
        <w:rPr>
          <w:rFonts w:cstheme="majorHAnsi"/>
          <w:color w:val="000000" w:themeColor="text1"/>
          <w:sz w:val="32"/>
          <w:szCs w:val="32"/>
        </w:rPr>
      </w:pPr>
    </w:p>
    <w:p w14:paraId="7FE2A125" w14:textId="77777777" w:rsidR="00F96DD6" w:rsidRPr="00AC736F" w:rsidRDefault="00000000">
      <w:pPr>
        <w:pStyle w:val="Heading1"/>
        <w:rPr>
          <w:rFonts w:cstheme="majorHAnsi"/>
          <w:color w:val="auto"/>
        </w:rPr>
      </w:pPr>
      <w:r w:rsidRPr="00AC736F">
        <w:rPr>
          <w:rFonts w:cstheme="majorHAnsi"/>
          <w:color w:val="auto"/>
        </w:rPr>
        <w:t>Supplementary Note 1 | Discovery definition and biological grounding</w:t>
      </w:r>
    </w:p>
    <w:p w14:paraId="344CF40A"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rPr>
        <w:t>Supplementary Figs. 1 and 2 document the discovery compartment, the operational LL burden call and the gene-level basis for the lipid-lysosome construct. These analyses are deliberately positioned before the label-free and validation figures because they define what is being measured while avoiding the claim that the q0.75/q0.75 label is a natural cell-type boundary.</w:t>
      </w:r>
    </w:p>
    <w:p w14:paraId="073AF72F" w14:textId="77777777" w:rsidR="00B12020" w:rsidRPr="00AC736F" w:rsidRDefault="00B12020" w:rsidP="00B12020">
      <w:pPr>
        <w:pStyle w:val="Heading2"/>
        <w:rPr>
          <w:rFonts w:cstheme="majorHAnsi"/>
          <w:color w:val="auto"/>
        </w:rPr>
      </w:pPr>
      <w:r w:rsidRPr="00AC736F">
        <w:rPr>
          <w:rFonts w:cstheme="majorHAnsi"/>
          <w:color w:val="auto"/>
        </w:rPr>
        <w:t>Supplementary Fig. 1 | Discovery cohort, filtering and operational LL call</w:t>
      </w:r>
    </w:p>
    <w:p w14:paraId="7C29677D" w14:textId="77777777" w:rsidR="000E4FAA" w:rsidRPr="00AC736F" w:rsidRDefault="000E4FAA" w:rsidP="000E4FAA">
      <w:pPr>
        <w:pStyle w:val="Heading2"/>
        <w:rPr>
          <w:rFonts w:cstheme="majorHAnsi"/>
          <w:color w:val="auto"/>
        </w:rPr>
      </w:pPr>
      <w:r w:rsidRPr="00AC736F">
        <w:rPr>
          <w:rFonts w:cstheme="majorHAnsi"/>
          <w:color w:val="auto"/>
        </w:rPr>
        <w:t>Supplementary Fig. 2 | Module genes and biological grounding of the LL axis</w:t>
      </w:r>
    </w:p>
    <w:p w14:paraId="5B742710" w14:textId="77777777" w:rsidR="000E4FAA" w:rsidRPr="00AC736F" w:rsidRDefault="000E4FAA" w:rsidP="000E4FAA">
      <w:pPr>
        <w:rPr>
          <w:rFonts w:asciiTheme="majorHAnsi" w:hAnsiTheme="majorHAnsi" w:cstheme="majorHAnsi"/>
        </w:rPr>
      </w:pPr>
    </w:p>
    <w:p w14:paraId="120B6602" w14:textId="77777777" w:rsidR="001F2600" w:rsidRPr="00AC736F" w:rsidRDefault="001F2600" w:rsidP="001F2600">
      <w:pPr>
        <w:spacing w:after="120" w:line="252" w:lineRule="auto"/>
        <w:rPr>
          <w:rFonts w:asciiTheme="majorHAnsi" w:hAnsiTheme="majorHAnsi" w:cstheme="majorHAnsi"/>
        </w:rPr>
      </w:pPr>
      <w:r w:rsidRPr="00AC736F">
        <w:rPr>
          <w:rFonts w:asciiTheme="majorHAnsi" w:hAnsiTheme="majorHAnsi" w:cstheme="majorHAnsi"/>
        </w:rPr>
        <w:t>The SEA-AD discovery analysis showed a quantitatively stable but minority LL-remodeled state. In the figure-complete Microglia/PVM-lineage set, 31,490 of 236,044 profiles (13.34%) met the joint high-lipid/high-lysosome rule. The remaining profiles comprised 149,512 basal/homeostatic cells (63.34%), 27,521 lipid-skewed cells (11.66%) and 27,521 lysosome-skewed cells (11.66%). The equal size of the lipid-skewed and lysosome-skewed single-axis groups reflects the percentile-based state construction and emphasizes that the main LL-remodeled group captures joint, not isolated, score elevation.</w:t>
      </w:r>
    </w:p>
    <w:tbl>
      <w:tblPr>
        <w:tblStyle w:val="PlainTable1"/>
        <w:tblW w:w="0" w:type="auto"/>
        <w:jc w:val="center"/>
        <w:tblLook w:val="04A0" w:firstRow="1" w:lastRow="0" w:firstColumn="1" w:lastColumn="0" w:noHBand="0" w:noVBand="1"/>
      </w:tblPr>
      <w:tblGrid>
        <w:gridCol w:w="2160"/>
        <w:gridCol w:w="1152"/>
        <w:gridCol w:w="1152"/>
        <w:gridCol w:w="5328"/>
      </w:tblGrid>
      <w:tr w:rsidR="001F2600" w:rsidRPr="00AC736F" w14:paraId="4FFE2169" w14:textId="77777777" w:rsidTr="001F26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5A55225B" w14:textId="77777777" w:rsidR="001F2600" w:rsidRPr="00AC736F" w:rsidRDefault="001F2600" w:rsidP="00AA26F2">
            <w:pPr>
              <w:rPr>
                <w:rFonts w:asciiTheme="majorHAnsi" w:hAnsiTheme="majorHAnsi" w:cstheme="majorHAnsi"/>
              </w:rPr>
            </w:pPr>
            <w:r w:rsidRPr="00AC736F">
              <w:rPr>
                <w:rFonts w:asciiTheme="majorHAnsi" w:hAnsiTheme="majorHAnsi" w:cstheme="majorHAnsi"/>
                <w:sz w:val="17"/>
              </w:rPr>
              <w:t>State</w:t>
            </w:r>
          </w:p>
        </w:tc>
        <w:tc>
          <w:tcPr>
            <w:tcW w:w="1152" w:type="dxa"/>
          </w:tcPr>
          <w:p w14:paraId="0F13EFC7" w14:textId="77777777" w:rsidR="001F2600" w:rsidRPr="00AC736F" w:rsidRDefault="001F2600"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Cells</w:t>
            </w:r>
          </w:p>
        </w:tc>
        <w:tc>
          <w:tcPr>
            <w:tcW w:w="1152" w:type="dxa"/>
          </w:tcPr>
          <w:p w14:paraId="0AE25C4B" w14:textId="77777777" w:rsidR="001F2600" w:rsidRPr="00AC736F" w:rsidRDefault="001F2600"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Percent</w:t>
            </w:r>
          </w:p>
        </w:tc>
        <w:tc>
          <w:tcPr>
            <w:tcW w:w="5328" w:type="dxa"/>
          </w:tcPr>
          <w:p w14:paraId="28FB6929" w14:textId="77777777" w:rsidR="001F2600" w:rsidRPr="00AC736F" w:rsidRDefault="001F2600"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Extended-result interpretation</w:t>
            </w:r>
          </w:p>
        </w:tc>
      </w:tr>
      <w:tr w:rsidR="001F2600" w:rsidRPr="00AC736F" w14:paraId="4F46FFF4" w14:textId="77777777" w:rsidTr="001F26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635498FA" w14:textId="77777777" w:rsidR="001F2600" w:rsidRPr="00AC736F" w:rsidRDefault="001F2600" w:rsidP="00AA26F2">
            <w:pPr>
              <w:rPr>
                <w:rFonts w:asciiTheme="majorHAnsi" w:hAnsiTheme="majorHAnsi" w:cstheme="majorHAnsi"/>
              </w:rPr>
            </w:pPr>
            <w:r w:rsidRPr="00AC736F">
              <w:rPr>
                <w:rFonts w:asciiTheme="majorHAnsi" w:hAnsiTheme="majorHAnsi" w:cstheme="majorHAnsi"/>
                <w:b w:val="0"/>
                <w:sz w:val="17"/>
              </w:rPr>
              <w:t>Basal/homeostatic</w:t>
            </w:r>
          </w:p>
        </w:tc>
        <w:tc>
          <w:tcPr>
            <w:tcW w:w="1152" w:type="dxa"/>
          </w:tcPr>
          <w:p w14:paraId="3F7D94DF"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149,512</w:t>
            </w:r>
          </w:p>
        </w:tc>
        <w:tc>
          <w:tcPr>
            <w:tcW w:w="1152" w:type="dxa"/>
          </w:tcPr>
          <w:p w14:paraId="4FC517FC"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63.34</w:t>
            </w:r>
          </w:p>
        </w:tc>
        <w:tc>
          <w:tcPr>
            <w:tcW w:w="5328" w:type="dxa"/>
          </w:tcPr>
          <w:p w14:paraId="57360ABE"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Dominant low-low reference compartment.</w:t>
            </w:r>
          </w:p>
        </w:tc>
      </w:tr>
      <w:tr w:rsidR="001F2600" w:rsidRPr="00AC736F" w14:paraId="327A09A6" w14:textId="77777777" w:rsidTr="001F2600">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1D600D0" w14:textId="77777777" w:rsidR="001F2600" w:rsidRPr="00AC736F" w:rsidRDefault="001F2600" w:rsidP="00AA26F2">
            <w:pPr>
              <w:rPr>
                <w:rFonts w:asciiTheme="majorHAnsi" w:hAnsiTheme="majorHAnsi" w:cstheme="majorHAnsi"/>
              </w:rPr>
            </w:pPr>
            <w:r w:rsidRPr="00AC736F">
              <w:rPr>
                <w:rFonts w:asciiTheme="majorHAnsi" w:hAnsiTheme="majorHAnsi" w:cstheme="majorHAnsi"/>
                <w:b w:val="0"/>
                <w:sz w:val="17"/>
              </w:rPr>
              <w:t>LL-remodeled</w:t>
            </w:r>
          </w:p>
        </w:tc>
        <w:tc>
          <w:tcPr>
            <w:tcW w:w="1152" w:type="dxa"/>
          </w:tcPr>
          <w:p w14:paraId="39EA2F36"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31,490</w:t>
            </w:r>
          </w:p>
        </w:tc>
        <w:tc>
          <w:tcPr>
            <w:tcW w:w="1152" w:type="dxa"/>
          </w:tcPr>
          <w:p w14:paraId="68220A00"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13.34</w:t>
            </w:r>
          </w:p>
        </w:tc>
        <w:tc>
          <w:tcPr>
            <w:tcW w:w="5328" w:type="dxa"/>
          </w:tcPr>
          <w:p w14:paraId="7CE6849A"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Operational high-high burden state.</w:t>
            </w:r>
          </w:p>
        </w:tc>
      </w:tr>
      <w:tr w:rsidR="001F2600" w:rsidRPr="00AC736F" w14:paraId="14C6598E" w14:textId="77777777" w:rsidTr="001F26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0ED0E8F8" w14:textId="77777777" w:rsidR="001F2600" w:rsidRPr="00AC736F" w:rsidRDefault="001F2600" w:rsidP="00AA26F2">
            <w:pPr>
              <w:rPr>
                <w:rFonts w:asciiTheme="majorHAnsi" w:hAnsiTheme="majorHAnsi" w:cstheme="majorHAnsi"/>
              </w:rPr>
            </w:pPr>
            <w:r w:rsidRPr="00AC736F">
              <w:rPr>
                <w:rFonts w:asciiTheme="majorHAnsi" w:hAnsiTheme="majorHAnsi" w:cstheme="majorHAnsi"/>
                <w:b w:val="0"/>
                <w:sz w:val="17"/>
              </w:rPr>
              <w:t>Lipid-skewed</w:t>
            </w:r>
          </w:p>
        </w:tc>
        <w:tc>
          <w:tcPr>
            <w:tcW w:w="1152" w:type="dxa"/>
          </w:tcPr>
          <w:p w14:paraId="7F862664"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27,521</w:t>
            </w:r>
          </w:p>
        </w:tc>
        <w:tc>
          <w:tcPr>
            <w:tcW w:w="1152" w:type="dxa"/>
          </w:tcPr>
          <w:p w14:paraId="587BC24A"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11.66</w:t>
            </w:r>
          </w:p>
        </w:tc>
        <w:tc>
          <w:tcPr>
            <w:tcW w:w="5328" w:type="dxa"/>
          </w:tcPr>
          <w:p w14:paraId="1ED96362" w14:textId="77777777" w:rsidR="001F2600" w:rsidRPr="00AC736F" w:rsidRDefault="001F2600"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Single-axis lipid-high comparator.</w:t>
            </w:r>
          </w:p>
        </w:tc>
      </w:tr>
      <w:tr w:rsidR="001F2600" w:rsidRPr="00AC736F" w14:paraId="15F0352E" w14:textId="77777777" w:rsidTr="001F2600">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186663D8" w14:textId="77777777" w:rsidR="001F2600" w:rsidRPr="00AC736F" w:rsidRDefault="001F2600" w:rsidP="00AA26F2">
            <w:pPr>
              <w:rPr>
                <w:rFonts w:asciiTheme="majorHAnsi" w:hAnsiTheme="majorHAnsi" w:cstheme="majorHAnsi"/>
              </w:rPr>
            </w:pPr>
            <w:r w:rsidRPr="00AC736F">
              <w:rPr>
                <w:rFonts w:asciiTheme="majorHAnsi" w:hAnsiTheme="majorHAnsi" w:cstheme="majorHAnsi"/>
                <w:b w:val="0"/>
                <w:sz w:val="17"/>
              </w:rPr>
              <w:t>Lysosome-skewed</w:t>
            </w:r>
          </w:p>
        </w:tc>
        <w:tc>
          <w:tcPr>
            <w:tcW w:w="1152" w:type="dxa"/>
          </w:tcPr>
          <w:p w14:paraId="2B112558"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27,521</w:t>
            </w:r>
          </w:p>
        </w:tc>
        <w:tc>
          <w:tcPr>
            <w:tcW w:w="1152" w:type="dxa"/>
          </w:tcPr>
          <w:p w14:paraId="4BD26C92"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11.66</w:t>
            </w:r>
          </w:p>
        </w:tc>
        <w:tc>
          <w:tcPr>
            <w:tcW w:w="5328" w:type="dxa"/>
          </w:tcPr>
          <w:p w14:paraId="629C0171" w14:textId="77777777" w:rsidR="001F2600" w:rsidRPr="00AC736F" w:rsidRDefault="001F2600"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Single-axis lysosome-high comparator.</w:t>
            </w:r>
          </w:p>
        </w:tc>
      </w:tr>
    </w:tbl>
    <w:p w14:paraId="3B34D31E" w14:textId="77777777" w:rsidR="001F2600" w:rsidRPr="00AC736F" w:rsidRDefault="001F2600" w:rsidP="001F2600">
      <w:pPr>
        <w:spacing w:after="40"/>
        <w:rPr>
          <w:rFonts w:asciiTheme="majorHAnsi" w:hAnsiTheme="majorHAnsi" w:cstheme="majorHAnsi"/>
        </w:rPr>
      </w:pPr>
    </w:p>
    <w:p w14:paraId="74940295" w14:textId="77777777" w:rsidR="001F2600" w:rsidRPr="00AC736F" w:rsidRDefault="001F2600" w:rsidP="001F2600">
      <w:pPr>
        <w:spacing w:after="120" w:line="252" w:lineRule="auto"/>
        <w:rPr>
          <w:rFonts w:asciiTheme="majorHAnsi" w:hAnsiTheme="majorHAnsi" w:cstheme="majorHAnsi"/>
        </w:rPr>
      </w:pPr>
      <w:r w:rsidRPr="00AC736F">
        <w:rPr>
          <w:rFonts w:asciiTheme="majorHAnsi" w:hAnsiTheme="majorHAnsi" w:cstheme="majorHAnsi"/>
        </w:rPr>
        <w:t xml:space="preserve">Threshold sensitivity did not reveal a natural discontinuity. Across the q0.55-q0.90 grid, the LL-labeled fraction ranged from 3.78% to 30.55%, with a median of 12.74%. This supports the manuscript's language that q0.75/q0.75 is an operating definition for reproducible summaries rather than a natural cell-state boundary. Supplementary Fig. 2 further grounds this operating label by showing coordinated elevation of lipid/cholesterol handling, lysosomal processing and plaque-associated </w:t>
      </w:r>
      <w:proofErr w:type="spellStart"/>
      <w:r w:rsidRPr="00AC736F">
        <w:rPr>
          <w:rFonts w:asciiTheme="majorHAnsi" w:hAnsiTheme="majorHAnsi" w:cstheme="majorHAnsi"/>
        </w:rPr>
        <w:t>phagolysosomal</w:t>
      </w:r>
      <w:proofErr w:type="spellEnd"/>
      <w:r w:rsidRPr="00AC736F">
        <w:rPr>
          <w:rFonts w:asciiTheme="majorHAnsi" w:hAnsiTheme="majorHAnsi" w:cstheme="majorHAnsi"/>
        </w:rPr>
        <w:t xml:space="preserve"> features in the LL-remodeled quadrant.</w:t>
      </w:r>
    </w:p>
    <w:p w14:paraId="6D34026A"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7F4D991C" w14:textId="77777777" w:rsidR="00F96DD6" w:rsidRPr="00AC736F" w:rsidRDefault="0022131A">
      <w:pPr>
        <w:jc w:val="center"/>
        <w:rPr>
          <w:rFonts w:asciiTheme="majorHAnsi" w:hAnsiTheme="majorHAnsi" w:cstheme="majorHAnsi"/>
          <w:noProof/>
        </w:rPr>
      </w:pPr>
      <w:r w:rsidRPr="00AC736F">
        <w:rPr>
          <w:rFonts w:asciiTheme="majorHAnsi" w:hAnsiTheme="majorHAnsi" w:cstheme="majorHAnsi"/>
          <w:noProof/>
        </w:rPr>
        <w:lastRenderedPageBreak/>
        <w:drawing>
          <wp:anchor distT="0" distB="0" distL="114300" distR="114300" simplePos="0" relativeHeight="251639808" behindDoc="1" locked="0" layoutInCell="1" allowOverlap="1" wp14:anchorId="65BDAFD4" wp14:editId="22A53721">
            <wp:simplePos x="0" y="0"/>
            <wp:positionH relativeFrom="column">
              <wp:posOffset>810664</wp:posOffset>
            </wp:positionH>
            <wp:positionV relativeFrom="paragraph">
              <wp:posOffset>-260292</wp:posOffset>
            </wp:positionV>
            <wp:extent cx="7160260" cy="5638800"/>
            <wp:effectExtent l="0" t="0" r="2540" b="0"/>
            <wp:wrapTight wrapText="bothSides">
              <wp:wrapPolygon edited="0">
                <wp:start x="0" y="0"/>
                <wp:lineTo x="0" y="21527"/>
                <wp:lineTo x="21550" y="21527"/>
                <wp:lineTo x="21550" y="0"/>
                <wp:lineTo x="0" y="0"/>
              </wp:wrapPolygon>
            </wp:wrapTight>
            <wp:docPr id="1483993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93509" name="Picture 1483993509"/>
                    <pic:cNvPicPr/>
                  </pic:nvPicPr>
                  <pic:blipFill>
                    <a:blip r:embed="rId8"/>
                    <a:stretch>
                      <a:fillRect/>
                    </a:stretch>
                  </pic:blipFill>
                  <pic:spPr>
                    <a:xfrm>
                      <a:off x="0" y="0"/>
                      <a:ext cx="7160260" cy="5638800"/>
                    </a:xfrm>
                    <a:prstGeom prst="rect">
                      <a:avLst/>
                    </a:prstGeom>
                  </pic:spPr>
                </pic:pic>
              </a:graphicData>
            </a:graphic>
            <wp14:sizeRelH relativeFrom="page">
              <wp14:pctWidth>0</wp14:pctWidth>
            </wp14:sizeRelH>
            <wp14:sizeRelV relativeFrom="page">
              <wp14:pctHeight>0</wp14:pctHeight>
            </wp14:sizeRelV>
          </wp:anchor>
        </w:drawing>
      </w:r>
    </w:p>
    <w:p w14:paraId="5EF7CA12" w14:textId="77777777" w:rsidR="0022131A" w:rsidRPr="00AC736F" w:rsidRDefault="0022131A">
      <w:pPr>
        <w:jc w:val="center"/>
        <w:rPr>
          <w:rFonts w:asciiTheme="majorHAnsi" w:hAnsiTheme="majorHAnsi" w:cstheme="majorHAnsi"/>
          <w:noProof/>
        </w:rPr>
      </w:pPr>
    </w:p>
    <w:p w14:paraId="630FFAF7" w14:textId="77777777" w:rsidR="0022131A" w:rsidRPr="00AC736F" w:rsidRDefault="0022131A">
      <w:pPr>
        <w:jc w:val="center"/>
        <w:rPr>
          <w:rFonts w:asciiTheme="majorHAnsi" w:hAnsiTheme="majorHAnsi" w:cstheme="majorHAnsi"/>
          <w:noProof/>
        </w:rPr>
      </w:pPr>
    </w:p>
    <w:p w14:paraId="771BBB2E" w14:textId="77777777" w:rsidR="0022131A" w:rsidRPr="00AC736F" w:rsidRDefault="0022131A">
      <w:pPr>
        <w:jc w:val="center"/>
        <w:rPr>
          <w:rFonts w:asciiTheme="majorHAnsi" w:hAnsiTheme="majorHAnsi" w:cstheme="majorHAnsi"/>
          <w:noProof/>
        </w:rPr>
      </w:pPr>
    </w:p>
    <w:p w14:paraId="7DE8D1A9" w14:textId="77777777" w:rsidR="0022131A" w:rsidRPr="00AC736F" w:rsidRDefault="0022131A">
      <w:pPr>
        <w:jc w:val="center"/>
        <w:rPr>
          <w:rFonts w:asciiTheme="majorHAnsi" w:hAnsiTheme="majorHAnsi" w:cstheme="majorHAnsi"/>
          <w:noProof/>
        </w:rPr>
      </w:pPr>
    </w:p>
    <w:p w14:paraId="67C04DA2" w14:textId="77777777" w:rsidR="0022131A" w:rsidRPr="00AC736F" w:rsidRDefault="0022131A">
      <w:pPr>
        <w:jc w:val="center"/>
        <w:rPr>
          <w:rFonts w:asciiTheme="majorHAnsi" w:hAnsiTheme="majorHAnsi" w:cstheme="majorHAnsi"/>
          <w:noProof/>
        </w:rPr>
      </w:pPr>
    </w:p>
    <w:p w14:paraId="576F28D3" w14:textId="77777777" w:rsidR="0022131A" w:rsidRPr="00AC736F" w:rsidRDefault="0022131A">
      <w:pPr>
        <w:jc w:val="center"/>
        <w:rPr>
          <w:rFonts w:asciiTheme="majorHAnsi" w:hAnsiTheme="majorHAnsi" w:cstheme="majorHAnsi"/>
          <w:noProof/>
        </w:rPr>
      </w:pPr>
    </w:p>
    <w:p w14:paraId="5E7E12D9" w14:textId="77777777" w:rsidR="0022131A" w:rsidRPr="00AC736F" w:rsidRDefault="0022131A">
      <w:pPr>
        <w:jc w:val="center"/>
        <w:rPr>
          <w:rFonts w:asciiTheme="majorHAnsi" w:hAnsiTheme="majorHAnsi" w:cstheme="majorHAnsi"/>
          <w:noProof/>
        </w:rPr>
      </w:pPr>
    </w:p>
    <w:p w14:paraId="25A5F3C3" w14:textId="77777777" w:rsidR="0022131A" w:rsidRPr="00AC736F" w:rsidRDefault="0022131A">
      <w:pPr>
        <w:jc w:val="center"/>
        <w:rPr>
          <w:rFonts w:asciiTheme="majorHAnsi" w:hAnsiTheme="majorHAnsi" w:cstheme="majorHAnsi"/>
          <w:noProof/>
        </w:rPr>
      </w:pPr>
    </w:p>
    <w:p w14:paraId="6A854D04" w14:textId="77777777" w:rsidR="0022131A" w:rsidRPr="00AC736F" w:rsidRDefault="0022131A">
      <w:pPr>
        <w:jc w:val="center"/>
        <w:rPr>
          <w:rFonts w:asciiTheme="majorHAnsi" w:hAnsiTheme="majorHAnsi" w:cstheme="majorHAnsi"/>
          <w:noProof/>
        </w:rPr>
      </w:pPr>
    </w:p>
    <w:p w14:paraId="16E86FBE" w14:textId="77777777" w:rsidR="0022131A" w:rsidRPr="00AC736F" w:rsidRDefault="0022131A">
      <w:pPr>
        <w:jc w:val="center"/>
        <w:rPr>
          <w:rFonts w:asciiTheme="majorHAnsi" w:hAnsiTheme="majorHAnsi" w:cstheme="majorHAnsi"/>
          <w:noProof/>
        </w:rPr>
      </w:pPr>
    </w:p>
    <w:p w14:paraId="6E1384F7" w14:textId="77777777" w:rsidR="0022131A" w:rsidRPr="00AC736F" w:rsidRDefault="0022131A">
      <w:pPr>
        <w:jc w:val="center"/>
        <w:rPr>
          <w:rFonts w:asciiTheme="majorHAnsi" w:hAnsiTheme="majorHAnsi" w:cstheme="majorHAnsi"/>
          <w:noProof/>
        </w:rPr>
      </w:pPr>
    </w:p>
    <w:p w14:paraId="7DE0F9BA" w14:textId="77777777" w:rsidR="0022131A" w:rsidRPr="00AC736F" w:rsidRDefault="0022131A">
      <w:pPr>
        <w:jc w:val="center"/>
        <w:rPr>
          <w:rFonts w:asciiTheme="majorHAnsi" w:hAnsiTheme="majorHAnsi" w:cstheme="majorHAnsi"/>
          <w:noProof/>
        </w:rPr>
      </w:pPr>
    </w:p>
    <w:p w14:paraId="3AD95A78" w14:textId="77777777" w:rsidR="0022131A" w:rsidRPr="00AC736F" w:rsidRDefault="0022131A">
      <w:pPr>
        <w:jc w:val="center"/>
        <w:rPr>
          <w:rFonts w:asciiTheme="majorHAnsi" w:hAnsiTheme="majorHAnsi" w:cstheme="majorHAnsi"/>
          <w:noProof/>
        </w:rPr>
      </w:pPr>
    </w:p>
    <w:p w14:paraId="3F7077D9" w14:textId="77777777" w:rsidR="0022131A" w:rsidRPr="00AC736F" w:rsidRDefault="0022131A">
      <w:pPr>
        <w:jc w:val="center"/>
        <w:rPr>
          <w:rFonts w:asciiTheme="majorHAnsi" w:hAnsiTheme="majorHAnsi" w:cstheme="majorHAnsi"/>
          <w:noProof/>
        </w:rPr>
      </w:pPr>
    </w:p>
    <w:p w14:paraId="58B299E5" w14:textId="77777777" w:rsidR="0022131A" w:rsidRPr="00AC736F" w:rsidRDefault="0022131A">
      <w:pPr>
        <w:jc w:val="center"/>
        <w:rPr>
          <w:rFonts w:asciiTheme="majorHAnsi" w:hAnsiTheme="majorHAnsi" w:cstheme="majorHAnsi"/>
          <w:noProof/>
        </w:rPr>
      </w:pPr>
    </w:p>
    <w:p w14:paraId="56C6CCC4" w14:textId="77777777" w:rsidR="0022131A" w:rsidRPr="00AC736F" w:rsidRDefault="0022131A">
      <w:pPr>
        <w:jc w:val="center"/>
        <w:rPr>
          <w:rFonts w:asciiTheme="majorHAnsi" w:hAnsiTheme="majorHAnsi" w:cstheme="majorHAnsi"/>
          <w:noProof/>
        </w:rPr>
      </w:pPr>
    </w:p>
    <w:p w14:paraId="23AA6E98" w14:textId="77777777" w:rsidR="0022131A" w:rsidRPr="00AC736F" w:rsidRDefault="0022131A">
      <w:pPr>
        <w:jc w:val="center"/>
        <w:rPr>
          <w:rFonts w:asciiTheme="majorHAnsi" w:hAnsiTheme="majorHAnsi" w:cstheme="majorHAnsi"/>
        </w:rPr>
      </w:pPr>
    </w:p>
    <w:p w14:paraId="5C618C91" w14:textId="77777777" w:rsidR="0022131A" w:rsidRPr="00AC736F" w:rsidRDefault="00B02A46">
      <w:pPr>
        <w:keepLines/>
        <w:spacing w:before="60" w:after="160" w:line="252" w:lineRule="auto"/>
        <w:rPr>
          <w:rFonts w:asciiTheme="majorHAnsi" w:hAnsiTheme="majorHAnsi" w:cstheme="majorHAnsi"/>
          <w:b/>
          <w:sz w:val="18"/>
        </w:rPr>
      </w:pPr>
      <w:r w:rsidRPr="00AC736F">
        <w:rPr>
          <w:rFonts w:asciiTheme="majorHAnsi" w:hAnsiTheme="majorHAnsi" w:cstheme="majorHAnsi"/>
          <w:noProof/>
        </w:rPr>
        <mc:AlternateContent>
          <mc:Choice Requires="wps">
            <w:drawing>
              <wp:anchor distT="0" distB="0" distL="114300" distR="114300" simplePos="0" relativeHeight="251638784" behindDoc="1" locked="0" layoutInCell="1" allowOverlap="1" wp14:anchorId="1D79A2C7" wp14:editId="3E2EC0BF">
                <wp:simplePos x="0" y="0"/>
                <wp:positionH relativeFrom="column">
                  <wp:posOffset>814070</wp:posOffset>
                </wp:positionH>
                <wp:positionV relativeFrom="paragraph">
                  <wp:posOffset>122555</wp:posOffset>
                </wp:positionV>
                <wp:extent cx="7160260" cy="1310005"/>
                <wp:effectExtent l="0" t="0" r="2540" b="4445"/>
                <wp:wrapTight wrapText="bothSides">
                  <wp:wrapPolygon edited="0">
                    <wp:start x="0" y="0"/>
                    <wp:lineTo x="0" y="21359"/>
                    <wp:lineTo x="21550" y="21359"/>
                    <wp:lineTo x="21550" y="0"/>
                    <wp:lineTo x="0" y="0"/>
                  </wp:wrapPolygon>
                </wp:wrapTight>
                <wp:docPr id="690670923" name="Text Box 1"/>
                <wp:cNvGraphicFramePr/>
                <a:graphic xmlns:a="http://schemas.openxmlformats.org/drawingml/2006/main">
                  <a:graphicData uri="http://schemas.microsoft.com/office/word/2010/wordprocessingShape">
                    <wps:wsp>
                      <wps:cNvSpPr txBox="1"/>
                      <wps:spPr>
                        <a:xfrm>
                          <a:off x="0" y="0"/>
                          <a:ext cx="7160260" cy="1310005"/>
                        </a:xfrm>
                        <a:prstGeom prst="rect">
                          <a:avLst/>
                        </a:prstGeom>
                        <a:solidFill>
                          <a:prstClr val="white"/>
                        </a:solidFill>
                        <a:ln>
                          <a:noFill/>
                        </a:ln>
                      </wps:spPr>
                      <wps:txbx>
                        <w:txbxContent>
                          <w:p w14:paraId="2AC12E2B" w14:textId="77777777" w:rsidR="0022131A" w:rsidRDefault="0022131A" w:rsidP="0022131A">
                            <w:pPr>
                              <w:keepLines/>
                              <w:spacing w:before="60" w:after="160" w:line="252" w:lineRule="auto"/>
                              <w:jc w:val="both"/>
                            </w:pPr>
                            <w:r>
                              <w:rPr>
                                <w:b/>
                                <w:sz w:val="18"/>
                              </w:rPr>
                              <w:t xml:space="preserve">Supplementary Fig. 1 | SEA-AD discovery cohort and operational lipid-lysosome remodeling call. </w:t>
                            </w:r>
                            <w:r w:rsidRPr="00B02A46">
                              <w:rPr>
                                <w:b/>
                                <w:bCs/>
                                <w:sz w:val="18"/>
                              </w:rPr>
                              <w:t>a,</w:t>
                            </w:r>
                            <w:r>
                              <w:rPr>
                                <w:sz w:val="18"/>
                              </w:rPr>
                              <w:t xml:space="preserve"> Schematic of the SEA-AD Microglia/PVM-lineage discovery set and the operational lipid-lysosome (LL) remodeling definition. LL-remodeled cells were assigned from joint elevation of curated lipid-metabolism/cholesterol-handling and lysosome-processing scores, using empirical upper-quartile thresholds rather than a new cell-type label. </w:t>
                            </w:r>
                            <w:r w:rsidRPr="00B02A46">
                              <w:rPr>
                                <w:b/>
                                <w:bCs/>
                                <w:sz w:val="18"/>
                              </w:rPr>
                              <w:t>b,</w:t>
                            </w:r>
                            <w:r>
                              <w:rPr>
                                <w:sz w:val="18"/>
                              </w:rPr>
                              <w:t xml:space="preserve"> Cohort metrics summarizing donor, region, and cell-profile coverage used for figure-complete analyses</w:t>
                            </w:r>
                            <w:r w:rsidRPr="00B02A46">
                              <w:rPr>
                                <w:b/>
                                <w:bCs/>
                                <w:sz w:val="18"/>
                              </w:rPr>
                              <w:t>. c</w:t>
                            </w:r>
                            <w:r>
                              <w:rPr>
                                <w:sz w:val="18"/>
                              </w:rPr>
                              <w:t>, Four-state composition generated by crossing lipid and lysosome score thresholds</w:t>
                            </w:r>
                            <w:r w:rsidRPr="00B02A46">
                              <w:rPr>
                                <w:b/>
                                <w:bCs/>
                                <w:sz w:val="18"/>
                              </w:rPr>
                              <w:t>. d,</w:t>
                            </w:r>
                            <w:r>
                              <w:rPr>
                                <w:sz w:val="18"/>
                              </w:rPr>
                              <w:t xml:space="preserve"> Score-defined LL-remodeled cells occupy the joint high-lipid/high-lysosome quadrant. </w:t>
                            </w:r>
                            <w:r w:rsidRPr="00B02A46">
                              <w:rPr>
                                <w:b/>
                                <w:bCs/>
                                <w:sz w:val="18"/>
                              </w:rPr>
                              <w:t>e,</w:t>
                            </w:r>
                            <w:r>
                              <w:rPr>
                                <w:sz w:val="18"/>
                              </w:rPr>
                              <w:t xml:space="preserve"> Threshold-sensitivity analysis showing how the LL fraction changes across paired lipid and lysosome cutoffs; the q0.75/q0.75 rule is the prespecified operational call. </w:t>
                            </w:r>
                            <w:r w:rsidRPr="00B02A46">
                              <w:rPr>
                                <w:b/>
                                <w:bCs/>
                                <w:sz w:val="18"/>
                              </w:rPr>
                              <w:t>f,</w:t>
                            </w:r>
                            <w:r>
                              <w:rPr>
                                <w:sz w:val="18"/>
                              </w:rPr>
                              <w:t xml:space="preserve"> Regional LL burden, including higher burden in temporal regions and lower burden in several limbic/cingulate regions. </w:t>
                            </w:r>
                            <w:r w:rsidRPr="00B02A46">
                              <w:rPr>
                                <w:b/>
                                <w:bCs/>
                                <w:sz w:val="18"/>
                              </w:rPr>
                              <w:t>g,</w:t>
                            </w:r>
                            <w:r>
                              <w:rPr>
                                <w:sz w:val="18"/>
                              </w:rPr>
                              <w:t xml:space="preserve"> Microglia/PVM supertype burden, showing that LL remodeling is a program-level state distributed within the lineage rather than a complete partition of all cells.</w:t>
                            </w:r>
                          </w:p>
                          <w:p w14:paraId="5014EEF4" w14:textId="77777777" w:rsidR="0022131A" w:rsidRPr="00D00B21" w:rsidRDefault="0022131A" w:rsidP="0022131A">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79A2C7" id="_x0000_t202" coordsize="21600,21600" o:spt="202" path="m,l,21600r21600,l21600,xe">
                <v:stroke joinstyle="miter"/>
                <v:path gradientshapeok="t" o:connecttype="rect"/>
              </v:shapetype>
              <v:shape id="Text Box 1" o:spid="_x0000_s1026" type="#_x0000_t202" style="position:absolute;margin-left:64.1pt;margin-top:9.65pt;width:563.8pt;height:103.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" stroked="f">
                <v:textbox inset="0,0,0,0">
                  <w:txbxContent>
                    <w:p w14:paraId="2AC12E2B" w14:textId="77777777" w:rsidR="0022131A" w:rsidRDefault="0022131A" w:rsidP="0022131A">
                      <w:pPr>
                        <w:keepLines/>
                        <w:spacing w:before="60" w:after="160" w:line="252" w:lineRule="auto"/>
                        <w:jc w:val="both"/>
                      </w:pPr>
                      <w:r>
                        <w:rPr>
                          <w:b/>
                          <w:sz w:val="18"/>
                        </w:rPr>
                        <w:t xml:space="preserve">Supplementary Fig. 1 | SEA-AD discovery cohort and operational lipid-lysosome remodeling call. </w:t>
                      </w:r>
                      <w:r w:rsidRPr="00B02A46">
                        <w:rPr>
                          <w:b/>
                          <w:bCs/>
                          <w:sz w:val="18"/>
                        </w:rPr>
                        <w:t>a,</w:t>
                      </w:r>
                      <w:r>
                        <w:rPr>
                          <w:sz w:val="18"/>
                        </w:rPr>
                        <w:t xml:space="preserve"> Schematic of the SEA-AD Microglia/PVM-lineage discovery set and the operational lipid-lysosome (LL) remodeling definition. LL-remodeled cells were assigned from joint elevation of curated lipid-metabolism/cholesterol-handling and lysosome-processing scores, using empirical upper-quartile thresholds rather than a new cell-type label. </w:t>
                      </w:r>
                      <w:r w:rsidRPr="00B02A46">
                        <w:rPr>
                          <w:b/>
                          <w:bCs/>
                          <w:sz w:val="18"/>
                        </w:rPr>
                        <w:t>b,</w:t>
                      </w:r>
                      <w:r>
                        <w:rPr>
                          <w:sz w:val="18"/>
                        </w:rPr>
                        <w:t xml:space="preserve"> Cohort metrics summarizing donor, region, and cell-profile coverage used for figure-complete analyses</w:t>
                      </w:r>
                      <w:r w:rsidRPr="00B02A46">
                        <w:rPr>
                          <w:b/>
                          <w:bCs/>
                          <w:sz w:val="18"/>
                        </w:rPr>
                        <w:t>. c</w:t>
                      </w:r>
                      <w:r>
                        <w:rPr>
                          <w:sz w:val="18"/>
                        </w:rPr>
                        <w:t>, Four-state composition generated by crossing lipid and lysosome score thresholds</w:t>
                      </w:r>
                      <w:r w:rsidRPr="00B02A46">
                        <w:rPr>
                          <w:b/>
                          <w:bCs/>
                          <w:sz w:val="18"/>
                        </w:rPr>
                        <w:t>. d,</w:t>
                      </w:r>
                      <w:r>
                        <w:rPr>
                          <w:sz w:val="18"/>
                        </w:rPr>
                        <w:t xml:space="preserve"> Score-defined LL-remodeled cells occupy the joint high-lipid/high-lysosome quadrant. </w:t>
                      </w:r>
                      <w:r w:rsidRPr="00B02A46">
                        <w:rPr>
                          <w:b/>
                          <w:bCs/>
                          <w:sz w:val="18"/>
                        </w:rPr>
                        <w:t>e,</w:t>
                      </w:r>
                      <w:r>
                        <w:rPr>
                          <w:sz w:val="18"/>
                        </w:rPr>
                        <w:t xml:space="preserve"> Threshold-sensitivity analysis showing how the LL fraction changes across paired lipid and lysosome cutoffs; the q0.75/q0.75 rule is the prespecified operational call. </w:t>
                      </w:r>
                      <w:r w:rsidRPr="00B02A46">
                        <w:rPr>
                          <w:b/>
                          <w:bCs/>
                          <w:sz w:val="18"/>
                        </w:rPr>
                        <w:t>f,</w:t>
                      </w:r>
                      <w:r>
                        <w:rPr>
                          <w:sz w:val="18"/>
                        </w:rPr>
                        <w:t xml:space="preserve"> Regional LL burden, including higher burden in temporal regions and lower burden in several limbic/cingulate regions. </w:t>
                      </w:r>
                      <w:r w:rsidRPr="00B02A46">
                        <w:rPr>
                          <w:b/>
                          <w:bCs/>
                          <w:sz w:val="18"/>
                        </w:rPr>
                        <w:t>g,</w:t>
                      </w:r>
                      <w:r>
                        <w:rPr>
                          <w:sz w:val="18"/>
                        </w:rPr>
                        <w:t xml:space="preserve"> Microglia/PVM supertype burden, showing that LL remodeling is a program-level state distributed within the lineage rather than a complete partition of all cells.</w:t>
                      </w:r>
                    </w:p>
                    <w:p w14:paraId="5014EEF4" w14:textId="77777777" w:rsidR="0022131A" w:rsidRPr="00D00B21" w:rsidRDefault="0022131A" w:rsidP="0022131A">
                      <w:pPr>
                        <w:pStyle w:val="Caption"/>
                        <w:rPr>
                          <w:noProof/>
                          <w:sz w:val="20"/>
                          <w:szCs w:val="22"/>
                        </w:rPr>
                      </w:pPr>
                    </w:p>
                  </w:txbxContent>
                </v:textbox>
                <w10:wrap type="tight"/>
              </v:shape>
            </w:pict>
          </mc:Fallback>
        </mc:AlternateContent>
      </w:r>
    </w:p>
    <w:p w14:paraId="255A7E3B" w14:textId="77777777" w:rsidR="0022131A" w:rsidRPr="00AC736F" w:rsidRDefault="0022131A">
      <w:pPr>
        <w:keepLines/>
        <w:spacing w:before="60" w:after="160" w:line="252" w:lineRule="auto"/>
        <w:rPr>
          <w:rFonts w:asciiTheme="majorHAnsi" w:hAnsiTheme="majorHAnsi" w:cstheme="majorHAnsi"/>
          <w:b/>
          <w:sz w:val="18"/>
        </w:rPr>
      </w:pPr>
    </w:p>
    <w:p w14:paraId="1BA951F6" w14:textId="77777777" w:rsidR="0022131A" w:rsidRPr="00AC736F" w:rsidRDefault="00000000" w:rsidP="0022131A">
      <w:pPr>
        <w:jc w:val="center"/>
        <w:rPr>
          <w:rFonts w:asciiTheme="majorHAnsi" w:hAnsiTheme="majorHAnsi" w:cstheme="majorHAnsi"/>
        </w:rPr>
      </w:pPr>
      <w:r w:rsidRPr="00AC736F">
        <w:rPr>
          <w:rFonts w:asciiTheme="majorHAnsi" w:hAnsiTheme="majorHAnsi" w:cstheme="majorHAnsi"/>
        </w:rPr>
        <w:br w:type="page"/>
      </w:r>
    </w:p>
    <w:p w14:paraId="49BA0A81" w14:textId="77777777" w:rsidR="000E4FAA" w:rsidRPr="00AC736F" w:rsidRDefault="00B02A46" w:rsidP="00B02A46">
      <w:pPr>
        <w:keepLines/>
        <w:spacing w:before="60" w:after="160" w:line="252" w:lineRule="auto"/>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40832" behindDoc="1" locked="0" layoutInCell="1" allowOverlap="1" wp14:anchorId="645FF7D4" wp14:editId="3740BB5D">
                <wp:simplePos x="0" y="0"/>
                <wp:positionH relativeFrom="column">
                  <wp:posOffset>822960</wp:posOffset>
                </wp:positionH>
                <wp:positionV relativeFrom="paragraph">
                  <wp:posOffset>5748020</wp:posOffset>
                </wp:positionV>
                <wp:extent cx="7342505" cy="1116330"/>
                <wp:effectExtent l="0" t="0" r="0" b="7620"/>
                <wp:wrapTight wrapText="bothSides">
                  <wp:wrapPolygon edited="0">
                    <wp:start x="0" y="0"/>
                    <wp:lineTo x="0" y="21379"/>
                    <wp:lineTo x="21520" y="21379"/>
                    <wp:lineTo x="21520" y="0"/>
                    <wp:lineTo x="0" y="0"/>
                  </wp:wrapPolygon>
                </wp:wrapTight>
                <wp:docPr id="1239659586" name="Text Box 1"/>
                <wp:cNvGraphicFramePr/>
                <a:graphic xmlns:a="http://schemas.openxmlformats.org/drawingml/2006/main">
                  <a:graphicData uri="http://schemas.microsoft.com/office/word/2010/wordprocessingShape">
                    <wps:wsp>
                      <wps:cNvSpPr txBox="1"/>
                      <wps:spPr>
                        <a:xfrm>
                          <a:off x="0" y="0"/>
                          <a:ext cx="7342505" cy="1116330"/>
                        </a:xfrm>
                        <a:prstGeom prst="rect">
                          <a:avLst/>
                        </a:prstGeom>
                        <a:solidFill>
                          <a:prstClr val="white"/>
                        </a:solidFill>
                        <a:ln>
                          <a:noFill/>
                        </a:ln>
                      </wps:spPr>
                      <wps:txbx>
                        <w:txbxContent>
                          <w:p w14:paraId="3780A588" w14:textId="77777777" w:rsidR="00D82822" w:rsidRDefault="00D82822" w:rsidP="005262C0">
                            <w:pPr>
                              <w:keepLines/>
                              <w:spacing w:before="60" w:after="160" w:line="252" w:lineRule="auto"/>
                              <w:jc w:val="both"/>
                            </w:pPr>
                            <w:r>
                              <w:rPr>
                                <w:b/>
                                <w:sz w:val="18"/>
                              </w:rPr>
                              <w:t xml:space="preserve">Supplementary Fig. 2 | Module genes and biological grounding of the lipid-lysosome remodeling axis. </w:t>
                            </w:r>
                            <w:r w:rsidRPr="00B02A46">
                              <w:rPr>
                                <w:b/>
                                <w:bCs/>
                                <w:sz w:val="18"/>
                              </w:rPr>
                              <w:t>a,</w:t>
                            </w:r>
                            <w:r>
                              <w:rPr>
                                <w:sz w:val="18"/>
                              </w:rPr>
                              <w:t xml:space="preserve"> Curated lipid-lysosome and AD-associated marker genes shown across the four LL score-defined states. </w:t>
                            </w:r>
                            <w:r w:rsidRPr="00B02A46">
                              <w:rPr>
                                <w:b/>
                                <w:bCs/>
                                <w:sz w:val="18"/>
                              </w:rPr>
                              <w:t>b,</w:t>
                            </w:r>
                            <w:r>
                              <w:rPr>
                                <w:sz w:val="18"/>
                              </w:rPr>
                              <w:t xml:space="preserve"> Distributions of lipid/cholesterol and lysosome-processing module scores across remodeling states</w:t>
                            </w:r>
                            <w:r w:rsidRPr="00B02A46">
                              <w:rPr>
                                <w:b/>
                                <w:bCs/>
                                <w:sz w:val="18"/>
                              </w:rPr>
                              <w:t>. c,</w:t>
                            </w:r>
                            <w:r>
                              <w:rPr>
                                <w:sz w:val="18"/>
                              </w:rPr>
                              <w:t xml:space="preserve"> </w:t>
                            </w:r>
                            <w:proofErr w:type="spellStart"/>
                            <w:r>
                              <w:rPr>
                                <w:sz w:val="18"/>
                              </w:rPr>
                              <w:t>Phagolysosomal</w:t>
                            </w:r>
                            <w:proofErr w:type="spellEnd"/>
                            <w:r>
                              <w:rPr>
                                <w:sz w:val="18"/>
                              </w:rPr>
                              <w:t xml:space="preserve"> lipid-stress summary integrating lipid handling, lipid storage/lysosomal trafficking, lysosome processing, and plaque-associated phagocytic features. </w:t>
                            </w:r>
                            <w:r w:rsidRPr="00B02A46">
                              <w:rPr>
                                <w:b/>
                                <w:bCs/>
                                <w:sz w:val="18"/>
                              </w:rPr>
                              <w:t>d,</w:t>
                            </w:r>
                            <w:r>
                              <w:rPr>
                                <w:sz w:val="18"/>
                              </w:rPr>
                              <w:t xml:space="preserve"> APOE/TREM2 risk-axis expression by AD change and LL remodeling status. </w:t>
                            </w:r>
                            <w:r w:rsidRPr="00B02A46">
                              <w:rPr>
                                <w:b/>
                                <w:bCs/>
                                <w:sz w:val="18"/>
                              </w:rPr>
                              <w:t>e,</w:t>
                            </w:r>
                            <w:r>
                              <w:rPr>
                                <w:sz w:val="18"/>
                              </w:rPr>
                              <w:t xml:space="preserve"> Two-dimensional lipid/cholesterol versus lysosome-processing score space used to ground the LL-remodeled call. Together, these panels show that LL-remodeled cells jointly elevate lipid/cholesterol and lysosomal-processing programs with AD-relevant </w:t>
                            </w:r>
                            <w:proofErr w:type="spellStart"/>
                            <w:r>
                              <w:rPr>
                                <w:sz w:val="18"/>
                              </w:rPr>
                              <w:t>phagolysosomal</w:t>
                            </w:r>
                            <w:proofErr w:type="spellEnd"/>
                            <w:r>
                              <w:rPr>
                                <w:sz w:val="18"/>
                              </w:rPr>
                              <w:t xml:space="preserve"> features; the score is used as an operational remodeling state, not as a de novo cell identity.</w:t>
                            </w:r>
                          </w:p>
                          <w:p w14:paraId="5D5B10D2" w14:textId="77777777" w:rsidR="00D82822" w:rsidRPr="00177134" w:rsidRDefault="00D82822" w:rsidP="00D82822">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FF7D4" id="_x0000_s1027" type="#_x0000_t202" style="position:absolute;margin-left:64.8pt;margin-top:452.6pt;width:578.15pt;height:87.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" stroked="f">
                <v:textbox inset="0,0,0,0">
                  <w:txbxContent>
                    <w:p w14:paraId="3780A588" w14:textId="77777777" w:rsidR="00D82822" w:rsidRDefault="00D82822" w:rsidP="005262C0">
                      <w:pPr>
                        <w:keepLines/>
                        <w:spacing w:before="60" w:after="160" w:line="252" w:lineRule="auto"/>
                        <w:jc w:val="both"/>
                      </w:pPr>
                      <w:r>
                        <w:rPr>
                          <w:b/>
                          <w:sz w:val="18"/>
                        </w:rPr>
                        <w:t xml:space="preserve">Supplementary Fig. 2 | Module genes and biological grounding of the lipid-lysosome remodeling axis. </w:t>
                      </w:r>
                      <w:r w:rsidRPr="00B02A46">
                        <w:rPr>
                          <w:b/>
                          <w:bCs/>
                          <w:sz w:val="18"/>
                        </w:rPr>
                        <w:t>a,</w:t>
                      </w:r>
                      <w:r>
                        <w:rPr>
                          <w:sz w:val="18"/>
                        </w:rPr>
                        <w:t xml:space="preserve"> Curated lipid-lysosome and AD-associated marker genes shown across the four LL score-defined states. </w:t>
                      </w:r>
                      <w:r w:rsidRPr="00B02A46">
                        <w:rPr>
                          <w:b/>
                          <w:bCs/>
                          <w:sz w:val="18"/>
                        </w:rPr>
                        <w:t>b,</w:t>
                      </w:r>
                      <w:r>
                        <w:rPr>
                          <w:sz w:val="18"/>
                        </w:rPr>
                        <w:t xml:space="preserve"> Distributions of lipid/cholesterol and lysosome-processing module scores across remodeling states</w:t>
                      </w:r>
                      <w:r w:rsidRPr="00B02A46">
                        <w:rPr>
                          <w:b/>
                          <w:bCs/>
                          <w:sz w:val="18"/>
                        </w:rPr>
                        <w:t>. c,</w:t>
                      </w:r>
                      <w:r>
                        <w:rPr>
                          <w:sz w:val="18"/>
                        </w:rPr>
                        <w:t xml:space="preserve"> </w:t>
                      </w:r>
                      <w:proofErr w:type="spellStart"/>
                      <w:r>
                        <w:rPr>
                          <w:sz w:val="18"/>
                        </w:rPr>
                        <w:t>Phagolysosomal</w:t>
                      </w:r>
                      <w:proofErr w:type="spellEnd"/>
                      <w:r>
                        <w:rPr>
                          <w:sz w:val="18"/>
                        </w:rPr>
                        <w:t xml:space="preserve"> lipid-stress summary integrating lipid handling, lipid storage/lysosomal trafficking, lysosome processing, and plaque-associated phagocytic features. </w:t>
                      </w:r>
                      <w:r w:rsidRPr="00B02A46">
                        <w:rPr>
                          <w:b/>
                          <w:bCs/>
                          <w:sz w:val="18"/>
                        </w:rPr>
                        <w:t>d,</w:t>
                      </w:r>
                      <w:r>
                        <w:rPr>
                          <w:sz w:val="18"/>
                        </w:rPr>
                        <w:t xml:space="preserve"> APOE/TREM2 risk-axis expression by AD change and LL remodeling status. </w:t>
                      </w:r>
                      <w:r w:rsidRPr="00B02A46">
                        <w:rPr>
                          <w:b/>
                          <w:bCs/>
                          <w:sz w:val="18"/>
                        </w:rPr>
                        <w:t>e,</w:t>
                      </w:r>
                      <w:r>
                        <w:rPr>
                          <w:sz w:val="18"/>
                        </w:rPr>
                        <w:t xml:space="preserve"> Two-dimensional lipid/cholesterol versus lysosome-processing score space used to ground the LL-remodeled call. Together, these panels show that LL-remodeled cells jointly elevate lipid/cholesterol and lysosomal-processing programs with AD-relevant </w:t>
                      </w:r>
                      <w:proofErr w:type="spellStart"/>
                      <w:r>
                        <w:rPr>
                          <w:sz w:val="18"/>
                        </w:rPr>
                        <w:t>phagolysosomal</w:t>
                      </w:r>
                      <w:proofErr w:type="spellEnd"/>
                      <w:r>
                        <w:rPr>
                          <w:sz w:val="18"/>
                        </w:rPr>
                        <w:t xml:space="preserve"> features; the score is used as an operational remodeling state, not as a de novo cell identity.</w:t>
                      </w:r>
                    </w:p>
                    <w:p w14:paraId="5D5B10D2" w14:textId="77777777" w:rsidR="00D82822" w:rsidRPr="00177134" w:rsidRDefault="00D82822" w:rsidP="00D82822">
                      <w:pPr>
                        <w:pStyle w:val="Caption"/>
                        <w:rPr>
                          <w:noProof/>
                          <w:sz w:val="20"/>
                          <w:szCs w:val="22"/>
                        </w:rPr>
                      </w:pPr>
                    </w:p>
                  </w:txbxContent>
                </v:textbox>
                <w10:wrap type="tight"/>
              </v:shape>
            </w:pict>
          </mc:Fallback>
        </mc:AlternateContent>
      </w:r>
      <w:r w:rsidR="00D82822" w:rsidRPr="00AC736F">
        <w:rPr>
          <w:rFonts w:asciiTheme="majorHAnsi" w:hAnsiTheme="majorHAnsi" w:cstheme="majorHAnsi"/>
          <w:noProof/>
        </w:rPr>
        <w:drawing>
          <wp:anchor distT="0" distB="0" distL="114300" distR="114300" simplePos="0" relativeHeight="251637760" behindDoc="1" locked="0" layoutInCell="1" allowOverlap="1" wp14:anchorId="6AC4079C" wp14:editId="2DF57FA6">
            <wp:simplePos x="0" y="0"/>
            <wp:positionH relativeFrom="column">
              <wp:posOffset>822960</wp:posOffset>
            </wp:positionH>
            <wp:positionV relativeFrom="paragraph">
              <wp:posOffset>-158659</wp:posOffset>
            </wp:positionV>
            <wp:extent cx="7342505" cy="5904230"/>
            <wp:effectExtent l="0" t="0" r="0" b="1270"/>
            <wp:wrapTight wrapText="bothSides">
              <wp:wrapPolygon edited="0">
                <wp:start x="0" y="0"/>
                <wp:lineTo x="0" y="21535"/>
                <wp:lineTo x="21520" y="21535"/>
                <wp:lineTo x="2152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2_Module_Genes_LL_Biological_Grounding_editable-01.jpg"/>
                    <pic:cNvPicPr/>
                  </pic:nvPicPr>
                  <pic:blipFill rotWithShape="1">
                    <a:blip r:embed="rId9"/>
                    <a:srcRect b="1893"/>
                    <a:stretch>
                      <a:fillRect/>
                    </a:stretch>
                  </pic:blipFill>
                  <pic:spPr bwMode="auto">
                    <a:xfrm>
                      <a:off x="0" y="0"/>
                      <a:ext cx="7342505" cy="590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31A" w:rsidRPr="00AC736F">
        <w:rPr>
          <w:rFonts w:asciiTheme="majorHAnsi" w:hAnsiTheme="majorHAnsi" w:cstheme="majorHAnsi"/>
        </w:rPr>
        <w:br w:type="page"/>
      </w:r>
    </w:p>
    <w:p w14:paraId="0131E34A" w14:textId="77777777" w:rsidR="00F96DD6" w:rsidRPr="00AC736F" w:rsidRDefault="00000000">
      <w:pPr>
        <w:pStyle w:val="Heading1"/>
        <w:rPr>
          <w:rFonts w:cstheme="majorHAnsi"/>
          <w:color w:val="auto"/>
        </w:rPr>
      </w:pPr>
      <w:r w:rsidRPr="00AC736F">
        <w:rPr>
          <w:rFonts w:cstheme="majorHAnsi"/>
          <w:color w:val="auto"/>
        </w:rPr>
        <w:t>Supplementary Note 2 | Independent transcriptomic recovery of an LL-enriched neighborhood</w:t>
      </w:r>
    </w:p>
    <w:p w14:paraId="71E93AFD"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rPr>
        <w:t>Supplementary Figs. 3 and 4 test whether LL-remodeled cells concentrate in a label-free transcriptional neighborhood and whether this neighborhood has a coherent marker profile. These figures support C1 as an LL-enriched neighborhood, not a complete partition of all LL-remodeled cells.</w:t>
      </w:r>
    </w:p>
    <w:p w14:paraId="1B88E317" w14:textId="77777777" w:rsidR="00A359BB" w:rsidRPr="00AC736F" w:rsidRDefault="00A359BB" w:rsidP="00A359BB">
      <w:pPr>
        <w:pStyle w:val="Heading2"/>
        <w:rPr>
          <w:rFonts w:cstheme="majorHAnsi"/>
          <w:color w:val="auto"/>
        </w:rPr>
      </w:pPr>
      <w:r w:rsidRPr="00AC736F">
        <w:rPr>
          <w:rFonts w:cstheme="majorHAnsi"/>
          <w:color w:val="auto"/>
        </w:rPr>
        <w:t>Supplementary Fig. 3 | Label-free HVG/C1 recovery and cluster-level QC</w:t>
      </w:r>
    </w:p>
    <w:p w14:paraId="6D7CAD03" w14:textId="77777777" w:rsidR="001E0D5F" w:rsidRPr="00AC736F" w:rsidRDefault="001E0D5F" w:rsidP="001E0D5F">
      <w:pPr>
        <w:pStyle w:val="Heading2"/>
        <w:rPr>
          <w:rFonts w:cstheme="majorHAnsi"/>
          <w:color w:val="auto"/>
        </w:rPr>
      </w:pPr>
      <w:r w:rsidRPr="00AC736F">
        <w:rPr>
          <w:rFonts w:cstheme="majorHAnsi"/>
          <w:color w:val="auto"/>
        </w:rPr>
        <w:t>Supplementary Fig. 4 | Candidate C1 marker specificity and differential-expression support</w:t>
      </w:r>
    </w:p>
    <w:p w14:paraId="63064D1D" w14:textId="77777777" w:rsidR="001E0D5F" w:rsidRPr="00AC736F" w:rsidRDefault="001E0D5F" w:rsidP="001E0D5F">
      <w:pPr>
        <w:rPr>
          <w:rFonts w:asciiTheme="majorHAnsi" w:hAnsiTheme="majorHAnsi" w:cstheme="majorHAnsi"/>
        </w:rPr>
      </w:pPr>
    </w:p>
    <w:p w14:paraId="03C949A6"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Label-free HVG clustering recovered a strongest LL-enriched neighborhood, C1, but also showed that LL remodeling is distributed rather than restricted to one cluster. C1 contained 2,876 cells and was 43.0% LL-remodeled, corresponding to 3.18-fold enrichment over background. The next LL-enriched neighborhoods were C7 (1,040 cells; 28.9% LL-remodeled; 2.14-fold enrichment), C0 (1,545 cells; 18.6%; 1.37-fold) and C11 (12,697 cells; 16.2%; 1.20-fold).</w:t>
      </w:r>
    </w:p>
    <w:tbl>
      <w:tblPr>
        <w:tblStyle w:val="PlainTable1"/>
        <w:tblW w:w="0" w:type="auto"/>
        <w:jc w:val="center"/>
        <w:tblLook w:val="04A0" w:firstRow="1" w:lastRow="0" w:firstColumn="1" w:lastColumn="0" w:noHBand="0" w:noVBand="1"/>
      </w:tblPr>
      <w:tblGrid>
        <w:gridCol w:w="1296"/>
        <w:gridCol w:w="1296"/>
        <w:gridCol w:w="2160"/>
        <w:gridCol w:w="1728"/>
      </w:tblGrid>
      <w:tr w:rsidR="007C7363" w:rsidRPr="00AC736F" w14:paraId="37153315" w14:textId="77777777" w:rsidTr="007C7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6" w:type="dxa"/>
          </w:tcPr>
          <w:p w14:paraId="5C1B1F4C" w14:textId="77777777" w:rsidR="007C7363" w:rsidRPr="00AC736F" w:rsidRDefault="007C7363" w:rsidP="00AA26F2">
            <w:pPr>
              <w:rPr>
                <w:rFonts w:asciiTheme="majorHAnsi" w:hAnsiTheme="majorHAnsi" w:cstheme="majorHAnsi"/>
              </w:rPr>
            </w:pPr>
            <w:r w:rsidRPr="00AC736F">
              <w:rPr>
                <w:rFonts w:asciiTheme="majorHAnsi" w:hAnsiTheme="majorHAnsi" w:cstheme="majorHAnsi"/>
                <w:sz w:val="17"/>
              </w:rPr>
              <w:t>Cluster</w:t>
            </w:r>
          </w:p>
        </w:tc>
        <w:tc>
          <w:tcPr>
            <w:tcW w:w="1296" w:type="dxa"/>
          </w:tcPr>
          <w:p w14:paraId="178C9714"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Cells</w:t>
            </w:r>
          </w:p>
        </w:tc>
        <w:tc>
          <w:tcPr>
            <w:tcW w:w="2160" w:type="dxa"/>
          </w:tcPr>
          <w:p w14:paraId="078CA666"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LL-remodeled fraction</w:t>
            </w:r>
          </w:p>
        </w:tc>
        <w:tc>
          <w:tcPr>
            <w:tcW w:w="1728" w:type="dxa"/>
          </w:tcPr>
          <w:p w14:paraId="39D83926"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Fold enrichment</w:t>
            </w:r>
          </w:p>
        </w:tc>
      </w:tr>
      <w:tr w:rsidR="007C7363" w:rsidRPr="00AC736F" w14:paraId="1C5AABB2"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6" w:type="dxa"/>
          </w:tcPr>
          <w:p w14:paraId="43558305"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C1</w:t>
            </w:r>
          </w:p>
        </w:tc>
        <w:tc>
          <w:tcPr>
            <w:tcW w:w="1296" w:type="dxa"/>
          </w:tcPr>
          <w:p w14:paraId="42904137"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2,876</w:t>
            </w:r>
          </w:p>
        </w:tc>
        <w:tc>
          <w:tcPr>
            <w:tcW w:w="2160" w:type="dxa"/>
          </w:tcPr>
          <w:p w14:paraId="3322B22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43.0%</w:t>
            </w:r>
          </w:p>
        </w:tc>
        <w:tc>
          <w:tcPr>
            <w:tcW w:w="1728" w:type="dxa"/>
          </w:tcPr>
          <w:p w14:paraId="5518329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3.18</w:t>
            </w:r>
          </w:p>
        </w:tc>
      </w:tr>
      <w:tr w:rsidR="007C7363" w:rsidRPr="00AC736F" w14:paraId="3E617F67"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1296" w:type="dxa"/>
          </w:tcPr>
          <w:p w14:paraId="5D798C67"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C7</w:t>
            </w:r>
          </w:p>
        </w:tc>
        <w:tc>
          <w:tcPr>
            <w:tcW w:w="1296" w:type="dxa"/>
          </w:tcPr>
          <w:p w14:paraId="1B0C22DD"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1,040</w:t>
            </w:r>
          </w:p>
        </w:tc>
        <w:tc>
          <w:tcPr>
            <w:tcW w:w="2160" w:type="dxa"/>
          </w:tcPr>
          <w:p w14:paraId="3BA22ACA"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28.9%</w:t>
            </w:r>
          </w:p>
        </w:tc>
        <w:tc>
          <w:tcPr>
            <w:tcW w:w="1728" w:type="dxa"/>
          </w:tcPr>
          <w:p w14:paraId="57504B31"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2.14</w:t>
            </w:r>
          </w:p>
        </w:tc>
      </w:tr>
      <w:tr w:rsidR="007C7363" w:rsidRPr="00AC736F" w14:paraId="16732968"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96" w:type="dxa"/>
          </w:tcPr>
          <w:p w14:paraId="3D615BC6"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C0</w:t>
            </w:r>
          </w:p>
        </w:tc>
        <w:tc>
          <w:tcPr>
            <w:tcW w:w="1296" w:type="dxa"/>
          </w:tcPr>
          <w:p w14:paraId="5B0A8E19"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1,545</w:t>
            </w:r>
          </w:p>
        </w:tc>
        <w:tc>
          <w:tcPr>
            <w:tcW w:w="2160" w:type="dxa"/>
          </w:tcPr>
          <w:p w14:paraId="3EFA46C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18.6%</w:t>
            </w:r>
          </w:p>
        </w:tc>
        <w:tc>
          <w:tcPr>
            <w:tcW w:w="1728" w:type="dxa"/>
          </w:tcPr>
          <w:p w14:paraId="2278FC48"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1.37</w:t>
            </w:r>
          </w:p>
        </w:tc>
      </w:tr>
      <w:tr w:rsidR="007C7363" w:rsidRPr="00AC736F" w14:paraId="3869A850"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1296" w:type="dxa"/>
          </w:tcPr>
          <w:p w14:paraId="5B0826B0"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C11</w:t>
            </w:r>
          </w:p>
        </w:tc>
        <w:tc>
          <w:tcPr>
            <w:tcW w:w="1296" w:type="dxa"/>
          </w:tcPr>
          <w:p w14:paraId="62C118B5"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12,697</w:t>
            </w:r>
          </w:p>
        </w:tc>
        <w:tc>
          <w:tcPr>
            <w:tcW w:w="2160" w:type="dxa"/>
          </w:tcPr>
          <w:p w14:paraId="24DDD1BD"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16.2%</w:t>
            </w:r>
          </w:p>
        </w:tc>
        <w:tc>
          <w:tcPr>
            <w:tcW w:w="1728" w:type="dxa"/>
          </w:tcPr>
          <w:p w14:paraId="6CC40E68"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1.20</w:t>
            </w:r>
          </w:p>
        </w:tc>
      </w:tr>
    </w:tbl>
    <w:p w14:paraId="486ADAB5" w14:textId="77777777" w:rsidR="007C7363" w:rsidRPr="00AC736F" w:rsidRDefault="007C7363" w:rsidP="007C7363">
      <w:pPr>
        <w:spacing w:after="40"/>
        <w:rPr>
          <w:rFonts w:asciiTheme="majorHAnsi" w:hAnsiTheme="majorHAnsi" w:cstheme="majorHAnsi"/>
        </w:rPr>
      </w:pPr>
    </w:p>
    <w:p w14:paraId="46551CD5"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C1 was broadly sampled, appearing in 83 of 84 donors and all 10 regions. Its program fingerprint was coherent with remodeling: relative to non-C1 cells, C1 had higher lipid score (+0.41), lysosome score (+0.51), LD signature (+0.29), DAM activation (+0.35) and phagocytosis/complement score (+0.27), while homeostatic identity was lower (-0.44). Top candidate C1 markers included GPNMB, NUPR1, ANXA2, VIM, CD44, EYA2, TNS1 and KCNE1. GPNMB detection was 69.5% in candidate C1 versus 16.6% in reference cells; EYA2 detection was 59.0% versus 7.7%. These marker results support an enriched neighborhood interpretation, not a discrete lineage claim.</w:t>
      </w:r>
    </w:p>
    <w:p w14:paraId="4A3FF15E"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121B82C3" w14:textId="77777777" w:rsidR="00F96DD6" w:rsidRPr="00AC736F" w:rsidRDefault="00000000">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36736" behindDoc="1" locked="0" layoutInCell="1" allowOverlap="1" wp14:anchorId="203BCA45" wp14:editId="317D460F">
            <wp:simplePos x="0" y="0"/>
            <wp:positionH relativeFrom="column">
              <wp:posOffset>686874</wp:posOffset>
            </wp:positionH>
            <wp:positionV relativeFrom="paragraph">
              <wp:posOffset>-298938</wp:posOffset>
            </wp:positionV>
            <wp:extent cx="7477125" cy="6128385"/>
            <wp:effectExtent l="0" t="0" r="9525" b="5715"/>
            <wp:wrapTight wrapText="bothSides">
              <wp:wrapPolygon edited="0">
                <wp:start x="0" y="0"/>
                <wp:lineTo x="0" y="21553"/>
                <wp:lineTo x="21572" y="21553"/>
                <wp:lineTo x="2157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3_Label_Free_HVG_C1_Recovery_QC_editable-01.jpg"/>
                    <pic:cNvPicPr/>
                  </pic:nvPicPr>
                  <pic:blipFill>
                    <a:blip r:embed="rId10"/>
                    <a:stretch>
                      <a:fillRect/>
                    </a:stretch>
                  </pic:blipFill>
                  <pic:spPr>
                    <a:xfrm>
                      <a:off x="0" y="0"/>
                      <a:ext cx="7477125" cy="6128385"/>
                    </a:xfrm>
                    <a:prstGeom prst="rect">
                      <a:avLst/>
                    </a:prstGeom>
                  </pic:spPr>
                </pic:pic>
              </a:graphicData>
            </a:graphic>
            <wp14:sizeRelH relativeFrom="page">
              <wp14:pctWidth>0</wp14:pctWidth>
            </wp14:sizeRelH>
            <wp14:sizeRelV relativeFrom="page">
              <wp14:pctHeight>0</wp14:pctHeight>
            </wp14:sizeRelV>
          </wp:anchor>
        </w:drawing>
      </w:r>
    </w:p>
    <w:p w14:paraId="44741DA0" w14:textId="77777777" w:rsidR="00B02A46" w:rsidRPr="00AC736F" w:rsidRDefault="00B02A46" w:rsidP="001E0D5F">
      <w:pPr>
        <w:jc w:val="both"/>
        <w:rPr>
          <w:rFonts w:asciiTheme="majorHAnsi" w:hAnsiTheme="majorHAnsi" w:cstheme="majorHAnsi"/>
          <w:b/>
          <w:sz w:val="17"/>
        </w:rPr>
      </w:pPr>
    </w:p>
    <w:p w14:paraId="35A1521A" w14:textId="77777777" w:rsidR="00B02A46" w:rsidRPr="00AC736F" w:rsidRDefault="00B02A46" w:rsidP="00B02A46">
      <w:pPr>
        <w:jc w:val="both"/>
        <w:rPr>
          <w:rFonts w:asciiTheme="majorHAnsi" w:hAnsiTheme="majorHAnsi" w:cstheme="majorHAnsi"/>
          <w:b/>
          <w:sz w:val="17"/>
        </w:rPr>
      </w:pPr>
    </w:p>
    <w:p w14:paraId="08D77429" w14:textId="77777777" w:rsidR="00B02A46" w:rsidRPr="00AC736F" w:rsidRDefault="00B02A46" w:rsidP="00B02A46">
      <w:pPr>
        <w:jc w:val="both"/>
        <w:rPr>
          <w:rFonts w:asciiTheme="majorHAnsi" w:hAnsiTheme="majorHAnsi" w:cstheme="majorHAnsi"/>
          <w:b/>
          <w:sz w:val="17"/>
        </w:rPr>
      </w:pPr>
    </w:p>
    <w:p w14:paraId="4C8FEBA9" w14:textId="77777777" w:rsidR="00B02A46" w:rsidRPr="00AC736F" w:rsidRDefault="00B02A46" w:rsidP="00B02A46">
      <w:pPr>
        <w:jc w:val="both"/>
        <w:rPr>
          <w:rFonts w:asciiTheme="majorHAnsi" w:hAnsiTheme="majorHAnsi" w:cstheme="majorHAnsi"/>
          <w:b/>
          <w:sz w:val="17"/>
        </w:rPr>
      </w:pPr>
    </w:p>
    <w:p w14:paraId="48509706" w14:textId="77777777" w:rsidR="00B02A46" w:rsidRPr="00AC736F" w:rsidRDefault="00B02A46" w:rsidP="00B02A46">
      <w:pPr>
        <w:jc w:val="both"/>
        <w:rPr>
          <w:rFonts w:asciiTheme="majorHAnsi" w:hAnsiTheme="majorHAnsi" w:cstheme="majorHAnsi"/>
          <w:b/>
          <w:sz w:val="17"/>
        </w:rPr>
      </w:pPr>
    </w:p>
    <w:p w14:paraId="56BE98D8" w14:textId="77777777" w:rsidR="00B02A46" w:rsidRPr="00AC736F" w:rsidRDefault="00B02A46" w:rsidP="00B02A46">
      <w:pPr>
        <w:jc w:val="both"/>
        <w:rPr>
          <w:rFonts w:asciiTheme="majorHAnsi" w:hAnsiTheme="majorHAnsi" w:cstheme="majorHAnsi"/>
          <w:b/>
          <w:sz w:val="17"/>
        </w:rPr>
      </w:pPr>
    </w:p>
    <w:p w14:paraId="68FA843D" w14:textId="77777777" w:rsidR="00B02A46" w:rsidRPr="00AC736F" w:rsidRDefault="002041CA" w:rsidP="00B02A46">
      <w:pPr>
        <w:jc w:val="both"/>
        <w:rPr>
          <w:rFonts w:asciiTheme="majorHAnsi" w:hAnsiTheme="majorHAnsi" w:cstheme="majorHAnsi"/>
          <w:b/>
          <w:sz w:val="17"/>
        </w:rPr>
      </w:pPr>
      <w:r w:rsidRPr="00AC736F">
        <w:rPr>
          <w:rFonts w:asciiTheme="majorHAnsi" w:hAnsiTheme="majorHAnsi" w:cstheme="majorHAnsi"/>
          <w:noProof/>
        </w:rPr>
        <mc:AlternateContent>
          <mc:Choice Requires="wps">
            <w:drawing>
              <wp:anchor distT="0" distB="0" distL="114300" distR="114300" simplePos="0" relativeHeight="251646976" behindDoc="1" locked="0" layoutInCell="1" allowOverlap="1" wp14:anchorId="5566A8B5" wp14:editId="7A953651">
                <wp:simplePos x="0" y="0"/>
                <wp:positionH relativeFrom="column">
                  <wp:posOffset>681990</wp:posOffset>
                </wp:positionH>
                <wp:positionV relativeFrom="paragraph">
                  <wp:posOffset>3920603</wp:posOffset>
                </wp:positionV>
                <wp:extent cx="7477125" cy="949325"/>
                <wp:effectExtent l="0" t="0" r="9525" b="3175"/>
                <wp:wrapTight wrapText="bothSides">
                  <wp:wrapPolygon edited="0">
                    <wp:start x="0" y="0"/>
                    <wp:lineTo x="0" y="21239"/>
                    <wp:lineTo x="21572" y="21239"/>
                    <wp:lineTo x="21572" y="0"/>
                    <wp:lineTo x="0" y="0"/>
                  </wp:wrapPolygon>
                </wp:wrapTight>
                <wp:docPr id="700331726" name="Text Box 1"/>
                <wp:cNvGraphicFramePr/>
                <a:graphic xmlns:a="http://schemas.openxmlformats.org/drawingml/2006/main">
                  <a:graphicData uri="http://schemas.microsoft.com/office/word/2010/wordprocessingShape">
                    <wps:wsp>
                      <wps:cNvSpPr txBox="1"/>
                      <wps:spPr>
                        <a:xfrm>
                          <a:off x="0" y="0"/>
                          <a:ext cx="7477125" cy="949325"/>
                        </a:xfrm>
                        <a:prstGeom prst="rect">
                          <a:avLst/>
                        </a:prstGeom>
                        <a:solidFill>
                          <a:prstClr val="white"/>
                        </a:solidFill>
                        <a:ln>
                          <a:noFill/>
                        </a:ln>
                      </wps:spPr>
                      <wps:txbx>
                        <w:txbxContent>
                          <w:p w14:paraId="076A695C" w14:textId="77777777" w:rsidR="00B02A46" w:rsidRDefault="00B02A46" w:rsidP="00B02A46">
                            <w:pPr>
                              <w:keepLines/>
                              <w:spacing w:before="60" w:after="160" w:line="252" w:lineRule="auto"/>
                              <w:jc w:val="both"/>
                            </w:pPr>
                            <w:r>
                              <w:rPr>
                                <w:b/>
                                <w:sz w:val="18"/>
                              </w:rPr>
                              <w:t xml:space="preserve">Supplementary Fig. 3 | Label-free HVG/C1 recovery and cluster-level QC. </w:t>
                            </w:r>
                            <w:r w:rsidRPr="00B02A46">
                              <w:rPr>
                                <w:b/>
                                <w:bCs/>
                                <w:sz w:val="18"/>
                              </w:rPr>
                              <w:t>a,</w:t>
                            </w:r>
                            <w:r>
                              <w:rPr>
                                <w:sz w:val="18"/>
                              </w:rPr>
                              <w:t xml:space="preserve"> Label-free highly variable gene (HVG) embedding with unsupervised cluster labels</w:t>
                            </w:r>
                            <w:r w:rsidRPr="00B02A46">
                              <w:rPr>
                                <w:b/>
                                <w:bCs/>
                                <w:sz w:val="18"/>
                              </w:rPr>
                              <w:t>. b,</w:t>
                            </w:r>
                            <w:r>
                              <w:rPr>
                                <w:sz w:val="18"/>
                              </w:rPr>
                              <w:t xml:space="preserve"> Overlay of LL-remodeled cells identifying a C1-enriched neighborhood without using the LL score to define the embedding. </w:t>
                            </w:r>
                            <w:r w:rsidRPr="00B02A46">
                              <w:rPr>
                                <w:b/>
                                <w:bCs/>
                                <w:sz w:val="18"/>
                              </w:rPr>
                              <w:t>c,</w:t>
                            </w:r>
                            <w:r>
                              <w:rPr>
                                <w:sz w:val="18"/>
                              </w:rPr>
                              <w:t xml:space="preserve"> Cluster ranking by candidate score and LL enrichment. </w:t>
                            </w:r>
                            <w:r w:rsidRPr="00B02A46">
                              <w:rPr>
                                <w:b/>
                                <w:bCs/>
                                <w:sz w:val="18"/>
                              </w:rPr>
                              <w:t>d,</w:t>
                            </w:r>
                            <w:r>
                              <w:rPr>
                                <w:sz w:val="18"/>
                              </w:rPr>
                              <w:t xml:space="preserve"> Donor and region coverage for C1, showing broad representation across the discovery cohort. </w:t>
                            </w:r>
                            <w:r w:rsidRPr="00B02A46">
                              <w:rPr>
                                <w:b/>
                                <w:bCs/>
                                <w:sz w:val="18"/>
                              </w:rPr>
                              <w:t>e,</w:t>
                            </w:r>
                            <w:r>
                              <w:rPr>
                                <w:sz w:val="18"/>
                              </w:rPr>
                              <w:t xml:space="preserve"> Cluster-level technical QC used to exclude a technical explanation for the C1 signal. </w:t>
                            </w:r>
                            <w:r w:rsidRPr="00B02A46">
                              <w:rPr>
                                <w:b/>
                                <w:bCs/>
                                <w:sz w:val="18"/>
                              </w:rPr>
                              <w:t>f,</w:t>
                            </w:r>
                            <w:r>
                              <w:rPr>
                                <w:sz w:val="18"/>
                              </w:rPr>
                              <w:t xml:space="preserve"> Cluster-level program fingerprint. C1 comprised 2,876 cells, was 43.0% LL-remodeled, showed 3.18-fold LL enrichment, and was observed in 83 of 84 donors and all 10 regions, supporting C1 as a reproducible LL-enriched neighborhood rather than a complete or exclusive LL partition.</w:t>
                            </w:r>
                          </w:p>
                          <w:p w14:paraId="1858A69F" w14:textId="77777777" w:rsidR="00B02A46" w:rsidRPr="00180FB9" w:rsidRDefault="00B02A46" w:rsidP="00B02A46">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66A8B5" id="_x0000_s1028" type="#_x0000_t202" style="position:absolute;left:0;text-align:left;margin-left:53.7pt;margin-top:308.7pt;width:588.75pt;height:74.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" stroked="f">
                <v:textbox inset="0,0,0,0">
                  <w:txbxContent>
                    <w:p w14:paraId="076A695C" w14:textId="77777777" w:rsidR="00B02A46" w:rsidRDefault="00B02A46" w:rsidP="00B02A46">
                      <w:pPr>
                        <w:keepLines/>
                        <w:spacing w:before="60" w:after="160" w:line="252" w:lineRule="auto"/>
                        <w:jc w:val="both"/>
                      </w:pPr>
                      <w:r>
                        <w:rPr>
                          <w:b/>
                          <w:sz w:val="18"/>
                        </w:rPr>
                        <w:t xml:space="preserve">Supplementary Fig. 3 | Label-free HVG/C1 recovery and cluster-level QC. </w:t>
                      </w:r>
                      <w:r w:rsidRPr="00B02A46">
                        <w:rPr>
                          <w:b/>
                          <w:bCs/>
                          <w:sz w:val="18"/>
                        </w:rPr>
                        <w:t>a,</w:t>
                      </w:r>
                      <w:r>
                        <w:rPr>
                          <w:sz w:val="18"/>
                        </w:rPr>
                        <w:t xml:space="preserve"> Label-free highly variable gene (HVG) embedding with unsupervised cluster labels</w:t>
                      </w:r>
                      <w:r w:rsidRPr="00B02A46">
                        <w:rPr>
                          <w:b/>
                          <w:bCs/>
                          <w:sz w:val="18"/>
                        </w:rPr>
                        <w:t>. b,</w:t>
                      </w:r>
                      <w:r>
                        <w:rPr>
                          <w:sz w:val="18"/>
                        </w:rPr>
                        <w:t xml:space="preserve"> Overlay of LL-remodeled cells identifying a C1-enriched neighborhood without using the LL score to define the embedding. </w:t>
                      </w:r>
                      <w:r w:rsidRPr="00B02A46">
                        <w:rPr>
                          <w:b/>
                          <w:bCs/>
                          <w:sz w:val="18"/>
                        </w:rPr>
                        <w:t>c,</w:t>
                      </w:r>
                      <w:r>
                        <w:rPr>
                          <w:sz w:val="18"/>
                        </w:rPr>
                        <w:t xml:space="preserve"> Cluster ranking by candidate score and LL enrichment. </w:t>
                      </w:r>
                      <w:r w:rsidRPr="00B02A46">
                        <w:rPr>
                          <w:b/>
                          <w:bCs/>
                          <w:sz w:val="18"/>
                        </w:rPr>
                        <w:t>d,</w:t>
                      </w:r>
                      <w:r>
                        <w:rPr>
                          <w:sz w:val="18"/>
                        </w:rPr>
                        <w:t xml:space="preserve"> Donor and region coverage for C1, showing broad representation across the discovery cohort. </w:t>
                      </w:r>
                      <w:r w:rsidRPr="00B02A46">
                        <w:rPr>
                          <w:b/>
                          <w:bCs/>
                          <w:sz w:val="18"/>
                        </w:rPr>
                        <w:t>e,</w:t>
                      </w:r>
                      <w:r>
                        <w:rPr>
                          <w:sz w:val="18"/>
                        </w:rPr>
                        <w:t xml:space="preserve"> Cluster-level technical QC used to exclude a technical explanation for the C1 signal. </w:t>
                      </w:r>
                      <w:r w:rsidRPr="00B02A46">
                        <w:rPr>
                          <w:b/>
                          <w:bCs/>
                          <w:sz w:val="18"/>
                        </w:rPr>
                        <w:t>f,</w:t>
                      </w:r>
                      <w:r>
                        <w:rPr>
                          <w:sz w:val="18"/>
                        </w:rPr>
                        <w:t xml:space="preserve"> Cluster-level program fingerprint. C1 comprised 2,876 cells, was 43.0% LL-remodeled, showed 3.18-fold LL enrichment, and was observed in 83 of 84 donors and all 10 regions, supporting C1 as a reproducible LL-enriched neighborhood rather than a complete or exclusive LL partition.</w:t>
                      </w:r>
                    </w:p>
                    <w:p w14:paraId="1858A69F" w14:textId="77777777" w:rsidR="00B02A46" w:rsidRPr="00180FB9" w:rsidRDefault="00B02A46" w:rsidP="00B02A46">
                      <w:pPr>
                        <w:pStyle w:val="Caption"/>
                        <w:rPr>
                          <w:noProof/>
                          <w:sz w:val="20"/>
                          <w:szCs w:val="22"/>
                        </w:rPr>
                      </w:pPr>
                    </w:p>
                  </w:txbxContent>
                </v:textbox>
                <w10:wrap type="tight"/>
              </v:shape>
            </w:pict>
          </mc:Fallback>
        </mc:AlternateContent>
      </w:r>
    </w:p>
    <w:p w14:paraId="6DAFF5F8" w14:textId="77777777" w:rsidR="00F96DD6" w:rsidRPr="00AC736F" w:rsidRDefault="00B02A46" w:rsidP="00B02A46">
      <w:pPr>
        <w:jc w:val="both"/>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65408" behindDoc="1" locked="0" layoutInCell="1" allowOverlap="1" wp14:anchorId="394D72CF" wp14:editId="3D943519">
                <wp:simplePos x="0" y="0"/>
                <wp:positionH relativeFrom="column">
                  <wp:posOffset>868045</wp:posOffset>
                </wp:positionH>
                <wp:positionV relativeFrom="paragraph">
                  <wp:posOffset>5854700</wp:posOffset>
                </wp:positionV>
                <wp:extent cx="7224395" cy="635"/>
                <wp:effectExtent l="0" t="0" r="0" b="0"/>
                <wp:wrapTight wrapText="bothSides">
                  <wp:wrapPolygon edited="0">
                    <wp:start x="0" y="0"/>
                    <wp:lineTo x="0" y="21600"/>
                    <wp:lineTo x="21600" y="21600"/>
                    <wp:lineTo x="21600" y="0"/>
                  </wp:wrapPolygon>
                </wp:wrapTight>
                <wp:docPr id="1245567516" name="Text Box 1"/>
                <wp:cNvGraphicFramePr/>
                <a:graphic xmlns:a="http://schemas.openxmlformats.org/drawingml/2006/main">
                  <a:graphicData uri="http://schemas.microsoft.com/office/word/2010/wordprocessingShape">
                    <wps:wsp>
                      <wps:cNvSpPr txBox="1"/>
                      <wps:spPr>
                        <a:xfrm>
                          <a:off x="0" y="0"/>
                          <a:ext cx="7224395" cy="635"/>
                        </a:xfrm>
                        <a:prstGeom prst="rect">
                          <a:avLst/>
                        </a:prstGeom>
                        <a:solidFill>
                          <a:prstClr val="white"/>
                        </a:solidFill>
                        <a:ln>
                          <a:noFill/>
                        </a:ln>
                      </wps:spPr>
                      <wps:txbx>
                        <w:txbxContent>
                          <w:p w14:paraId="4EE08792" w14:textId="77777777" w:rsidR="00B02A46" w:rsidRPr="00B02A46" w:rsidRDefault="00B02A46" w:rsidP="00B02A46">
                            <w:pPr>
                              <w:pStyle w:val="Caption"/>
                              <w:jc w:val="both"/>
                              <w:rPr>
                                <w:b w:val="0"/>
                                <w:bCs w:val="0"/>
                                <w:noProof/>
                                <w:color w:val="auto"/>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4D72CF" id="_x0000_s1029" type="#_x0000_t202" style="position:absolute;left:0;text-align:left;margin-left:68.35pt;margin-top:461pt;width:568.8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" stroked="f">
                <v:textbox style="mso-fit-shape-to-text:t" inset="0,0,0,0">
                  <w:txbxContent>
                    <w:p w14:paraId="4EE08792" w14:textId="77777777" w:rsidR="00B02A46" w:rsidRPr="00B02A46" w:rsidRDefault="00B02A46" w:rsidP="00B02A46">
                      <w:pPr>
                        <w:pStyle w:val="Caption"/>
                        <w:jc w:val="both"/>
                        <w:rPr>
                          <w:b w:val="0"/>
                          <w:bCs w:val="0"/>
                          <w:noProof/>
                          <w:color w:val="auto"/>
                          <w:sz w:val="20"/>
                          <w:szCs w:val="22"/>
                        </w:rPr>
                      </w:pPr>
                    </w:p>
                  </w:txbxContent>
                </v:textbox>
                <w10:wrap type="tight"/>
              </v:shape>
            </w:pict>
          </mc:Fallback>
        </mc:AlternateContent>
      </w:r>
    </w:p>
    <w:p w14:paraId="127C14D2" w14:textId="77777777" w:rsidR="00F96DD6" w:rsidRPr="00AC736F" w:rsidRDefault="00AF4D4E" w:rsidP="00AF4D4E">
      <w:pPr>
        <w:pStyle w:val="Heading1"/>
      </w:pPr>
      <w:r w:rsidRPr="00AC736F">
        <w:rPr>
          <w:noProof/>
        </w:rPr>
        <w:drawing>
          <wp:anchor distT="0" distB="0" distL="114300" distR="114300" simplePos="0" relativeHeight="251656192" behindDoc="1" locked="0" layoutInCell="1" allowOverlap="1" wp14:anchorId="095A47CA" wp14:editId="33C1987F">
            <wp:simplePos x="0" y="0"/>
            <wp:positionH relativeFrom="column">
              <wp:posOffset>869315</wp:posOffset>
            </wp:positionH>
            <wp:positionV relativeFrom="paragraph">
              <wp:posOffset>-208280</wp:posOffset>
            </wp:positionV>
            <wp:extent cx="6882130" cy="5636895"/>
            <wp:effectExtent l="0" t="0" r="0" b="1905"/>
            <wp:wrapTight wrapText="bothSides">
              <wp:wrapPolygon edited="0">
                <wp:start x="0" y="0"/>
                <wp:lineTo x="0" y="21534"/>
                <wp:lineTo x="21524" y="21534"/>
                <wp:lineTo x="2152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4_C1_Marker_Specificity_DE_editable-01.jpg"/>
                    <pic:cNvPicPr/>
                  </pic:nvPicPr>
                  <pic:blipFill>
                    <a:blip r:embed="rId11"/>
                    <a:stretch>
                      <a:fillRect/>
                    </a:stretch>
                  </pic:blipFill>
                  <pic:spPr>
                    <a:xfrm>
                      <a:off x="0" y="0"/>
                      <a:ext cx="6882130" cy="5636895"/>
                    </a:xfrm>
                    <a:prstGeom prst="rect">
                      <a:avLst/>
                    </a:prstGeom>
                  </pic:spPr>
                </pic:pic>
              </a:graphicData>
            </a:graphic>
            <wp14:sizeRelH relativeFrom="page">
              <wp14:pctWidth>0</wp14:pctWidth>
            </wp14:sizeRelH>
            <wp14:sizeRelV relativeFrom="page">
              <wp14:pctHeight>0</wp14:pctHeight>
            </wp14:sizeRelV>
          </wp:anchor>
        </w:drawing>
      </w:r>
      <w:r w:rsidR="00524E6D">
        <w:rPr>
          <w:noProof/>
        </w:rPr>
        <mc:AlternateContent>
          <mc:Choice Requires="wps">
            <w:drawing>
              <wp:anchor distT="0" distB="0" distL="114300" distR="114300" simplePos="0" relativeHeight="251659264" behindDoc="1" locked="0" layoutInCell="1" allowOverlap="1" wp14:anchorId="14500982" wp14:editId="5711E398">
                <wp:simplePos x="0" y="0"/>
                <wp:positionH relativeFrom="column">
                  <wp:posOffset>869315</wp:posOffset>
                </wp:positionH>
                <wp:positionV relativeFrom="paragraph">
                  <wp:posOffset>5429250</wp:posOffset>
                </wp:positionV>
                <wp:extent cx="6882130" cy="635"/>
                <wp:effectExtent l="0" t="0" r="0" b="0"/>
                <wp:wrapTight wrapText="bothSides">
                  <wp:wrapPolygon edited="0">
                    <wp:start x="0" y="0"/>
                    <wp:lineTo x="0" y="21600"/>
                    <wp:lineTo x="21600" y="21600"/>
                    <wp:lineTo x="21600" y="0"/>
                  </wp:wrapPolygon>
                </wp:wrapTight>
                <wp:docPr id="669329188" name="Text Box 1"/>
                <wp:cNvGraphicFramePr/>
                <a:graphic xmlns:a="http://schemas.openxmlformats.org/drawingml/2006/main">
                  <a:graphicData uri="http://schemas.microsoft.com/office/word/2010/wordprocessingShape">
                    <wps:wsp>
                      <wps:cNvSpPr txBox="1"/>
                      <wps:spPr>
                        <a:xfrm>
                          <a:off x="0" y="0"/>
                          <a:ext cx="6882130" cy="635"/>
                        </a:xfrm>
                        <a:prstGeom prst="rect">
                          <a:avLst/>
                        </a:prstGeom>
                        <a:solidFill>
                          <a:prstClr val="white"/>
                        </a:solidFill>
                        <a:ln>
                          <a:noFill/>
                        </a:ln>
                      </wps:spPr>
                      <wps:txbx>
                        <w:txbxContent>
                          <w:p w14:paraId="0B2905B9" w14:textId="77777777" w:rsidR="00524E6D" w:rsidRPr="00AF4D4E" w:rsidRDefault="00524E6D" w:rsidP="00AF4D4E">
                            <w:pPr>
                              <w:pStyle w:val="Caption"/>
                              <w:jc w:val="both"/>
                              <w:rPr>
                                <w:rFonts w:cstheme="majorHAnsi"/>
                                <w:b w:val="0"/>
                                <w:bCs w:val="0"/>
                                <w:noProof/>
                                <w:color w:val="auto"/>
                                <w:sz w:val="32"/>
                                <w:szCs w:val="28"/>
                              </w:rPr>
                            </w:pPr>
                            <w:r w:rsidRPr="00AF4D4E">
                              <w:rPr>
                                <w:color w:val="auto"/>
                              </w:rPr>
                              <w:t>Supplementary Fig. 4 | Candidate C1 marker specificity and differential-expression support</w:t>
                            </w:r>
                            <w:r w:rsidRPr="00AF4D4E">
                              <w:rPr>
                                <w:b w:val="0"/>
                                <w:bCs w:val="0"/>
                                <w:color w:val="auto"/>
                              </w:rPr>
                              <w:t>.</w:t>
                            </w:r>
                            <w:r w:rsidRPr="00AF4D4E">
                              <w:rPr>
                                <w:b w:val="0"/>
                                <w:bCs w:val="0"/>
                                <w:color w:val="auto"/>
                              </w:rPr>
                              <w:br/>
                              <w:t xml:space="preserve">a, Differential-expression analysis comparing candidate C1 cells with all other Microglia/PVM-lineage cells, highlighting transcripts enriched in the LL-enriched C1 neighborhood. b, Differential-expression comparison of candidate C1 cells against DAM/LAM/LDAM-known reference cells, used to test whether C1 markers are explained only by canonical disease-associated programs. c, Top candidate C1 markers ranked by log fold-change and detection specificity, including GPNMB, NUPR1, ANXA2, VIM, CD44, EYA2, TNS1 and KCNE1. d, Expression and detection summary for candidate C1 markers and reference disease-state markers across candidate and comparator cell sets. e, Distribution of candidate C1 marker expression across HVG clusters, showing that the marker pattern is strongest in the LL-enriched C1 neighborhood. f, </w:t>
                            </w:r>
                            <w:proofErr w:type="gramStart"/>
                            <w:r w:rsidRPr="00AF4D4E">
                              <w:rPr>
                                <w:b w:val="0"/>
                                <w:bCs w:val="0"/>
                                <w:color w:val="auto"/>
                              </w:rPr>
                              <w:t>Ranked</w:t>
                            </w:r>
                            <w:proofErr w:type="gramEnd"/>
                            <w:r w:rsidRPr="00AF4D4E">
                              <w:rPr>
                                <w:b w:val="0"/>
                                <w:bCs w:val="0"/>
                                <w:color w:val="auto"/>
                              </w:rPr>
                              <w:t xml:space="preserve"> candidate marker summary supporting C1 as a reproducible LL-enriched transcriptional neighborhood rather than a discrete new cell type or a complete partition of all LL-remodeled cells.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500982" id="_x0000_s1030" type="#_x0000_t202" style="position:absolute;margin-left:68.45pt;margin-top:427.5pt;width:541.9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ZYGQIAAD8EAAAOAAAAZHJzL2Uyb0RvYy54bWysU1GP2jAMfp+0/xDlfRS4Da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" stroked="f">
                <v:textbox style="mso-fit-shape-to-text:t" inset="0,0,0,0">
                  <w:txbxContent>
                    <w:p w14:paraId="0B2905B9" w14:textId="77777777" w:rsidR="00524E6D" w:rsidRPr="00AF4D4E" w:rsidRDefault="00524E6D" w:rsidP="00AF4D4E">
                      <w:pPr>
                        <w:pStyle w:val="Caption"/>
                        <w:jc w:val="both"/>
                        <w:rPr>
                          <w:rFonts w:cstheme="majorHAnsi"/>
                          <w:b w:val="0"/>
                          <w:bCs w:val="0"/>
                          <w:noProof/>
                          <w:color w:val="auto"/>
                          <w:sz w:val="32"/>
                          <w:szCs w:val="28"/>
                        </w:rPr>
                      </w:pPr>
                      <w:r w:rsidRPr="00AF4D4E">
                        <w:rPr>
                          <w:color w:val="auto"/>
                        </w:rPr>
                        <w:t>Supplementary Fig. 4 | Candidate C1 marker specificity and differential-expression support</w:t>
                      </w:r>
                      <w:r w:rsidRPr="00AF4D4E">
                        <w:rPr>
                          <w:b w:val="0"/>
                          <w:bCs w:val="0"/>
                          <w:color w:val="auto"/>
                        </w:rPr>
                        <w:t>.</w:t>
                      </w:r>
                      <w:r w:rsidRPr="00AF4D4E">
                        <w:rPr>
                          <w:b w:val="0"/>
                          <w:bCs w:val="0"/>
                          <w:color w:val="auto"/>
                        </w:rPr>
                        <w:br/>
                        <w:t xml:space="preserve">a, Differential-expression analysis comparing candidate C1 cells with all other Microglia/PVM-lineage cells, highlighting transcripts enriched in the LL-enriched C1 neighborhood. b, Differential-expression comparison of candidate C1 cells against DAM/LAM/LDAM-known reference cells, used to test whether C1 markers are explained only by canonical disease-associated programs. c, Top candidate C1 markers ranked by log fold-change and detection specificity, including GPNMB, NUPR1, ANXA2, VIM, CD44, EYA2, TNS1 and KCNE1. d, Expression and detection summary for candidate C1 markers and reference disease-state markers across candidate and comparator cell sets. e, Distribution of candidate C1 marker expression across HVG clusters, showing that the marker pattern is strongest in the LL-enriched C1 neighborhood. f, </w:t>
                      </w:r>
                      <w:proofErr w:type="gramStart"/>
                      <w:r w:rsidRPr="00AF4D4E">
                        <w:rPr>
                          <w:b w:val="0"/>
                          <w:bCs w:val="0"/>
                          <w:color w:val="auto"/>
                        </w:rPr>
                        <w:t>Ranked</w:t>
                      </w:r>
                      <w:proofErr w:type="gramEnd"/>
                      <w:r w:rsidRPr="00AF4D4E">
                        <w:rPr>
                          <w:b w:val="0"/>
                          <w:bCs w:val="0"/>
                          <w:color w:val="auto"/>
                        </w:rPr>
                        <w:t xml:space="preserve"> candidate marker summary supporting C1 as a reproducible LL-enriched transcriptional neighborhood rather than a discrete new cell type or a complete partition of all LL-remodeled cells.</w:t>
                      </w:r>
                    </w:p>
                  </w:txbxContent>
                </v:textbox>
                <w10:wrap type="tight"/>
              </v:shape>
            </w:pict>
          </mc:Fallback>
        </mc:AlternateContent>
      </w:r>
    </w:p>
    <w:p w14:paraId="3D377B28" w14:textId="77777777" w:rsidR="00AF4D4E" w:rsidRPr="00AC736F" w:rsidRDefault="00AF4D4E" w:rsidP="00AF4D4E">
      <w:pPr>
        <w:pStyle w:val="Heading1"/>
        <w:rPr>
          <w:rFonts w:cstheme="majorHAnsi"/>
          <w:color w:val="auto"/>
        </w:rPr>
      </w:pPr>
      <w:r>
        <w:rPr>
          <w:rFonts w:cstheme="majorHAnsi"/>
          <w:color w:val="auto"/>
        </w:rPr>
        <w:t>S</w:t>
      </w:r>
      <w:r w:rsidRPr="00AC736F">
        <w:rPr>
          <w:rFonts w:cstheme="majorHAnsi"/>
          <w:color w:val="auto"/>
        </w:rPr>
        <w:t>upplementary Note 3 | Robustness, specificity and strict microglia controls</w:t>
      </w:r>
    </w:p>
    <w:p w14:paraId="147C7038" w14:textId="77777777" w:rsidR="00AF4D4E" w:rsidRDefault="00AF4D4E">
      <w:pPr>
        <w:spacing w:after="120" w:line="259" w:lineRule="auto"/>
        <w:rPr>
          <w:rFonts w:asciiTheme="majorHAnsi" w:hAnsiTheme="majorHAnsi" w:cstheme="majorHAnsi"/>
        </w:rPr>
      </w:pPr>
    </w:p>
    <w:p w14:paraId="04E9E126" w14:textId="77777777" w:rsidR="00F96DD6" w:rsidRPr="00AC736F" w:rsidRDefault="00000000">
      <w:pPr>
        <w:spacing w:after="120" w:line="259" w:lineRule="auto"/>
        <w:rPr>
          <w:rFonts w:asciiTheme="majorHAnsi" w:hAnsiTheme="majorHAnsi" w:cstheme="majorHAnsi"/>
        </w:rPr>
      </w:pPr>
      <w:r>
        <w:t>Supplementary Figs. 5-7 address the most likely reviewer concerns: threshold arbitrariness, shared lipid-lysosome genes, scoring-method dependence, overlap with canonical programs and PVM/monocyte contamination. Together these analyses show that LL remodeling is partially aligned with canonical disease programs but retains residual structure and persists after conservative filtering. These controls calibrate the operating definition; they do not convert the LL label into a natural cluster or fully circularity-free construct.</w:t>
      </w:r>
    </w:p>
    <w:p w14:paraId="1B6F2940" w14:textId="77777777" w:rsidR="005262C0" w:rsidRPr="00AC736F" w:rsidRDefault="005262C0" w:rsidP="005262C0">
      <w:pPr>
        <w:pStyle w:val="Heading2"/>
        <w:rPr>
          <w:rFonts w:cstheme="majorHAnsi"/>
          <w:color w:val="auto"/>
        </w:rPr>
      </w:pPr>
      <w:r w:rsidRPr="00AC736F">
        <w:rPr>
          <w:rFonts w:cstheme="majorHAnsi"/>
          <w:color w:val="auto"/>
        </w:rPr>
        <w:t>Supplementary Fig. 5 | Operational threshold, gene-set and scoring-method robustness</w:t>
      </w:r>
    </w:p>
    <w:p w14:paraId="128E49CE" w14:textId="77777777" w:rsidR="0049367C" w:rsidRDefault="00000000">
      <w:r>
        <w:t>Caption clarification: Panels should be read as robustness controls for the operational q0.75/q0.75 label. The threshold grid shows monotonic cutoff dependence without a natural elbow; leave-one-gene, bridge-gene removal, random HVG and alternative-scoring panels test sensitivity of the label and burden summaries rather than redefining the biological axis.</w:t>
      </w:r>
    </w:p>
    <w:p w14:paraId="77B2173C" w14:textId="77777777" w:rsidR="005262C0" w:rsidRPr="00AC736F" w:rsidRDefault="005262C0" w:rsidP="005262C0">
      <w:pPr>
        <w:pStyle w:val="Heading2"/>
        <w:rPr>
          <w:rFonts w:cstheme="majorHAnsi"/>
          <w:color w:val="auto"/>
        </w:rPr>
      </w:pPr>
      <w:r w:rsidRPr="00AC736F">
        <w:rPr>
          <w:rFonts w:cstheme="majorHAnsi"/>
          <w:color w:val="auto"/>
        </w:rPr>
        <w:t>Supplementary Fig. 6 | Canonical-state overlap and residual specificity controls</w:t>
      </w:r>
    </w:p>
    <w:p w14:paraId="063249DE" w14:textId="77777777" w:rsidR="0049367C" w:rsidRDefault="00000000">
      <w:r>
        <w:t>Caption clarification: Panels compare LL remodeling with DAM/LAM/LDAM and LD-associated programs. Residual panels test whether LL carries information not fully captured by canonical-program scores; they do not claim mechanistic independence because these programs share disease context and partially overlapping genes.</w:t>
      </w:r>
    </w:p>
    <w:p w14:paraId="524880DF" w14:textId="77777777" w:rsidR="005262C0" w:rsidRPr="00AC736F" w:rsidRDefault="005262C0" w:rsidP="005262C0">
      <w:pPr>
        <w:pStyle w:val="Heading2"/>
        <w:rPr>
          <w:rFonts w:cstheme="majorHAnsi"/>
          <w:color w:val="auto"/>
        </w:rPr>
      </w:pPr>
      <w:r w:rsidRPr="00AC736F">
        <w:rPr>
          <w:rFonts w:cstheme="majorHAnsi"/>
          <w:color w:val="auto"/>
        </w:rPr>
        <w:t>Supplementary Fig. 7 | Strict microglia filter and PVM/monocyte contamination control</w:t>
      </w:r>
    </w:p>
    <w:p w14:paraId="79C01987"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Robustness analyses showed that the LL call is not driven by a single marker, a single score implementation or PVM/monocyte-enriched cells. Leave-one-gene analysis retained substantial overlap with the original call; the lowest observed Jaccard value was 0.769 after ABCA1 removal. Removing the bridge genes GBA, LIPA, NPC1 and NPC2 retained 92.0% cell-label concordance and preserved donor-region LL burden rankings (Spearman rho = 0.937 across 532 donor-region summaries), despite reducing the non-overlap LL count to 25,904 cells.</w:t>
      </w:r>
    </w:p>
    <w:p w14:paraId="59A0575D"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 xml:space="preserve">Alternative scoring methods overlapped partially but not perfectly with the primary mean-score implementation. Mean-score versus </w:t>
      </w:r>
      <w:proofErr w:type="spellStart"/>
      <w:r w:rsidRPr="00F0737F">
        <w:rPr>
          <w:rFonts w:asciiTheme="majorHAnsi" w:hAnsiTheme="majorHAnsi" w:cstheme="majorHAnsi"/>
          <w:sz w:val="22"/>
          <w:szCs w:val="24"/>
        </w:rPr>
        <w:t>AUCell</w:t>
      </w:r>
      <w:proofErr w:type="spellEnd"/>
      <w:r w:rsidRPr="00F0737F">
        <w:rPr>
          <w:rFonts w:asciiTheme="majorHAnsi" w:hAnsiTheme="majorHAnsi" w:cstheme="majorHAnsi"/>
          <w:sz w:val="22"/>
          <w:szCs w:val="24"/>
        </w:rPr>
        <w:t xml:space="preserve"> Jaccard was 0.56, mean-score versus </w:t>
      </w:r>
      <w:proofErr w:type="spellStart"/>
      <w:r w:rsidRPr="00F0737F">
        <w:rPr>
          <w:rFonts w:asciiTheme="majorHAnsi" w:hAnsiTheme="majorHAnsi" w:cstheme="majorHAnsi"/>
          <w:sz w:val="22"/>
          <w:szCs w:val="24"/>
        </w:rPr>
        <w:t>UCell</w:t>
      </w:r>
      <w:proofErr w:type="spellEnd"/>
      <w:r w:rsidRPr="00F0737F">
        <w:rPr>
          <w:rFonts w:asciiTheme="majorHAnsi" w:hAnsiTheme="majorHAnsi" w:cstheme="majorHAnsi"/>
          <w:sz w:val="22"/>
          <w:szCs w:val="24"/>
        </w:rPr>
        <w:t>/</w:t>
      </w:r>
      <w:proofErr w:type="spellStart"/>
      <w:r w:rsidRPr="00F0737F">
        <w:rPr>
          <w:rFonts w:asciiTheme="majorHAnsi" w:hAnsiTheme="majorHAnsi" w:cstheme="majorHAnsi"/>
          <w:sz w:val="22"/>
          <w:szCs w:val="24"/>
        </w:rPr>
        <w:t>singscore</w:t>
      </w:r>
      <w:proofErr w:type="spellEnd"/>
      <w:r w:rsidRPr="00F0737F">
        <w:rPr>
          <w:rFonts w:asciiTheme="majorHAnsi" w:hAnsiTheme="majorHAnsi" w:cstheme="majorHAnsi"/>
          <w:sz w:val="22"/>
          <w:szCs w:val="24"/>
        </w:rPr>
        <w:t xml:space="preserve"> was 0.48, and </w:t>
      </w:r>
      <w:proofErr w:type="spellStart"/>
      <w:r w:rsidRPr="00F0737F">
        <w:rPr>
          <w:rFonts w:asciiTheme="majorHAnsi" w:hAnsiTheme="majorHAnsi" w:cstheme="majorHAnsi"/>
          <w:sz w:val="22"/>
          <w:szCs w:val="24"/>
        </w:rPr>
        <w:t>UCell</w:t>
      </w:r>
      <w:proofErr w:type="spellEnd"/>
      <w:r w:rsidRPr="00F0737F">
        <w:rPr>
          <w:rFonts w:asciiTheme="majorHAnsi" w:hAnsiTheme="majorHAnsi" w:cstheme="majorHAnsi"/>
          <w:sz w:val="22"/>
          <w:szCs w:val="24"/>
        </w:rPr>
        <w:t xml:space="preserve"> versus </w:t>
      </w:r>
      <w:proofErr w:type="spellStart"/>
      <w:r w:rsidRPr="00F0737F">
        <w:rPr>
          <w:rFonts w:asciiTheme="majorHAnsi" w:hAnsiTheme="majorHAnsi" w:cstheme="majorHAnsi"/>
          <w:sz w:val="22"/>
          <w:szCs w:val="24"/>
        </w:rPr>
        <w:t>singscore</w:t>
      </w:r>
      <w:proofErr w:type="spellEnd"/>
      <w:r w:rsidRPr="00F0737F">
        <w:rPr>
          <w:rFonts w:asciiTheme="majorHAnsi" w:hAnsiTheme="majorHAnsi" w:cstheme="majorHAnsi"/>
          <w:sz w:val="22"/>
          <w:szCs w:val="24"/>
        </w:rPr>
        <w:t xml:space="preserve"> was 1.00. Random HVG controls were weak discriminators (random-control AUROC mean = 0.544; </w:t>
      </w:r>
      <w:proofErr w:type="spellStart"/>
      <w:r w:rsidRPr="00F0737F">
        <w:rPr>
          <w:rFonts w:asciiTheme="majorHAnsi" w:hAnsiTheme="majorHAnsi" w:cstheme="majorHAnsi"/>
          <w:sz w:val="22"/>
          <w:szCs w:val="24"/>
        </w:rPr>
        <w:t>s.d.</w:t>
      </w:r>
      <w:proofErr w:type="spellEnd"/>
      <w:r w:rsidRPr="00F0737F">
        <w:rPr>
          <w:rFonts w:asciiTheme="majorHAnsi" w:hAnsiTheme="majorHAnsi" w:cstheme="majorHAnsi"/>
          <w:sz w:val="22"/>
          <w:szCs w:val="24"/>
        </w:rPr>
        <w:t xml:space="preserve"> = 0.024; 2.5-97.5% interval, 0.512-0.603; random AUPRC mean = 0.049), supporting biological specificity of the curated LL axis.</w:t>
      </w:r>
    </w:p>
    <w:p w14:paraId="7744666B"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Residual specificity analyses showed partial overlap with known disease programs but preserved residual structure. In SEA-AD, the residual lipid-lysosome axis predicted LL-remodeled cells with AUROC = 0.810 and residual Spearman rho = 0.367 after known state adjustment. This result supports the calibrated statement that LL remodeling is related to, but not fully reducible to, DAM/LAM/LDAM-like activation. Because the canonical signatures and the LL axis share disease-associated biology and some genes, these residual results are interpreted as non-redundant information rather than strict independence.</w:t>
      </w:r>
    </w:p>
    <w:p w14:paraId="161A1CB2" w14:textId="77777777" w:rsidR="007C7363" w:rsidRPr="00AC736F" w:rsidRDefault="007C7363" w:rsidP="00F0737F">
      <w:pPr>
        <w:spacing w:after="120" w:line="252" w:lineRule="auto"/>
        <w:jc w:val="both"/>
        <w:rPr>
          <w:rFonts w:asciiTheme="majorHAnsi" w:hAnsiTheme="majorHAnsi" w:cstheme="majorHAnsi"/>
        </w:rPr>
      </w:pPr>
      <w:r w:rsidRPr="00F0737F">
        <w:rPr>
          <w:rFonts w:asciiTheme="majorHAnsi" w:hAnsiTheme="majorHAnsi" w:cstheme="majorHAnsi"/>
          <w:sz w:val="22"/>
          <w:szCs w:val="24"/>
        </w:rPr>
        <w:t>The strict microglia filter retained 139,151 cells (58.95%) and removed 96,893 cells, including 42 source-annotated monocytes, 59,011 cells below the strict-microglia score quartile and 59,009 cells above the PVM/monocyte context quartile. LL burden changed modestly from 13.34% in the original Microglia/PVM compartment to 12.04% in strict microglia, while excluded cells showed 15.21% LL burden. The retained set had higher strict-microglia marker score (2.23 versus 1.15) and lower PVM/monocyte marker score (1.59 versus 3.21) than excluded cells</w:t>
      </w:r>
      <w:r w:rsidRPr="00AC736F">
        <w:rPr>
          <w:rFonts w:asciiTheme="majorHAnsi" w:hAnsiTheme="majorHAnsi" w:cstheme="majorHAnsi"/>
        </w:rPr>
        <w:t>.</w:t>
      </w:r>
    </w:p>
    <w:tbl>
      <w:tblPr>
        <w:tblStyle w:val="PlainTable1"/>
        <w:tblW w:w="0" w:type="auto"/>
        <w:jc w:val="center"/>
        <w:tblLook w:val="04A0" w:firstRow="1" w:lastRow="0" w:firstColumn="1" w:lastColumn="0" w:noHBand="0" w:noVBand="1"/>
      </w:tblPr>
      <w:tblGrid>
        <w:gridCol w:w="3024"/>
        <w:gridCol w:w="2160"/>
        <w:gridCol w:w="2016"/>
        <w:gridCol w:w="2016"/>
      </w:tblGrid>
      <w:tr w:rsidR="007C7363" w:rsidRPr="00AC736F" w14:paraId="4509069D" w14:textId="77777777" w:rsidTr="007C7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02CB9C07" w14:textId="77777777" w:rsidR="007C7363" w:rsidRPr="00AC736F" w:rsidRDefault="007C7363" w:rsidP="00AA26F2">
            <w:pPr>
              <w:rPr>
                <w:rFonts w:asciiTheme="majorHAnsi" w:hAnsiTheme="majorHAnsi" w:cstheme="majorHAnsi"/>
              </w:rPr>
            </w:pPr>
            <w:r w:rsidRPr="00AC736F">
              <w:rPr>
                <w:rFonts w:asciiTheme="majorHAnsi" w:hAnsiTheme="majorHAnsi" w:cstheme="majorHAnsi"/>
                <w:sz w:val="17"/>
              </w:rPr>
              <w:t>Strict-filter comparison</w:t>
            </w:r>
          </w:p>
        </w:tc>
        <w:tc>
          <w:tcPr>
            <w:tcW w:w="2160" w:type="dxa"/>
          </w:tcPr>
          <w:p w14:paraId="582D7755"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Original Microglia/PVM</w:t>
            </w:r>
          </w:p>
        </w:tc>
        <w:tc>
          <w:tcPr>
            <w:tcW w:w="2016" w:type="dxa"/>
          </w:tcPr>
          <w:p w14:paraId="6347D9F6"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Strict microglia</w:t>
            </w:r>
          </w:p>
        </w:tc>
        <w:tc>
          <w:tcPr>
            <w:tcW w:w="2016" w:type="dxa"/>
          </w:tcPr>
          <w:p w14:paraId="56819A4B"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Excluded cells</w:t>
            </w:r>
          </w:p>
        </w:tc>
      </w:tr>
      <w:tr w:rsidR="007C7363" w:rsidRPr="00AC736F" w14:paraId="572AE675"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064F86F0"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Cells</w:t>
            </w:r>
          </w:p>
        </w:tc>
        <w:tc>
          <w:tcPr>
            <w:tcW w:w="2160" w:type="dxa"/>
          </w:tcPr>
          <w:p w14:paraId="33F846C2"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236,044</w:t>
            </w:r>
          </w:p>
        </w:tc>
        <w:tc>
          <w:tcPr>
            <w:tcW w:w="2016" w:type="dxa"/>
          </w:tcPr>
          <w:p w14:paraId="56BF4256"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139,151</w:t>
            </w:r>
          </w:p>
        </w:tc>
        <w:tc>
          <w:tcPr>
            <w:tcW w:w="2016" w:type="dxa"/>
          </w:tcPr>
          <w:p w14:paraId="0260D07C"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96,893</w:t>
            </w:r>
          </w:p>
        </w:tc>
      </w:tr>
      <w:tr w:rsidR="007C7363" w:rsidRPr="00AC736F" w14:paraId="46ED9BE8"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3024" w:type="dxa"/>
          </w:tcPr>
          <w:p w14:paraId="23D8064D"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LL-remodeled cells</w:t>
            </w:r>
          </w:p>
        </w:tc>
        <w:tc>
          <w:tcPr>
            <w:tcW w:w="2160" w:type="dxa"/>
          </w:tcPr>
          <w:p w14:paraId="317682C1"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31,490</w:t>
            </w:r>
          </w:p>
        </w:tc>
        <w:tc>
          <w:tcPr>
            <w:tcW w:w="2016" w:type="dxa"/>
          </w:tcPr>
          <w:p w14:paraId="2A82E43B"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16,751</w:t>
            </w:r>
          </w:p>
        </w:tc>
        <w:tc>
          <w:tcPr>
            <w:tcW w:w="2016" w:type="dxa"/>
          </w:tcPr>
          <w:p w14:paraId="7A7A7529"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14,739</w:t>
            </w:r>
          </w:p>
        </w:tc>
      </w:tr>
      <w:tr w:rsidR="007C7363" w:rsidRPr="00AC736F" w14:paraId="5BA4623E"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2482F06B"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LL-remodeled percent</w:t>
            </w:r>
          </w:p>
        </w:tc>
        <w:tc>
          <w:tcPr>
            <w:tcW w:w="2160" w:type="dxa"/>
          </w:tcPr>
          <w:p w14:paraId="4E4E0A3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13.34</w:t>
            </w:r>
          </w:p>
        </w:tc>
        <w:tc>
          <w:tcPr>
            <w:tcW w:w="2016" w:type="dxa"/>
          </w:tcPr>
          <w:p w14:paraId="22EBD068"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12.04</w:t>
            </w:r>
          </w:p>
        </w:tc>
        <w:tc>
          <w:tcPr>
            <w:tcW w:w="2016" w:type="dxa"/>
          </w:tcPr>
          <w:p w14:paraId="4BA6DE2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15.21</w:t>
            </w:r>
          </w:p>
        </w:tc>
      </w:tr>
      <w:tr w:rsidR="007C7363" w:rsidRPr="00AC736F" w14:paraId="5732A9BB"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3024" w:type="dxa"/>
          </w:tcPr>
          <w:p w14:paraId="4C59BE96"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Strict-microglia marker score</w:t>
            </w:r>
          </w:p>
        </w:tc>
        <w:tc>
          <w:tcPr>
            <w:tcW w:w="2160" w:type="dxa"/>
          </w:tcPr>
          <w:p w14:paraId="29F16712"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not applicable</w:t>
            </w:r>
          </w:p>
        </w:tc>
        <w:tc>
          <w:tcPr>
            <w:tcW w:w="2016" w:type="dxa"/>
          </w:tcPr>
          <w:p w14:paraId="2D0BEA91"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2.23</w:t>
            </w:r>
          </w:p>
        </w:tc>
        <w:tc>
          <w:tcPr>
            <w:tcW w:w="2016" w:type="dxa"/>
          </w:tcPr>
          <w:p w14:paraId="3D328C06"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1.15</w:t>
            </w:r>
          </w:p>
        </w:tc>
      </w:tr>
      <w:tr w:rsidR="007C7363" w:rsidRPr="00AC736F" w14:paraId="534CC562"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4DA645D2"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PVM/monocyte marker score</w:t>
            </w:r>
          </w:p>
        </w:tc>
        <w:tc>
          <w:tcPr>
            <w:tcW w:w="2160" w:type="dxa"/>
          </w:tcPr>
          <w:p w14:paraId="7ED16FCA"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not applicable</w:t>
            </w:r>
          </w:p>
        </w:tc>
        <w:tc>
          <w:tcPr>
            <w:tcW w:w="2016" w:type="dxa"/>
          </w:tcPr>
          <w:p w14:paraId="43BA84C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1.59</w:t>
            </w:r>
          </w:p>
        </w:tc>
        <w:tc>
          <w:tcPr>
            <w:tcW w:w="2016" w:type="dxa"/>
          </w:tcPr>
          <w:p w14:paraId="6585A661"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3.21</w:t>
            </w:r>
          </w:p>
        </w:tc>
      </w:tr>
    </w:tbl>
    <w:p w14:paraId="433D1AE4" w14:textId="77777777" w:rsidR="007C7363" w:rsidRPr="00AC736F" w:rsidRDefault="007C7363" w:rsidP="007C7363">
      <w:pPr>
        <w:spacing w:after="40"/>
        <w:rPr>
          <w:rFonts w:asciiTheme="majorHAnsi" w:hAnsiTheme="majorHAnsi" w:cstheme="majorHAnsi"/>
        </w:rPr>
      </w:pPr>
    </w:p>
    <w:p w14:paraId="1A3D71F3"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Disease associations persisted after strict filtering. For CERAD, the original Microglia/PVM correlation with LL burden was rho = 0.497, and the strict microglia correlation was rho = 0.455 (FDR = 0.000479). This argues against the disease signal being explained solely by PVM/monocyte contamination.</w:t>
      </w:r>
    </w:p>
    <w:p w14:paraId="424937F1" w14:textId="77777777" w:rsidR="00F96DD6" w:rsidRPr="00AC736F" w:rsidRDefault="00F96DD6">
      <w:pPr>
        <w:rPr>
          <w:rFonts w:asciiTheme="majorHAnsi" w:hAnsiTheme="majorHAnsi" w:cstheme="majorHAnsi"/>
        </w:rPr>
      </w:pPr>
    </w:p>
    <w:p w14:paraId="0DF3E907" w14:textId="77777777" w:rsidR="00F96DD6" w:rsidRPr="00AC736F" w:rsidRDefault="00000000">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41856" behindDoc="1" locked="0" layoutInCell="1" allowOverlap="1" wp14:anchorId="5253DBAE" wp14:editId="4960B879">
            <wp:simplePos x="0" y="0"/>
            <wp:positionH relativeFrom="column">
              <wp:posOffset>488413</wp:posOffset>
            </wp:positionH>
            <wp:positionV relativeFrom="paragraph">
              <wp:posOffset>-212921</wp:posOffset>
            </wp:positionV>
            <wp:extent cx="7552055" cy="6190615"/>
            <wp:effectExtent l="0" t="0" r="0" b="635"/>
            <wp:wrapTight wrapText="bothSides">
              <wp:wrapPolygon edited="0">
                <wp:start x="0" y="0"/>
                <wp:lineTo x="0" y="21536"/>
                <wp:lineTo x="21522" y="21536"/>
                <wp:lineTo x="2152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5_Operational_Robustness_editable-01.jpg"/>
                    <pic:cNvPicPr/>
                  </pic:nvPicPr>
                  <pic:blipFill>
                    <a:blip r:embed="rId12"/>
                    <a:stretch>
                      <a:fillRect/>
                    </a:stretch>
                  </pic:blipFill>
                  <pic:spPr>
                    <a:xfrm>
                      <a:off x="0" y="0"/>
                      <a:ext cx="7552055" cy="6190615"/>
                    </a:xfrm>
                    <a:prstGeom prst="rect">
                      <a:avLst/>
                    </a:prstGeom>
                  </pic:spPr>
                </pic:pic>
              </a:graphicData>
            </a:graphic>
            <wp14:sizeRelH relativeFrom="page">
              <wp14:pctWidth>0</wp14:pctWidth>
            </wp14:sizeRelH>
            <wp14:sizeRelV relativeFrom="page">
              <wp14:pctHeight>0</wp14:pctHeight>
            </wp14:sizeRelV>
          </wp:anchor>
        </w:drawing>
      </w:r>
    </w:p>
    <w:p w14:paraId="613F682A" w14:textId="77777777" w:rsidR="00F96DD6" w:rsidRPr="00AC736F" w:rsidRDefault="003158B8">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42880" behindDoc="1" locked="0" layoutInCell="1" allowOverlap="1" wp14:anchorId="6639D67C" wp14:editId="1E91E40F">
                <wp:simplePos x="0" y="0"/>
                <wp:positionH relativeFrom="column">
                  <wp:posOffset>488315</wp:posOffset>
                </wp:positionH>
                <wp:positionV relativeFrom="paragraph">
                  <wp:posOffset>5681443</wp:posOffset>
                </wp:positionV>
                <wp:extent cx="7552055" cy="869950"/>
                <wp:effectExtent l="0" t="0" r="0" b="6350"/>
                <wp:wrapTight wrapText="bothSides">
                  <wp:wrapPolygon edited="0">
                    <wp:start x="0" y="0"/>
                    <wp:lineTo x="0" y="21285"/>
                    <wp:lineTo x="21522" y="21285"/>
                    <wp:lineTo x="21522" y="0"/>
                    <wp:lineTo x="0" y="0"/>
                  </wp:wrapPolygon>
                </wp:wrapTight>
                <wp:docPr id="1038507969" name="Text Box 1"/>
                <wp:cNvGraphicFramePr/>
                <a:graphic xmlns:a="http://schemas.openxmlformats.org/drawingml/2006/main">
                  <a:graphicData uri="http://schemas.microsoft.com/office/word/2010/wordprocessingShape">
                    <wps:wsp>
                      <wps:cNvSpPr txBox="1"/>
                      <wps:spPr>
                        <a:xfrm>
                          <a:off x="0" y="0"/>
                          <a:ext cx="7552055" cy="869950"/>
                        </a:xfrm>
                        <a:prstGeom prst="rect">
                          <a:avLst/>
                        </a:prstGeom>
                        <a:solidFill>
                          <a:prstClr val="white"/>
                        </a:solidFill>
                        <a:ln>
                          <a:noFill/>
                        </a:ln>
                      </wps:spPr>
                      <wps:txbx>
                        <w:txbxContent>
                          <w:p w14:paraId="3E9F0170" w14:textId="77777777" w:rsidR="005262C0" w:rsidRDefault="005262C0" w:rsidP="005262C0">
                            <w:pPr>
                              <w:keepLines/>
                              <w:spacing w:before="60" w:after="160" w:line="252" w:lineRule="auto"/>
                              <w:jc w:val="both"/>
                            </w:pPr>
                            <w:r>
                              <w:rPr>
                                <w:b/>
                                <w:sz w:val="18"/>
                              </w:rPr>
                              <w:t xml:space="preserve">Supplementary Fig. 5 | Operational threshold, gene-set and scoring-method robustness. </w:t>
                            </w:r>
                            <w:r w:rsidRPr="005262C0">
                              <w:rPr>
                                <w:b/>
                                <w:bCs/>
                                <w:sz w:val="18"/>
                              </w:rPr>
                              <w:t>a,</w:t>
                            </w:r>
                            <w:r>
                              <w:rPr>
                                <w:sz w:val="18"/>
                              </w:rPr>
                              <w:t xml:space="preserve"> Two-threshold sensitivity analysis in SEA-AD showing how LL calls vary across lipid and lysosome score cutoffs</w:t>
                            </w:r>
                            <w:r w:rsidRPr="005262C0">
                              <w:rPr>
                                <w:b/>
                                <w:bCs/>
                                <w:sz w:val="18"/>
                              </w:rPr>
                              <w:t>. b,</w:t>
                            </w:r>
                            <w:r>
                              <w:rPr>
                                <w:sz w:val="18"/>
                              </w:rPr>
                              <w:t xml:space="preserve"> LL fraction across threshold choices and datasets. </w:t>
                            </w:r>
                            <w:r w:rsidRPr="005262C0">
                              <w:rPr>
                                <w:b/>
                                <w:bCs/>
                                <w:sz w:val="18"/>
                              </w:rPr>
                              <w:t>c</w:t>
                            </w:r>
                            <w:r>
                              <w:rPr>
                                <w:sz w:val="18"/>
                              </w:rPr>
                              <w:t xml:space="preserve">, Leave-one-gene-out stability of the operational LL call. </w:t>
                            </w:r>
                            <w:r w:rsidRPr="003158B8">
                              <w:rPr>
                                <w:b/>
                                <w:bCs/>
                                <w:sz w:val="18"/>
                              </w:rPr>
                              <w:t>d,</w:t>
                            </w:r>
                            <w:r>
                              <w:rPr>
                                <w:sz w:val="18"/>
                              </w:rPr>
                              <w:t xml:space="preserve"> Sensitivity to removal of shared lipid-lysosome bridge genes. </w:t>
                            </w:r>
                            <w:r w:rsidRPr="003158B8">
                              <w:rPr>
                                <w:b/>
                                <w:bCs/>
                                <w:sz w:val="18"/>
                              </w:rPr>
                              <w:t>e,</w:t>
                            </w:r>
                            <w:r>
                              <w:rPr>
                                <w:sz w:val="18"/>
                              </w:rPr>
                              <w:t xml:space="preserve"> Agreement across scoring methods</w:t>
                            </w:r>
                            <w:r w:rsidRPr="003158B8">
                              <w:rPr>
                                <w:b/>
                                <w:bCs/>
                                <w:sz w:val="18"/>
                              </w:rPr>
                              <w:t>. f,</w:t>
                            </w:r>
                            <w:r>
                              <w:rPr>
                                <w:sz w:val="18"/>
                              </w:rPr>
                              <w:t xml:space="preserve"> Random HVG controls and anti-circularity analyses. The q0.75/q0.75 threshold is used as an interpretable operational rule; robustness analyses showed leave-one-gene Jaccard values of at least 0.77 and 92.0% label concordance after removing GBA, LIPA, NPC1, and NPC2, with donor-region LL burden preserved (Spearman rho = 0.937).</w:t>
                            </w:r>
                          </w:p>
                          <w:p w14:paraId="7506FD6D" w14:textId="77777777" w:rsidR="005262C0" w:rsidRPr="00BF7DA6" w:rsidRDefault="005262C0" w:rsidP="005262C0">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39D67C" id="_x0000_s1031" type="#_x0000_t202" style="position:absolute;margin-left:38.45pt;margin-top:447.35pt;width:594.65pt;height:6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" stroked="f">
                <v:textbox inset="0,0,0,0">
                  <w:txbxContent>
                    <w:p w14:paraId="3E9F0170" w14:textId="77777777" w:rsidR="005262C0" w:rsidRDefault="005262C0" w:rsidP="005262C0">
                      <w:pPr>
                        <w:keepLines/>
                        <w:spacing w:before="60" w:after="160" w:line="252" w:lineRule="auto"/>
                        <w:jc w:val="both"/>
                      </w:pPr>
                      <w:r>
                        <w:rPr>
                          <w:b/>
                          <w:sz w:val="18"/>
                        </w:rPr>
                        <w:t xml:space="preserve">Supplementary Fig. 5 | Operational threshold, gene-set and scoring-method robustness. </w:t>
                      </w:r>
                      <w:r w:rsidRPr="005262C0">
                        <w:rPr>
                          <w:b/>
                          <w:bCs/>
                          <w:sz w:val="18"/>
                        </w:rPr>
                        <w:t>a,</w:t>
                      </w:r>
                      <w:r>
                        <w:rPr>
                          <w:sz w:val="18"/>
                        </w:rPr>
                        <w:t xml:space="preserve"> Two-threshold sensitivity analysis in SEA-AD showing how LL calls vary across lipid and lysosome score cutoffs</w:t>
                      </w:r>
                      <w:r w:rsidRPr="005262C0">
                        <w:rPr>
                          <w:b/>
                          <w:bCs/>
                          <w:sz w:val="18"/>
                        </w:rPr>
                        <w:t>. b,</w:t>
                      </w:r>
                      <w:r>
                        <w:rPr>
                          <w:sz w:val="18"/>
                        </w:rPr>
                        <w:t xml:space="preserve"> LL fraction across threshold choices and datasets. </w:t>
                      </w:r>
                      <w:r w:rsidRPr="005262C0">
                        <w:rPr>
                          <w:b/>
                          <w:bCs/>
                          <w:sz w:val="18"/>
                        </w:rPr>
                        <w:t>c</w:t>
                      </w:r>
                      <w:r>
                        <w:rPr>
                          <w:sz w:val="18"/>
                        </w:rPr>
                        <w:t xml:space="preserve">, Leave-one-gene-out stability of the operational LL call. </w:t>
                      </w:r>
                      <w:r w:rsidRPr="003158B8">
                        <w:rPr>
                          <w:b/>
                          <w:bCs/>
                          <w:sz w:val="18"/>
                        </w:rPr>
                        <w:t>d,</w:t>
                      </w:r>
                      <w:r>
                        <w:rPr>
                          <w:sz w:val="18"/>
                        </w:rPr>
                        <w:t xml:space="preserve"> Sensitivity to removal of shared lipid-lysosome bridge genes. </w:t>
                      </w:r>
                      <w:r w:rsidRPr="003158B8">
                        <w:rPr>
                          <w:b/>
                          <w:bCs/>
                          <w:sz w:val="18"/>
                        </w:rPr>
                        <w:t>e,</w:t>
                      </w:r>
                      <w:r>
                        <w:rPr>
                          <w:sz w:val="18"/>
                        </w:rPr>
                        <w:t xml:space="preserve"> Agreement across scoring methods</w:t>
                      </w:r>
                      <w:r w:rsidRPr="003158B8">
                        <w:rPr>
                          <w:b/>
                          <w:bCs/>
                          <w:sz w:val="18"/>
                        </w:rPr>
                        <w:t>. f,</w:t>
                      </w:r>
                      <w:r>
                        <w:rPr>
                          <w:sz w:val="18"/>
                        </w:rPr>
                        <w:t xml:space="preserve"> Random HVG controls and anti-circularity analyses. The q0.75/q0.75 threshold is used as an interpretable operational rule; robustness analyses showed leave-one-gene Jaccard values of at least 0.77 and 92.0% label concordance after removing GBA, LIPA, NPC1, and NPC2, with donor-region LL burden preserved (Spearman rho = 0.937).</w:t>
                      </w:r>
                    </w:p>
                    <w:p w14:paraId="7506FD6D" w14:textId="77777777" w:rsidR="005262C0" w:rsidRPr="00BF7DA6" w:rsidRDefault="005262C0" w:rsidP="005262C0">
                      <w:pPr>
                        <w:pStyle w:val="Caption"/>
                        <w:rPr>
                          <w:noProof/>
                          <w:sz w:val="20"/>
                          <w:szCs w:val="22"/>
                        </w:rPr>
                      </w:pPr>
                    </w:p>
                  </w:txbxContent>
                </v:textbox>
                <w10:wrap type="tight"/>
              </v:shape>
            </w:pict>
          </mc:Fallback>
        </mc:AlternateContent>
      </w:r>
      <w:r w:rsidRPr="00AC736F">
        <w:rPr>
          <w:rFonts w:asciiTheme="majorHAnsi" w:hAnsiTheme="majorHAnsi" w:cstheme="majorHAnsi"/>
        </w:rPr>
        <w:br w:type="page"/>
      </w:r>
    </w:p>
    <w:p w14:paraId="588BFD0E" w14:textId="77777777" w:rsidR="00F96DD6" w:rsidRPr="00AC736F" w:rsidRDefault="003158B8">
      <w:pPr>
        <w:jc w:val="cente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48000" behindDoc="1" locked="0" layoutInCell="1" allowOverlap="1" wp14:anchorId="3B16B11D" wp14:editId="5F6FDB64">
                <wp:simplePos x="0" y="0"/>
                <wp:positionH relativeFrom="column">
                  <wp:posOffset>541020</wp:posOffset>
                </wp:positionH>
                <wp:positionV relativeFrom="paragraph">
                  <wp:posOffset>5824855</wp:posOffset>
                </wp:positionV>
                <wp:extent cx="7684135" cy="635"/>
                <wp:effectExtent l="0" t="0" r="0" b="0"/>
                <wp:wrapTight wrapText="bothSides">
                  <wp:wrapPolygon edited="0">
                    <wp:start x="0" y="0"/>
                    <wp:lineTo x="0" y="21600"/>
                    <wp:lineTo x="21600" y="21600"/>
                    <wp:lineTo x="21600" y="0"/>
                  </wp:wrapPolygon>
                </wp:wrapTight>
                <wp:docPr id="1360946937" name="Text Box 1"/>
                <wp:cNvGraphicFramePr/>
                <a:graphic xmlns:a="http://schemas.openxmlformats.org/drawingml/2006/main">
                  <a:graphicData uri="http://schemas.microsoft.com/office/word/2010/wordprocessingShape">
                    <wps:wsp>
                      <wps:cNvSpPr txBox="1"/>
                      <wps:spPr>
                        <a:xfrm>
                          <a:off x="0" y="0"/>
                          <a:ext cx="7684135" cy="635"/>
                        </a:xfrm>
                        <a:prstGeom prst="rect">
                          <a:avLst/>
                        </a:prstGeom>
                        <a:solidFill>
                          <a:prstClr val="white"/>
                        </a:solidFill>
                        <a:ln>
                          <a:noFill/>
                        </a:ln>
                      </wps:spPr>
                      <wps:txbx>
                        <w:txbxContent>
                          <w:p w14:paraId="1BFF4415" w14:textId="77777777" w:rsidR="003158B8" w:rsidRDefault="003158B8" w:rsidP="003158B8">
                            <w:pPr>
                              <w:keepLines/>
                              <w:spacing w:before="60" w:after="160" w:line="252" w:lineRule="auto"/>
                              <w:jc w:val="both"/>
                            </w:pPr>
                            <w:r>
                              <w:rPr>
                                <w:b/>
                                <w:sz w:val="18"/>
                              </w:rPr>
                              <w:t xml:space="preserve">Supplementary Fig. 6 | Canonical-state overlap and residual specificity controls. </w:t>
                            </w:r>
                            <w:r w:rsidRPr="003158B8">
                              <w:rPr>
                                <w:b/>
                                <w:bCs/>
                                <w:sz w:val="18"/>
                              </w:rPr>
                              <w:t>a,</w:t>
                            </w:r>
                            <w:r>
                              <w:rPr>
                                <w:sz w:val="18"/>
                              </w:rPr>
                              <w:t xml:space="preserve"> Overlap between LL axes and canonical disease-associated programs. </w:t>
                            </w:r>
                            <w:r w:rsidRPr="003158B8">
                              <w:rPr>
                                <w:b/>
                                <w:bCs/>
                                <w:sz w:val="18"/>
                              </w:rPr>
                              <w:t>b,</w:t>
                            </w:r>
                            <w:r>
                              <w:rPr>
                                <w:sz w:val="18"/>
                              </w:rPr>
                              <w:t xml:space="preserve"> LL-remodeled cells distributed across canonical state annotations rather than collapsing into one canonical state. </w:t>
                            </w:r>
                            <w:r w:rsidRPr="003158B8">
                              <w:rPr>
                                <w:b/>
                                <w:bCs/>
                                <w:sz w:val="18"/>
                              </w:rPr>
                              <w:t>c,</w:t>
                            </w:r>
                            <w:r>
                              <w:rPr>
                                <w:sz w:val="18"/>
                              </w:rPr>
                              <w:t xml:space="preserve"> Residual AUC after accounting for DAM, LAM, and LDAM annotations. </w:t>
                            </w:r>
                            <w:r w:rsidRPr="003158B8">
                              <w:rPr>
                                <w:b/>
                                <w:bCs/>
                                <w:sz w:val="18"/>
                              </w:rPr>
                              <w:t>d,</w:t>
                            </w:r>
                            <w:r>
                              <w:rPr>
                                <w:sz w:val="18"/>
                              </w:rPr>
                              <w:t xml:space="preserve"> Persistence of residual rank signal after canonical-state adjustment. </w:t>
                            </w:r>
                            <w:r w:rsidRPr="003158B8">
                              <w:rPr>
                                <w:b/>
                                <w:bCs/>
                                <w:sz w:val="18"/>
                              </w:rPr>
                              <w:t>e,</w:t>
                            </w:r>
                            <w:r>
                              <w:rPr>
                                <w:sz w:val="18"/>
                              </w:rPr>
                              <w:t xml:space="preserve"> Comparison of LL residual signal with an LD-high control</w:t>
                            </w:r>
                            <w:r w:rsidRPr="003158B8">
                              <w:rPr>
                                <w:b/>
                                <w:bCs/>
                                <w:sz w:val="18"/>
                              </w:rPr>
                              <w:t>. f,</w:t>
                            </w:r>
                            <w:r>
                              <w:rPr>
                                <w:sz w:val="18"/>
                              </w:rPr>
                              <w:t xml:space="preserve"> Gene-removal anti-circularity control. These analyses show that LL remodeling overlaps known microglial activation programs but retains residual specificity; the average residual AUROC across five datasets was 0.824, with SEA-AD residual AUROC = 0.806 and residual rho = 0.437.</w:t>
                            </w:r>
                          </w:p>
                          <w:p w14:paraId="2AE3AB4D" w14:textId="77777777" w:rsidR="003158B8" w:rsidRPr="0040548D" w:rsidRDefault="003158B8" w:rsidP="003158B8">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16B11D" id="_x0000_s1032" type="#_x0000_t202" style="position:absolute;left:0;text-align:left;margin-left:42.6pt;margin-top:458.65pt;width:605.0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" stroked="f">
                <v:textbox style="mso-fit-shape-to-text:t" inset="0,0,0,0">
                  <w:txbxContent>
                    <w:p w14:paraId="1BFF4415" w14:textId="77777777" w:rsidR="003158B8" w:rsidRDefault="003158B8" w:rsidP="003158B8">
                      <w:pPr>
                        <w:keepLines/>
                        <w:spacing w:before="60" w:after="160" w:line="252" w:lineRule="auto"/>
                        <w:jc w:val="both"/>
                      </w:pPr>
                      <w:r>
                        <w:rPr>
                          <w:b/>
                          <w:sz w:val="18"/>
                        </w:rPr>
                        <w:t xml:space="preserve">Supplementary Fig. 6 | Canonical-state overlap and residual specificity controls. </w:t>
                      </w:r>
                      <w:r w:rsidRPr="003158B8">
                        <w:rPr>
                          <w:b/>
                          <w:bCs/>
                          <w:sz w:val="18"/>
                        </w:rPr>
                        <w:t>a,</w:t>
                      </w:r>
                      <w:r>
                        <w:rPr>
                          <w:sz w:val="18"/>
                        </w:rPr>
                        <w:t xml:space="preserve"> Overlap between LL axes and canonical disease-associated programs. </w:t>
                      </w:r>
                      <w:r w:rsidRPr="003158B8">
                        <w:rPr>
                          <w:b/>
                          <w:bCs/>
                          <w:sz w:val="18"/>
                        </w:rPr>
                        <w:t>b,</w:t>
                      </w:r>
                      <w:r>
                        <w:rPr>
                          <w:sz w:val="18"/>
                        </w:rPr>
                        <w:t xml:space="preserve"> LL-remodeled cells distributed across canonical state annotations rather than collapsing into one canonical state. </w:t>
                      </w:r>
                      <w:r w:rsidRPr="003158B8">
                        <w:rPr>
                          <w:b/>
                          <w:bCs/>
                          <w:sz w:val="18"/>
                        </w:rPr>
                        <w:t>c,</w:t>
                      </w:r>
                      <w:r>
                        <w:rPr>
                          <w:sz w:val="18"/>
                        </w:rPr>
                        <w:t xml:space="preserve"> Residual AUC after accounting for DAM, LAM, and LDAM annotations. </w:t>
                      </w:r>
                      <w:r w:rsidRPr="003158B8">
                        <w:rPr>
                          <w:b/>
                          <w:bCs/>
                          <w:sz w:val="18"/>
                        </w:rPr>
                        <w:t>d,</w:t>
                      </w:r>
                      <w:r>
                        <w:rPr>
                          <w:sz w:val="18"/>
                        </w:rPr>
                        <w:t xml:space="preserve"> Persistence of residual rank signal after canonical-state adjustment. </w:t>
                      </w:r>
                      <w:r w:rsidRPr="003158B8">
                        <w:rPr>
                          <w:b/>
                          <w:bCs/>
                          <w:sz w:val="18"/>
                        </w:rPr>
                        <w:t>e,</w:t>
                      </w:r>
                      <w:r>
                        <w:rPr>
                          <w:sz w:val="18"/>
                        </w:rPr>
                        <w:t xml:space="preserve"> Comparison of LL residual signal with an LD-high control</w:t>
                      </w:r>
                      <w:r w:rsidRPr="003158B8">
                        <w:rPr>
                          <w:b/>
                          <w:bCs/>
                          <w:sz w:val="18"/>
                        </w:rPr>
                        <w:t>. f,</w:t>
                      </w:r>
                      <w:r>
                        <w:rPr>
                          <w:sz w:val="18"/>
                        </w:rPr>
                        <w:t xml:space="preserve"> Gene-removal anti-circularity control. These analyses show that LL remodeling overlaps known microglial activation programs but retains residual specificity; the average residual AUROC across five datasets was 0.824, with SEA-AD residual AUROC = 0.806 and residual rho = 0.437.</w:t>
                      </w:r>
                    </w:p>
                    <w:p w14:paraId="2AE3AB4D" w14:textId="77777777" w:rsidR="003158B8" w:rsidRPr="0040548D" w:rsidRDefault="003158B8" w:rsidP="003158B8">
                      <w:pPr>
                        <w:pStyle w:val="Caption"/>
                        <w:rPr>
                          <w:noProof/>
                          <w:sz w:val="20"/>
                          <w:szCs w:val="22"/>
                        </w:rPr>
                      </w:pPr>
                    </w:p>
                  </w:txbxContent>
                </v:textbox>
                <w10:wrap type="tight"/>
              </v:shape>
            </w:pict>
          </mc:Fallback>
        </mc:AlternateContent>
      </w:r>
      <w:r w:rsidRPr="00AC736F">
        <w:rPr>
          <w:rFonts w:asciiTheme="majorHAnsi" w:hAnsiTheme="majorHAnsi" w:cstheme="majorHAnsi"/>
          <w:noProof/>
        </w:rPr>
        <w:drawing>
          <wp:anchor distT="0" distB="0" distL="114300" distR="114300" simplePos="0" relativeHeight="251643904" behindDoc="1" locked="0" layoutInCell="1" allowOverlap="1" wp14:anchorId="305CD69A" wp14:editId="5DE6CEB7">
            <wp:simplePos x="0" y="0"/>
            <wp:positionH relativeFrom="column">
              <wp:posOffset>541509</wp:posOffset>
            </wp:positionH>
            <wp:positionV relativeFrom="paragraph">
              <wp:posOffset>-257175</wp:posOffset>
            </wp:positionV>
            <wp:extent cx="7684135" cy="6024880"/>
            <wp:effectExtent l="0" t="0" r="0" b="0"/>
            <wp:wrapTight wrapText="bothSides">
              <wp:wrapPolygon edited="0">
                <wp:start x="0" y="0"/>
                <wp:lineTo x="0" y="21513"/>
                <wp:lineTo x="21527" y="21513"/>
                <wp:lineTo x="2152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6_Canonical_Residual_Specificity_editable-01.jpg"/>
                    <pic:cNvPicPr/>
                  </pic:nvPicPr>
                  <pic:blipFill rotWithShape="1">
                    <a:blip r:embed="rId13"/>
                    <a:srcRect b="4337"/>
                    <a:stretch>
                      <a:fillRect/>
                    </a:stretch>
                  </pic:blipFill>
                  <pic:spPr bwMode="auto">
                    <a:xfrm>
                      <a:off x="0" y="0"/>
                      <a:ext cx="7684135" cy="602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7EE36"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4CFA4537" w14:textId="77777777" w:rsidR="00F96DD6" w:rsidRPr="00AC736F" w:rsidRDefault="00000000">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44928" behindDoc="1" locked="0" layoutInCell="1" allowOverlap="1" wp14:anchorId="7A2285DC" wp14:editId="0C05598A">
            <wp:simplePos x="0" y="0"/>
            <wp:positionH relativeFrom="column">
              <wp:posOffset>453146</wp:posOffset>
            </wp:positionH>
            <wp:positionV relativeFrom="paragraph">
              <wp:posOffset>-265430</wp:posOffset>
            </wp:positionV>
            <wp:extent cx="7788910" cy="6132195"/>
            <wp:effectExtent l="0" t="0" r="2540" b="1905"/>
            <wp:wrapTight wrapText="bothSides">
              <wp:wrapPolygon edited="0">
                <wp:start x="0" y="0"/>
                <wp:lineTo x="0" y="21540"/>
                <wp:lineTo x="21554" y="21540"/>
                <wp:lineTo x="2155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7_Strict_Microglia_Filter_editable-01.jpg"/>
                    <pic:cNvPicPr/>
                  </pic:nvPicPr>
                  <pic:blipFill rotWithShape="1">
                    <a:blip r:embed="rId14"/>
                    <a:srcRect b="3942"/>
                    <a:stretch>
                      <a:fillRect/>
                    </a:stretch>
                  </pic:blipFill>
                  <pic:spPr bwMode="auto">
                    <a:xfrm>
                      <a:off x="0" y="0"/>
                      <a:ext cx="7788910" cy="6132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3E2047" w14:textId="77777777" w:rsidR="00F96DD6" w:rsidRPr="00AC736F" w:rsidRDefault="003158B8">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49024" behindDoc="1" locked="0" layoutInCell="1" allowOverlap="1" wp14:anchorId="28BE2F46" wp14:editId="61406F6E">
                <wp:simplePos x="0" y="0"/>
                <wp:positionH relativeFrom="column">
                  <wp:posOffset>453390</wp:posOffset>
                </wp:positionH>
                <wp:positionV relativeFrom="paragraph">
                  <wp:posOffset>5629275</wp:posOffset>
                </wp:positionV>
                <wp:extent cx="7788910" cy="914400"/>
                <wp:effectExtent l="0" t="0" r="2540" b="0"/>
                <wp:wrapTight wrapText="bothSides">
                  <wp:wrapPolygon edited="0">
                    <wp:start x="0" y="0"/>
                    <wp:lineTo x="0" y="21150"/>
                    <wp:lineTo x="21554" y="21150"/>
                    <wp:lineTo x="21554" y="0"/>
                    <wp:lineTo x="0" y="0"/>
                  </wp:wrapPolygon>
                </wp:wrapTight>
                <wp:docPr id="2102266940" name="Text Box 1"/>
                <wp:cNvGraphicFramePr/>
                <a:graphic xmlns:a="http://schemas.openxmlformats.org/drawingml/2006/main">
                  <a:graphicData uri="http://schemas.microsoft.com/office/word/2010/wordprocessingShape">
                    <wps:wsp>
                      <wps:cNvSpPr txBox="1"/>
                      <wps:spPr>
                        <a:xfrm>
                          <a:off x="0" y="0"/>
                          <a:ext cx="7788910" cy="914400"/>
                        </a:xfrm>
                        <a:prstGeom prst="rect">
                          <a:avLst/>
                        </a:prstGeom>
                        <a:solidFill>
                          <a:prstClr val="white"/>
                        </a:solidFill>
                        <a:ln>
                          <a:noFill/>
                        </a:ln>
                      </wps:spPr>
                      <wps:txbx>
                        <w:txbxContent>
                          <w:p w14:paraId="68A8F802" w14:textId="77777777" w:rsidR="003158B8" w:rsidRDefault="003158B8" w:rsidP="003158B8">
                            <w:pPr>
                              <w:keepLines/>
                              <w:spacing w:before="60" w:after="160" w:line="252" w:lineRule="auto"/>
                              <w:jc w:val="both"/>
                            </w:pPr>
                            <w:r>
                              <w:rPr>
                                <w:b/>
                                <w:sz w:val="18"/>
                              </w:rPr>
                              <w:t xml:space="preserve">Supplementary Fig. 7 | Strict microglia filtering and PVM/monocyte contamination control. </w:t>
                            </w:r>
                            <w:r w:rsidRPr="00216A85">
                              <w:rPr>
                                <w:b/>
                                <w:bCs/>
                                <w:sz w:val="18"/>
                              </w:rPr>
                              <w:t>a,</w:t>
                            </w:r>
                            <w:r>
                              <w:rPr>
                                <w:sz w:val="18"/>
                              </w:rPr>
                              <w:t xml:space="preserve"> Strict microglia filtering rule: source-annotated monocytes were removed, and additional cells were excluded if they fell in the bottom quartile of the strict-microglia context score or the top quartile of the Micro/PVM-monocyte context score. </w:t>
                            </w:r>
                            <w:r w:rsidRPr="00216A85">
                              <w:rPr>
                                <w:b/>
                                <w:bCs/>
                                <w:sz w:val="18"/>
                              </w:rPr>
                              <w:t>b,</w:t>
                            </w:r>
                            <w:r>
                              <w:rPr>
                                <w:sz w:val="18"/>
                              </w:rPr>
                              <w:t xml:space="preserve"> Cell-set retention after filtering, with 139,151 retained cells and 96,893 removed cells. </w:t>
                            </w:r>
                            <w:r w:rsidRPr="00216A85">
                              <w:rPr>
                                <w:b/>
                                <w:bCs/>
                                <w:sz w:val="18"/>
                              </w:rPr>
                              <w:t>c,</w:t>
                            </w:r>
                            <w:r>
                              <w:rPr>
                                <w:sz w:val="18"/>
                              </w:rPr>
                              <w:t xml:space="preserve"> LL fraction after filtering, showing a modest reduction from the original 13.34% to 12.04% in strict microglia. </w:t>
                            </w:r>
                            <w:r w:rsidRPr="00216A85">
                              <w:rPr>
                                <w:b/>
                                <w:bCs/>
                                <w:sz w:val="18"/>
                              </w:rPr>
                              <w:t>d,</w:t>
                            </w:r>
                            <w:r>
                              <w:rPr>
                                <w:sz w:val="18"/>
                              </w:rPr>
                              <w:t xml:space="preserve"> Donor-level pathology associations persisting after strict filtering, including CERAD correlation (rho = 0.455, FDR = 0.000479). </w:t>
                            </w:r>
                            <w:r w:rsidRPr="00216A85">
                              <w:rPr>
                                <w:b/>
                                <w:bCs/>
                                <w:sz w:val="18"/>
                              </w:rPr>
                              <w:t>e,</w:t>
                            </w:r>
                            <w:r>
                              <w:rPr>
                                <w:sz w:val="18"/>
                              </w:rPr>
                              <w:t xml:space="preserve"> </w:t>
                            </w:r>
                            <w:proofErr w:type="gramStart"/>
                            <w:r>
                              <w:rPr>
                                <w:sz w:val="18"/>
                              </w:rPr>
                              <w:t>Retained</w:t>
                            </w:r>
                            <w:proofErr w:type="gramEnd"/>
                            <w:r>
                              <w:rPr>
                                <w:sz w:val="18"/>
                              </w:rPr>
                              <w:t xml:space="preserve"> versus excluded program-score distributions used to assess filter behavior</w:t>
                            </w:r>
                            <w:r w:rsidRPr="00216A85">
                              <w:rPr>
                                <w:b/>
                                <w:bCs/>
                                <w:sz w:val="18"/>
                              </w:rPr>
                              <w:t>. f,</w:t>
                            </w:r>
                            <w:r>
                              <w:rPr>
                                <w:sz w:val="18"/>
                              </w:rPr>
                              <w:t xml:space="preserve"> Donor-region strict-microglia LL burden matrix. These controls support that the LL association is not driven by PVM/monocyte contamination.</w:t>
                            </w:r>
                          </w:p>
                          <w:p w14:paraId="353F56D8" w14:textId="77777777" w:rsidR="003158B8" w:rsidRPr="00291125" w:rsidRDefault="003158B8" w:rsidP="003158B8">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BE2F46" id="_x0000_s1033" type="#_x0000_t202" style="position:absolute;margin-left:35.7pt;margin-top:443.25pt;width:613.3pt;height:1in;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" stroked="f">
                <v:textbox inset="0,0,0,0">
                  <w:txbxContent>
                    <w:p w14:paraId="68A8F802" w14:textId="77777777" w:rsidR="003158B8" w:rsidRDefault="003158B8" w:rsidP="003158B8">
                      <w:pPr>
                        <w:keepLines/>
                        <w:spacing w:before="60" w:after="160" w:line="252" w:lineRule="auto"/>
                        <w:jc w:val="both"/>
                      </w:pPr>
                      <w:r>
                        <w:rPr>
                          <w:b/>
                          <w:sz w:val="18"/>
                        </w:rPr>
                        <w:t xml:space="preserve">Supplementary Fig. 7 | Strict microglia filtering and PVM/monocyte contamination control. </w:t>
                      </w:r>
                      <w:r w:rsidRPr="00216A85">
                        <w:rPr>
                          <w:b/>
                          <w:bCs/>
                          <w:sz w:val="18"/>
                        </w:rPr>
                        <w:t>a,</w:t>
                      </w:r>
                      <w:r>
                        <w:rPr>
                          <w:sz w:val="18"/>
                        </w:rPr>
                        <w:t xml:space="preserve"> Strict microglia filtering rule: source-annotated monocytes were removed, and additional cells were excluded if they fell in the bottom quartile of the strict-microglia context score or the top quartile of the Micro/PVM-monocyte context score. </w:t>
                      </w:r>
                      <w:r w:rsidRPr="00216A85">
                        <w:rPr>
                          <w:b/>
                          <w:bCs/>
                          <w:sz w:val="18"/>
                        </w:rPr>
                        <w:t>b,</w:t>
                      </w:r>
                      <w:r>
                        <w:rPr>
                          <w:sz w:val="18"/>
                        </w:rPr>
                        <w:t xml:space="preserve"> Cell-set retention after filtering, with 139,151 retained cells and 96,893 removed cells. </w:t>
                      </w:r>
                      <w:r w:rsidRPr="00216A85">
                        <w:rPr>
                          <w:b/>
                          <w:bCs/>
                          <w:sz w:val="18"/>
                        </w:rPr>
                        <w:t>c,</w:t>
                      </w:r>
                      <w:r>
                        <w:rPr>
                          <w:sz w:val="18"/>
                        </w:rPr>
                        <w:t xml:space="preserve"> LL fraction after filtering, showing a modest reduction from the original 13.34% to 12.04% in strict microglia. </w:t>
                      </w:r>
                      <w:r w:rsidRPr="00216A85">
                        <w:rPr>
                          <w:b/>
                          <w:bCs/>
                          <w:sz w:val="18"/>
                        </w:rPr>
                        <w:t>d,</w:t>
                      </w:r>
                      <w:r>
                        <w:rPr>
                          <w:sz w:val="18"/>
                        </w:rPr>
                        <w:t xml:space="preserve"> Donor-level pathology associations persisting after strict filtering, including CERAD correlation (rho = 0.455, FDR = 0.000479). </w:t>
                      </w:r>
                      <w:r w:rsidRPr="00216A85">
                        <w:rPr>
                          <w:b/>
                          <w:bCs/>
                          <w:sz w:val="18"/>
                        </w:rPr>
                        <w:t>e,</w:t>
                      </w:r>
                      <w:r>
                        <w:rPr>
                          <w:sz w:val="18"/>
                        </w:rPr>
                        <w:t xml:space="preserve"> </w:t>
                      </w:r>
                      <w:proofErr w:type="gramStart"/>
                      <w:r>
                        <w:rPr>
                          <w:sz w:val="18"/>
                        </w:rPr>
                        <w:t>Retained</w:t>
                      </w:r>
                      <w:proofErr w:type="gramEnd"/>
                      <w:r>
                        <w:rPr>
                          <w:sz w:val="18"/>
                        </w:rPr>
                        <w:t xml:space="preserve"> versus excluded program-score distributions used to assess filter behavior</w:t>
                      </w:r>
                      <w:r w:rsidRPr="00216A85">
                        <w:rPr>
                          <w:b/>
                          <w:bCs/>
                          <w:sz w:val="18"/>
                        </w:rPr>
                        <w:t>. f,</w:t>
                      </w:r>
                      <w:r>
                        <w:rPr>
                          <w:sz w:val="18"/>
                        </w:rPr>
                        <w:t xml:space="preserve"> Donor-region strict-microglia LL burden matrix. These controls support that the LL association is not driven by PVM/monocyte contamination.</w:t>
                      </w:r>
                    </w:p>
                    <w:p w14:paraId="353F56D8" w14:textId="77777777" w:rsidR="003158B8" w:rsidRPr="00291125" w:rsidRDefault="003158B8" w:rsidP="003158B8">
                      <w:pPr>
                        <w:pStyle w:val="Caption"/>
                        <w:jc w:val="both"/>
                        <w:rPr>
                          <w:noProof/>
                          <w:sz w:val="20"/>
                          <w:szCs w:val="22"/>
                        </w:rPr>
                      </w:pPr>
                    </w:p>
                  </w:txbxContent>
                </v:textbox>
                <w10:wrap type="tight"/>
              </v:shape>
            </w:pict>
          </mc:Fallback>
        </mc:AlternateContent>
      </w:r>
      <w:r w:rsidRPr="00AC736F">
        <w:rPr>
          <w:rFonts w:asciiTheme="majorHAnsi" w:hAnsiTheme="majorHAnsi" w:cstheme="majorHAnsi"/>
        </w:rPr>
        <w:br w:type="page"/>
      </w:r>
    </w:p>
    <w:p w14:paraId="426920B4" w14:textId="77777777" w:rsidR="00F96DD6" w:rsidRPr="00AC736F" w:rsidRDefault="00000000">
      <w:pPr>
        <w:pStyle w:val="Heading1"/>
        <w:rPr>
          <w:rFonts w:cstheme="majorHAnsi"/>
          <w:color w:val="auto"/>
        </w:rPr>
      </w:pPr>
      <w:r w:rsidRPr="00AC736F">
        <w:rPr>
          <w:rFonts w:cstheme="majorHAnsi"/>
          <w:color w:val="auto"/>
        </w:rPr>
        <w:t>Supplementary Note 4 | Disease severity and regional pathology controls</w:t>
      </w:r>
    </w:p>
    <w:p w14:paraId="56187C38" w14:textId="77777777" w:rsidR="00F96DD6" w:rsidRPr="00AC736F" w:rsidRDefault="00000000">
      <w:pPr>
        <w:spacing w:after="120" w:line="259" w:lineRule="auto"/>
        <w:rPr>
          <w:rFonts w:asciiTheme="majorHAnsi" w:hAnsiTheme="majorHAnsi" w:cstheme="majorHAnsi"/>
        </w:rPr>
      </w:pPr>
      <w:r>
        <w:t>Supplementary Fig. 8 provides the expanded donor-level and QNP donor-region evidence behind the scale-separation claim. It supports a model in which LL remodeling tracks AD severity but is not explained by whole-region plaque burden alone. The unit of inference is donor for donor-level disease associations and donor-region observation for QNP plaque-burden tests.</w:t>
      </w:r>
    </w:p>
    <w:p w14:paraId="04626097" w14:textId="77777777" w:rsidR="00216A85" w:rsidRPr="00AC736F" w:rsidRDefault="00216A85" w:rsidP="00216A85">
      <w:pPr>
        <w:pStyle w:val="Heading2"/>
        <w:rPr>
          <w:rFonts w:cstheme="majorHAnsi"/>
          <w:color w:val="auto"/>
        </w:rPr>
      </w:pPr>
      <w:r w:rsidRPr="00AC736F">
        <w:rPr>
          <w:rFonts w:cstheme="majorHAnsi"/>
          <w:color w:val="auto"/>
        </w:rPr>
        <w:t>Supplementary Fig. 8 | Donor-region disease association and QNP regional pathology controls</w:t>
      </w:r>
    </w:p>
    <w:p w14:paraId="4D203814" w14:textId="77777777" w:rsidR="0049367C" w:rsidRDefault="00000000">
      <w:r>
        <w:t>Caption clarification: Donor-level panels use donors as the unit of inference, whereas QNP plaque-burden panels use donor-region observations. Near-null QNP amyloid associations support regional-scale separation and should be interpreted together with the local spatial plaque-niche analyses in Supplementary Figs. 11 and 12.</w:t>
      </w:r>
    </w:p>
    <w:p w14:paraId="68142C15" w14:textId="77777777" w:rsidR="00216A85" w:rsidRPr="00F0737F" w:rsidRDefault="00216A85" w:rsidP="00F0737F">
      <w:pPr>
        <w:spacing w:after="120" w:line="259" w:lineRule="auto"/>
        <w:jc w:val="both"/>
        <w:rPr>
          <w:rFonts w:asciiTheme="majorHAnsi" w:hAnsiTheme="majorHAnsi" w:cstheme="majorHAnsi"/>
          <w:sz w:val="22"/>
          <w:szCs w:val="24"/>
        </w:rPr>
      </w:pPr>
    </w:p>
    <w:p w14:paraId="68EC1325"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 xml:space="preserve">Donor-level and donor-region results diverged in a biologically informative way. At donor level, mean LL score correlated with </w:t>
      </w:r>
      <w:proofErr w:type="spellStart"/>
      <w:r w:rsidRPr="00F0737F">
        <w:rPr>
          <w:rFonts w:asciiTheme="majorHAnsi" w:hAnsiTheme="majorHAnsi" w:cstheme="majorHAnsi"/>
          <w:sz w:val="22"/>
          <w:szCs w:val="24"/>
        </w:rPr>
        <w:t>Cognitive_num</w:t>
      </w:r>
      <w:proofErr w:type="spellEnd"/>
      <w:r w:rsidRPr="00F0737F">
        <w:rPr>
          <w:rFonts w:asciiTheme="majorHAnsi" w:hAnsiTheme="majorHAnsi" w:cstheme="majorHAnsi"/>
          <w:sz w:val="22"/>
          <w:szCs w:val="24"/>
        </w:rPr>
        <w:t xml:space="preserve"> (rho = 0.396, FDR = 0.00114), </w:t>
      </w:r>
      <w:proofErr w:type="spellStart"/>
      <w:r w:rsidRPr="00F0737F">
        <w:rPr>
          <w:rFonts w:asciiTheme="majorHAnsi" w:hAnsiTheme="majorHAnsi" w:cstheme="majorHAnsi"/>
          <w:sz w:val="22"/>
          <w:szCs w:val="24"/>
        </w:rPr>
        <w:t>CERAD_num</w:t>
      </w:r>
      <w:proofErr w:type="spellEnd"/>
      <w:r w:rsidRPr="00F0737F">
        <w:rPr>
          <w:rFonts w:asciiTheme="majorHAnsi" w:hAnsiTheme="majorHAnsi" w:cstheme="majorHAnsi"/>
          <w:sz w:val="22"/>
          <w:szCs w:val="24"/>
        </w:rPr>
        <w:t xml:space="preserve"> (rho = 0.357, FDR = 0.00295), </w:t>
      </w:r>
      <w:proofErr w:type="spellStart"/>
      <w:r w:rsidRPr="00F0737F">
        <w:rPr>
          <w:rFonts w:asciiTheme="majorHAnsi" w:hAnsiTheme="majorHAnsi" w:cstheme="majorHAnsi"/>
          <w:sz w:val="22"/>
          <w:szCs w:val="24"/>
        </w:rPr>
        <w:t>Braak_num</w:t>
      </w:r>
      <w:proofErr w:type="spellEnd"/>
      <w:r w:rsidRPr="00F0737F">
        <w:rPr>
          <w:rFonts w:asciiTheme="majorHAnsi" w:hAnsiTheme="majorHAnsi" w:cstheme="majorHAnsi"/>
          <w:sz w:val="22"/>
          <w:szCs w:val="24"/>
        </w:rPr>
        <w:t xml:space="preserve"> (rho = 0.321, FDR = 0.00685), </w:t>
      </w:r>
      <w:proofErr w:type="spellStart"/>
      <w:r w:rsidRPr="00F0737F">
        <w:rPr>
          <w:rFonts w:asciiTheme="majorHAnsi" w:hAnsiTheme="majorHAnsi" w:cstheme="majorHAnsi"/>
          <w:sz w:val="22"/>
          <w:szCs w:val="24"/>
        </w:rPr>
        <w:t>Overall_AD_change_num</w:t>
      </w:r>
      <w:proofErr w:type="spellEnd"/>
      <w:r w:rsidRPr="00F0737F">
        <w:rPr>
          <w:rFonts w:asciiTheme="majorHAnsi" w:hAnsiTheme="majorHAnsi" w:cstheme="majorHAnsi"/>
          <w:sz w:val="22"/>
          <w:szCs w:val="24"/>
        </w:rPr>
        <w:t xml:space="preserve"> (rho = 0.306, FDR = 0.0100) and </w:t>
      </w:r>
      <w:proofErr w:type="spellStart"/>
      <w:r w:rsidRPr="00F0737F">
        <w:rPr>
          <w:rFonts w:asciiTheme="majorHAnsi" w:hAnsiTheme="majorHAnsi" w:cstheme="majorHAnsi"/>
          <w:sz w:val="22"/>
          <w:szCs w:val="24"/>
        </w:rPr>
        <w:t>Thal_num</w:t>
      </w:r>
      <w:proofErr w:type="spellEnd"/>
      <w:r w:rsidRPr="00F0737F">
        <w:rPr>
          <w:rFonts w:asciiTheme="majorHAnsi" w:hAnsiTheme="majorHAnsi" w:cstheme="majorHAnsi"/>
          <w:sz w:val="22"/>
          <w:szCs w:val="24"/>
        </w:rPr>
        <w:t xml:space="preserve"> (rho = 0.285, FDR = 0.0155). These results support a donor-level severity association.</w:t>
      </w:r>
    </w:p>
    <w:p w14:paraId="43A75366"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By contrast, whole-region amyloid plaque burden was nearly uncorrelated with donor-region LL endpoints across 247 observations: LL burden rho = 0.016 (FDR = 0.994), mean LL score rho = 0.056 (FDR = 0.994), lipid score rho = 0.00045 (FDR = 0.994) and lysosome score rho = 0.043 (FDR = 0.994). These near-null values support the scale-separation claim: donor-level AD severity and local plaque-niche remodeling can be related even when bulk regional plaque area is not a linear surrogate for LL burden.</w:t>
      </w:r>
    </w:p>
    <w:p w14:paraId="05374B8C" w14:textId="77777777" w:rsidR="007C7363" w:rsidRPr="00F0737F" w:rsidRDefault="007C7363" w:rsidP="00F0737F">
      <w:pPr>
        <w:spacing w:after="120" w:line="252" w:lineRule="auto"/>
        <w:jc w:val="both"/>
        <w:rPr>
          <w:rFonts w:asciiTheme="majorHAnsi" w:hAnsiTheme="majorHAnsi" w:cstheme="majorHAnsi"/>
          <w:sz w:val="22"/>
          <w:szCs w:val="24"/>
        </w:rPr>
      </w:pPr>
      <w:r w:rsidRPr="00F0737F">
        <w:rPr>
          <w:rFonts w:asciiTheme="majorHAnsi" w:hAnsiTheme="majorHAnsi" w:cstheme="majorHAnsi"/>
          <w:sz w:val="22"/>
          <w:szCs w:val="24"/>
        </w:rPr>
        <w:t>Joint amyloid/tau models did not yield strong independent plaque-burden effects after correction. The smallest nominal terms were region-adjusted tau effects for LL burden and mean LL score (P approximately 0.056-0.058; FDR = 0.273) and donor-region-adjusted amyloid for mean LL score (P = 0.056; FDR = 0.273). Residual LL after DAM/LAM/LDAM adjustment also remained weakly related to plaque burden (adjusted residual LL-burden rho = 0.065, FDR = 0.674).</w:t>
      </w:r>
    </w:p>
    <w:p w14:paraId="3559E505" w14:textId="77777777" w:rsidR="00F96DD6" w:rsidRPr="00F0737F" w:rsidRDefault="00000000">
      <w:pPr>
        <w:rPr>
          <w:rFonts w:asciiTheme="majorHAnsi" w:hAnsiTheme="majorHAnsi" w:cstheme="majorHAnsi"/>
          <w:sz w:val="22"/>
          <w:szCs w:val="24"/>
        </w:rPr>
      </w:pPr>
      <w:r w:rsidRPr="00F0737F">
        <w:rPr>
          <w:rFonts w:asciiTheme="majorHAnsi" w:hAnsiTheme="majorHAnsi" w:cstheme="majorHAnsi"/>
          <w:sz w:val="22"/>
          <w:szCs w:val="24"/>
        </w:rPr>
        <w:br w:type="page"/>
      </w:r>
    </w:p>
    <w:p w14:paraId="54B3BC45" w14:textId="77777777" w:rsidR="00F96DD6" w:rsidRPr="00AC736F" w:rsidRDefault="00216A85">
      <w:pPr>
        <w:jc w:val="cente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52096" behindDoc="1" locked="0" layoutInCell="1" allowOverlap="1" wp14:anchorId="4122949F" wp14:editId="4448A826">
                <wp:simplePos x="0" y="0"/>
                <wp:positionH relativeFrom="column">
                  <wp:posOffset>506095</wp:posOffset>
                </wp:positionH>
                <wp:positionV relativeFrom="paragraph">
                  <wp:posOffset>6012180</wp:posOffset>
                </wp:positionV>
                <wp:extent cx="7894955" cy="887730"/>
                <wp:effectExtent l="0" t="0" r="0" b="7620"/>
                <wp:wrapTight wrapText="bothSides">
                  <wp:wrapPolygon edited="0">
                    <wp:start x="0" y="0"/>
                    <wp:lineTo x="0" y="21322"/>
                    <wp:lineTo x="21525" y="21322"/>
                    <wp:lineTo x="21525" y="0"/>
                    <wp:lineTo x="0" y="0"/>
                  </wp:wrapPolygon>
                </wp:wrapTight>
                <wp:docPr id="1366482885" name="Text Box 1"/>
                <wp:cNvGraphicFramePr/>
                <a:graphic xmlns:a="http://schemas.openxmlformats.org/drawingml/2006/main">
                  <a:graphicData uri="http://schemas.microsoft.com/office/word/2010/wordprocessingShape">
                    <wps:wsp>
                      <wps:cNvSpPr txBox="1"/>
                      <wps:spPr>
                        <a:xfrm>
                          <a:off x="0" y="0"/>
                          <a:ext cx="7894955" cy="887730"/>
                        </a:xfrm>
                        <a:prstGeom prst="rect">
                          <a:avLst/>
                        </a:prstGeom>
                        <a:solidFill>
                          <a:prstClr val="white"/>
                        </a:solidFill>
                        <a:ln>
                          <a:noFill/>
                        </a:ln>
                      </wps:spPr>
                      <wps:txbx>
                        <w:txbxContent>
                          <w:p w14:paraId="69FABE4B" w14:textId="77777777" w:rsidR="00216A85" w:rsidRDefault="00216A85" w:rsidP="00216A85">
                            <w:pPr>
                              <w:keepLines/>
                              <w:spacing w:before="60" w:after="160" w:line="252" w:lineRule="auto"/>
                              <w:jc w:val="both"/>
                            </w:pPr>
                            <w:r>
                              <w:rPr>
                                <w:b/>
                                <w:sz w:val="18"/>
                              </w:rPr>
                              <w:t xml:space="preserve">Supplementary Fig. 8 | Donor-level AD severity and regional QNP pathology controls. </w:t>
                            </w:r>
                            <w:r w:rsidRPr="00216A85">
                              <w:rPr>
                                <w:b/>
                                <w:bCs/>
                                <w:sz w:val="18"/>
                              </w:rPr>
                              <w:t>a,</w:t>
                            </w:r>
                            <w:r>
                              <w:rPr>
                                <w:sz w:val="18"/>
                              </w:rPr>
                              <w:t xml:space="preserve"> Donor-level AD pathology association matrix relating LL burden to AD neuropathologic variables. </w:t>
                            </w:r>
                            <w:r w:rsidRPr="00216A85">
                              <w:rPr>
                                <w:b/>
                                <w:bCs/>
                                <w:sz w:val="18"/>
                              </w:rPr>
                              <w:t>b,</w:t>
                            </w:r>
                            <w:r>
                              <w:rPr>
                                <w:sz w:val="18"/>
                              </w:rPr>
                              <w:t xml:space="preserve"> Quantitative neuropathology (QNP) donor-region design. </w:t>
                            </w:r>
                            <w:r w:rsidRPr="00216A85">
                              <w:rPr>
                                <w:b/>
                                <w:bCs/>
                                <w:sz w:val="18"/>
                              </w:rPr>
                              <w:t>c,</w:t>
                            </w:r>
                            <w:r>
                              <w:rPr>
                                <w:sz w:val="18"/>
                              </w:rPr>
                              <w:t xml:space="preserve"> QNP feature and matching QC for the donor-region analysis. </w:t>
                            </w:r>
                            <w:r w:rsidRPr="00216A85">
                              <w:rPr>
                                <w:b/>
                                <w:bCs/>
                                <w:sz w:val="18"/>
                              </w:rPr>
                              <w:t>d,</w:t>
                            </w:r>
                            <w:r>
                              <w:rPr>
                                <w:sz w:val="18"/>
                              </w:rPr>
                              <w:t xml:space="preserve"> QNP stain burden by region. </w:t>
                            </w:r>
                            <w:r w:rsidRPr="00216A85">
                              <w:rPr>
                                <w:b/>
                                <w:bCs/>
                                <w:sz w:val="18"/>
                              </w:rPr>
                              <w:t>e,</w:t>
                            </w:r>
                            <w:r>
                              <w:rPr>
                                <w:sz w:val="18"/>
                              </w:rPr>
                              <w:t xml:space="preserve"> Single-stain QNP burden versus LL burden.</w:t>
                            </w:r>
                            <w:r w:rsidRPr="00216A85">
                              <w:rPr>
                                <w:b/>
                                <w:bCs/>
                                <w:sz w:val="18"/>
                              </w:rPr>
                              <w:t xml:space="preserve"> f,</w:t>
                            </w:r>
                            <w:r>
                              <w:rPr>
                                <w:sz w:val="18"/>
                              </w:rPr>
                              <w:t xml:space="preserve"> Residual LL burden versus amyloid plaque burden. </w:t>
                            </w:r>
                            <w:r w:rsidRPr="00216A85">
                              <w:rPr>
                                <w:b/>
                                <w:bCs/>
                                <w:sz w:val="18"/>
                              </w:rPr>
                              <w:t>g,</w:t>
                            </w:r>
                            <w:r>
                              <w:rPr>
                                <w:sz w:val="18"/>
                              </w:rPr>
                              <w:t xml:space="preserve"> Joint amyloid/tau landscape. </w:t>
                            </w:r>
                            <w:r w:rsidRPr="00216A85">
                              <w:rPr>
                                <w:b/>
                                <w:bCs/>
                                <w:sz w:val="18"/>
                              </w:rPr>
                              <w:t>h,</w:t>
                            </w:r>
                            <w:r>
                              <w:rPr>
                                <w:sz w:val="18"/>
                              </w:rPr>
                              <w:t xml:space="preserve"> Regional-scale interpretation. Across 247 donor-region observations, LL burden tracked donor-level disease severity, whereas whole-region plaque-area measures were not a simple linear surrogate for LL burden; this limitation motivates the spatial plaque-niche analyses presented in later supplementary figures.</w:t>
                            </w:r>
                          </w:p>
                          <w:p w14:paraId="53633E21" w14:textId="77777777" w:rsidR="00216A85" w:rsidRDefault="00216A85" w:rsidP="00216A85">
                            <w:r>
                              <w:br w:type="page"/>
                            </w:r>
                          </w:p>
                          <w:p w14:paraId="21534DA2" w14:textId="77777777" w:rsidR="00216A85" w:rsidRPr="00F42A10" w:rsidRDefault="00216A85" w:rsidP="00216A85">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22949F" id="_x0000_s1034" type="#_x0000_t202" style="position:absolute;left:0;text-align:left;margin-left:39.85pt;margin-top:473.4pt;width:621.65pt;height:69.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" stroked="f">
                <v:textbox inset="0,0,0,0">
                  <w:txbxContent>
                    <w:p w14:paraId="69FABE4B" w14:textId="77777777" w:rsidR="00216A85" w:rsidRDefault="00216A85" w:rsidP="00216A85">
                      <w:pPr>
                        <w:keepLines/>
                        <w:spacing w:before="60" w:after="160" w:line="252" w:lineRule="auto"/>
                        <w:jc w:val="both"/>
                      </w:pPr>
                      <w:r>
                        <w:rPr>
                          <w:b/>
                          <w:sz w:val="18"/>
                        </w:rPr>
                        <w:t xml:space="preserve">Supplementary Fig. 8 | Donor-level AD severity and regional QNP pathology controls. </w:t>
                      </w:r>
                      <w:r w:rsidRPr="00216A85">
                        <w:rPr>
                          <w:b/>
                          <w:bCs/>
                          <w:sz w:val="18"/>
                        </w:rPr>
                        <w:t>a,</w:t>
                      </w:r>
                      <w:r>
                        <w:rPr>
                          <w:sz w:val="18"/>
                        </w:rPr>
                        <w:t xml:space="preserve"> Donor-level AD pathology association matrix relating LL burden to AD neuropathologic variables. </w:t>
                      </w:r>
                      <w:r w:rsidRPr="00216A85">
                        <w:rPr>
                          <w:b/>
                          <w:bCs/>
                          <w:sz w:val="18"/>
                        </w:rPr>
                        <w:t>b,</w:t>
                      </w:r>
                      <w:r>
                        <w:rPr>
                          <w:sz w:val="18"/>
                        </w:rPr>
                        <w:t xml:space="preserve"> Quantitative neuropathology (QNP) donor-region design. </w:t>
                      </w:r>
                      <w:r w:rsidRPr="00216A85">
                        <w:rPr>
                          <w:b/>
                          <w:bCs/>
                          <w:sz w:val="18"/>
                        </w:rPr>
                        <w:t>c,</w:t>
                      </w:r>
                      <w:r>
                        <w:rPr>
                          <w:sz w:val="18"/>
                        </w:rPr>
                        <w:t xml:space="preserve"> QNP feature and matching QC for the donor-region analysis. </w:t>
                      </w:r>
                      <w:r w:rsidRPr="00216A85">
                        <w:rPr>
                          <w:b/>
                          <w:bCs/>
                          <w:sz w:val="18"/>
                        </w:rPr>
                        <w:t>d,</w:t>
                      </w:r>
                      <w:r>
                        <w:rPr>
                          <w:sz w:val="18"/>
                        </w:rPr>
                        <w:t xml:space="preserve"> QNP stain burden by region. </w:t>
                      </w:r>
                      <w:r w:rsidRPr="00216A85">
                        <w:rPr>
                          <w:b/>
                          <w:bCs/>
                          <w:sz w:val="18"/>
                        </w:rPr>
                        <w:t>e,</w:t>
                      </w:r>
                      <w:r>
                        <w:rPr>
                          <w:sz w:val="18"/>
                        </w:rPr>
                        <w:t xml:space="preserve"> Single-stain QNP burden versus LL burden.</w:t>
                      </w:r>
                      <w:r w:rsidRPr="00216A85">
                        <w:rPr>
                          <w:b/>
                          <w:bCs/>
                          <w:sz w:val="18"/>
                        </w:rPr>
                        <w:t xml:space="preserve"> f,</w:t>
                      </w:r>
                      <w:r>
                        <w:rPr>
                          <w:sz w:val="18"/>
                        </w:rPr>
                        <w:t xml:space="preserve"> Residual LL burden versus amyloid plaque burden. </w:t>
                      </w:r>
                      <w:r w:rsidRPr="00216A85">
                        <w:rPr>
                          <w:b/>
                          <w:bCs/>
                          <w:sz w:val="18"/>
                        </w:rPr>
                        <w:t>g,</w:t>
                      </w:r>
                      <w:r>
                        <w:rPr>
                          <w:sz w:val="18"/>
                        </w:rPr>
                        <w:t xml:space="preserve"> Joint amyloid/tau landscape. </w:t>
                      </w:r>
                      <w:r w:rsidRPr="00216A85">
                        <w:rPr>
                          <w:b/>
                          <w:bCs/>
                          <w:sz w:val="18"/>
                        </w:rPr>
                        <w:t>h,</w:t>
                      </w:r>
                      <w:r>
                        <w:rPr>
                          <w:sz w:val="18"/>
                        </w:rPr>
                        <w:t xml:space="preserve"> Regional-scale interpretation. Across 247 donor-region observations, LL burden tracked donor-level disease severity, whereas whole-region plaque-area measures were not a simple linear surrogate for LL burden; this limitation motivates the spatial plaque-niche analyses presented in later supplementary figures.</w:t>
                      </w:r>
                    </w:p>
                    <w:p w14:paraId="53633E21" w14:textId="77777777" w:rsidR="00216A85" w:rsidRDefault="00216A85" w:rsidP="00216A85">
                      <w:r>
                        <w:br w:type="page"/>
                      </w:r>
                    </w:p>
                    <w:p w14:paraId="21534DA2" w14:textId="77777777" w:rsidR="00216A85" w:rsidRPr="00F42A10" w:rsidRDefault="00216A85" w:rsidP="00216A85">
                      <w:pPr>
                        <w:pStyle w:val="Caption"/>
                        <w:rPr>
                          <w:noProof/>
                          <w:sz w:val="20"/>
                          <w:szCs w:val="22"/>
                        </w:rPr>
                      </w:pPr>
                    </w:p>
                  </w:txbxContent>
                </v:textbox>
                <w10:wrap type="tight"/>
              </v:shape>
            </w:pict>
          </mc:Fallback>
        </mc:AlternateContent>
      </w:r>
      <w:r w:rsidRPr="00AC736F">
        <w:rPr>
          <w:rFonts w:asciiTheme="majorHAnsi" w:hAnsiTheme="majorHAnsi" w:cstheme="majorHAnsi"/>
          <w:noProof/>
        </w:rPr>
        <w:drawing>
          <wp:anchor distT="0" distB="0" distL="114300" distR="114300" simplePos="0" relativeHeight="251651072" behindDoc="1" locked="0" layoutInCell="1" allowOverlap="1" wp14:anchorId="68E32DC0" wp14:editId="11D865A9">
            <wp:simplePos x="0" y="0"/>
            <wp:positionH relativeFrom="column">
              <wp:posOffset>506095</wp:posOffset>
            </wp:positionH>
            <wp:positionV relativeFrom="paragraph">
              <wp:posOffset>-379975</wp:posOffset>
            </wp:positionV>
            <wp:extent cx="7894955" cy="6391910"/>
            <wp:effectExtent l="0" t="0" r="0" b="8890"/>
            <wp:wrapTight wrapText="bothSides">
              <wp:wrapPolygon edited="0">
                <wp:start x="0" y="0"/>
                <wp:lineTo x="0" y="21566"/>
                <wp:lineTo x="21525" y="21566"/>
                <wp:lineTo x="2152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8_QNP_Regional_Pathology_Controls_editable-01.jpg"/>
                    <pic:cNvPicPr/>
                  </pic:nvPicPr>
                  <pic:blipFill rotWithShape="1">
                    <a:blip r:embed="rId15"/>
                    <a:srcRect r="2641" b="3818"/>
                    <a:stretch>
                      <a:fillRect/>
                    </a:stretch>
                  </pic:blipFill>
                  <pic:spPr bwMode="auto">
                    <a:xfrm>
                      <a:off x="0" y="0"/>
                      <a:ext cx="7894955" cy="6391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A7989" w14:textId="77777777" w:rsidR="00F96DD6" w:rsidRPr="00AC736F" w:rsidRDefault="00000000">
      <w:pPr>
        <w:pStyle w:val="Heading1"/>
        <w:rPr>
          <w:rFonts w:cstheme="majorHAnsi"/>
          <w:color w:val="auto"/>
        </w:rPr>
      </w:pPr>
      <w:r w:rsidRPr="00AC736F">
        <w:rPr>
          <w:rFonts w:cstheme="majorHAnsi"/>
          <w:color w:val="auto"/>
        </w:rPr>
        <w:t>Supplementary Note 5 | Conservation across datasets and species</w:t>
      </w:r>
    </w:p>
    <w:p w14:paraId="5A2547C5"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rPr>
        <w:t>Supplementary Figs. 9 and 10 show that LL burden and program-level effects reproduce across datasets and that cross-species conservation is strongest at the program level rather than the individual marker level.</w:t>
      </w:r>
    </w:p>
    <w:p w14:paraId="633F49F3" w14:textId="77777777" w:rsidR="00216A85" w:rsidRPr="00AC736F" w:rsidRDefault="00216A85" w:rsidP="00216A85">
      <w:pPr>
        <w:pStyle w:val="Heading2"/>
        <w:rPr>
          <w:rFonts w:cstheme="majorHAnsi"/>
          <w:color w:val="auto"/>
        </w:rPr>
      </w:pPr>
      <w:r w:rsidRPr="00AC736F">
        <w:rPr>
          <w:rFonts w:cstheme="majorHAnsi"/>
          <w:color w:val="auto"/>
        </w:rPr>
        <w:t>Supplementary Fig. 9 | Cross-dataset reproducibility of state composition and program scores</w:t>
      </w:r>
    </w:p>
    <w:p w14:paraId="0E04D303" w14:textId="77777777" w:rsidR="00216A85" w:rsidRPr="00AC736F" w:rsidRDefault="00216A85" w:rsidP="00216A85">
      <w:pPr>
        <w:pStyle w:val="Heading2"/>
        <w:rPr>
          <w:rFonts w:cstheme="majorHAnsi"/>
          <w:color w:val="auto"/>
        </w:rPr>
      </w:pPr>
      <w:r w:rsidRPr="00AC736F">
        <w:rPr>
          <w:rFonts w:cstheme="majorHAnsi"/>
          <w:color w:val="auto"/>
        </w:rPr>
        <w:t>Supplementary Fig. 10 | Human-mouse conservation and ortholog calibration</w:t>
      </w:r>
    </w:p>
    <w:p w14:paraId="6A1FC47F" w14:textId="77777777" w:rsidR="0049367C" w:rsidRDefault="00000000">
      <w:r>
        <w:t>Caption clarification: Conservation is evaluated primarily at the ortholog-calibrated program level. Weak marker-level agreement is reported explicitly and argues against a universal cross-species marker list.</w:t>
      </w:r>
    </w:p>
    <w:p w14:paraId="5FC234FF" w14:textId="77777777" w:rsidR="00216A85" w:rsidRPr="00AC736F" w:rsidRDefault="00216A85" w:rsidP="00216A85">
      <w:pPr>
        <w:rPr>
          <w:rFonts w:asciiTheme="majorHAnsi" w:hAnsiTheme="majorHAnsi" w:cstheme="majorHAnsi"/>
        </w:rPr>
      </w:pPr>
    </w:p>
    <w:p w14:paraId="3877F3F4"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Across five transcriptomic datasets, the LL-remodeled fraction was stable despite large differences in size and provenance: SEA-AD 13.34% (236,044 cells, 84 donors, 10 regions), GSE146639 13.11% (5,341 cells, 2 donors), Olah 12.54% (16,245 cells, 17 donors), GSE98969 15.22% (37,248 cells, 97 donors) and GSE140510 12.47% (90,647 cells, 12 samples/donors). LD-signature-high fractions ranged from 4.15% to 5.07%, showing that the LD-high substate was smaller than the broader LL-remodeled state across datasets.</w:t>
      </w:r>
    </w:p>
    <w:tbl>
      <w:tblPr>
        <w:tblStyle w:val="PlainTable1"/>
        <w:tblW w:w="0" w:type="auto"/>
        <w:jc w:val="center"/>
        <w:tblLook w:val="04A0" w:firstRow="1" w:lastRow="0" w:firstColumn="1" w:lastColumn="0" w:noHBand="0" w:noVBand="1"/>
      </w:tblPr>
      <w:tblGrid>
        <w:gridCol w:w="2016"/>
        <w:gridCol w:w="1440"/>
        <w:gridCol w:w="1584"/>
        <w:gridCol w:w="1152"/>
        <w:gridCol w:w="1152"/>
        <w:gridCol w:w="1152"/>
      </w:tblGrid>
      <w:tr w:rsidR="007C7363" w:rsidRPr="00AC736F" w14:paraId="2F221EF6" w14:textId="77777777" w:rsidTr="007C7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6CD69EE5" w14:textId="77777777" w:rsidR="007C7363" w:rsidRPr="00AC736F" w:rsidRDefault="007C7363" w:rsidP="00AA26F2">
            <w:pPr>
              <w:rPr>
                <w:rFonts w:asciiTheme="majorHAnsi" w:hAnsiTheme="majorHAnsi" w:cstheme="majorHAnsi"/>
              </w:rPr>
            </w:pPr>
            <w:r w:rsidRPr="00AC736F">
              <w:rPr>
                <w:rFonts w:asciiTheme="majorHAnsi" w:hAnsiTheme="majorHAnsi" w:cstheme="majorHAnsi"/>
                <w:sz w:val="17"/>
              </w:rPr>
              <w:t>Dataset</w:t>
            </w:r>
          </w:p>
        </w:tc>
        <w:tc>
          <w:tcPr>
            <w:tcW w:w="1440" w:type="dxa"/>
          </w:tcPr>
          <w:p w14:paraId="009AAD6F"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Cells</w:t>
            </w:r>
          </w:p>
        </w:tc>
        <w:tc>
          <w:tcPr>
            <w:tcW w:w="1584" w:type="dxa"/>
          </w:tcPr>
          <w:p w14:paraId="48FC20B7"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Donors/samples</w:t>
            </w:r>
          </w:p>
        </w:tc>
        <w:tc>
          <w:tcPr>
            <w:tcW w:w="1152" w:type="dxa"/>
          </w:tcPr>
          <w:p w14:paraId="0B7FD876"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Regions</w:t>
            </w:r>
          </w:p>
        </w:tc>
        <w:tc>
          <w:tcPr>
            <w:tcW w:w="1152" w:type="dxa"/>
          </w:tcPr>
          <w:p w14:paraId="429FECDA"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LL %</w:t>
            </w:r>
          </w:p>
        </w:tc>
        <w:tc>
          <w:tcPr>
            <w:tcW w:w="1152" w:type="dxa"/>
          </w:tcPr>
          <w:p w14:paraId="0C4E33B3"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LD-high %</w:t>
            </w:r>
          </w:p>
        </w:tc>
      </w:tr>
      <w:tr w:rsidR="007C7363" w:rsidRPr="00AC736F" w14:paraId="77F6CB45"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4B0AA167"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SEA-AD</w:t>
            </w:r>
          </w:p>
        </w:tc>
        <w:tc>
          <w:tcPr>
            <w:tcW w:w="1440" w:type="dxa"/>
          </w:tcPr>
          <w:p w14:paraId="71DEC4A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236,044</w:t>
            </w:r>
          </w:p>
        </w:tc>
        <w:tc>
          <w:tcPr>
            <w:tcW w:w="1584" w:type="dxa"/>
          </w:tcPr>
          <w:p w14:paraId="0A2C465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84</w:t>
            </w:r>
          </w:p>
        </w:tc>
        <w:tc>
          <w:tcPr>
            <w:tcW w:w="1152" w:type="dxa"/>
          </w:tcPr>
          <w:p w14:paraId="5F94411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10</w:t>
            </w:r>
          </w:p>
        </w:tc>
        <w:tc>
          <w:tcPr>
            <w:tcW w:w="1152" w:type="dxa"/>
          </w:tcPr>
          <w:p w14:paraId="5590F68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13.34</w:t>
            </w:r>
          </w:p>
        </w:tc>
        <w:tc>
          <w:tcPr>
            <w:tcW w:w="1152" w:type="dxa"/>
          </w:tcPr>
          <w:p w14:paraId="354D77B9"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4.45</w:t>
            </w:r>
          </w:p>
        </w:tc>
      </w:tr>
      <w:tr w:rsidR="007C7363" w:rsidRPr="00AC736F" w14:paraId="3BE70D24"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51E118D1"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GSE146639</w:t>
            </w:r>
          </w:p>
        </w:tc>
        <w:tc>
          <w:tcPr>
            <w:tcW w:w="1440" w:type="dxa"/>
          </w:tcPr>
          <w:p w14:paraId="4381E26B"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5,341</w:t>
            </w:r>
          </w:p>
        </w:tc>
        <w:tc>
          <w:tcPr>
            <w:tcW w:w="1584" w:type="dxa"/>
          </w:tcPr>
          <w:p w14:paraId="68D7EA33"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2</w:t>
            </w:r>
          </w:p>
        </w:tc>
        <w:tc>
          <w:tcPr>
            <w:tcW w:w="1152" w:type="dxa"/>
          </w:tcPr>
          <w:p w14:paraId="3E40A3BC"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w:t>
            </w:r>
          </w:p>
        </w:tc>
        <w:tc>
          <w:tcPr>
            <w:tcW w:w="1152" w:type="dxa"/>
          </w:tcPr>
          <w:p w14:paraId="50D62AC7"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13.11</w:t>
            </w:r>
          </w:p>
        </w:tc>
        <w:tc>
          <w:tcPr>
            <w:tcW w:w="1152" w:type="dxa"/>
          </w:tcPr>
          <w:p w14:paraId="4333F912"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4.36</w:t>
            </w:r>
          </w:p>
        </w:tc>
      </w:tr>
      <w:tr w:rsidR="007C7363" w:rsidRPr="00AC736F" w14:paraId="52B99691"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29F0039C"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Olah</w:t>
            </w:r>
          </w:p>
        </w:tc>
        <w:tc>
          <w:tcPr>
            <w:tcW w:w="1440" w:type="dxa"/>
          </w:tcPr>
          <w:p w14:paraId="77C72FDD"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16,245</w:t>
            </w:r>
          </w:p>
        </w:tc>
        <w:tc>
          <w:tcPr>
            <w:tcW w:w="1584" w:type="dxa"/>
          </w:tcPr>
          <w:p w14:paraId="2F843A55"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17</w:t>
            </w:r>
          </w:p>
        </w:tc>
        <w:tc>
          <w:tcPr>
            <w:tcW w:w="1152" w:type="dxa"/>
          </w:tcPr>
          <w:p w14:paraId="7EBE8AE5"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w:t>
            </w:r>
          </w:p>
        </w:tc>
        <w:tc>
          <w:tcPr>
            <w:tcW w:w="1152" w:type="dxa"/>
          </w:tcPr>
          <w:p w14:paraId="6EE35FFC"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12.54</w:t>
            </w:r>
          </w:p>
        </w:tc>
        <w:tc>
          <w:tcPr>
            <w:tcW w:w="1152" w:type="dxa"/>
          </w:tcPr>
          <w:p w14:paraId="23E63CDC"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4.18</w:t>
            </w:r>
          </w:p>
        </w:tc>
      </w:tr>
      <w:tr w:rsidR="007C7363" w:rsidRPr="00AC736F" w14:paraId="617872C8"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34D21FEE"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GSE98969</w:t>
            </w:r>
          </w:p>
        </w:tc>
        <w:tc>
          <w:tcPr>
            <w:tcW w:w="1440" w:type="dxa"/>
          </w:tcPr>
          <w:p w14:paraId="7C1FAC79"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37,248</w:t>
            </w:r>
          </w:p>
        </w:tc>
        <w:tc>
          <w:tcPr>
            <w:tcW w:w="1584" w:type="dxa"/>
          </w:tcPr>
          <w:p w14:paraId="662894F1"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97</w:t>
            </w:r>
          </w:p>
        </w:tc>
        <w:tc>
          <w:tcPr>
            <w:tcW w:w="1152" w:type="dxa"/>
          </w:tcPr>
          <w:p w14:paraId="3DE6CC79"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w:t>
            </w:r>
          </w:p>
        </w:tc>
        <w:tc>
          <w:tcPr>
            <w:tcW w:w="1152" w:type="dxa"/>
          </w:tcPr>
          <w:p w14:paraId="5A3F1F83"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15.22</w:t>
            </w:r>
          </w:p>
        </w:tc>
        <w:tc>
          <w:tcPr>
            <w:tcW w:w="1152" w:type="dxa"/>
          </w:tcPr>
          <w:p w14:paraId="42A8D176"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5.07</w:t>
            </w:r>
          </w:p>
        </w:tc>
      </w:tr>
      <w:tr w:rsidR="007C7363" w:rsidRPr="00AC736F" w14:paraId="6D415866"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64D85778"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GSE140510</w:t>
            </w:r>
          </w:p>
        </w:tc>
        <w:tc>
          <w:tcPr>
            <w:tcW w:w="1440" w:type="dxa"/>
          </w:tcPr>
          <w:p w14:paraId="5AA0774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90,647</w:t>
            </w:r>
          </w:p>
        </w:tc>
        <w:tc>
          <w:tcPr>
            <w:tcW w:w="1584" w:type="dxa"/>
          </w:tcPr>
          <w:p w14:paraId="590BB83A"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w:t>
            </w:r>
          </w:p>
        </w:tc>
        <w:tc>
          <w:tcPr>
            <w:tcW w:w="1152" w:type="dxa"/>
          </w:tcPr>
          <w:p w14:paraId="31A76B14"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w:t>
            </w:r>
          </w:p>
        </w:tc>
        <w:tc>
          <w:tcPr>
            <w:tcW w:w="1152" w:type="dxa"/>
          </w:tcPr>
          <w:p w14:paraId="7EC3A837"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12.47</w:t>
            </w:r>
          </w:p>
        </w:tc>
        <w:tc>
          <w:tcPr>
            <w:tcW w:w="1152" w:type="dxa"/>
          </w:tcPr>
          <w:p w14:paraId="331950E6"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4.15</w:t>
            </w:r>
          </w:p>
        </w:tc>
      </w:tr>
    </w:tbl>
    <w:p w14:paraId="7EE940E1" w14:textId="77777777" w:rsidR="007C7363" w:rsidRPr="00AC736F" w:rsidRDefault="007C7363" w:rsidP="007C7363">
      <w:pPr>
        <w:spacing w:after="40"/>
        <w:rPr>
          <w:rFonts w:asciiTheme="majorHAnsi" w:hAnsiTheme="majorHAnsi" w:cstheme="majorHAnsi"/>
        </w:rPr>
      </w:pPr>
    </w:p>
    <w:p w14:paraId="556AF372"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External score validation supported reproducibility of the core axes. For LL-remodeled cells, mean AUROC was 0.953 for lysosome processing and 0.950 for lipid metabolism, compared with 0.910 for LD signature and 0.845 for LAM-like score. Human-mouse comparison was strongest at the program level (r = 0.96, P = 4.8e-4), whereas individual marker conservation was weak (r = -0.09, P = 0.75). Thus, the conserved unit is the remodeling architecture, not a universal marker list.</w:t>
      </w:r>
    </w:p>
    <w:p w14:paraId="030A3210" w14:textId="77777777" w:rsidR="00216A85" w:rsidRPr="00AC736F" w:rsidRDefault="00216A85">
      <w:pPr>
        <w:spacing w:after="120" w:line="259" w:lineRule="auto"/>
        <w:rPr>
          <w:rFonts w:asciiTheme="majorHAnsi" w:hAnsiTheme="majorHAnsi" w:cstheme="majorHAnsi"/>
        </w:rPr>
      </w:pPr>
    </w:p>
    <w:p w14:paraId="392F3487" w14:textId="77777777" w:rsidR="00F96DD6" w:rsidRPr="00AC736F" w:rsidRDefault="00216A85">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50048" behindDoc="1" locked="0" layoutInCell="1" allowOverlap="1" wp14:anchorId="1109BE3C" wp14:editId="7FFFC292">
                <wp:simplePos x="0" y="0"/>
                <wp:positionH relativeFrom="column">
                  <wp:posOffset>506095</wp:posOffset>
                </wp:positionH>
                <wp:positionV relativeFrom="paragraph">
                  <wp:posOffset>6038215</wp:posOffset>
                </wp:positionV>
                <wp:extent cx="7736205" cy="764540"/>
                <wp:effectExtent l="0" t="0" r="0" b="0"/>
                <wp:wrapTight wrapText="bothSides">
                  <wp:wrapPolygon edited="0">
                    <wp:start x="0" y="0"/>
                    <wp:lineTo x="0" y="20990"/>
                    <wp:lineTo x="21541" y="20990"/>
                    <wp:lineTo x="21541" y="0"/>
                    <wp:lineTo x="0" y="0"/>
                  </wp:wrapPolygon>
                </wp:wrapTight>
                <wp:docPr id="821639001" name="Text Box 1"/>
                <wp:cNvGraphicFramePr/>
                <a:graphic xmlns:a="http://schemas.openxmlformats.org/drawingml/2006/main">
                  <a:graphicData uri="http://schemas.microsoft.com/office/word/2010/wordprocessingShape">
                    <wps:wsp>
                      <wps:cNvSpPr txBox="1"/>
                      <wps:spPr>
                        <a:xfrm>
                          <a:off x="0" y="0"/>
                          <a:ext cx="7736205" cy="764540"/>
                        </a:xfrm>
                        <a:prstGeom prst="rect">
                          <a:avLst/>
                        </a:prstGeom>
                        <a:solidFill>
                          <a:prstClr val="white"/>
                        </a:solidFill>
                        <a:ln>
                          <a:noFill/>
                        </a:ln>
                      </wps:spPr>
                      <wps:txbx>
                        <w:txbxContent>
                          <w:p w14:paraId="156E2674" w14:textId="77777777" w:rsidR="00216A85" w:rsidRDefault="00216A85" w:rsidP="00216A85">
                            <w:pPr>
                              <w:keepLines/>
                              <w:spacing w:before="60" w:after="160" w:line="252" w:lineRule="auto"/>
                              <w:jc w:val="both"/>
                            </w:pPr>
                            <w:r>
                              <w:rPr>
                                <w:b/>
                                <w:sz w:val="18"/>
                              </w:rPr>
                              <w:t xml:space="preserve">Supplementary Fig. 9 | Cross-dataset reproducibility of LL state composition and program scores. </w:t>
                            </w:r>
                            <w:r w:rsidRPr="00216A85">
                              <w:rPr>
                                <w:b/>
                                <w:bCs/>
                                <w:sz w:val="18"/>
                              </w:rPr>
                              <w:t>a</w:t>
                            </w:r>
                            <w:r>
                              <w:rPr>
                                <w:sz w:val="18"/>
                              </w:rPr>
                              <w:t xml:space="preserve">, Five-dataset reproducibility atlas covering SEA-AD and four external microglial datasets. </w:t>
                            </w:r>
                            <w:r w:rsidRPr="00216A85">
                              <w:rPr>
                                <w:b/>
                                <w:bCs/>
                                <w:sz w:val="18"/>
                              </w:rPr>
                              <w:t>b</w:t>
                            </w:r>
                            <w:r>
                              <w:rPr>
                                <w:sz w:val="18"/>
                              </w:rPr>
                              <w:t xml:space="preserve">, Four-state composition across datasets. </w:t>
                            </w:r>
                            <w:r w:rsidRPr="00216A85">
                              <w:rPr>
                                <w:b/>
                                <w:bCs/>
                                <w:sz w:val="18"/>
                              </w:rPr>
                              <w:t>c,</w:t>
                            </w:r>
                            <w:r>
                              <w:rPr>
                                <w:sz w:val="18"/>
                              </w:rPr>
                              <w:t xml:space="preserve"> LD-high nested substate comparison. </w:t>
                            </w:r>
                            <w:r w:rsidRPr="00216A85">
                              <w:rPr>
                                <w:b/>
                                <w:bCs/>
                                <w:sz w:val="18"/>
                              </w:rPr>
                              <w:t>d,</w:t>
                            </w:r>
                            <w:r>
                              <w:rPr>
                                <w:sz w:val="18"/>
                              </w:rPr>
                              <w:t xml:space="preserve"> External validation of lipid and lysosome module scores. </w:t>
                            </w:r>
                            <w:r w:rsidRPr="00F33EB3">
                              <w:rPr>
                                <w:b/>
                                <w:bCs/>
                                <w:sz w:val="18"/>
                              </w:rPr>
                              <w:t>e,</w:t>
                            </w:r>
                            <w:r>
                              <w:rPr>
                                <w:sz w:val="18"/>
                              </w:rPr>
                              <w:t xml:space="preserve"> Program enrichment in LL-remodeled cells</w:t>
                            </w:r>
                            <w:r w:rsidRPr="00F33EB3">
                              <w:rPr>
                                <w:b/>
                                <w:bCs/>
                                <w:sz w:val="18"/>
                              </w:rPr>
                              <w:t>. f,</w:t>
                            </w:r>
                            <w:r>
                              <w:rPr>
                                <w:sz w:val="18"/>
                              </w:rPr>
                              <w:t xml:space="preserve"> Dataset-level score distributions and coverage. Across 385,525 profiles from 212 donors/samples, the LL fraction was similar across datasets (SEA-AD 13.3%, GSE146639 13.1%, Olah 12.5%, GSE98969 15.2%, and GSE140510 12.5%), and lipid/lysosome score discrimination remained high, supporting reproducibility of the remodeling state.</w:t>
                            </w:r>
                          </w:p>
                          <w:p w14:paraId="3DC5E963" w14:textId="77777777" w:rsidR="00216A85" w:rsidRPr="00F20555" w:rsidRDefault="00216A85" w:rsidP="00216A85">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09BE3C" id="_x0000_s1035" type="#_x0000_t202" style="position:absolute;margin-left:39.85pt;margin-top:475.45pt;width:609.15pt;height:60.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" stroked="f">
                <v:textbox inset="0,0,0,0">
                  <w:txbxContent>
                    <w:p w14:paraId="156E2674" w14:textId="77777777" w:rsidR="00216A85" w:rsidRDefault="00216A85" w:rsidP="00216A85">
                      <w:pPr>
                        <w:keepLines/>
                        <w:spacing w:before="60" w:after="160" w:line="252" w:lineRule="auto"/>
                        <w:jc w:val="both"/>
                      </w:pPr>
                      <w:r>
                        <w:rPr>
                          <w:b/>
                          <w:sz w:val="18"/>
                        </w:rPr>
                        <w:t xml:space="preserve">Supplementary Fig. 9 | Cross-dataset reproducibility of LL state composition and program scores. </w:t>
                      </w:r>
                      <w:r w:rsidRPr="00216A85">
                        <w:rPr>
                          <w:b/>
                          <w:bCs/>
                          <w:sz w:val="18"/>
                        </w:rPr>
                        <w:t>a</w:t>
                      </w:r>
                      <w:r>
                        <w:rPr>
                          <w:sz w:val="18"/>
                        </w:rPr>
                        <w:t xml:space="preserve">, Five-dataset reproducibility atlas covering SEA-AD and four external microglial datasets. </w:t>
                      </w:r>
                      <w:r w:rsidRPr="00216A85">
                        <w:rPr>
                          <w:b/>
                          <w:bCs/>
                          <w:sz w:val="18"/>
                        </w:rPr>
                        <w:t>b</w:t>
                      </w:r>
                      <w:r>
                        <w:rPr>
                          <w:sz w:val="18"/>
                        </w:rPr>
                        <w:t xml:space="preserve">, Four-state composition across datasets. </w:t>
                      </w:r>
                      <w:r w:rsidRPr="00216A85">
                        <w:rPr>
                          <w:b/>
                          <w:bCs/>
                          <w:sz w:val="18"/>
                        </w:rPr>
                        <w:t>c,</w:t>
                      </w:r>
                      <w:r>
                        <w:rPr>
                          <w:sz w:val="18"/>
                        </w:rPr>
                        <w:t xml:space="preserve"> LD-high nested substate comparison. </w:t>
                      </w:r>
                      <w:r w:rsidRPr="00216A85">
                        <w:rPr>
                          <w:b/>
                          <w:bCs/>
                          <w:sz w:val="18"/>
                        </w:rPr>
                        <w:t>d,</w:t>
                      </w:r>
                      <w:r>
                        <w:rPr>
                          <w:sz w:val="18"/>
                        </w:rPr>
                        <w:t xml:space="preserve"> External validation of lipid and lysosome module scores. </w:t>
                      </w:r>
                      <w:r w:rsidRPr="00F33EB3">
                        <w:rPr>
                          <w:b/>
                          <w:bCs/>
                          <w:sz w:val="18"/>
                        </w:rPr>
                        <w:t>e,</w:t>
                      </w:r>
                      <w:r>
                        <w:rPr>
                          <w:sz w:val="18"/>
                        </w:rPr>
                        <w:t xml:space="preserve"> Program enrichment in LL-remodeled cells</w:t>
                      </w:r>
                      <w:r w:rsidRPr="00F33EB3">
                        <w:rPr>
                          <w:b/>
                          <w:bCs/>
                          <w:sz w:val="18"/>
                        </w:rPr>
                        <w:t>. f,</w:t>
                      </w:r>
                      <w:r>
                        <w:rPr>
                          <w:sz w:val="18"/>
                        </w:rPr>
                        <w:t xml:space="preserve"> Dataset-level score distributions and coverage. Across 385,525 profiles from 212 donors/samples, the LL fraction was similar across datasets (SEA-AD 13.3%, GSE146639 13.1%, Olah 12.5%, GSE98969 15.2%, and GSE140510 12.5%), and lipid/lysosome score discrimination remained high, supporting reproducibility of the remodeling state.</w:t>
                      </w:r>
                    </w:p>
                    <w:p w14:paraId="3DC5E963" w14:textId="77777777" w:rsidR="00216A85" w:rsidRPr="00F20555" w:rsidRDefault="00216A85" w:rsidP="00216A85">
                      <w:pPr>
                        <w:pStyle w:val="Caption"/>
                        <w:jc w:val="both"/>
                        <w:rPr>
                          <w:noProof/>
                          <w:sz w:val="20"/>
                          <w:szCs w:val="22"/>
                        </w:rPr>
                      </w:pPr>
                    </w:p>
                  </w:txbxContent>
                </v:textbox>
                <w10:wrap type="tight"/>
              </v:shape>
            </w:pict>
          </mc:Fallback>
        </mc:AlternateContent>
      </w:r>
      <w:r w:rsidRPr="00AC736F">
        <w:rPr>
          <w:rFonts w:asciiTheme="majorHAnsi" w:hAnsiTheme="majorHAnsi" w:cstheme="majorHAnsi"/>
          <w:noProof/>
        </w:rPr>
        <w:drawing>
          <wp:anchor distT="0" distB="0" distL="114300" distR="114300" simplePos="0" relativeHeight="251662336" behindDoc="1" locked="0" layoutInCell="1" allowOverlap="1" wp14:anchorId="50088146" wp14:editId="490B4476">
            <wp:simplePos x="0" y="0"/>
            <wp:positionH relativeFrom="column">
              <wp:posOffset>505900</wp:posOffset>
            </wp:positionH>
            <wp:positionV relativeFrom="paragraph">
              <wp:posOffset>-133985</wp:posOffset>
            </wp:positionV>
            <wp:extent cx="7736205" cy="6118860"/>
            <wp:effectExtent l="0" t="0" r="0" b="0"/>
            <wp:wrapTight wrapText="bothSides">
              <wp:wrapPolygon edited="0">
                <wp:start x="0" y="0"/>
                <wp:lineTo x="0" y="21519"/>
                <wp:lineTo x="21541" y="21519"/>
                <wp:lineTo x="2154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9_Cross_Dataset_Reproducibility_editable-01.jpg"/>
                    <pic:cNvPicPr/>
                  </pic:nvPicPr>
                  <pic:blipFill rotWithShape="1">
                    <a:blip r:embed="rId16"/>
                    <a:srcRect b="3505"/>
                    <a:stretch>
                      <a:fillRect/>
                    </a:stretch>
                  </pic:blipFill>
                  <pic:spPr bwMode="auto">
                    <a:xfrm>
                      <a:off x="0" y="0"/>
                      <a:ext cx="7736205" cy="6118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736F">
        <w:rPr>
          <w:rFonts w:asciiTheme="majorHAnsi" w:hAnsiTheme="majorHAnsi" w:cstheme="majorHAnsi"/>
        </w:rPr>
        <w:br w:type="page"/>
      </w:r>
    </w:p>
    <w:p w14:paraId="62FEF908" w14:textId="77777777" w:rsidR="00216A85" w:rsidRPr="00AC736F" w:rsidRDefault="00F33EB3">
      <w:pP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66432" behindDoc="1" locked="0" layoutInCell="1" allowOverlap="1" wp14:anchorId="44CDDF1A" wp14:editId="685D2C95">
            <wp:simplePos x="0" y="0"/>
            <wp:positionH relativeFrom="column">
              <wp:posOffset>329565</wp:posOffset>
            </wp:positionH>
            <wp:positionV relativeFrom="paragraph">
              <wp:posOffset>-385982</wp:posOffset>
            </wp:positionV>
            <wp:extent cx="7763510" cy="6579235"/>
            <wp:effectExtent l="0" t="0" r="8890" b="0"/>
            <wp:wrapTight wrapText="bothSides">
              <wp:wrapPolygon edited="0">
                <wp:start x="0" y="0"/>
                <wp:lineTo x="0" y="21515"/>
                <wp:lineTo x="21572" y="21515"/>
                <wp:lineTo x="21572"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0_Human_Mouse_Conservation_Ortholog_Calibration_editable-01.jpg"/>
                    <pic:cNvPicPr/>
                  </pic:nvPicPr>
                  <pic:blipFill rotWithShape="1">
                    <a:blip r:embed="rId17"/>
                    <a:srcRect r="3282"/>
                    <a:stretch>
                      <a:fillRect/>
                    </a:stretch>
                  </pic:blipFill>
                  <pic:spPr bwMode="auto">
                    <a:xfrm>
                      <a:off x="0" y="0"/>
                      <a:ext cx="7763510" cy="6579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49E84" w14:textId="77777777" w:rsidR="00F96DD6" w:rsidRPr="00AC736F" w:rsidRDefault="00F96DD6">
      <w:pPr>
        <w:jc w:val="center"/>
        <w:rPr>
          <w:rFonts w:asciiTheme="majorHAnsi" w:hAnsiTheme="majorHAnsi" w:cstheme="majorHAnsi"/>
        </w:rPr>
      </w:pPr>
    </w:p>
    <w:p w14:paraId="48621C66" w14:textId="77777777" w:rsidR="00F96DD6" w:rsidRPr="00AC736F" w:rsidRDefault="00F33EB3">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68480" behindDoc="1" locked="0" layoutInCell="1" allowOverlap="1" wp14:anchorId="776FF25F" wp14:editId="5984301C">
                <wp:simplePos x="0" y="0"/>
                <wp:positionH relativeFrom="column">
                  <wp:posOffset>330200</wp:posOffset>
                </wp:positionH>
                <wp:positionV relativeFrom="paragraph">
                  <wp:posOffset>5580380</wp:posOffset>
                </wp:positionV>
                <wp:extent cx="7763510" cy="738505"/>
                <wp:effectExtent l="0" t="0" r="8890" b="4445"/>
                <wp:wrapTight wrapText="bothSides">
                  <wp:wrapPolygon edited="0">
                    <wp:start x="0" y="0"/>
                    <wp:lineTo x="0" y="21173"/>
                    <wp:lineTo x="21572" y="21173"/>
                    <wp:lineTo x="21572" y="0"/>
                    <wp:lineTo x="0" y="0"/>
                  </wp:wrapPolygon>
                </wp:wrapTight>
                <wp:docPr id="446254569" name="Text Box 1"/>
                <wp:cNvGraphicFramePr/>
                <a:graphic xmlns:a="http://schemas.openxmlformats.org/drawingml/2006/main">
                  <a:graphicData uri="http://schemas.microsoft.com/office/word/2010/wordprocessingShape">
                    <wps:wsp>
                      <wps:cNvSpPr txBox="1"/>
                      <wps:spPr>
                        <a:xfrm>
                          <a:off x="0" y="0"/>
                          <a:ext cx="7763510" cy="738505"/>
                        </a:xfrm>
                        <a:prstGeom prst="rect">
                          <a:avLst/>
                        </a:prstGeom>
                        <a:solidFill>
                          <a:prstClr val="white"/>
                        </a:solidFill>
                        <a:ln>
                          <a:noFill/>
                        </a:ln>
                      </wps:spPr>
                      <wps:txbx>
                        <w:txbxContent>
                          <w:p w14:paraId="034FC383" w14:textId="77777777" w:rsidR="00F33EB3" w:rsidRDefault="00F33EB3" w:rsidP="00F33EB3">
                            <w:pPr>
                              <w:keepLines/>
                              <w:spacing w:before="60" w:after="160" w:line="252" w:lineRule="auto"/>
                              <w:jc w:val="both"/>
                            </w:pPr>
                            <w:r>
                              <w:rPr>
                                <w:b/>
                                <w:sz w:val="18"/>
                              </w:rPr>
                              <w:t xml:space="preserve">Supplementary Fig. 10 | Human-mouse conservation and ortholog calibration. </w:t>
                            </w:r>
                            <w:r w:rsidRPr="00F33EB3">
                              <w:rPr>
                                <w:b/>
                                <w:bCs/>
                                <w:sz w:val="18"/>
                              </w:rPr>
                              <w:t>a,</w:t>
                            </w:r>
                            <w:r>
                              <w:rPr>
                                <w:sz w:val="18"/>
                              </w:rPr>
                              <w:t xml:space="preserve"> Human-mouse conservation of LL program-level effects. </w:t>
                            </w:r>
                            <w:r w:rsidRPr="00F33EB3">
                              <w:rPr>
                                <w:b/>
                                <w:bCs/>
                                <w:sz w:val="18"/>
                              </w:rPr>
                              <w:t>b,</w:t>
                            </w:r>
                            <w:r>
                              <w:rPr>
                                <w:sz w:val="18"/>
                              </w:rPr>
                              <w:t xml:space="preserve"> Marker-identity comparison showing weaker conservation at the individual marker level. </w:t>
                            </w:r>
                            <w:r w:rsidRPr="00F33EB3">
                              <w:rPr>
                                <w:b/>
                                <w:bCs/>
                                <w:sz w:val="18"/>
                              </w:rPr>
                              <w:t>c,</w:t>
                            </w:r>
                            <w:r>
                              <w:rPr>
                                <w:sz w:val="18"/>
                              </w:rPr>
                              <w:t xml:space="preserve"> Selected shared-marker enrichment. </w:t>
                            </w:r>
                            <w:r w:rsidRPr="00F33EB3">
                              <w:rPr>
                                <w:b/>
                                <w:bCs/>
                                <w:sz w:val="18"/>
                              </w:rPr>
                              <w:t>d,</w:t>
                            </w:r>
                            <w:r>
                              <w:rPr>
                                <w:sz w:val="18"/>
                              </w:rPr>
                              <w:t xml:space="preserve"> Ortholog coverage used to calibrate cross-species claims. </w:t>
                            </w:r>
                            <w:r w:rsidRPr="00F33EB3">
                              <w:rPr>
                                <w:b/>
                                <w:bCs/>
                                <w:sz w:val="18"/>
                              </w:rPr>
                              <w:t>e,</w:t>
                            </w:r>
                            <w:r>
                              <w:rPr>
                                <w:sz w:val="18"/>
                              </w:rPr>
                              <w:t xml:space="preserve"> Dataset gene availability for score transfer. </w:t>
                            </w:r>
                            <w:r w:rsidRPr="00F33EB3">
                              <w:rPr>
                                <w:b/>
                                <w:bCs/>
                                <w:sz w:val="18"/>
                              </w:rPr>
                              <w:t>f,</w:t>
                            </w:r>
                            <w:r>
                              <w:rPr>
                                <w:sz w:val="18"/>
                              </w:rPr>
                              <w:t xml:space="preserve"> Shared-marker statistical support. Program-level effects were highly concordant between human and mouse datasets (r = 0.96, P = 4.8e-4), whereas marker-level conservation was weak (r = -0.09, P = 0.75), indicating that the conserved signal is the lipid-lysosome program architecture rather than a universal marker list.</w:t>
                            </w:r>
                          </w:p>
                          <w:p w14:paraId="260C3D73" w14:textId="77777777" w:rsidR="00F33EB3" w:rsidRPr="00FB5D81" w:rsidRDefault="00F33EB3" w:rsidP="00F33EB3">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FF25F" id="_x0000_s1036" type="#_x0000_t202" style="position:absolute;margin-left:26pt;margin-top:439.4pt;width:611.3pt;height:58.1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" stroked="f">
                <v:textbox inset="0,0,0,0">
                  <w:txbxContent>
                    <w:p w14:paraId="034FC383" w14:textId="77777777" w:rsidR="00F33EB3" w:rsidRDefault="00F33EB3" w:rsidP="00F33EB3">
                      <w:pPr>
                        <w:keepLines/>
                        <w:spacing w:before="60" w:after="160" w:line="252" w:lineRule="auto"/>
                        <w:jc w:val="both"/>
                      </w:pPr>
                      <w:r>
                        <w:rPr>
                          <w:b/>
                          <w:sz w:val="18"/>
                        </w:rPr>
                        <w:t xml:space="preserve">Supplementary Fig. 10 | Human-mouse conservation and ortholog calibration. </w:t>
                      </w:r>
                      <w:r w:rsidRPr="00F33EB3">
                        <w:rPr>
                          <w:b/>
                          <w:bCs/>
                          <w:sz w:val="18"/>
                        </w:rPr>
                        <w:t>a,</w:t>
                      </w:r>
                      <w:r>
                        <w:rPr>
                          <w:sz w:val="18"/>
                        </w:rPr>
                        <w:t xml:space="preserve"> Human-mouse conservation of LL program-level effects. </w:t>
                      </w:r>
                      <w:r w:rsidRPr="00F33EB3">
                        <w:rPr>
                          <w:b/>
                          <w:bCs/>
                          <w:sz w:val="18"/>
                        </w:rPr>
                        <w:t>b,</w:t>
                      </w:r>
                      <w:r>
                        <w:rPr>
                          <w:sz w:val="18"/>
                        </w:rPr>
                        <w:t xml:space="preserve"> Marker-identity comparison showing weaker conservation at the individual marker level. </w:t>
                      </w:r>
                      <w:r w:rsidRPr="00F33EB3">
                        <w:rPr>
                          <w:b/>
                          <w:bCs/>
                          <w:sz w:val="18"/>
                        </w:rPr>
                        <w:t>c,</w:t>
                      </w:r>
                      <w:r>
                        <w:rPr>
                          <w:sz w:val="18"/>
                        </w:rPr>
                        <w:t xml:space="preserve"> Selected shared-marker enrichment. </w:t>
                      </w:r>
                      <w:r w:rsidRPr="00F33EB3">
                        <w:rPr>
                          <w:b/>
                          <w:bCs/>
                          <w:sz w:val="18"/>
                        </w:rPr>
                        <w:t>d,</w:t>
                      </w:r>
                      <w:r>
                        <w:rPr>
                          <w:sz w:val="18"/>
                        </w:rPr>
                        <w:t xml:space="preserve"> Ortholog coverage used to calibrate cross-species claims. </w:t>
                      </w:r>
                      <w:r w:rsidRPr="00F33EB3">
                        <w:rPr>
                          <w:b/>
                          <w:bCs/>
                          <w:sz w:val="18"/>
                        </w:rPr>
                        <w:t>e,</w:t>
                      </w:r>
                      <w:r>
                        <w:rPr>
                          <w:sz w:val="18"/>
                        </w:rPr>
                        <w:t xml:space="preserve"> Dataset gene availability for score transfer. </w:t>
                      </w:r>
                      <w:r w:rsidRPr="00F33EB3">
                        <w:rPr>
                          <w:b/>
                          <w:bCs/>
                          <w:sz w:val="18"/>
                        </w:rPr>
                        <w:t>f,</w:t>
                      </w:r>
                      <w:r>
                        <w:rPr>
                          <w:sz w:val="18"/>
                        </w:rPr>
                        <w:t xml:space="preserve"> Shared-marker statistical support. Program-level effects were highly concordant between human and mouse datasets (r = 0.96, P = 4.8e-4), whereas marker-level conservation was weak (r = -0.09, P = 0.75), indicating that the conserved signal is the lipid-lysosome program architecture rather than a universal marker list.</w:t>
                      </w:r>
                    </w:p>
                    <w:p w14:paraId="260C3D73" w14:textId="77777777" w:rsidR="00F33EB3" w:rsidRPr="00FB5D81" w:rsidRDefault="00F33EB3" w:rsidP="00F33EB3">
                      <w:pPr>
                        <w:pStyle w:val="Caption"/>
                        <w:jc w:val="both"/>
                        <w:rPr>
                          <w:noProof/>
                          <w:sz w:val="20"/>
                          <w:szCs w:val="22"/>
                        </w:rPr>
                      </w:pPr>
                    </w:p>
                  </w:txbxContent>
                </v:textbox>
                <w10:wrap type="tight"/>
              </v:shape>
            </w:pict>
          </mc:Fallback>
        </mc:AlternateContent>
      </w:r>
      <w:r w:rsidRPr="00AC736F">
        <w:rPr>
          <w:rFonts w:asciiTheme="majorHAnsi" w:hAnsiTheme="majorHAnsi" w:cstheme="majorHAnsi"/>
        </w:rPr>
        <w:br w:type="page"/>
      </w:r>
    </w:p>
    <w:p w14:paraId="76E844DA" w14:textId="77777777" w:rsidR="00F96DD6" w:rsidRPr="00AC736F" w:rsidRDefault="00000000">
      <w:pPr>
        <w:pStyle w:val="Heading1"/>
        <w:rPr>
          <w:rFonts w:cstheme="majorHAnsi"/>
          <w:color w:val="auto"/>
        </w:rPr>
      </w:pPr>
      <w:r w:rsidRPr="00AC736F">
        <w:rPr>
          <w:rFonts w:cstheme="majorHAnsi"/>
          <w:color w:val="auto"/>
        </w:rPr>
        <w:t>Supplementary Note 6 | Spatial plaque-niche validation</w:t>
      </w:r>
    </w:p>
    <w:p w14:paraId="47A64A31"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rPr>
        <w:t xml:space="preserve">Supplementary Figs. 11-13 expand the spatial validation evidence. Human </w:t>
      </w:r>
      <w:proofErr w:type="spellStart"/>
      <w:r w:rsidRPr="00AC736F">
        <w:rPr>
          <w:rFonts w:asciiTheme="majorHAnsi" w:hAnsiTheme="majorHAnsi" w:cstheme="majorHAnsi"/>
        </w:rPr>
        <w:t>GeoMx</w:t>
      </w:r>
      <w:proofErr w:type="spellEnd"/>
      <w:r w:rsidRPr="00AC736F">
        <w:rPr>
          <w:rFonts w:asciiTheme="majorHAnsi" w:hAnsiTheme="majorHAnsi" w:cstheme="majorHAnsi"/>
        </w:rPr>
        <w:t xml:space="preserve"> supports plaque-ROI enrichment, mouse </w:t>
      </w:r>
      <w:proofErr w:type="spellStart"/>
      <w:r w:rsidRPr="00AC736F">
        <w:rPr>
          <w:rFonts w:asciiTheme="majorHAnsi" w:hAnsiTheme="majorHAnsi" w:cstheme="majorHAnsi"/>
        </w:rPr>
        <w:t>STARmap</w:t>
      </w:r>
      <w:proofErr w:type="spellEnd"/>
      <w:r w:rsidRPr="00AC736F">
        <w:rPr>
          <w:rFonts w:asciiTheme="majorHAnsi" w:hAnsiTheme="majorHAnsi" w:cstheme="majorHAnsi"/>
        </w:rPr>
        <w:t xml:space="preserve"> provides plaque-distance gradients and </w:t>
      </w:r>
      <w:proofErr w:type="spellStart"/>
      <w:r w:rsidRPr="00AC736F">
        <w:rPr>
          <w:rFonts w:asciiTheme="majorHAnsi" w:hAnsiTheme="majorHAnsi" w:cstheme="majorHAnsi"/>
        </w:rPr>
        <w:t>GeoMx</w:t>
      </w:r>
      <w:proofErr w:type="spellEnd"/>
      <w:r w:rsidRPr="00AC736F">
        <w:rPr>
          <w:rFonts w:asciiTheme="majorHAnsi" w:hAnsiTheme="majorHAnsi" w:cstheme="majorHAnsi"/>
        </w:rPr>
        <w:t xml:space="preserve"> differential-expression analyses identify plaque-zone genes that connect the spatial signal to lipid-lysosome and phagocytic biology.</w:t>
      </w:r>
    </w:p>
    <w:p w14:paraId="51792253" w14:textId="77777777" w:rsidR="00774C01" w:rsidRPr="00AC736F" w:rsidRDefault="00774C01" w:rsidP="00774C01">
      <w:pPr>
        <w:pStyle w:val="Heading2"/>
        <w:rPr>
          <w:rFonts w:cstheme="majorHAnsi"/>
          <w:color w:val="auto"/>
        </w:rPr>
      </w:pPr>
      <w:r w:rsidRPr="00AC736F">
        <w:rPr>
          <w:rFonts w:cstheme="majorHAnsi"/>
          <w:color w:val="auto"/>
        </w:rPr>
        <w:t xml:space="preserve">Supplementary Fig. 11 | Human </w:t>
      </w:r>
      <w:proofErr w:type="spellStart"/>
      <w:r w:rsidRPr="00AC736F">
        <w:rPr>
          <w:rFonts w:cstheme="majorHAnsi"/>
          <w:color w:val="auto"/>
        </w:rPr>
        <w:t>GeoMx</w:t>
      </w:r>
      <w:proofErr w:type="spellEnd"/>
      <w:r w:rsidRPr="00AC736F">
        <w:rPr>
          <w:rFonts w:cstheme="majorHAnsi"/>
          <w:color w:val="auto"/>
        </w:rPr>
        <w:t xml:space="preserve"> plaque-zone validation and ROI-level controls</w:t>
      </w:r>
    </w:p>
    <w:p w14:paraId="2F26B2E7" w14:textId="77777777" w:rsidR="0049367C" w:rsidRDefault="00000000">
      <w:r>
        <w:t xml:space="preserve">Caption clarification: </w:t>
      </w:r>
      <w:proofErr w:type="spellStart"/>
      <w:r>
        <w:t>GeoMx</w:t>
      </w:r>
      <w:proofErr w:type="spellEnd"/>
      <w:r>
        <w:t xml:space="preserve"> panels test plaque-zone/ROI enrichment using source plaque-core, peri-plaque and away annotations. The result supports plaque-contact ROI enrichment and donor-matched consistency where available, not a newly computed Euclidean distance gradient.</w:t>
      </w:r>
    </w:p>
    <w:p w14:paraId="7AAA1F35" w14:textId="77777777" w:rsidR="00774C01" w:rsidRPr="00AC736F" w:rsidRDefault="00774C01" w:rsidP="00774C01">
      <w:pPr>
        <w:pStyle w:val="Heading2"/>
        <w:rPr>
          <w:rFonts w:cstheme="majorHAnsi"/>
          <w:color w:val="auto"/>
        </w:rPr>
      </w:pPr>
      <w:r w:rsidRPr="00AC736F">
        <w:rPr>
          <w:rFonts w:cstheme="majorHAnsi"/>
          <w:color w:val="auto"/>
        </w:rPr>
        <w:t xml:space="preserve">Supplementary Fig. 12 | Mouse </w:t>
      </w:r>
      <w:proofErr w:type="spellStart"/>
      <w:r w:rsidRPr="00AC736F">
        <w:rPr>
          <w:rFonts w:cstheme="majorHAnsi"/>
          <w:color w:val="auto"/>
        </w:rPr>
        <w:t>STARmap</w:t>
      </w:r>
      <w:proofErr w:type="spellEnd"/>
      <w:r w:rsidRPr="00AC736F">
        <w:rPr>
          <w:rFonts w:cstheme="majorHAnsi"/>
          <w:color w:val="auto"/>
        </w:rPr>
        <w:t xml:space="preserve"> plaque-proximity and integrated spatial-scale evidence</w:t>
      </w:r>
    </w:p>
    <w:p w14:paraId="6B7C258B" w14:textId="77777777" w:rsidR="0049367C" w:rsidRDefault="00000000">
      <w:r>
        <w:t xml:space="preserve">Caption clarification: </w:t>
      </w:r>
      <w:proofErr w:type="spellStart"/>
      <w:r>
        <w:t>STARmap</w:t>
      </w:r>
      <w:proofErr w:type="spellEnd"/>
      <w:r>
        <w:t xml:space="preserve"> panels use plaque-distance annotations and therefore provide distance-gradient validation complementary to </w:t>
      </w:r>
      <w:proofErr w:type="spellStart"/>
      <w:r>
        <w:t>GeoMx</w:t>
      </w:r>
      <w:proofErr w:type="spellEnd"/>
      <w:r>
        <w:t xml:space="preserve"> ROI-zone enrichment. The continuous distance correlation is modest but significant, while the proximal-versus-distant contrast shows a large effect size.</w:t>
      </w:r>
    </w:p>
    <w:p w14:paraId="14B937EA" w14:textId="77777777" w:rsidR="00774C01" w:rsidRPr="00AC736F" w:rsidRDefault="00774C01" w:rsidP="00774C01">
      <w:pPr>
        <w:pStyle w:val="Heading2"/>
        <w:rPr>
          <w:rFonts w:cstheme="majorHAnsi"/>
          <w:color w:val="auto"/>
        </w:rPr>
      </w:pPr>
      <w:r w:rsidRPr="00AC736F">
        <w:rPr>
          <w:rFonts w:cstheme="majorHAnsi"/>
          <w:color w:val="auto"/>
        </w:rPr>
        <w:t xml:space="preserve">Supplementary Fig. 13 | </w:t>
      </w:r>
      <w:proofErr w:type="spellStart"/>
      <w:r w:rsidRPr="00AC736F">
        <w:rPr>
          <w:rFonts w:cstheme="majorHAnsi"/>
          <w:color w:val="auto"/>
        </w:rPr>
        <w:t>GeoMx</w:t>
      </w:r>
      <w:proofErr w:type="spellEnd"/>
      <w:r w:rsidRPr="00AC736F">
        <w:rPr>
          <w:rFonts w:cstheme="majorHAnsi"/>
          <w:color w:val="auto"/>
        </w:rPr>
        <w:t xml:space="preserve"> plaque-zone differential-expression follow-up</w:t>
      </w:r>
    </w:p>
    <w:p w14:paraId="20A2CD93" w14:textId="77777777" w:rsidR="00774C01" w:rsidRPr="00AC736F" w:rsidRDefault="00774C01" w:rsidP="00774C01">
      <w:pPr>
        <w:rPr>
          <w:rFonts w:asciiTheme="majorHAnsi" w:hAnsiTheme="majorHAnsi" w:cstheme="majorHAnsi"/>
        </w:rPr>
      </w:pPr>
    </w:p>
    <w:p w14:paraId="20B53168" w14:textId="77777777" w:rsidR="007C7363" w:rsidRPr="00AC736F" w:rsidRDefault="007C7363" w:rsidP="007C7363">
      <w:pPr>
        <w:spacing w:after="120" w:line="252" w:lineRule="auto"/>
        <w:rPr>
          <w:rFonts w:asciiTheme="majorHAnsi" w:hAnsiTheme="majorHAnsi" w:cstheme="majorHAnsi"/>
        </w:rPr>
      </w:pPr>
      <w:r>
        <w:t xml:space="preserve">Human </w:t>
      </w:r>
      <w:proofErr w:type="spellStart"/>
      <w:r>
        <w:t>GeoMx</w:t>
      </w:r>
      <w:proofErr w:type="spellEnd"/>
      <w:r>
        <w:t xml:space="preserve"> DSP analysis included 215 high-quality ROIs from 26 subject IDs: 65 plaque-core ROIs, 74 peri-plaque ROIs and 76 away ROIs. LL-remodeled ROI burden was 38.46% in plaque-core ROIs, 4.05% in peri-plaque ROIs and 10.53% in away ROIs. LL score was enriched in plaque-core ROIs versus PP (median difference = 0.386, FDR = 2.75e-8) and versus A (median difference = 0.415, FDR = 6.06e-7), whereas PP versus A was not significant. ROI-level interpretation used source plaque-zone annotations and accompanying Micro/PVM-context summaries as controls for cellular context; donor-matched comparisons were used where available to reduce between-subject confounding.</w:t>
      </w:r>
    </w:p>
    <w:tbl>
      <w:tblPr>
        <w:tblStyle w:val="PlainTable1"/>
        <w:tblW w:w="0" w:type="auto"/>
        <w:jc w:val="center"/>
        <w:tblLook w:val="04A0" w:firstRow="1" w:lastRow="0" w:firstColumn="1" w:lastColumn="0" w:noHBand="0" w:noVBand="1"/>
      </w:tblPr>
      <w:tblGrid>
        <w:gridCol w:w="2016"/>
        <w:gridCol w:w="1008"/>
        <w:gridCol w:w="1584"/>
        <w:gridCol w:w="1728"/>
        <w:gridCol w:w="3456"/>
      </w:tblGrid>
      <w:tr w:rsidR="007C7363" w:rsidRPr="00AC736F" w14:paraId="79E9E3DC" w14:textId="77777777" w:rsidTr="007C7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623534AD" w14:textId="77777777" w:rsidR="007C7363" w:rsidRPr="00AC736F" w:rsidRDefault="007C7363" w:rsidP="00AA26F2">
            <w:pPr>
              <w:rPr>
                <w:rFonts w:asciiTheme="majorHAnsi" w:hAnsiTheme="majorHAnsi" w:cstheme="majorHAnsi"/>
              </w:rPr>
            </w:pPr>
            <w:proofErr w:type="spellStart"/>
            <w:r w:rsidRPr="00AC736F">
              <w:rPr>
                <w:rFonts w:asciiTheme="majorHAnsi" w:hAnsiTheme="majorHAnsi" w:cstheme="majorHAnsi"/>
                <w:sz w:val="17"/>
              </w:rPr>
              <w:t>GeoMx</w:t>
            </w:r>
            <w:proofErr w:type="spellEnd"/>
            <w:r w:rsidRPr="00AC736F">
              <w:rPr>
                <w:rFonts w:asciiTheme="majorHAnsi" w:hAnsiTheme="majorHAnsi" w:cstheme="majorHAnsi"/>
                <w:sz w:val="17"/>
              </w:rPr>
              <w:t xml:space="preserve"> zone</w:t>
            </w:r>
          </w:p>
        </w:tc>
        <w:tc>
          <w:tcPr>
            <w:tcW w:w="1008" w:type="dxa"/>
          </w:tcPr>
          <w:p w14:paraId="2E32BF25"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ROIs</w:t>
            </w:r>
          </w:p>
        </w:tc>
        <w:tc>
          <w:tcPr>
            <w:tcW w:w="1584" w:type="dxa"/>
          </w:tcPr>
          <w:p w14:paraId="6BDBB04D"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Mean LL score</w:t>
            </w:r>
          </w:p>
        </w:tc>
        <w:tc>
          <w:tcPr>
            <w:tcW w:w="1728" w:type="dxa"/>
          </w:tcPr>
          <w:p w14:paraId="66076D36"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LL-remodeled ROI %</w:t>
            </w:r>
          </w:p>
        </w:tc>
        <w:tc>
          <w:tcPr>
            <w:tcW w:w="3456" w:type="dxa"/>
          </w:tcPr>
          <w:p w14:paraId="45F5988B"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Extended-result interpretation</w:t>
            </w:r>
          </w:p>
        </w:tc>
      </w:tr>
      <w:tr w:rsidR="007C7363" w:rsidRPr="00AC736F" w14:paraId="7A7278EA"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1CD7672F"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P: plaque core</w:t>
            </w:r>
          </w:p>
        </w:tc>
        <w:tc>
          <w:tcPr>
            <w:tcW w:w="1008" w:type="dxa"/>
          </w:tcPr>
          <w:p w14:paraId="0E9E3E15"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65</w:t>
            </w:r>
          </w:p>
        </w:tc>
        <w:tc>
          <w:tcPr>
            <w:tcW w:w="1584" w:type="dxa"/>
          </w:tcPr>
          <w:p w14:paraId="67C07475"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0.256</w:t>
            </w:r>
          </w:p>
        </w:tc>
        <w:tc>
          <w:tcPr>
            <w:tcW w:w="1728" w:type="dxa"/>
          </w:tcPr>
          <w:p w14:paraId="5D409B9F"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38.46</w:t>
            </w:r>
          </w:p>
        </w:tc>
        <w:tc>
          <w:tcPr>
            <w:tcW w:w="3456" w:type="dxa"/>
          </w:tcPr>
          <w:p w14:paraId="129F0AEA"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Highest LL burden and score.</w:t>
            </w:r>
          </w:p>
        </w:tc>
      </w:tr>
      <w:tr w:rsidR="007C7363" w:rsidRPr="00AC736F" w14:paraId="68A07059"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149594E8"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PP: peri-plaque</w:t>
            </w:r>
          </w:p>
        </w:tc>
        <w:tc>
          <w:tcPr>
            <w:tcW w:w="1008" w:type="dxa"/>
          </w:tcPr>
          <w:p w14:paraId="497E5156"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74</w:t>
            </w:r>
          </w:p>
        </w:tc>
        <w:tc>
          <w:tcPr>
            <w:tcW w:w="1584" w:type="dxa"/>
          </w:tcPr>
          <w:p w14:paraId="0E032DE8"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-0.135</w:t>
            </w:r>
          </w:p>
        </w:tc>
        <w:tc>
          <w:tcPr>
            <w:tcW w:w="1728" w:type="dxa"/>
          </w:tcPr>
          <w:p w14:paraId="2B04D2B5"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4.05</w:t>
            </w:r>
          </w:p>
        </w:tc>
        <w:tc>
          <w:tcPr>
            <w:tcW w:w="3456" w:type="dxa"/>
          </w:tcPr>
          <w:p w14:paraId="731430C8"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Not elevated relative to A in this annotation.</w:t>
            </w:r>
          </w:p>
        </w:tc>
      </w:tr>
      <w:tr w:rsidR="007C7363" w:rsidRPr="00AC736F" w14:paraId="6615F87C"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6E0304BC"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A: away</w:t>
            </w:r>
          </w:p>
        </w:tc>
        <w:tc>
          <w:tcPr>
            <w:tcW w:w="1008" w:type="dxa"/>
          </w:tcPr>
          <w:p w14:paraId="04D98A8D"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76</w:t>
            </w:r>
          </w:p>
        </w:tc>
        <w:tc>
          <w:tcPr>
            <w:tcW w:w="1584" w:type="dxa"/>
          </w:tcPr>
          <w:p w14:paraId="28A4E637"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-0.087</w:t>
            </w:r>
          </w:p>
        </w:tc>
        <w:tc>
          <w:tcPr>
            <w:tcW w:w="1728" w:type="dxa"/>
          </w:tcPr>
          <w:p w14:paraId="59209F26"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10.53</w:t>
            </w:r>
          </w:p>
        </w:tc>
        <w:tc>
          <w:tcPr>
            <w:tcW w:w="3456" w:type="dxa"/>
          </w:tcPr>
          <w:p w14:paraId="53866678"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Lower than P, distant comparator.</w:t>
            </w:r>
          </w:p>
        </w:tc>
      </w:tr>
    </w:tbl>
    <w:p w14:paraId="73EAA6A7" w14:textId="77777777" w:rsidR="007C7363" w:rsidRPr="00AC736F" w:rsidRDefault="007C7363" w:rsidP="007C7363">
      <w:pPr>
        <w:spacing w:after="40"/>
        <w:rPr>
          <w:rFonts w:asciiTheme="majorHAnsi" w:hAnsiTheme="majorHAnsi" w:cstheme="majorHAnsi"/>
        </w:rPr>
      </w:pPr>
    </w:p>
    <w:p w14:paraId="0C084D4E" w14:textId="77777777" w:rsidR="007C7363" w:rsidRPr="00AC736F" w:rsidRDefault="007C7363" w:rsidP="007C7363">
      <w:pPr>
        <w:spacing w:after="120" w:line="252" w:lineRule="auto"/>
        <w:rPr>
          <w:rFonts w:asciiTheme="majorHAnsi" w:hAnsiTheme="majorHAnsi" w:cstheme="majorHAnsi"/>
        </w:rPr>
      </w:pPr>
      <w:proofErr w:type="spellStart"/>
      <w:r w:rsidRPr="00AC736F">
        <w:rPr>
          <w:rFonts w:asciiTheme="majorHAnsi" w:hAnsiTheme="majorHAnsi" w:cstheme="majorHAnsi"/>
        </w:rPr>
        <w:t>GeoMx</w:t>
      </w:r>
      <w:proofErr w:type="spellEnd"/>
      <w:r w:rsidRPr="00AC736F">
        <w:rPr>
          <w:rFonts w:asciiTheme="majorHAnsi" w:hAnsiTheme="majorHAnsi" w:cstheme="majorHAnsi"/>
        </w:rPr>
        <w:t xml:space="preserve"> plaque-core effects were strongest for phagocytosis/complement (d = 1.44, q = 2.00e-11), LL score (d = 1.25, q = 4.41e-10) and DAM activation (d = 1.25, q = 4.41e-10). Lipid and lysosome components were also elevated at plaque-core ROIs (lipid d = 0.77, q = 4.21e-5; lysosome d = 0.92, q = 4.02e-6), while homeostatic identity and interferon were not enriched.</w:t>
      </w:r>
    </w:p>
    <w:p w14:paraId="358A6DE5"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 xml:space="preserve">Mouse </w:t>
      </w:r>
      <w:proofErr w:type="spellStart"/>
      <w:r w:rsidRPr="00AC736F">
        <w:rPr>
          <w:rFonts w:asciiTheme="majorHAnsi" w:hAnsiTheme="majorHAnsi" w:cstheme="majorHAnsi"/>
        </w:rPr>
        <w:t>STARmap</w:t>
      </w:r>
      <w:proofErr w:type="spellEnd"/>
      <w:r w:rsidRPr="00AC736F">
        <w:rPr>
          <w:rFonts w:asciiTheme="majorHAnsi" w:hAnsiTheme="majorHAnsi" w:cstheme="majorHAnsi"/>
        </w:rPr>
        <w:t xml:space="preserve"> provided distance-continuous support. Plaque-proximal cells showed strong LL enrichment versus distant cells (d = 0.986, q = 2.73e-66), and LL score decreased with plaque distance (Spearman rho = -0.388, FDR = 8.79e-93). DAM activation showed a similar distance relationship (d = 1.03, q = 3.99e-67; rho = -0.394, FDR = 1.22e-95), while interferon showed no meaningful plaque-distance association.</w:t>
      </w:r>
    </w:p>
    <w:p w14:paraId="1AA6CBC0" w14:textId="77777777" w:rsidR="007C7363" w:rsidRPr="00AC736F" w:rsidRDefault="007C7363" w:rsidP="007C7363">
      <w:pPr>
        <w:spacing w:after="120" w:line="252" w:lineRule="auto"/>
        <w:rPr>
          <w:rFonts w:asciiTheme="majorHAnsi" w:hAnsiTheme="majorHAnsi" w:cstheme="majorHAnsi"/>
        </w:rPr>
      </w:pPr>
      <w:proofErr w:type="spellStart"/>
      <w:r w:rsidRPr="00AC736F">
        <w:rPr>
          <w:rFonts w:asciiTheme="majorHAnsi" w:hAnsiTheme="majorHAnsi" w:cstheme="majorHAnsi"/>
        </w:rPr>
        <w:t>GeoMx</w:t>
      </w:r>
      <w:proofErr w:type="spellEnd"/>
      <w:r w:rsidRPr="00AC736F">
        <w:rPr>
          <w:rFonts w:asciiTheme="majorHAnsi" w:hAnsiTheme="majorHAnsi" w:cstheme="majorHAnsi"/>
        </w:rPr>
        <w:t xml:space="preserve"> DEG follow-up was supportive but not mechanistic. PP versus A yielded 176 significant genes but only one selected LL gene among the significant set (LAMP2). The P versus A contrast retained broader selected LL/DAM/lysosomal coverage. Entries marked n.d. in Supplementary Fig. 13 indicate genes not retained in that specific DEG result table, not absence of assay detection.</w:t>
      </w:r>
    </w:p>
    <w:p w14:paraId="0BE34B43" w14:textId="77777777" w:rsidR="00774C01" w:rsidRPr="00AC736F" w:rsidRDefault="00774C01" w:rsidP="00774C01">
      <w:pPr>
        <w:rPr>
          <w:rFonts w:asciiTheme="majorHAnsi" w:hAnsiTheme="majorHAnsi" w:cstheme="majorHAnsi"/>
        </w:rPr>
      </w:pPr>
    </w:p>
    <w:p w14:paraId="29CAF9E5"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6AE194A4" w14:textId="77777777" w:rsidR="00F96DD6" w:rsidRPr="00AC736F" w:rsidRDefault="00714288">
      <w:pPr>
        <w:jc w:val="center"/>
        <w:rPr>
          <w:rFonts w:asciiTheme="majorHAnsi" w:hAnsiTheme="majorHAnsi" w:cstheme="majorHAnsi"/>
        </w:rPr>
      </w:pPr>
      <w:r w:rsidRPr="00AC736F">
        <w:rPr>
          <w:rFonts w:asciiTheme="majorHAnsi" w:hAnsiTheme="majorHAnsi" w:cstheme="majorHAnsi"/>
          <w:noProof/>
        </w:rPr>
        <mc:AlternateContent>
          <mc:Choice Requires="wpg">
            <w:drawing>
              <wp:anchor distT="0" distB="0" distL="114300" distR="114300" simplePos="0" relativeHeight="251678720" behindDoc="0" locked="0" layoutInCell="1" allowOverlap="1" wp14:anchorId="33BE0498" wp14:editId="46E7FBA5">
                <wp:simplePos x="0" y="0"/>
                <wp:positionH relativeFrom="column">
                  <wp:posOffset>453224</wp:posOffset>
                </wp:positionH>
                <wp:positionV relativeFrom="paragraph">
                  <wp:posOffset>-312089</wp:posOffset>
                </wp:positionV>
                <wp:extent cx="7569835" cy="6203950"/>
                <wp:effectExtent l="0" t="0" r="0" b="6350"/>
                <wp:wrapNone/>
                <wp:docPr id="1964779795" name="Group 17"/>
                <wp:cNvGraphicFramePr/>
                <a:graphic xmlns:a="http://schemas.openxmlformats.org/drawingml/2006/main">
                  <a:graphicData uri="http://schemas.microsoft.com/office/word/2010/wordprocessingGroup">
                    <wpg:wgp>
                      <wpg:cNvGrpSpPr/>
                      <wpg:grpSpPr>
                        <a:xfrm>
                          <a:off x="0" y="0"/>
                          <a:ext cx="7569835" cy="6203950"/>
                          <a:chOff x="0" y="0"/>
                          <a:chExt cx="7569835" cy="6203950"/>
                        </a:xfrm>
                      </wpg:grpSpPr>
                      <pic:pic xmlns:pic="http://schemas.openxmlformats.org/drawingml/2006/picture">
                        <pic:nvPicPr>
                          <pic:cNvPr id="832453516" name="Picture 26"/>
                          <pic:cNvPicPr>
                            <a:picLocks noChangeAspect="1"/>
                          </pic:cNvPicPr>
                        </pic:nvPicPr>
                        <pic:blipFill>
                          <a:blip r:embed="rId18"/>
                          <a:stretch>
                            <a:fillRect/>
                          </a:stretch>
                        </pic:blipFill>
                        <pic:spPr>
                          <a:xfrm>
                            <a:off x="0" y="0"/>
                            <a:ext cx="7569835" cy="6203950"/>
                          </a:xfrm>
                          <a:prstGeom prst="rect">
                            <a:avLst/>
                          </a:prstGeom>
                        </pic:spPr>
                      </pic:pic>
                      <wps:wsp>
                        <wps:cNvPr id="1185127069" name="Rectangle 16"/>
                        <wps:cNvSpPr/>
                        <wps:spPr>
                          <a:xfrm>
                            <a:off x="6734755" y="4039263"/>
                            <a:ext cx="206734" cy="206734"/>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91EA84" id="Group 17" o:spid="_x0000_s1026" style="position:absolute;margin-left:35.7pt;margin-top:-24.55pt;width:596.05pt;height:488.5pt;z-index:251678720" coordsize="75698,620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5VVTTE1VTEUxwzM8EMC/vBoOPOy/qe&#10;JamOCYuX7dPuqgbAan7V7r/1nB/zNnv33a3k3dvVcW1q2Hcq5myjItVTw8zmVlBsx8Wr1q9Rx7Nd&#10;NyieZVRMVR14f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K/rWj423yjPxrOzbM+EvW6eZzfZVQDNGp+1e6/8A&#10;WcH/ADNnv37TvRuzXVFNOsYNVU8yIybMz7spI2o8MfNwsqNuNkWr8c3bbrpr4P7sy9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VVU0xNVUxFMcMzPBDAv6/oWPOy/qWLamO&#10;b4S/bp91UDYDU/avdf8ArOD/AJmz370tbybu3p4tnVcO5VzNlGRaqnh6lRQbIfFu7au0RXarpuUT&#10;zKqZiqOvD7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P0Bpc7c/dfPqmvK0vHqrq4aq6a&#10;It1TPTqt8WWu/DDcb+mfH5H8VKxtZzKQjeLye7mYtUVWtJtVTHvs13o616quG/x8XGxbUWcWzRYs&#10;08y3apiimOpTTEQ9Rl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VU01UzTVETTMbJieGJiWiz&#10;tx90s6qasjSrHGnm1WomzM9WbM0N8Ain4Ybjf0z4/I/itlgbobsafVFeJpePRcj2NyqiK646lVzj&#10;TDcjazmUgA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DlJ+89zxNvsLfVByk/ee54m32F7faTfgsDcf7&#10;q6d7Sr5Stv2g3H+6une0q+Urb9M4z0tjCABj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UHKT957nibfYW+qDlJ+89zxNvsL2+0m/BYG4/3V&#10;072lXylbftBuP91dO9pV8pW36ZxnpbGEADG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oOUn7z3PE2+wt9UHKT957nibfYXt9pN+CwNx/urp&#10;3tKvlK2/aDcf7q6d7Sr5Stv0zjPS2MIAGN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QcpP3nueJt9hb6oOUn7z3PE2+wvb7Sb8Fgbj/AHV0&#10;72lXylbftBuP91dO9pV8pW36ZxnpbGEADG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oOUn7z3PE2+wt9UHKT957nibfYXt9pN+CwNx/urp3&#10;tKvlK2/aDcf7q6d7Sr5Stv0zjPS2MIAGN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VByk/ee54m32Fvqg5SfvPc8Tb7C9vtJvwWBuP&#10;91dO9pV8pW37Qbj/AHV072lXylbfpnGelsYQAM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g5SfvPc8Tb7C31QcpP3nueJt9he32k34LA3H+6une0q+Urb9oNx/ur&#10;p3tKvlK2/TOM9LYwgAY0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UHKT957nibfYW+qDlJ+89zxNvsL2+&#10;0m/BYG4/3V072lXylbftBuP91dO9pV8pW36ZxnpbGEADG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UHKT957nibfYW+qDl&#10;J+89zxNvsL2+0m/BYG4/3V072lXylbftBuP91dO9pV8pW36ZxnpbGEADG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oOUn7z3PE2+wt9UHKT957nibfYXt9pN+CwNx/urp3tKvlK2/aDcf7q6d7Sr&#10;5Stv0zjPS2MIAGN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UHKT957nibfYW+qDlJ+89zxNvsL2&#10;+0m/BYG4/wB1dO9pV8pW37Qbj/dXTvaVfKVt+mcZ6WxhAAx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QcpP&#10;3nueJt9hb6oOUn7z3PE2+wvb7Sb8Fgbj/dXTvaVfKVt+0G4/3V072lXylbfpnGelsYQAM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QcpP3nueJt9hb6oOUn7z3PE2+wvb7Sb8Fgbj/d&#10;XTvaVfKVt+0G4/3V072lXylbfpnGelsYQA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Kg5SfvPc8Tb7C31QcpP3nueJt9he32k34LA3H+6u&#10;ne0q+Urb9oNx/urp3tKvlK2/TOM9LYwgAY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Byk/ee54m32Fvqg5SfvPc8Tb7C9vtJvwWBuP91dO&#10;9pV8pW37Qbj/AHV072lXylbfpnGelsYQAM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g5SfvPc8Tb7C31QcpP3nueJt9he32k34LA3H+6un&#10;e0q+Urb9oNx/urp3tKvlK2/TOM9LYwgAY0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qDlJ+&#10;89zxNvsLfVByk/ee54m32F7faTfgsDcf7q6d7Sr5Stv2g3H+6une0q+Urb9M4z0tjCABj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VByk/ee54m32Fvqg5SfvPc8Tb7C9vtJvwWBuP91dO9pV8pW37Qbj/AHV072lXylbfpnGe&#10;lsYQAM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ORlWManjXa4p6Ec2Z6kA9hoMvWb13bRY/ZUdH86fUbDScvw+PxK523b&#10;XBPRmOdLZtmIqyJiZozwGNAAYubgWsuaJrmaZonmxzZiec9LGLYx6eLaoinozz56svYKyU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8XLtu1RNdyqKaY58sXUs6vEt0&#10;zTRxqq9sRVPsYmOij9/JvZFfHu1zVPOjnR1IVFtUzdRs8vW5nbRixsj3yrm+hDU1113Kprrqmqqe&#10;bM8MvwXERCZmZGRg5M42TTc/N5lcdGmX3iabk5OyqI4lvt6uZ6HRbvE03GxtlVMce529XN9DoMmY&#10;IiWVE7Y2xzJfoOb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jl49OTYqtVc/2M9CY5korXRVbrqorjZVTOyY6cJgw7+mY1/Ii&#10;/ciZ4NlVMcETMc+VW3UTdFWgxsTIyatlqnbHPqngpjqy3WJo9izsqu/tbnT9jHUhn0UUUUxTREU0&#10;xzIjgh9E3TJFsQAJ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iLVuK5uRTEV1RsqqiOGX2AAAAMPU8vybGmaZ/aV+to/LPoEDMEZxNSycbZETx7&#10;faVfk6Dd4mpY2TsppniXO0q5vodFs2zDIuiWWAxo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tUyK7&#10;2XVxommmj1tFM8HB0fRSV45GLYyaeLdoiroTzJjqS22aSyYqig2WXo161trsftaOh+dHqtbMTE7J&#10;4Jjmw6RMS5zFGfiavkWNlNz9rb6fso6kt1jZ2Pkx+zq9dz6J4KusixEzTMTTOyY5kxzWTbEti6YT&#10;EavR8vKv8em7PGt0R7OebtnndNtETFFxNQBj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&#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ppmdsxEz1H0A+Zt0TwTTHWI&#10;t244IpiI6kPoB88SjtY6xxKO1jrPoB+RTTHMiI6j9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MB437gAAAAAAAAAAAAAAAAAAAAABfGP+4te0p7D0eeP+4te0p7D&#10;0ex+InGekAGAAAAAAAAAAAAAAAAAAAAAAAAAAAAAAAAAAAAAAAAAAAAAAAAAAAAAAAAAAAANdhaB&#10;o2BmZGdh4du1mZdU1X70RtqqmebsmdvFiebMRwN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MB437gAAAAAAAAAAAAAAAAAAAAABfGP+4te0p7D0eeP+4te0p7D0ex+InGekA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8B+UfoAAAA&#10;AAAAAAAAAAAAAAAAAAFm2v3VHtY7D7fFr91R7WOw+36qMIfn5xAGgAAAAAAAAAAAAAAAAAAAAAAA&#10;AAAAAAAAAAAAAAAAAAAAAAAAAAAAAAAAAAAAAAAAAAAAA1+paDo+q3ce7qOJbya8Wqa7E3I2xTM8&#10;3bHMqjpTwNgA/IiIiIiNkRwREP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XgPyj9AAAAAAAAAAAAAAAAAAAAAAAs21+6o9rHYfb4&#10;tfuqPax2H2/VRhD8/OIA0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1bSMPV8XybLieJFUV01UTEVUzHQmYnmxwM4Bj4WDiYGPTjYlqLVmjmUx0ejMzwzPTl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WA6uYAAAA&#10;AAAAAAAAAAAAAAAAACZUewp6kPp80ewp6kPpydAAAAAAAAAAAAAAAAAAAAAAAAAAAAAAAAAAAAAA&#10;AAAAAAAAAAAAAAAAAAAAAAAAGuwtA0bAzMjOw8O3azMuqar96I21VTPN2TO3ixPNmI4Gx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LAdXMAAAAAAAA&#10;AAAAAAAAAAAAABMqPYU9SH0+aPYU9SH05O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FiZcSjtY6xxKO1jrL18ydKGiZcSjtY6xxKO1jrGvmNKGiZcSjtY6xxKO1jrGv&#10;mNKGiZcSjtY6xxKO1jrGvmNKGiZcSjtY6xxKO1jrGvmNKGiZcSjtY6xxKO1jrGvmNKGiZcSjtY6x&#10;xKO1jrGvmNKGiZcSjtY6xxKO1jrGvmNKGiZcSjtY6xxKO1jrGvmNKGiZcSjtY6xxKO1jrGvmNKGi&#10;ZcSjtY6xxKO1jrGvmNKGiZcSjtY6xxKO1jrGvmNJR7CnqQ+gQo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tQ0fStSp4uoYdnKiOZ4W3TXMdSZjbHoM0BFrnJpuRcrmurS6YmedTdv0R3NF2IfVjk43Kx&#10;6+Pb0qiZ6Fyu7djg/Ru3KoScbWc2Uh4YmDhYNrwOFj2sa173Zopt09aiIe4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8MvBws234LMx7WTa7S9RTcp4elXEtHk8n25uTMzc0mzTM+9TXa+SqpSMKiKfh&#10;huN/TPj8j+K9sfk73Lx5229Kt1T/AOZVcux1rtdSSjazmykMbD0/AwaPB4WNaxrfa2aKbcdaiIZI&#10;M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&#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HvTunpm82FGPmxNF63tnH&#10;yaNnHt1T1ebTPPhvAFDavyVb14FyfJrNOoWNvrbliqIq2c7jW7k01beptaKd096YmYnRs7bHBwY1&#10;2Y68UOlhWuU6Yc96dybb4Z9dMRgTi26oiZu5NUWoiKujTO2vq7KeBaO5vJxpu7tdObkVxm6rETxb&#10;0xsot7eb4KmdvD+lPpJmE3TLYiIAEt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Bj+V2+hV6X&#10;qnldvoVel6pSSsMgY/ldvoVel6p5Xb6FXpeqUkrDIGP5Xb6FXpeqeV2+hV6XqlJKwyHjk/uZ9Dsv&#10;nyu30KvS9V8Xsiiu3NMRO2eiRE1ZV64v7r0ZezEs5FFujizE7dvOffldvoVel6pMTUqyBj+V2+hV&#10;6XqnldvoVel6pSW1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h4+VWun1jyq10+sUkq9h4+VWun1jyq10+sUkq9h4+VWun1jyq10+sUkq9h4+VWun1&#10;jyq10+sUkq9n5PMl5eVWun1n5OVa2c/rFJKvPD9lV1GWwce5TbqmaufDI8qtdPrExxZD2Hj5Va6f&#10;WPKrXT6xSW1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X+/XJpb1&#10;u7Xqmk1U2NTq4b1mrgt3pjn7Y9jX0+ZPprAGxNCYq5j1Pd7XNKrmjUMG9j8X8+qiZonqXKdtM+hL&#10;X001VTFNMTNU8ERHDLqwVr5k6XOuh7h7za1cpizh14+PPssrIibVuI6McaNtX92JXZunulp+7GBO&#10;NjTN3Iu7KsrKqiIquVRHpUxzob4ZN0y2IoAJ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nfsWsizcsXqYrtXaZo&#10;rpnmTE8EvQBrdH0DTdHt1U4duePX7O9XPGuVR0Jng4OlDZAVqAAAAAAAAAAAAAAAAAAAAAAAAAAA&#10;AAAAAAAAAAAAAAAAAAAAAAAAAAAAANbq+g6drHgfLKKpmxVxqZonizMTzaKp6Es6xYs49mixYoi3&#10;ZtxsoopjZEQ9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WPud9Q2PbXPdy3jR7nfUNj21z3ct44XYz0v0Hl/g7f4bfoAGO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x9zvqGx7a57uW8aPc76hse2ue7lvHC7Gel+g8v&#10;8Hb/AA2/QAMd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j7nfUNj21&#10;z3ct40e531DY9tc93LeOF2M9L9B5f4O3+G36ABj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&#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&#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&#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&#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Fdb3L+lNYpzYyPB49dMeUU8M17aeD9nt4I2x1kqGxMxgTFXhhYePg4tvFxqOJZtRspp/LPTl7gw&#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75698;height:6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">
                  <v:imagedata r:id="rId19" o:title=""/>
                </v:shape>
                <v:rect id="Rectangle 16" o:spid="_x0000_s1028" style="position:absolute;left:67347;top:40392;width:2067;height:2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" fillcolor="white [3212]" strokecolor="white [3212]" strokeweight="2pt"/>
              </v:group>
            </w:pict>
          </mc:Fallback>
        </mc:AlternateContent>
      </w:r>
    </w:p>
    <w:p w14:paraId="6B10383C" w14:textId="77777777" w:rsidR="00F96DD6" w:rsidRPr="00AC736F" w:rsidRDefault="00D135F8">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70528" behindDoc="1" locked="0" layoutInCell="1" allowOverlap="1" wp14:anchorId="6A49F960" wp14:editId="3F369629">
                <wp:simplePos x="0" y="0"/>
                <wp:positionH relativeFrom="column">
                  <wp:posOffset>453390</wp:posOffset>
                </wp:positionH>
                <wp:positionV relativeFrom="paragraph">
                  <wp:posOffset>5655945</wp:posOffset>
                </wp:positionV>
                <wp:extent cx="7569835" cy="887730"/>
                <wp:effectExtent l="0" t="0" r="0" b="7620"/>
                <wp:wrapTight wrapText="bothSides">
                  <wp:wrapPolygon edited="0">
                    <wp:start x="0" y="0"/>
                    <wp:lineTo x="0" y="21322"/>
                    <wp:lineTo x="21526" y="21322"/>
                    <wp:lineTo x="21526" y="0"/>
                    <wp:lineTo x="0" y="0"/>
                  </wp:wrapPolygon>
                </wp:wrapTight>
                <wp:docPr id="1207007008" name="Text Box 1"/>
                <wp:cNvGraphicFramePr/>
                <a:graphic xmlns:a="http://schemas.openxmlformats.org/drawingml/2006/main">
                  <a:graphicData uri="http://schemas.microsoft.com/office/word/2010/wordprocessingShape">
                    <wps:wsp>
                      <wps:cNvSpPr txBox="1"/>
                      <wps:spPr>
                        <a:xfrm>
                          <a:off x="0" y="0"/>
                          <a:ext cx="7569835" cy="887730"/>
                        </a:xfrm>
                        <a:prstGeom prst="rect">
                          <a:avLst/>
                        </a:prstGeom>
                        <a:solidFill>
                          <a:prstClr val="white"/>
                        </a:solidFill>
                        <a:ln>
                          <a:noFill/>
                        </a:ln>
                      </wps:spPr>
                      <wps:txbx>
                        <w:txbxContent>
                          <w:p w14:paraId="576AC0DB" w14:textId="77777777" w:rsidR="00D135F8" w:rsidRDefault="00D135F8" w:rsidP="00D135F8">
                            <w:pPr>
                              <w:keepLines/>
                              <w:spacing w:before="60" w:after="160" w:line="252" w:lineRule="auto"/>
                              <w:jc w:val="both"/>
                            </w:pPr>
                            <w:r>
                              <w:rPr>
                                <w:b/>
                                <w:sz w:val="18"/>
                              </w:rPr>
                              <w:t xml:space="preserve">Supplementary Fig. 11 | Human </w:t>
                            </w:r>
                            <w:proofErr w:type="spellStart"/>
                            <w:r>
                              <w:rPr>
                                <w:b/>
                                <w:sz w:val="18"/>
                              </w:rPr>
                              <w:t>GeoMx</w:t>
                            </w:r>
                            <w:proofErr w:type="spellEnd"/>
                            <w:r>
                              <w:rPr>
                                <w:b/>
                                <w:sz w:val="18"/>
                              </w:rPr>
                              <w:t xml:space="preserve"> plaque-zone validation and ROI-level controls. </w:t>
                            </w:r>
                            <w:r w:rsidRPr="00D135F8">
                              <w:rPr>
                                <w:b/>
                                <w:bCs/>
                                <w:sz w:val="18"/>
                              </w:rPr>
                              <w:t>a,</w:t>
                            </w:r>
                            <w:r>
                              <w:rPr>
                                <w:sz w:val="18"/>
                              </w:rPr>
                              <w:t xml:space="preserve"> Human </w:t>
                            </w:r>
                            <w:proofErr w:type="spellStart"/>
                            <w:r>
                              <w:rPr>
                                <w:sz w:val="18"/>
                              </w:rPr>
                              <w:t>GeoMx</w:t>
                            </w:r>
                            <w:proofErr w:type="spellEnd"/>
                            <w:r>
                              <w:rPr>
                                <w:sz w:val="18"/>
                              </w:rPr>
                              <w:t xml:space="preserve"> plaque-zone design comparing plaque core (P), peri-plaque (PP), and away-from-plaque (A) regions of interest. </w:t>
                            </w:r>
                            <w:r w:rsidRPr="00D135F8">
                              <w:rPr>
                                <w:b/>
                                <w:bCs/>
                                <w:sz w:val="18"/>
                              </w:rPr>
                              <w:t>b,</w:t>
                            </w:r>
                            <w:r>
                              <w:rPr>
                                <w:sz w:val="18"/>
                              </w:rPr>
                              <w:t xml:space="preserve"> ROI-level module-score distributions. </w:t>
                            </w:r>
                            <w:r w:rsidRPr="00D135F8">
                              <w:rPr>
                                <w:b/>
                                <w:bCs/>
                                <w:sz w:val="18"/>
                              </w:rPr>
                              <w:t>c,</w:t>
                            </w:r>
                            <w:r>
                              <w:rPr>
                                <w:sz w:val="18"/>
                              </w:rPr>
                              <w:t xml:space="preserve"> Zone-wise module means. </w:t>
                            </w:r>
                            <w:r w:rsidRPr="00D135F8">
                              <w:rPr>
                                <w:b/>
                                <w:bCs/>
                                <w:sz w:val="18"/>
                              </w:rPr>
                              <w:t>d</w:t>
                            </w:r>
                            <w:r>
                              <w:rPr>
                                <w:sz w:val="18"/>
                              </w:rPr>
                              <w:t xml:space="preserve">, LL-remodeled ROI burden by zone. </w:t>
                            </w:r>
                            <w:r w:rsidRPr="00D135F8">
                              <w:rPr>
                                <w:b/>
                                <w:bCs/>
                                <w:sz w:val="18"/>
                              </w:rPr>
                              <w:t>e,</w:t>
                            </w:r>
                            <w:r>
                              <w:rPr>
                                <w:sz w:val="18"/>
                              </w:rPr>
                              <w:t xml:space="preserve"> Biological trajectory across plaque zones. </w:t>
                            </w:r>
                            <w:r w:rsidRPr="00D135F8">
                              <w:rPr>
                                <w:b/>
                                <w:bCs/>
                                <w:sz w:val="18"/>
                              </w:rPr>
                              <w:t>f,</w:t>
                            </w:r>
                            <w:r>
                              <w:rPr>
                                <w:sz w:val="18"/>
                              </w:rPr>
                              <w:t xml:space="preserve"> Case-level LL score by ROI zone. </w:t>
                            </w:r>
                            <w:r w:rsidRPr="00D135F8">
                              <w:rPr>
                                <w:b/>
                                <w:bCs/>
                                <w:sz w:val="18"/>
                              </w:rPr>
                              <w:t>g</w:t>
                            </w:r>
                            <w:r>
                              <w:rPr>
                                <w:sz w:val="18"/>
                              </w:rPr>
                              <w:t xml:space="preserve">, Selected LL/DAM/PVM genes by zone. </w:t>
                            </w:r>
                            <w:r w:rsidRPr="00D135F8">
                              <w:rPr>
                                <w:b/>
                                <w:bCs/>
                                <w:sz w:val="18"/>
                              </w:rPr>
                              <w:t>h,</w:t>
                            </w:r>
                            <w:r>
                              <w:rPr>
                                <w:sz w:val="18"/>
                              </w:rPr>
                              <w:t xml:space="preserve"> ROI-level module correlation</w:t>
                            </w:r>
                            <w:r w:rsidRPr="00D135F8">
                              <w:rPr>
                                <w:b/>
                                <w:bCs/>
                                <w:sz w:val="18"/>
                              </w:rPr>
                              <w:t xml:space="preserve">. </w:t>
                            </w:r>
                            <w:proofErr w:type="spellStart"/>
                            <w:r w:rsidRPr="00D135F8">
                              <w:rPr>
                                <w:b/>
                                <w:bCs/>
                                <w:sz w:val="18"/>
                              </w:rPr>
                              <w:t>i</w:t>
                            </w:r>
                            <w:proofErr w:type="spellEnd"/>
                            <w:r w:rsidRPr="00D135F8">
                              <w:rPr>
                                <w:b/>
                                <w:bCs/>
                                <w:sz w:val="18"/>
                              </w:rPr>
                              <w:t>,</w:t>
                            </w:r>
                            <w:r>
                              <w:rPr>
                                <w:sz w:val="18"/>
                              </w:rPr>
                              <w:t xml:space="preserve"> Gene-set coverage and coordinate audit. Among 215 high-quality ROIs from 26 subject IDs (P n = 65, PP n = 74, A n = 76), LL-remodeled ROI burden was highest at plaque cores (38.5% P, 4.1% PP, 10.5% A), supporting plaque-zone enrichment while noting that the coordinate audit used ROI annotations rather than recomputed plaque distances.</w:t>
                            </w:r>
                          </w:p>
                          <w:p w14:paraId="35758746" w14:textId="77777777" w:rsidR="00D135F8" w:rsidRPr="00703A77" w:rsidRDefault="00D135F8" w:rsidP="00D135F8">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9F960" id="_x0000_s1037" type="#_x0000_t202" style="position:absolute;margin-left:35.7pt;margin-top:445.35pt;width:596.05pt;height:69.9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" stroked="f">
                <v:textbox inset="0,0,0,0">
                  <w:txbxContent>
                    <w:p w14:paraId="576AC0DB" w14:textId="77777777" w:rsidR="00D135F8" w:rsidRDefault="00D135F8" w:rsidP="00D135F8">
                      <w:pPr>
                        <w:keepLines/>
                        <w:spacing w:before="60" w:after="160" w:line="252" w:lineRule="auto"/>
                        <w:jc w:val="both"/>
                      </w:pPr>
                      <w:r>
                        <w:rPr>
                          <w:b/>
                          <w:sz w:val="18"/>
                        </w:rPr>
                        <w:t xml:space="preserve">Supplementary Fig. 11 | Human </w:t>
                      </w:r>
                      <w:proofErr w:type="spellStart"/>
                      <w:r>
                        <w:rPr>
                          <w:b/>
                          <w:sz w:val="18"/>
                        </w:rPr>
                        <w:t>GeoMx</w:t>
                      </w:r>
                      <w:proofErr w:type="spellEnd"/>
                      <w:r>
                        <w:rPr>
                          <w:b/>
                          <w:sz w:val="18"/>
                        </w:rPr>
                        <w:t xml:space="preserve"> plaque-zone validation and ROI-level controls. </w:t>
                      </w:r>
                      <w:r w:rsidRPr="00D135F8">
                        <w:rPr>
                          <w:b/>
                          <w:bCs/>
                          <w:sz w:val="18"/>
                        </w:rPr>
                        <w:t>a,</w:t>
                      </w:r>
                      <w:r>
                        <w:rPr>
                          <w:sz w:val="18"/>
                        </w:rPr>
                        <w:t xml:space="preserve"> Human </w:t>
                      </w:r>
                      <w:proofErr w:type="spellStart"/>
                      <w:r>
                        <w:rPr>
                          <w:sz w:val="18"/>
                        </w:rPr>
                        <w:t>GeoMx</w:t>
                      </w:r>
                      <w:proofErr w:type="spellEnd"/>
                      <w:r>
                        <w:rPr>
                          <w:sz w:val="18"/>
                        </w:rPr>
                        <w:t xml:space="preserve"> plaque-zone design comparing plaque core (P), peri-plaque (PP), and away-from-plaque (A) regions of interest. </w:t>
                      </w:r>
                      <w:r w:rsidRPr="00D135F8">
                        <w:rPr>
                          <w:b/>
                          <w:bCs/>
                          <w:sz w:val="18"/>
                        </w:rPr>
                        <w:t>b,</w:t>
                      </w:r>
                      <w:r>
                        <w:rPr>
                          <w:sz w:val="18"/>
                        </w:rPr>
                        <w:t xml:space="preserve"> ROI-level module-score distributions. </w:t>
                      </w:r>
                      <w:r w:rsidRPr="00D135F8">
                        <w:rPr>
                          <w:b/>
                          <w:bCs/>
                          <w:sz w:val="18"/>
                        </w:rPr>
                        <w:t>c,</w:t>
                      </w:r>
                      <w:r>
                        <w:rPr>
                          <w:sz w:val="18"/>
                        </w:rPr>
                        <w:t xml:space="preserve"> Zone-wise module means. </w:t>
                      </w:r>
                      <w:r w:rsidRPr="00D135F8">
                        <w:rPr>
                          <w:b/>
                          <w:bCs/>
                          <w:sz w:val="18"/>
                        </w:rPr>
                        <w:t>d</w:t>
                      </w:r>
                      <w:r>
                        <w:rPr>
                          <w:sz w:val="18"/>
                        </w:rPr>
                        <w:t xml:space="preserve">, LL-remodeled ROI burden by zone. </w:t>
                      </w:r>
                      <w:r w:rsidRPr="00D135F8">
                        <w:rPr>
                          <w:b/>
                          <w:bCs/>
                          <w:sz w:val="18"/>
                        </w:rPr>
                        <w:t>e,</w:t>
                      </w:r>
                      <w:r>
                        <w:rPr>
                          <w:sz w:val="18"/>
                        </w:rPr>
                        <w:t xml:space="preserve"> Biological trajectory across plaque zones. </w:t>
                      </w:r>
                      <w:r w:rsidRPr="00D135F8">
                        <w:rPr>
                          <w:b/>
                          <w:bCs/>
                          <w:sz w:val="18"/>
                        </w:rPr>
                        <w:t>f,</w:t>
                      </w:r>
                      <w:r>
                        <w:rPr>
                          <w:sz w:val="18"/>
                        </w:rPr>
                        <w:t xml:space="preserve"> Case-level LL score by ROI zone. </w:t>
                      </w:r>
                      <w:r w:rsidRPr="00D135F8">
                        <w:rPr>
                          <w:b/>
                          <w:bCs/>
                          <w:sz w:val="18"/>
                        </w:rPr>
                        <w:t>g</w:t>
                      </w:r>
                      <w:r>
                        <w:rPr>
                          <w:sz w:val="18"/>
                        </w:rPr>
                        <w:t xml:space="preserve">, Selected LL/DAM/PVM genes by zone. </w:t>
                      </w:r>
                      <w:r w:rsidRPr="00D135F8">
                        <w:rPr>
                          <w:b/>
                          <w:bCs/>
                          <w:sz w:val="18"/>
                        </w:rPr>
                        <w:t>h,</w:t>
                      </w:r>
                      <w:r>
                        <w:rPr>
                          <w:sz w:val="18"/>
                        </w:rPr>
                        <w:t xml:space="preserve"> ROI-level module correlation</w:t>
                      </w:r>
                      <w:r w:rsidRPr="00D135F8">
                        <w:rPr>
                          <w:b/>
                          <w:bCs/>
                          <w:sz w:val="18"/>
                        </w:rPr>
                        <w:t xml:space="preserve">. </w:t>
                      </w:r>
                      <w:proofErr w:type="spellStart"/>
                      <w:r w:rsidRPr="00D135F8">
                        <w:rPr>
                          <w:b/>
                          <w:bCs/>
                          <w:sz w:val="18"/>
                        </w:rPr>
                        <w:t>i</w:t>
                      </w:r>
                      <w:proofErr w:type="spellEnd"/>
                      <w:r w:rsidRPr="00D135F8">
                        <w:rPr>
                          <w:b/>
                          <w:bCs/>
                          <w:sz w:val="18"/>
                        </w:rPr>
                        <w:t>,</w:t>
                      </w:r>
                      <w:r>
                        <w:rPr>
                          <w:sz w:val="18"/>
                        </w:rPr>
                        <w:t xml:space="preserve"> Gene-set coverage and coordinate audit. Among 215 high-quality ROIs from 26 subject IDs (P n = 65, PP n = 74, A n = 76), LL-remodeled ROI burden was highest at plaque cores (38.5% P, 4.1% PP, 10.5% A), supporting plaque-zone enrichment while noting that the coordinate audit used ROI annotations rather than recomputed plaque distances.</w:t>
                      </w:r>
                    </w:p>
                    <w:p w14:paraId="35758746" w14:textId="77777777" w:rsidR="00D135F8" w:rsidRPr="00703A77" w:rsidRDefault="00D135F8" w:rsidP="00D135F8">
                      <w:pPr>
                        <w:pStyle w:val="Caption"/>
                        <w:jc w:val="both"/>
                        <w:rPr>
                          <w:noProof/>
                          <w:sz w:val="20"/>
                          <w:szCs w:val="22"/>
                        </w:rPr>
                      </w:pPr>
                    </w:p>
                  </w:txbxContent>
                </v:textbox>
                <w10:wrap type="tight"/>
              </v:shape>
            </w:pict>
          </mc:Fallback>
        </mc:AlternateContent>
      </w:r>
      <w:r w:rsidRPr="00AC736F">
        <w:rPr>
          <w:rFonts w:asciiTheme="majorHAnsi" w:hAnsiTheme="majorHAnsi" w:cstheme="majorHAnsi"/>
        </w:rPr>
        <w:br w:type="page"/>
      </w:r>
    </w:p>
    <w:p w14:paraId="684A3BEC" w14:textId="77777777" w:rsidR="00F96DD6" w:rsidRPr="00AC736F" w:rsidRDefault="00000000">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71552" behindDoc="1" locked="0" layoutInCell="1" allowOverlap="1" wp14:anchorId="01DFE82C" wp14:editId="2C2B83A1">
            <wp:simplePos x="0" y="0"/>
            <wp:positionH relativeFrom="column">
              <wp:posOffset>435365</wp:posOffset>
            </wp:positionH>
            <wp:positionV relativeFrom="paragraph">
              <wp:posOffset>-353060</wp:posOffset>
            </wp:positionV>
            <wp:extent cx="7701915" cy="6313170"/>
            <wp:effectExtent l="0" t="0" r="0" b="0"/>
            <wp:wrapTight wrapText="bothSides">
              <wp:wrapPolygon edited="0">
                <wp:start x="0" y="0"/>
                <wp:lineTo x="0" y="21509"/>
                <wp:lineTo x="21531" y="21509"/>
                <wp:lineTo x="2153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2_Mouse_STARmap_Plaque_Proximity_Scale_Evidence_editable-01.jpg"/>
                    <pic:cNvPicPr/>
                  </pic:nvPicPr>
                  <pic:blipFill>
                    <a:blip r:embed="rId20"/>
                    <a:stretch>
                      <a:fillRect/>
                    </a:stretch>
                  </pic:blipFill>
                  <pic:spPr>
                    <a:xfrm>
                      <a:off x="0" y="0"/>
                      <a:ext cx="7701915" cy="6313170"/>
                    </a:xfrm>
                    <a:prstGeom prst="rect">
                      <a:avLst/>
                    </a:prstGeom>
                  </pic:spPr>
                </pic:pic>
              </a:graphicData>
            </a:graphic>
            <wp14:sizeRelH relativeFrom="page">
              <wp14:pctWidth>0</wp14:pctWidth>
            </wp14:sizeRelH>
            <wp14:sizeRelV relativeFrom="page">
              <wp14:pctHeight>0</wp14:pctHeight>
            </wp14:sizeRelV>
          </wp:anchor>
        </w:drawing>
      </w:r>
    </w:p>
    <w:p w14:paraId="02E9BCC2" w14:textId="77777777" w:rsidR="00F96DD6" w:rsidRPr="00AC736F" w:rsidRDefault="00E83CBD">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72576" behindDoc="1" locked="0" layoutInCell="1" allowOverlap="1" wp14:anchorId="6AF75952" wp14:editId="1C657E13">
                <wp:simplePos x="0" y="0"/>
                <wp:positionH relativeFrom="column">
                  <wp:posOffset>435610</wp:posOffset>
                </wp:positionH>
                <wp:positionV relativeFrom="paragraph">
                  <wp:posOffset>5717003</wp:posOffset>
                </wp:positionV>
                <wp:extent cx="7701915" cy="878840"/>
                <wp:effectExtent l="0" t="0" r="0" b="0"/>
                <wp:wrapTight wrapText="bothSides">
                  <wp:wrapPolygon edited="0">
                    <wp:start x="0" y="0"/>
                    <wp:lineTo x="0" y="21069"/>
                    <wp:lineTo x="21531" y="21069"/>
                    <wp:lineTo x="21531" y="0"/>
                    <wp:lineTo x="0" y="0"/>
                  </wp:wrapPolygon>
                </wp:wrapTight>
                <wp:docPr id="89191220" name="Text Box 1"/>
                <wp:cNvGraphicFramePr/>
                <a:graphic xmlns:a="http://schemas.openxmlformats.org/drawingml/2006/main">
                  <a:graphicData uri="http://schemas.microsoft.com/office/word/2010/wordprocessingShape">
                    <wps:wsp>
                      <wps:cNvSpPr txBox="1"/>
                      <wps:spPr>
                        <a:xfrm>
                          <a:off x="0" y="0"/>
                          <a:ext cx="7701915" cy="878840"/>
                        </a:xfrm>
                        <a:prstGeom prst="rect">
                          <a:avLst/>
                        </a:prstGeom>
                        <a:solidFill>
                          <a:prstClr val="white"/>
                        </a:solidFill>
                        <a:ln>
                          <a:noFill/>
                        </a:ln>
                      </wps:spPr>
                      <wps:txbx>
                        <w:txbxContent>
                          <w:p w14:paraId="5CBC0D49" w14:textId="77777777" w:rsidR="00E83CBD" w:rsidRDefault="00E83CBD" w:rsidP="00E83CBD">
                            <w:pPr>
                              <w:keepLines/>
                              <w:spacing w:before="60" w:after="160" w:line="252" w:lineRule="auto"/>
                              <w:jc w:val="both"/>
                            </w:pPr>
                            <w:r>
                              <w:rPr>
                                <w:b/>
                                <w:sz w:val="18"/>
                              </w:rPr>
                              <w:t xml:space="preserve">Supplementary Fig. 12 | Mouse </w:t>
                            </w:r>
                            <w:proofErr w:type="spellStart"/>
                            <w:r>
                              <w:rPr>
                                <w:b/>
                                <w:sz w:val="18"/>
                              </w:rPr>
                              <w:t>STARmap</w:t>
                            </w:r>
                            <w:proofErr w:type="spellEnd"/>
                            <w:r>
                              <w:rPr>
                                <w:b/>
                                <w:sz w:val="18"/>
                              </w:rPr>
                              <w:t xml:space="preserve"> plaque-proximity and integrated spatial-scale evidence. </w:t>
                            </w:r>
                            <w:r w:rsidRPr="00647712">
                              <w:rPr>
                                <w:b/>
                                <w:bCs/>
                                <w:sz w:val="18"/>
                              </w:rPr>
                              <w:t>a</w:t>
                            </w:r>
                            <w:r>
                              <w:rPr>
                                <w:sz w:val="18"/>
                              </w:rPr>
                              <w:t xml:space="preserve">, Mouse </w:t>
                            </w:r>
                            <w:proofErr w:type="spellStart"/>
                            <w:r>
                              <w:rPr>
                                <w:sz w:val="18"/>
                              </w:rPr>
                              <w:t>STARmap</w:t>
                            </w:r>
                            <w:proofErr w:type="spellEnd"/>
                            <w:r>
                              <w:rPr>
                                <w:sz w:val="18"/>
                              </w:rPr>
                              <w:t xml:space="preserve"> plaque-proximity design. </w:t>
                            </w:r>
                            <w:r w:rsidRPr="00647712">
                              <w:rPr>
                                <w:b/>
                                <w:bCs/>
                                <w:sz w:val="18"/>
                              </w:rPr>
                              <w:t>b,</w:t>
                            </w:r>
                            <w:r>
                              <w:rPr>
                                <w:sz w:val="18"/>
                              </w:rPr>
                              <w:t xml:space="preserve"> </w:t>
                            </w:r>
                            <w:proofErr w:type="spellStart"/>
                            <w:r>
                              <w:rPr>
                                <w:sz w:val="18"/>
                              </w:rPr>
                              <w:t>STARmap</w:t>
                            </w:r>
                            <w:proofErr w:type="spellEnd"/>
                            <w:r>
                              <w:rPr>
                                <w:sz w:val="18"/>
                              </w:rPr>
                              <w:t xml:space="preserve"> zone means showing higher LL scores near plaques. </w:t>
                            </w:r>
                            <w:r w:rsidRPr="00647712">
                              <w:rPr>
                                <w:b/>
                                <w:bCs/>
                                <w:sz w:val="18"/>
                              </w:rPr>
                              <w:t>c,</w:t>
                            </w:r>
                            <w:r>
                              <w:rPr>
                                <w:sz w:val="18"/>
                              </w:rPr>
                              <w:t xml:space="preserve"> Plaque-proximal versus distant effect sizes. </w:t>
                            </w:r>
                            <w:r w:rsidRPr="00647712">
                              <w:rPr>
                                <w:b/>
                                <w:bCs/>
                                <w:sz w:val="18"/>
                              </w:rPr>
                              <w:t>d,</w:t>
                            </w:r>
                            <w:r>
                              <w:rPr>
                                <w:sz w:val="18"/>
                              </w:rPr>
                              <w:t xml:space="preserve"> Intermediate versus distant effect sizes</w:t>
                            </w:r>
                            <w:r w:rsidRPr="00647712">
                              <w:rPr>
                                <w:b/>
                                <w:bCs/>
                                <w:sz w:val="18"/>
                              </w:rPr>
                              <w:t>. e,</w:t>
                            </w:r>
                            <w:r>
                              <w:rPr>
                                <w:sz w:val="18"/>
                              </w:rPr>
                              <w:t xml:space="preserve"> Distance-to-plaque correlations. </w:t>
                            </w:r>
                            <w:r w:rsidRPr="00647712">
                              <w:rPr>
                                <w:b/>
                                <w:bCs/>
                                <w:sz w:val="18"/>
                              </w:rPr>
                              <w:t>f,</w:t>
                            </w:r>
                            <w:r>
                              <w:rPr>
                                <w:sz w:val="18"/>
                              </w:rPr>
                              <w:t xml:space="preserve"> </w:t>
                            </w:r>
                            <w:proofErr w:type="spellStart"/>
                            <w:r>
                              <w:rPr>
                                <w:sz w:val="18"/>
                              </w:rPr>
                              <w:t>STARmap</w:t>
                            </w:r>
                            <w:proofErr w:type="spellEnd"/>
                            <w:r>
                              <w:rPr>
                                <w:sz w:val="18"/>
                              </w:rPr>
                              <w:t xml:space="preserve"> gene coverage by module. </w:t>
                            </w:r>
                            <w:r w:rsidRPr="00647712">
                              <w:rPr>
                                <w:b/>
                                <w:bCs/>
                                <w:sz w:val="18"/>
                              </w:rPr>
                              <w:t>g,</w:t>
                            </w:r>
                            <w:r>
                              <w:rPr>
                                <w:sz w:val="18"/>
                              </w:rPr>
                              <w:t xml:space="preserve"> Concordance between human </w:t>
                            </w:r>
                            <w:proofErr w:type="spellStart"/>
                            <w:r>
                              <w:rPr>
                                <w:sz w:val="18"/>
                              </w:rPr>
                              <w:t>GeoMx</w:t>
                            </w:r>
                            <w:proofErr w:type="spellEnd"/>
                            <w:r>
                              <w:rPr>
                                <w:sz w:val="18"/>
                              </w:rPr>
                              <w:t xml:space="preserve"> and mouse </w:t>
                            </w:r>
                            <w:proofErr w:type="spellStart"/>
                            <w:r>
                              <w:rPr>
                                <w:sz w:val="18"/>
                              </w:rPr>
                              <w:t>STARmap</w:t>
                            </w:r>
                            <w:proofErr w:type="spellEnd"/>
                            <w:r>
                              <w:rPr>
                                <w:sz w:val="18"/>
                              </w:rPr>
                              <w:t xml:space="preserve"> plaque-niche effects. </w:t>
                            </w:r>
                            <w:r w:rsidRPr="00647712">
                              <w:rPr>
                                <w:b/>
                                <w:bCs/>
                                <w:sz w:val="18"/>
                              </w:rPr>
                              <w:t>h,</w:t>
                            </w:r>
                            <w:r>
                              <w:rPr>
                                <w:sz w:val="18"/>
                              </w:rPr>
                              <w:t xml:space="preserve"> Integrated spatial-scale summary. Plaque-proximal cells showed strong LL enrichment (Cohen's d approximately 0.99, q = 2.7e-66), LL score decreased with distance to plaque (rho = -0.39, q &lt; 1e-4), and human-mouse plaque-niche effects were concordant (r = 0.84, P = 0.010), distinguishing local plaque-niche enrichment from whole-region plaque burden.</w:t>
                            </w:r>
                          </w:p>
                          <w:p w14:paraId="35569019" w14:textId="77777777" w:rsidR="00E83CBD" w:rsidRPr="00E1633F" w:rsidRDefault="00E83CBD" w:rsidP="00E83CBD">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F75952" id="_x0000_s1038" type="#_x0000_t202" style="position:absolute;margin-left:34.3pt;margin-top:450.15pt;width:606.45pt;height:69.2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" stroked="f">
                <v:textbox inset="0,0,0,0">
                  <w:txbxContent>
                    <w:p w14:paraId="5CBC0D49" w14:textId="77777777" w:rsidR="00E83CBD" w:rsidRDefault="00E83CBD" w:rsidP="00E83CBD">
                      <w:pPr>
                        <w:keepLines/>
                        <w:spacing w:before="60" w:after="160" w:line="252" w:lineRule="auto"/>
                        <w:jc w:val="both"/>
                      </w:pPr>
                      <w:r>
                        <w:rPr>
                          <w:b/>
                          <w:sz w:val="18"/>
                        </w:rPr>
                        <w:t xml:space="preserve">Supplementary Fig. 12 | Mouse </w:t>
                      </w:r>
                      <w:proofErr w:type="spellStart"/>
                      <w:r>
                        <w:rPr>
                          <w:b/>
                          <w:sz w:val="18"/>
                        </w:rPr>
                        <w:t>STARmap</w:t>
                      </w:r>
                      <w:proofErr w:type="spellEnd"/>
                      <w:r>
                        <w:rPr>
                          <w:b/>
                          <w:sz w:val="18"/>
                        </w:rPr>
                        <w:t xml:space="preserve"> plaque-proximity and integrated spatial-scale evidence. </w:t>
                      </w:r>
                      <w:r w:rsidRPr="00647712">
                        <w:rPr>
                          <w:b/>
                          <w:bCs/>
                          <w:sz w:val="18"/>
                        </w:rPr>
                        <w:t>a</w:t>
                      </w:r>
                      <w:r>
                        <w:rPr>
                          <w:sz w:val="18"/>
                        </w:rPr>
                        <w:t xml:space="preserve">, Mouse </w:t>
                      </w:r>
                      <w:proofErr w:type="spellStart"/>
                      <w:r>
                        <w:rPr>
                          <w:sz w:val="18"/>
                        </w:rPr>
                        <w:t>STARmap</w:t>
                      </w:r>
                      <w:proofErr w:type="spellEnd"/>
                      <w:r>
                        <w:rPr>
                          <w:sz w:val="18"/>
                        </w:rPr>
                        <w:t xml:space="preserve"> plaque-proximity design. </w:t>
                      </w:r>
                      <w:r w:rsidRPr="00647712">
                        <w:rPr>
                          <w:b/>
                          <w:bCs/>
                          <w:sz w:val="18"/>
                        </w:rPr>
                        <w:t>b,</w:t>
                      </w:r>
                      <w:r>
                        <w:rPr>
                          <w:sz w:val="18"/>
                        </w:rPr>
                        <w:t xml:space="preserve"> </w:t>
                      </w:r>
                      <w:proofErr w:type="spellStart"/>
                      <w:r>
                        <w:rPr>
                          <w:sz w:val="18"/>
                        </w:rPr>
                        <w:t>STARmap</w:t>
                      </w:r>
                      <w:proofErr w:type="spellEnd"/>
                      <w:r>
                        <w:rPr>
                          <w:sz w:val="18"/>
                        </w:rPr>
                        <w:t xml:space="preserve"> zone means showing higher LL scores near plaques. </w:t>
                      </w:r>
                      <w:r w:rsidRPr="00647712">
                        <w:rPr>
                          <w:b/>
                          <w:bCs/>
                          <w:sz w:val="18"/>
                        </w:rPr>
                        <w:t>c,</w:t>
                      </w:r>
                      <w:r>
                        <w:rPr>
                          <w:sz w:val="18"/>
                        </w:rPr>
                        <w:t xml:space="preserve"> Plaque-proximal versus distant effect sizes. </w:t>
                      </w:r>
                      <w:r w:rsidRPr="00647712">
                        <w:rPr>
                          <w:b/>
                          <w:bCs/>
                          <w:sz w:val="18"/>
                        </w:rPr>
                        <w:t>d,</w:t>
                      </w:r>
                      <w:r>
                        <w:rPr>
                          <w:sz w:val="18"/>
                        </w:rPr>
                        <w:t xml:space="preserve"> Intermediate versus distant effect sizes</w:t>
                      </w:r>
                      <w:r w:rsidRPr="00647712">
                        <w:rPr>
                          <w:b/>
                          <w:bCs/>
                          <w:sz w:val="18"/>
                        </w:rPr>
                        <w:t>. e,</w:t>
                      </w:r>
                      <w:r>
                        <w:rPr>
                          <w:sz w:val="18"/>
                        </w:rPr>
                        <w:t xml:space="preserve"> Distance-to-plaque correlations. </w:t>
                      </w:r>
                      <w:r w:rsidRPr="00647712">
                        <w:rPr>
                          <w:b/>
                          <w:bCs/>
                          <w:sz w:val="18"/>
                        </w:rPr>
                        <w:t>f,</w:t>
                      </w:r>
                      <w:r>
                        <w:rPr>
                          <w:sz w:val="18"/>
                        </w:rPr>
                        <w:t xml:space="preserve"> </w:t>
                      </w:r>
                      <w:proofErr w:type="spellStart"/>
                      <w:r>
                        <w:rPr>
                          <w:sz w:val="18"/>
                        </w:rPr>
                        <w:t>STARmap</w:t>
                      </w:r>
                      <w:proofErr w:type="spellEnd"/>
                      <w:r>
                        <w:rPr>
                          <w:sz w:val="18"/>
                        </w:rPr>
                        <w:t xml:space="preserve"> gene coverage by module. </w:t>
                      </w:r>
                      <w:r w:rsidRPr="00647712">
                        <w:rPr>
                          <w:b/>
                          <w:bCs/>
                          <w:sz w:val="18"/>
                        </w:rPr>
                        <w:t>g,</w:t>
                      </w:r>
                      <w:r>
                        <w:rPr>
                          <w:sz w:val="18"/>
                        </w:rPr>
                        <w:t xml:space="preserve"> Concordance between human </w:t>
                      </w:r>
                      <w:proofErr w:type="spellStart"/>
                      <w:r>
                        <w:rPr>
                          <w:sz w:val="18"/>
                        </w:rPr>
                        <w:t>GeoMx</w:t>
                      </w:r>
                      <w:proofErr w:type="spellEnd"/>
                      <w:r>
                        <w:rPr>
                          <w:sz w:val="18"/>
                        </w:rPr>
                        <w:t xml:space="preserve"> and mouse </w:t>
                      </w:r>
                      <w:proofErr w:type="spellStart"/>
                      <w:r>
                        <w:rPr>
                          <w:sz w:val="18"/>
                        </w:rPr>
                        <w:t>STARmap</w:t>
                      </w:r>
                      <w:proofErr w:type="spellEnd"/>
                      <w:r>
                        <w:rPr>
                          <w:sz w:val="18"/>
                        </w:rPr>
                        <w:t xml:space="preserve"> plaque-niche effects. </w:t>
                      </w:r>
                      <w:r w:rsidRPr="00647712">
                        <w:rPr>
                          <w:b/>
                          <w:bCs/>
                          <w:sz w:val="18"/>
                        </w:rPr>
                        <w:t>h,</w:t>
                      </w:r>
                      <w:r>
                        <w:rPr>
                          <w:sz w:val="18"/>
                        </w:rPr>
                        <w:t xml:space="preserve"> Integrated spatial-scale summary. Plaque-proximal cells showed strong LL enrichment (Cohen's d approximately 0.99, q = 2.7e-66), LL score decreased with distance to plaque (rho = -0.39, q &lt; 1e-4), and human-mouse plaque-niche effects were concordant (r = 0.84, P = 0.010), distinguishing local plaque-niche enrichment from whole-region plaque burden.</w:t>
                      </w:r>
                    </w:p>
                    <w:p w14:paraId="35569019" w14:textId="77777777" w:rsidR="00E83CBD" w:rsidRPr="00E1633F" w:rsidRDefault="00E83CBD" w:rsidP="00E83CBD">
                      <w:pPr>
                        <w:pStyle w:val="Caption"/>
                        <w:jc w:val="both"/>
                        <w:rPr>
                          <w:noProof/>
                          <w:sz w:val="20"/>
                          <w:szCs w:val="22"/>
                        </w:rPr>
                      </w:pPr>
                    </w:p>
                  </w:txbxContent>
                </v:textbox>
                <w10:wrap type="tight"/>
              </v:shape>
            </w:pict>
          </mc:Fallback>
        </mc:AlternateContent>
      </w:r>
      <w:r w:rsidRPr="00AC736F">
        <w:rPr>
          <w:rFonts w:asciiTheme="majorHAnsi" w:hAnsiTheme="majorHAnsi" w:cstheme="majorHAnsi"/>
        </w:rPr>
        <w:br w:type="page"/>
      </w:r>
    </w:p>
    <w:p w14:paraId="5BFB00CB" w14:textId="77777777" w:rsidR="00F96DD6" w:rsidRPr="00AC736F" w:rsidRDefault="00000000">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73600" behindDoc="1" locked="0" layoutInCell="1" allowOverlap="1" wp14:anchorId="2EC7D6FD" wp14:editId="7CA2566C">
            <wp:simplePos x="0" y="0"/>
            <wp:positionH relativeFrom="column">
              <wp:posOffset>453194</wp:posOffset>
            </wp:positionH>
            <wp:positionV relativeFrom="paragraph">
              <wp:posOffset>-283405</wp:posOffset>
            </wp:positionV>
            <wp:extent cx="7208520" cy="6327775"/>
            <wp:effectExtent l="0" t="0" r="0" b="0"/>
            <wp:wrapTight wrapText="bothSides">
              <wp:wrapPolygon edited="0">
                <wp:start x="0" y="0"/>
                <wp:lineTo x="0" y="21524"/>
                <wp:lineTo x="21520" y="21524"/>
                <wp:lineTo x="2152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3_GeoMx_Plaque_Zone_DEG_Followup_editable-01.jpg"/>
                    <pic:cNvPicPr/>
                  </pic:nvPicPr>
                  <pic:blipFill rotWithShape="1">
                    <a:blip r:embed="rId21"/>
                    <a:srcRect l="2061" r="4563"/>
                    <a:stretch>
                      <a:fillRect/>
                    </a:stretch>
                  </pic:blipFill>
                  <pic:spPr bwMode="auto">
                    <a:xfrm>
                      <a:off x="0" y="0"/>
                      <a:ext cx="7208520" cy="6327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5A4CEE" w14:textId="77777777" w:rsidR="00F96DD6" w:rsidRPr="00AC736F" w:rsidRDefault="0033011C">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74624" behindDoc="1" locked="0" layoutInCell="1" allowOverlap="1" wp14:anchorId="10665DDD" wp14:editId="7ADA5DEC">
                <wp:simplePos x="0" y="0"/>
                <wp:positionH relativeFrom="column">
                  <wp:posOffset>453390</wp:posOffset>
                </wp:positionH>
                <wp:positionV relativeFrom="paragraph">
                  <wp:posOffset>5708113</wp:posOffset>
                </wp:positionV>
                <wp:extent cx="7473315" cy="887730"/>
                <wp:effectExtent l="0" t="0" r="0" b="7620"/>
                <wp:wrapTight wrapText="bothSides">
                  <wp:wrapPolygon edited="0">
                    <wp:start x="0" y="0"/>
                    <wp:lineTo x="0" y="21322"/>
                    <wp:lineTo x="21528" y="21322"/>
                    <wp:lineTo x="21528" y="0"/>
                    <wp:lineTo x="0" y="0"/>
                  </wp:wrapPolygon>
                </wp:wrapTight>
                <wp:docPr id="1573229615" name="Text Box 1"/>
                <wp:cNvGraphicFramePr/>
                <a:graphic xmlns:a="http://schemas.openxmlformats.org/drawingml/2006/main">
                  <a:graphicData uri="http://schemas.microsoft.com/office/word/2010/wordprocessingShape">
                    <wps:wsp>
                      <wps:cNvSpPr txBox="1"/>
                      <wps:spPr>
                        <a:xfrm>
                          <a:off x="0" y="0"/>
                          <a:ext cx="7473315" cy="887730"/>
                        </a:xfrm>
                        <a:prstGeom prst="rect">
                          <a:avLst/>
                        </a:prstGeom>
                        <a:solidFill>
                          <a:prstClr val="white"/>
                        </a:solidFill>
                        <a:ln>
                          <a:noFill/>
                        </a:ln>
                      </wps:spPr>
                      <wps:txbx>
                        <w:txbxContent>
                          <w:p w14:paraId="1E22ED86" w14:textId="77777777" w:rsidR="0033011C" w:rsidRDefault="0033011C" w:rsidP="0033011C">
                            <w:pPr>
                              <w:keepLines/>
                              <w:spacing w:before="60" w:after="160" w:line="252" w:lineRule="auto"/>
                              <w:jc w:val="both"/>
                            </w:pPr>
                            <w:r>
                              <w:rPr>
                                <w:b/>
                                <w:sz w:val="18"/>
                              </w:rPr>
                              <w:t xml:space="preserve">Supplementary Fig. 13 | </w:t>
                            </w:r>
                            <w:proofErr w:type="spellStart"/>
                            <w:r>
                              <w:rPr>
                                <w:b/>
                                <w:sz w:val="18"/>
                              </w:rPr>
                              <w:t>GeoMx</w:t>
                            </w:r>
                            <w:proofErr w:type="spellEnd"/>
                            <w:r>
                              <w:rPr>
                                <w:b/>
                                <w:sz w:val="18"/>
                              </w:rPr>
                              <w:t xml:space="preserve"> plaque-zone differential-expression follow-up. </w:t>
                            </w:r>
                            <w:r>
                              <w:rPr>
                                <w:sz w:val="18"/>
                              </w:rPr>
                              <w:t xml:space="preserve">a, Peri-plaque (PP) versus away-from-plaque (A) differential-expression volcano plot. b, Plaque core (P) versus A differential-expression volcano plot. c, P versus PP differential-expression volcano plot. d, Plaque-zone log fold-change summary for selected LL/DAM/lysosomal genes; entries marked n.d. indicate genes not retained in that specific differential-expression result table, not necessarily absence of detection in the assay. e, Selected gene means across </w:t>
                            </w:r>
                            <w:proofErr w:type="spellStart"/>
                            <w:r>
                              <w:rPr>
                                <w:sz w:val="18"/>
                              </w:rPr>
                              <w:t>GeoMx</w:t>
                            </w:r>
                            <w:proofErr w:type="spellEnd"/>
                            <w:r>
                              <w:rPr>
                                <w:sz w:val="18"/>
                              </w:rPr>
                              <w:t xml:space="preserve"> zones. f, Differential-expression summary. This figure provides spatial follow-up for the LL/DAM/lysosomal gene context, with strongest selected-gene coverage in the P versus A contrast and more limited retained-gene coverage in PP versus A and P versus PP result tables.</w:t>
                            </w:r>
                          </w:p>
                          <w:p w14:paraId="3CFEEEDE" w14:textId="77777777" w:rsidR="0033011C" w:rsidRPr="00D23918" w:rsidRDefault="0033011C" w:rsidP="0033011C">
                            <w:pPr>
                              <w:pStyle w:val="Caption"/>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65DDD" id="_x0000_s1039" type="#_x0000_t202" style="position:absolute;margin-left:35.7pt;margin-top:449.45pt;width:588.45pt;height:69.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" stroked="f">
                <v:textbox inset="0,0,0,0">
                  <w:txbxContent>
                    <w:p w14:paraId="1E22ED86" w14:textId="77777777" w:rsidR="0033011C" w:rsidRDefault="0033011C" w:rsidP="0033011C">
                      <w:pPr>
                        <w:keepLines/>
                        <w:spacing w:before="60" w:after="160" w:line="252" w:lineRule="auto"/>
                        <w:jc w:val="both"/>
                      </w:pPr>
                      <w:r>
                        <w:rPr>
                          <w:b/>
                          <w:sz w:val="18"/>
                        </w:rPr>
                        <w:t xml:space="preserve">Supplementary Fig. 13 | </w:t>
                      </w:r>
                      <w:proofErr w:type="spellStart"/>
                      <w:r>
                        <w:rPr>
                          <w:b/>
                          <w:sz w:val="18"/>
                        </w:rPr>
                        <w:t>GeoMx</w:t>
                      </w:r>
                      <w:proofErr w:type="spellEnd"/>
                      <w:r>
                        <w:rPr>
                          <w:b/>
                          <w:sz w:val="18"/>
                        </w:rPr>
                        <w:t xml:space="preserve"> plaque-zone differential-expression follow-up. </w:t>
                      </w:r>
                      <w:r>
                        <w:rPr>
                          <w:sz w:val="18"/>
                        </w:rPr>
                        <w:t xml:space="preserve">a, Peri-plaque (PP) versus away-from-plaque (A) differential-expression volcano plot. b, Plaque core (P) versus A differential-expression volcano plot. c, P versus PP differential-expression volcano plot. d, Plaque-zone log fold-change summary for selected LL/DAM/lysosomal genes; entries marked n.d. indicate genes not retained in that specific differential-expression result table, not necessarily absence of detection in the assay. e, Selected gene means across </w:t>
                      </w:r>
                      <w:proofErr w:type="spellStart"/>
                      <w:r>
                        <w:rPr>
                          <w:sz w:val="18"/>
                        </w:rPr>
                        <w:t>GeoMx</w:t>
                      </w:r>
                      <w:proofErr w:type="spellEnd"/>
                      <w:r>
                        <w:rPr>
                          <w:sz w:val="18"/>
                        </w:rPr>
                        <w:t xml:space="preserve"> zones. f, Differential-expression summary. This figure provides spatial follow-up for the LL/DAM/lysosomal gene context, with strongest selected-gene coverage in the P versus A contrast and more limited retained-gene coverage in PP versus A and P versus PP result tables.</w:t>
                      </w:r>
                    </w:p>
                    <w:p w14:paraId="3CFEEEDE" w14:textId="77777777" w:rsidR="0033011C" w:rsidRPr="00D23918" w:rsidRDefault="0033011C" w:rsidP="0033011C">
                      <w:pPr>
                        <w:pStyle w:val="Caption"/>
                        <w:rPr>
                          <w:noProof/>
                          <w:sz w:val="20"/>
                          <w:szCs w:val="22"/>
                        </w:rPr>
                      </w:pPr>
                    </w:p>
                  </w:txbxContent>
                </v:textbox>
                <w10:wrap type="tight"/>
              </v:shape>
            </w:pict>
          </mc:Fallback>
        </mc:AlternateContent>
      </w:r>
      <w:r w:rsidRPr="00AC736F">
        <w:rPr>
          <w:rFonts w:asciiTheme="majorHAnsi" w:hAnsiTheme="majorHAnsi" w:cstheme="majorHAnsi"/>
        </w:rPr>
        <w:br w:type="page"/>
      </w:r>
    </w:p>
    <w:p w14:paraId="6E46277E" w14:textId="77777777" w:rsidR="00F96DD6" w:rsidRPr="00AC736F" w:rsidRDefault="00000000">
      <w:pPr>
        <w:pStyle w:val="Heading1"/>
        <w:rPr>
          <w:rFonts w:cstheme="majorHAnsi"/>
          <w:color w:val="auto"/>
        </w:rPr>
      </w:pPr>
      <w:r w:rsidRPr="00AC736F">
        <w:rPr>
          <w:rFonts w:cstheme="majorHAnsi"/>
          <w:color w:val="auto"/>
        </w:rPr>
        <w:t>Supplementary Note 7 | Modeling and candidate prioritization</w:t>
      </w:r>
    </w:p>
    <w:p w14:paraId="1465EF3B" w14:textId="77777777" w:rsidR="00F96DD6" w:rsidRPr="00AC736F" w:rsidRDefault="00000000">
      <w:pPr>
        <w:spacing w:after="120" w:line="259" w:lineRule="auto"/>
        <w:rPr>
          <w:rFonts w:asciiTheme="majorHAnsi" w:hAnsiTheme="majorHAnsi" w:cstheme="majorHAnsi"/>
        </w:rPr>
      </w:pPr>
      <w:r>
        <w:t>Supplementary Fig. 14 provides the modeling audit trail, including model inputs, defining-gene-excluded performance, calibration, held-out validation, feature attribution and perturbation sensitivity. These results prioritize candidate genes/features for experimental follow-up while maintaining the manuscript's non-causal interpretation.</w:t>
      </w:r>
    </w:p>
    <w:p w14:paraId="259777FC" w14:textId="77777777" w:rsidR="0033011C" w:rsidRPr="00AC736F" w:rsidRDefault="0033011C" w:rsidP="0033011C">
      <w:pPr>
        <w:pStyle w:val="Heading2"/>
        <w:rPr>
          <w:rFonts w:cstheme="majorHAnsi"/>
          <w:color w:val="auto"/>
        </w:rPr>
      </w:pPr>
      <w:r w:rsidRPr="00AC736F">
        <w:rPr>
          <w:rFonts w:cstheme="majorHAnsi"/>
          <w:color w:val="auto"/>
        </w:rPr>
        <w:t>Supplementary Fig. 14 | CA-DGLLR model architecture, validation and feature prioritization</w:t>
      </w:r>
    </w:p>
    <w:p w14:paraId="3EE2D850" w14:textId="77777777" w:rsidR="0049367C" w:rsidRDefault="00000000">
      <w:r>
        <w:t>Caption clarification: The full model is an upper-bound positive control. The defining-gene-excluded model reduces direct label circularity but retains correlated context features; feature attribution and perturbation-sensitivity panels are candidate-prioritization outputs only.</w:t>
      </w:r>
    </w:p>
    <w:p w14:paraId="1F913FC5" w14:textId="77777777" w:rsidR="0033011C" w:rsidRPr="00AC736F" w:rsidRDefault="0033011C" w:rsidP="0033011C">
      <w:pPr>
        <w:pStyle w:val="Heading2"/>
        <w:rPr>
          <w:rFonts w:cstheme="majorHAnsi"/>
          <w:color w:val="auto"/>
        </w:rPr>
      </w:pPr>
      <w:r w:rsidRPr="00AC736F">
        <w:rPr>
          <w:rFonts w:cstheme="majorHAnsi"/>
          <w:color w:val="auto"/>
        </w:rPr>
        <w:t>Supplementary Fig. 15 | APOE genotype and APOE-TREM2 transcriptional risk context</w:t>
      </w:r>
    </w:p>
    <w:p w14:paraId="22481FB7" w14:textId="77777777" w:rsidR="0049367C" w:rsidRDefault="00000000">
      <w:r>
        <w:t>Caption clarification: APOE4 carrier comparisons are exploratory and FDR-nonsignificant at donor level. APOE-TREM2 transcriptomic risk-context enrichment is analyzed separately as within-donor LL versus non-LL paired contrasts across AD-change strata.</w:t>
      </w:r>
    </w:p>
    <w:p w14:paraId="43F57D55" w14:textId="77777777" w:rsidR="0033011C" w:rsidRPr="00AC736F" w:rsidRDefault="0033011C" w:rsidP="0033011C">
      <w:pPr>
        <w:rPr>
          <w:rFonts w:asciiTheme="majorHAnsi" w:hAnsiTheme="majorHAnsi" w:cstheme="majorHAnsi"/>
        </w:rPr>
      </w:pPr>
    </w:p>
    <w:p w14:paraId="3BD5F527" w14:textId="77777777" w:rsidR="007C7363" w:rsidRPr="00AC736F" w:rsidRDefault="007C7363" w:rsidP="007C7363">
      <w:pPr>
        <w:spacing w:after="120" w:line="252" w:lineRule="auto"/>
        <w:rPr>
          <w:rFonts w:asciiTheme="majorHAnsi" w:hAnsiTheme="majorHAnsi" w:cstheme="majorHAnsi"/>
        </w:rPr>
      </w:pPr>
      <w:r>
        <w:t>The full CA-DGLLR model performed as an expected upper-bound positive control for LL-remodeled prediction (AUROC = 0.999, AUPRC = 0.997) because direct label-defining information was available. The defining-gene-excluded model retained lower but substantial LL-remodeled performance (AUROC = 0.866, AUPRC = 0.549, accuracy = 0.877, balanced accuracy = 0.657, F1 = 0.446). This model removed direct lipid, lysosome and LD-signature defining genes but retained correlated disease-context and regulatory features, so it is interpreted as reduced-circularity prioritization rather than a fully circularity-free test. For LD-signature-high prediction, the defining-gene-excluded model achieved AUROC = 0.883 and AUPRC = 0.376, with low recall at the default threshold.</w:t>
      </w:r>
    </w:p>
    <w:tbl>
      <w:tblPr>
        <w:tblStyle w:val="PlainTable1"/>
        <w:tblW w:w="0" w:type="auto"/>
        <w:jc w:val="center"/>
        <w:tblLook w:val="04A0" w:firstRow="1" w:lastRow="0" w:firstColumn="1" w:lastColumn="0" w:noHBand="0" w:noVBand="1"/>
      </w:tblPr>
      <w:tblGrid>
        <w:gridCol w:w="3024"/>
        <w:gridCol w:w="1152"/>
        <w:gridCol w:w="1152"/>
        <w:gridCol w:w="1152"/>
        <w:gridCol w:w="1152"/>
        <w:gridCol w:w="1728"/>
        <w:gridCol w:w="1152"/>
      </w:tblGrid>
      <w:tr w:rsidR="007C7363" w:rsidRPr="00AC736F" w14:paraId="6BF94C38" w14:textId="77777777" w:rsidTr="007C73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1A2AB9C1" w14:textId="77777777" w:rsidR="007C7363" w:rsidRPr="00AC736F" w:rsidRDefault="007C7363" w:rsidP="00AA26F2">
            <w:pPr>
              <w:rPr>
                <w:rFonts w:asciiTheme="majorHAnsi" w:hAnsiTheme="majorHAnsi" w:cstheme="majorHAnsi"/>
              </w:rPr>
            </w:pPr>
            <w:r w:rsidRPr="00AC736F">
              <w:rPr>
                <w:rFonts w:asciiTheme="majorHAnsi" w:hAnsiTheme="majorHAnsi" w:cstheme="majorHAnsi"/>
                <w:sz w:val="17"/>
              </w:rPr>
              <w:t>Model/task</w:t>
            </w:r>
          </w:p>
        </w:tc>
        <w:tc>
          <w:tcPr>
            <w:tcW w:w="1152" w:type="dxa"/>
          </w:tcPr>
          <w:p w14:paraId="7424D9C2"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n</w:t>
            </w:r>
          </w:p>
        </w:tc>
        <w:tc>
          <w:tcPr>
            <w:tcW w:w="1152" w:type="dxa"/>
          </w:tcPr>
          <w:p w14:paraId="44C2CD9B"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Positive</w:t>
            </w:r>
          </w:p>
        </w:tc>
        <w:tc>
          <w:tcPr>
            <w:tcW w:w="1152" w:type="dxa"/>
          </w:tcPr>
          <w:p w14:paraId="00567CF8"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AUROC</w:t>
            </w:r>
          </w:p>
        </w:tc>
        <w:tc>
          <w:tcPr>
            <w:tcW w:w="1152" w:type="dxa"/>
          </w:tcPr>
          <w:p w14:paraId="1104D86A"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AUPRC</w:t>
            </w:r>
          </w:p>
        </w:tc>
        <w:tc>
          <w:tcPr>
            <w:tcW w:w="1728" w:type="dxa"/>
          </w:tcPr>
          <w:p w14:paraId="01EF1555"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Balanced accuracy</w:t>
            </w:r>
          </w:p>
        </w:tc>
        <w:tc>
          <w:tcPr>
            <w:tcW w:w="1152" w:type="dxa"/>
          </w:tcPr>
          <w:p w14:paraId="4C120FE9" w14:textId="77777777" w:rsidR="007C7363" w:rsidRPr="00AC736F" w:rsidRDefault="007C7363" w:rsidP="00AA26F2">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F1</w:t>
            </w:r>
          </w:p>
        </w:tc>
      </w:tr>
      <w:tr w:rsidR="007C7363" w:rsidRPr="00AC736F" w14:paraId="761210EF"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55EDFCF3"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Full LL-remodeled</w:t>
            </w:r>
          </w:p>
        </w:tc>
        <w:tc>
          <w:tcPr>
            <w:tcW w:w="1152" w:type="dxa"/>
          </w:tcPr>
          <w:p w14:paraId="260DD2D1"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30,876</w:t>
            </w:r>
          </w:p>
        </w:tc>
        <w:tc>
          <w:tcPr>
            <w:tcW w:w="1152" w:type="dxa"/>
          </w:tcPr>
          <w:p w14:paraId="7B5D5BE9"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4,368</w:t>
            </w:r>
          </w:p>
        </w:tc>
        <w:tc>
          <w:tcPr>
            <w:tcW w:w="1152" w:type="dxa"/>
          </w:tcPr>
          <w:p w14:paraId="479BFE7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0.999</w:t>
            </w:r>
          </w:p>
        </w:tc>
        <w:tc>
          <w:tcPr>
            <w:tcW w:w="1152" w:type="dxa"/>
          </w:tcPr>
          <w:p w14:paraId="467F038F"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0.997</w:t>
            </w:r>
          </w:p>
        </w:tc>
        <w:tc>
          <w:tcPr>
            <w:tcW w:w="1728" w:type="dxa"/>
          </w:tcPr>
          <w:p w14:paraId="11B87259"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0.978</w:t>
            </w:r>
          </w:p>
        </w:tc>
        <w:tc>
          <w:tcPr>
            <w:tcW w:w="1152" w:type="dxa"/>
          </w:tcPr>
          <w:p w14:paraId="6C077B4C"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0.966</w:t>
            </w:r>
          </w:p>
        </w:tc>
      </w:tr>
      <w:tr w:rsidR="007C7363" w:rsidRPr="00AC736F" w14:paraId="59B9C271"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3024" w:type="dxa"/>
          </w:tcPr>
          <w:p w14:paraId="2E20AA9E"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Non-circular LL-remodeled</w:t>
            </w:r>
          </w:p>
        </w:tc>
        <w:tc>
          <w:tcPr>
            <w:tcW w:w="1152" w:type="dxa"/>
          </w:tcPr>
          <w:p w14:paraId="363E4ABD"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30,876</w:t>
            </w:r>
          </w:p>
        </w:tc>
        <w:tc>
          <w:tcPr>
            <w:tcW w:w="1152" w:type="dxa"/>
          </w:tcPr>
          <w:p w14:paraId="0EC5F840"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4,368</w:t>
            </w:r>
          </w:p>
        </w:tc>
        <w:tc>
          <w:tcPr>
            <w:tcW w:w="1152" w:type="dxa"/>
          </w:tcPr>
          <w:p w14:paraId="5BD15C95"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0.866</w:t>
            </w:r>
          </w:p>
        </w:tc>
        <w:tc>
          <w:tcPr>
            <w:tcW w:w="1152" w:type="dxa"/>
          </w:tcPr>
          <w:p w14:paraId="09D995DA"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0.549</w:t>
            </w:r>
          </w:p>
        </w:tc>
        <w:tc>
          <w:tcPr>
            <w:tcW w:w="1728" w:type="dxa"/>
          </w:tcPr>
          <w:p w14:paraId="7B5677E0"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0.657</w:t>
            </w:r>
          </w:p>
        </w:tc>
        <w:tc>
          <w:tcPr>
            <w:tcW w:w="1152" w:type="dxa"/>
          </w:tcPr>
          <w:p w14:paraId="3F41C89B"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0.446</w:t>
            </w:r>
          </w:p>
        </w:tc>
      </w:tr>
      <w:tr w:rsidR="007C7363" w:rsidRPr="00AC736F" w14:paraId="70D8631E" w14:textId="77777777" w:rsidTr="007C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4" w:type="dxa"/>
          </w:tcPr>
          <w:p w14:paraId="4665449D"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Full LD-signature-high</w:t>
            </w:r>
          </w:p>
        </w:tc>
        <w:tc>
          <w:tcPr>
            <w:tcW w:w="1152" w:type="dxa"/>
          </w:tcPr>
          <w:p w14:paraId="36061387"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30,876</w:t>
            </w:r>
          </w:p>
        </w:tc>
        <w:tc>
          <w:tcPr>
            <w:tcW w:w="1152" w:type="dxa"/>
          </w:tcPr>
          <w:p w14:paraId="2227E960"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1,694</w:t>
            </w:r>
          </w:p>
        </w:tc>
        <w:tc>
          <w:tcPr>
            <w:tcW w:w="1152" w:type="dxa"/>
          </w:tcPr>
          <w:p w14:paraId="7030DEB7"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0.999</w:t>
            </w:r>
          </w:p>
        </w:tc>
        <w:tc>
          <w:tcPr>
            <w:tcW w:w="1152" w:type="dxa"/>
          </w:tcPr>
          <w:p w14:paraId="1DDD0054"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0.984</w:t>
            </w:r>
          </w:p>
        </w:tc>
        <w:tc>
          <w:tcPr>
            <w:tcW w:w="1728" w:type="dxa"/>
          </w:tcPr>
          <w:p w14:paraId="42625515"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0.958</w:t>
            </w:r>
          </w:p>
        </w:tc>
        <w:tc>
          <w:tcPr>
            <w:tcW w:w="1152" w:type="dxa"/>
          </w:tcPr>
          <w:p w14:paraId="5166D3CE" w14:textId="77777777" w:rsidR="007C7363" w:rsidRPr="00AC736F" w:rsidRDefault="007C7363" w:rsidP="00AA26F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0.928</w:t>
            </w:r>
          </w:p>
        </w:tc>
      </w:tr>
      <w:tr w:rsidR="007C7363" w:rsidRPr="00AC736F" w14:paraId="0DAF32EE" w14:textId="77777777" w:rsidTr="007C7363">
        <w:trPr>
          <w:jc w:val="center"/>
        </w:trPr>
        <w:tc>
          <w:tcPr>
            <w:cnfStyle w:val="001000000000" w:firstRow="0" w:lastRow="0" w:firstColumn="1" w:lastColumn="0" w:oddVBand="0" w:evenVBand="0" w:oddHBand="0" w:evenHBand="0" w:firstRowFirstColumn="0" w:firstRowLastColumn="0" w:lastRowFirstColumn="0" w:lastRowLastColumn="0"/>
            <w:tcW w:w="3024" w:type="dxa"/>
          </w:tcPr>
          <w:p w14:paraId="385F7B92" w14:textId="77777777" w:rsidR="007C7363" w:rsidRPr="00AC736F" w:rsidRDefault="007C7363" w:rsidP="00AA26F2">
            <w:pPr>
              <w:rPr>
                <w:rFonts w:asciiTheme="majorHAnsi" w:hAnsiTheme="majorHAnsi" w:cstheme="majorHAnsi"/>
              </w:rPr>
            </w:pPr>
            <w:r w:rsidRPr="00AC736F">
              <w:rPr>
                <w:rFonts w:asciiTheme="majorHAnsi" w:hAnsiTheme="majorHAnsi" w:cstheme="majorHAnsi"/>
                <w:b w:val="0"/>
                <w:sz w:val="17"/>
              </w:rPr>
              <w:t>Non-circular LD-signature-high</w:t>
            </w:r>
          </w:p>
        </w:tc>
        <w:tc>
          <w:tcPr>
            <w:tcW w:w="1152" w:type="dxa"/>
          </w:tcPr>
          <w:p w14:paraId="42146BAD"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30,876</w:t>
            </w:r>
          </w:p>
        </w:tc>
        <w:tc>
          <w:tcPr>
            <w:tcW w:w="1152" w:type="dxa"/>
          </w:tcPr>
          <w:p w14:paraId="2473AB4F"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1,694</w:t>
            </w:r>
          </w:p>
        </w:tc>
        <w:tc>
          <w:tcPr>
            <w:tcW w:w="1152" w:type="dxa"/>
          </w:tcPr>
          <w:p w14:paraId="047FB8EA"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0.883</w:t>
            </w:r>
          </w:p>
        </w:tc>
        <w:tc>
          <w:tcPr>
            <w:tcW w:w="1152" w:type="dxa"/>
          </w:tcPr>
          <w:p w14:paraId="32E599DD"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0.376</w:t>
            </w:r>
          </w:p>
        </w:tc>
        <w:tc>
          <w:tcPr>
            <w:tcW w:w="1728" w:type="dxa"/>
          </w:tcPr>
          <w:p w14:paraId="2D4C773F"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0.558</w:t>
            </w:r>
          </w:p>
        </w:tc>
        <w:tc>
          <w:tcPr>
            <w:tcW w:w="1152" w:type="dxa"/>
          </w:tcPr>
          <w:p w14:paraId="69877C0F" w14:textId="77777777" w:rsidR="007C7363" w:rsidRPr="00AC736F" w:rsidRDefault="007C7363" w:rsidP="00AA26F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7"/>
              </w:rPr>
              <w:t>0.202</w:t>
            </w:r>
          </w:p>
        </w:tc>
      </w:tr>
    </w:tbl>
    <w:p w14:paraId="15418205" w14:textId="77777777" w:rsidR="007C7363" w:rsidRPr="00AC736F" w:rsidRDefault="007C7363" w:rsidP="007C7363">
      <w:pPr>
        <w:spacing w:after="40"/>
        <w:rPr>
          <w:rFonts w:asciiTheme="majorHAnsi" w:hAnsiTheme="majorHAnsi" w:cstheme="majorHAnsi"/>
        </w:rPr>
      </w:pPr>
    </w:p>
    <w:p w14:paraId="0D25BE14"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Held-out validation showed the expected drop from random split performance while remaining above chance: donor-held-out mean AUROC = 0.751 across five folds (range 0.739-0.765; mean AUPRC = 0.363), and region-held-out mean AUROC = 0.793 across 10 regions (range 0.755-0.826; mean AUPRC = 0.398). Perturbation-sensitivity prioritized NPC2, LIPA, MITF, NPC1, CTSD, APOE, TFEB, LAMP1, CTSB and SOAT1 as candidate follow-up features, not causal proof.</w:t>
      </w:r>
    </w:p>
    <w:p w14:paraId="7BF9CAF2" w14:textId="77777777" w:rsidR="007C7363" w:rsidRPr="00AC736F" w:rsidRDefault="007C7363" w:rsidP="007C7363">
      <w:pPr>
        <w:spacing w:after="120" w:line="252" w:lineRule="auto"/>
        <w:rPr>
          <w:rFonts w:asciiTheme="majorHAnsi" w:hAnsiTheme="majorHAnsi" w:cstheme="majorHAnsi"/>
        </w:rPr>
      </w:pPr>
      <w:r>
        <w:t>APOE4 donor-level sensitivity showed directional but FDR-nonsignificant shifts. Among 84 donors, 25 were APOE4 carriers and 59 were non-carriers. APOE4 carriers had numerically higher LL burden (+1.91 percentage points; d = 0.30; raw P = 0.202; BH FDR = 0.260), mean LL score (+0.027; d = 0.44; raw P = 0.063; BH FDR = 0.260), lipid score (+0.054; d = 0.47; raw P = 0.047; BH FDR = 0.260) and lysosome score (+0.039; d = 0.31; raw P = 0.193; BH FDR = 0.260). Because none of these donor-level APOE4 comparisons survived BH correction, they should not be interpreted as an APOE4 effect on LL remodeling.</w:t>
      </w:r>
    </w:p>
    <w:p w14:paraId="38EBA345" w14:textId="77777777" w:rsidR="007C7363" w:rsidRPr="00AC736F" w:rsidRDefault="007C7363" w:rsidP="007C7363">
      <w:pPr>
        <w:spacing w:after="120" w:line="252" w:lineRule="auto"/>
        <w:rPr>
          <w:rFonts w:asciiTheme="majorHAnsi" w:hAnsiTheme="majorHAnsi" w:cstheme="majorHAnsi"/>
        </w:rPr>
      </w:pPr>
      <w:r w:rsidRPr="00AC736F">
        <w:rPr>
          <w:rFonts w:asciiTheme="majorHAnsi" w:hAnsiTheme="majorHAnsi" w:cstheme="majorHAnsi"/>
        </w:rPr>
        <w:t>The APOE-TREM2 transcriptional risk-context score was consistently enriched within LL-remodeled cells across AD-change strata. Paired donor deltas were 0.227 in Not AD donors (n = 9, FDR = 0.0040), 0.219 in Low AD-change donors (n = 12, FDR = 0.00115), 0.231 in Intermediate AD-change donors (n = 21, FDR = 4.0e-5) and 0.250 in High AD-change donors (n = 42, FDR = 4.0e-5).</w:t>
      </w:r>
    </w:p>
    <w:p w14:paraId="42E3638F" w14:textId="77777777" w:rsidR="0033011C" w:rsidRPr="00AC736F" w:rsidRDefault="0033011C">
      <w:pPr>
        <w:spacing w:after="120" w:line="259" w:lineRule="auto"/>
        <w:rPr>
          <w:rFonts w:asciiTheme="majorHAnsi" w:hAnsiTheme="majorHAnsi" w:cstheme="majorHAnsi"/>
        </w:rPr>
      </w:pPr>
    </w:p>
    <w:p w14:paraId="286F4875"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503B6C5F" w14:textId="77777777" w:rsidR="0033011C" w:rsidRPr="00AC736F" w:rsidRDefault="0033011C">
      <w:pPr>
        <w:jc w:val="center"/>
        <w:rPr>
          <w:rFonts w:asciiTheme="majorHAnsi" w:hAnsiTheme="majorHAnsi" w:cstheme="majorHAnsi"/>
        </w:rPr>
      </w:pPr>
      <w:r w:rsidRPr="00AC736F">
        <w:rPr>
          <w:rFonts w:asciiTheme="majorHAnsi" w:hAnsiTheme="majorHAnsi" w:cstheme="majorHAnsi"/>
          <w:noProof/>
        </w:rPr>
        <w:drawing>
          <wp:anchor distT="0" distB="0" distL="114300" distR="114300" simplePos="0" relativeHeight="251675648" behindDoc="1" locked="0" layoutInCell="1" allowOverlap="1" wp14:anchorId="7282832E" wp14:editId="26522E22">
            <wp:simplePos x="0" y="0"/>
            <wp:positionH relativeFrom="column">
              <wp:posOffset>463208</wp:posOffset>
            </wp:positionH>
            <wp:positionV relativeFrom="paragraph">
              <wp:posOffset>-441814</wp:posOffset>
            </wp:positionV>
            <wp:extent cx="7574280" cy="6391910"/>
            <wp:effectExtent l="0" t="0" r="7620" b="8890"/>
            <wp:wrapTight wrapText="bothSides">
              <wp:wrapPolygon edited="0">
                <wp:start x="0" y="0"/>
                <wp:lineTo x="0" y="21566"/>
                <wp:lineTo x="21567" y="21566"/>
                <wp:lineTo x="2156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4_CA_DGLLR_Model_Validation_Feature_Prioritization_editable-01.jpg"/>
                    <pic:cNvPicPr/>
                  </pic:nvPicPr>
                  <pic:blipFill rotWithShape="1">
                    <a:blip r:embed="rId22"/>
                    <a:srcRect l="2867"/>
                    <a:stretch>
                      <a:fillRect/>
                    </a:stretch>
                  </pic:blipFill>
                  <pic:spPr bwMode="auto">
                    <a:xfrm>
                      <a:off x="0" y="0"/>
                      <a:ext cx="7574280" cy="6391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B95760" w14:textId="77777777" w:rsidR="0033011C" w:rsidRPr="00AC736F" w:rsidRDefault="0033011C">
      <w:pPr>
        <w:jc w:val="center"/>
        <w:rPr>
          <w:rFonts w:asciiTheme="majorHAnsi" w:hAnsiTheme="majorHAnsi" w:cstheme="majorHAnsi"/>
        </w:rPr>
      </w:pPr>
    </w:p>
    <w:p w14:paraId="6B59AFB3" w14:textId="77777777" w:rsidR="00F96DD6" w:rsidRPr="00AC736F" w:rsidRDefault="00F96DD6">
      <w:pPr>
        <w:jc w:val="center"/>
        <w:rPr>
          <w:rFonts w:asciiTheme="majorHAnsi" w:hAnsiTheme="majorHAnsi" w:cstheme="majorHAnsi"/>
        </w:rPr>
      </w:pPr>
    </w:p>
    <w:p w14:paraId="6AB65E36" w14:textId="77777777" w:rsidR="0033011C" w:rsidRPr="00AC736F" w:rsidRDefault="0033011C">
      <w:pPr>
        <w:jc w:val="center"/>
        <w:rPr>
          <w:rFonts w:asciiTheme="majorHAnsi" w:hAnsiTheme="majorHAnsi" w:cstheme="majorHAnsi"/>
        </w:rPr>
      </w:pPr>
    </w:p>
    <w:p w14:paraId="714924F1" w14:textId="77777777" w:rsidR="0033011C" w:rsidRPr="00AC736F" w:rsidRDefault="0033011C">
      <w:pPr>
        <w:jc w:val="cente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76672" behindDoc="1" locked="0" layoutInCell="1" allowOverlap="1" wp14:anchorId="682BBE28" wp14:editId="39C08A85">
                <wp:simplePos x="0" y="0"/>
                <wp:positionH relativeFrom="column">
                  <wp:posOffset>462280</wp:posOffset>
                </wp:positionH>
                <wp:positionV relativeFrom="paragraph">
                  <wp:posOffset>4700270</wp:posOffset>
                </wp:positionV>
                <wp:extent cx="7731125" cy="1019810"/>
                <wp:effectExtent l="0" t="0" r="3175" b="8890"/>
                <wp:wrapTight wrapText="bothSides">
                  <wp:wrapPolygon edited="0">
                    <wp:start x="0" y="0"/>
                    <wp:lineTo x="0" y="21385"/>
                    <wp:lineTo x="21556" y="21385"/>
                    <wp:lineTo x="21556" y="0"/>
                    <wp:lineTo x="0" y="0"/>
                  </wp:wrapPolygon>
                </wp:wrapTight>
                <wp:docPr id="1855900514" name="Text Box 1"/>
                <wp:cNvGraphicFramePr/>
                <a:graphic xmlns:a="http://schemas.openxmlformats.org/drawingml/2006/main">
                  <a:graphicData uri="http://schemas.microsoft.com/office/word/2010/wordprocessingShape">
                    <wps:wsp>
                      <wps:cNvSpPr txBox="1"/>
                      <wps:spPr>
                        <a:xfrm>
                          <a:off x="0" y="0"/>
                          <a:ext cx="7731125" cy="1019810"/>
                        </a:xfrm>
                        <a:prstGeom prst="rect">
                          <a:avLst/>
                        </a:prstGeom>
                        <a:solidFill>
                          <a:prstClr val="white"/>
                        </a:solidFill>
                        <a:ln>
                          <a:noFill/>
                        </a:ln>
                      </wps:spPr>
                      <wps:txbx>
                        <w:txbxContent>
                          <w:p w14:paraId="7F5B8F45" w14:textId="77777777" w:rsidR="0033011C" w:rsidRDefault="0033011C" w:rsidP="0033011C">
                            <w:pPr>
                              <w:keepLines/>
                              <w:spacing w:before="60" w:after="160" w:line="252" w:lineRule="auto"/>
                              <w:jc w:val="both"/>
                            </w:pPr>
                            <w:r>
                              <w:rPr>
                                <w:b/>
                                <w:sz w:val="18"/>
                              </w:rPr>
                              <w:t xml:space="preserve">Supplementary Fig. 14 | CA-DGLLR model validation and feature prioritization. </w:t>
                            </w:r>
                            <w:r w:rsidRPr="0033011C">
                              <w:rPr>
                                <w:b/>
                                <w:bCs/>
                                <w:sz w:val="18"/>
                              </w:rPr>
                              <w:t>a,</w:t>
                            </w:r>
                            <w:r>
                              <w:rPr>
                                <w:sz w:val="18"/>
                              </w:rPr>
                              <w:t xml:space="preserve"> CA-DGLLR non-circular modeling design separating predictive validation from genes used to define the LL score</w:t>
                            </w:r>
                            <w:r w:rsidRPr="0033011C">
                              <w:rPr>
                                <w:b/>
                                <w:bCs/>
                                <w:sz w:val="18"/>
                              </w:rPr>
                              <w:t>. b,</w:t>
                            </w:r>
                            <w:r>
                              <w:rPr>
                                <w:sz w:val="18"/>
                              </w:rPr>
                              <w:t xml:space="preserve"> Full versus non-circular model metrics. </w:t>
                            </w:r>
                            <w:r w:rsidRPr="0033011C">
                              <w:rPr>
                                <w:b/>
                                <w:bCs/>
                                <w:sz w:val="18"/>
                              </w:rPr>
                              <w:t>c,</w:t>
                            </w:r>
                            <w:r>
                              <w:rPr>
                                <w:sz w:val="18"/>
                              </w:rPr>
                              <w:t xml:space="preserve"> </w:t>
                            </w:r>
                            <w:proofErr w:type="gramStart"/>
                            <w:r>
                              <w:rPr>
                                <w:sz w:val="18"/>
                              </w:rPr>
                              <w:t>Non-circular</w:t>
                            </w:r>
                            <w:proofErr w:type="gramEnd"/>
                            <w:r>
                              <w:rPr>
                                <w:sz w:val="18"/>
                              </w:rPr>
                              <w:t xml:space="preserve"> receiver-operating characteristic and precision-recall curves. </w:t>
                            </w:r>
                            <w:r w:rsidRPr="0033011C">
                              <w:rPr>
                                <w:b/>
                                <w:bCs/>
                                <w:sz w:val="18"/>
                              </w:rPr>
                              <w:t>d,</w:t>
                            </w:r>
                            <w:r>
                              <w:rPr>
                                <w:sz w:val="18"/>
                              </w:rPr>
                              <w:t xml:space="preserve"> </w:t>
                            </w:r>
                            <w:r w:rsidR="00D347BC">
                              <w:rPr>
                                <w:sz w:val="18"/>
                              </w:rPr>
                              <w:t>non-circular</w:t>
                            </w:r>
                            <w:r>
                              <w:rPr>
                                <w:sz w:val="18"/>
                              </w:rPr>
                              <w:t xml:space="preserve"> calibration. </w:t>
                            </w:r>
                            <w:r w:rsidRPr="0033011C">
                              <w:rPr>
                                <w:b/>
                                <w:bCs/>
                                <w:sz w:val="18"/>
                              </w:rPr>
                              <w:t>e,</w:t>
                            </w:r>
                            <w:r>
                              <w:rPr>
                                <w:sz w:val="18"/>
                              </w:rPr>
                              <w:t xml:space="preserve"> Training history. f, Held-out validation by donor and region. </w:t>
                            </w:r>
                            <w:r w:rsidRPr="0033011C">
                              <w:rPr>
                                <w:b/>
                                <w:bCs/>
                                <w:sz w:val="18"/>
                              </w:rPr>
                              <w:t>g</w:t>
                            </w:r>
                            <w:r>
                              <w:rPr>
                                <w:sz w:val="18"/>
                              </w:rPr>
                              <w:t>, Feature-importance summary</w:t>
                            </w:r>
                            <w:r w:rsidRPr="0033011C">
                              <w:rPr>
                                <w:b/>
                                <w:bCs/>
                                <w:sz w:val="18"/>
                              </w:rPr>
                              <w:t>. h,</w:t>
                            </w:r>
                            <w:r>
                              <w:rPr>
                                <w:sz w:val="18"/>
                              </w:rPr>
                              <w:t xml:space="preserve"> Perturbation-sensitivity candidates. </w:t>
                            </w:r>
                            <w:proofErr w:type="spellStart"/>
                            <w:r w:rsidRPr="0033011C">
                              <w:rPr>
                                <w:b/>
                                <w:bCs/>
                                <w:sz w:val="18"/>
                              </w:rPr>
                              <w:t>i</w:t>
                            </w:r>
                            <w:proofErr w:type="spellEnd"/>
                            <w:r w:rsidRPr="0033011C">
                              <w:rPr>
                                <w:b/>
                                <w:bCs/>
                                <w:sz w:val="18"/>
                              </w:rPr>
                              <w:t>,</w:t>
                            </w:r>
                            <w:r>
                              <w:rPr>
                                <w:sz w:val="18"/>
                              </w:rPr>
                              <w:t xml:space="preserve"> Claim calibration. The full model approached perfect discrimination, whereas the non-circular model retained substantial predictive signal (LL AUROC = 0.866, AUPRC = 0.549), </w:t>
                            </w:r>
                            <w:r w:rsidR="00D347BC">
                              <w:rPr>
                                <w:sz w:val="18"/>
                              </w:rPr>
                              <w:t>withheld</w:t>
                            </w:r>
                            <w:r>
                              <w:rPr>
                                <w:sz w:val="18"/>
                              </w:rPr>
                              <w:t>-out donor AUROC 0.739-0.765 and held-out region AUROC 0.755-0.826; prioritized genes including NPC2, LIPA, MITF, NPC1, CTSD, APOE, TFEB, LAMP1, CTSB, and SOAT1 are interpreted as model-derived candidates rather than causal evidence.</w:t>
                            </w:r>
                          </w:p>
                          <w:p w14:paraId="7694367C" w14:textId="77777777" w:rsidR="0033011C" w:rsidRDefault="0033011C" w:rsidP="0033011C">
                            <w:pPr>
                              <w:jc w:val="both"/>
                            </w:pPr>
                            <w:r>
                              <w:br w:type="page"/>
                            </w:r>
                          </w:p>
                          <w:p w14:paraId="2EFB2CF5" w14:textId="77777777" w:rsidR="0033011C" w:rsidRPr="00587C95" w:rsidRDefault="0033011C" w:rsidP="0033011C">
                            <w:pPr>
                              <w:pStyle w:val="Caption"/>
                              <w:jc w:val="both"/>
                              <w:rPr>
                                <w:noProof/>
                                <w:sz w:val="20"/>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BE28" id="_x0000_s1040" type="#_x0000_t202" style="position:absolute;left:0;text-align:left;margin-left:36.4pt;margin-top:370.1pt;width:608.75pt;height:80.3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" stroked="f">
                <v:textbox inset="0,0,0,0">
                  <w:txbxContent>
                    <w:p w14:paraId="7F5B8F45" w14:textId="77777777" w:rsidR="0033011C" w:rsidRDefault="0033011C" w:rsidP="0033011C">
                      <w:pPr>
                        <w:keepLines/>
                        <w:spacing w:before="60" w:after="160" w:line="252" w:lineRule="auto"/>
                        <w:jc w:val="both"/>
                      </w:pPr>
                      <w:r>
                        <w:rPr>
                          <w:b/>
                          <w:sz w:val="18"/>
                        </w:rPr>
                        <w:t xml:space="preserve">Supplementary Fig. 14 | CA-DGLLR model validation and feature prioritization. </w:t>
                      </w:r>
                      <w:r w:rsidRPr="0033011C">
                        <w:rPr>
                          <w:b/>
                          <w:bCs/>
                          <w:sz w:val="18"/>
                        </w:rPr>
                        <w:t>a,</w:t>
                      </w:r>
                      <w:r>
                        <w:rPr>
                          <w:sz w:val="18"/>
                        </w:rPr>
                        <w:t xml:space="preserve"> CA-DGLLR non-circular modeling design separating predictive validation from genes used to define the LL score</w:t>
                      </w:r>
                      <w:r w:rsidRPr="0033011C">
                        <w:rPr>
                          <w:b/>
                          <w:bCs/>
                          <w:sz w:val="18"/>
                        </w:rPr>
                        <w:t>. b,</w:t>
                      </w:r>
                      <w:r>
                        <w:rPr>
                          <w:sz w:val="18"/>
                        </w:rPr>
                        <w:t xml:space="preserve"> Full versus non-circular model metrics. </w:t>
                      </w:r>
                      <w:r w:rsidRPr="0033011C">
                        <w:rPr>
                          <w:b/>
                          <w:bCs/>
                          <w:sz w:val="18"/>
                        </w:rPr>
                        <w:t>c,</w:t>
                      </w:r>
                      <w:r>
                        <w:rPr>
                          <w:sz w:val="18"/>
                        </w:rPr>
                        <w:t xml:space="preserve"> </w:t>
                      </w:r>
                      <w:proofErr w:type="gramStart"/>
                      <w:r>
                        <w:rPr>
                          <w:sz w:val="18"/>
                        </w:rPr>
                        <w:t>Non-circular</w:t>
                      </w:r>
                      <w:proofErr w:type="gramEnd"/>
                      <w:r>
                        <w:rPr>
                          <w:sz w:val="18"/>
                        </w:rPr>
                        <w:t xml:space="preserve"> receiver-operating characteristic and precision-recall curves. </w:t>
                      </w:r>
                      <w:r w:rsidRPr="0033011C">
                        <w:rPr>
                          <w:b/>
                          <w:bCs/>
                          <w:sz w:val="18"/>
                        </w:rPr>
                        <w:t>d,</w:t>
                      </w:r>
                      <w:r>
                        <w:rPr>
                          <w:sz w:val="18"/>
                        </w:rPr>
                        <w:t xml:space="preserve"> </w:t>
                      </w:r>
                      <w:r w:rsidR="00D347BC">
                        <w:rPr>
                          <w:sz w:val="18"/>
                        </w:rPr>
                        <w:t>non-circular</w:t>
                      </w:r>
                      <w:r>
                        <w:rPr>
                          <w:sz w:val="18"/>
                        </w:rPr>
                        <w:t xml:space="preserve"> calibration. </w:t>
                      </w:r>
                      <w:r w:rsidRPr="0033011C">
                        <w:rPr>
                          <w:b/>
                          <w:bCs/>
                          <w:sz w:val="18"/>
                        </w:rPr>
                        <w:t>e,</w:t>
                      </w:r>
                      <w:r>
                        <w:rPr>
                          <w:sz w:val="18"/>
                        </w:rPr>
                        <w:t xml:space="preserve"> Training history. f, Held-out validation by donor and region. </w:t>
                      </w:r>
                      <w:r w:rsidRPr="0033011C">
                        <w:rPr>
                          <w:b/>
                          <w:bCs/>
                          <w:sz w:val="18"/>
                        </w:rPr>
                        <w:t>g</w:t>
                      </w:r>
                      <w:r>
                        <w:rPr>
                          <w:sz w:val="18"/>
                        </w:rPr>
                        <w:t>, Feature-importance summary</w:t>
                      </w:r>
                      <w:r w:rsidRPr="0033011C">
                        <w:rPr>
                          <w:b/>
                          <w:bCs/>
                          <w:sz w:val="18"/>
                        </w:rPr>
                        <w:t>. h,</w:t>
                      </w:r>
                      <w:r>
                        <w:rPr>
                          <w:sz w:val="18"/>
                        </w:rPr>
                        <w:t xml:space="preserve"> Perturbation-sensitivity candidates. </w:t>
                      </w:r>
                      <w:proofErr w:type="spellStart"/>
                      <w:r w:rsidRPr="0033011C">
                        <w:rPr>
                          <w:b/>
                          <w:bCs/>
                          <w:sz w:val="18"/>
                        </w:rPr>
                        <w:t>i</w:t>
                      </w:r>
                      <w:proofErr w:type="spellEnd"/>
                      <w:r w:rsidRPr="0033011C">
                        <w:rPr>
                          <w:b/>
                          <w:bCs/>
                          <w:sz w:val="18"/>
                        </w:rPr>
                        <w:t>,</w:t>
                      </w:r>
                      <w:r>
                        <w:rPr>
                          <w:sz w:val="18"/>
                        </w:rPr>
                        <w:t xml:space="preserve"> Claim calibration. The full model approached perfect discrimination, whereas the non-circular model retained substantial predictive signal (LL AUROC = 0.866, AUPRC = 0.549), </w:t>
                      </w:r>
                      <w:r w:rsidR="00D347BC">
                        <w:rPr>
                          <w:sz w:val="18"/>
                        </w:rPr>
                        <w:t>withheld</w:t>
                      </w:r>
                      <w:r>
                        <w:rPr>
                          <w:sz w:val="18"/>
                        </w:rPr>
                        <w:t>-out donor AUROC 0.739-0.765 and held-out region AUROC 0.755-0.826; prioritized genes including NPC2, LIPA, MITF, NPC1, CTSD, APOE, TFEB, LAMP1, CTSB, and SOAT1 are interpreted as model-derived candidates rather than causal evidence.</w:t>
                      </w:r>
                    </w:p>
                    <w:p w14:paraId="7694367C" w14:textId="77777777" w:rsidR="0033011C" w:rsidRDefault="0033011C" w:rsidP="0033011C">
                      <w:pPr>
                        <w:jc w:val="both"/>
                      </w:pPr>
                      <w:r>
                        <w:br w:type="page"/>
                      </w:r>
                    </w:p>
                    <w:p w14:paraId="2EFB2CF5" w14:textId="77777777" w:rsidR="0033011C" w:rsidRPr="00587C95" w:rsidRDefault="0033011C" w:rsidP="0033011C">
                      <w:pPr>
                        <w:pStyle w:val="Caption"/>
                        <w:jc w:val="both"/>
                        <w:rPr>
                          <w:noProof/>
                          <w:sz w:val="20"/>
                          <w:szCs w:val="22"/>
                        </w:rPr>
                      </w:pPr>
                    </w:p>
                  </w:txbxContent>
                </v:textbox>
                <w10:wrap type="tight"/>
              </v:shape>
            </w:pict>
          </mc:Fallback>
        </mc:AlternateContent>
      </w:r>
    </w:p>
    <w:p w14:paraId="1E1B1DE6" w14:textId="77777777" w:rsidR="006506D5" w:rsidRPr="00AC736F" w:rsidRDefault="006506D5" w:rsidP="00302355">
      <w:pPr>
        <w:jc w:val="center"/>
        <w:rPr>
          <w:rFonts w:asciiTheme="majorHAnsi" w:hAnsiTheme="majorHAnsi" w:cstheme="majorHAnsi"/>
        </w:rPr>
      </w:pPr>
    </w:p>
    <w:p w14:paraId="1156CD36" w14:textId="77777777" w:rsidR="00A3510B" w:rsidRPr="00AC736F" w:rsidRDefault="00A3510B">
      <w:pPr>
        <w:keepLines/>
        <w:spacing w:before="60" w:after="160"/>
        <w:rPr>
          <w:rFonts w:asciiTheme="majorHAnsi" w:hAnsiTheme="majorHAnsi" w:cstheme="majorHAnsi"/>
        </w:rPr>
      </w:pPr>
    </w:p>
    <w:p w14:paraId="4A0B3D20" w14:textId="77777777" w:rsidR="00302355" w:rsidRPr="00AC736F" w:rsidRDefault="00302355" w:rsidP="00302355">
      <w:pPr>
        <w:rPr>
          <w:rFonts w:asciiTheme="majorHAnsi" w:hAnsiTheme="majorHAnsi" w:cstheme="majorHAnsi"/>
        </w:rPr>
      </w:pPr>
    </w:p>
    <w:p w14:paraId="2C34CA6B" w14:textId="77777777" w:rsidR="00322316" w:rsidRPr="00AC736F" w:rsidRDefault="00322316" w:rsidP="00302355">
      <w:pPr>
        <w:rPr>
          <w:rFonts w:asciiTheme="majorHAnsi" w:hAnsiTheme="majorHAnsi" w:cstheme="majorHAnsi"/>
        </w:rPr>
      </w:pPr>
    </w:p>
    <w:p w14:paraId="004643E4" w14:textId="77777777" w:rsidR="00322316" w:rsidRPr="00AC736F" w:rsidRDefault="00322316" w:rsidP="00302355">
      <w:pPr>
        <w:rPr>
          <w:rFonts w:asciiTheme="majorHAnsi" w:hAnsiTheme="majorHAnsi" w:cstheme="majorHAnsi"/>
        </w:rPr>
      </w:pPr>
    </w:p>
    <w:p w14:paraId="22A72D37" w14:textId="77777777" w:rsidR="00322316" w:rsidRPr="00AC736F" w:rsidRDefault="00322316" w:rsidP="00302355">
      <w:pPr>
        <w:rPr>
          <w:rFonts w:asciiTheme="majorHAnsi" w:hAnsiTheme="majorHAnsi" w:cstheme="majorHAnsi"/>
        </w:rPr>
      </w:pPr>
    </w:p>
    <w:p w14:paraId="027E50FB" w14:textId="77777777" w:rsidR="00322316" w:rsidRPr="00AC736F" w:rsidRDefault="00322316" w:rsidP="00302355">
      <w:pPr>
        <w:rPr>
          <w:rFonts w:asciiTheme="majorHAnsi" w:hAnsiTheme="majorHAnsi" w:cstheme="majorHAnsi"/>
        </w:rPr>
      </w:pPr>
    </w:p>
    <w:p w14:paraId="42F55F50" w14:textId="77777777" w:rsidR="00322316" w:rsidRPr="00AC736F" w:rsidRDefault="00322316" w:rsidP="00302355">
      <w:pPr>
        <w:rPr>
          <w:rFonts w:asciiTheme="majorHAnsi" w:hAnsiTheme="majorHAnsi" w:cstheme="majorHAnsi"/>
        </w:rPr>
      </w:pPr>
    </w:p>
    <w:p w14:paraId="5A564765" w14:textId="77777777" w:rsidR="00322316" w:rsidRPr="00AC736F" w:rsidRDefault="00322316" w:rsidP="00302355">
      <w:pPr>
        <w:rPr>
          <w:rFonts w:asciiTheme="majorHAnsi" w:hAnsiTheme="majorHAnsi" w:cstheme="majorHAnsi"/>
        </w:rPr>
      </w:pPr>
    </w:p>
    <w:p w14:paraId="3AFDDB89" w14:textId="77777777" w:rsidR="00322316" w:rsidRPr="00AC736F" w:rsidRDefault="00322316" w:rsidP="00302355">
      <w:pPr>
        <w:rPr>
          <w:rFonts w:asciiTheme="majorHAnsi" w:hAnsiTheme="majorHAnsi" w:cstheme="majorHAnsi"/>
        </w:rPr>
      </w:pPr>
    </w:p>
    <w:p w14:paraId="37DBFB8D" w14:textId="77777777" w:rsidR="00322316" w:rsidRPr="00AC736F" w:rsidRDefault="00322316" w:rsidP="00302355">
      <w:pPr>
        <w:rPr>
          <w:rFonts w:asciiTheme="majorHAnsi" w:hAnsiTheme="majorHAnsi" w:cstheme="majorHAnsi"/>
        </w:rPr>
      </w:pPr>
    </w:p>
    <w:p w14:paraId="0D4E0F77" w14:textId="77777777" w:rsidR="00322316" w:rsidRPr="00AC736F" w:rsidRDefault="00322316" w:rsidP="00302355">
      <w:pPr>
        <w:rPr>
          <w:rFonts w:asciiTheme="majorHAnsi" w:hAnsiTheme="majorHAnsi" w:cstheme="majorHAnsi"/>
        </w:rPr>
      </w:pPr>
    </w:p>
    <w:p w14:paraId="06B40766" w14:textId="77777777" w:rsidR="00322316" w:rsidRPr="00AC736F" w:rsidRDefault="00322316" w:rsidP="00302355">
      <w:pPr>
        <w:rPr>
          <w:rFonts w:asciiTheme="majorHAnsi" w:hAnsiTheme="majorHAnsi" w:cstheme="majorHAnsi"/>
        </w:rPr>
      </w:pPr>
    </w:p>
    <w:p w14:paraId="438C8C40" w14:textId="77777777" w:rsidR="00322316" w:rsidRPr="00AC736F" w:rsidRDefault="00322316" w:rsidP="00302355">
      <w:pPr>
        <w:rPr>
          <w:rFonts w:asciiTheme="majorHAnsi" w:hAnsiTheme="majorHAnsi" w:cstheme="majorHAnsi"/>
        </w:rPr>
      </w:pPr>
    </w:p>
    <w:p w14:paraId="01ED55EF" w14:textId="77777777" w:rsidR="00322316" w:rsidRPr="00AC736F" w:rsidRDefault="00322316" w:rsidP="00302355">
      <w:pPr>
        <w:rPr>
          <w:rFonts w:asciiTheme="majorHAnsi" w:hAnsiTheme="majorHAnsi" w:cstheme="majorHAnsi"/>
        </w:rPr>
      </w:pPr>
    </w:p>
    <w:p w14:paraId="09066DC5" w14:textId="77777777" w:rsidR="00322316" w:rsidRPr="00AC736F" w:rsidRDefault="00322316" w:rsidP="00302355">
      <w:pPr>
        <w:rPr>
          <w:rFonts w:asciiTheme="majorHAnsi" w:hAnsiTheme="majorHAnsi" w:cstheme="majorHAnsi"/>
        </w:rPr>
      </w:pPr>
    </w:p>
    <w:p w14:paraId="56ADDE08" w14:textId="77777777" w:rsidR="00322316" w:rsidRPr="00AC736F" w:rsidRDefault="00322316" w:rsidP="00302355">
      <w:pPr>
        <w:rPr>
          <w:rFonts w:asciiTheme="majorHAnsi" w:hAnsiTheme="majorHAnsi" w:cstheme="majorHAnsi"/>
        </w:rPr>
      </w:pPr>
    </w:p>
    <w:p w14:paraId="672BC3F8" w14:textId="77777777" w:rsidR="00322316" w:rsidRPr="00AC736F" w:rsidRDefault="00322316" w:rsidP="00302355">
      <w:pPr>
        <w:rPr>
          <w:rFonts w:asciiTheme="majorHAnsi" w:hAnsiTheme="majorHAnsi" w:cstheme="majorHAnsi"/>
        </w:rPr>
      </w:pPr>
    </w:p>
    <w:p w14:paraId="1509E14E" w14:textId="77777777" w:rsidR="00322316" w:rsidRPr="00AC736F" w:rsidRDefault="00322316" w:rsidP="00302355">
      <w:pPr>
        <w:rPr>
          <w:rFonts w:asciiTheme="majorHAnsi" w:hAnsiTheme="majorHAnsi" w:cstheme="majorHAnsi"/>
        </w:rPr>
      </w:pPr>
      <w:r w:rsidRPr="00AC736F">
        <w:rPr>
          <w:rFonts w:asciiTheme="majorHAnsi" w:hAnsiTheme="majorHAnsi" w:cstheme="majorHAnsi"/>
          <w:noProof/>
        </w:rPr>
        <mc:AlternateContent>
          <mc:Choice Requires="wps">
            <w:drawing>
              <wp:anchor distT="0" distB="0" distL="114300" distR="114300" simplePos="0" relativeHeight="251663360" behindDoc="1" locked="0" layoutInCell="1" allowOverlap="1" wp14:anchorId="4C0F418C" wp14:editId="504E3583">
                <wp:simplePos x="0" y="0"/>
                <wp:positionH relativeFrom="column">
                  <wp:posOffset>1165225</wp:posOffset>
                </wp:positionH>
                <wp:positionV relativeFrom="paragraph">
                  <wp:posOffset>4540250</wp:posOffset>
                </wp:positionV>
                <wp:extent cx="6217920" cy="635"/>
                <wp:effectExtent l="0" t="0" r="0" b="0"/>
                <wp:wrapTight wrapText="bothSides">
                  <wp:wrapPolygon edited="0">
                    <wp:start x="0" y="0"/>
                    <wp:lineTo x="0" y="21600"/>
                    <wp:lineTo x="21600" y="21600"/>
                    <wp:lineTo x="21600" y="0"/>
                  </wp:wrapPolygon>
                </wp:wrapTight>
                <wp:docPr id="293211726" name="Text Box 1"/>
                <wp:cNvGraphicFramePr/>
                <a:graphic xmlns:a="http://schemas.openxmlformats.org/drawingml/2006/main">
                  <a:graphicData uri="http://schemas.microsoft.com/office/word/2010/wordprocessingShape">
                    <wps:wsp>
                      <wps:cNvSpPr txBox="1"/>
                      <wps:spPr>
                        <a:xfrm>
                          <a:off x="0" y="0"/>
                          <a:ext cx="6217920" cy="635"/>
                        </a:xfrm>
                        <a:prstGeom prst="rect">
                          <a:avLst/>
                        </a:prstGeom>
                        <a:solidFill>
                          <a:prstClr val="white"/>
                        </a:solidFill>
                        <a:ln>
                          <a:noFill/>
                        </a:ln>
                      </wps:spPr>
                      <wps:txbx>
                        <w:txbxContent>
                          <w:p w14:paraId="7B8E2B2D" w14:textId="77777777" w:rsidR="00322316" w:rsidRPr="00322316" w:rsidRDefault="00322316" w:rsidP="00322316">
                            <w:pPr>
                              <w:pStyle w:val="Caption"/>
                              <w:jc w:val="both"/>
                              <w:rPr>
                                <w:b w:val="0"/>
                                <w:bCs w:val="0"/>
                                <w:noProof/>
                                <w:color w:val="auto"/>
                                <w:sz w:val="20"/>
                                <w:szCs w:val="22"/>
                              </w:rPr>
                            </w:pPr>
                            <w:r w:rsidRPr="00322316">
                              <w:rPr>
                                <w:color w:val="auto"/>
                              </w:rPr>
                              <w:t>Supplementary Fig. 15 | APOE genotype and APOE-TREM2 risk context in LL remodeling. a,</w:t>
                            </w:r>
                            <w:r w:rsidRPr="00322316">
                              <w:rPr>
                                <w:b w:val="0"/>
                                <w:bCs w:val="0"/>
                                <w:color w:val="auto"/>
                              </w:rPr>
                              <w:t xml:space="preserve"> APOE genotype context in the SEA-AD donor cohort used for APOE4 sensitivity analysis. </w:t>
                            </w:r>
                            <w:r w:rsidRPr="00322316">
                              <w:rPr>
                                <w:color w:val="auto"/>
                              </w:rPr>
                              <w:t>b,</w:t>
                            </w:r>
                            <w:r w:rsidRPr="00322316">
                              <w:rPr>
                                <w:b w:val="0"/>
                                <w:bCs w:val="0"/>
                                <w:color w:val="auto"/>
                              </w:rPr>
                              <w:t xml:space="preserve"> APOE4 carrier status does not explain LL burden after multiple-testing correction. </w:t>
                            </w:r>
                            <w:r w:rsidRPr="00322316">
                              <w:rPr>
                                <w:color w:val="auto"/>
                              </w:rPr>
                              <w:t>c,</w:t>
                            </w:r>
                            <w:r w:rsidRPr="00322316">
                              <w:rPr>
                                <w:b w:val="0"/>
                                <w:bCs w:val="0"/>
                                <w:color w:val="auto"/>
                              </w:rPr>
                              <w:t xml:space="preserve"> Directional genotype effects are weak and hypothesis-generating, with APOE4 carriers showing numerically higher LL burden (+1.91 percentage points, d = 0.30, raw P = 0.202, BH FDR = 0.260), mean LL score (+0.027, d = 0.44, raw P = 0.063, BH FDR = 0.260), lipid score (+0.054, d = 0.47, raw P = 0.047, BH FDR = 0.260), and lysosome score (+0.039, d = 0.31, raw P = 0.193, BH FDR = 0.260). </w:t>
                            </w:r>
                            <w:r w:rsidRPr="00322316">
                              <w:rPr>
                                <w:color w:val="auto"/>
                              </w:rPr>
                              <w:t>d,</w:t>
                            </w:r>
                            <w:r w:rsidRPr="00322316">
                              <w:rPr>
                                <w:b w:val="0"/>
                                <w:bCs w:val="0"/>
                                <w:color w:val="auto"/>
                              </w:rPr>
                              <w:t xml:space="preserve"> APOE-TREM2 transcriptional risk-context score is enriched in LL-remodeled cells across AD-change strata. </w:t>
                            </w:r>
                            <w:r w:rsidRPr="00322316">
                              <w:rPr>
                                <w:color w:val="auto"/>
                              </w:rPr>
                              <w:t>e,</w:t>
                            </w:r>
                            <w:r w:rsidRPr="00322316">
                              <w:rPr>
                                <w:b w:val="0"/>
                                <w:bCs w:val="0"/>
                                <w:color w:val="auto"/>
                              </w:rPr>
                              <w:t xml:space="preserve"> Within-donor enrichment of the APOE-TREM2 risk-context score in LL-remodeled cells, with paired deltas of 0.22-0.25 and FDR values from 0.004 to 4.0e-05. The analysis used 84 donors, including 25 APOE4 carriers, and the broader 240,651-profile pre-filter score table; genotype effects are therefore presented as sensitivity analyses rather than definitive APOE4 associations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0F418C" id="_x0000_s1041" type="#_x0000_t202" style="position:absolute;margin-left:91.75pt;margin-top:357.5pt;width:489.6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" stroked="f">
                <v:textbox style="mso-fit-shape-to-text:t" inset="0,0,0,0">
                  <w:txbxContent>
                    <w:p w14:paraId="7B8E2B2D" w14:textId="77777777" w:rsidR="00322316" w:rsidRPr="00322316" w:rsidRDefault="00322316" w:rsidP="00322316">
                      <w:pPr>
                        <w:pStyle w:val="Caption"/>
                        <w:jc w:val="both"/>
                        <w:rPr>
                          <w:b w:val="0"/>
                          <w:bCs w:val="0"/>
                          <w:noProof/>
                          <w:color w:val="auto"/>
                          <w:sz w:val="20"/>
                          <w:szCs w:val="22"/>
                        </w:rPr>
                      </w:pPr>
                      <w:r w:rsidRPr="00322316">
                        <w:rPr>
                          <w:color w:val="auto"/>
                        </w:rPr>
                        <w:t>Supplementary Fig. 15 | APOE genotype and APOE-TREM2 risk context in LL remodeling. a,</w:t>
                      </w:r>
                      <w:r w:rsidRPr="00322316">
                        <w:rPr>
                          <w:b w:val="0"/>
                          <w:bCs w:val="0"/>
                          <w:color w:val="auto"/>
                        </w:rPr>
                        <w:t xml:space="preserve"> APOE genotype context in the SEA-AD donor cohort used for APOE4 sensitivity analysis. </w:t>
                      </w:r>
                      <w:r w:rsidRPr="00322316">
                        <w:rPr>
                          <w:color w:val="auto"/>
                        </w:rPr>
                        <w:t>b,</w:t>
                      </w:r>
                      <w:r w:rsidRPr="00322316">
                        <w:rPr>
                          <w:b w:val="0"/>
                          <w:bCs w:val="0"/>
                          <w:color w:val="auto"/>
                        </w:rPr>
                        <w:t xml:space="preserve"> APOE4 carrier status does not explain LL burden after multiple-testing correction. </w:t>
                      </w:r>
                      <w:r w:rsidRPr="00322316">
                        <w:rPr>
                          <w:color w:val="auto"/>
                        </w:rPr>
                        <w:t>c,</w:t>
                      </w:r>
                      <w:r w:rsidRPr="00322316">
                        <w:rPr>
                          <w:b w:val="0"/>
                          <w:bCs w:val="0"/>
                          <w:color w:val="auto"/>
                        </w:rPr>
                        <w:t xml:space="preserve"> Directional genotype effects are weak and hypothesis-generating, with APOE4 carriers showing numerically higher LL burden (+1.91 percentage points, d = 0.30, raw P = 0.202, BH FDR = 0.260), mean LL score (+0.027, d = 0.44, raw P = 0.063, BH FDR = 0.260), lipid score (+0.054, d = 0.47, raw P = 0.047, BH FDR = 0.260), and lysosome score (+0.039, d = 0.31, raw P = 0.193, BH FDR = 0.260). </w:t>
                      </w:r>
                      <w:r w:rsidRPr="00322316">
                        <w:rPr>
                          <w:color w:val="auto"/>
                        </w:rPr>
                        <w:t>d,</w:t>
                      </w:r>
                      <w:r w:rsidRPr="00322316">
                        <w:rPr>
                          <w:b w:val="0"/>
                          <w:bCs w:val="0"/>
                          <w:color w:val="auto"/>
                        </w:rPr>
                        <w:t xml:space="preserve"> APOE-TREM2 transcriptional risk-context score is enriched in LL-remodeled cells across AD-change strata. </w:t>
                      </w:r>
                      <w:r w:rsidRPr="00322316">
                        <w:rPr>
                          <w:color w:val="auto"/>
                        </w:rPr>
                        <w:t>e,</w:t>
                      </w:r>
                      <w:r w:rsidRPr="00322316">
                        <w:rPr>
                          <w:b w:val="0"/>
                          <w:bCs w:val="0"/>
                          <w:color w:val="auto"/>
                        </w:rPr>
                        <w:t xml:space="preserve"> Within-donor enrichment of the APOE-TREM2 risk-context score in LL-remodeled cells, with paired deltas of 0.22-0.25 and FDR values from 0.004 to 4.0e-05. The analysis used 84 donors, including 25 APOE4 carriers, and the broader 240,651-profile pre-filter score table; genotype effects are therefore presented as sensitivity analyses rather than definitive APOE4 associations</w:t>
                      </w:r>
                    </w:p>
                  </w:txbxContent>
                </v:textbox>
                <w10:wrap type="tight"/>
              </v:shape>
            </w:pict>
          </mc:Fallback>
        </mc:AlternateContent>
      </w:r>
      <w:r w:rsidRPr="00AC736F">
        <w:rPr>
          <w:rFonts w:asciiTheme="majorHAnsi" w:hAnsiTheme="majorHAnsi" w:cstheme="majorHAnsi"/>
          <w:noProof/>
        </w:rPr>
        <w:drawing>
          <wp:anchor distT="0" distB="0" distL="114300" distR="114300" simplePos="0" relativeHeight="251677696" behindDoc="1" locked="0" layoutInCell="1" allowOverlap="1" wp14:anchorId="623896CB" wp14:editId="2A8EE4B0">
            <wp:simplePos x="0" y="0"/>
            <wp:positionH relativeFrom="column">
              <wp:posOffset>1165642</wp:posOffset>
            </wp:positionH>
            <wp:positionV relativeFrom="paragraph">
              <wp:posOffset>-98474</wp:posOffset>
            </wp:positionV>
            <wp:extent cx="6217920" cy="4581832"/>
            <wp:effectExtent l="0" t="0" r="0" b="9525"/>
            <wp:wrapTight wrapText="bothSides">
              <wp:wrapPolygon edited="0">
                <wp:start x="0" y="0"/>
                <wp:lineTo x="0" y="21555"/>
                <wp:lineTo x="21507" y="21555"/>
                <wp:lineTo x="2150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5_APOE_context_editable-01.jpg"/>
                    <pic:cNvPicPr/>
                  </pic:nvPicPr>
                  <pic:blipFill>
                    <a:blip r:embed="rId23"/>
                    <a:stretch>
                      <a:fillRect/>
                    </a:stretch>
                  </pic:blipFill>
                  <pic:spPr>
                    <a:xfrm>
                      <a:off x="0" y="0"/>
                      <a:ext cx="6217920" cy="4581832"/>
                    </a:xfrm>
                    <a:prstGeom prst="rect">
                      <a:avLst/>
                    </a:prstGeom>
                  </pic:spPr>
                </pic:pic>
              </a:graphicData>
            </a:graphic>
            <wp14:sizeRelH relativeFrom="page">
              <wp14:pctWidth>0</wp14:pctWidth>
            </wp14:sizeRelH>
            <wp14:sizeRelV relativeFrom="page">
              <wp14:pctHeight>0</wp14:pctHeight>
            </wp14:sizeRelV>
          </wp:anchor>
        </w:drawing>
      </w:r>
    </w:p>
    <w:p w14:paraId="37152981" w14:textId="77777777" w:rsidR="00322316" w:rsidRPr="00AC736F" w:rsidRDefault="00322316" w:rsidP="00302355">
      <w:pPr>
        <w:rPr>
          <w:rFonts w:asciiTheme="majorHAnsi" w:hAnsiTheme="majorHAnsi" w:cstheme="majorHAnsi"/>
        </w:rPr>
      </w:pPr>
    </w:p>
    <w:p w14:paraId="41E60E3C" w14:textId="77777777" w:rsidR="00322316" w:rsidRPr="00AC736F" w:rsidRDefault="00322316" w:rsidP="00302355">
      <w:pPr>
        <w:rPr>
          <w:rFonts w:asciiTheme="majorHAnsi" w:hAnsiTheme="majorHAnsi" w:cstheme="majorHAnsi"/>
        </w:rPr>
      </w:pPr>
    </w:p>
    <w:p w14:paraId="31BCDB81" w14:textId="77777777" w:rsidR="00322316" w:rsidRPr="00AC736F" w:rsidRDefault="00322316" w:rsidP="00302355">
      <w:pPr>
        <w:rPr>
          <w:rFonts w:asciiTheme="majorHAnsi" w:hAnsiTheme="majorHAnsi" w:cstheme="majorHAnsi"/>
        </w:rPr>
      </w:pPr>
    </w:p>
    <w:p w14:paraId="353DB72F" w14:textId="77777777" w:rsidR="00322316" w:rsidRPr="00AC736F" w:rsidRDefault="00322316" w:rsidP="00302355">
      <w:pPr>
        <w:rPr>
          <w:rFonts w:asciiTheme="majorHAnsi" w:hAnsiTheme="majorHAnsi" w:cstheme="majorHAnsi"/>
        </w:rPr>
      </w:pPr>
    </w:p>
    <w:p w14:paraId="1BA95F51" w14:textId="77777777" w:rsidR="00322316" w:rsidRPr="00AC736F" w:rsidRDefault="00322316" w:rsidP="00302355">
      <w:pPr>
        <w:rPr>
          <w:rFonts w:asciiTheme="majorHAnsi" w:hAnsiTheme="majorHAnsi" w:cstheme="majorHAnsi"/>
        </w:rPr>
      </w:pPr>
    </w:p>
    <w:p w14:paraId="4BBA66B7" w14:textId="77777777" w:rsidR="00322316" w:rsidRPr="00AC736F" w:rsidRDefault="00322316" w:rsidP="00302355">
      <w:pPr>
        <w:rPr>
          <w:rFonts w:asciiTheme="majorHAnsi" w:hAnsiTheme="majorHAnsi" w:cstheme="majorHAnsi"/>
        </w:rPr>
      </w:pPr>
    </w:p>
    <w:p w14:paraId="49034E7A" w14:textId="77777777" w:rsidR="00322316" w:rsidRPr="00AC736F" w:rsidRDefault="00322316" w:rsidP="00302355">
      <w:pPr>
        <w:rPr>
          <w:rFonts w:asciiTheme="majorHAnsi" w:hAnsiTheme="majorHAnsi" w:cstheme="majorHAnsi"/>
        </w:rPr>
      </w:pPr>
    </w:p>
    <w:p w14:paraId="1EE6698D" w14:textId="77777777" w:rsidR="00322316" w:rsidRPr="00AC736F" w:rsidRDefault="00322316" w:rsidP="00302355">
      <w:pPr>
        <w:rPr>
          <w:rFonts w:asciiTheme="majorHAnsi" w:hAnsiTheme="majorHAnsi" w:cstheme="majorHAnsi"/>
        </w:rPr>
      </w:pPr>
    </w:p>
    <w:p w14:paraId="086C07CA" w14:textId="77777777" w:rsidR="00322316" w:rsidRPr="00AC736F" w:rsidRDefault="00322316" w:rsidP="00302355">
      <w:pPr>
        <w:rPr>
          <w:rFonts w:asciiTheme="majorHAnsi" w:hAnsiTheme="majorHAnsi" w:cstheme="majorHAnsi"/>
        </w:rPr>
      </w:pPr>
    </w:p>
    <w:p w14:paraId="33738163" w14:textId="77777777" w:rsidR="00322316" w:rsidRPr="00AC736F" w:rsidRDefault="00322316" w:rsidP="00302355">
      <w:pPr>
        <w:rPr>
          <w:rFonts w:asciiTheme="majorHAnsi" w:hAnsiTheme="majorHAnsi" w:cstheme="majorHAnsi"/>
        </w:rPr>
      </w:pPr>
    </w:p>
    <w:p w14:paraId="713784DC" w14:textId="77777777" w:rsidR="00322316" w:rsidRPr="00AC736F" w:rsidRDefault="00322316" w:rsidP="00302355">
      <w:pPr>
        <w:rPr>
          <w:rFonts w:asciiTheme="majorHAnsi" w:hAnsiTheme="majorHAnsi" w:cstheme="majorHAnsi"/>
        </w:rPr>
      </w:pPr>
    </w:p>
    <w:p w14:paraId="79F0DA37" w14:textId="77777777" w:rsidR="00322316" w:rsidRPr="00AC736F" w:rsidRDefault="00322316" w:rsidP="00302355">
      <w:pPr>
        <w:rPr>
          <w:rFonts w:asciiTheme="majorHAnsi" w:hAnsiTheme="majorHAnsi" w:cstheme="majorHAnsi"/>
        </w:rPr>
      </w:pPr>
    </w:p>
    <w:p w14:paraId="27F05835" w14:textId="77777777" w:rsidR="00322316" w:rsidRPr="00AC736F" w:rsidRDefault="00322316" w:rsidP="00302355">
      <w:pPr>
        <w:rPr>
          <w:rFonts w:asciiTheme="majorHAnsi" w:hAnsiTheme="majorHAnsi" w:cstheme="majorHAnsi"/>
        </w:rPr>
      </w:pPr>
    </w:p>
    <w:p w14:paraId="4A74B634" w14:textId="77777777" w:rsidR="00322316" w:rsidRPr="00AC736F" w:rsidRDefault="00322316" w:rsidP="00302355">
      <w:pPr>
        <w:rPr>
          <w:rFonts w:asciiTheme="majorHAnsi" w:hAnsiTheme="majorHAnsi" w:cstheme="majorHAnsi"/>
        </w:rPr>
      </w:pPr>
    </w:p>
    <w:p w14:paraId="7A7ED7A2" w14:textId="77777777" w:rsidR="00322316" w:rsidRPr="00AC736F" w:rsidRDefault="00322316" w:rsidP="00302355">
      <w:pPr>
        <w:rPr>
          <w:rFonts w:asciiTheme="majorHAnsi" w:hAnsiTheme="majorHAnsi" w:cstheme="majorHAnsi"/>
        </w:rPr>
      </w:pPr>
    </w:p>
    <w:p w14:paraId="6F234D85" w14:textId="77777777" w:rsidR="00322316" w:rsidRPr="00AC736F" w:rsidRDefault="00322316" w:rsidP="00302355">
      <w:pPr>
        <w:rPr>
          <w:rFonts w:asciiTheme="majorHAnsi" w:hAnsiTheme="majorHAnsi" w:cstheme="majorHAnsi"/>
        </w:rPr>
      </w:pPr>
    </w:p>
    <w:p w14:paraId="3861E845" w14:textId="77777777" w:rsidR="00322316" w:rsidRPr="00AC736F" w:rsidRDefault="00322316" w:rsidP="00302355">
      <w:pPr>
        <w:rPr>
          <w:rFonts w:asciiTheme="majorHAnsi" w:hAnsiTheme="majorHAnsi" w:cstheme="majorHAnsi"/>
        </w:rPr>
      </w:pPr>
    </w:p>
    <w:p w14:paraId="1F1869C6" w14:textId="77777777" w:rsidR="00322316" w:rsidRPr="00AC736F" w:rsidRDefault="00322316" w:rsidP="00302355">
      <w:pPr>
        <w:rPr>
          <w:rFonts w:asciiTheme="majorHAnsi" w:hAnsiTheme="majorHAnsi" w:cstheme="majorHAnsi"/>
        </w:rPr>
      </w:pPr>
    </w:p>
    <w:p w14:paraId="069E8815" w14:textId="77777777" w:rsidR="00322316" w:rsidRPr="00AC736F" w:rsidRDefault="00322316" w:rsidP="00302355">
      <w:pPr>
        <w:rPr>
          <w:rFonts w:asciiTheme="majorHAnsi" w:hAnsiTheme="majorHAnsi" w:cstheme="majorHAnsi"/>
        </w:rPr>
      </w:pPr>
    </w:p>
    <w:p w14:paraId="0AD7351F" w14:textId="77777777" w:rsidR="00322316" w:rsidRPr="00AC736F" w:rsidRDefault="00322316" w:rsidP="00302355">
      <w:pPr>
        <w:rPr>
          <w:rFonts w:asciiTheme="majorHAnsi" w:hAnsiTheme="majorHAnsi" w:cstheme="majorHAnsi"/>
        </w:rPr>
      </w:pPr>
    </w:p>
    <w:p w14:paraId="7D1D8F2B" w14:textId="77777777" w:rsidR="00E66806" w:rsidRPr="00AC736F" w:rsidRDefault="00E66806" w:rsidP="00E66806">
      <w:pPr>
        <w:pStyle w:val="Heading1"/>
        <w:rPr>
          <w:rFonts w:cstheme="majorHAnsi"/>
          <w:i/>
          <w:iCs/>
          <w:color w:val="auto"/>
        </w:rPr>
      </w:pPr>
      <w:r w:rsidRPr="00E66806">
        <w:rPr>
          <w:rFonts w:cstheme="majorHAnsi"/>
          <w:i/>
          <w:iCs/>
          <w:color w:val="auto"/>
        </w:rPr>
        <w:t>Dataset and source resources</w:t>
      </w:r>
    </w:p>
    <w:p w14:paraId="720A6B90" w14:textId="77777777" w:rsidR="00322316" w:rsidRPr="00E66806" w:rsidRDefault="00E66806" w:rsidP="00E66806">
      <w:pPr>
        <w:jc w:val="both"/>
        <w:rPr>
          <w:rFonts w:asciiTheme="majorHAnsi" w:hAnsiTheme="majorHAnsi" w:cstheme="majorHAnsi"/>
          <w:sz w:val="22"/>
          <w:szCs w:val="24"/>
        </w:rPr>
      </w:pPr>
      <w:r w:rsidRPr="00E66806">
        <w:rPr>
          <w:rFonts w:asciiTheme="majorHAnsi" w:hAnsiTheme="majorHAnsi" w:cstheme="majorHAnsi"/>
          <w:sz w:val="22"/>
          <w:szCs w:val="24"/>
        </w:rPr>
        <w:t xml:space="preserve">All analyses used publicly available human and mouse Alzheimer’s disease datasets. The primary discovery cohort was obtained from the Seattle Alzheimer’s Disease Brain Cell Atlas (SEA-AD) microglia/immune single-nucleus RNA-seq resource, together with donor-level clinical and neuropathological metadata from the SEA-AD data portal. SEA-AD quantitative neuropathology images and image-derived regional pathology measurements were obtained from the public SEA-AD quantitative neuropathology AWS/S3 resource. External transcriptomic validation used the human microglia dataset GSE146639, the live human microglia dataset from Olah et al. distributed through </w:t>
      </w:r>
      <w:proofErr w:type="spellStart"/>
      <w:r w:rsidRPr="00E66806">
        <w:rPr>
          <w:rFonts w:asciiTheme="majorHAnsi" w:hAnsiTheme="majorHAnsi" w:cstheme="majorHAnsi"/>
          <w:sz w:val="22"/>
          <w:szCs w:val="24"/>
        </w:rPr>
        <w:t>CELLxGENE</w:t>
      </w:r>
      <w:proofErr w:type="spellEnd"/>
      <w:r w:rsidRPr="00E66806">
        <w:rPr>
          <w:rFonts w:asciiTheme="majorHAnsi" w:hAnsiTheme="majorHAnsi" w:cstheme="majorHAnsi"/>
          <w:sz w:val="22"/>
          <w:szCs w:val="24"/>
        </w:rPr>
        <w:t xml:space="preserve">/Human Cell Atlas, and mouse microglial validation datasets including GSE98969 and GSE140510. Spatial validation used human </w:t>
      </w:r>
      <w:proofErr w:type="spellStart"/>
      <w:r w:rsidRPr="00E66806">
        <w:rPr>
          <w:rFonts w:asciiTheme="majorHAnsi" w:hAnsiTheme="majorHAnsi" w:cstheme="majorHAnsi"/>
          <w:sz w:val="22"/>
          <w:szCs w:val="24"/>
        </w:rPr>
        <w:t>GeoMx</w:t>
      </w:r>
      <w:proofErr w:type="spellEnd"/>
      <w:r w:rsidRPr="00E66806">
        <w:rPr>
          <w:rFonts w:asciiTheme="majorHAnsi" w:hAnsiTheme="majorHAnsi" w:cstheme="majorHAnsi"/>
          <w:sz w:val="22"/>
          <w:szCs w:val="24"/>
        </w:rPr>
        <w:t xml:space="preserve"> DSP plaque-zone transcriptomic data from GSE152506 and mouse </w:t>
      </w:r>
      <w:proofErr w:type="spellStart"/>
      <w:r w:rsidRPr="00E66806">
        <w:rPr>
          <w:rFonts w:asciiTheme="majorHAnsi" w:hAnsiTheme="majorHAnsi" w:cstheme="majorHAnsi"/>
          <w:sz w:val="22"/>
          <w:szCs w:val="24"/>
        </w:rPr>
        <w:t>STARmap</w:t>
      </w:r>
      <w:proofErr w:type="spellEnd"/>
      <w:r w:rsidRPr="00E66806">
        <w:rPr>
          <w:rFonts w:asciiTheme="majorHAnsi" w:hAnsiTheme="majorHAnsi" w:cstheme="majorHAnsi"/>
          <w:sz w:val="22"/>
          <w:szCs w:val="24"/>
        </w:rPr>
        <w:t xml:space="preserve"> PLUS plaque-proximity data with cell coordinates, gene expression and plaque annotations. These resources were analyzed as processed public datasets; raw sequencing or image-level preprocessing was not repeated unless otherwise stated.</w:t>
      </w:r>
    </w:p>
    <w:p w14:paraId="14CD78C3" w14:textId="77777777" w:rsidR="00F96DD6" w:rsidRPr="00AC736F" w:rsidRDefault="00000000" w:rsidP="00302355">
      <w:pPr>
        <w:pStyle w:val="Heading1"/>
        <w:rPr>
          <w:rFonts w:cstheme="majorHAnsi"/>
          <w:i/>
          <w:iCs/>
          <w:color w:val="auto"/>
        </w:rPr>
      </w:pPr>
      <w:r w:rsidRPr="00AC736F">
        <w:rPr>
          <w:rFonts w:cstheme="majorHAnsi"/>
          <w:i/>
          <w:iCs/>
          <w:color w:val="auto"/>
        </w:rPr>
        <w:t>Supplementary Tables</w:t>
      </w:r>
    </w:p>
    <w:p w14:paraId="299E97A6" w14:textId="77777777" w:rsidR="00F96DD6" w:rsidRPr="00AC736F" w:rsidRDefault="00000000">
      <w:pPr>
        <w:pStyle w:val="Heading2"/>
        <w:rPr>
          <w:rFonts w:cstheme="majorHAnsi"/>
          <w:color w:val="auto"/>
        </w:rPr>
      </w:pPr>
      <w:r w:rsidRPr="00AC736F">
        <w:rPr>
          <w:rFonts w:cstheme="majorHAnsi"/>
          <w:color w:val="auto"/>
        </w:rPr>
        <w:t>Supplementary Table 1 | Dataset and evidence-source inventory</w:t>
      </w:r>
    </w:p>
    <w:p w14:paraId="442C87BB"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Lists the transcriptomic, image-derived and spatial sources used in the study, including dataset-level cell/profile counts and evidence-layer annotations.</w:t>
      </w:r>
    </w:p>
    <w:tbl>
      <w:tblPr>
        <w:tblStyle w:val="PlainTable1"/>
        <w:tblW w:w="0" w:type="auto"/>
        <w:tblLook w:val="04A0" w:firstRow="1" w:lastRow="0" w:firstColumn="1" w:lastColumn="0" w:noHBand="0" w:noVBand="1"/>
      </w:tblPr>
      <w:tblGrid>
        <w:gridCol w:w="1626"/>
        <w:gridCol w:w="1581"/>
        <w:gridCol w:w="1573"/>
        <w:gridCol w:w="1619"/>
        <w:gridCol w:w="1745"/>
        <w:gridCol w:w="2686"/>
        <w:gridCol w:w="1869"/>
        <w:gridCol w:w="1629"/>
      </w:tblGrid>
      <w:tr w:rsidR="00F96DD6" w:rsidRPr="00AC736F" w14:paraId="554486D3"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7B5FF542"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Dataset</w:t>
            </w:r>
          </w:p>
        </w:tc>
        <w:tc>
          <w:tcPr>
            <w:tcW w:w="1764" w:type="dxa"/>
          </w:tcPr>
          <w:p w14:paraId="2B50ED7F"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Cells</w:t>
            </w:r>
          </w:p>
        </w:tc>
        <w:tc>
          <w:tcPr>
            <w:tcW w:w="1764" w:type="dxa"/>
          </w:tcPr>
          <w:p w14:paraId="5AB3F92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Donors</w:t>
            </w:r>
          </w:p>
        </w:tc>
        <w:tc>
          <w:tcPr>
            <w:tcW w:w="1764" w:type="dxa"/>
          </w:tcPr>
          <w:p w14:paraId="456B1D99"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Regions</w:t>
            </w:r>
          </w:p>
        </w:tc>
        <w:tc>
          <w:tcPr>
            <w:tcW w:w="1764" w:type="dxa"/>
          </w:tcPr>
          <w:p w14:paraId="395B3FCA"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LL_remodeled_percent</w:t>
            </w:r>
            <w:proofErr w:type="spellEnd"/>
          </w:p>
        </w:tc>
        <w:tc>
          <w:tcPr>
            <w:tcW w:w="1764" w:type="dxa"/>
          </w:tcPr>
          <w:p w14:paraId="7CAAED9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LD_signature_high_remodeled_percent</w:t>
            </w:r>
            <w:proofErr w:type="spellEnd"/>
          </w:p>
        </w:tc>
        <w:tc>
          <w:tcPr>
            <w:tcW w:w="1764" w:type="dxa"/>
          </w:tcPr>
          <w:p w14:paraId="446A99F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Available_program_scores</w:t>
            </w:r>
            <w:proofErr w:type="spellEnd"/>
          </w:p>
        </w:tc>
        <w:tc>
          <w:tcPr>
            <w:tcW w:w="1764" w:type="dxa"/>
          </w:tcPr>
          <w:p w14:paraId="48A0A0C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Evidence layer</w:t>
            </w:r>
          </w:p>
        </w:tc>
      </w:tr>
      <w:tr w:rsidR="00F96DD6" w:rsidRPr="00AC736F" w14:paraId="09AE5D87"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0F51DA6" w14:textId="77777777" w:rsidR="00F96DD6" w:rsidRPr="00AC736F" w:rsidRDefault="00000000">
            <w:pPr>
              <w:rPr>
                <w:rFonts w:asciiTheme="majorHAnsi" w:hAnsiTheme="majorHAnsi" w:cstheme="majorHAnsi"/>
              </w:rPr>
            </w:pPr>
            <w:r w:rsidRPr="00AC736F">
              <w:rPr>
                <w:rFonts w:asciiTheme="majorHAnsi" w:hAnsiTheme="majorHAnsi" w:cstheme="majorHAnsi"/>
                <w:sz w:val="13"/>
              </w:rPr>
              <w:t>SEA-AD</w:t>
            </w:r>
          </w:p>
        </w:tc>
        <w:tc>
          <w:tcPr>
            <w:tcW w:w="1764" w:type="dxa"/>
          </w:tcPr>
          <w:p w14:paraId="167F50B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236044.0</w:t>
            </w:r>
          </w:p>
        </w:tc>
        <w:tc>
          <w:tcPr>
            <w:tcW w:w="1764" w:type="dxa"/>
          </w:tcPr>
          <w:p w14:paraId="2D47FCB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3DB6742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64" w:type="dxa"/>
          </w:tcPr>
          <w:p w14:paraId="1B92280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13.340733083662368</w:t>
            </w:r>
          </w:p>
        </w:tc>
        <w:tc>
          <w:tcPr>
            <w:tcW w:w="1764" w:type="dxa"/>
          </w:tcPr>
          <w:p w14:paraId="511648B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4.446911027887456</w:t>
            </w:r>
          </w:p>
        </w:tc>
        <w:tc>
          <w:tcPr>
            <w:tcW w:w="1764" w:type="dxa"/>
          </w:tcPr>
          <w:p w14:paraId="5EEF985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c>
          <w:tcPr>
            <w:tcW w:w="1764" w:type="dxa"/>
          </w:tcPr>
          <w:p w14:paraId="28B382D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cross-dataset transcriptomic validation</w:t>
            </w:r>
          </w:p>
        </w:tc>
      </w:tr>
      <w:tr w:rsidR="00F96DD6" w:rsidRPr="00AC736F" w14:paraId="55EEEA46"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0146B01B" w14:textId="77777777" w:rsidR="00F96DD6" w:rsidRPr="00AC736F" w:rsidRDefault="00000000">
            <w:pPr>
              <w:rPr>
                <w:rFonts w:asciiTheme="majorHAnsi" w:hAnsiTheme="majorHAnsi" w:cstheme="majorHAnsi"/>
              </w:rPr>
            </w:pPr>
            <w:r w:rsidRPr="00AC736F">
              <w:rPr>
                <w:rFonts w:asciiTheme="majorHAnsi" w:hAnsiTheme="majorHAnsi" w:cstheme="majorHAnsi"/>
                <w:sz w:val="13"/>
              </w:rPr>
              <w:t>GSE146639</w:t>
            </w:r>
          </w:p>
        </w:tc>
        <w:tc>
          <w:tcPr>
            <w:tcW w:w="1764" w:type="dxa"/>
          </w:tcPr>
          <w:p w14:paraId="0FDEA7C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5341.0</w:t>
            </w:r>
          </w:p>
        </w:tc>
        <w:tc>
          <w:tcPr>
            <w:tcW w:w="1764" w:type="dxa"/>
          </w:tcPr>
          <w:p w14:paraId="6BD7E21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w:t>
            </w:r>
          </w:p>
        </w:tc>
        <w:tc>
          <w:tcPr>
            <w:tcW w:w="1764" w:type="dxa"/>
          </w:tcPr>
          <w:p w14:paraId="540AC0A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3B8C980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13.10615989515072</w:t>
            </w:r>
          </w:p>
        </w:tc>
        <w:tc>
          <w:tcPr>
            <w:tcW w:w="1764" w:type="dxa"/>
          </w:tcPr>
          <w:p w14:paraId="1BB0756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4.36247893652874</w:t>
            </w:r>
          </w:p>
        </w:tc>
        <w:tc>
          <w:tcPr>
            <w:tcW w:w="1764" w:type="dxa"/>
          </w:tcPr>
          <w:p w14:paraId="5B956AE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c>
          <w:tcPr>
            <w:tcW w:w="1764" w:type="dxa"/>
          </w:tcPr>
          <w:p w14:paraId="0E33026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cross-dataset transcriptomic validation</w:t>
            </w:r>
          </w:p>
        </w:tc>
      </w:tr>
      <w:tr w:rsidR="00F96DD6" w:rsidRPr="00AC736F" w14:paraId="31CD04B0"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99E719F" w14:textId="77777777" w:rsidR="00F96DD6" w:rsidRPr="00AC736F" w:rsidRDefault="00000000">
            <w:pPr>
              <w:rPr>
                <w:rFonts w:asciiTheme="majorHAnsi" w:hAnsiTheme="majorHAnsi" w:cstheme="majorHAnsi"/>
              </w:rPr>
            </w:pPr>
            <w:r w:rsidRPr="00AC736F">
              <w:rPr>
                <w:rFonts w:asciiTheme="majorHAnsi" w:hAnsiTheme="majorHAnsi" w:cstheme="majorHAnsi"/>
                <w:sz w:val="13"/>
              </w:rPr>
              <w:t>Olah</w:t>
            </w:r>
          </w:p>
        </w:tc>
        <w:tc>
          <w:tcPr>
            <w:tcW w:w="1764" w:type="dxa"/>
          </w:tcPr>
          <w:p w14:paraId="5E79B3B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16245.0</w:t>
            </w:r>
          </w:p>
        </w:tc>
        <w:tc>
          <w:tcPr>
            <w:tcW w:w="1764" w:type="dxa"/>
          </w:tcPr>
          <w:p w14:paraId="7DF0038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w:t>
            </w:r>
          </w:p>
        </w:tc>
        <w:tc>
          <w:tcPr>
            <w:tcW w:w="1764" w:type="dxa"/>
          </w:tcPr>
          <w:p w14:paraId="7BC3B3D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1DD75E0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12.539242843951987</w:t>
            </w:r>
          </w:p>
        </w:tc>
        <w:tc>
          <w:tcPr>
            <w:tcW w:w="1764" w:type="dxa"/>
          </w:tcPr>
          <w:p w14:paraId="6A3F166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4.179747614650662</w:t>
            </w:r>
          </w:p>
        </w:tc>
        <w:tc>
          <w:tcPr>
            <w:tcW w:w="1764" w:type="dxa"/>
          </w:tcPr>
          <w:p w14:paraId="114C0BF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c>
          <w:tcPr>
            <w:tcW w:w="1764" w:type="dxa"/>
          </w:tcPr>
          <w:p w14:paraId="2D730D2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cross-dataset transcriptomic validation</w:t>
            </w:r>
          </w:p>
        </w:tc>
      </w:tr>
      <w:tr w:rsidR="00F96DD6" w:rsidRPr="00AC736F" w14:paraId="7504F7B7"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21399427" w14:textId="77777777" w:rsidR="00F96DD6" w:rsidRPr="00AC736F" w:rsidRDefault="00000000">
            <w:pPr>
              <w:rPr>
                <w:rFonts w:asciiTheme="majorHAnsi" w:hAnsiTheme="majorHAnsi" w:cstheme="majorHAnsi"/>
              </w:rPr>
            </w:pPr>
            <w:r w:rsidRPr="00AC736F">
              <w:rPr>
                <w:rFonts w:asciiTheme="majorHAnsi" w:hAnsiTheme="majorHAnsi" w:cstheme="majorHAnsi"/>
                <w:sz w:val="13"/>
              </w:rPr>
              <w:t>GSE98969</w:t>
            </w:r>
          </w:p>
        </w:tc>
        <w:tc>
          <w:tcPr>
            <w:tcW w:w="1764" w:type="dxa"/>
          </w:tcPr>
          <w:p w14:paraId="38F5693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37248.0</w:t>
            </w:r>
          </w:p>
        </w:tc>
        <w:tc>
          <w:tcPr>
            <w:tcW w:w="1764" w:type="dxa"/>
          </w:tcPr>
          <w:p w14:paraId="39D1728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97</w:t>
            </w:r>
          </w:p>
        </w:tc>
        <w:tc>
          <w:tcPr>
            <w:tcW w:w="1764" w:type="dxa"/>
          </w:tcPr>
          <w:p w14:paraId="3322F32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5ED686F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15.216924398625428</w:t>
            </w:r>
          </w:p>
        </w:tc>
        <w:tc>
          <w:tcPr>
            <w:tcW w:w="1764" w:type="dxa"/>
          </w:tcPr>
          <w:p w14:paraId="6704983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5.07141323024055</w:t>
            </w:r>
          </w:p>
        </w:tc>
        <w:tc>
          <w:tcPr>
            <w:tcW w:w="1764" w:type="dxa"/>
          </w:tcPr>
          <w:p w14:paraId="3650FBD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c>
          <w:tcPr>
            <w:tcW w:w="1764" w:type="dxa"/>
          </w:tcPr>
          <w:p w14:paraId="5BDAD40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cross-dataset transcriptomic validation</w:t>
            </w:r>
          </w:p>
        </w:tc>
      </w:tr>
      <w:tr w:rsidR="00F96DD6" w:rsidRPr="00AC736F" w14:paraId="59392326"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AA02C41" w14:textId="77777777" w:rsidR="00F96DD6" w:rsidRPr="00AC736F" w:rsidRDefault="00000000">
            <w:pPr>
              <w:rPr>
                <w:rFonts w:asciiTheme="majorHAnsi" w:hAnsiTheme="majorHAnsi" w:cstheme="majorHAnsi"/>
              </w:rPr>
            </w:pPr>
            <w:r w:rsidRPr="00AC736F">
              <w:rPr>
                <w:rFonts w:asciiTheme="majorHAnsi" w:hAnsiTheme="majorHAnsi" w:cstheme="majorHAnsi"/>
                <w:sz w:val="13"/>
              </w:rPr>
              <w:t>GSE140510</w:t>
            </w:r>
          </w:p>
        </w:tc>
        <w:tc>
          <w:tcPr>
            <w:tcW w:w="1764" w:type="dxa"/>
          </w:tcPr>
          <w:p w14:paraId="4DCE8E5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90647.0</w:t>
            </w:r>
          </w:p>
        </w:tc>
        <w:tc>
          <w:tcPr>
            <w:tcW w:w="1764" w:type="dxa"/>
          </w:tcPr>
          <w:p w14:paraId="0838239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w:t>
            </w:r>
          </w:p>
        </w:tc>
        <w:tc>
          <w:tcPr>
            <w:tcW w:w="1764" w:type="dxa"/>
          </w:tcPr>
          <w:p w14:paraId="6CBAD66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56BF6F1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12.467042483479872</w:t>
            </w:r>
          </w:p>
        </w:tc>
        <w:tc>
          <w:tcPr>
            <w:tcW w:w="1764" w:type="dxa"/>
          </w:tcPr>
          <w:p w14:paraId="0915275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4.154577647357331</w:t>
            </w:r>
          </w:p>
        </w:tc>
        <w:tc>
          <w:tcPr>
            <w:tcW w:w="1764" w:type="dxa"/>
          </w:tcPr>
          <w:p w14:paraId="0B91E1C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c>
          <w:tcPr>
            <w:tcW w:w="1764" w:type="dxa"/>
          </w:tcPr>
          <w:p w14:paraId="768EA41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cross-dataset transcriptomic validation</w:t>
            </w:r>
          </w:p>
        </w:tc>
      </w:tr>
      <w:tr w:rsidR="00F96DD6" w:rsidRPr="00AC736F" w14:paraId="2EB20CDB"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00065621"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DSP</w:t>
            </w:r>
          </w:p>
        </w:tc>
        <w:tc>
          <w:tcPr>
            <w:tcW w:w="1764" w:type="dxa"/>
          </w:tcPr>
          <w:p w14:paraId="0E22E3FE"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B913CF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26</w:t>
            </w:r>
          </w:p>
        </w:tc>
        <w:tc>
          <w:tcPr>
            <w:tcW w:w="1764" w:type="dxa"/>
          </w:tcPr>
          <w:p w14:paraId="3DDDF33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hippocampus</w:t>
            </w:r>
          </w:p>
        </w:tc>
        <w:tc>
          <w:tcPr>
            <w:tcW w:w="1764" w:type="dxa"/>
          </w:tcPr>
          <w:p w14:paraId="06C7B6D6"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36BDD1E9"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2B2AAAE4"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1EEABF1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spatial validation; 215 ROIs</w:t>
            </w:r>
          </w:p>
        </w:tc>
      </w:tr>
      <w:tr w:rsidR="00F96DD6" w:rsidRPr="00AC736F" w14:paraId="1BE09A6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7FA4012D" w14:textId="77777777" w:rsidR="00F96DD6" w:rsidRPr="00AC736F" w:rsidRDefault="00000000">
            <w:pPr>
              <w:rPr>
                <w:rFonts w:asciiTheme="majorHAnsi" w:hAnsiTheme="majorHAnsi" w:cstheme="majorHAnsi"/>
              </w:rPr>
            </w:pPr>
            <w:r w:rsidRPr="00AC736F">
              <w:rPr>
                <w:rFonts w:asciiTheme="majorHAnsi" w:hAnsiTheme="majorHAnsi" w:cstheme="majorHAnsi"/>
                <w:sz w:val="13"/>
              </w:rPr>
              <w:t>QNP image quantification</w:t>
            </w:r>
          </w:p>
        </w:tc>
        <w:tc>
          <w:tcPr>
            <w:tcW w:w="1764" w:type="dxa"/>
          </w:tcPr>
          <w:p w14:paraId="51CE1076"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95A551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497FEFA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DFC, HIP_MEC, MTG</w:t>
            </w:r>
          </w:p>
        </w:tc>
        <w:tc>
          <w:tcPr>
            <w:tcW w:w="1764" w:type="dxa"/>
          </w:tcPr>
          <w:p w14:paraId="4C18F93C"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751E5566"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27BF2BC2"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BFE752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regional pathology comparison; 247 donor-region observations</w:t>
            </w:r>
          </w:p>
        </w:tc>
      </w:tr>
    </w:tbl>
    <w:p w14:paraId="128F4CFD" w14:textId="77777777" w:rsidR="00F96DD6" w:rsidRPr="00AC736F" w:rsidRDefault="00000000">
      <w:pPr>
        <w:pStyle w:val="Heading2"/>
        <w:rPr>
          <w:rFonts w:cstheme="majorHAnsi"/>
          <w:color w:val="auto"/>
        </w:rPr>
      </w:pPr>
      <w:r w:rsidRPr="00AC736F">
        <w:rPr>
          <w:rFonts w:cstheme="majorHAnsi"/>
          <w:color w:val="auto"/>
        </w:rPr>
        <w:t>Supplementary Table 2 | Module/signature definitions and gene coverage</w:t>
      </w:r>
    </w:p>
    <w:p w14:paraId="1E893FE8"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 xml:space="preserve">Reports primary lipid and lysosome module genes, shared bridge genes and </w:t>
      </w:r>
      <w:proofErr w:type="spellStart"/>
      <w:r w:rsidRPr="00AC736F">
        <w:rPr>
          <w:rFonts w:asciiTheme="majorHAnsi" w:hAnsiTheme="majorHAnsi" w:cstheme="majorHAnsi"/>
          <w:sz w:val="18"/>
        </w:rPr>
        <w:t>GeoMx</w:t>
      </w:r>
      <w:proofErr w:type="spellEnd"/>
      <w:r w:rsidRPr="00AC736F">
        <w:rPr>
          <w:rFonts w:asciiTheme="majorHAnsi" w:hAnsiTheme="majorHAnsi" w:cstheme="majorHAnsi"/>
          <w:sz w:val="18"/>
        </w:rPr>
        <w:t xml:space="preserve"> gene-set coverage.</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764"/>
      </w:tblGrid>
      <w:tr w:rsidR="00F96DD6" w:rsidRPr="00AC736F" w14:paraId="4D659F60"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12657163"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Module/signature</w:t>
            </w:r>
          </w:p>
        </w:tc>
        <w:tc>
          <w:tcPr>
            <w:tcW w:w="1764" w:type="dxa"/>
          </w:tcPr>
          <w:p w14:paraId="58BBAF17"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Use</w:t>
            </w:r>
          </w:p>
        </w:tc>
        <w:tc>
          <w:tcPr>
            <w:tcW w:w="1764" w:type="dxa"/>
          </w:tcPr>
          <w:p w14:paraId="3338F42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 genes</w:t>
            </w:r>
          </w:p>
        </w:tc>
        <w:tc>
          <w:tcPr>
            <w:tcW w:w="1764" w:type="dxa"/>
          </w:tcPr>
          <w:p w14:paraId="2AFC2EA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Genes</w:t>
            </w:r>
          </w:p>
        </w:tc>
        <w:tc>
          <w:tcPr>
            <w:tcW w:w="1764" w:type="dxa"/>
          </w:tcPr>
          <w:p w14:paraId="2795868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Notes</w:t>
            </w:r>
          </w:p>
        </w:tc>
        <w:tc>
          <w:tcPr>
            <w:tcW w:w="1764" w:type="dxa"/>
          </w:tcPr>
          <w:p w14:paraId="2E56605A"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Module</w:t>
            </w:r>
          </w:p>
        </w:tc>
        <w:tc>
          <w:tcPr>
            <w:tcW w:w="1764" w:type="dxa"/>
          </w:tcPr>
          <w:p w14:paraId="42BB33D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 genes present</w:t>
            </w:r>
          </w:p>
        </w:tc>
        <w:tc>
          <w:tcPr>
            <w:tcW w:w="1764" w:type="dxa"/>
          </w:tcPr>
          <w:p w14:paraId="22C07C19"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 genes total</w:t>
            </w:r>
          </w:p>
        </w:tc>
      </w:tr>
      <w:tr w:rsidR="00F96DD6" w:rsidRPr="00AC736F" w14:paraId="5FAC06F2"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EA00CFA" w14:textId="77777777" w:rsidR="00F96DD6" w:rsidRPr="00AC736F" w:rsidRDefault="00000000">
            <w:pPr>
              <w:rPr>
                <w:rFonts w:asciiTheme="majorHAnsi" w:hAnsiTheme="majorHAnsi" w:cstheme="majorHAnsi"/>
              </w:rPr>
            </w:pPr>
            <w:r w:rsidRPr="00AC736F">
              <w:rPr>
                <w:rFonts w:asciiTheme="majorHAnsi" w:hAnsiTheme="majorHAnsi" w:cstheme="majorHAnsi"/>
                <w:sz w:val="13"/>
              </w:rPr>
              <w:t>Primary lipid-handling module</w:t>
            </w:r>
          </w:p>
        </w:tc>
        <w:tc>
          <w:tcPr>
            <w:tcW w:w="1764" w:type="dxa"/>
          </w:tcPr>
          <w:p w14:paraId="6D1EAA4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LL definition and module scores</w:t>
            </w:r>
          </w:p>
        </w:tc>
        <w:tc>
          <w:tcPr>
            <w:tcW w:w="1764" w:type="dxa"/>
          </w:tcPr>
          <w:p w14:paraId="4C76A53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19.0</w:t>
            </w:r>
          </w:p>
        </w:tc>
        <w:tc>
          <w:tcPr>
            <w:tcW w:w="1764" w:type="dxa"/>
          </w:tcPr>
          <w:p w14:paraId="7EACA63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APOE, LPL, ABCA1, ABCA7, ABCG1, CLU, CD36, MSR1, NPC1, NPC2, LIPA, GBA, FABP5, PLIN2, SOAT1, SOAT2, ACSL1, ACSL3, ACSL4</w:t>
            </w:r>
          </w:p>
        </w:tc>
        <w:tc>
          <w:tcPr>
            <w:tcW w:w="1764" w:type="dxa"/>
          </w:tcPr>
          <w:p w14:paraId="40715C2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Primary score implementation used in figure source tables.</w:t>
            </w:r>
          </w:p>
        </w:tc>
        <w:tc>
          <w:tcPr>
            <w:tcW w:w="1764" w:type="dxa"/>
          </w:tcPr>
          <w:p w14:paraId="57E92BCB"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2741EC9B"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271EB254"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76965BFA"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65936839" w14:textId="77777777" w:rsidR="00F96DD6" w:rsidRPr="00AC736F" w:rsidRDefault="00000000">
            <w:pPr>
              <w:rPr>
                <w:rFonts w:asciiTheme="majorHAnsi" w:hAnsiTheme="majorHAnsi" w:cstheme="majorHAnsi"/>
              </w:rPr>
            </w:pPr>
            <w:r w:rsidRPr="00AC736F">
              <w:rPr>
                <w:rFonts w:asciiTheme="majorHAnsi" w:hAnsiTheme="majorHAnsi" w:cstheme="majorHAnsi"/>
                <w:sz w:val="13"/>
              </w:rPr>
              <w:t>Primary lysosomal-processing module</w:t>
            </w:r>
          </w:p>
        </w:tc>
        <w:tc>
          <w:tcPr>
            <w:tcW w:w="1764" w:type="dxa"/>
          </w:tcPr>
          <w:p w14:paraId="63124BA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LL definition and module scores</w:t>
            </w:r>
          </w:p>
        </w:tc>
        <w:tc>
          <w:tcPr>
            <w:tcW w:w="1764" w:type="dxa"/>
          </w:tcPr>
          <w:p w14:paraId="4FECB2D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11.0</w:t>
            </w:r>
          </w:p>
        </w:tc>
        <w:tc>
          <w:tcPr>
            <w:tcW w:w="1764" w:type="dxa"/>
          </w:tcPr>
          <w:p w14:paraId="46968B6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LAMP1, LAMP2, CTSD, CTSB, CTSS, GBA, LIPA, NPC1, NPC2, TFEB, MITF</w:t>
            </w:r>
          </w:p>
        </w:tc>
        <w:tc>
          <w:tcPr>
            <w:tcW w:w="1764" w:type="dxa"/>
          </w:tcPr>
          <w:p w14:paraId="186F7E7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Primary score implementation used in figure source tables.</w:t>
            </w:r>
          </w:p>
        </w:tc>
        <w:tc>
          <w:tcPr>
            <w:tcW w:w="1764" w:type="dxa"/>
          </w:tcPr>
          <w:p w14:paraId="08542322"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1ED478CA"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82AA204"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68CBC0EA"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01536E93" w14:textId="77777777" w:rsidR="00F96DD6" w:rsidRPr="00AC736F" w:rsidRDefault="00000000">
            <w:pPr>
              <w:rPr>
                <w:rFonts w:asciiTheme="majorHAnsi" w:hAnsiTheme="majorHAnsi" w:cstheme="majorHAnsi"/>
              </w:rPr>
            </w:pPr>
            <w:r w:rsidRPr="00AC736F">
              <w:rPr>
                <w:rFonts w:asciiTheme="majorHAnsi" w:hAnsiTheme="majorHAnsi" w:cstheme="majorHAnsi"/>
                <w:sz w:val="13"/>
              </w:rPr>
              <w:t>Shared lipid-lysosome bridge genes</w:t>
            </w:r>
          </w:p>
        </w:tc>
        <w:tc>
          <w:tcPr>
            <w:tcW w:w="1764" w:type="dxa"/>
          </w:tcPr>
          <w:p w14:paraId="78C5AE7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Overlap sensitivity control</w:t>
            </w:r>
          </w:p>
        </w:tc>
        <w:tc>
          <w:tcPr>
            <w:tcW w:w="1764" w:type="dxa"/>
          </w:tcPr>
          <w:p w14:paraId="52C37D8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4.0</w:t>
            </w:r>
          </w:p>
        </w:tc>
        <w:tc>
          <w:tcPr>
            <w:tcW w:w="1764" w:type="dxa"/>
          </w:tcPr>
          <w:p w14:paraId="30B4599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GBA, LIPA, NPC1, NPC2</w:t>
            </w:r>
          </w:p>
        </w:tc>
        <w:tc>
          <w:tcPr>
            <w:tcW w:w="1764" w:type="dxa"/>
          </w:tcPr>
          <w:p w14:paraId="11DD1D9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Overlap-free sensitivity analysis removes these genes and preserves donor-region burden concordance.</w:t>
            </w:r>
          </w:p>
        </w:tc>
        <w:tc>
          <w:tcPr>
            <w:tcW w:w="1764" w:type="dxa"/>
          </w:tcPr>
          <w:p w14:paraId="6AC504BE"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2353D387"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1E6A819"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37DA16E9"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6BB4B82F" w14:textId="77777777" w:rsidR="00F96DD6" w:rsidRPr="00AC736F" w:rsidRDefault="00F96DD6">
            <w:pPr>
              <w:rPr>
                <w:rFonts w:asciiTheme="majorHAnsi" w:hAnsiTheme="majorHAnsi" w:cstheme="majorHAnsi"/>
              </w:rPr>
            </w:pPr>
          </w:p>
        </w:tc>
        <w:tc>
          <w:tcPr>
            <w:tcW w:w="1764" w:type="dxa"/>
          </w:tcPr>
          <w:p w14:paraId="0F0AC17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spatial coverage</w:t>
            </w:r>
          </w:p>
        </w:tc>
        <w:tc>
          <w:tcPr>
            <w:tcW w:w="1764" w:type="dxa"/>
          </w:tcPr>
          <w:p w14:paraId="2AAD86CB"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E18DDEE"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B06D889"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0AE013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Lipid</w:t>
            </w:r>
          </w:p>
        </w:tc>
        <w:tc>
          <w:tcPr>
            <w:tcW w:w="1764" w:type="dxa"/>
          </w:tcPr>
          <w:p w14:paraId="3E72A2E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14.0</w:t>
            </w:r>
          </w:p>
        </w:tc>
        <w:tc>
          <w:tcPr>
            <w:tcW w:w="1764" w:type="dxa"/>
          </w:tcPr>
          <w:p w14:paraId="4EE1648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21.0</w:t>
            </w:r>
          </w:p>
        </w:tc>
      </w:tr>
      <w:tr w:rsidR="00F96DD6" w:rsidRPr="00AC736F" w14:paraId="56773E2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4ADC542" w14:textId="77777777" w:rsidR="00F96DD6" w:rsidRPr="00AC736F" w:rsidRDefault="00F96DD6">
            <w:pPr>
              <w:rPr>
                <w:rFonts w:asciiTheme="majorHAnsi" w:hAnsiTheme="majorHAnsi" w:cstheme="majorHAnsi"/>
              </w:rPr>
            </w:pPr>
          </w:p>
        </w:tc>
        <w:tc>
          <w:tcPr>
            <w:tcW w:w="1764" w:type="dxa"/>
          </w:tcPr>
          <w:p w14:paraId="59753BE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spatial coverage</w:t>
            </w:r>
          </w:p>
        </w:tc>
        <w:tc>
          <w:tcPr>
            <w:tcW w:w="1764" w:type="dxa"/>
          </w:tcPr>
          <w:p w14:paraId="01891A31"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03BE7F87"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3E2F1A96"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301BC8D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Lysosome</w:t>
            </w:r>
          </w:p>
        </w:tc>
        <w:tc>
          <w:tcPr>
            <w:tcW w:w="1764" w:type="dxa"/>
          </w:tcPr>
          <w:p w14:paraId="34F49A4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11.0</w:t>
            </w:r>
          </w:p>
        </w:tc>
        <w:tc>
          <w:tcPr>
            <w:tcW w:w="1764" w:type="dxa"/>
          </w:tcPr>
          <w:p w14:paraId="26CE614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14.0</w:t>
            </w:r>
          </w:p>
        </w:tc>
      </w:tr>
      <w:tr w:rsidR="00F96DD6" w:rsidRPr="00AC736F" w14:paraId="49306C46"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3797678F" w14:textId="77777777" w:rsidR="00F96DD6" w:rsidRPr="00AC736F" w:rsidRDefault="00F96DD6">
            <w:pPr>
              <w:rPr>
                <w:rFonts w:asciiTheme="majorHAnsi" w:hAnsiTheme="majorHAnsi" w:cstheme="majorHAnsi"/>
              </w:rPr>
            </w:pPr>
          </w:p>
        </w:tc>
        <w:tc>
          <w:tcPr>
            <w:tcW w:w="1764" w:type="dxa"/>
          </w:tcPr>
          <w:p w14:paraId="466C9E2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spatial coverage</w:t>
            </w:r>
          </w:p>
        </w:tc>
        <w:tc>
          <w:tcPr>
            <w:tcW w:w="1764" w:type="dxa"/>
          </w:tcPr>
          <w:p w14:paraId="4FFD449E"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423E4F8B"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B7E61C8"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A7A312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DAM/LAM</w:t>
            </w:r>
          </w:p>
        </w:tc>
        <w:tc>
          <w:tcPr>
            <w:tcW w:w="1764" w:type="dxa"/>
          </w:tcPr>
          <w:p w14:paraId="6CBBF2B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14.0</w:t>
            </w:r>
          </w:p>
        </w:tc>
        <w:tc>
          <w:tcPr>
            <w:tcW w:w="1764" w:type="dxa"/>
          </w:tcPr>
          <w:p w14:paraId="015C338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18.0</w:t>
            </w:r>
          </w:p>
        </w:tc>
      </w:tr>
      <w:tr w:rsidR="00F96DD6" w:rsidRPr="00AC736F" w14:paraId="1AC5D52E"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61B68ACD" w14:textId="77777777" w:rsidR="00F96DD6" w:rsidRPr="00AC736F" w:rsidRDefault="00F96DD6">
            <w:pPr>
              <w:rPr>
                <w:rFonts w:asciiTheme="majorHAnsi" w:hAnsiTheme="majorHAnsi" w:cstheme="majorHAnsi"/>
              </w:rPr>
            </w:pPr>
          </w:p>
        </w:tc>
        <w:tc>
          <w:tcPr>
            <w:tcW w:w="1764" w:type="dxa"/>
          </w:tcPr>
          <w:p w14:paraId="32F7C9D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spatial coverage</w:t>
            </w:r>
          </w:p>
        </w:tc>
        <w:tc>
          <w:tcPr>
            <w:tcW w:w="1764" w:type="dxa"/>
          </w:tcPr>
          <w:p w14:paraId="67062D9E"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7310E64E"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A602B5B"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066C26F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Phagocytosis/complement</w:t>
            </w:r>
          </w:p>
        </w:tc>
        <w:tc>
          <w:tcPr>
            <w:tcW w:w="1764" w:type="dxa"/>
          </w:tcPr>
          <w:p w14:paraId="7E20851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13.0</w:t>
            </w:r>
          </w:p>
        </w:tc>
        <w:tc>
          <w:tcPr>
            <w:tcW w:w="1764" w:type="dxa"/>
          </w:tcPr>
          <w:p w14:paraId="409E7A4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16.0</w:t>
            </w:r>
          </w:p>
        </w:tc>
      </w:tr>
      <w:tr w:rsidR="00F96DD6" w:rsidRPr="00AC736F" w14:paraId="48FC01F5"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329001F4" w14:textId="77777777" w:rsidR="00F96DD6" w:rsidRPr="00AC736F" w:rsidRDefault="00F96DD6">
            <w:pPr>
              <w:rPr>
                <w:rFonts w:asciiTheme="majorHAnsi" w:hAnsiTheme="majorHAnsi" w:cstheme="majorHAnsi"/>
              </w:rPr>
            </w:pPr>
          </w:p>
        </w:tc>
        <w:tc>
          <w:tcPr>
            <w:tcW w:w="1764" w:type="dxa"/>
          </w:tcPr>
          <w:p w14:paraId="59A7C8F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spatial coverage</w:t>
            </w:r>
          </w:p>
        </w:tc>
        <w:tc>
          <w:tcPr>
            <w:tcW w:w="1764" w:type="dxa"/>
          </w:tcPr>
          <w:p w14:paraId="14D608C6"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21B4142"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1AA37D0F"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0D017A8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Micro/PVM</w:t>
            </w:r>
          </w:p>
        </w:tc>
        <w:tc>
          <w:tcPr>
            <w:tcW w:w="1764" w:type="dxa"/>
          </w:tcPr>
          <w:p w14:paraId="0CC5300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16.0</w:t>
            </w:r>
          </w:p>
        </w:tc>
        <w:tc>
          <w:tcPr>
            <w:tcW w:w="1764" w:type="dxa"/>
          </w:tcPr>
          <w:p w14:paraId="03CF765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17.0</w:t>
            </w:r>
          </w:p>
        </w:tc>
      </w:tr>
    </w:tbl>
    <w:p w14:paraId="06E3F4BD" w14:textId="77777777" w:rsidR="00F96DD6" w:rsidRPr="00AC736F" w:rsidRDefault="00000000">
      <w:pPr>
        <w:pStyle w:val="Heading2"/>
        <w:rPr>
          <w:rFonts w:cstheme="majorHAnsi"/>
          <w:color w:val="auto"/>
        </w:rPr>
      </w:pPr>
      <w:r w:rsidRPr="00AC736F">
        <w:rPr>
          <w:rFonts w:cstheme="majorHAnsi"/>
          <w:color w:val="auto"/>
        </w:rPr>
        <w:t>Supplementary Table 3 | Operational LL definition, threshold and overlap sensitivity</w:t>
      </w:r>
    </w:p>
    <w:p w14:paraId="7230BD3D"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Provides state counts, threshold-sensitivity summaries and overlap-free module sensitivity metrics.</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764"/>
      </w:tblGrid>
      <w:tr w:rsidR="00F96DD6" w:rsidRPr="00AC736F" w14:paraId="7AEDF3CE"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2D8D168"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62E6738C"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Biological state</w:t>
            </w:r>
          </w:p>
        </w:tc>
        <w:tc>
          <w:tcPr>
            <w:tcW w:w="1764" w:type="dxa"/>
          </w:tcPr>
          <w:p w14:paraId="3DEBA9DC"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Cells</w:t>
            </w:r>
          </w:p>
        </w:tc>
        <w:tc>
          <w:tcPr>
            <w:tcW w:w="1764" w:type="dxa"/>
          </w:tcPr>
          <w:p w14:paraId="14E03B4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Percent</w:t>
            </w:r>
          </w:p>
        </w:tc>
        <w:tc>
          <w:tcPr>
            <w:tcW w:w="1764" w:type="dxa"/>
          </w:tcPr>
          <w:p w14:paraId="794E20C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Sensitivity grid minimum LL fraction/value</w:t>
            </w:r>
          </w:p>
        </w:tc>
        <w:tc>
          <w:tcPr>
            <w:tcW w:w="1764" w:type="dxa"/>
          </w:tcPr>
          <w:p w14:paraId="454B546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Sensitivity grid maximum LL fraction/value</w:t>
            </w:r>
          </w:p>
        </w:tc>
        <w:tc>
          <w:tcPr>
            <w:tcW w:w="1764" w:type="dxa"/>
          </w:tcPr>
          <w:p w14:paraId="75F271A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Sensitivity grid median</w:t>
            </w:r>
          </w:p>
        </w:tc>
        <w:tc>
          <w:tcPr>
            <w:tcW w:w="1764" w:type="dxa"/>
          </w:tcPr>
          <w:p w14:paraId="70FED2E8"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analysis</w:t>
            </w:r>
          </w:p>
        </w:tc>
      </w:tr>
      <w:tr w:rsidR="00F96DD6" w:rsidRPr="00AC736F" w14:paraId="3BD9C683"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15AF2AD6" w14:textId="77777777" w:rsidR="00F96DD6" w:rsidRPr="00AC736F" w:rsidRDefault="00000000">
            <w:pPr>
              <w:rPr>
                <w:rFonts w:asciiTheme="majorHAnsi" w:hAnsiTheme="majorHAnsi" w:cstheme="majorHAnsi"/>
              </w:rPr>
            </w:pPr>
            <w:r w:rsidRPr="00AC736F">
              <w:rPr>
                <w:rFonts w:asciiTheme="majorHAnsi" w:hAnsiTheme="majorHAnsi" w:cstheme="majorHAnsi"/>
                <w:sz w:val="13"/>
              </w:rPr>
              <w:t>Operational states</w:t>
            </w:r>
          </w:p>
        </w:tc>
        <w:tc>
          <w:tcPr>
            <w:tcW w:w="1764" w:type="dxa"/>
          </w:tcPr>
          <w:p w14:paraId="7C0B171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Basal/homeostatic microglia</w:t>
            </w:r>
          </w:p>
        </w:tc>
        <w:tc>
          <w:tcPr>
            <w:tcW w:w="1764" w:type="dxa"/>
          </w:tcPr>
          <w:p w14:paraId="5082259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149512.0</w:t>
            </w:r>
          </w:p>
        </w:tc>
        <w:tc>
          <w:tcPr>
            <w:tcW w:w="1764" w:type="dxa"/>
          </w:tcPr>
          <w:p w14:paraId="2BE940D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63.34073308366237</w:t>
            </w:r>
          </w:p>
        </w:tc>
        <w:tc>
          <w:tcPr>
            <w:tcW w:w="1764" w:type="dxa"/>
          </w:tcPr>
          <w:p w14:paraId="2E684A6C"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71FBE96C"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836CC6B"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194D0C33"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392BFA76"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2CA15C18" w14:textId="77777777" w:rsidR="00F96DD6" w:rsidRPr="00AC736F" w:rsidRDefault="00000000">
            <w:pPr>
              <w:rPr>
                <w:rFonts w:asciiTheme="majorHAnsi" w:hAnsiTheme="majorHAnsi" w:cstheme="majorHAnsi"/>
              </w:rPr>
            </w:pPr>
            <w:r w:rsidRPr="00AC736F">
              <w:rPr>
                <w:rFonts w:asciiTheme="majorHAnsi" w:hAnsiTheme="majorHAnsi" w:cstheme="majorHAnsi"/>
                <w:sz w:val="13"/>
              </w:rPr>
              <w:t>Operational states</w:t>
            </w:r>
          </w:p>
        </w:tc>
        <w:tc>
          <w:tcPr>
            <w:tcW w:w="1764" w:type="dxa"/>
          </w:tcPr>
          <w:p w14:paraId="4556C9A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Lipid–lysosome remodeled microglia</w:t>
            </w:r>
          </w:p>
        </w:tc>
        <w:tc>
          <w:tcPr>
            <w:tcW w:w="1764" w:type="dxa"/>
          </w:tcPr>
          <w:p w14:paraId="2D82E9B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31490.0</w:t>
            </w:r>
          </w:p>
        </w:tc>
        <w:tc>
          <w:tcPr>
            <w:tcW w:w="1764" w:type="dxa"/>
          </w:tcPr>
          <w:p w14:paraId="124C76A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13.340733083662368</w:t>
            </w:r>
          </w:p>
        </w:tc>
        <w:tc>
          <w:tcPr>
            <w:tcW w:w="1764" w:type="dxa"/>
          </w:tcPr>
          <w:p w14:paraId="1A70E3D3"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7E0D27E"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06F81880"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6D08930"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2096AA99"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67345CCD" w14:textId="77777777" w:rsidR="00F96DD6" w:rsidRPr="00AC736F" w:rsidRDefault="00000000">
            <w:pPr>
              <w:rPr>
                <w:rFonts w:asciiTheme="majorHAnsi" w:hAnsiTheme="majorHAnsi" w:cstheme="majorHAnsi"/>
              </w:rPr>
            </w:pPr>
            <w:r w:rsidRPr="00AC736F">
              <w:rPr>
                <w:rFonts w:asciiTheme="majorHAnsi" w:hAnsiTheme="majorHAnsi" w:cstheme="majorHAnsi"/>
                <w:sz w:val="13"/>
              </w:rPr>
              <w:t>Operational states</w:t>
            </w:r>
          </w:p>
        </w:tc>
        <w:tc>
          <w:tcPr>
            <w:tcW w:w="1764" w:type="dxa"/>
          </w:tcPr>
          <w:p w14:paraId="5ED91FC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Lipid-skewed microglia</w:t>
            </w:r>
          </w:p>
        </w:tc>
        <w:tc>
          <w:tcPr>
            <w:tcW w:w="1764" w:type="dxa"/>
          </w:tcPr>
          <w:p w14:paraId="4AA5FAE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27521.0</w:t>
            </w:r>
          </w:p>
        </w:tc>
        <w:tc>
          <w:tcPr>
            <w:tcW w:w="1764" w:type="dxa"/>
          </w:tcPr>
          <w:p w14:paraId="5C982ED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11.659266916337632</w:t>
            </w:r>
          </w:p>
        </w:tc>
        <w:tc>
          <w:tcPr>
            <w:tcW w:w="1764" w:type="dxa"/>
          </w:tcPr>
          <w:p w14:paraId="5548BDCC"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2A62BF3"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1BF0F840"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0670631B"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06E31429"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4F1B745E" w14:textId="77777777" w:rsidR="00F96DD6" w:rsidRPr="00AC736F" w:rsidRDefault="00000000">
            <w:pPr>
              <w:rPr>
                <w:rFonts w:asciiTheme="majorHAnsi" w:hAnsiTheme="majorHAnsi" w:cstheme="majorHAnsi"/>
              </w:rPr>
            </w:pPr>
            <w:r w:rsidRPr="00AC736F">
              <w:rPr>
                <w:rFonts w:asciiTheme="majorHAnsi" w:hAnsiTheme="majorHAnsi" w:cstheme="majorHAnsi"/>
                <w:sz w:val="13"/>
              </w:rPr>
              <w:t>Operational states</w:t>
            </w:r>
          </w:p>
        </w:tc>
        <w:tc>
          <w:tcPr>
            <w:tcW w:w="1764" w:type="dxa"/>
          </w:tcPr>
          <w:p w14:paraId="6B4C0A3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Lysosome-skewed microglia</w:t>
            </w:r>
          </w:p>
        </w:tc>
        <w:tc>
          <w:tcPr>
            <w:tcW w:w="1764" w:type="dxa"/>
          </w:tcPr>
          <w:p w14:paraId="5F31F36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27521.0</w:t>
            </w:r>
          </w:p>
        </w:tc>
        <w:tc>
          <w:tcPr>
            <w:tcW w:w="1764" w:type="dxa"/>
          </w:tcPr>
          <w:p w14:paraId="1A5341B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11.659266916337632</w:t>
            </w:r>
          </w:p>
        </w:tc>
        <w:tc>
          <w:tcPr>
            <w:tcW w:w="1764" w:type="dxa"/>
          </w:tcPr>
          <w:p w14:paraId="070D8D30"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2DEE0D48"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20804864"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465F7DF"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687042C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0891CF8" w14:textId="77777777" w:rsidR="00F96DD6" w:rsidRPr="00AC736F" w:rsidRDefault="00000000">
            <w:pPr>
              <w:rPr>
                <w:rFonts w:asciiTheme="majorHAnsi" w:hAnsiTheme="majorHAnsi" w:cstheme="majorHAnsi"/>
              </w:rPr>
            </w:pPr>
            <w:r w:rsidRPr="00AC736F">
              <w:rPr>
                <w:rFonts w:asciiTheme="majorHAnsi" w:hAnsiTheme="majorHAnsi" w:cstheme="majorHAnsi"/>
                <w:sz w:val="13"/>
              </w:rPr>
              <w:t>Threshold sensitivity summary</w:t>
            </w:r>
          </w:p>
        </w:tc>
        <w:tc>
          <w:tcPr>
            <w:tcW w:w="1764" w:type="dxa"/>
          </w:tcPr>
          <w:p w14:paraId="37293926"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43824597"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77B48313"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3156C3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3.779803765399671</w:t>
            </w:r>
          </w:p>
        </w:tc>
        <w:tc>
          <w:tcPr>
            <w:tcW w:w="1764" w:type="dxa"/>
          </w:tcPr>
          <w:p w14:paraId="47E5144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30.55362559522801</w:t>
            </w:r>
          </w:p>
        </w:tc>
        <w:tc>
          <w:tcPr>
            <w:tcW w:w="1764" w:type="dxa"/>
          </w:tcPr>
          <w:p w14:paraId="3A47DEA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12.742751351442951</w:t>
            </w:r>
          </w:p>
        </w:tc>
        <w:tc>
          <w:tcPr>
            <w:tcW w:w="1764" w:type="dxa"/>
          </w:tcPr>
          <w:p w14:paraId="7234A379"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5B742C0C"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35BDD23C" w14:textId="77777777" w:rsidR="00F96DD6" w:rsidRPr="00AC736F" w:rsidRDefault="00000000">
            <w:pPr>
              <w:rPr>
                <w:rFonts w:asciiTheme="majorHAnsi" w:hAnsiTheme="majorHAnsi" w:cstheme="majorHAnsi"/>
              </w:rPr>
            </w:pPr>
            <w:r w:rsidRPr="00AC736F">
              <w:rPr>
                <w:rFonts w:asciiTheme="majorHAnsi" w:hAnsiTheme="majorHAnsi" w:cstheme="majorHAnsi"/>
                <w:sz w:val="13"/>
              </w:rPr>
              <w:t>Overlap-free gene sensitivity</w:t>
            </w:r>
          </w:p>
        </w:tc>
        <w:tc>
          <w:tcPr>
            <w:tcW w:w="1764" w:type="dxa"/>
          </w:tcPr>
          <w:p w14:paraId="4E3725C2"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34B054C6"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BB10CD7"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024676F1"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44D9F24"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10DF0CA3"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7F48A8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 non-overlap LL sensitivity</w:t>
            </w:r>
          </w:p>
        </w:tc>
      </w:tr>
    </w:tbl>
    <w:p w14:paraId="12CAA69F"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i/>
          <w:sz w:val="16"/>
        </w:rPr>
        <w:t>.</w:t>
      </w:r>
    </w:p>
    <w:p w14:paraId="0366E893" w14:textId="77777777" w:rsidR="00F96DD6" w:rsidRPr="00AC736F" w:rsidRDefault="00000000">
      <w:pPr>
        <w:pStyle w:val="Heading2"/>
        <w:rPr>
          <w:rFonts w:cstheme="majorHAnsi"/>
          <w:color w:val="auto"/>
        </w:rPr>
      </w:pPr>
      <w:r w:rsidRPr="00AC736F">
        <w:rPr>
          <w:rFonts w:cstheme="majorHAnsi"/>
          <w:color w:val="auto"/>
        </w:rPr>
        <w:t>Supplementary Table 4 | Label-free C1 cluster enrichment and marker support</w:t>
      </w:r>
    </w:p>
    <w:p w14:paraId="1DF4F578"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Contains cluster enrichment, cluster program scores, top candidate markers and C1 biological-profile statistics.</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972"/>
      </w:tblGrid>
      <w:tr w:rsidR="00F96DD6" w:rsidRPr="00AC736F" w14:paraId="08C4158A"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979BA8F"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2DF6E21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hvg_cluster</w:t>
            </w:r>
            <w:proofErr w:type="spellEnd"/>
          </w:p>
        </w:tc>
        <w:tc>
          <w:tcPr>
            <w:tcW w:w="1764" w:type="dxa"/>
          </w:tcPr>
          <w:p w14:paraId="734CFDB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target_LL_remodeled</w:t>
            </w:r>
            <w:proofErr w:type="spellEnd"/>
          </w:p>
        </w:tc>
        <w:tc>
          <w:tcPr>
            <w:tcW w:w="1764" w:type="dxa"/>
          </w:tcPr>
          <w:p w14:paraId="6BAD985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fold_enrichment</w:t>
            </w:r>
            <w:proofErr w:type="spellEnd"/>
          </w:p>
        </w:tc>
        <w:tc>
          <w:tcPr>
            <w:tcW w:w="1764" w:type="dxa"/>
          </w:tcPr>
          <w:p w14:paraId="7DBA130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cluster_size</w:t>
            </w:r>
            <w:proofErr w:type="spellEnd"/>
          </w:p>
        </w:tc>
        <w:tc>
          <w:tcPr>
            <w:tcW w:w="1764" w:type="dxa"/>
          </w:tcPr>
          <w:p w14:paraId="6679C4A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candidate_score</w:t>
            </w:r>
            <w:proofErr w:type="spellEnd"/>
          </w:p>
        </w:tc>
        <w:tc>
          <w:tcPr>
            <w:tcW w:w="1764" w:type="dxa"/>
          </w:tcPr>
          <w:p w14:paraId="6879CF9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Lipid_metabolism_score</w:t>
            </w:r>
            <w:proofErr w:type="spellEnd"/>
          </w:p>
        </w:tc>
        <w:tc>
          <w:tcPr>
            <w:tcW w:w="1764" w:type="dxa"/>
          </w:tcPr>
          <w:p w14:paraId="241D07E1"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Lysosome_processing_score</w:t>
            </w:r>
            <w:proofErr w:type="spellEnd"/>
          </w:p>
        </w:tc>
      </w:tr>
      <w:tr w:rsidR="00F96DD6" w:rsidRPr="00AC736F" w14:paraId="410484F2"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657AF798"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39795F5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64" w:type="dxa"/>
          </w:tcPr>
          <w:p w14:paraId="004BF76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0.4301112656467316</w:t>
            </w:r>
          </w:p>
        </w:tc>
        <w:tc>
          <w:tcPr>
            <w:tcW w:w="1764" w:type="dxa"/>
          </w:tcPr>
          <w:p w14:paraId="7D601AD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3.175190208524521</w:t>
            </w:r>
          </w:p>
        </w:tc>
        <w:tc>
          <w:tcPr>
            <w:tcW w:w="1764" w:type="dxa"/>
          </w:tcPr>
          <w:p w14:paraId="6AF288D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2876.0</w:t>
            </w:r>
          </w:p>
        </w:tc>
        <w:tc>
          <w:tcPr>
            <w:tcW w:w="1764" w:type="dxa"/>
          </w:tcPr>
          <w:p w14:paraId="75779290"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073E9A06"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07A78777"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7A737244"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656D11E7"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2454AA8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7.0</w:t>
            </w:r>
          </w:p>
        </w:tc>
        <w:tc>
          <w:tcPr>
            <w:tcW w:w="1764" w:type="dxa"/>
          </w:tcPr>
          <w:p w14:paraId="5F1ECE3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0.2894230769230769</w:t>
            </w:r>
          </w:p>
        </w:tc>
        <w:tc>
          <w:tcPr>
            <w:tcW w:w="1764" w:type="dxa"/>
          </w:tcPr>
          <w:p w14:paraId="3BD8FCC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2.13659439630206</w:t>
            </w:r>
          </w:p>
        </w:tc>
        <w:tc>
          <w:tcPr>
            <w:tcW w:w="1764" w:type="dxa"/>
          </w:tcPr>
          <w:p w14:paraId="0E66230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1040.0</w:t>
            </w:r>
          </w:p>
        </w:tc>
        <w:tc>
          <w:tcPr>
            <w:tcW w:w="1764" w:type="dxa"/>
          </w:tcPr>
          <w:p w14:paraId="7F59A67D"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2D551467"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33FC8B29"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5B1E7CCF"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39F39AC2"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5184C84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6E04811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0.1857605177993527</w:t>
            </w:r>
          </w:p>
        </w:tc>
        <w:tc>
          <w:tcPr>
            <w:tcW w:w="1764" w:type="dxa"/>
          </w:tcPr>
          <w:p w14:paraId="3DDA4B9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1.3713311516267</w:t>
            </w:r>
          </w:p>
        </w:tc>
        <w:tc>
          <w:tcPr>
            <w:tcW w:w="1764" w:type="dxa"/>
          </w:tcPr>
          <w:p w14:paraId="7A93BFA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1545.0</w:t>
            </w:r>
          </w:p>
        </w:tc>
        <w:tc>
          <w:tcPr>
            <w:tcW w:w="1764" w:type="dxa"/>
          </w:tcPr>
          <w:p w14:paraId="112BEF37"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5D84D58A"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4C00F0B0"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7EADC369"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3BA6E81E"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0D23955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11.0</w:t>
            </w:r>
          </w:p>
        </w:tc>
        <w:tc>
          <w:tcPr>
            <w:tcW w:w="1764" w:type="dxa"/>
          </w:tcPr>
          <w:p w14:paraId="292557F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0.162479325824998</w:t>
            </w:r>
          </w:p>
        </w:tc>
        <w:tc>
          <w:tcPr>
            <w:tcW w:w="1764" w:type="dxa"/>
          </w:tcPr>
          <w:p w14:paraId="18AD6AE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1.1994635008489445</w:t>
            </w:r>
          </w:p>
        </w:tc>
        <w:tc>
          <w:tcPr>
            <w:tcW w:w="1764" w:type="dxa"/>
          </w:tcPr>
          <w:p w14:paraId="4FEA6878"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12697.0</w:t>
            </w:r>
          </w:p>
        </w:tc>
        <w:tc>
          <w:tcPr>
            <w:tcW w:w="1764" w:type="dxa"/>
          </w:tcPr>
          <w:p w14:paraId="6EB6B3E9"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220D632"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70C6335F"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3DC0F0E9"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6B2E95BE"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75338AF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4.0</w:t>
            </w:r>
          </w:p>
        </w:tc>
        <w:tc>
          <w:tcPr>
            <w:tcW w:w="1764" w:type="dxa"/>
          </w:tcPr>
          <w:p w14:paraId="55660F3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0.1597222222222222</w:t>
            </w:r>
          </w:p>
        </w:tc>
        <w:tc>
          <w:tcPr>
            <w:tcW w:w="1764" w:type="dxa"/>
          </w:tcPr>
          <w:p w14:paraId="4761F4A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1.1791098643305935</w:t>
            </w:r>
          </w:p>
        </w:tc>
        <w:tc>
          <w:tcPr>
            <w:tcW w:w="1764" w:type="dxa"/>
          </w:tcPr>
          <w:p w14:paraId="13F3EF2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144.0</w:t>
            </w:r>
          </w:p>
        </w:tc>
        <w:tc>
          <w:tcPr>
            <w:tcW w:w="1764" w:type="dxa"/>
          </w:tcPr>
          <w:p w14:paraId="1029A8DF"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29402B5C"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1DCC32AE"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68A16EC6"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2DE70139"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1226B4B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8.0</w:t>
            </w:r>
          </w:p>
        </w:tc>
        <w:tc>
          <w:tcPr>
            <w:tcW w:w="1764" w:type="dxa"/>
          </w:tcPr>
          <w:p w14:paraId="71F05FA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0.1527714154832798</w:t>
            </w:r>
          </w:p>
        </w:tc>
        <w:tc>
          <w:tcPr>
            <w:tcW w:w="1764" w:type="dxa"/>
          </w:tcPr>
          <w:p w14:paraId="2D92247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1.1277972499873017</w:t>
            </w:r>
          </w:p>
        </w:tc>
        <w:tc>
          <w:tcPr>
            <w:tcW w:w="1764" w:type="dxa"/>
          </w:tcPr>
          <w:p w14:paraId="5A8ED0C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8732.0</w:t>
            </w:r>
          </w:p>
        </w:tc>
        <w:tc>
          <w:tcPr>
            <w:tcW w:w="1764" w:type="dxa"/>
          </w:tcPr>
          <w:p w14:paraId="33ED89A4"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3AC61665"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C55F4E9"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96DD6" w:rsidRPr="00AC736F" w14:paraId="5C0BE886"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1423A3DC"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3651E10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5.0</w:t>
            </w:r>
          </w:p>
        </w:tc>
        <w:tc>
          <w:tcPr>
            <w:tcW w:w="1764" w:type="dxa"/>
          </w:tcPr>
          <w:p w14:paraId="7E33770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0.1410788381742738</w:t>
            </w:r>
          </w:p>
        </w:tc>
        <w:tc>
          <w:tcPr>
            <w:tcW w:w="1764" w:type="dxa"/>
          </w:tcPr>
          <w:p w14:paraId="176B2AE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1.0414796853261026</w:t>
            </w:r>
          </w:p>
        </w:tc>
        <w:tc>
          <w:tcPr>
            <w:tcW w:w="1764" w:type="dxa"/>
          </w:tcPr>
          <w:p w14:paraId="055AB40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241.0</w:t>
            </w:r>
          </w:p>
        </w:tc>
        <w:tc>
          <w:tcPr>
            <w:tcW w:w="1764" w:type="dxa"/>
          </w:tcPr>
          <w:p w14:paraId="03B8E934"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67D72B02"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764" w:type="dxa"/>
          </w:tcPr>
          <w:p w14:paraId="4499D1A1" w14:textId="77777777" w:rsidR="00F96DD6" w:rsidRPr="00AC736F" w:rsidRDefault="00F96DD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96DD6" w:rsidRPr="00AC736F" w14:paraId="193990B5"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4FE4511E" w14:textId="77777777" w:rsidR="00F96DD6" w:rsidRPr="00AC736F" w:rsidRDefault="00000000">
            <w:pPr>
              <w:rPr>
                <w:rFonts w:asciiTheme="majorHAnsi" w:hAnsiTheme="majorHAnsi" w:cstheme="majorHAnsi"/>
              </w:rPr>
            </w:pPr>
            <w:r w:rsidRPr="00AC736F">
              <w:rPr>
                <w:rFonts w:asciiTheme="majorHAnsi" w:hAnsiTheme="majorHAnsi" w:cstheme="majorHAnsi"/>
                <w:sz w:val="13"/>
              </w:rPr>
              <w:t>LL enrichment across HVG clusters</w:t>
            </w:r>
          </w:p>
        </w:tc>
        <w:tc>
          <w:tcPr>
            <w:tcW w:w="1764" w:type="dxa"/>
          </w:tcPr>
          <w:p w14:paraId="0508D01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9.0</w:t>
            </w:r>
          </w:p>
        </w:tc>
        <w:tc>
          <w:tcPr>
            <w:tcW w:w="1764" w:type="dxa"/>
          </w:tcPr>
          <w:p w14:paraId="3E23637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0.1138075313807531</w:t>
            </w:r>
          </w:p>
        </w:tc>
        <w:tc>
          <w:tcPr>
            <w:tcW w:w="1764" w:type="dxa"/>
          </w:tcPr>
          <w:p w14:paraId="6EAC6C2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0.8401559972003038</w:t>
            </w:r>
          </w:p>
        </w:tc>
        <w:tc>
          <w:tcPr>
            <w:tcW w:w="1764" w:type="dxa"/>
          </w:tcPr>
          <w:p w14:paraId="67BEFC4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2390.0</w:t>
            </w:r>
          </w:p>
        </w:tc>
        <w:tc>
          <w:tcPr>
            <w:tcW w:w="1764" w:type="dxa"/>
          </w:tcPr>
          <w:p w14:paraId="24E0E212"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624DA1CE"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764" w:type="dxa"/>
          </w:tcPr>
          <w:p w14:paraId="574550CC" w14:textId="77777777" w:rsidR="00F96DD6" w:rsidRPr="00AC736F" w:rsidRDefault="00F96DD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50712720" w14:textId="77777777" w:rsidR="00F96DD6" w:rsidRPr="00AC736F" w:rsidRDefault="00000000">
      <w:pPr>
        <w:pStyle w:val="Heading2"/>
        <w:rPr>
          <w:rFonts w:cstheme="majorHAnsi"/>
          <w:color w:val="auto"/>
        </w:rPr>
      </w:pPr>
      <w:r w:rsidRPr="00AC736F">
        <w:rPr>
          <w:rFonts w:cstheme="majorHAnsi"/>
          <w:color w:val="auto"/>
        </w:rPr>
        <w:t>Supplementary Table 5 | Donor-level pathology and QNP statistics</w:t>
      </w:r>
    </w:p>
    <w:p w14:paraId="1FF6D962"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Reports donor-level pathology associations, QNP amyloid-plaque tests, joint amyloid/tau models and residual plaque analyses.</w:t>
      </w:r>
    </w:p>
    <w:tbl>
      <w:tblPr>
        <w:tblStyle w:val="PlainTable1"/>
        <w:tblW w:w="0" w:type="auto"/>
        <w:tblLook w:val="04A0" w:firstRow="1" w:lastRow="0" w:firstColumn="1" w:lastColumn="0" w:noHBand="0" w:noVBand="1"/>
      </w:tblPr>
      <w:tblGrid>
        <w:gridCol w:w="1749"/>
        <w:gridCol w:w="1743"/>
        <w:gridCol w:w="1761"/>
        <w:gridCol w:w="2060"/>
        <w:gridCol w:w="1758"/>
        <w:gridCol w:w="1758"/>
        <w:gridCol w:w="1741"/>
        <w:gridCol w:w="1758"/>
      </w:tblGrid>
      <w:tr w:rsidR="00F96DD6" w:rsidRPr="00AC736F" w14:paraId="4DF1D35B"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BFE4783"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450A4E4C"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level</w:t>
            </w:r>
          </w:p>
        </w:tc>
        <w:tc>
          <w:tcPr>
            <w:tcW w:w="1764" w:type="dxa"/>
          </w:tcPr>
          <w:p w14:paraId="376A8E0E"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pathology_variable</w:t>
            </w:r>
            <w:proofErr w:type="spellEnd"/>
          </w:p>
        </w:tc>
        <w:tc>
          <w:tcPr>
            <w:tcW w:w="1764" w:type="dxa"/>
          </w:tcPr>
          <w:p w14:paraId="0DD87DC4"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outcome</w:t>
            </w:r>
          </w:p>
        </w:tc>
        <w:tc>
          <w:tcPr>
            <w:tcW w:w="1764" w:type="dxa"/>
          </w:tcPr>
          <w:p w14:paraId="455D710A"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spearman_rho</w:t>
            </w:r>
            <w:proofErr w:type="spellEnd"/>
          </w:p>
        </w:tc>
        <w:tc>
          <w:tcPr>
            <w:tcW w:w="1764" w:type="dxa"/>
          </w:tcPr>
          <w:p w14:paraId="2CC6664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p_value</w:t>
            </w:r>
            <w:proofErr w:type="spellEnd"/>
          </w:p>
        </w:tc>
        <w:tc>
          <w:tcPr>
            <w:tcW w:w="1764" w:type="dxa"/>
          </w:tcPr>
          <w:p w14:paraId="524D6204"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w:t>
            </w:r>
          </w:p>
        </w:tc>
        <w:tc>
          <w:tcPr>
            <w:tcW w:w="1764" w:type="dxa"/>
          </w:tcPr>
          <w:p w14:paraId="7DB61934"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FDR</w:t>
            </w:r>
          </w:p>
        </w:tc>
      </w:tr>
      <w:tr w:rsidR="00F96DD6" w:rsidRPr="00AC736F" w14:paraId="3474E5E0"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1462073"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0A57C62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645A837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Cognitive_num</w:t>
            </w:r>
            <w:proofErr w:type="spellEnd"/>
          </w:p>
        </w:tc>
        <w:tc>
          <w:tcPr>
            <w:tcW w:w="1764" w:type="dxa"/>
          </w:tcPr>
          <w:p w14:paraId="7F7335C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mean_dam_activation_score</w:t>
            </w:r>
            <w:proofErr w:type="spellEnd"/>
          </w:p>
        </w:tc>
        <w:tc>
          <w:tcPr>
            <w:tcW w:w="1764" w:type="dxa"/>
          </w:tcPr>
          <w:p w14:paraId="01E2748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0.287713634975275</w:t>
            </w:r>
          </w:p>
        </w:tc>
        <w:tc>
          <w:tcPr>
            <w:tcW w:w="1764" w:type="dxa"/>
          </w:tcPr>
          <w:p w14:paraId="679C135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0.0079592851254454</w:t>
            </w:r>
          </w:p>
        </w:tc>
        <w:tc>
          <w:tcPr>
            <w:tcW w:w="1764" w:type="dxa"/>
          </w:tcPr>
          <w:p w14:paraId="699DC27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643A87B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0.0154579977068619</w:t>
            </w:r>
          </w:p>
        </w:tc>
      </w:tr>
      <w:tr w:rsidR="00F96DD6" w:rsidRPr="00AC736F" w14:paraId="547E57FA"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03A381EB"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32BBC90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691C9F6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CERAD_num</w:t>
            </w:r>
            <w:proofErr w:type="spellEnd"/>
          </w:p>
        </w:tc>
        <w:tc>
          <w:tcPr>
            <w:tcW w:w="1764" w:type="dxa"/>
          </w:tcPr>
          <w:p w14:paraId="0A1D498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mean_dam_activation_score</w:t>
            </w:r>
            <w:proofErr w:type="spellEnd"/>
          </w:p>
        </w:tc>
        <w:tc>
          <w:tcPr>
            <w:tcW w:w="1764" w:type="dxa"/>
          </w:tcPr>
          <w:p w14:paraId="2099AE1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0.2018330985040108</w:t>
            </w:r>
          </w:p>
        </w:tc>
        <w:tc>
          <w:tcPr>
            <w:tcW w:w="1764" w:type="dxa"/>
          </w:tcPr>
          <w:p w14:paraId="42B83BC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0.0656054162307244</w:t>
            </w:r>
          </w:p>
        </w:tc>
        <w:tc>
          <w:tcPr>
            <w:tcW w:w="1764" w:type="dxa"/>
          </w:tcPr>
          <w:p w14:paraId="30D9836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2392DEE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0.0850440580768649</w:t>
            </w:r>
          </w:p>
        </w:tc>
      </w:tr>
      <w:tr w:rsidR="00F96DD6" w:rsidRPr="00AC736F" w14:paraId="2903368A"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0E01E8AA"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7A47893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2568CDF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Braak_num</w:t>
            </w:r>
            <w:proofErr w:type="spellEnd"/>
          </w:p>
        </w:tc>
        <w:tc>
          <w:tcPr>
            <w:tcW w:w="1764" w:type="dxa"/>
          </w:tcPr>
          <w:p w14:paraId="40B155D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mean_dam_activation_score</w:t>
            </w:r>
            <w:proofErr w:type="spellEnd"/>
          </w:p>
        </w:tc>
        <w:tc>
          <w:tcPr>
            <w:tcW w:w="1764" w:type="dxa"/>
          </w:tcPr>
          <w:p w14:paraId="6E37EBC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0.1962672583650392</w:t>
            </w:r>
          </w:p>
        </w:tc>
        <w:tc>
          <w:tcPr>
            <w:tcW w:w="1764" w:type="dxa"/>
          </w:tcPr>
          <w:p w14:paraId="725D321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0.0735645152645473</w:t>
            </w:r>
          </w:p>
        </w:tc>
        <w:tc>
          <w:tcPr>
            <w:tcW w:w="1764" w:type="dxa"/>
          </w:tcPr>
          <w:p w14:paraId="7C57A5D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49825BA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0.090078756738079</w:t>
            </w:r>
          </w:p>
        </w:tc>
      </w:tr>
      <w:tr w:rsidR="00F96DD6" w:rsidRPr="00AC736F" w14:paraId="15DE6A00"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7B50254B"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4CB3B44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2518797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Overall_AD_change_num</w:t>
            </w:r>
            <w:proofErr w:type="spellEnd"/>
          </w:p>
        </w:tc>
        <w:tc>
          <w:tcPr>
            <w:tcW w:w="1764" w:type="dxa"/>
          </w:tcPr>
          <w:p w14:paraId="36F78F8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mean_dam_activation_score</w:t>
            </w:r>
            <w:proofErr w:type="spellEnd"/>
          </w:p>
        </w:tc>
        <w:tc>
          <w:tcPr>
            <w:tcW w:w="1764" w:type="dxa"/>
          </w:tcPr>
          <w:p w14:paraId="5249558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0.149166463722759</w:t>
            </w:r>
          </w:p>
        </w:tc>
        <w:tc>
          <w:tcPr>
            <w:tcW w:w="1764" w:type="dxa"/>
          </w:tcPr>
          <w:p w14:paraId="6263EE9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0.1756603404983686</w:t>
            </w:r>
          </w:p>
        </w:tc>
        <w:tc>
          <w:tcPr>
            <w:tcW w:w="1764" w:type="dxa"/>
          </w:tcPr>
          <w:p w14:paraId="2EC4238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3594506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0.1863064217406939</w:t>
            </w:r>
          </w:p>
        </w:tc>
      </w:tr>
      <w:tr w:rsidR="00F96DD6" w:rsidRPr="00AC736F" w14:paraId="1ECB7C79"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109533E8"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46F4FDB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3FB5EBF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Thal_num</w:t>
            </w:r>
            <w:proofErr w:type="spellEnd"/>
          </w:p>
        </w:tc>
        <w:tc>
          <w:tcPr>
            <w:tcW w:w="1764" w:type="dxa"/>
          </w:tcPr>
          <w:p w14:paraId="412A02B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mean_dam_activation_score</w:t>
            </w:r>
            <w:proofErr w:type="spellEnd"/>
          </w:p>
        </w:tc>
        <w:tc>
          <w:tcPr>
            <w:tcW w:w="1764" w:type="dxa"/>
          </w:tcPr>
          <w:p w14:paraId="03B7628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0.1415103731231109</w:t>
            </w:r>
          </w:p>
        </w:tc>
        <w:tc>
          <w:tcPr>
            <w:tcW w:w="1764" w:type="dxa"/>
          </w:tcPr>
          <w:p w14:paraId="2D4C91E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0.1991409649923992</w:t>
            </w:r>
          </w:p>
        </w:tc>
        <w:tc>
          <w:tcPr>
            <w:tcW w:w="1764" w:type="dxa"/>
          </w:tcPr>
          <w:p w14:paraId="6D869DE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6065070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0.204998052198058</w:t>
            </w:r>
          </w:p>
        </w:tc>
      </w:tr>
      <w:tr w:rsidR="00F96DD6" w:rsidRPr="00AC736F" w14:paraId="57D020E8"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7F72FB21"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791924A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549F609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CERAD_num</w:t>
            </w:r>
            <w:proofErr w:type="spellEnd"/>
          </w:p>
        </w:tc>
        <w:tc>
          <w:tcPr>
            <w:tcW w:w="1764" w:type="dxa"/>
          </w:tcPr>
          <w:p w14:paraId="0149B04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mean_homeostatic_identity_score</w:t>
            </w:r>
            <w:proofErr w:type="spellEnd"/>
          </w:p>
        </w:tc>
        <w:tc>
          <w:tcPr>
            <w:tcW w:w="1764" w:type="dxa"/>
          </w:tcPr>
          <w:p w14:paraId="02FBDCA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-0.2043520433096718</w:t>
            </w:r>
          </w:p>
        </w:tc>
        <w:tc>
          <w:tcPr>
            <w:tcW w:w="1764" w:type="dxa"/>
          </w:tcPr>
          <w:p w14:paraId="134C8BC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0.0622399828900787</w:t>
            </w:r>
          </w:p>
        </w:tc>
        <w:tc>
          <w:tcPr>
            <w:tcW w:w="1764" w:type="dxa"/>
          </w:tcPr>
          <w:p w14:paraId="7A9AE42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232EDC8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0.083784592352029</w:t>
            </w:r>
          </w:p>
        </w:tc>
      </w:tr>
      <w:tr w:rsidR="00F96DD6" w:rsidRPr="00AC736F" w14:paraId="6C58468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668B3EA5"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06EF1C0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1E131B7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Braak_num</w:t>
            </w:r>
            <w:proofErr w:type="spellEnd"/>
          </w:p>
        </w:tc>
        <w:tc>
          <w:tcPr>
            <w:tcW w:w="1764" w:type="dxa"/>
          </w:tcPr>
          <w:p w14:paraId="5E10DBA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mean_homeostatic_identity_score</w:t>
            </w:r>
            <w:proofErr w:type="spellEnd"/>
          </w:p>
        </w:tc>
        <w:tc>
          <w:tcPr>
            <w:tcW w:w="1764" w:type="dxa"/>
          </w:tcPr>
          <w:p w14:paraId="47C6629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-0.1955550281581141</w:t>
            </w:r>
          </w:p>
        </w:tc>
        <w:tc>
          <w:tcPr>
            <w:tcW w:w="1764" w:type="dxa"/>
          </w:tcPr>
          <w:p w14:paraId="20C1100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0.0746366841544083</w:t>
            </w:r>
          </w:p>
        </w:tc>
        <w:tc>
          <w:tcPr>
            <w:tcW w:w="1764" w:type="dxa"/>
          </w:tcPr>
          <w:p w14:paraId="29918A5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4F75916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0.090078756738079</w:t>
            </w:r>
          </w:p>
        </w:tc>
      </w:tr>
      <w:tr w:rsidR="00F96DD6" w:rsidRPr="00AC736F" w14:paraId="173AE0FE"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1195A925" w14:textId="77777777" w:rsidR="00F96DD6" w:rsidRPr="00AC736F" w:rsidRDefault="00000000">
            <w:pPr>
              <w:rPr>
                <w:rFonts w:asciiTheme="majorHAnsi" w:hAnsiTheme="majorHAnsi" w:cstheme="majorHAnsi"/>
              </w:rPr>
            </w:pPr>
            <w:r w:rsidRPr="00AC736F">
              <w:rPr>
                <w:rFonts w:asciiTheme="majorHAnsi" w:hAnsiTheme="majorHAnsi" w:cstheme="majorHAnsi"/>
                <w:sz w:val="13"/>
              </w:rPr>
              <w:t>Donor-level pathology associations</w:t>
            </w:r>
          </w:p>
        </w:tc>
        <w:tc>
          <w:tcPr>
            <w:tcW w:w="1764" w:type="dxa"/>
          </w:tcPr>
          <w:p w14:paraId="3586A1A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donor</w:t>
            </w:r>
          </w:p>
        </w:tc>
        <w:tc>
          <w:tcPr>
            <w:tcW w:w="1764" w:type="dxa"/>
          </w:tcPr>
          <w:p w14:paraId="08F503E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Cognitive_num</w:t>
            </w:r>
            <w:proofErr w:type="spellEnd"/>
          </w:p>
        </w:tc>
        <w:tc>
          <w:tcPr>
            <w:tcW w:w="1764" w:type="dxa"/>
          </w:tcPr>
          <w:p w14:paraId="3AA456A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mean_homeostatic_identity_score</w:t>
            </w:r>
            <w:proofErr w:type="spellEnd"/>
          </w:p>
        </w:tc>
        <w:tc>
          <w:tcPr>
            <w:tcW w:w="1764" w:type="dxa"/>
          </w:tcPr>
          <w:p w14:paraId="4D9DA11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-0.1836261083289297</w:t>
            </w:r>
          </w:p>
        </w:tc>
        <w:tc>
          <w:tcPr>
            <w:tcW w:w="1764" w:type="dxa"/>
          </w:tcPr>
          <w:p w14:paraId="333A717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0.0945256131344723</w:t>
            </w:r>
          </w:p>
        </w:tc>
        <w:tc>
          <w:tcPr>
            <w:tcW w:w="1764" w:type="dxa"/>
          </w:tcPr>
          <w:p w14:paraId="6420725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w:t>
            </w:r>
          </w:p>
        </w:tc>
        <w:tc>
          <w:tcPr>
            <w:tcW w:w="1764" w:type="dxa"/>
          </w:tcPr>
          <w:p w14:paraId="4BD0759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0.1085757121285062</w:t>
            </w:r>
          </w:p>
        </w:tc>
      </w:tr>
    </w:tbl>
    <w:p w14:paraId="48D63548" w14:textId="77777777" w:rsidR="00F96DD6" w:rsidRPr="00AC736F" w:rsidRDefault="00000000">
      <w:pPr>
        <w:pStyle w:val="Heading2"/>
        <w:rPr>
          <w:rFonts w:cstheme="majorHAnsi"/>
          <w:color w:val="auto"/>
        </w:rPr>
      </w:pPr>
      <w:r w:rsidRPr="00AC736F">
        <w:rPr>
          <w:rFonts w:cstheme="majorHAnsi"/>
          <w:color w:val="auto"/>
        </w:rPr>
        <w:t>Supplementary Table 6 | Robustness and specificity controls</w:t>
      </w:r>
    </w:p>
    <w:p w14:paraId="5CC6F028"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Combines residual specificity, strict microglia robustness, anti-circularity, random-gene-set, leave-one-gene and scoring-method controls.</w:t>
      </w:r>
    </w:p>
    <w:tbl>
      <w:tblPr>
        <w:tblStyle w:val="PlainTable1"/>
        <w:tblW w:w="0" w:type="auto"/>
        <w:tblLook w:val="04A0" w:firstRow="1" w:lastRow="0" w:firstColumn="1" w:lastColumn="0" w:noHBand="0" w:noVBand="1"/>
      </w:tblPr>
      <w:tblGrid>
        <w:gridCol w:w="1690"/>
        <w:gridCol w:w="1694"/>
        <w:gridCol w:w="1764"/>
        <w:gridCol w:w="2231"/>
        <w:gridCol w:w="1735"/>
        <w:gridCol w:w="1741"/>
        <w:gridCol w:w="1738"/>
        <w:gridCol w:w="1735"/>
      </w:tblGrid>
      <w:tr w:rsidR="00F96DD6" w:rsidRPr="00AC736F" w14:paraId="4F569006"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6F8290A"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094B3DC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Dataset</w:t>
            </w:r>
          </w:p>
        </w:tc>
        <w:tc>
          <w:tcPr>
            <w:tcW w:w="1764" w:type="dxa"/>
          </w:tcPr>
          <w:p w14:paraId="268E9AC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Axis</w:t>
            </w:r>
          </w:p>
        </w:tc>
        <w:tc>
          <w:tcPr>
            <w:tcW w:w="1764" w:type="dxa"/>
          </w:tcPr>
          <w:p w14:paraId="47D535D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Target</w:t>
            </w:r>
          </w:p>
        </w:tc>
        <w:tc>
          <w:tcPr>
            <w:tcW w:w="1764" w:type="dxa"/>
          </w:tcPr>
          <w:p w14:paraId="59802A23"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Residual_AUC</w:t>
            </w:r>
            <w:proofErr w:type="spellEnd"/>
          </w:p>
        </w:tc>
        <w:tc>
          <w:tcPr>
            <w:tcW w:w="1764" w:type="dxa"/>
          </w:tcPr>
          <w:p w14:paraId="24DD6C2A"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Residual_Spearman</w:t>
            </w:r>
            <w:proofErr w:type="spellEnd"/>
          </w:p>
        </w:tc>
        <w:tc>
          <w:tcPr>
            <w:tcW w:w="1764" w:type="dxa"/>
          </w:tcPr>
          <w:p w14:paraId="5D8B4CD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p_value</w:t>
            </w:r>
            <w:proofErr w:type="spellEnd"/>
          </w:p>
        </w:tc>
        <w:tc>
          <w:tcPr>
            <w:tcW w:w="1764" w:type="dxa"/>
          </w:tcPr>
          <w:p w14:paraId="4410B0AC"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R2_known_states</w:t>
            </w:r>
          </w:p>
        </w:tc>
      </w:tr>
      <w:tr w:rsidR="00F96DD6" w:rsidRPr="00AC736F" w14:paraId="1CBF2D1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6E01257"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1D2C7D7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4ED6A46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lipid_lysosome_axis</w:t>
            </w:r>
            <w:proofErr w:type="spellEnd"/>
          </w:p>
        </w:tc>
        <w:tc>
          <w:tcPr>
            <w:tcW w:w="1764" w:type="dxa"/>
          </w:tcPr>
          <w:p w14:paraId="1B6E29F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target_LL_remodeled</w:t>
            </w:r>
            <w:proofErr w:type="spellEnd"/>
          </w:p>
        </w:tc>
        <w:tc>
          <w:tcPr>
            <w:tcW w:w="1764" w:type="dxa"/>
          </w:tcPr>
          <w:p w14:paraId="6C4D7A3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0.8102098332399008</w:t>
            </w:r>
          </w:p>
        </w:tc>
        <w:tc>
          <w:tcPr>
            <w:tcW w:w="1764" w:type="dxa"/>
          </w:tcPr>
          <w:p w14:paraId="73568FB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0.3673782450462776</w:t>
            </w:r>
          </w:p>
        </w:tc>
        <w:tc>
          <w:tcPr>
            <w:tcW w:w="1764" w:type="dxa"/>
          </w:tcPr>
          <w:p w14:paraId="5AD4ED9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35ABD96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0.6428348090297311</w:t>
            </w:r>
          </w:p>
        </w:tc>
      </w:tr>
      <w:tr w:rsidR="00F96DD6" w:rsidRPr="00AC736F" w14:paraId="53FDEFD8"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6D309BF2"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7CDB8AA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0D62E65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lipid_lysosome_axis</w:t>
            </w:r>
            <w:proofErr w:type="spellEnd"/>
          </w:p>
        </w:tc>
        <w:tc>
          <w:tcPr>
            <w:tcW w:w="1764" w:type="dxa"/>
          </w:tcPr>
          <w:p w14:paraId="262B379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target_LD_signature_high_remodeled</w:t>
            </w:r>
            <w:proofErr w:type="spellEnd"/>
          </w:p>
        </w:tc>
        <w:tc>
          <w:tcPr>
            <w:tcW w:w="1764" w:type="dxa"/>
          </w:tcPr>
          <w:p w14:paraId="6300D7E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0.6780987037651061</w:t>
            </w:r>
          </w:p>
        </w:tc>
        <w:tc>
          <w:tcPr>
            <w:tcW w:w="1764" w:type="dxa"/>
          </w:tcPr>
          <w:p w14:paraId="326875C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0.1279625381042005</w:t>
            </w:r>
          </w:p>
        </w:tc>
        <w:tc>
          <w:tcPr>
            <w:tcW w:w="1764" w:type="dxa"/>
          </w:tcPr>
          <w:p w14:paraId="6C7BA64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5EA751E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0.6428348090297311</w:t>
            </w:r>
          </w:p>
        </w:tc>
      </w:tr>
      <w:tr w:rsidR="00F96DD6" w:rsidRPr="00AC736F" w14:paraId="43D26DD7"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FE72502"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71839B0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60DEA16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LD_signature_lysosomal_axis</w:t>
            </w:r>
            <w:proofErr w:type="spellEnd"/>
          </w:p>
        </w:tc>
        <w:tc>
          <w:tcPr>
            <w:tcW w:w="1764" w:type="dxa"/>
          </w:tcPr>
          <w:p w14:paraId="57E2A1B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target_LL_remodeled</w:t>
            </w:r>
            <w:proofErr w:type="spellEnd"/>
          </w:p>
        </w:tc>
        <w:tc>
          <w:tcPr>
            <w:tcW w:w="1764" w:type="dxa"/>
          </w:tcPr>
          <w:p w14:paraId="2C61E2C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0.7380491604073152</w:t>
            </w:r>
          </w:p>
        </w:tc>
        <w:tc>
          <w:tcPr>
            <w:tcW w:w="1764" w:type="dxa"/>
          </w:tcPr>
          <w:p w14:paraId="4245160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0.2819191181256684</w:t>
            </w:r>
          </w:p>
        </w:tc>
        <w:tc>
          <w:tcPr>
            <w:tcW w:w="1764" w:type="dxa"/>
          </w:tcPr>
          <w:p w14:paraId="6F6BC7F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14E22C8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0.4709911082944974</w:t>
            </w:r>
          </w:p>
        </w:tc>
      </w:tr>
      <w:tr w:rsidR="00F96DD6" w:rsidRPr="00AC736F" w14:paraId="02375890"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7ACC992F"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161D963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081966E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LD_signature_lysosomal_axis</w:t>
            </w:r>
            <w:proofErr w:type="spellEnd"/>
          </w:p>
        </w:tc>
        <w:tc>
          <w:tcPr>
            <w:tcW w:w="1764" w:type="dxa"/>
          </w:tcPr>
          <w:p w14:paraId="518C422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target_LD_signature_high_remodeled</w:t>
            </w:r>
            <w:proofErr w:type="spellEnd"/>
          </w:p>
        </w:tc>
        <w:tc>
          <w:tcPr>
            <w:tcW w:w="1764" w:type="dxa"/>
          </w:tcPr>
          <w:p w14:paraId="0CD243B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0.6898766799495448</w:t>
            </w:r>
          </w:p>
        </w:tc>
        <w:tc>
          <w:tcPr>
            <w:tcW w:w="1764" w:type="dxa"/>
          </w:tcPr>
          <w:p w14:paraId="797C4E6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0.1364249224382218</w:t>
            </w:r>
          </w:p>
        </w:tc>
        <w:tc>
          <w:tcPr>
            <w:tcW w:w="1764" w:type="dxa"/>
          </w:tcPr>
          <w:p w14:paraId="30D94CA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1B5E0D7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0.4709911082944974</w:t>
            </w:r>
          </w:p>
        </w:tc>
      </w:tr>
      <w:tr w:rsidR="00F96DD6" w:rsidRPr="00AC736F" w14:paraId="4C64EE79"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204D46FC"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4FA8EDA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1EB190F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remodeling_continuum</w:t>
            </w:r>
            <w:proofErr w:type="spellEnd"/>
          </w:p>
        </w:tc>
        <w:tc>
          <w:tcPr>
            <w:tcW w:w="1764" w:type="dxa"/>
          </w:tcPr>
          <w:p w14:paraId="1D13D64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target_LL_remodeled</w:t>
            </w:r>
            <w:proofErr w:type="spellEnd"/>
          </w:p>
        </w:tc>
        <w:tc>
          <w:tcPr>
            <w:tcW w:w="1764" w:type="dxa"/>
          </w:tcPr>
          <w:p w14:paraId="1D11687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0.7727870220159593</w:t>
            </w:r>
          </w:p>
        </w:tc>
        <w:tc>
          <w:tcPr>
            <w:tcW w:w="1764" w:type="dxa"/>
          </w:tcPr>
          <w:p w14:paraId="3FE1A04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0.3230588023641149</w:t>
            </w:r>
          </w:p>
        </w:tc>
        <w:tc>
          <w:tcPr>
            <w:tcW w:w="1764" w:type="dxa"/>
          </w:tcPr>
          <w:p w14:paraId="4DCEB81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0E78D3E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0.6452332439445021</w:t>
            </w:r>
          </w:p>
        </w:tc>
      </w:tr>
      <w:tr w:rsidR="00F96DD6" w:rsidRPr="00AC736F" w14:paraId="5E59E2C2"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571D7757"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2078273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764" w:type="dxa"/>
          </w:tcPr>
          <w:p w14:paraId="3C851DF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remodeling_continuum</w:t>
            </w:r>
            <w:proofErr w:type="spellEnd"/>
          </w:p>
        </w:tc>
        <w:tc>
          <w:tcPr>
            <w:tcW w:w="1764" w:type="dxa"/>
          </w:tcPr>
          <w:p w14:paraId="59DB039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target_LD_signature_high_remodeled</w:t>
            </w:r>
            <w:proofErr w:type="spellEnd"/>
          </w:p>
        </w:tc>
        <w:tc>
          <w:tcPr>
            <w:tcW w:w="1764" w:type="dxa"/>
          </w:tcPr>
          <w:p w14:paraId="42258B8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0.6770910088870333</w:t>
            </w:r>
          </w:p>
        </w:tc>
        <w:tc>
          <w:tcPr>
            <w:tcW w:w="1764" w:type="dxa"/>
          </w:tcPr>
          <w:p w14:paraId="356775F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0.1272385168769418</w:t>
            </w:r>
          </w:p>
        </w:tc>
        <w:tc>
          <w:tcPr>
            <w:tcW w:w="1764" w:type="dxa"/>
          </w:tcPr>
          <w:p w14:paraId="5D24709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w:t>
            </w:r>
          </w:p>
        </w:tc>
        <w:tc>
          <w:tcPr>
            <w:tcW w:w="1764" w:type="dxa"/>
          </w:tcPr>
          <w:p w14:paraId="5A00737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0.6452332439445021</w:t>
            </w:r>
          </w:p>
        </w:tc>
      </w:tr>
      <w:tr w:rsidR="00F96DD6" w:rsidRPr="00AC736F" w14:paraId="24F4C6DA"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395D2077"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44B355F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GSE146639</w:t>
            </w:r>
          </w:p>
        </w:tc>
        <w:tc>
          <w:tcPr>
            <w:tcW w:w="1764" w:type="dxa"/>
          </w:tcPr>
          <w:p w14:paraId="2EF5AB5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lipid_lysosome_axis</w:t>
            </w:r>
            <w:proofErr w:type="spellEnd"/>
          </w:p>
        </w:tc>
        <w:tc>
          <w:tcPr>
            <w:tcW w:w="1764" w:type="dxa"/>
          </w:tcPr>
          <w:p w14:paraId="21B9F9F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target_LL_remodeled</w:t>
            </w:r>
            <w:proofErr w:type="spellEnd"/>
          </w:p>
        </w:tc>
        <w:tc>
          <w:tcPr>
            <w:tcW w:w="1764" w:type="dxa"/>
          </w:tcPr>
          <w:p w14:paraId="76B6A99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0.8771330070489733</w:t>
            </w:r>
          </w:p>
        </w:tc>
        <w:tc>
          <w:tcPr>
            <w:tcW w:w="1764" w:type="dxa"/>
          </w:tcPr>
          <w:p w14:paraId="5895805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0.4408769575478093</w:t>
            </w:r>
          </w:p>
        </w:tc>
        <w:tc>
          <w:tcPr>
            <w:tcW w:w="1764" w:type="dxa"/>
          </w:tcPr>
          <w:p w14:paraId="7A696C2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6.591963275478956e-253</w:t>
            </w:r>
          </w:p>
        </w:tc>
        <w:tc>
          <w:tcPr>
            <w:tcW w:w="1764" w:type="dxa"/>
          </w:tcPr>
          <w:p w14:paraId="39664F1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0.4577165257041476</w:t>
            </w:r>
          </w:p>
        </w:tc>
      </w:tr>
      <w:tr w:rsidR="00F96DD6" w:rsidRPr="00AC736F" w14:paraId="3D6FA5BB"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5D7D5416" w14:textId="77777777" w:rsidR="00F96DD6" w:rsidRPr="00AC736F" w:rsidRDefault="00000000">
            <w:pPr>
              <w:rPr>
                <w:rFonts w:asciiTheme="majorHAnsi" w:hAnsiTheme="majorHAnsi" w:cstheme="majorHAnsi"/>
              </w:rPr>
            </w:pPr>
            <w:r w:rsidRPr="00AC736F">
              <w:rPr>
                <w:rFonts w:asciiTheme="majorHAnsi" w:hAnsiTheme="majorHAnsi" w:cstheme="majorHAnsi"/>
                <w:sz w:val="13"/>
              </w:rPr>
              <w:t>Residual specificity</w:t>
            </w:r>
          </w:p>
        </w:tc>
        <w:tc>
          <w:tcPr>
            <w:tcW w:w="1764" w:type="dxa"/>
          </w:tcPr>
          <w:p w14:paraId="2C0FC75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GSE146639</w:t>
            </w:r>
          </w:p>
        </w:tc>
        <w:tc>
          <w:tcPr>
            <w:tcW w:w="1764" w:type="dxa"/>
          </w:tcPr>
          <w:p w14:paraId="745FAF18"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lipid_lysosome_axis</w:t>
            </w:r>
            <w:proofErr w:type="spellEnd"/>
          </w:p>
        </w:tc>
        <w:tc>
          <w:tcPr>
            <w:tcW w:w="1764" w:type="dxa"/>
          </w:tcPr>
          <w:p w14:paraId="15CD1F0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spellStart"/>
            <w:r w:rsidRPr="00AC736F">
              <w:rPr>
                <w:rFonts w:asciiTheme="majorHAnsi" w:hAnsiTheme="majorHAnsi" w:cstheme="majorHAnsi"/>
                <w:sz w:val="13"/>
              </w:rPr>
              <w:t>target_LD_signature_high_remodeled</w:t>
            </w:r>
            <w:proofErr w:type="spellEnd"/>
          </w:p>
        </w:tc>
        <w:tc>
          <w:tcPr>
            <w:tcW w:w="1764" w:type="dxa"/>
          </w:tcPr>
          <w:p w14:paraId="792C64B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0.8083440601463328</w:t>
            </w:r>
          </w:p>
        </w:tc>
        <w:tc>
          <w:tcPr>
            <w:tcW w:w="1764" w:type="dxa"/>
          </w:tcPr>
          <w:p w14:paraId="3720FFD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0.2181760347384899</w:t>
            </w:r>
          </w:p>
        </w:tc>
        <w:tc>
          <w:tcPr>
            <w:tcW w:w="1764" w:type="dxa"/>
          </w:tcPr>
          <w:p w14:paraId="0803FE6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1.429458501270758e-58</w:t>
            </w:r>
          </w:p>
        </w:tc>
        <w:tc>
          <w:tcPr>
            <w:tcW w:w="1764" w:type="dxa"/>
          </w:tcPr>
          <w:p w14:paraId="1C427AD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0.4577165257041476</w:t>
            </w:r>
          </w:p>
        </w:tc>
      </w:tr>
    </w:tbl>
    <w:p w14:paraId="7F35DB09" w14:textId="77777777" w:rsidR="00F96DD6" w:rsidRPr="00AC736F" w:rsidRDefault="00000000">
      <w:pPr>
        <w:pStyle w:val="Heading2"/>
        <w:rPr>
          <w:rFonts w:cstheme="majorHAnsi"/>
          <w:color w:val="auto"/>
        </w:rPr>
      </w:pPr>
      <w:r w:rsidRPr="00AC736F">
        <w:rPr>
          <w:rFonts w:cstheme="majorHAnsi"/>
          <w:color w:val="auto"/>
        </w:rPr>
        <w:t>Supplementary Table 7 | Cross-dataset conservation</w:t>
      </w:r>
    </w:p>
    <w:p w14:paraId="5020DBE2"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Provides dataset-level burden, external score validation, human-mouse program conservation, marker conservation and ortholog coverage.</w:t>
      </w:r>
    </w:p>
    <w:tbl>
      <w:tblPr>
        <w:tblStyle w:val="PlainTable1"/>
        <w:tblW w:w="0" w:type="auto"/>
        <w:tblLook w:val="04A0" w:firstRow="1" w:lastRow="0" w:firstColumn="1" w:lastColumn="0" w:noHBand="0" w:noVBand="1"/>
      </w:tblPr>
      <w:tblGrid>
        <w:gridCol w:w="1603"/>
        <w:gridCol w:w="1628"/>
        <w:gridCol w:w="1602"/>
        <w:gridCol w:w="1588"/>
        <w:gridCol w:w="1597"/>
        <w:gridCol w:w="1746"/>
        <w:gridCol w:w="2686"/>
        <w:gridCol w:w="1878"/>
      </w:tblGrid>
      <w:tr w:rsidR="00F96DD6" w:rsidRPr="00AC736F" w14:paraId="67F612A2"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dxa"/>
          </w:tcPr>
          <w:p w14:paraId="17A0516F"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632" w:type="dxa"/>
          </w:tcPr>
          <w:p w14:paraId="7C60CB1D"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Dataset</w:t>
            </w:r>
          </w:p>
        </w:tc>
        <w:tc>
          <w:tcPr>
            <w:tcW w:w="1606" w:type="dxa"/>
          </w:tcPr>
          <w:p w14:paraId="285D15C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Cells</w:t>
            </w:r>
          </w:p>
        </w:tc>
        <w:tc>
          <w:tcPr>
            <w:tcW w:w="1592" w:type="dxa"/>
          </w:tcPr>
          <w:p w14:paraId="1619C2C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Donors</w:t>
            </w:r>
          </w:p>
        </w:tc>
        <w:tc>
          <w:tcPr>
            <w:tcW w:w="1601" w:type="dxa"/>
          </w:tcPr>
          <w:p w14:paraId="7551D7F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Regions</w:t>
            </w:r>
          </w:p>
        </w:tc>
        <w:tc>
          <w:tcPr>
            <w:tcW w:w="1746" w:type="dxa"/>
          </w:tcPr>
          <w:p w14:paraId="5FD79EE9"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LL_remodeled_percent</w:t>
            </w:r>
            <w:proofErr w:type="spellEnd"/>
          </w:p>
        </w:tc>
        <w:tc>
          <w:tcPr>
            <w:tcW w:w="2665" w:type="dxa"/>
          </w:tcPr>
          <w:p w14:paraId="6DF82BAE"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LD_signature_high_remodeled_percent</w:t>
            </w:r>
            <w:proofErr w:type="spellEnd"/>
          </w:p>
        </w:tc>
        <w:tc>
          <w:tcPr>
            <w:tcW w:w="1878" w:type="dxa"/>
          </w:tcPr>
          <w:p w14:paraId="64B0A6A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Available_program_scores</w:t>
            </w:r>
            <w:proofErr w:type="spellEnd"/>
          </w:p>
        </w:tc>
      </w:tr>
      <w:tr w:rsidR="00F96DD6" w:rsidRPr="00AC736F" w14:paraId="54A1194C"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dxa"/>
          </w:tcPr>
          <w:p w14:paraId="6635B301" w14:textId="77777777" w:rsidR="00F96DD6" w:rsidRPr="00AC736F" w:rsidRDefault="00000000">
            <w:pPr>
              <w:rPr>
                <w:rFonts w:asciiTheme="majorHAnsi" w:hAnsiTheme="majorHAnsi" w:cstheme="majorHAnsi"/>
              </w:rPr>
            </w:pPr>
            <w:r w:rsidRPr="00AC736F">
              <w:rPr>
                <w:rFonts w:asciiTheme="majorHAnsi" w:hAnsiTheme="majorHAnsi" w:cstheme="majorHAnsi"/>
                <w:sz w:val="13"/>
              </w:rPr>
              <w:t>Dataset summary</w:t>
            </w:r>
          </w:p>
        </w:tc>
        <w:tc>
          <w:tcPr>
            <w:tcW w:w="1632" w:type="dxa"/>
          </w:tcPr>
          <w:p w14:paraId="35212B9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SEA-AD</w:t>
            </w:r>
          </w:p>
        </w:tc>
        <w:tc>
          <w:tcPr>
            <w:tcW w:w="1606" w:type="dxa"/>
          </w:tcPr>
          <w:p w14:paraId="549328B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236044.0</w:t>
            </w:r>
          </w:p>
        </w:tc>
        <w:tc>
          <w:tcPr>
            <w:tcW w:w="1592" w:type="dxa"/>
          </w:tcPr>
          <w:p w14:paraId="2C8D9F9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84.0</w:t>
            </w:r>
          </w:p>
        </w:tc>
        <w:tc>
          <w:tcPr>
            <w:tcW w:w="1601" w:type="dxa"/>
          </w:tcPr>
          <w:p w14:paraId="502F422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10.0</w:t>
            </w:r>
          </w:p>
        </w:tc>
        <w:tc>
          <w:tcPr>
            <w:tcW w:w="1746" w:type="dxa"/>
          </w:tcPr>
          <w:p w14:paraId="4009F97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13.340733083662368</w:t>
            </w:r>
          </w:p>
        </w:tc>
        <w:tc>
          <w:tcPr>
            <w:tcW w:w="2665" w:type="dxa"/>
          </w:tcPr>
          <w:p w14:paraId="59B4D4A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4.446911027887456</w:t>
            </w:r>
          </w:p>
        </w:tc>
        <w:tc>
          <w:tcPr>
            <w:tcW w:w="1878" w:type="dxa"/>
          </w:tcPr>
          <w:p w14:paraId="094FC76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r>
      <w:tr w:rsidR="00F96DD6" w:rsidRPr="00AC736F" w14:paraId="576F30C1" w14:textId="77777777" w:rsidTr="001E7759">
        <w:tc>
          <w:tcPr>
            <w:cnfStyle w:val="001000000000" w:firstRow="0" w:lastRow="0" w:firstColumn="1" w:lastColumn="0" w:oddVBand="0" w:evenVBand="0" w:oddHBand="0" w:evenHBand="0" w:firstRowFirstColumn="0" w:firstRowLastColumn="0" w:lastRowFirstColumn="0" w:lastRowLastColumn="0"/>
            <w:tcW w:w="1608" w:type="dxa"/>
          </w:tcPr>
          <w:p w14:paraId="43546DDF" w14:textId="77777777" w:rsidR="00F96DD6" w:rsidRPr="00AC736F" w:rsidRDefault="00000000">
            <w:pPr>
              <w:rPr>
                <w:rFonts w:asciiTheme="majorHAnsi" w:hAnsiTheme="majorHAnsi" w:cstheme="majorHAnsi"/>
              </w:rPr>
            </w:pPr>
            <w:r w:rsidRPr="00AC736F">
              <w:rPr>
                <w:rFonts w:asciiTheme="majorHAnsi" w:hAnsiTheme="majorHAnsi" w:cstheme="majorHAnsi"/>
                <w:sz w:val="13"/>
              </w:rPr>
              <w:t>Dataset summary</w:t>
            </w:r>
          </w:p>
        </w:tc>
        <w:tc>
          <w:tcPr>
            <w:tcW w:w="1632" w:type="dxa"/>
          </w:tcPr>
          <w:p w14:paraId="1907E81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GSE146639</w:t>
            </w:r>
          </w:p>
        </w:tc>
        <w:tc>
          <w:tcPr>
            <w:tcW w:w="1606" w:type="dxa"/>
          </w:tcPr>
          <w:p w14:paraId="5F60942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5341.0</w:t>
            </w:r>
          </w:p>
        </w:tc>
        <w:tc>
          <w:tcPr>
            <w:tcW w:w="1592" w:type="dxa"/>
          </w:tcPr>
          <w:p w14:paraId="17205A1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2.0</w:t>
            </w:r>
          </w:p>
        </w:tc>
        <w:tc>
          <w:tcPr>
            <w:tcW w:w="1601" w:type="dxa"/>
          </w:tcPr>
          <w:p w14:paraId="4F2BCCA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46" w:type="dxa"/>
          </w:tcPr>
          <w:p w14:paraId="5E56653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13.10615989515072</w:t>
            </w:r>
          </w:p>
        </w:tc>
        <w:tc>
          <w:tcPr>
            <w:tcW w:w="2665" w:type="dxa"/>
          </w:tcPr>
          <w:p w14:paraId="33763E0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4.36247893652874</w:t>
            </w:r>
          </w:p>
        </w:tc>
        <w:tc>
          <w:tcPr>
            <w:tcW w:w="1878" w:type="dxa"/>
          </w:tcPr>
          <w:p w14:paraId="5A35A7B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r>
      <w:tr w:rsidR="00F96DD6" w:rsidRPr="00AC736F" w14:paraId="78831BE8"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dxa"/>
          </w:tcPr>
          <w:p w14:paraId="5FAE34D4" w14:textId="77777777" w:rsidR="00F96DD6" w:rsidRPr="00AC736F" w:rsidRDefault="00000000">
            <w:pPr>
              <w:rPr>
                <w:rFonts w:asciiTheme="majorHAnsi" w:hAnsiTheme="majorHAnsi" w:cstheme="majorHAnsi"/>
              </w:rPr>
            </w:pPr>
            <w:r w:rsidRPr="00AC736F">
              <w:rPr>
                <w:rFonts w:asciiTheme="majorHAnsi" w:hAnsiTheme="majorHAnsi" w:cstheme="majorHAnsi"/>
                <w:sz w:val="13"/>
              </w:rPr>
              <w:t>Dataset summary</w:t>
            </w:r>
          </w:p>
        </w:tc>
        <w:tc>
          <w:tcPr>
            <w:tcW w:w="1632" w:type="dxa"/>
          </w:tcPr>
          <w:p w14:paraId="392D854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Olah</w:t>
            </w:r>
          </w:p>
        </w:tc>
        <w:tc>
          <w:tcPr>
            <w:tcW w:w="1606" w:type="dxa"/>
          </w:tcPr>
          <w:p w14:paraId="225DD91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16245.0</w:t>
            </w:r>
          </w:p>
        </w:tc>
        <w:tc>
          <w:tcPr>
            <w:tcW w:w="1592" w:type="dxa"/>
          </w:tcPr>
          <w:p w14:paraId="055E365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17.0</w:t>
            </w:r>
          </w:p>
        </w:tc>
        <w:tc>
          <w:tcPr>
            <w:tcW w:w="1601" w:type="dxa"/>
          </w:tcPr>
          <w:p w14:paraId="0A56E85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46" w:type="dxa"/>
          </w:tcPr>
          <w:p w14:paraId="431D2C4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12.539242843951987</w:t>
            </w:r>
          </w:p>
        </w:tc>
        <w:tc>
          <w:tcPr>
            <w:tcW w:w="2665" w:type="dxa"/>
          </w:tcPr>
          <w:p w14:paraId="51394AC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4.179747614650662</w:t>
            </w:r>
          </w:p>
        </w:tc>
        <w:tc>
          <w:tcPr>
            <w:tcW w:w="1878" w:type="dxa"/>
          </w:tcPr>
          <w:p w14:paraId="1DF5C49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r>
      <w:tr w:rsidR="00F96DD6" w:rsidRPr="00AC736F" w14:paraId="4360472F" w14:textId="77777777" w:rsidTr="001E7759">
        <w:tc>
          <w:tcPr>
            <w:cnfStyle w:val="001000000000" w:firstRow="0" w:lastRow="0" w:firstColumn="1" w:lastColumn="0" w:oddVBand="0" w:evenVBand="0" w:oddHBand="0" w:evenHBand="0" w:firstRowFirstColumn="0" w:firstRowLastColumn="0" w:lastRowFirstColumn="0" w:lastRowLastColumn="0"/>
            <w:tcW w:w="1608" w:type="dxa"/>
          </w:tcPr>
          <w:p w14:paraId="58D291AF" w14:textId="77777777" w:rsidR="00F96DD6" w:rsidRPr="00AC736F" w:rsidRDefault="00000000">
            <w:pPr>
              <w:rPr>
                <w:rFonts w:asciiTheme="majorHAnsi" w:hAnsiTheme="majorHAnsi" w:cstheme="majorHAnsi"/>
              </w:rPr>
            </w:pPr>
            <w:r w:rsidRPr="00AC736F">
              <w:rPr>
                <w:rFonts w:asciiTheme="majorHAnsi" w:hAnsiTheme="majorHAnsi" w:cstheme="majorHAnsi"/>
                <w:sz w:val="13"/>
              </w:rPr>
              <w:t>Dataset summary</w:t>
            </w:r>
          </w:p>
        </w:tc>
        <w:tc>
          <w:tcPr>
            <w:tcW w:w="1632" w:type="dxa"/>
          </w:tcPr>
          <w:p w14:paraId="212BD0E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GSE98969</w:t>
            </w:r>
          </w:p>
        </w:tc>
        <w:tc>
          <w:tcPr>
            <w:tcW w:w="1606" w:type="dxa"/>
          </w:tcPr>
          <w:p w14:paraId="28F9D7B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37248.0</w:t>
            </w:r>
          </w:p>
        </w:tc>
        <w:tc>
          <w:tcPr>
            <w:tcW w:w="1592" w:type="dxa"/>
          </w:tcPr>
          <w:p w14:paraId="13D5E20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97.0</w:t>
            </w:r>
          </w:p>
        </w:tc>
        <w:tc>
          <w:tcPr>
            <w:tcW w:w="1601" w:type="dxa"/>
          </w:tcPr>
          <w:p w14:paraId="0F4DBA48"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46" w:type="dxa"/>
          </w:tcPr>
          <w:p w14:paraId="33F0206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15.216924398625428</w:t>
            </w:r>
          </w:p>
        </w:tc>
        <w:tc>
          <w:tcPr>
            <w:tcW w:w="2665" w:type="dxa"/>
          </w:tcPr>
          <w:p w14:paraId="1E186E8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5.07141323024055</w:t>
            </w:r>
          </w:p>
        </w:tc>
        <w:tc>
          <w:tcPr>
            <w:tcW w:w="1878" w:type="dxa"/>
          </w:tcPr>
          <w:p w14:paraId="2A56149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r>
      <w:tr w:rsidR="00F96DD6" w:rsidRPr="00AC736F" w14:paraId="744B0741"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8" w:type="dxa"/>
          </w:tcPr>
          <w:p w14:paraId="5F97B29C" w14:textId="77777777" w:rsidR="00F96DD6" w:rsidRPr="00AC736F" w:rsidRDefault="00000000">
            <w:pPr>
              <w:rPr>
                <w:rFonts w:asciiTheme="majorHAnsi" w:hAnsiTheme="majorHAnsi" w:cstheme="majorHAnsi"/>
              </w:rPr>
            </w:pPr>
            <w:r w:rsidRPr="00AC736F">
              <w:rPr>
                <w:rFonts w:asciiTheme="majorHAnsi" w:hAnsiTheme="majorHAnsi" w:cstheme="majorHAnsi"/>
                <w:sz w:val="13"/>
              </w:rPr>
              <w:t>Dataset summary</w:t>
            </w:r>
          </w:p>
        </w:tc>
        <w:tc>
          <w:tcPr>
            <w:tcW w:w="1632" w:type="dxa"/>
          </w:tcPr>
          <w:p w14:paraId="59ABF10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GSE140510</w:t>
            </w:r>
          </w:p>
        </w:tc>
        <w:tc>
          <w:tcPr>
            <w:tcW w:w="1606" w:type="dxa"/>
          </w:tcPr>
          <w:p w14:paraId="344A51A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90647.0</w:t>
            </w:r>
          </w:p>
        </w:tc>
        <w:tc>
          <w:tcPr>
            <w:tcW w:w="1592" w:type="dxa"/>
          </w:tcPr>
          <w:p w14:paraId="222BC27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12.0</w:t>
            </w:r>
          </w:p>
        </w:tc>
        <w:tc>
          <w:tcPr>
            <w:tcW w:w="1601" w:type="dxa"/>
          </w:tcPr>
          <w:p w14:paraId="03D05C0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w:t>
            </w:r>
          </w:p>
        </w:tc>
        <w:tc>
          <w:tcPr>
            <w:tcW w:w="1746" w:type="dxa"/>
          </w:tcPr>
          <w:p w14:paraId="6B67114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12.467042483479872</w:t>
            </w:r>
          </w:p>
        </w:tc>
        <w:tc>
          <w:tcPr>
            <w:tcW w:w="2665" w:type="dxa"/>
          </w:tcPr>
          <w:p w14:paraId="6C0E5BA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4.154577647357331</w:t>
            </w:r>
          </w:p>
        </w:tc>
        <w:tc>
          <w:tcPr>
            <w:tcW w:w="1878" w:type="dxa"/>
          </w:tcPr>
          <w:p w14:paraId="7DDF22E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15.0</w:t>
            </w:r>
          </w:p>
        </w:tc>
      </w:tr>
    </w:tbl>
    <w:p w14:paraId="7D6234E2" w14:textId="77777777" w:rsidR="00F96DD6" w:rsidRPr="00AC736F" w:rsidRDefault="00000000">
      <w:pPr>
        <w:pStyle w:val="Heading2"/>
        <w:rPr>
          <w:rFonts w:cstheme="majorHAnsi"/>
          <w:color w:val="auto"/>
        </w:rPr>
      </w:pPr>
      <w:r w:rsidRPr="00AC736F">
        <w:rPr>
          <w:rFonts w:cstheme="majorHAnsi"/>
          <w:color w:val="auto"/>
        </w:rPr>
        <w:t xml:space="preserve">Supplementary Table 8 | </w:t>
      </w:r>
      <w:proofErr w:type="spellStart"/>
      <w:r w:rsidRPr="00AC736F">
        <w:rPr>
          <w:rFonts w:cstheme="majorHAnsi"/>
          <w:color w:val="auto"/>
        </w:rPr>
        <w:t>GeoMx</w:t>
      </w:r>
      <w:proofErr w:type="spellEnd"/>
      <w:r w:rsidRPr="00AC736F">
        <w:rPr>
          <w:rFonts w:cstheme="majorHAnsi"/>
          <w:color w:val="auto"/>
        </w:rPr>
        <w:t xml:space="preserve"> and </w:t>
      </w:r>
      <w:proofErr w:type="spellStart"/>
      <w:r w:rsidRPr="00AC736F">
        <w:rPr>
          <w:rFonts w:cstheme="majorHAnsi"/>
          <w:color w:val="auto"/>
        </w:rPr>
        <w:t>STARmap</w:t>
      </w:r>
      <w:proofErr w:type="spellEnd"/>
      <w:r w:rsidRPr="00AC736F">
        <w:rPr>
          <w:rFonts w:cstheme="majorHAnsi"/>
          <w:color w:val="auto"/>
        </w:rPr>
        <w:t xml:space="preserve"> spatial validation statistics</w:t>
      </w:r>
    </w:p>
    <w:p w14:paraId="3B93AE13"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 xml:space="preserve">Reports </w:t>
      </w:r>
      <w:proofErr w:type="spellStart"/>
      <w:r w:rsidRPr="00AC736F">
        <w:rPr>
          <w:rFonts w:asciiTheme="majorHAnsi" w:hAnsiTheme="majorHAnsi" w:cstheme="majorHAnsi"/>
          <w:sz w:val="18"/>
        </w:rPr>
        <w:t>GeoMx</w:t>
      </w:r>
      <w:proofErr w:type="spellEnd"/>
      <w:r w:rsidRPr="00AC736F">
        <w:rPr>
          <w:rFonts w:asciiTheme="majorHAnsi" w:hAnsiTheme="majorHAnsi" w:cstheme="majorHAnsi"/>
          <w:sz w:val="18"/>
        </w:rPr>
        <w:t xml:space="preserve"> plaque-zone summaries, pairwise zone tests, gene coverage, </w:t>
      </w:r>
      <w:proofErr w:type="spellStart"/>
      <w:r w:rsidRPr="00AC736F">
        <w:rPr>
          <w:rFonts w:asciiTheme="majorHAnsi" w:hAnsiTheme="majorHAnsi" w:cstheme="majorHAnsi"/>
          <w:sz w:val="18"/>
        </w:rPr>
        <w:t>STARmap</w:t>
      </w:r>
      <w:proofErr w:type="spellEnd"/>
      <w:r w:rsidRPr="00AC736F">
        <w:rPr>
          <w:rFonts w:asciiTheme="majorHAnsi" w:hAnsiTheme="majorHAnsi" w:cstheme="majorHAnsi"/>
          <w:sz w:val="18"/>
        </w:rPr>
        <w:t xml:space="preserve"> proximity effects and </w:t>
      </w:r>
      <w:proofErr w:type="spellStart"/>
      <w:r w:rsidRPr="00AC736F">
        <w:rPr>
          <w:rFonts w:asciiTheme="majorHAnsi" w:hAnsiTheme="majorHAnsi" w:cstheme="majorHAnsi"/>
          <w:sz w:val="18"/>
        </w:rPr>
        <w:t>STARmap</w:t>
      </w:r>
      <w:proofErr w:type="spellEnd"/>
      <w:r w:rsidRPr="00AC736F">
        <w:rPr>
          <w:rFonts w:asciiTheme="majorHAnsi" w:hAnsiTheme="majorHAnsi" w:cstheme="majorHAnsi"/>
          <w:sz w:val="18"/>
        </w:rPr>
        <w:t xml:space="preserve"> distance correlations.</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764"/>
      </w:tblGrid>
      <w:tr w:rsidR="00F96DD6" w:rsidRPr="00AC736F" w14:paraId="3C541267"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2B89DF01"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633CE381"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ROI_zone</w:t>
            </w:r>
            <w:proofErr w:type="spellEnd"/>
          </w:p>
        </w:tc>
        <w:tc>
          <w:tcPr>
            <w:tcW w:w="1764" w:type="dxa"/>
          </w:tcPr>
          <w:p w14:paraId="31F0CA4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Zone label</w:t>
            </w:r>
          </w:p>
        </w:tc>
        <w:tc>
          <w:tcPr>
            <w:tcW w:w="1764" w:type="dxa"/>
          </w:tcPr>
          <w:p w14:paraId="7D8C7CF3"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N_ROIs</w:t>
            </w:r>
          </w:p>
        </w:tc>
        <w:tc>
          <w:tcPr>
            <w:tcW w:w="1764" w:type="dxa"/>
          </w:tcPr>
          <w:p w14:paraId="11A265D9"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Mean_LL_score</w:t>
            </w:r>
            <w:proofErr w:type="spellEnd"/>
          </w:p>
        </w:tc>
        <w:tc>
          <w:tcPr>
            <w:tcW w:w="1764" w:type="dxa"/>
          </w:tcPr>
          <w:p w14:paraId="1E29FB2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Mean_lipid_score</w:t>
            </w:r>
            <w:proofErr w:type="spellEnd"/>
          </w:p>
        </w:tc>
        <w:tc>
          <w:tcPr>
            <w:tcW w:w="1764" w:type="dxa"/>
          </w:tcPr>
          <w:p w14:paraId="4B946E97"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Mean_lysosome_score</w:t>
            </w:r>
            <w:proofErr w:type="spellEnd"/>
          </w:p>
        </w:tc>
        <w:tc>
          <w:tcPr>
            <w:tcW w:w="1764" w:type="dxa"/>
          </w:tcPr>
          <w:p w14:paraId="186380E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Mean_DAM_LAM_score</w:t>
            </w:r>
            <w:proofErr w:type="spellEnd"/>
          </w:p>
        </w:tc>
      </w:tr>
      <w:tr w:rsidR="00F96DD6" w:rsidRPr="00AC736F" w14:paraId="0AAF61CE"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0052CB05"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plaque-zone summary</w:t>
            </w:r>
          </w:p>
        </w:tc>
        <w:tc>
          <w:tcPr>
            <w:tcW w:w="1764" w:type="dxa"/>
          </w:tcPr>
          <w:p w14:paraId="03432AE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w:t>
            </w:r>
          </w:p>
        </w:tc>
        <w:tc>
          <w:tcPr>
            <w:tcW w:w="1764" w:type="dxa"/>
          </w:tcPr>
          <w:p w14:paraId="42D0A5B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Plaque ROI (P)</w:t>
            </w:r>
          </w:p>
        </w:tc>
        <w:tc>
          <w:tcPr>
            <w:tcW w:w="1764" w:type="dxa"/>
          </w:tcPr>
          <w:p w14:paraId="597283F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65.0</w:t>
            </w:r>
          </w:p>
        </w:tc>
        <w:tc>
          <w:tcPr>
            <w:tcW w:w="1764" w:type="dxa"/>
          </w:tcPr>
          <w:p w14:paraId="193D3F2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0.2560366019807656</w:t>
            </w:r>
          </w:p>
        </w:tc>
        <w:tc>
          <w:tcPr>
            <w:tcW w:w="1764" w:type="dxa"/>
          </w:tcPr>
          <w:p w14:paraId="5DAC52E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0.2305439999559425</w:t>
            </w:r>
          </w:p>
        </w:tc>
        <w:tc>
          <w:tcPr>
            <w:tcW w:w="1764" w:type="dxa"/>
          </w:tcPr>
          <w:p w14:paraId="36F5F17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0.2815292040055888</w:t>
            </w:r>
          </w:p>
        </w:tc>
        <w:tc>
          <w:tcPr>
            <w:tcW w:w="1764" w:type="dxa"/>
          </w:tcPr>
          <w:p w14:paraId="143D31E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0.5547063893780237</w:t>
            </w:r>
          </w:p>
        </w:tc>
      </w:tr>
      <w:tr w:rsidR="00F96DD6" w:rsidRPr="00AC736F" w14:paraId="4AE1668E"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0547BFE1"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plaque-zone summary</w:t>
            </w:r>
          </w:p>
        </w:tc>
        <w:tc>
          <w:tcPr>
            <w:tcW w:w="1764" w:type="dxa"/>
          </w:tcPr>
          <w:p w14:paraId="2C98DC61"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PP</w:t>
            </w:r>
          </w:p>
        </w:tc>
        <w:tc>
          <w:tcPr>
            <w:tcW w:w="1764" w:type="dxa"/>
          </w:tcPr>
          <w:p w14:paraId="7F4B2D3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Plaque-proximal (PP)</w:t>
            </w:r>
          </w:p>
        </w:tc>
        <w:tc>
          <w:tcPr>
            <w:tcW w:w="1764" w:type="dxa"/>
          </w:tcPr>
          <w:p w14:paraId="02123E6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74.0</w:t>
            </w:r>
          </w:p>
        </w:tc>
        <w:tc>
          <w:tcPr>
            <w:tcW w:w="1764" w:type="dxa"/>
          </w:tcPr>
          <w:p w14:paraId="10F0712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-0.1351381516378382</w:t>
            </w:r>
          </w:p>
        </w:tc>
        <w:tc>
          <w:tcPr>
            <w:tcW w:w="1764" w:type="dxa"/>
          </w:tcPr>
          <w:p w14:paraId="73318B1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-0.093129011487661</w:t>
            </w:r>
          </w:p>
        </w:tc>
        <w:tc>
          <w:tcPr>
            <w:tcW w:w="1764" w:type="dxa"/>
          </w:tcPr>
          <w:p w14:paraId="4EB1920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-0.1771472917880154</w:t>
            </w:r>
          </w:p>
        </w:tc>
        <w:tc>
          <w:tcPr>
            <w:tcW w:w="1764" w:type="dxa"/>
          </w:tcPr>
          <w:p w14:paraId="0D3BD18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-0.1979137265268714</w:t>
            </w:r>
          </w:p>
        </w:tc>
      </w:tr>
      <w:tr w:rsidR="00F96DD6" w:rsidRPr="00AC736F" w14:paraId="60F2AA80"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42838DE"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GeoMx</w:t>
            </w:r>
            <w:proofErr w:type="spellEnd"/>
            <w:r w:rsidRPr="00AC736F">
              <w:rPr>
                <w:rFonts w:asciiTheme="majorHAnsi" w:hAnsiTheme="majorHAnsi" w:cstheme="majorHAnsi"/>
                <w:sz w:val="13"/>
              </w:rPr>
              <w:t xml:space="preserve"> plaque-zone summary</w:t>
            </w:r>
          </w:p>
        </w:tc>
        <w:tc>
          <w:tcPr>
            <w:tcW w:w="1764" w:type="dxa"/>
          </w:tcPr>
          <w:p w14:paraId="561A69F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A</w:t>
            </w:r>
          </w:p>
        </w:tc>
        <w:tc>
          <w:tcPr>
            <w:tcW w:w="1764" w:type="dxa"/>
          </w:tcPr>
          <w:p w14:paraId="4E6060A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Plaque-distant (A)</w:t>
            </w:r>
          </w:p>
        </w:tc>
        <w:tc>
          <w:tcPr>
            <w:tcW w:w="1764" w:type="dxa"/>
          </w:tcPr>
          <w:p w14:paraId="6269CA4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76.0</w:t>
            </w:r>
          </w:p>
        </w:tc>
        <w:tc>
          <w:tcPr>
            <w:tcW w:w="1764" w:type="dxa"/>
          </w:tcPr>
          <w:p w14:paraId="0F81E22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-0.0873967882572325</w:t>
            </w:r>
          </w:p>
        </w:tc>
        <w:tc>
          <w:tcPr>
            <w:tcW w:w="1764" w:type="dxa"/>
          </w:tcPr>
          <w:p w14:paraId="04CED72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-0.1064975414085438</w:t>
            </w:r>
          </w:p>
        </w:tc>
        <w:tc>
          <w:tcPr>
            <w:tcW w:w="1764" w:type="dxa"/>
          </w:tcPr>
          <w:p w14:paraId="0E1FCD5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-0.0682960351059212</w:t>
            </w:r>
          </w:p>
        </w:tc>
        <w:tc>
          <w:tcPr>
            <w:tcW w:w="1764" w:type="dxa"/>
          </w:tcPr>
          <w:p w14:paraId="7515D0A8"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-0.2817144677181988</w:t>
            </w:r>
          </w:p>
        </w:tc>
      </w:tr>
    </w:tbl>
    <w:p w14:paraId="5883D8E0" w14:textId="77777777" w:rsidR="00F96DD6" w:rsidRPr="00AC736F" w:rsidRDefault="00000000">
      <w:pPr>
        <w:pStyle w:val="Heading2"/>
        <w:rPr>
          <w:rFonts w:cstheme="majorHAnsi"/>
          <w:color w:val="auto"/>
        </w:rPr>
      </w:pPr>
      <w:r w:rsidRPr="00AC736F">
        <w:rPr>
          <w:rFonts w:cstheme="majorHAnsi"/>
          <w:color w:val="auto"/>
        </w:rPr>
        <w:t xml:space="preserve">Supplementary Table 9 | </w:t>
      </w:r>
      <w:proofErr w:type="spellStart"/>
      <w:r w:rsidRPr="00AC736F">
        <w:rPr>
          <w:rFonts w:cstheme="majorHAnsi"/>
          <w:color w:val="auto"/>
        </w:rPr>
        <w:t>GeoMx</w:t>
      </w:r>
      <w:proofErr w:type="spellEnd"/>
      <w:r w:rsidRPr="00AC736F">
        <w:rPr>
          <w:rFonts w:cstheme="majorHAnsi"/>
          <w:color w:val="auto"/>
        </w:rPr>
        <w:t xml:space="preserve"> plaque-zone DEG follow-up</w:t>
      </w:r>
    </w:p>
    <w:p w14:paraId="5523E430" w14:textId="77777777" w:rsidR="00F96DD6" w:rsidRPr="00AC736F" w:rsidRDefault="00000000">
      <w:pPr>
        <w:spacing w:after="120" w:line="259" w:lineRule="auto"/>
        <w:rPr>
          <w:rFonts w:asciiTheme="majorHAnsi" w:hAnsiTheme="majorHAnsi" w:cstheme="majorHAnsi"/>
        </w:rPr>
      </w:pPr>
      <w:r w:rsidRPr="00AC736F">
        <w:rPr>
          <w:rFonts w:asciiTheme="majorHAnsi" w:hAnsiTheme="majorHAnsi" w:cstheme="majorHAnsi"/>
          <w:sz w:val="18"/>
        </w:rPr>
        <w:t xml:space="preserve">Lists significant genes and LL-gene annotations from </w:t>
      </w:r>
      <w:proofErr w:type="spellStart"/>
      <w:r w:rsidRPr="00AC736F">
        <w:rPr>
          <w:rFonts w:asciiTheme="majorHAnsi" w:hAnsiTheme="majorHAnsi" w:cstheme="majorHAnsi"/>
          <w:sz w:val="18"/>
        </w:rPr>
        <w:t>GeoMx</w:t>
      </w:r>
      <w:proofErr w:type="spellEnd"/>
      <w:r w:rsidRPr="00AC736F">
        <w:rPr>
          <w:rFonts w:asciiTheme="majorHAnsi" w:hAnsiTheme="majorHAnsi" w:cstheme="majorHAnsi"/>
          <w:sz w:val="18"/>
        </w:rPr>
        <w:t xml:space="preserve"> plaque-zone differential-expression comparisons.</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764"/>
      </w:tblGrid>
      <w:tr w:rsidR="00F96DD6" w:rsidRPr="00AC736F" w14:paraId="4D5350B6"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CF5E4F8"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Comparison</w:t>
            </w:r>
          </w:p>
        </w:tc>
        <w:tc>
          <w:tcPr>
            <w:tcW w:w="1764" w:type="dxa"/>
          </w:tcPr>
          <w:p w14:paraId="605DEEA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Significant genes in comparison</w:t>
            </w:r>
          </w:p>
        </w:tc>
        <w:tc>
          <w:tcPr>
            <w:tcW w:w="1764" w:type="dxa"/>
          </w:tcPr>
          <w:p w14:paraId="0E98B65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LL genes among significant</w:t>
            </w:r>
          </w:p>
        </w:tc>
        <w:tc>
          <w:tcPr>
            <w:tcW w:w="1764" w:type="dxa"/>
          </w:tcPr>
          <w:p w14:paraId="1396DF6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Unnamed: 0</w:t>
            </w:r>
          </w:p>
        </w:tc>
        <w:tc>
          <w:tcPr>
            <w:tcW w:w="1764" w:type="dxa"/>
          </w:tcPr>
          <w:p w14:paraId="1E0518B5"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logFC</w:t>
            </w:r>
            <w:proofErr w:type="spellEnd"/>
          </w:p>
        </w:tc>
        <w:tc>
          <w:tcPr>
            <w:tcW w:w="1764" w:type="dxa"/>
          </w:tcPr>
          <w:p w14:paraId="4491AAA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AveExpr</w:t>
            </w:r>
            <w:proofErr w:type="spellEnd"/>
          </w:p>
        </w:tc>
        <w:tc>
          <w:tcPr>
            <w:tcW w:w="1764" w:type="dxa"/>
          </w:tcPr>
          <w:p w14:paraId="234B91EC"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t</w:t>
            </w:r>
          </w:p>
        </w:tc>
        <w:tc>
          <w:tcPr>
            <w:tcW w:w="1764" w:type="dxa"/>
          </w:tcPr>
          <w:p w14:paraId="2529BD63"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proofErr w:type="gramStart"/>
            <w:r w:rsidRPr="00AC736F">
              <w:rPr>
                <w:rFonts w:asciiTheme="majorHAnsi" w:hAnsiTheme="majorHAnsi" w:cstheme="majorHAnsi"/>
                <w:sz w:val="15"/>
                <w:szCs w:val="24"/>
              </w:rPr>
              <w:t>P.Value</w:t>
            </w:r>
            <w:proofErr w:type="spellEnd"/>
            <w:proofErr w:type="gramEnd"/>
          </w:p>
        </w:tc>
      </w:tr>
      <w:tr w:rsidR="00F96DD6" w:rsidRPr="00AC736F" w14:paraId="1BCB954A"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104C367A"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56D2B06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6BC711B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4EFFD50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MBP</w:t>
            </w:r>
          </w:p>
        </w:tc>
        <w:tc>
          <w:tcPr>
            <w:tcW w:w="1764" w:type="dxa"/>
          </w:tcPr>
          <w:p w14:paraId="479C39E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-1.64734406843247</w:t>
            </w:r>
          </w:p>
        </w:tc>
        <w:tc>
          <w:tcPr>
            <w:tcW w:w="1764" w:type="dxa"/>
          </w:tcPr>
          <w:p w14:paraId="4F65E38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9.40997651759839</w:t>
            </w:r>
          </w:p>
        </w:tc>
        <w:tc>
          <w:tcPr>
            <w:tcW w:w="1764" w:type="dxa"/>
          </w:tcPr>
          <w:p w14:paraId="12D77E8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-9.42310647578008</w:t>
            </w:r>
          </w:p>
        </w:tc>
        <w:tc>
          <w:tcPr>
            <w:tcW w:w="1764" w:type="dxa"/>
          </w:tcPr>
          <w:p w14:paraId="701CCC03"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3.78638686297055e-18</w:t>
            </w:r>
          </w:p>
        </w:tc>
      </w:tr>
      <w:tr w:rsidR="00F96DD6" w:rsidRPr="00AC736F" w14:paraId="4188CF2D"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6C2AF7A5"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476B64E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7E0A1A5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64A0D56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MTURN</w:t>
            </w:r>
          </w:p>
        </w:tc>
        <w:tc>
          <w:tcPr>
            <w:tcW w:w="1764" w:type="dxa"/>
          </w:tcPr>
          <w:p w14:paraId="0927454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-0.635960801407739</w:t>
            </w:r>
          </w:p>
        </w:tc>
        <w:tc>
          <w:tcPr>
            <w:tcW w:w="1764" w:type="dxa"/>
          </w:tcPr>
          <w:p w14:paraId="4298A5F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7.88638442452542</w:t>
            </w:r>
          </w:p>
        </w:tc>
        <w:tc>
          <w:tcPr>
            <w:tcW w:w="1764" w:type="dxa"/>
          </w:tcPr>
          <w:p w14:paraId="7524601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-7.93416049923482</w:t>
            </w:r>
          </w:p>
        </w:tc>
        <w:tc>
          <w:tcPr>
            <w:tcW w:w="1764" w:type="dxa"/>
          </w:tcPr>
          <w:p w14:paraId="0F86CD9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7.99214037560693e-14</w:t>
            </w:r>
          </w:p>
        </w:tc>
      </w:tr>
      <w:tr w:rsidR="00F96DD6" w:rsidRPr="00AC736F" w14:paraId="1F63C2AA"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3880BE3A"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3E0E787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4C30F67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0D6C807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LAMP2</w:t>
            </w:r>
          </w:p>
        </w:tc>
        <w:tc>
          <w:tcPr>
            <w:tcW w:w="1764" w:type="dxa"/>
          </w:tcPr>
          <w:p w14:paraId="1688F60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-0.735950693584762</w:t>
            </w:r>
          </w:p>
        </w:tc>
        <w:tc>
          <w:tcPr>
            <w:tcW w:w="1764" w:type="dxa"/>
          </w:tcPr>
          <w:p w14:paraId="1F5419A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7.61349486563953</w:t>
            </w:r>
          </w:p>
        </w:tc>
        <w:tc>
          <w:tcPr>
            <w:tcW w:w="1764" w:type="dxa"/>
          </w:tcPr>
          <w:p w14:paraId="7868053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-7.7282059944467</w:t>
            </w:r>
          </w:p>
        </w:tc>
        <w:tc>
          <w:tcPr>
            <w:tcW w:w="1764" w:type="dxa"/>
          </w:tcPr>
          <w:p w14:paraId="499CCCA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2.94878048672824e-13</w:t>
            </w:r>
          </w:p>
        </w:tc>
      </w:tr>
      <w:tr w:rsidR="00F96DD6" w:rsidRPr="00AC736F" w14:paraId="70B7D19D"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512FBCBD"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2F68755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556ADD9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7FC449F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CRYAB</w:t>
            </w:r>
          </w:p>
        </w:tc>
        <w:tc>
          <w:tcPr>
            <w:tcW w:w="1764" w:type="dxa"/>
          </w:tcPr>
          <w:p w14:paraId="28566D9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-1.04199232793136</w:t>
            </w:r>
          </w:p>
        </w:tc>
        <w:tc>
          <w:tcPr>
            <w:tcW w:w="1764" w:type="dxa"/>
          </w:tcPr>
          <w:p w14:paraId="16B6D9D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8.66608338700333</w:t>
            </w:r>
          </w:p>
        </w:tc>
        <w:tc>
          <w:tcPr>
            <w:tcW w:w="1764" w:type="dxa"/>
          </w:tcPr>
          <w:p w14:paraId="7FD0492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-7.34898485461412</w:t>
            </w:r>
          </w:p>
        </w:tc>
        <w:tc>
          <w:tcPr>
            <w:tcW w:w="1764" w:type="dxa"/>
          </w:tcPr>
          <w:p w14:paraId="74941A0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3.09702933561403e-12</w:t>
            </w:r>
          </w:p>
        </w:tc>
      </w:tr>
      <w:tr w:rsidR="00F96DD6" w:rsidRPr="00AC736F" w14:paraId="65A1439C"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56F16819"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06336ED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7E30B75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2DF6D1D6"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PLP1</w:t>
            </w:r>
          </w:p>
        </w:tc>
        <w:tc>
          <w:tcPr>
            <w:tcW w:w="1764" w:type="dxa"/>
          </w:tcPr>
          <w:p w14:paraId="70DCC5F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-1.14962354010173</w:t>
            </w:r>
          </w:p>
        </w:tc>
        <w:tc>
          <w:tcPr>
            <w:tcW w:w="1764" w:type="dxa"/>
          </w:tcPr>
          <w:p w14:paraId="60A4BDD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7.94058949123442</w:t>
            </w:r>
          </w:p>
        </w:tc>
        <w:tc>
          <w:tcPr>
            <w:tcW w:w="1764" w:type="dxa"/>
          </w:tcPr>
          <w:p w14:paraId="2B15062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-6.82930327154162</w:t>
            </w:r>
          </w:p>
        </w:tc>
        <w:tc>
          <w:tcPr>
            <w:tcW w:w="1764" w:type="dxa"/>
          </w:tcPr>
          <w:p w14:paraId="6098EBF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6.911009194223539e-11</w:t>
            </w:r>
          </w:p>
        </w:tc>
      </w:tr>
      <w:tr w:rsidR="00F96DD6" w:rsidRPr="00AC736F" w14:paraId="3CABBD03"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76ABB28D"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33EDC73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4400ED9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72A7747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CLDND1</w:t>
            </w:r>
          </w:p>
        </w:tc>
        <w:tc>
          <w:tcPr>
            <w:tcW w:w="1764" w:type="dxa"/>
          </w:tcPr>
          <w:p w14:paraId="1D2B3B44"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-0.820969962517596</w:t>
            </w:r>
          </w:p>
        </w:tc>
        <w:tc>
          <w:tcPr>
            <w:tcW w:w="1764" w:type="dxa"/>
          </w:tcPr>
          <w:p w14:paraId="1E8D714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7.14121699899824</w:t>
            </w:r>
          </w:p>
        </w:tc>
        <w:tc>
          <w:tcPr>
            <w:tcW w:w="1764" w:type="dxa"/>
          </w:tcPr>
          <w:p w14:paraId="3340696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-6.58829147287225</w:t>
            </w:r>
          </w:p>
        </w:tc>
        <w:tc>
          <w:tcPr>
            <w:tcW w:w="1764" w:type="dxa"/>
          </w:tcPr>
          <w:p w14:paraId="49181A0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2.7773737163567003e-10</w:t>
            </w:r>
          </w:p>
        </w:tc>
      </w:tr>
      <w:tr w:rsidR="00F96DD6" w:rsidRPr="00AC736F" w14:paraId="100E5F02"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237EEB97"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5720CEF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20B145D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4BD0BD44"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SLC1A2</w:t>
            </w:r>
          </w:p>
        </w:tc>
        <w:tc>
          <w:tcPr>
            <w:tcW w:w="1764" w:type="dxa"/>
          </w:tcPr>
          <w:p w14:paraId="21F9BF15"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0.754112732674964</w:t>
            </w:r>
          </w:p>
        </w:tc>
        <w:tc>
          <w:tcPr>
            <w:tcW w:w="1764" w:type="dxa"/>
          </w:tcPr>
          <w:p w14:paraId="05245941"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8.04944114271763</w:t>
            </w:r>
          </w:p>
        </w:tc>
        <w:tc>
          <w:tcPr>
            <w:tcW w:w="1764" w:type="dxa"/>
          </w:tcPr>
          <w:p w14:paraId="5E80D72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6.55013790405142</w:t>
            </w:r>
          </w:p>
        </w:tc>
        <w:tc>
          <w:tcPr>
            <w:tcW w:w="1764" w:type="dxa"/>
          </w:tcPr>
          <w:p w14:paraId="0FCB948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3.45121069458662e-10</w:t>
            </w:r>
          </w:p>
        </w:tc>
      </w:tr>
      <w:tr w:rsidR="00F96DD6" w:rsidRPr="00AC736F" w14:paraId="44D015B7"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125F8049" w14:textId="77777777" w:rsidR="00F96DD6" w:rsidRPr="00AC736F" w:rsidRDefault="00000000">
            <w:pPr>
              <w:rPr>
                <w:rFonts w:asciiTheme="majorHAnsi" w:hAnsiTheme="majorHAnsi" w:cstheme="majorHAnsi"/>
              </w:rPr>
            </w:pPr>
            <w:proofErr w:type="spellStart"/>
            <w:r w:rsidRPr="00AC736F">
              <w:rPr>
                <w:rFonts w:asciiTheme="majorHAnsi" w:hAnsiTheme="majorHAnsi" w:cstheme="majorHAnsi"/>
                <w:sz w:val="13"/>
              </w:rPr>
              <w:t>PP_vs_A</w:t>
            </w:r>
            <w:proofErr w:type="spellEnd"/>
          </w:p>
        </w:tc>
        <w:tc>
          <w:tcPr>
            <w:tcW w:w="1764" w:type="dxa"/>
          </w:tcPr>
          <w:p w14:paraId="74C9189A"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176</w:t>
            </w:r>
          </w:p>
        </w:tc>
        <w:tc>
          <w:tcPr>
            <w:tcW w:w="1764" w:type="dxa"/>
          </w:tcPr>
          <w:p w14:paraId="61C1D2F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w:t>
            </w:r>
          </w:p>
        </w:tc>
        <w:tc>
          <w:tcPr>
            <w:tcW w:w="1764" w:type="dxa"/>
          </w:tcPr>
          <w:p w14:paraId="63C733D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QDPR</w:t>
            </w:r>
          </w:p>
        </w:tc>
        <w:tc>
          <w:tcPr>
            <w:tcW w:w="1764" w:type="dxa"/>
          </w:tcPr>
          <w:p w14:paraId="6C1D4880"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-0.75528820312578</w:t>
            </w:r>
          </w:p>
        </w:tc>
        <w:tc>
          <w:tcPr>
            <w:tcW w:w="1764" w:type="dxa"/>
          </w:tcPr>
          <w:p w14:paraId="3A733E93"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7.19872762280102</w:t>
            </w:r>
          </w:p>
        </w:tc>
        <w:tc>
          <w:tcPr>
            <w:tcW w:w="1764" w:type="dxa"/>
          </w:tcPr>
          <w:p w14:paraId="723472C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-6.52962105386201</w:t>
            </w:r>
          </w:p>
        </w:tc>
        <w:tc>
          <w:tcPr>
            <w:tcW w:w="1764" w:type="dxa"/>
          </w:tcPr>
          <w:p w14:paraId="61243347"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3.87750294998713e-10</w:t>
            </w:r>
          </w:p>
        </w:tc>
      </w:tr>
    </w:tbl>
    <w:p w14:paraId="7DDDEF09" w14:textId="77777777" w:rsidR="00F96DD6" w:rsidRPr="00AC736F" w:rsidRDefault="00000000">
      <w:pPr>
        <w:pStyle w:val="Heading2"/>
        <w:rPr>
          <w:rFonts w:cstheme="majorHAnsi"/>
          <w:color w:val="auto"/>
        </w:rPr>
      </w:pPr>
      <w:r w:rsidRPr="00AC736F">
        <w:rPr>
          <w:rFonts w:cstheme="majorHAnsi"/>
          <w:color w:val="auto"/>
        </w:rPr>
        <w:t>Supplementary Table 10 | CA-DGLLR model performance and candidate features</w:t>
      </w:r>
    </w:p>
    <w:p w14:paraId="46281924" w14:textId="77777777" w:rsidR="00F96DD6" w:rsidRPr="00AC736F" w:rsidRDefault="00000000">
      <w:pPr>
        <w:spacing w:after="120" w:line="259" w:lineRule="auto"/>
        <w:rPr>
          <w:rFonts w:asciiTheme="majorHAnsi" w:hAnsiTheme="majorHAnsi" w:cstheme="majorHAnsi"/>
          <w:sz w:val="18"/>
        </w:rPr>
      </w:pPr>
      <w:r w:rsidRPr="00AC736F">
        <w:rPr>
          <w:rFonts w:asciiTheme="majorHAnsi" w:hAnsiTheme="majorHAnsi" w:cstheme="majorHAnsi"/>
          <w:sz w:val="18"/>
        </w:rPr>
        <w:t>Contains full/non-circular model metrics, held-out validation summaries, feature attribution and perturbation-sensitivity rankings.</w:t>
      </w:r>
    </w:p>
    <w:tbl>
      <w:tblPr>
        <w:tblStyle w:val="PlainTable1"/>
        <w:tblW w:w="0" w:type="auto"/>
        <w:tblLook w:val="04A0" w:firstRow="1" w:lastRow="0" w:firstColumn="1" w:lastColumn="0" w:noHBand="0" w:noVBand="1"/>
      </w:tblPr>
      <w:tblGrid>
        <w:gridCol w:w="1764"/>
        <w:gridCol w:w="1764"/>
        <w:gridCol w:w="1764"/>
        <w:gridCol w:w="1764"/>
        <w:gridCol w:w="1764"/>
        <w:gridCol w:w="1764"/>
        <w:gridCol w:w="1764"/>
        <w:gridCol w:w="1764"/>
      </w:tblGrid>
      <w:tr w:rsidR="00F96DD6" w:rsidRPr="00AC736F" w14:paraId="3C55F9E2" w14:textId="77777777" w:rsidTr="001E7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0B595113" w14:textId="77777777" w:rsidR="00F96DD6" w:rsidRPr="00AC736F" w:rsidRDefault="00000000">
            <w:pPr>
              <w:rPr>
                <w:rFonts w:asciiTheme="majorHAnsi" w:hAnsiTheme="majorHAnsi" w:cstheme="majorHAnsi"/>
                <w:sz w:val="15"/>
                <w:szCs w:val="24"/>
              </w:rPr>
            </w:pPr>
            <w:r w:rsidRPr="00AC736F">
              <w:rPr>
                <w:rFonts w:asciiTheme="majorHAnsi" w:hAnsiTheme="majorHAnsi" w:cstheme="majorHAnsi"/>
                <w:sz w:val="15"/>
                <w:szCs w:val="24"/>
              </w:rPr>
              <w:t>Section</w:t>
            </w:r>
          </w:p>
        </w:tc>
        <w:tc>
          <w:tcPr>
            <w:tcW w:w="1764" w:type="dxa"/>
          </w:tcPr>
          <w:p w14:paraId="7C87F4F4"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Model</w:t>
            </w:r>
          </w:p>
        </w:tc>
        <w:tc>
          <w:tcPr>
            <w:tcW w:w="1764" w:type="dxa"/>
          </w:tcPr>
          <w:p w14:paraId="06CD378B"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Task</w:t>
            </w:r>
          </w:p>
        </w:tc>
        <w:tc>
          <w:tcPr>
            <w:tcW w:w="1764" w:type="dxa"/>
          </w:tcPr>
          <w:p w14:paraId="09D88F90"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n</w:t>
            </w:r>
          </w:p>
        </w:tc>
        <w:tc>
          <w:tcPr>
            <w:tcW w:w="1764" w:type="dxa"/>
          </w:tcPr>
          <w:p w14:paraId="54084667"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positive</w:t>
            </w:r>
          </w:p>
        </w:tc>
        <w:tc>
          <w:tcPr>
            <w:tcW w:w="1764" w:type="dxa"/>
          </w:tcPr>
          <w:p w14:paraId="5C81B502"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threshold</w:t>
            </w:r>
          </w:p>
        </w:tc>
        <w:tc>
          <w:tcPr>
            <w:tcW w:w="1764" w:type="dxa"/>
          </w:tcPr>
          <w:p w14:paraId="7709F486"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r w:rsidRPr="00AC736F">
              <w:rPr>
                <w:rFonts w:asciiTheme="majorHAnsi" w:hAnsiTheme="majorHAnsi" w:cstheme="majorHAnsi"/>
                <w:sz w:val="15"/>
                <w:szCs w:val="24"/>
              </w:rPr>
              <w:t>accuracy</w:t>
            </w:r>
          </w:p>
        </w:tc>
        <w:tc>
          <w:tcPr>
            <w:tcW w:w="1764" w:type="dxa"/>
          </w:tcPr>
          <w:p w14:paraId="53F6C0F9" w14:textId="77777777" w:rsidR="00F96DD6" w:rsidRPr="00AC736F" w:rsidRDefault="000000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5"/>
                <w:szCs w:val="24"/>
              </w:rPr>
            </w:pPr>
            <w:proofErr w:type="spellStart"/>
            <w:r w:rsidRPr="00AC736F">
              <w:rPr>
                <w:rFonts w:asciiTheme="majorHAnsi" w:hAnsiTheme="majorHAnsi" w:cstheme="majorHAnsi"/>
                <w:sz w:val="15"/>
                <w:szCs w:val="24"/>
              </w:rPr>
              <w:t>balanced_accuracy</w:t>
            </w:r>
            <w:proofErr w:type="spellEnd"/>
          </w:p>
        </w:tc>
      </w:tr>
      <w:tr w:rsidR="00F96DD6" w:rsidRPr="00AC736F" w14:paraId="06A9D60B"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49601C62" w14:textId="77777777" w:rsidR="00F96DD6" w:rsidRPr="00AC736F" w:rsidRDefault="00000000">
            <w:pPr>
              <w:rPr>
                <w:rFonts w:asciiTheme="majorHAnsi" w:hAnsiTheme="majorHAnsi" w:cstheme="majorHAnsi"/>
              </w:rPr>
            </w:pPr>
            <w:r w:rsidRPr="00AC736F">
              <w:rPr>
                <w:rFonts w:asciiTheme="majorHAnsi" w:hAnsiTheme="majorHAnsi" w:cstheme="majorHAnsi"/>
                <w:sz w:val="13"/>
              </w:rPr>
              <w:t>Model comparison</w:t>
            </w:r>
          </w:p>
        </w:tc>
        <w:tc>
          <w:tcPr>
            <w:tcW w:w="1764" w:type="dxa"/>
          </w:tcPr>
          <w:p w14:paraId="072DA7C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CA-DGLLR-full LL-remodeled</w:t>
            </w:r>
          </w:p>
        </w:tc>
        <w:tc>
          <w:tcPr>
            <w:tcW w:w="1764" w:type="dxa"/>
          </w:tcPr>
          <w:p w14:paraId="7D8B5942"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LL-remodeled</w:t>
            </w:r>
          </w:p>
        </w:tc>
        <w:tc>
          <w:tcPr>
            <w:tcW w:w="1764" w:type="dxa"/>
          </w:tcPr>
          <w:p w14:paraId="65EC277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30876.0</w:t>
            </w:r>
          </w:p>
        </w:tc>
        <w:tc>
          <w:tcPr>
            <w:tcW w:w="1764" w:type="dxa"/>
          </w:tcPr>
          <w:p w14:paraId="2FB409F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4368.0</w:t>
            </w:r>
          </w:p>
        </w:tc>
        <w:tc>
          <w:tcPr>
            <w:tcW w:w="1764" w:type="dxa"/>
          </w:tcPr>
          <w:p w14:paraId="28EFA9AB"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w:t>
            </w:r>
          </w:p>
        </w:tc>
        <w:tc>
          <w:tcPr>
            <w:tcW w:w="1764" w:type="dxa"/>
          </w:tcPr>
          <w:p w14:paraId="0D4CC38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0.9905752040419744</w:t>
            </w:r>
          </w:p>
        </w:tc>
        <w:tc>
          <w:tcPr>
            <w:tcW w:w="1764" w:type="dxa"/>
          </w:tcPr>
          <w:p w14:paraId="54F6445F"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0.9781623565434112</w:t>
            </w:r>
          </w:p>
        </w:tc>
      </w:tr>
      <w:tr w:rsidR="00F96DD6" w:rsidRPr="00AC736F" w14:paraId="187A2CCA"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3C851C31" w14:textId="77777777" w:rsidR="00F96DD6" w:rsidRPr="00AC736F" w:rsidRDefault="00000000">
            <w:pPr>
              <w:rPr>
                <w:rFonts w:asciiTheme="majorHAnsi" w:hAnsiTheme="majorHAnsi" w:cstheme="majorHAnsi"/>
              </w:rPr>
            </w:pPr>
            <w:r w:rsidRPr="00AC736F">
              <w:rPr>
                <w:rFonts w:asciiTheme="majorHAnsi" w:hAnsiTheme="majorHAnsi" w:cstheme="majorHAnsi"/>
                <w:sz w:val="13"/>
              </w:rPr>
              <w:t>Model comparison</w:t>
            </w:r>
          </w:p>
        </w:tc>
        <w:tc>
          <w:tcPr>
            <w:tcW w:w="1764" w:type="dxa"/>
          </w:tcPr>
          <w:p w14:paraId="5997667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CA-DGLLR-full LD-signature-high</w:t>
            </w:r>
          </w:p>
        </w:tc>
        <w:tc>
          <w:tcPr>
            <w:tcW w:w="1764" w:type="dxa"/>
          </w:tcPr>
          <w:p w14:paraId="20435EFE"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LD-signature-high</w:t>
            </w:r>
          </w:p>
        </w:tc>
        <w:tc>
          <w:tcPr>
            <w:tcW w:w="1764" w:type="dxa"/>
          </w:tcPr>
          <w:p w14:paraId="539FF5B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30876.0</w:t>
            </w:r>
          </w:p>
        </w:tc>
        <w:tc>
          <w:tcPr>
            <w:tcW w:w="1764" w:type="dxa"/>
          </w:tcPr>
          <w:p w14:paraId="3AA327BB"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1694.0</w:t>
            </w:r>
          </w:p>
        </w:tc>
        <w:tc>
          <w:tcPr>
            <w:tcW w:w="1764" w:type="dxa"/>
          </w:tcPr>
          <w:p w14:paraId="20380322"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w:t>
            </w:r>
          </w:p>
        </w:tc>
        <w:tc>
          <w:tcPr>
            <w:tcW w:w="1764" w:type="dxa"/>
          </w:tcPr>
          <w:p w14:paraId="1FDCECC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0.992226972405752</w:t>
            </w:r>
          </w:p>
        </w:tc>
        <w:tc>
          <w:tcPr>
            <w:tcW w:w="1764" w:type="dxa"/>
          </w:tcPr>
          <w:p w14:paraId="7974FF7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0.9577983775963852</w:t>
            </w:r>
          </w:p>
        </w:tc>
      </w:tr>
      <w:tr w:rsidR="00F96DD6" w:rsidRPr="00AC736F" w14:paraId="6F86E0FF" w14:textId="77777777" w:rsidTr="001E7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tcPr>
          <w:p w14:paraId="2214F4DC" w14:textId="77777777" w:rsidR="00F96DD6" w:rsidRPr="00AC736F" w:rsidRDefault="00000000">
            <w:pPr>
              <w:rPr>
                <w:rFonts w:asciiTheme="majorHAnsi" w:hAnsiTheme="majorHAnsi" w:cstheme="majorHAnsi"/>
              </w:rPr>
            </w:pPr>
            <w:r w:rsidRPr="00AC736F">
              <w:rPr>
                <w:rFonts w:asciiTheme="majorHAnsi" w:hAnsiTheme="majorHAnsi" w:cstheme="majorHAnsi"/>
                <w:sz w:val="13"/>
              </w:rPr>
              <w:t>Model comparison</w:t>
            </w:r>
          </w:p>
        </w:tc>
        <w:tc>
          <w:tcPr>
            <w:tcW w:w="1764" w:type="dxa"/>
          </w:tcPr>
          <w:p w14:paraId="19026D99"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CA-DGLLR-</w:t>
            </w:r>
            <w:proofErr w:type="spellStart"/>
            <w:r w:rsidRPr="00AC736F">
              <w:rPr>
                <w:rFonts w:asciiTheme="majorHAnsi" w:hAnsiTheme="majorHAnsi" w:cstheme="majorHAnsi"/>
                <w:sz w:val="13"/>
              </w:rPr>
              <w:t>non_circular</w:t>
            </w:r>
            <w:proofErr w:type="spellEnd"/>
            <w:r w:rsidRPr="00AC736F">
              <w:rPr>
                <w:rFonts w:asciiTheme="majorHAnsi" w:hAnsiTheme="majorHAnsi" w:cstheme="majorHAnsi"/>
                <w:sz w:val="13"/>
              </w:rPr>
              <w:t xml:space="preserve"> LL-remodeled</w:t>
            </w:r>
          </w:p>
        </w:tc>
        <w:tc>
          <w:tcPr>
            <w:tcW w:w="1764" w:type="dxa"/>
          </w:tcPr>
          <w:p w14:paraId="0D33399D"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LL-remodeled</w:t>
            </w:r>
          </w:p>
        </w:tc>
        <w:tc>
          <w:tcPr>
            <w:tcW w:w="1764" w:type="dxa"/>
          </w:tcPr>
          <w:p w14:paraId="0135E3E7"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30876.0</w:t>
            </w:r>
          </w:p>
        </w:tc>
        <w:tc>
          <w:tcPr>
            <w:tcW w:w="1764" w:type="dxa"/>
          </w:tcPr>
          <w:p w14:paraId="0B74BA50"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4368.0</w:t>
            </w:r>
          </w:p>
        </w:tc>
        <w:tc>
          <w:tcPr>
            <w:tcW w:w="1764" w:type="dxa"/>
          </w:tcPr>
          <w:p w14:paraId="181C34AE"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w:t>
            </w:r>
          </w:p>
        </w:tc>
        <w:tc>
          <w:tcPr>
            <w:tcW w:w="1764" w:type="dxa"/>
          </w:tcPr>
          <w:p w14:paraId="0D1DBD3C"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0.8771213887809302</w:t>
            </w:r>
          </w:p>
        </w:tc>
        <w:tc>
          <w:tcPr>
            <w:tcW w:w="1764" w:type="dxa"/>
          </w:tcPr>
          <w:p w14:paraId="48F1639A" w14:textId="77777777" w:rsidR="00F96DD6" w:rsidRPr="00AC736F" w:rsidRDefault="000000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0.6570094638649415</w:t>
            </w:r>
          </w:p>
        </w:tc>
      </w:tr>
      <w:tr w:rsidR="00F96DD6" w:rsidRPr="00AC736F" w14:paraId="24EEC39A" w14:textId="77777777" w:rsidTr="001E7759">
        <w:tc>
          <w:tcPr>
            <w:cnfStyle w:val="001000000000" w:firstRow="0" w:lastRow="0" w:firstColumn="1" w:lastColumn="0" w:oddVBand="0" w:evenVBand="0" w:oddHBand="0" w:evenHBand="0" w:firstRowFirstColumn="0" w:firstRowLastColumn="0" w:lastRowFirstColumn="0" w:lastRowLastColumn="0"/>
            <w:tcW w:w="1764" w:type="dxa"/>
          </w:tcPr>
          <w:p w14:paraId="24729B43" w14:textId="77777777" w:rsidR="00F96DD6" w:rsidRPr="00AC736F" w:rsidRDefault="00000000">
            <w:pPr>
              <w:rPr>
                <w:rFonts w:asciiTheme="majorHAnsi" w:hAnsiTheme="majorHAnsi" w:cstheme="majorHAnsi"/>
              </w:rPr>
            </w:pPr>
            <w:r w:rsidRPr="00AC736F">
              <w:rPr>
                <w:rFonts w:asciiTheme="majorHAnsi" w:hAnsiTheme="majorHAnsi" w:cstheme="majorHAnsi"/>
                <w:sz w:val="13"/>
              </w:rPr>
              <w:t>Model comparison</w:t>
            </w:r>
          </w:p>
        </w:tc>
        <w:tc>
          <w:tcPr>
            <w:tcW w:w="1764" w:type="dxa"/>
          </w:tcPr>
          <w:p w14:paraId="5BBB204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CA-DGLLR-</w:t>
            </w:r>
            <w:proofErr w:type="spellStart"/>
            <w:r w:rsidRPr="00AC736F">
              <w:rPr>
                <w:rFonts w:asciiTheme="majorHAnsi" w:hAnsiTheme="majorHAnsi" w:cstheme="majorHAnsi"/>
                <w:sz w:val="13"/>
              </w:rPr>
              <w:t>non_circular</w:t>
            </w:r>
            <w:proofErr w:type="spellEnd"/>
            <w:r w:rsidRPr="00AC736F">
              <w:rPr>
                <w:rFonts w:asciiTheme="majorHAnsi" w:hAnsiTheme="majorHAnsi" w:cstheme="majorHAnsi"/>
                <w:sz w:val="13"/>
              </w:rPr>
              <w:t xml:space="preserve"> LD-signature-high</w:t>
            </w:r>
          </w:p>
        </w:tc>
        <w:tc>
          <w:tcPr>
            <w:tcW w:w="1764" w:type="dxa"/>
          </w:tcPr>
          <w:p w14:paraId="34D2DDF9"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LD-signature-high</w:t>
            </w:r>
          </w:p>
        </w:tc>
        <w:tc>
          <w:tcPr>
            <w:tcW w:w="1764" w:type="dxa"/>
          </w:tcPr>
          <w:p w14:paraId="189A758C"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30876.0</w:t>
            </w:r>
          </w:p>
        </w:tc>
        <w:tc>
          <w:tcPr>
            <w:tcW w:w="1764" w:type="dxa"/>
          </w:tcPr>
          <w:p w14:paraId="789C3866"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1694.0</w:t>
            </w:r>
          </w:p>
        </w:tc>
        <w:tc>
          <w:tcPr>
            <w:tcW w:w="1764" w:type="dxa"/>
          </w:tcPr>
          <w:p w14:paraId="1C2C9845"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w:t>
            </w:r>
          </w:p>
        </w:tc>
        <w:tc>
          <w:tcPr>
            <w:tcW w:w="1764" w:type="dxa"/>
          </w:tcPr>
          <w:p w14:paraId="75DA423D"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0.9484713045731312</w:t>
            </w:r>
          </w:p>
        </w:tc>
        <w:tc>
          <w:tcPr>
            <w:tcW w:w="1764" w:type="dxa"/>
          </w:tcPr>
          <w:p w14:paraId="512C20AF" w14:textId="77777777" w:rsidR="00F96DD6" w:rsidRPr="00AC736F" w:rsidRDefault="000000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C736F">
              <w:rPr>
                <w:rFonts w:asciiTheme="majorHAnsi" w:hAnsiTheme="majorHAnsi" w:cstheme="majorHAnsi"/>
                <w:sz w:val="13"/>
              </w:rPr>
              <w:t>0.557647919335697</w:t>
            </w:r>
          </w:p>
        </w:tc>
      </w:tr>
    </w:tbl>
    <w:p w14:paraId="76D29F3E" w14:textId="77777777" w:rsidR="00F96DD6" w:rsidRPr="00AC736F" w:rsidRDefault="00000000">
      <w:pPr>
        <w:rPr>
          <w:rFonts w:asciiTheme="majorHAnsi" w:hAnsiTheme="majorHAnsi" w:cstheme="majorHAnsi"/>
        </w:rPr>
      </w:pPr>
      <w:r w:rsidRPr="00AC736F">
        <w:rPr>
          <w:rFonts w:asciiTheme="majorHAnsi" w:hAnsiTheme="majorHAnsi" w:cstheme="majorHAnsi"/>
        </w:rPr>
        <w:br w:type="page"/>
      </w:r>
    </w:p>
    <w:p w14:paraId="0934057D" w14:textId="77777777" w:rsidR="00AC736F" w:rsidRPr="00AC736F" w:rsidRDefault="00AC736F" w:rsidP="00AC736F">
      <w:pPr>
        <w:pStyle w:val="Heading1"/>
        <w:rPr>
          <w:rFonts w:cstheme="majorHAnsi"/>
          <w:i/>
          <w:iCs/>
          <w:color w:val="auto"/>
        </w:rPr>
      </w:pPr>
      <w:r w:rsidRPr="00AC736F">
        <w:rPr>
          <w:rFonts w:cstheme="majorHAnsi"/>
          <w:i/>
          <w:iCs/>
          <w:color w:val="auto"/>
        </w:rPr>
        <w:t>Extended Methodology</w:t>
      </w:r>
    </w:p>
    <w:p w14:paraId="2BC3388B"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Study design and analysis hierarchy</w:t>
      </w:r>
    </w:p>
    <w:p w14:paraId="7B5D05CF"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The study tested whether a coupled lipid-handling and lysosomal-processing axis is present in AD Microglia/PVM-lineage profiles, whether it is partially distinct from canonical disease programs, whether it localizes to plaque-associated niches, and whether non-defining correlated features can prioritize candidate genes for follow-up. The analysis hierarchy was: SEA-AD discovery, label-free transcriptomic recovery, donor-level pathology and donor-region QNP comparisons, robustness and specificity controls, cross-dataset and cross-species conservation, human and mouse spatial validation, and model-based candidate prioritization.</w:t>
      </w:r>
    </w:p>
    <w:p w14:paraId="3AB4C3D2"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SEA-AD compartment, denominators and score construction</w:t>
      </w:r>
    </w:p>
    <w:p w14:paraId="43C91F3D"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The SEA-AD discovery analysis used the processed microglia/immune single-nucleus object and release-level annotations. The main figure-complete compartment contained 236,044 Microglia/PVM-lineage profiles from 84 donors and 10 regions. A broader score-complete table was retained for sensitivity analyses and reporting where figure-specific completeness was not required. Module scores were calculated from available genes in the processed expression matrix, scaled within dataset, and then summarized at cell, donor, donor-region or ROI level depending on the analysis.</w:t>
      </w:r>
    </w:p>
    <w:p w14:paraId="15C039BC"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The LL-remodeled label was assigned when both lipid-handling and lysosome-processing scores were at or above the dataset-specific 75th percentile. Lipid-only, lysosome-only and basal/homeostatic states were assigned from the same two-threshold grid. This label was used for burden summaries and validation; continuous scores were retained for correlation and residual analyses.</w:t>
      </w:r>
    </w:p>
    <w:p w14:paraId="0A739B38"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Gene modules, overlap handling and scoring sensitivity</w:t>
      </w:r>
    </w:p>
    <w:p w14:paraId="1016767C"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The lipid module captured cholesterol/lipid transport, uptake and lipid-metabolic state. The lysosome module captured lysosomal processing, acid hydrolase and lysosome-regulatory biology. Shared bridge genes, especially GBA, LIPA, NPC1 and NPC2, were retained in the primary biological score when appropriate but removed in an overlap-free sensitivity analysis. MITF was treated as a regulatory/model-prioritization feature in the current manuscript rather than as a primary lysosome-score gene.</w:t>
      </w:r>
    </w:p>
    <w:p w14:paraId="48CC1CEE"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 xml:space="preserve">Scoring sensitivity was assessed using threshold grids, leave-one-gene removal, bridge-gene removal, random HVG controls and alternative score implementations including </w:t>
      </w:r>
      <w:proofErr w:type="spellStart"/>
      <w:r w:rsidRPr="00AC736F">
        <w:rPr>
          <w:rFonts w:asciiTheme="majorHAnsi" w:hAnsiTheme="majorHAnsi" w:cstheme="majorHAnsi"/>
          <w:sz w:val="22"/>
        </w:rPr>
        <w:t>AUCell</w:t>
      </w:r>
      <w:proofErr w:type="spellEnd"/>
      <w:r w:rsidRPr="00AC736F">
        <w:rPr>
          <w:rFonts w:asciiTheme="majorHAnsi" w:hAnsiTheme="majorHAnsi" w:cstheme="majorHAnsi"/>
          <w:sz w:val="22"/>
        </w:rPr>
        <w:t xml:space="preserve">, </w:t>
      </w:r>
      <w:proofErr w:type="spellStart"/>
      <w:r w:rsidRPr="00AC736F">
        <w:rPr>
          <w:rFonts w:asciiTheme="majorHAnsi" w:hAnsiTheme="majorHAnsi" w:cstheme="majorHAnsi"/>
          <w:sz w:val="22"/>
        </w:rPr>
        <w:t>UCell</w:t>
      </w:r>
      <w:proofErr w:type="spellEnd"/>
      <w:r w:rsidRPr="00AC736F">
        <w:rPr>
          <w:rFonts w:asciiTheme="majorHAnsi" w:hAnsiTheme="majorHAnsi" w:cstheme="majorHAnsi"/>
          <w:sz w:val="22"/>
        </w:rPr>
        <w:t xml:space="preserve"> and </w:t>
      </w:r>
      <w:proofErr w:type="spellStart"/>
      <w:r w:rsidRPr="00AC736F">
        <w:rPr>
          <w:rFonts w:asciiTheme="majorHAnsi" w:hAnsiTheme="majorHAnsi" w:cstheme="majorHAnsi"/>
          <w:sz w:val="22"/>
        </w:rPr>
        <w:t>singscore</w:t>
      </w:r>
      <w:proofErr w:type="spellEnd"/>
      <w:r w:rsidRPr="00AC736F">
        <w:rPr>
          <w:rFonts w:asciiTheme="majorHAnsi" w:hAnsiTheme="majorHAnsi" w:cstheme="majorHAnsi"/>
          <w:sz w:val="22"/>
        </w:rPr>
        <w:t>-style summaries. These analyses were used to calibrate robustness, not to replace the primary mean-score implementation.</w:t>
      </w:r>
    </w:p>
    <w:p w14:paraId="597EC4E7"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Label-free C1 recovery and marker specificity</w:t>
      </w:r>
    </w:p>
    <w:p w14:paraId="6F54C814"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Label-free HVG clustering was performed without using LL labels as clustering inputs. LL labels and continuous module scores were projected onto clusters after clustering. C1 was evaluated by LL enrichment, donor/region coverage, QC summaries, program-score fingerprint and differential marker support. Candidate markers were compared against all other Microglia/PVM-lineage cells and against DAM/LAM/LDAM-known references to avoid describing generic activation markers as C1-specific.</w:t>
      </w:r>
    </w:p>
    <w:p w14:paraId="228C9244"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Pathology, QNP and scale separation</w:t>
      </w:r>
    </w:p>
    <w:p w14:paraId="05D3FCDE"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Donor-level pathology analyses used donor summaries and Spearman correlations with FDR correction across the donor-level pathology family. Donor-region QNP analyses used 247 matched observations and tested whole-region amyloid plaque burden against LL burden, mean LL score, lipid score and lysosome score. Secondary QNP models included joint amyloid/tau terms and residual LL after DAM/LAM/LDAM adjustment. The purpose was to distinguish donor-level disease severity associations from the inability of whole-region plaque area to capture local plaque-niche transcriptional remodeling.</w:t>
      </w:r>
    </w:p>
    <w:p w14:paraId="30989309"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Strict microglia filter</w:t>
      </w:r>
    </w:p>
    <w:p w14:paraId="684D978F"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The strict microglia filter was a sensitivity analysis for PVM/monocyte contamination. It removed source-annotated monocytes, cells in the bottom quartile of a strict microglia context score, and cells in the top quartile of a Micro/PVM-monocyte context score. The retained and removed sets were compared for LL burden, program scores and donor-level pathology associations. This filter was not used to redefine the primary discovery compartment.</w:t>
      </w:r>
    </w:p>
    <w:p w14:paraId="03BC3A3F"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Cross-dataset and human-mouse conservation</w:t>
      </w:r>
    </w:p>
    <w:p w14:paraId="67132893"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External datasets were harmonized at program-score level rather than through a forced common cluster ontology. Each dataset was normalized, scored and summarized independently. Human-mouse comparisons prioritized one-to-one orthologs and separated program-level effect conservation from marker-level conservation. This calibration avoids overstating individual marker conservation when the stronger signal is at the program architecture level.</w:t>
      </w:r>
    </w:p>
    <w:p w14:paraId="65087740"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Spatial validation</w:t>
      </w:r>
    </w:p>
    <w:p w14:paraId="10D3C904"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 xml:space="preserve">Human </w:t>
      </w:r>
      <w:proofErr w:type="spellStart"/>
      <w:r w:rsidRPr="00AC736F">
        <w:rPr>
          <w:rFonts w:asciiTheme="majorHAnsi" w:hAnsiTheme="majorHAnsi" w:cstheme="majorHAnsi"/>
          <w:sz w:val="22"/>
        </w:rPr>
        <w:t>GeoMx</w:t>
      </w:r>
      <w:proofErr w:type="spellEnd"/>
      <w:r w:rsidRPr="00AC736F">
        <w:rPr>
          <w:rFonts w:asciiTheme="majorHAnsi" w:hAnsiTheme="majorHAnsi" w:cstheme="majorHAnsi"/>
          <w:sz w:val="22"/>
        </w:rPr>
        <w:t xml:space="preserve"> DSP analyses used source ROI zone annotations for plaque core, peri-plaque and away ROIs. Because validated ROI centroid coordinates suitable for recomputing distances were not available in the current source package, PP and A were interpreted as source annotation categories rather than newly measured Euclidean bins. Mouse </w:t>
      </w:r>
      <w:proofErr w:type="spellStart"/>
      <w:r w:rsidRPr="00AC736F">
        <w:rPr>
          <w:rFonts w:asciiTheme="majorHAnsi" w:hAnsiTheme="majorHAnsi" w:cstheme="majorHAnsi"/>
          <w:sz w:val="22"/>
        </w:rPr>
        <w:t>STARmap</w:t>
      </w:r>
      <w:proofErr w:type="spellEnd"/>
      <w:r w:rsidRPr="00AC736F">
        <w:rPr>
          <w:rFonts w:asciiTheme="majorHAnsi" w:hAnsiTheme="majorHAnsi" w:cstheme="majorHAnsi"/>
          <w:sz w:val="22"/>
        </w:rPr>
        <w:t xml:space="preserve"> analyses used plaque-distance annotations and therefore provided a separate distance-gradient validation. Spatial gene coverage was audited separately for each platform before interpreting module scores.</w:t>
      </w:r>
    </w:p>
    <w:p w14:paraId="27D34E1C" w14:textId="77777777" w:rsidR="00AC736F" w:rsidRPr="00AC736F" w:rsidRDefault="00AC736F" w:rsidP="00AC736F">
      <w:pPr>
        <w:pStyle w:val="Heading2"/>
        <w:spacing w:before="160" w:after="60"/>
        <w:jc w:val="both"/>
        <w:rPr>
          <w:rFonts w:cstheme="majorHAnsi"/>
          <w:color w:val="auto"/>
          <w:sz w:val="22"/>
          <w:szCs w:val="22"/>
        </w:rPr>
      </w:pPr>
      <w:proofErr w:type="spellStart"/>
      <w:r w:rsidRPr="00AC736F">
        <w:rPr>
          <w:rFonts w:cstheme="majorHAnsi"/>
          <w:color w:val="auto"/>
          <w:sz w:val="22"/>
          <w:szCs w:val="22"/>
        </w:rPr>
        <w:t>GeoMx</w:t>
      </w:r>
      <w:proofErr w:type="spellEnd"/>
      <w:r w:rsidRPr="00AC736F">
        <w:rPr>
          <w:rFonts w:cstheme="majorHAnsi"/>
          <w:color w:val="auto"/>
          <w:sz w:val="22"/>
          <w:szCs w:val="22"/>
        </w:rPr>
        <w:t xml:space="preserve"> DEG follow-up</w:t>
      </w:r>
    </w:p>
    <w:p w14:paraId="70684FBA" w14:textId="77777777" w:rsidR="00AC736F" w:rsidRPr="00AC736F" w:rsidRDefault="00AC736F" w:rsidP="00AC736F">
      <w:pPr>
        <w:spacing w:after="120" w:line="252" w:lineRule="auto"/>
        <w:jc w:val="both"/>
        <w:rPr>
          <w:rFonts w:asciiTheme="majorHAnsi" w:hAnsiTheme="majorHAnsi" w:cstheme="majorHAnsi"/>
          <w:sz w:val="22"/>
        </w:rPr>
      </w:pPr>
      <w:proofErr w:type="spellStart"/>
      <w:r w:rsidRPr="00AC736F">
        <w:rPr>
          <w:rFonts w:asciiTheme="majorHAnsi" w:hAnsiTheme="majorHAnsi" w:cstheme="majorHAnsi"/>
          <w:sz w:val="22"/>
        </w:rPr>
        <w:t>GeoMx</w:t>
      </w:r>
      <w:proofErr w:type="spellEnd"/>
      <w:r w:rsidRPr="00AC736F">
        <w:rPr>
          <w:rFonts w:asciiTheme="majorHAnsi" w:hAnsiTheme="majorHAnsi" w:cstheme="majorHAnsi"/>
          <w:sz w:val="22"/>
        </w:rPr>
        <w:t xml:space="preserve"> differential-expression follow-up was used to provide gene-level support for the plaque-zone module results. The analysis was interpreted as supportive because DEG retention varies by contrast and selected genes may be absent from a particular DEG result table even if assayed. In figures, n.d. indicates not retained in the specified DEG table, not necessarily not detected.</w:t>
      </w:r>
    </w:p>
    <w:p w14:paraId="6CC77E51"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CA-DGLLR modeling and APOE-context analyses</w:t>
      </w:r>
    </w:p>
    <w:p w14:paraId="3C45CB0F"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 xml:space="preserve">CA-DGLLR was used as a context-aware predictive and prioritization model. The full model included direct label-defining information and served as an upper-bound positive control. The defining-gene-excluded model removed direct lipid, lysosome and LD-signature defining genes before training but retained correlated context features. Performance was evaluated using AUROC, AUPRC, accuracy, balanced accuracy, precision, recall, F1, calibration error and Brier score, </w:t>
      </w:r>
      <w:proofErr w:type="spellStart"/>
      <w:r w:rsidRPr="00AC736F">
        <w:rPr>
          <w:rFonts w:asciiTheme="majorHAnsi" w:hAnsiTheme="majorHAnsi" w:cstheme="majorHAnsi"/>
          <w:sz w:val="22"/>
        </w:rPr>
        <w:t>with held</w:t>
      </w:r>
      <w:proofErr w:type="spellEnd"/>
      <w:r w:rsidRPr="00AC736F">
        <w:rPr>
          <w:rFonts w:asciiTheme="majorHAnsi" w:hAnsiTheme="majorHAnsi" w:cstheme="majorHAnsi"/>
          <w:sz w:val="22"/>
        </w:rPr>
        <w:t>-out donor and held-out region validation. Feature importance and perturbation sensitivity were interpreted only as candidate prioritization.</w:t>
      </w:r>
    </w:p>
    <w:p w14:paraId="5C8BCC00" w14:textId="77777777" w:rsidR="00AC736F" w:rsidRPr="00AC736F" w:rsidRDefault="00AC736F" w:rsidP="00AC736F">
      <w:pPr>
        <w:spacing w:after="120" w:line="252" w:lineRule="auto"/>
        <w:jc w:val="both"/>
        <w:rPr>
          <w:rFonts w:asciiTheme="majorHAnsi" w:hAnsiTheme="majorHAnsi" w:cstheme="majorHAnsi"/>
          <w:sz w:val="22"/>
        </w:rPr>
      </w:pPr>
      <w:r w:rsidRPr="00AC736F">
        <w:rPr>
          <w:rFonts w:asciiTheme="majorHAnsi" w:hAnsiTheme="majorHAnsi" w:cstheme="majorHAnsi"/>
          <w:sz w:val="22"/>
        </w:rPr>
        <w:t>APOE4 status was analyzed as an exploratory donor-level sensitivity analysis with FDR correction across LL-related outcomes. APOE-TREM2 transcriptomic risk context was analyzed using paired donor contrasts between LL-remodeled and non-remodeled cells within AD-change strata. The genotype and transcriptomic context analyses therefore answer different questions and are kept separate in interpretation.</w:t>
      </w:r>
    </w:p>
    <w:p w14:paraId="7A1DF5C3" w14:textId="77777777" w:rsidR="00AC736F" w:rsidRPr="00AC736F" w:rsidRDefault="00AC736F" w:rsidP="00AC736F">
      <w:pPr>
        <w:pStyle w:val="Heading2"/>
        <w:spacing w:before="160" w:after="60"/>
        <w:jc w:val="both"/>
        <w:rPr>
          <w:rFonts w:cstheme="majorHAnsi"/>
          <w:color w:val="auto"/>
          <w:sz w:val="22"/>
          <w:szCs w:val="22"/>
        </w:rPr>
      </w:pPr>
      <w:r w:rsidRPr="00AC736F">
        <w:rPr>
          <w:rFonts w:cstheme="majorHAnsi"/>
          <w:color w:val="auto"/>
          <w:sz w:val="22"/>
          <w:szCs w:val="22"/>
        </w:rPr>
        <w:t>Statistics and reporting conventions</w:t>
      </w:r>
    </w:p>
    <w:p w14:paraId="6A6A2AE8" w14:textId="77777777" w:rsidR="0049367C" w:rsidRDefault="00000000" w:rsidP="00AF34DC">
      <w:pPr>
        <w:jc w:val="both"/>
      </w:pPr>
      <w:r>
        <w:t xml:space="preserve">Control analyses addressing common review concerns included threshold sweeps, lipid-only/lysosome-only state definitions, leave-one-gene tests, bridge-gene removal, alternative scoring methods, random HVG controls, strict microglia filtering, canonical-program </w:t>
      </w:r>
      <w:proofErr w:type="spellStart"/>
      <w:r>
        <w:t>residualization</w:t>
      </w:r>
      <w:proofErr w:type="spellEnd"/>
      <w:r>
        <w:t xml:space="preserve">, donor-matched </w:t>
      </w:r>
      <w:proofErr w:type="spellStart"/>
      <w:r>
        <w:t>GeoMx</w:t>
      </w:r>
      <w:proofErr w:type="spellEnd"/>
      <w:r>
        <w:t xml:space="preserve"> comparisons where available and held-out donor/region model validation. Analyses not performed in the current submission include a fully pathway-blind latent-factor discovery excluding all lipid/lysosome genes, a random unrelated module-pair permutation grid and a full mixed-effects </w:t>
      </w:r>
      <w:proofErr w:type="spellStart"/>
      <w:r>
        <w:t>GeoMx</w:t>
      </w:r>
      <w:proofErr w:type="spellEnd"/>
      <w:r>
        <w:t xml:space="preserve"> model; therefore, the manuscript avoids claims that would require those analyses.</w:t>
      </w:r>
    </w:p>
    <w:p w14:paraId="05FCE3DF" w14:textId="77777777" w:rsidR="00AC736F" w:rsidRPr="00AC736F" w:rsidRDefault="00AC736F" w:rsidP="00AF34DC">
      <w:pPr>
        <w:spacing w:after="120" w:line="252" w:lineRule="auto"/>
        <w:jc w:val="both"/>
        <w:rPr>
          <w:rFonts w:asciiTheme="majorHAnsi" w:hAnsiTheme="majorHAnsi" w:cstheme="majorHAnsi"/>
          <w:sz w:val="22"/>
        </w:rPr>
      </w:pPr>
      <w:r w:rsidRPr="00AC736F">
        <w:rPr>
          <w:rFonts w:asciiTheme="majorHAnsi" w:hAnsiTheme="majorHAnsi" w:cstheme="majorHAnsi"/>
          <w:sz w:val="22"/>
        </w:rPr>
        <w:t xml:space="preserve">Spearman correlations, rank-based comparisons, Cohen's d, AUROC, AUPRC, FDR-adjusted P values and calibration metrics were reported according to the analysis unit. Donor analyses used donors as units; QNP analyses used donor-region observations; </w:t>
      </w:r>
      <w:proofErr w:type="spellStart"/>
      <w:r w:rsidRPr="00AC736F">
        <w:rPr>
          <w:rFonts w:asciiTheme="majorHAnsi" w:hAnsiTheme="majorHAnsi" w:cstheme="majorHAnsi"/>
          <w:sz w:val="22"/>
        </w:rPr>
        <w:t>GeoMx</w:t>
      </w:r>
      <w:proofErr w:type="spellEnd"/>
      <w:r w:rsidRPr="00AC736F">
        <w:rPr>
          <w:rFonts w:asciiTheme="majorHAnsi" w:hAnsiTheme="majorHAnsi" w:cstheme="majorHAnsi"/>
          <w:sz w:val="22"/>
        </w:rPr>
        <w:t xml:space="preserve"> analyses used ROIs with donor-matched sensitivity where possible; </w:t>
      </w:r>
      <w:proofErr w:type="spellStart"/>
      <w:r w:rsidRPr="00AC736F">
        <w:rPr>
          <w:rFonts w:asciiTheme="majorHAnsi" w:hAnsiTheme="majorHAnsi" w:cstheme="majorHAnsi"/>
          <w:sz w:val="22"/>
        </w:rPr>
        <w:t>STARmap</w:t>
      </w:r>
      <w:proofErr w:type="spellEnd"/>
      <w:r w:rsidRPr="00AC736F">
        <w:rPr>
          <w:rFonts w:asciiTheme="majorHAnsi" w:hAnsiTheme="majorHAnsi" w:cstheme="majorHAnsi"/>
          <w:sz w:val="22"/>
        </w:rPr>
        <w:t xml:space="preserve"> analyses used plaque-distance annotated spatial observations. Multiple testing correction was applied within the relevant analysis family, and exploratory results are labeled as such when they do not survive correction or when they are intended for candidate prioritization.</w:t>
      </w:r>
    </w:p>
    <w:p w14:paraId="51BE9077" w14:textId="77777777" w:rsidR="00F96DD6" w:rsidRPr="00AC736F" w:rsidRDefault="00F96DD6" w:rsidP="00AC736F">
      <w:pPr>
        <w:pStyle w:val="Heading1"/>
        <w:rPr>
          <w:rFonts w:cstheme="majorHAnsi"/>
          <w:i/>
          <w:iCs/>
          <w:color w:val="auto"/>
        </w:rPr>
      </w:pPr>
    </w:p>
    <w:sectPr w:rsidR="00F96DD6" w:rsidRPr="00AC736F" w:rsidSect="0022131A">
      <w:footerReference w:type="default" r:id="rId24"/>
      <w:pgSz w:w="15840" w:h="12240" w:orient="landscape"/>
      <w:pgMar w:top="792" w:right="864" w:bottom="180"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69C2" w14:textId="77777777" w:rsidR="00DA00BC" w:rsidRDefault="00DA00BC">
      <w:pPr>
        <w:spacing w:after="0" w:line="240" w:lineRule="auto"/>
      </w:pPr>
      <w:r>
        <w:separator/>
      </w:r>
    </w:p>
  </w:endnote>
  <w:endnote w:type="continuationSeparator" w:id="0">
    <w:p w14:paraId="70DA5832" w14:textId="77777777" w:rsidR="00DA00BC" w:rsidRDefault="00DA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ADF0" w14:textId="77777777" w:rsidR="00F96DD6" w:rsidRPr="003158B8" w:rsidRDefault="00000000">
    <w:pPr>
      <w:pStyle w:val="Footer"/>
      <w:jc w:val="right"/>
      <w:rPr>
        <w:i/>
        <w:iCs/>
      </w:rPr>
    </w:pPr>
    <w:r w:rsidRPr="003158B8">
      <w:rPr>
        <w:i/>
        <w:iCs/>
        <w:color w:val="646464"/>
        <w:sz w:val="16"/>
      </w:rPr>
      <w:t>supplementary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5596" w14:textId="77777777" w:rsidR="00DA00BC" w:rsidRDefault="00DA00BC">
      <w:pPr>
        <w:spacing w:after="0" w:line="240" w:lineRule="auto"/>
      </w:pPr>
      <w:r>
        <w:separator/>
      </w:r>
    </w:p>
  </w:footnote>
  <w:footnote w:type="continuationSeparator" w:id="0">
    <w:p w14:paraId="17517998" w14:textId="77777777" w:rsidR="00DA00BC" w:rsidRDefault="00DA0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7743736">
    <w:abstractNumId w:val="8"/>
  </w:num>
  <w:num w:numId="2" w16cid:durableId="326060574">
    <w:abstractNumId w:val="6"/>
  </w:num>
  <w:num w:numId="3" w16cid:durableId="1491093480">
    <w:abstractNumId w:val="5"/>
  </w:num>
  <w:num w:numId="4" w16cid:durableId="1836996784">
    <w:abstractNumId w:val="4"/>
  </w:num>
  <w:num w:numId="5" w16cid:durableId="1957827475">
    <w:abstractNumId w:val="7"/>
  </w:num>
  <w:num w:numId="6" w16cid:durableId="411898936">
    <w:abstractNumId w:val="3"/>
  </w:num>
  <w:num w:numId="7" w16cid:durableId="1689015368">
    <w:abstractNumId w:val="2"/>
  </w:num>
  <w:num w:numId="8" w16cid:durableId="80764242">
    <w:abstractNumId w:val="1"/>
  </w:num>
  <w:num w:numId="9" w16cid:durableId="120582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D2C"/>
    <w:rsid w:val="0006063C"/>
    <w:rsid w:val="000A5A44"/>
    <w:rsid w:val="000E4FAA"/>
    <w:rsid w:val="000F798A"/>
    <w:rsid w:val="0015074B"/>
    <w:rsid w:val="001815C0"/>
    <w:rsid w:val="001E0D5F"/>
    <w:rsid w:val="001E1338"/>
    <w:rsid w:val="001E7759"/>
    <w:rsid w:val="001F2600"/>
    <w:rsid w:val="002041CA"/>
    <w:rsid w:val="00216A85"/>
    <w:rsid w:val="0022131A"/>
    <w:rsid w:val="00250640"/>
    <w:rsid w:val="00264C94"/>
    <w:rsid w:val="0029639D"/>
    <w:rsid w:val="002D7690"/>
    <w:rsid w:val="00302355"/>
    <w:rsid w:val="003158B8"/>
    <w:rsid w:val="00322316"/>
    <w:rsid w:val="00326F90"/>
    <w:rsid w:val="0033011C"/>
    <w:rsid w:val="003342ED"/>
    <w:rsid w:val="003D1E7F"/>
    <w:rsid w:val="00452925"/>
    <w:rsid w:val="004575D5"/>
    <w:rsid w:val="00481FF0"/>
    <w:rsid w:val="0049367C"/>
    <w:rsid w:val="004B529C"/>
    <w:rsid w:val="00524E6D"/>
    <w:rsid w:val="005262C0"/>
    <w:rsid w:val="005F7E34"/>
    <w:rsid w:val="00636FF5"/>
    <w:rsid w:val="00647712"/>
    <w:rsid w:val="006506D5"/>
    <w:rsid w:val="006E4CB2"/>
    <w:rsid w:val="00714288"/>
    <w:rsid w:val="00751E4B"/>
    <w:rsid w:val="0076373C"/>
    <w:rsid w:val="00774C01"/>
    <w:rsid w:val="007C7363"/>
    <w:rsid w:val="007D7B89"/>
    <w:rsid w:val="007E6C3C"/>
    <w:rsid w:val="00836EED"/>
    <w:rsid w:val="0091083B"/>
    <w:rsid w:val="009D4CAD"/>
    <w:rsid w:val="00A3510B"/>
    <w:rsid w:val="00A359BB"/>
    <w:rsid w:val="00A41B1F"/>
    <w:rsid w:val="00A65846"/>
    <w:rsid w:val="00A93170"/>
    <w:rsid w:val="00AA1D8D"/>
    <w:rsid w:val="00AC736F"/>
    <w:rsid w:val="00AF34DC"/>
    <w:rsid w:val="00AF4D4E"/>
    <w:rsid w:val="00B02A46"/>
    <w:rsid w:val="00B12020"/>
    <w:rsid w:val="00B16659"/>
    <w:rsid w:val="00B343F3"/>
    <w:rsid w:val="00B47730"/>
    <w:rsid w:val="00B76206"/>
    <w:rsid w:val="00BB3015"/>
    <w:rsid w:val="00C51394"/>
    <w:rsid w:val="00C75952"/>
    <w:rsid w:val="00CB0664"/>
    <w:rsid w:val="00D135F8"/>
    <w:rsid w:val="00D26722"/>
    <w:rsid w:val="00D347BC"/>
    <w:rsid w:val="00D82822"/>
    <w:rsid w:val="00DA00BC"/>
    <w:rsid w:val="00DD5BFB"/>
    <w:rsid w:val="00E31A68"/>
    <w:rsid w:val="00E66806"/>
    <w:rsid w:val="00E77E79"/>
    <w:rsid w:val="00E83CBD"/>
    <w:rsid w:val="00F0737F"/>
    <w:rsid w:val="00F22BA7"/>
    <w:rsid w:val="00F33EB3"/>
    <w:rsid w:val="00F66D96"/>
    <w:rsid w:val="00F90A81"/>
    <w:rsid w:val="00F95F9B"/>
    <w:rsid w:val="00F96DD6"/>
    <w:rsid w:val="00FB1127"/>
    <w:rsid w:val="00FC693F"/>
    <w:rsid w:val="00FE4D4E"/>
    <w:rsid w:val="00FF3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549DF"/>
  <w14:defaultImageDpi w14:val="300"/>
  <w15:docId w15:val="{103CEA6D-48DF-4CF1-961D-0248BA41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4444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1F26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5764</Words>
  <Characters>32858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Sandila</dc:creator>
  <cp:keywords/>
  <dc:description>generated by python-docx</dc:description>
  <cp:lastModifiedBy>Administrator</cp:lastModifiedBy>
  <cp:revision>14</cp:revision>
  <dcterms:created xsi:type="dcterms:W3CDTF">2026-06-14T23:38:00Z</dcterms:created>
  <dcterms:modified xsi:type="dcterms:W3CDTF">2026-07-27T17:54:00Z</dcterms:modified>
  <cp:category/>
</cp:coreProperties>
</file>