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9D3A7" w14:textId="77777777" w:rsidR="00684E76" w:rsidRPr="004444D4" w:rsidRDefault="00000000">
      <w:pPr>
        <w:jc w:val="center"/>
        <w:rPr>
          <w:rFonts w:ascii="Times New Roman" w:hAnsi="Times New Roman" w:cs="Times New Roman"/>
        </w:rPr>
      </w:pPr>
      <w:r w:rsidRPr="004444D4">
        <w:rPr>
          <w:rFonts w:ascii="Times New Roman" w:hAnsi="Times New Roman" w:cs="Times New Roman"/>
          <w:b/>
          <w:sz w:val="32"/>
        </w:rPr>
        <w:t>Supplementary File 1</w:t>
      </w:r>
    </w:p>
    <w:p w14:paraId="2FF991C6" w14:textId="6718FA1F" w:rsidR="00684E76" w:rsidRPr="004444D4" w:rsidRDefault="00000000">
      <w:pPr>
        <w:jc w:val="center"/>
        <w:rPr>
          <w:rFonts w:ascii="Times New Roman" w:hAnsi="Times New Roman" w:cs="Times New Roman"/>
        </w:rPr>
      </w:pPr>
      <w:r w:rsidRPr="004444D4">
        <w:rPr>
          <w:rFonts w:ascii="Times New Roman" w:hAnsi="Times New Roman" w:cs="Times New Roman"/>
          <w:i/>
          <w:sz w:val="22"/>
        </w:rPr>
        <w:t>In-Depth Interview (IDI) Guides</w:t>
      </w:r>
    </w:p>
    <w:p w14:paraId="145A262F"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Study: </w:t>
      </w:r>
      <w:r w:rsidRPr="004444D4">
        <w:rPr>
          <w:rFonts w:ascii="Times New Roman" w:hAnsi="Times New Roman" w:cs="Times New Roman"/>
        </w:rPr>
        <w:t>Strengthening Mental Health Systems in Decentralized Settings: A Qualitative Study of Policy, Governance, and Community Foundations for Sustainable MHPSS Services in Nepal</w:t>
      </w:r>
    </w:p>
    <w:p w14:paraId="617796F7" w14:textId="77777777" w:rsidR="00684E76" w:rsidRPr="004444D4" w:rsidRDefault="00000000">
      <w:pPr>
        <w:rPr>
          <w:rFonts w:ascii="Times New Roman" w:hAnsi="Times New Roman" w:cs="Times New Roman"/>
        </w:rPr>
      </w:pPr>
      <w:r w:rsidRPr="004444D4">
        <w:rPr>
          <w:rFonts w:ascii="Times New Roman" w:hAnsi="Times New Roman" w:cs="Times New Roman"/>
        </w:rPr>
        <w:t>The following semi-structured IDI guides were developed specifically for this study. Separate guides were used for government stakeholders and health coordinators.</w:t>
      </w:r>
    </w:p>
    <w:p w14:paraId="43E75CEB" w14:textId="77777777" w:rsidR="00684E76" w:rsidRPr="004444D4" w:rsidRDefault="00000000">
      <w:pPr>
        <w:pStyle w:val="Heading1"/>
        <w:rPr>
          <w:rFonts w:ascii="Times New Roman" w:hAnsi="Times New Roman" w:cs="Times New Roman"/>
          <w:color w:val="auto"/>
        </w:rPr>
      </w:pPr>
      <w:r w:rsidRPr="004444D4">
        <w:rPr>
          <w:rFonts w:ascii="Times New Roman" w:hAnsi="Times New Roman" w:cs="Times New Roman"/>
          <w:color w:val="auto"/>
        </w:rPr>
        <w:t>A. IDI Guide for Government Stakeholders (Mayor/Chief Administrative Officer)</w:t>
      </w:r>
    </w:p>
    <w:p w14:paraId="1DE47F63" w14:textId="77777777" w:rsidR="00684E76" w:rsidRPr="004444D4" w:rsidRDefault="00000000">
      <w:pPr>
        <w:rPr>
          <w:rFonts w:ascii="Times New Roman" w:hAnsi="Times New Roman" w:cs="Times New Roman"/>
        </w:rPr>
      </w:pPr>
      <w:r w:rsidRPr="004444D4">
        <w:rPr>
          <w:rFonts w:ascii="Times New Roman" w:hAnsi="Times New Roman" w:cs="Times New Roman"/>
        </w:rPr>
        <w:t>Opening: Thank you for taking the time to participate. We would like to understand your views and experiences regarding the PARBARDHAN project, mental health and psychosocial support (MHPSS) services, local government engagement, and sustainability.</w:t>
      </w:r>
    </w:p>
    <w:p w14:paraId="61F7AE89"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 </w:t>
      </w:r>
      <w:r w:rsidRPr="004444D4">
        <w:rPr>
          <w:rFonts w:ascii="Times New Roman" w:hAnsi="Times New Roman" w:cs="Times New Roman"/>
        </w:rPr>
        <w:t xml:space="preserve"> In your opinion, how necessary are mental health and psychosocial counselling services for migrant workers from this municipality and their family members?</w:t>
      </w:r>
    </w:p>
    <w:p w14:paraId="75EFB919"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2. </w:t>
      </w:r>
      <w:r w:rsidRPr="004444D4">
        <w:rPr>
          <w:rFonts w:ascii="Times New Roman" w:hAnsi="Times New Roman" w:cs="Times New Roman"/>
        </w:rPr>
        <w:t>To what extent did the objectives and activities of this project align with the priorities and policies of the local government, particularly given the increasing prioritisation of mental health?</w:t>
      </w:r>
    </w:p>
    <w:p w14:paraId="089CF38A"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3. </w:t>
      </w:r>
      <w:r w:rsidRPr="004444D4">
        <w:rPr>
          <w:rFonts w:ascii="Times New Roman" w:hAnsi="Times New Roman" w:cs="Times New Roman"/>
        </w:rPr>
        <w:t>To what extent were the different project activities, including peer support groups, self-help groups (SHGs), livelihood activities, and awareness-raising activities, acceptable to the community, both culturally and practically?</w:t>
      </w:r>
    </w:p>
    <w:p w14:paraId="0837A790"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4. </w:t>
      </w:r>
      <w:r w:rsidRPr="004444D4">
        <w:rPr>
          <w:rFonts w:ascii="Times New Roman" w:hAnsi="Times New Roman" w:cs="Times New Roman"/>
        </w:rPr>
        <w:t>What changes have you observed in the provision and utilisation of mental health services in your municipality as a result of the project's activities?</w:t>
      </w:r>
    </w:p>
    <w:p w14:paraId="5A23FC27"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5. </w:t>
      </w:r>
      <w:r w:rsidRPr="004444D4">
        <w:rPr>
          <w:rFonts w:ascii="Times New Roman" w:hAnsi="Times New Roman" w:cs="Times New Roman"/>
        </w:rPr>
        <w:t>To what extent did the project activities, including capacity building, counselling services, and policy advocacy, achieve their expected results? What improvements did trained health workers bring to the delivery of mental health services?</w:t>
      </w:r>
    </w:p>
    <w:p w14:paraId="318D50E4"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6. </w:t>
      </w:r>
      <w:r w:rsidRPr="004444D4">
        <w:rPr>
          <w:rFonts w:ascii="Times New Roman" w:hAnsi="Times New Roman" w:cs="Times New Roman"/>
        </w:rPr>
        <w:t>How effective were SHGs and peer support initiatives in increasing awareness, reducing stigma and discrimination, and improving access to services?</w:t>
      </w:r>
    </w:p>
    <w:p w14:paraId="156503D0"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7. </w:t>
      </w:r>
      <w:r w:rsidRPr="004444D4">
        <w:rPr>
          <w:rFonts w:ascii="Times New Roman" w:hAnsi="Times New Roman" w:cs="Times New Roman"/>
        </w:rPr>
        <w:t>How did the project address the needs of marginalised groups, such as women, Dalit communities, and persons with disabilities? Were all groups able to benefit equally?</w:t>
      </w:r>
    </w:p>
    <w:p w14:paraId="5F4FF2E4"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8. </w:t>
      </w:r>
      <w:r w:rsidRPr="004444D4">
        <w:rPr>
          <w:rFonts w:ascii="Times New Roman" w:hAnsi="Times New Roman" w:cs="Times New Roman"/>
        </w:rPr>
        <w:t>What changes has the project brought to the lives of migrant workers, their families, and persons with psychosocial disabilities in your area?</w:t>
      </w:r>
    </w:p>
    <w:p w14:paraId="1925F4BD"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9. </w:t>
      </w:r>
      <w:r w:rsidRPr="004444D4">
        <w:rPr>
          <w:rFonts w:ascii="Times New Roman" w:hAnsi="Times New Roman" w:cs="Times New Roman"/>
        </w:rPr>
        <w:t>Have you noticed any changes in people's attitudes towards mental health services and disability? Please provide examples.</w:t>
      </w:r>
    </w:p>
    <w:p w14:paraId="602ABD51"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10. </w:t>
      </w:r>
      <w:r w:rsidRPr="004444D4">
        <w:rPr>
          <w:rFonts w:ascii="Times New Roman" w:hAnsi="Times New Roman" w:cs="Times New Roman"/>
        </w:rPr>
        <w:t>What steps has the local government taken to continue the mental health services and disability-inclusive policies initiated by the project?</w:t>
      </w:r>
    </w:p>
    <w:p w14:paraId="62ADB147"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11. </w:t>
      </w:r>
      <w:r w:rsidRPr="004444D4">
        <w:rPr>
          <w:rFonts w:ascii="Times New Roman" w:hAnsi="Times New Roman" w:cs="Times New Roman"/>
        </w:rPr>
        <w:t>After the project ends, what policies, programmes, and budget allocations does the municipality plan to put in place to continue mental health services?</w:t>
      </w:r>
    </w:p>
    <w:p w14:paraId="3C76DD5D" w14:textId="77777777" w:rsidR="00684E76" w:rsidRPr="004444D4" w:rsidRDefault="00000000">
      <w:pPr>
        <w:rPr>
          <w:rFonts w:ascii="Times New Roman" w:hAnsi="Times New Roman" w:cs="Times New Roman"/>
        </w:rPr>
      </w:pPr>
      <w:r w:rsidRPr="004444D4">
        <w:rPr>
          <w:rFonts w:ascii="Times New Roman" w:hAnsi="Times New Roman" w:cs="Times New Roman"/>
          <w:b/>
        </w:rPr>
        <w:lastRenderedPageBreak/>
        <w:t xml:space="preserve">12. </w:t>
      </w:r>
      <w:r w:rsidRPr="004444D4">
        <w:rPr>
          <w:rFonts w:ascii="Times New Roman" w:hAnsi="Times New Roman" w:cs="Times New Roman"/>
        </w:rPr>
        <w:t>How confident are you that trained health workers will continue to provide effective mental health services after the project ends?</w:t>
      </w:r>
    </w:p>
    <w:p w14:paraId="37171A31"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13. </w:t>
      </w:r>
      <w:r w:rsidRPr="004444D4">
        <w:rPr>
          <w:rFonts w:ascii="Times New Roman" w:hAnsi="Times New Roman" w:cs="Times New Roman"/>
        </w:rPr>
        <w:t>To what extent were the project's activities aligned with other health services and social programmes?</w:t>
      </w:r>
    </w:p>
    <w:p w14:paraId="0C54A8BD"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14. </w:t>
      </w:r>
      <w:r w:rsidRPr="004444D4">
        <w:rPr>
          <w:rFonts w:ascii="Times New Roman" w:hAnsi="Times New Roman" w:cs="Times New Roman"/>
        </w:rPr>
        <w:t>During coordination with other agencies, did you observe any duplication, lack of coordination, gaps, or other challenges among programmes? Please explain.</w:t>
      </w:r>
    </w:p>
    <w:p w14:paraId="26DA1375"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15. </w:t>
      </w:r>
      <w:r w:rsidRPr="004444D4">
        <w:rPr>
          <w:rFonts w:ascii="Times New Roman" w:hAnsi="Times New Roman" w:cs="Times New Roman"/>
        </w:rPr>
        <w:t>To what extent do you feel that the project improved awareness and practices related to disability inclusion at both policy and community levels?</w:t>
      </w:r>
    </w:p>
    <w:p w14:paraId="17293D35"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16. </w:t>
      </w:r>
      <w:r w:rsidRPr="004444D4">
        <w:rPr>
          <w:rFonts w:ascii="Times New Roman" w:hAnsi="Times New Roman" w:cs="Times New Roman"/>
        </w:rPr>
        <w:t>In your opinion, what suggestions would you provide to improve similar projects in the future?</w:t>
      </w:r>
    </w:p>
    <w:p w14:paraId="241DDB98"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17. </w:t>
      </w:r>
      <w:r w:rsidRPr="004444D4">
        <w:rPr>
          <w:rFonts w:ascii="Times New Roman" w:hAnsi="Times New Roman" w:cs="Times New Roman"/>
        </w:rPr>
        <w:t>What additional support does this local government need to sustain and expand mental health and psychosocial counselling services?</w:t>
      </w:r>
    </w:p>
    <w:p w14:paraId="287E18AF"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18. </w:t>
      </w:r>
      <w:r w:rsidRPr="004444D4">
        <w:rPr>
          <w:rFonts w:ascii="Times New Roman" w:hAnsi="Times New Roman" w:cs="Times New Roman"/>
        </w:rPr>
        <w:t>Is there anything else you would like to add regarding this project, mental health services, disability inclusion, or sustainability?</w:t>
      </w:r>
    </w:p>
    <w:p w14:paraId="0885A979" w14:textId="77777777" w:rsidR="00684E76" w:rsidRPr="004444D4" w:rsidRDefault="00000000">
      <w:pPr>
        <w:pStyle w:val="Heading1"/>
        <w:rPr>
          <w:rFonts w:ascii="Times New Roman" w:hAnsi="Times New Roman" w:cs="Times New Roman"/>
          <w:color w:val="auto"/>
        </w:rPr>
      </w:pPr>
      <w:r w:rsidRPr="004444D4">
        <w:rPr>
          <w:rFonts w:ascii="Times New Roman" w:hAnsi="Times New Roman" w:cs="Times New Roman"/>
          <w:color w:val="auto"/>
        </w:rPr>
        <w:t>B. In-Depth Interview Guide for Health Coordinators</w:t>
      </w:r>
    </w:p>
    <w:p w14:paraId="0AC34DC5" w14:textId="77777777" w:rsidR="00684E76" w:rsidRPr="004444D4" w:rsidRDefault="00000000">
      <w:pPr>
        <w:rPr>
          <w:rFonts w:ascii="Times New Roman" w:hAnsi="Times New Roman" w:cs="Times New Roman"/>
        </w:rPr>
      </w:pPr>
      <w:r w:rsidRPr="004444D4">
        <w:rPr>
          <w:rFonts w:ascii="Times New Roman" w:hAnsi="Times New Roman" w:cs="Times New Roman"/>
        </w:rPr>
        <w:t>Suggested duration: 20–25 minutes</w:t>
      </w:r>
    </w:p>
    <w:p w14:paraId="018B24A2"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 </w:t>
      </w:r>
      <w:r w:rsidRPr="004444D4">
        <w:rPr>
          <w:rFonts w:ascii="Times New Roman" w:hAnsi="Times New Roman" w:cs="Times New Roman"/>
        </w:rPr>
        <w:t>In your opinion, how necessary are mental health and psychosocial counselling services for migrant workers from this municipality and their family members?</w:t>
      </w:r>
    </w:p>
    <w:p w14:paraId="520918D1"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2. </w:t>
      </w:r>
      <w:r w:rsidRPr="004444D4">
        <w:rPr>
          <w:rFonts w:ascii="Times New Roman" w:hAnsi="Times New Roman" w:cs="Times New Roman"/>
        </w:rPr>
        <w:t>To what extent did the objectives and activities of this project align with the priorities and policies of the local government?</w:t>
      </w:r>
    </w:p>
    <w:p w14:paraId="4209EC15"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3. </w:t>
      </w:r>
      <w:r w:rsidRPr="004444D4">
        <w:rPr>
          <w:rFonts w:ascii="Times New Roman" w:hAnsi="Times New Roman" w:cs="Times New Roman"/>
        </w:rPr>
        <w:t>How appropriate was the project in addressing gaps in mental health services and stigma or discrimination in this area?</w:t>
      </w:r>
    </w:p>
    <w:p w14:paraId="11B2C4FD"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4. </w:t>
      </w:r>
      <w:r w:rsidRPr="004444D4">
        <w:rPr>
          <w:rFonts w:ascii="Times New Roman" w:hAnsi="Times New Roman" w:cs="Times New Roman"/>
        </w:rPr>
        <w:t>How did the livelihood activities help to reduce mental stress or psychosocial difficulties?</w:t>
      </w:r>
    </w:p>
    <w:p w14:paraId="123BCBD8"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5. </w:t>
      </w:r>
      <w:r w:rsidRPr="004444D4">
        <w:rPr>
          <w:rFonts w:ascii="Times New Roman" w:hAnsi="Times New Roman" w:cs="Times New Roman"/>
        </w:rPr>
        <w:t>What changes have you observed in the quality of life of migrants who received mental health services? Do you feel that the project brought positive changes? Please explain.</w:t>
      </w:r>
    </w:p>
    <w:p w14:paraId="1B07DE36"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6. </w:t>
      </w:r>
      <w:r w:rsidRPr="004444D4">
        <w:rPr>
          <w:rFonts w:ascii="Times New Roman" w:hAnsi="Times New Roman" w:cs="Times New Roman"/>
        </w:rPr>
        <w:t>Have you observed any changes in suicidal thoughts or concerns among people connected with self-help groups? Please describe what you have observed, if any.</w:t>
      </w:r>
    </w:p>
    <w:p w14:paraId="17E46EB3"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7. </w:t>
      </w:r>
      <w:r w:rsidRPr="004444D4">
        <w:rPr>
          <w:rFonts w:ascii="Times New Roman" w:hAnsi="Times New Roman" w:cs="Times New Roman"/>
        </w:rPr>
        <w:t>How did the mhGAP training empower health workers? Can you provide any concrete examples?</w:t>
      </w:r>
    </w:p>
    <w:p w14:paraId="31777B88"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8. </w:t>
      </w:r>
      <w:r w:rsidRPr="004444D4">
        <w:rPr>
          <w:rFonts w:ascii="Times New Roman" w:hAnsi="Times New Roman" w:cs="Times New Roman"/>
        </w:rPr>
        <w:t>What improvements did trained health workers bring to the provision of mental health services?</w:t>
      </w:r>
    </w:p>
    <w:p w14:paraId="4FCAD437"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9. </w:t>
      </w:r>
      <w:r w:rsidRPr="004444D4">
        <w:rPr>
          <w:rFonts w:ascii="Times New Roman" w:hAnsi="Times New Roman" w:cs="Times New Roman"/>
        </w:rPr>
        <w:t>What are the plans of the local government to continue mental health-related budgets and the supply of medicines in the coming years?</w:t>
      </w:r>
    </w:p>
    <w:p w14:paraId="333C2A95"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10. </w:t>
      </w:r>
      <w:r w:rsidRPr="004444D4">
        <w:rPr>
          <w:rFonts w:ascii="Times New Roman" w:hAnsi="Times New Roman" w:cs="Times New Roman"/>
        </w:rPr>
        <w:t>How confident are you that self-help groups can continue operating independently after the project ends? Why?</w:t>
      </w:r>
    </w:p>
    <w:p w14:paraId="263A5F7C"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11. </w:t>
      </w:r>
      <w:r w:rsidRPr="004444D4">
        <w:rPr>
          <w:rFonts w:ascii="Times New Roman" w:hAnsi="Times New Roman" w:cs="Times New Roman"/>
        </w:rPr>
        <w:t>How did the project address the needs of marginalised groups, such as women, Dalit communities, and persons with disabilities? Were all groups able to benefit equally?</w:t>
      </w:r>
    </w:p>
    <w:p w14:paraId="286DEB38" w14:textId="77777777" w:rsidR="00684E76" w:rsidRPr="004444D4" w:rsidRDefault="00000000">
      <w:pPr>
        <w:rPr>
          <w:rFonts w:ascii="Times New Roman" w:hAnsi="Times New Roman" w:cs="Times New Roman"/>
        </w:rPr>
      </w:pPr>
      <w:r w:rsidRPr="004444D4">
        <w:rPr>
          <w:rFonts w:ascii="Times New Roman" w:hAnsi="Times New Roman" w:cs="Times New Roman"/>
          <w:b/>
        </w:rPr>
        <w:lastRenderedPageBreak/>
        <w:t xml:space="preserve">12. </w:t>
      </w:r>
      <w:r w:rsidRPr="004444D4">
        <w:rPr>
          <w:rFonts w:ascii="Times New Roman" w:hAnsi="Times New Roman" w:cs="Times New Roman"/>
        </w:rPr>
        <w:t>What changes has the project brought to the lives of migrant workers, their families, and persons with psychosocial disabilities in your area?</w:t>
      </w:r>
    </w:p>
    <w:p w14:paraId="1BE58EA6"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13. </w:t>
      </w:r>
      <w:r w:rsidRPr="004444D4">
        <w:rPr>
          <w:rFonts w:ascii="Times New Roman" w:hAnsi="Times New Roman" w:cs="Times New Roman"/>
        </w:rPr>
        <w:t>Have you noticed any changes in people's attitudes towards mental health services and disability? Please provide examples.</w:t>
      </w:r>
    </w:p>
    <w:p w14:paraId="509E3ED6"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14. </w:t>
      </w:r>
      <w:r w:rsidRPr="004444D4">
        <w:rPr>
          <w:rFonts w:ascii="Times New Roman" w:hAnsi="Times New Roman" w:cs="Times New Roman"/>
        </w:rPr>
        <w:t>What steps has the local government taken to continue the mental health services and disability-inclusive policies initiated by the project?</w:t>
      </w:r>
    </w:p>
    <w:p w14:paraId="61DD6AFC"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15. </w:t>
      </w:r>
      <w:r w:rsidRPr="004444D4">
        <w:rPr>
          <w:rFonts w:ascii="Times New Roman" w:hAnsi="Times New Roman" w:cs="Times New Roman"/>
        </w:rPr>
        <w:t>After the project ends, what policies, programmes, and budget allocations does the municipality plan to put in place to continue mental health services?</w:t>
      </w:r>
    </w:p>
    <w:p w14:paraId="065E3E2F"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16. </w:t>
      </w:r>
      <w:r w:rsidRPr="004444D4">
        <w:rPr>
          <w:rFonts w:ascii="Times New Roman" w:hAnsi="Times New Roman" w:cs="Times New Roman"/>
        </w:rPr>
        <w:t>If a similar project were implemented again, which activities or components should definitely be repeated?</w:t>
      </w:r>
    </w:p>
    <w:p w14:paraId="6884557B"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17. </w:t>
      </w:r>
      <w:r w:rsidRPr="004444D4">
        <w:rPr>
          <w:rFonts w:ascii="Times New Roman" w:hAnsi="Times New Roman" w:cs="Times New Roman"/>
        </w:rPr>
        <w:t>In your opinion, what was the greatest success and what was the greatest challenge or limitation of this project?</w:t>
      </w:r>
    </w:p>
    <w:p w14:paraId="37D049AB" w14:textId="77777777" w:rsidR="00684E76" w:rsidRPr="004444D4" w:rsidRDefault="00000000">
      <w:pPr>
        <w:rPr>
          <w:rFonts w:ascii="Times New Roman" w:hAnsi="Times New Roman" w:cs="Times New Roman"/>
        </w:rPr>
      </w:pPr>
      <w:r w:rsidRPr="004444D4">
        <w:rPr>
          <w:rFonts w:ascii="Times New Roman" w:hAnsi="Times New Roman" w:cs="Times New Roman"/>
          <w:b/>
        </w:rPr>
        <w:t xml:space="preserve">18. </w:t>
      </w:r>
      <w:r w:rsidRPr="004444D4">
        <w:rPr>
          <w:rFonts w:ascii="Times New Roman" w:hAnsi="Times New Roman" w:cs="Times New Roman"/>
        </w:rPr>
        <w:t>Is there anything else you would like to add regarding this project or mental health and psychosocial support services?</w:t>
      </w:r>
    </w:p>
    <w:p w14:paraId="4CA6F3DF" w14:textId="77777777" w:rsidR="00684E76" w:rsidRPr="004444D4" w:rsidRDefault="00684E76">
      <w:pPr>
        <w:rPr>
          <w:rFonts w:ascii="Times New Roman" w:hAnsi="Times New Roman" w:cs="Times New Roman"/>
        </w:rPr>
      </w:pPr>
    </w:p>
    <w:p w14:paraId="3BE6882E" w14:textId="44405FF0" w:rsidR="00684E76" w:rsidRPr="004444D4" w:rsidRDefault="00684E76">
      <w:pPr>
        <w:jc w:val="center"/>
        <w:rPr>
          <w:rFonts w:ascii="Times New Roman" w:hAnsi="Times New Roman" w:cs="Times New Roman"/>
        </w:rPr>
      </w:pPr>
    </w:p>
    <w:sectPr w:rsidR="00684E76" w:rsidRPr="004444D4"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2882022">
    <w:abstractNumId w:val="8"/>
  </w:num>
  <w:num w:numId="2" w16cid:durableId="1621306090">
    <w:abstractNumId w:val="6"/>
  </w:num>
  <w:num w:numId="3" w16cid:durableId="318732339">
    <w:abstractNumId w:val="5"/>
  </w:num>
  <w:num w:numId="4" w16cid:durableId="335424682">
    <w:abstractNumId w:val="4"/>
  </w:num>
  <w:num w:numId="5" w16cid:durableId="564992786">
    <w:abstractNumId w:val="7"/>
  </w:num>
  <w:num w:numId="6" w16cid:durableId="1700231252">
    <w:abstractNumId w:val="3"/>
  </w:num>
  <w:num w:numId="7" w16cid:durableId="994259319">
    <w:abstractNumId w:val="2"/>
  </w:num>
  <w:num w:numId="8" w16cid:durableId="1081827047">
    <w:abstractNumId w:val="1"/>
  </w:num>
  <w:num w:numId="9" w16cid:durableId="78388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44D4"/>
    <w:rsid w:val="00684E76"/>
    <w:rsid w:val="00AA1D8D"/>
    <w:rsid w:val="00B47730"/>
    <w:rsid w:val="00CB0664"/>
    <w:rsid w:val="00E25E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46C8B6"/>
  <w14:defaultImageDpi w14:val="300"/>
  <w15:docId w15:val="{65E317C2-5064-4BE6-8102-4E879490A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2</cp:revision>
  <dcterms:created xsi:type="dcterms:W3CDTF">2013-12-23T23:15:00Z</dcterms:created>
  <dcterms:modified xsi:type="dcterms:W3CDTF">2026-08-20T03:58:00Z</dcterms:modified>
  <cp:category/>
</cp:coreProperties>
</file>