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F85E2" w14:textId="77777777" w:rsidR="000D15D9" w:rsidRPr="00B73753" w:rsidRDefault="00000000">
      <w:pPr>
        <w:jc w:val="center"/>
        <w:rPr>
          <w:rFonts w:ascii="Times New Roman" w:hAnsi="Times New Roman" w:cs="Times New Roman"/>
        </w:rPr>
      </w:pPr>
      <w:r w:rsidRPr="00B73753">
        <w:rPr>
          <w:rFonts w:ascii="Times New Roman" w:hAnsi="Times New Roman" w:cs="Times New Roman"/>
          <w:b/>
          <w:sz w:val="32"/>
        </w:rPr>
        <w:t>Supplementary File 2</w:t>
      </w:r>
    </w:p>
    <w:p w14:paraId="22000CFD" w14:textId="52F697A0" w:rsidR="000D15D9" w:rsidRPr="00B73753" w:rsidRDefault="00000000">
      <w:pPr>
        <w:jc w:val="center"/>
        <w:rPr>
          <w:rFonts w:ascii="Times New Roman" w:hAnsi="Times New Roman" w:cs="Times New Roman"/>
        </w:rPr>
      </w:pPr>
      <w:r w:rsidRPr="00B73753">
        <w:rPr>
          <w:rFonts w:ascii="Times New Roman" w:hAnsi="Times New Roman" w:cs="Times New Roman"/>
          <w:i/>
          <w:sz w:val="22"/>
        </w:rPr>
        <w:t>Focus Group Discussion (FGD) Guide</w:t>
      </w:r>
    </w:p>
    <w:p w14:paraId="76FF103C"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Study: </w:t>
      </w:r>
      <w:r w:rsidRPr="00B73753">
        <w:rPr>
          <w:rFonts w:ascii="Times New Roman" w:hAnsi="Times New Roman" w:cs="Times New Roman"/>
        </w:rPr>
        <w:t>Strengthening Mental Health Systems in Decentralized Settings: A Qualitative Study of Policy, Governance, and Community Foundations for Sustainable MHPSS Services in Nepal</w:t>
      </w:r>
    </w:p>
    <w:p w14:paraId="321ED532" w14:textId="77777777" w:rsidR="000D15D9" w:rsidRPr="00B73753" w:rsidRDefault="00000000">
      <w:pPr>
        <w:rPr>
          <w:rFonts w:ascii="Times New Roman" w:hAnsi="Times New Roman" w:cs="Times New Roman"/>
        </w:rPr>
      </w:pPr>
      <w:r w:rsidRPr="00B73753">
        <w:rPr>
          <w:rFonts w:ascii="Times New Roman" w:hAnsi="Times New Roman" w:cs="Times New Roman"/>
        </w:rPr>
        <w:t>Target participants: Self-help group (SHG) and peer support group members</w:t>
      </w:r>
    </w:p>
    <w:p w14:paraId="63E59B54" w14:textId="77777777" w:rsidR="000D15D9" w:rsidRPr="00B73753" w:rsidRDefault="00000000">
      <w:pPr>
        <w:rPr>
          <w:rFonts w:ascii="Times New Roman" w:hAnsi="Times New Roman" w:cs="Times New Roman"/>
        </w:rPr>
      </w:pPr>
      <w:r w:rsidRPr="00B73753">
        <w:rPr>
          <w:rFonts w:ascii="Times New Roman" w:hAnsi="Times New Roman" w:cs="Times New Roman"/>
        </w:rPr>
        <w:t>The following semi-structured FGD guide was developed specifically for this study.</w:t>
      </w:r>
    </w:p>
    <w:p w14:paraId="7A84E03F" w14:textId="77777777" w:rsidR="000D15D9" w:rsidRPr="00B73753" w:rsidRDefault="00000000">
      <w:pPr>
        <w:pStyle w:val="Heading1"/>
        <w:rPr>
          <w:rFonts w:ascii="Times New Roman" w:hAnsi="Times New Roman" w:cs="Times New Roman"/>
          <w:color w:val="auto"/>
        </w:rPr>
      </w:pPr>
      <w:r w:rsidRPr="00B73753">
        <w:rPr>
          <w:rFonts w:ascii="Times New Roman" w:hAnsi="Times New Roman" w:cs="Times New Roman"/>
          <w:color w:val="auto"/>
        </w:rPr>
        <w:t>Focus Group Discussion Guide for SHG and Peer Support Group Members</w:t>
      </w:r>
    </w:p>
    <w:p w14:paraId="569BBEF5" w14:textId="77777777" w:rsidR="000D15D9" w:rsidRPr="00B73753" w:rsidRDefault="00000000">
      <w:pPr>
        <w:rPr>
          <w:rFonts w:ascii="Times New Roman" w:hAnsi="Times New Roman" w:cs="Times New Roman"/>
        </w:rPr>
      </w:pPr>
      <w:r w:rsidRPr="00B73753">
        <w:rPr>
          <w:rFonts w:ascii="Times New Roman" w:hAnsi="Times New Roman" w:cs="Times New Roman"/>
        </w:rPr>
        <w:t>Opening: Thank you for participating. We would like to hear about your experiences with the project, mental health and psychosocial support services, group activities, community inclusion, and access to services. There are no right or wrong answers. Please feel free to share your experiences and views.</w:t>
      </w:r>
    </w:p>
    <w:p w14:paraId="2FF99067"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1. </w:t>
      </w:r>
      <w:r w:rsidRPr="00B73753">
        <w:rPr>
          <w:rFonts w:ascii="Times New Roman" w:hAnsi="Times New Roman" w:cs="Times New Roman"/>
        </w:rPr>
        <w:t>Do you feel that this project focused on addressing the major mental health problems experienced by people in your community?</w:t>
      </w:r>
    </w:p>
    <w:p w14:paraId="14257944"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2. </w:t>
      </w:r>
      <w:r w:rsidRPr="00B73753">
        <w:rPr>
          <w:rFonts w:ascii="Times New Roman" w:hAnsi="Times New Roman" w:cs="Times New Roman"/>
        </w:rPr>
        <w:t>To what extent were the different project activities, including peer support groups, self-help groups (SHGs), livelihood activities, and awareness-raising activities, acceptable to the community, both culturally and practically?</w:t>
      </w:r>
    </w:p>
    <w:p w14:paraId="7CA9E1DE"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3. </w:t>
      </w:r>
      <w:r w:rsidRPr="00B73753">
        <w:rPr>
          <w:rFonts w:ascii="Times New Roman" w:hAnsi="Times New Roman" w:cs="Times New Roman"/>
        </w:rPr>
        <w:t>What role did your group play in encouraging other people to seek treatment or counselling?</w:t>
      </w:r>
    </w:p>
    <w:p w14:paraId="1C4AFC62"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4. </w:t>
      </w:r>
      <w:r w:rsidRPr="00B73753">
        <w:rPr>
          <w:rFonts w:ascii="Times New Roman" w:hAnsi="Times New Roman" w:cs="Times New Roman"/>
        </w:rPr>
        <w:t>Have you ever referred or recommended someone from your community to a health service? If yes, please describe what happened.</w:t>
      </w:r>
    </w:p>
    <w:p w14:paraId="03C10376"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5. </w:t>
      </w:r>
      <w:r w:rsidRPr="00B73753">
        <w:rPr>
          <w:rFonts w:ascii="Times New Roman" w:hAnsi="Times New Roman" w:cs="Times New Roman"/>
        </w:rPr>
        <w:t>Do you feel that the counselling or emotional support you received helped improve your mental health? How?</w:t>
      </w:r>
    </w:p>
    <w:p w14:paraId="1EAE80C3"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6. </w:t>
      </w:r>
      <w:r w:rsidRPr="00B73753">
        <w:rPr>
          <w:rFonts w:ascii="Times New Roman" w:hAnsi="Times New Roman" w:cs="Times New Roman"/>
        </w:rPr>
        <w:t>Has your group ever raised concerns about mental health or disability with the local government? What happened afterwards?</w:t>
      </w:r>
    </w:p>
    <w:p w14:paraId="278E89D7"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7. </w:t>
      </w:r>
      <w:r w:rsidRPr="00B73753">
        <w:rPr>
          <w:rFonts w:ascii="Times New Roman" w:hAnsi="Times New Roman" w:cs="Times New Roman"/>
        </w:rPr>
        <w:t>Do you feel that SHGs or peer support groups are listened to more by government authorities now than they were before? Why?</w:t>
      </w:r>
    </w:p>
    <w:p w14:paraId="224ABE25"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8. </w:t>
      </w:r>
      <w:r w:rsidRPr="00B73753">
        <w:rPr>
          <w:rFonts w:ascii="Times New Roman" w:hAnsi="Times New Roman" w:cs="Times New Roman"/>
        </w:rPr>
        <w:t>Do women, Dalit people, and persons with disabilities in your group have equal opportunities to access services and support? Are their voices heard in your group and in community-level discussions?</w:t>
      </w:r>
    </w:p>
    <w:p w14:paraId="286D5E65"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9. </w:t>
      </w:r>
      <w:r w:rsidRPr="00B73753">
        <w:rPr>
          <w:rFonts w:ascii="Times New Roman" w:hAnsi="Times New Roman" w:cs="Times New Roman"/>
        </w:rPr>
        <w:t>How do members of your group support one another during times of stress or difficulty?</w:t>
      </w:r>
    </w:p>
    <w:p w14:paraId="06CB1113"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10. </w:t>
      </w:r>
      <w:r w:rsidRPr="00B73753">
        <w:rPr>
          <w:rFonts w:ascii="Times New Roman" w:hAnsi="Times New Roman" w:cs="Times New Roman"/>
        </w:rPr>
        <w:t>Has your group helped anyone access mental health services, receive emotional support, or respond to concerns related to suicide? Please describe the type of support provided, without sharing identifying information.</w:t>
      </w:r>
    </w:p>
    <w:p w14:paraId="375ACB36"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11. </w:t>
      </w:r>
      <w:r w:rsidRPr="00B73753">
        <w:rPr>
          <w:rFonts w:ascii="Times New Roman" w:hAnsi="Times New Roman" w:cs="Times New Roman"/>
        </w:rPr>
        <w:t>What changes have you experienced in your life or work situation after participating in mental health services or project activities?</w:t>
      </w:r>
    </w:p>
    <w:p w14:paraId="3132B122"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12. </w:t>
      </w:r>
      <w:r w:rsidRPr="00B73753">
        <w:rPr>
          <w:rFonts w:ascii="Times New Roman" w:hAnsi="Times New Roman" w:cs="Times New Roman"/>
        </w:rPr>
        <w:t>What changes have you noticed in your own emotions or in your family life?</w:t>
      </w:r>
    </w:p>
    <w:p w14:paraId="00C22904"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13. </w:t>
      </w:r>
      <w:r w:rsidRPr="00B73753">
        <w:rPr>
          <w:rFonts w:ascii="Times New Roman" w:hAnsi="Times New Roman" w:cs="Times New Roman"/>
        </w:rPr>
        <w:t>Compared with before the project, what changes have you noticed in how people in your community treat persons with mental health problems or disabilities?</w:t>
      </w:r>
    </w:p>
    <w:p w14:paraId="33AC32C1" w14:textId="77777777" w:rsidR="000D15D9" w:rsidRPr="00B73753" w:rsidRDefault="00000000">
      <w:pPr>
        <w:rPr>
          <w:rFonts w:ascii="Times New Roman" w:hAnsi="Times New Roman" w:cs="Times New Roman"/>
        </w:rPr>
      </w:pPr>
      <w:r w:rsidRPr="00B73753">
        <w:rPr>
          <w:rFonts w:ascii="Times New Roman" w:hAnsi="Times New Roman" w:cs="Times New Roman"/>
          <w:b/>
        </w:rPr>
        <w:lastRenderedPageBreak/>
        <w:t xml:space="preserve">14. </w:t>
      </w:r>
      <w:r w:rsidRPr="00B73753">
        <w:rPr>
          <w:rFonts w:ascii="Times New Roman" w:hAnsi="Times New Roman" w:cs="Times New Roman"/>
        </w:rPr>
        <w:t>Do you feel more respected and included than before in social or family activities? Please explain.</w:t>
      </w:r>
    </w:p>
    <w:p w14:paraId="7023E7B5"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15. </w:t>
      </w:r>
      <w:r w:rsidRPr="00B73753">
        <w:rPr>
          <w:rFonts w:ascii="Times New Roman" w:hAnsi="Times New Roman" w:cs="Times New Roman"/>
        </w:rPr>
        <w:t>Even though awareness-raising activities have been conducted, what still makes it difficult for people to seek mental health services?</w:t>
      </w:r>
    </w:p>
    <w:p w14:paraId="2C7D0F0B"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16. </w:t>
      </w:r>
      <w:r w:rsidRPr="00B73753">
        <w:rPr>
          <w:rFonts w:ascii="Times New Roman" w:hAnsi="Times New Roman" w:cs="Times New Roman"/>
        </w:rPr>
        <w:t>Which services are still difficult for you or people in your community to access? Why, and what makes them difficult to obtain?</w:t>
      </w:r>
    </w:p>
    <w:p w14:paraId="54B6D3AA"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17. </w:t>
      </w:r>
      <w:r w:rsidRPr="00B73753">
        <w:rPr>
          <w:rFonts w:ascii="Times New Roman" w:hAnsi="Times New Roman" w:cs="Times New Roman"/>
        </w:rPr>
        <w:t>How has participating in an SHG or peer support group helped you emotionally?</w:t>
      </w:r>
    </w:p>
    <w:p w14:paraId="04E30338"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18. </w:t>
      </w:r>
      <w:r w:rsidRPr="00B73753">
        <w:rPr>
          <w:rFonts w:ascii="Times New Roman" w:hAnsi="Times New Roman" w:cs="Times New Roman"/>
        </w:rPr>
        <w:t>Have you or your group undertaken any activities to advocate for the rights of persons with disabilities? What activities did you undertake?</w:t>
      </w:r>
    </w:p>
    <w:p w14:paraId="13FF2262"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19. </w:t>
      </w:r>
      <w:r w:rsidRPr="00B73753">
        <w:rPr>
          <w:rFonts w:ascii="Times New Roman" w:hAnsi="Times New Roman" w:cs="Times New Roman"/>
        </w:rPr>
        <w:t>Have you participated in any income-generating or livelihood activities? If yes, did participation help reduce your stress or anxiety? How?</w:t>
      </w:r>
    </w:p>
    <w:p w14:paraId="3DD6D56E"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20. </w:t>
      </w:r>
      <w:r w:rsidRPr="00B73753">
        <w:rPr>
          <w:rFonts w:ascii="Times New Roman" w:hAnsi="Times New Roman" w:cs="Times New Roman"/>
        </w:rPr>
        <w:t>What changes have you noticed in the community's understanding of disability since the project began?</w:t>
      </w:r>
    </w:p>
    <w:p w14:paraId="75C6AFE7"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21. </w:t>
      </w:r>
      <w:r w:rsidRPr="00B73753">
        <w:rPr>
          <w:rFonts w:ascii="Times New Roman" w:hAnsi="Times New Roman" w:cs="Times New Roman"/>
        </w:rPr>
        <w:t>Do you feel that persons with disabilities are more accepted than before in schools, public places, or SHG/community settings? Please explain.</w:t>
      </w:r>
    </w:p>
    <w:p w14:paraId="6257340A"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22. </w:t>
      </w:r>
      <w:r w:rsidRPr="00B73753">
        <w:rPr>
          <w:rFonts w:ascii="Times New Roman" w:hAnsi="Times New Roman" w:cs="Times New Roman"/>
        </w:rPr>
        <w:t>Are persons with disabilities able to access mental health services in the same way as others? What difficulties do they face?</w:t>
      </w:r>
    </w:p>
    <w:p w14:paraId="46745F0A"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23. </w:t>
      </w:r>
      <w:r w:rsidRPr="00B73753">
        <w:rPr>
          <w:rFonts w:ascii="Times New Roman" w:hAnsi="Times New Roman" w:cs="Times New Roman"/>
        </w:rPr>
        <w:t>Do women with mental health problems or disabilities participate in SHGs or peer support groups? Are their views treated respectfully and given appropriate consideration?</w:t>
      </w:r>
    </w:p>
    <w:p w14:paraId="796EE2B0" w14:textId="77777777" w:rsidR="000D15D9" w:rsidRPr="00B73753" w:rsidRDefault="00000000">
      <w:pPr>
        <w:rPr>
          <w:rFonts w:ascii="Times New Roman" w:hAnsi="Times New Roman" w:cs="Times New Roman"/>
        </w:rPr>
      </w:pPr>
      <w:r w:rsidRPr="00B73753">
        <w:rPr>
          <w:rFonts w:ascii="Times New Roman" w:hAnsi="Times New Roman" w:cs="Times New Roman"/>
          <w:b/>
        </w:rPr>
        <w:t xml:space="preserve">24. </w:t>
      </w:r>
      <w:r w:rsidRPr="00B73753">
        <w:rPr>
          <w:rFonts w:ascii="Times New Roman" w:hAnsi="Times New Roman" w:cs="Times New Roman"/>
        </w:rPr>
        <w:t>Have young people or other persons with disabilities participated in awareness-raising or advocacy activities? What kinds of activities did they participate in?</w:t>
      </w:r>
    </w:p>
    <w:p w14:paraId="2DFB74E5" w14:textId="77777777" w:rsidR="000D15D9" w:rsidRPr="00B73753" w:rsidRDefault="000D15D9">
      <w:pPr>
        <w:rPr>
          <w:rFonts w:ascii="Times New Roman" w:hAnsi="Times New Roman" w:cs="Times New Roman"/>
        </w:rPr>
      </w:pPr>
    </w:p>
    <w:p w14:paraId="22C051E1" w14:textId="5923BD0D" w:rsidR="000D15D9" w:rsidRPr="00B73753" w:rsidRDefault="000D15D9">
      <w:pPr>
        <w:jc w:val="center"/>
        <w:rPr>
          <w:rFonts w:ascii="Times New Roman" w:hAnsi="Times New Roman" w:cs="Times New Roman"/>
        </w:rPr>
      </w:pPr>
    </w:p>
    <w:sectPr w:rsidR="000D15D9" w:rsidRPr="00B73753"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56417163">
    <w:abstractNumId w:val="8"/>
  </w:num>
  <w:num w:numId="2" w16cid:durableId="478572337">
    <w:abstractNumId w:val="6"/>
  </w:num>
  <w:num w:numId="3" w16cid:durableId="194928072">
    <w:abstractNumId w:val="5"/>
  </w:num>
  <w:num w:numId="4" w16cid:durableId="1206285304">
    <w:abstractNumId w:val="4"/>
  </w:num>
  <w:num w:numId="5" w16cid:durableId="79764890">
    <w:abstractNumId w:val="7"/>
  </w:num>
  <w:num w:numId="6" w16cid:durableId="155994312">
    <w:abstractNumId w:val="3"/>
  </w:num>
  <w:num w:numId="7" w16cid:durableId="817575889">
    <w:abstractNumId w:val="2"/>
  </w:num>
  <w:num w:numId="8" w16cid:durableId="901329477">
    <w:abstractNumId w:val="1"/>
  </w:num>
  <w:num w:numId="9" w16cid:durableId="1650550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15D9"/>
    <w:rsid w:val="0015074B"/>
    <w:rsid w:val="0029639D"/>
    <w:rsid w:val="00326F90"/>
    <w:rsid w:val="00956922"/>
    <w:rsid w:val="00AA1D8D"/>
    <w:rsid w:val="00B47730"/>
    <w:rsid w:val="00B7375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0DC5E7"/>
  <w14:defaultImageDpi w14:val="300"/>
  <w15:docId w15:val="{97F5EB68-274C-47DF-9976-7D057037F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cp:lastModifiedBy>
  <cp:revision>2</cp:revision>
  <dcterms:created xsi:type="dcterms:W3CDTF">2013-12-23T23:15:00Z</dcterms:created>
  <dcterms:modified xsi:type="dcterms:W3CDTF">2026-08-20T03:59:00Z</dcterms:modified>
  <cp:category/>
</cp:coreProperties>
</file>