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B354960" w14:textId="77777777" w:rsidR="00C12BC0" w:rsidRDefault="00000000">
      <w:pPr>
        <w:spacing w:before="80" w:after="60"/>
        <w:jc w:val="center"/>
      </w:pPr>
      <w:r>
        <w:rPr>
          <w:b/>
          <w:color w:val="1F4E79"/>
          <w:sz w:val="22"/>
        </w:rPr>
        <w:t>SUPPLEMENTARY FILE 1</w:t>
      </w:r>
    </w:p>
    <w:p w14:paraId="764CD26C" w14:textId="77777777" w:rsidR="00C12BC0" w:rsidRDefault="00000000">
      <w:pPr>
        <w:jc w:val="center"/>
      </w:pPr>
      <w:r>
        <w:rPr>
          <w:b/>
          <w:sz w:val="36"/>
        </w:rPr>
        <w:t>English-language version of the study-specific questionnaire</w:t>
      </w:r>
    </w:p>
    <w:p w14:paraId="7C315E76" w14:textId="77777777" w:rsidR="00C12BC0" w:rsidRDefault="00000000">
      <w:pPr>
        <w:spacing w:after="240"/>
        <w:jc w:val="center"/>
      </w:pPr>
      <w:r>
        <w:rPr>
          <w:i/>
          <w:color w:val="595959"/>
          <w:sz w:val="19"/>
        </w:rPr>
        <w:t>Related manuscript: Insomnia symptoms, daytime sleepiness, and quality of life in people with Alzheimer’s disease: a secondary cross-sectional analysis</w:t>
      </w:r>
    </w:p>
    <w:tbl>
      <w:tblPr>
        <w:tblStyle w:val="Tabela-Siatka"/>
        <w:tblW w:w="9360" w:type="dxa"/>
        <w:tblInd w:w="120" w:type="dxa"/>
        <w:tblLayout w:type="fixed"/>
        <w:tblLook w:val="04A0" w:firstRow="1" w:lastRow="0" w:firstColumn="1" w:lastColumn="0" w:noHBand="0" w:noVBand="1"/>
      </w:tblPr>
      <w:tblGrid>
        <w:gridCol w:w="9360"/>
      </w:tblGrid>
      <w:tr w:rsidR="00C12BC0" w14:paraId="16E28D1F" w14:textId="77777777">
        <w:trPr>
          <w:cantSplit/>
        </w:trPr>
        <w:tc>
          <w:tcPr>
            <w:tcW w:w="9360" w:type="dxa"/>
            <w:shd w:val="clear" w:color="auto" w:fill="F2F4F7"/>
            <w:tcMar>
              <w:top w:w="90" w:type="dxa"/>
              <w:left w:w="120" w:type="dxa"/>
              <w:bottom w:w="90" w:type="dxa"/>
              <w:right w:w="120" w:type="dxa"/>
            </w:tcMar>
            <w:vAlign w:val="center"/>
          </w:tcPr>
          <w:p w14:paraId="0D01BDFF" w14:textId="77777777" w:rsidR="00C12BC0" w:rsidRDefault="00000000">
            <w:pPr>
              <w:spacing w:after="20" w:line="240" w:lineRule="auto"/>
            </w:pPr>
            <w:r>
              <w:rPr>
                <w:sz w:val="19"/>
              </w:rPr>
              <w:t>Note. This document is an English translation of the structured Polish-language questionnaire developed specifically for the source study. The questionnaire was used to collect descriptive information and did not produce a validated composite score. Standardized instruments administered in the study are listed at the end of this document but their copyrighted item content is not reproduced. This English-language version was prepared for transparent reporting of the study methods and has not undergone independent psychometric or linguistic validation.</w:t>
            </w:r>
          </w:p>
        </w:tc>
      </w:tr>
    </w:tbl>
    <w:p w14:paraId="0C4C9B8E" w14:textId="77777777" w:rsidR="00C12BC0" w:rsidRDefault="00000000">
      <w:pPr>
        <w:pStyle w:val="Nagwek1"/>
      </w:pPr>
      <w:r>
        <w:t>Instructions</w:t>
      </w:r>
    </w:p>
    <w:p w14:paraId="71F86063" w14:textId="77777777" w:rsidR="00C12BC0" w:rsidRDefault="00000000">
      <w:r>
        <w:t>Complete the questionnaire using information provided by the participant whenever possible. When cognitive impairment limits independent completion, questions may be read aloud and responses recorded without interpretation or modification. Factual clinical information may be verified using medical records or, where necessary, information from a family member or a healthcare professional directly involved in the participant’s care.</w:t>
      </w:r>
    </w:p>
    <w:p w14:paraId="6096B2F2" w14:textId="77777777" w:rsidR="00C12BC0" w:rsidRDefault="00000000">
      <w:pPr>
        <w:pStyle w:val="Nagwek1"/>
      </w:pPr>
      <w:r>
        <w:t>A. Sociodemographic and care-setting information</w:t>
      </w:r>
    </w:p>
    <w:tbl>
      <w:tblPr>
        <w:tblStyle w:val="Tabela-Siatka"/>
        <w:tblW w:w="9360" w:type="dxa"/>
        <w:tblInd w:w="120" w:type="dxa"/>
        <w:tblLayout w:type="fixed"/>
        <w:tblLook w:val="04A0" w:firstRow="1" w:lastRow="0" w:firstColumn="1" w:lastColumn="0" w:noHBand="0" w:noVBand="1"/>
      </w:tblPr>
      <w:tblGrid>
        <w:gridCol w:w="600"/>
        <w:gridCol w:w="4740"/>
        <w:gridCol w:w="4020"/>
      </w:tblGrid>
      <w:tr w:rsidR="00C12BC0" w14:paraId="648627EF" w14:textId="77777777">
        <w:trPr>
          <w:cantSplit/>
          <w:tblHeader/>
        </w:trPr>
        <w:tc>
          <w:tcPr>
            <w:tcW w:w="600" w:type="dxa"/>
            <w:shd w:val="clear" w:color="auto" w:fill="D9EAF7"/>
            <w:tcMar>
              <w:top w:w="90" w:type="dxa"/>
              <w:left w:w="120" w:type="dxa"/>
              <w:bottom w:w="90" w:type="dxa"/>
              <w:right w:w="120" w:type="dxa"/>
            </w:tcMar>
            <w:vAlign w:val="center"/>
          </w:tcPr>
          <w:p w14:paraId="105BC6DB" w14:textId="77777777" w:rsidR="00C12BC0" w:rsidRDefault="00000000">
            <w:pPr>
              <w:spacing w:after="20" w:line="240" w:lineRule="auto"/>
            </w:pPr>
            <w:r>
              <w:rPr>
                <w:b/>
                <w:color w:val="1F4E79"/>
                <w:sz w:val="19"/>
              </w:rPr>
              <w:t>No.</w:t>
            </w:r>
          </w:p>
        </w:tc>
        <w:tc>
          <w:tcPr>
            <w:tcW w:w="4740" w:type="dxa"/>
            <w:shd w:val="clear" w:color="auto" w:fill="D9EAF7"/>
            <w:tcMar>
              <w:top w:w="90" w:type="dxa"/>
              <w:left w:w="120" w:type="dxa"/>
              <w:bottom w:w="90" w:type="dxa"/>
              <w:right w:w="120" w:type="dxa"/>
            </w:tcMar>
            <w:vAlign w:val="center"/>
          </w:tcPr>
          <w:p w14:paraId="2BE88A57" w14:textId="77777777" w:rsidR="00C12BC0" w:rsidRDefault="00000000">
            <w:pPr>
              <w:spacing w:after="20" w:line="240" w:lineRule="auto"/>
            </w:pPr>
            <w:r>
              <w:rPr>
                <w:b/>
                <w:color w:val="1F4E79"/>
                <w:sz w:val="19"/>
              </w:rPr>
              <w:t>Question / field</w:t>
            </w:r>
          </w:p>
        </w:tc>
        <w:tc>
          <w:tcPr>
            <w:tcW w:w="4020" w:type="dxa"/>
            <w:shd w:val="clear" w:color="auto" w:fill="D9EAF7"/>
            <w:tcMar>
              <w:top w:w="90" w:type="dxa"/>
              <w:left w:w="120" w:type="dxa"/>
              <w:bottom w:w="90" w:type="dxa"/>
              <w:right w:w="120" w:type="dxa"/>
            </w:tcMar>
            <w:vAlign w:val="center"/>
          </w:tcPr>
          <w:p w14:paraId="130FE9B9" w14:textId="77777777" w:rsidR="00C12BC0" w:rsidRDefault="00000000">
            <w:pPr>
              <w:spacing w:after="20" w:line="240" w:lineRule="auto"/>
            </w:pPr>
            <w:r>
              <w:rPr>
                <w:b/>
                <w:color w:val="1F4E79"/>
                <w:sz w:val="19"/>
              </w:rPr>
              <w:t>Response options / recorded value</w:t>
            </w:r>
          </w:p>
        </w:tc>
      </w:tr>
      <w:tr w:rsidR="00C12BC0" w14:paraId="48E00429" w14:textId="77777777">
        <w:trPr>
          <w:cantSplit/>
        </w:trPr>
        <w:tc>
          <w:tcPr>
            <w:tcW w:w="600" w:type="dxa"/>
            <w:tcMar>
              <w:top w:w="90" w:type="dxa"/>
              <w:left w:w="120" w:type="dxa"/>
              <w:bottom w:w="90" w:type="dxa"/>
              <w:right w:w="120" w:type="dxa"/>
            </w:tcMar>
            <w:vAlign w:val="center"/>
          </w:tcPr>
          <w:p w14:paraId="09B6F1D7" w14:textId="77777777" w:rsidR="00C12BC0" w:rsidRDefault="00000000">
            <w:pPr>
              <w:spacing w:after="20" w:line="240" w:lineRule="auto"/>
            </w:pPr>
            <w:r>
              <w:rPr>
                <w:sz w:val="19"/>
              </w:rPr>
              <w:t>1</w:t>
            </w:r>
          </w:p>
        </w:tc>
        <w:tc>
          <w:tcPr>
            <w:tcW w:w="4740" w:type="dxa"/>
            <w:tcMar>
              <w:top w:w="90" w:type="dxa"/>
              <w:left w:w="120" w:type="dxa"/>
              <w:bottom w:w="90" w:type="dxa"/>
              <w:right w:w="120" w:type="dxa"/>
            </w:tcMar>
            <w:vAlign w:val="center"/>
          </w:tcPr>
          <w:p w14:paraId="4A687BCE" w14:textId="77777777" w:rsidR="00C12BC0" w:rsidRDefault="00000000">
            <w:pPr>
              <w:spacing w:after="20" w:line="240" w:lineRule="auto"/>
            </w:pPr>
            <w:r>
              <w:rPr>
                <w:sz w:val="19"/>
              </w:rPr>
              <w:t>Participant study identifier</w:t>
            </w:r>
          </w:p>
        </w:tc>
        <w:tc>
          <w:tcPr>
            <w:tcW w:w="4020" w:type="dxa"/>
            <w:tcMar>
              <w:top w:w="90" w:type="dxa"/>
              <w:left w:w="120" w:type="dxa"/>
              <w:bottom w:w="90" w:type="dxa"/>
              <w:right w:w="120" w:type="dxa"/>
            </w:tcMar>
            <w:vAlign w:val="center"/>
          </w:tcPr>
          <w:p w14:paraId="2562583E" w14:textId="77777777" w:rsidR="00C12BC0" w:rsidRDefault="00000000">
            <w:pPr>
              <w:spacing w:after="20" w:line="240" w:lineRule="auto"/>
            </w:pPr>
            <w:r>
              <w:rPr>
                <w:sz w:val="19"/>
              </w:rPr>
              <w:t>____________________________</w:t>
            </w:r>
          </w:p>
        </w:tc>
      </w:tr>
      <w:tr w:rsidR="00C12BC0" w14:paraId="5FE52570" w14:textId="77777777">
        <w:trPr>
          <w:cantSplit/>
        </w:trPr>
        <w:tc>
          <w:tcPr>
            <w:tcW w:w="600" w:type="dxa"/>
            <w:tcMar>
              <w:top w:w="90" w:type="dxa"/>
              <w:left w:w="120" w:type="dxa"/>
              <w:bottom w:w="90" w:type="dxa"/>
              <w:right w:w="120" w:type="dxa"/>
            </w:tcMar>
            <w:vAlign w:val="center"/>
          </w:tcPr>
          <w:p w14:paraId="550C773A" w14:textId="77777777" w:rsidR="00C12BC0" w:rsidRDefault="00000000">
            <w:pPr>
              <w:spacing w:after="20" w:line="240" w:lineRule="auto"/>
            </w:pPr>
            <w:r>
              <w:rPr>
                <w:sz w:val="19"/>
              </w:rPr>
              <w:t>2</w:t>
            </w:r>
          </w:p>
        </w:tc>
        <w:tc>
          <w:tcPr>
            <w:tcW w:w="4740" w:type="dxa"/>
            <w:tcMar>
              <w:top w:w="90" w:type="dxa"/>
              <w:left w:w="120" w:type="dxa"/>
              <w:bottom w:w="90" w:type="dxa"/>
              <w:right w:w="120" w:type="dxa"/>
            </w:tcMar>
            <w:vAlign w:val="center"/>
          </w:tcPr>
          <w:p w14:paraId="5A46E035" w14:textId="77777777" w:rsidR="00C12BC0" w:rsidRDefault="00000000">
            <w:pPr>
              <w:spacing w:after="20" w:line="240" w:lineRule="auto"/>
            </w:pPr>
            <w:r>
              <w:rPr>
                <w:sz w:val="19"/>
              </w:rPr>
              <w:t>Sex</w:t>
            </w:r>
          </w:p>
        </w:tc>
        <w:tc>
          <w:tcPr>
            <w:tcW w:w="4020" w:type="dxa"/>
            <w:tcMar>
              <w:top w:w="90" w:type="dxa"/>
              <w:left w:w="120" w:type="dxa"/>
              <w:bottom w:w="90" w:type="dxa"/>
              <w:right w:w="120" w:type="dxa"/>
            </w:tcMar>
            <w:vAlign w:val="center"/>
          </w:tcPr>
          <w:p w14:paraId="6C143FEC" w14:textId="77777777" w:rsidR="00C12BC0" w:rsidRDefault="00000000">
            <w:pPr>
              <w:spacing w:after="20" w:line="240" w:lineRule="auto"/>
            </w:pPr>
            <w:r>
              <w:rPr>
                <w:sz w:val="19"/>
              </w:rPr>
              <w:t>Female / Male</w:t>
            </w:r>
          </w:p>
        </w:tc>
      </w:tr>
      <w:tr w:rsidR="00C12BC0" w14:paraId="3D0FE208" w14:textId="77777777">
        <w:trPr>
          <w:cantSplit/>
        </w:trPr>
        <w:tc>
          <w:tcPr>
            <w:tcW w:w="600" w:type="dxa"/>
            <w:tcMar>
              <w:top w:w="90" w:type="dxa"/>
              <w:left w:w="120" w:type="dxa"/>
              <w:bottom w:w="90" w:type="dxa"/>
              <w:right w:w="120" w:type="dxa"/>
            </w:tcMar>
            <w:vAlign w:val="center"/>
          </w:tcPr>
          <w:p w14:paraId="74DA1852" w14:textId="77777777" w:rsidR="00C12BC0" w:rsidRDefault="00000000">
            <w:pPr>
              <w:spacing w:after="20" w:line="240" w:lineRule="auto"/>
            </w:pPr>
            <w:r>
              <w:rPr>
                <w:sz w:val="19"/>
              </w:rPr>
              <w:t>3</w:t>
            </w:r>
          </w:p>
        </w:tc>
        <w:tc>
          <w:tcPr>
            <w:tcW w:w="4740" w:type="dxa"/>
            <w:tcMar>
              <w:top w:w="90" w:type="dxa"/>
              <w:left w:w="120" w:type="dxa"/>
              <w:bottom w:w="90" w:type="dxa"/>
              <w:right w:w="120" w:type="dxa"/>
            </w:tcMar>
            <w:vAlign w:val="center"/>
          </w:tcPr>
          <w:p w14:paraId="6DE3EB6F" w14:textId="77777777" w:rsidR="00C12BC0" w:rsidRDefault="00000000">
            <w:pPr>
              <w:spacing w:after="20" w:line="240" w:lineRule="auto"/>
            </w:pPr>
            <w:r>
              <w:rPr>
                <w:sz w:val="19"/>
              </w:rPr>
              <w:t>Age</w:t>
            </w:r>
          </w:p>
        </w:tc>
        <w:tc>
          <w:tcPr>
            <w:tcW w:w="4020" w:type="dxa"/>
            <w:tcMar>
              <w:top w:w="90" w:type="dxa"/>
              <w:left w:w="120" w:type="dxa"/>
              <w:bottom w:w="90" w:type="dxa"/>
              <w:right w:w="120" w:type="dxa"/>
            </w:tcMar>
            <w:vAlign w:val="center"/>
          </w:tcPr>
          <w:p w14:paraId="5BCC0605" w14:textId="77777777" w:rsidR="00C12BC0" w:rsidRDefault="00000000">
            <w:pPr>
              <w:spacing w:after="20" w:line="240" w:lineRule="auto"/>
            </w:pPr>
            <w:r>
              <w:rPr>
                <w:sz w:val="19"/>
              </w:rPr>
              <w:t>________ years</w:t>
            </w:r>
          </w:p>
        </w:tc>
      </w:tr>
      <w:tr w:rsidR="00C12BC0" w14:paraId="79B308BD" w14:textId="77777777">
        <w:trPr>
          <w:cantSplit/>
        </w:trPr>
        <w:tc>
          <w:tcPr>
            <w:tcW w:w="600" w:type="dxa"/>
            <w:tcMar>
              <w:top w:w="90" w:type="dxa"/>
              <w:left w:w="120" w:type="dxa"/>
              <w:bottom w:w="90" w:type="dxa"/>
              <w:right w:w="120" w:type="dxa"/>
            </w:tcMar>
            <w:vAlign w:val="center"/>
          </w:tcPr>
          <w:p w14:paraId="255F1C2F" w14:textId="77777777" w:rsidR="00C12BC0" w:rsidRDefault="00000000">
            <w:pPr>
              <w:spacing w:after="20" w:line="240" w:lineRule="auto"/>
            </w:pPr>
            <w:r>
              <w:rPr>
                <w:sz w:val="19"/>
              </w:rPr>
              <w:t>4</w:t>
            </w:r>
          </w:p>
        </w:tc>
        <w:tc>
          <w:tcPr>
            <w:tcW w:w="4740" w:type="dxa"/>
            <w:tcMar>
              <w:top w:w="90" w:type="dxa"/>
              <w:left w:w="120" w:type="dxa"/>
              <w:bottom w:w="90" w:type="dxa"/>
              <w:right w:w="120" w:type="dxa"/>
            </w:tcMar>
            <w:vAlign w:val="center"/>
          </w:tcPr>
          <w:p w14:paraId="4CC8F14B" w14:textId="77777777" w:rsidR="00C12BC0" w:rsidRDefault="00000000">
            <w:pPr>
              <w:spacing w:after="20" w:line="240" w:lineRule="auto"/>
            </w:pPr>
            <w:r>
              <w:rPr>
                <w:sz w:val="19"/>
              </w:rPr>
              <w:t>Highest completed educational level</w:t>
            </w:r>
          </w:p>
        </w:tc>
        <w:tc>
          <w:tcPr>
            <w:tcW w:w="4020" w:type="dxa"/>
            <w:tcMar>
              <w:top w:w="90" w:type="dxa"/>
              <w:left w:w="120" w:type="dxa"/>
              <w:bottom w:w="90" w:type="dxa"/>
              <w:right w:w="120" w:type="dxa"/>
            </w:tcMar>
            <w:vAlign w:val="center"/>
          </w:tcPr>
          <w:p w14:paraId="53DDA941" w14:textId="77777777" w:rsidR="00C12BC0" w:rsidRDefault="00000000">
            <w:pPr>
              <w:spacing w:after="20" w:line="240" w:lineRule="auto"/>
            </w:pPr>
            <w:r>
              <w:rPr>
                <w:sz w:val="19"/>
              </w:rPr>
              <w:t>Primary / Vocational / Secondary without final examination / Secondary with final examination / Higher education</w:t>
            </w:r>
          </w:p>
        </w:tc>
      </w:tr>
      <w:tr w:rsidR="00C12BC0" w14:paraId="431DE1B3" w14:textId="77777777">
        <w:trPr>
          <w:cantSplit/>
        </w:trPr>
        <w:tc>
          <w:tcPr>
            <w:tcW w:w="600" w:type="dxa"/>
            <w:tcMar>
              <w:top w:w="90" w:type="dxa"/>
              <w:left w:w="120" w:type="dxa"/>
              <w:bottom w:w="90" w:type="dxa"/>
              <w:right w:w="120" w:type="dxa"/>
            </w:tcMar>
            <w:vAlign w:val="center"/>
          </w:tcPr>
          <w:p w14:paraId="64632A9A" w14:textId="77777777" w:rsidR="00C12BC0" w:rsidRDefault="00000000">
            <w:pPr>
              <w:spacing w:after="20" w:line="240" w:lineRule="auto"/>
            </w:pPr>
            <w:r>
              <w:rPr>
                <w:sz w:val="19"/>
              </w:rPr>
              <w:t>5</w:t>
            </w:r>
          </w:p>
        </w:tc>
        <w:tc>
          <w:tcPr>
            <w:tcW w:w="4740" w:type="dxa"/>
            <w:tcMar>
              <w:top w:w="90" w:type="dxa"/>
              <w:left w:w="120" w:type="dxa"/>
              <w:bottom w:w="90" w:type="dxa"/>
              <w:right w:w="120" w:type="dxa"/>
            </w:tcMar>
            <w:vAlign w:val="center"/>
          </w:tcPr>
          <w:p w14:paraId="4B663E2C" w14:textId="77777777" w:rsidR="00C12BC0" w:rsidRDefault="00000000">
            <w:pPr>
              <w:spacing w:after="20" w:line="240" w:lineRule="auto"/>
            </w:pPr>
            <w:r>
              <w:rPr>
                <w:sz w:val="19"/>
              </w:rPr>
              <w:t>Current care setting</w:t>
            </w:r>
          </w:p>
        </w:tc>
        <w:tc>
          <w:tcPr>
            <w:tcW w:w="4020" w:type="dxa"/>
            <w:tcMar>
              <w:top w:w="90" w:type="dxa"/>
              <w:left w:w="120" w:type="dxa"/>
              <w:bottom w:w="90" w:type="dxa"/>
              <w:right w:w="120" w:type="dxa"/>
            </w:tcMar>
            <w:vAlign w:val="center"/>
          </w:tcPr>
          <w:p w14:paraId="2C6BEADD" w14:textId="77777777" w:rsidR="00C12BC0" w:rsidRDefault="00000000">
            <w:pPr>
              <w:spacing w:after="20" w:line="240" w:lineRule="auto"/>
            </w:pPr>
            <w:r>
              <w:rPr>
                <w:sz w:val="19"/>
              </w:rPr>
              <w:t>Nursing home / Community-dwelling and attending a community support centre</w:t>
            </w:r>
          </w:p>
        </w:tc>
      </w:tr>
      <w:tr w:rsidR="00C12BC0" w14:paraId="5EA10079" w14:textId="77777777">
        <w:trPr>
          <w:cantSplit/>
        </w:trPr>
        <w:tc>
          <w:tcPr>
            <w:tcW w:w="600" w:type="dxa"/>
            <w:tcMar>
              <w:top w:w="90" w:type="dxa"/>
              <w:left w:w="120" w:type="dxa"/>
              <w:bottom w:w="90" w:type="dxa"/>
              <w:right w:w="120" w:type="dxa"/>
            </w:tcMar>
            <w:vAlign w:val="center"/>
          </w:tcPr>
          <w:p w14:paraId="6C685974" w14:textId="77777777" w:rsidR="00C12BC0" w:rsidRDefault="00000000">
            <w:pPr>
              <w:spacing w:after="20" w:line="240" w:lineRule="auto"/>
            </w:pPr>
            <w:r>
              <w:rPr>
                <w:sz w:val="19"/>
              </w:rPr>
              <w:t>6</w:t>
            </w:r>
          </w:p>
        </w:tc>
        <w:tc>
          <w:tcPr>
            <w:tcW w:w="4740" w:type="dxa"/>
            <w:tcMar>
              <w:top w:w="90" w:type="dxa"/>
              <w:left w:w="120" w:type="dxa"/>
              <w:bottom w:w="90" w:type="dxa"/>
              <w:right w:w="120" w:type="dxa"/>
            </w:tcMar>
            <w:vAlign w:val="center"/>
          </w:tcPr>
          <w:p w14:paraId="7A3CB7A4" w14:textId="77777777" w:rsidR="00C12BC0" w:rsidRDefault="00000000">
            <w:pPr>
              <w:spacing w:after="20" w:line="240" w:lineRule="auto"/>
            </w:pPr>
            <w:r>
              <w:rPr>
                <w:sz w:val="19"/>
              </w:rPr>
              <w:t>Duration of residence in a nursing home, if applicable</w:t>
            </w:r>
          </w:p>
        </w:tc>
        <w:tc>
          <w:tcPr>
            <w:tcW w:w="4020" w:type="dxa"/>
            <w:tcMar>
              <w:top w:w="90" w:type="dxa"/>
              <w:left w:w="120" w:type="dxa"/>
              <w:bottom w:w="90" w:type="dxa"/>
              <w:right w:w="120" w:type="dxa"/>
            </w:tcMar>
            <w:vAlign w:val="center"/>
          </w:tcPr>
          <w:p w14:paraId="065DFC34" w14:textId="77777777" w:rsidR="00C12BC0" w:rsidRDefault="00000000">
            <w:pPr>
              <w:spacing w:after="20" w:line="240" w:lineRule="auto"/>
            </w:pPr>
            <w:r>
              <w:rPr>
                <w:sz w:val="19"/>
              </w:rPr>
              <w:t>________ years / Not applicable</w:t>
            </w:r>
          </w:p>
        </w:tc>
      </w:tr>
      <w:tr w:rsidR="00C12BC0" w14:paraId="0CCA8ABC" w14:textId="77777777">
        <w:trPr>
          <w:cantSplit/>
        </w:trPr>
        <w:tc>
          <w:tcPr>
            <w:tcW w:w="600" w:type="dxa"/>
            <w:tcMar>
              <w:top w:w="90" w:type="dxa"/>
              <w:left w:w="120" w:type="dxa"/>
              <w:bottom w:w="90" w:type="dxa"/>
              <w:right w:w="120" w:type="dxa"/>
            </w:tcMar>
            <w:vAlign w:val="center"/>
          </w:tcPr>
          <w:p w14:paraId="619C1AE4" w14:textId="77777777" w:rsidR="00C12BC0" w:rsidRDefault="00000000">
            <w:pPr>
              <w:spacing w:after="20" w:line="240" w:lineRule="auto"/>
            </w:pPr>
            <w:r>
              <w:rPr>
                <w:sz w:val="19"/>
              </w:rPr>
              <w:t>7</w:t>
            </w:r>
          </w:p>
        </w:tc>
        <w:tc>
          <w:tcPr>
            <w:tcW w:w="4740" w:type="dxa"/>
            <w:tcMar>
              <w:top w:w="90" w:type="dxa"/>
              <w:left w:w="120" w:type="dxa"/>
              <w:bottom w:w="90" w:type="dxa"/>
              <w:right w:w="120" w:type="dxa"/>
            </w:tcMar>
            <w:vAlign w:val="center"/>
          </w:tcPr>
          <w:p w14:paraId="3CC07D1D" w14:textId="77777777" w:rsidR="00C12BC0" w:rsidRDefault="00000000">
            <w:pPr>
              <w:spacing w:after="20" w:line="240" w:lineRule="auto"/>
            </w:pPr>
            <w:r>
              <w:rPr>
                <w:sz w:val="19"/>
              </w:rPr>
              <w:t>Duration of Alzheimer’s disease since diagnosis</w:t>
            </w:r>
          </w:p>
        </w:tc>
        <w:tc>
          <w:tcPr>
            <w:tcW w:w="4020" w:type="dxa"/>
            <w:tcMar>
              <w:top w:w="90" w:type="dxa"/>
              <w:left w:w="120" w:type="dxa"/>
              <w:bottom w:w="90" w:type="dxa"/>
              <w:right w:w="120" w:type="dxa"/>
            </w:tcMar>
            <w:vAlign w:val="center"/>
          </w:tcPr>
          <w:p w14:paraId="3F8C84AC" w14:textId="77777777" w:rsidR="00C12BC0" w:rsidRDefault="00000000">
            <w:pPr>
              <w:spacing w:after="20" w:line="240" w:lineRule="auto"/>
            </w:pPr>
            <w:r>
              <w:rPr>
                <w:sz w:val="19"/>
              </w:rPr>
              <w:t>________ years</w:t>
            </w:r>
          </w:p>
        </w:tc>
      </w:tr>
    </w:tbl>
    <w:p w14:paraId="51391661" w14:textId="77777777" w:rsidR="00C12BC0" w:rsidRDefault="00C12BC0">
      <w:pPr>
        <w:spacing w:after="0"/>
      </w:pPr>
    </w:p>
    <w:p w14:paraId="161C570A" w14:textId="77777777" w:rsidR="00C12BC0" w:rsidRDefault="00000000">
      <w:pPr>
        <w:pStyle w:val="Nagwek1"/>
      </w:pPr>
      <w:r>
        <w:t>B. Comorbid conditions</w:t>
      </w:r>
    </w:p>
    <w:p w14:paraId="5843DF44" w14:textId="77777777" w:rsidR="00C12BC0" w:rsidRDefault="00000000">
      <w:r>
        <w:t>Indicate whether each condition is present according to the available clinical information.</w:t>
      </w:r>
    </w:p>
    <w:tbl>
      <w:tblPr>
        <w:tblStyle w:val="Tabela-Siatka"/>
        <w:tblW w:w="9360" w:type="dxa"/>
        <w:tblInd w:w="120" w:type="dxa"/>
        <w:tblLayout w:type="fixed"/>
        <w:tblLook w:val="04A0" w:firstRow="1" w:lastRow="0" w:firstColumn="1" w:lastColumn="0" w:noHBand="0" w:noVBand="1"/>
      </w:tblPr>
      <w:tblGrid>
        <w:gridCol w:w="600"/>
        <w:gridCol w:w="5580"/>
        <w:gridCol w:w="3180"/>
      </w:tblGrid>
      <w:tr w:rsidR="00C12BC0" w14:paraId="56FD7F0E" w14:textId="77777777">
        <w:trPr>
          <w:cantSplit/>
          <w:tblHeader/>
        </w:trPr>
        <w:tc>
          <w:tcPr>
            <w:tcW w:w="600" w:type="dxa"/>
            <w:shd w:val="clear" w:color="auto" w:fill="D9EAF7"/>
            <w:tcMar>
              <w:top w:w="90" w:type="dxa"/>
              <w:left w:w="120" w:type="dxa"/>
              <w:bottom w:w="90" w:type="dxa"/>
              <w:right w:w="120" w:type="dxa"/>
            </w:tcMar>
            <w:vAlign w:val="center"/>
          </w:tcPr>
          <w:p w14:paraId="3ED91C3A" w14:textId="77777777" w:rsidR="00C12BC0" w:rsidRDefault="00000000">
            <w:pPr>
              <w:spacing w:after="20" w:line="240" w:lineRule="auto"/>
            </w:pPr>
            <w:r>
              <w:rPr>
                <w:b/>
                <w:color w:val="1F4E79"/>
                <w:sz w:val="19"/>
              </w:rPr>
              <w:t>No.</w:t>
            </w:r>
          </w:p>
        </w:tc>
        <w:tc>
          <w:tcPr>
            <w:tcW w:w="5580" w:type="dxa"/>
            <w:shd w:val="clear" w:color="auto" w:fill="D9EAF7"/>
            <w:tcMar>
              <w:top w:w="90" w:type="dxa"/>
              <w:left w:w="120" w:type="dxa"/>
              <w:bottom w:w="90" w:type="dxa"/>
              <w:right w:w="120" w:type="dxa"/>
            </w:tcMar>
            <w:vAlign w:val="center"/>
          </w:tcPr>
          <w:p w14:paraId="2A1CC5D2" w14:textId="77777777" w:rsidR="00C12BC0" w:rsidRDefault="00000000">
            <w:pPr>
              <w:spacing w:after="20" w:line="240" w:lineRule="auto"/>
            </w:pPr>
            <w:r>
              <w:rPr>
                <w:b/>
                <w:color w:val="1F4E79"/>
                <w:sz w:val="19"/>
              </w:rPr>
              <w:t>Condition</w:t>
            </w:r>
          </w:p>
        </w:tc>
        <w:tc>
          <w:tcPr>
            <w:tcW w:w="3180" w:type="dxa"/>
            <w:shd w:val="clear" w:color="auto" w:fill="D9EAF7"/>
            <w:tcMar>
              <w:top w:w="90" w:type="dxa"/>
              <w:left w:w="120" w:type="dxa"/>
              <w:bottom w:w="90" w:type="dxa"/>
              <w:right w:w="120" w:type="dxa"/>
            </w:tcMar>
            <w:vAlign w:val="center"/>
          </w:tcPr>
          <w:p w14:paraId="2CDDE095" w14:textId="77777777" w:rsidR="00C12BC0" w:rsidRDefault="00000000">
            <w:pPr>
              <w:spacing w:after="20" w:line="240" w:lineRule="auto"/>
            </w:pPr>
            <w:r>
              <w:rPr>
                <w:b/>
                <w:color w:val="1F4E79"/>
                <w:sz w:val="19"/>
              </w:rPr>
              <w:t>Present</w:t>
            </w:r>
          </w:p>
        </w:tc>
      </w:tr>
      <w:tr w:rsidR="00C12BC0" w14:paraId="7D6C93BC" w14:textId="77777777">
        <w:trPr>
          <w:cantSplit/>
        </w:trPr>
        <w:tc>
          <w:tcPr>
            <w:tcW w:w="600" w:type="dxa"/>
            <w:tcMar>
              <w:top w:w="90" w:type="dxa"/>
              <w:left w:w="120" w:type="dxa"/>
              <w:bottom w:w="90" w:type="dxa"/>
              <w:right w:w="120" w:type="dxa"/>
            </w:tcMar>
            <w:vAlign w:val="center"/>
          </w:tcPr>
          <w:p w14:paraId="56002E80" w14:textId="77777777" w:rsidR="00C12BC0" w:rsidRDefault="00000000">
            <w:pPr>
              <w:spacing w:after="20" w:line="240" w:lineRule="auto"/>
            </w:pPr>
            <w:r>
              <w:rPr>
                <w:sz w:val="19"/>
              </w:rPr>
              <w:t>1</w:t>
            </w:r>
          </w:p>
        </w:tc>
        <w:tc>
          <w:tcPr>
            <w:tcW w:w="5580" w:type="dxa"/>
            <w:tcMar>
              <w:top w:w="90" w:type="dxa"/>
              <w:left w:w="120" w:type="dxa"/>
              <w:bottom w:w="90" w:type="dxa"/>
              <w:right w:w="120" w:type="dxa"/>
            </w:tcMar>
            <w:vAlign w:val="center"/>
          </w:tcPr>
          <w:p w14:paraId="6004CC59" w14:textId="77777777" w:rsidR="00C12BC0" w:rsidRDefault="00000000">
            <w:pPr>
              <w:spacing w:after="20" w:line="240" w:lineRule="auto"/>
            </w:pPr>
            <w:r>
              <w:rPr>
                <w:sz w:val="19"/>
              </w:rPr>
              <w:t>Diabetes mellitus</w:t>
            </w:r>
          </w:p>
        </w:tc>
        <w:tc>
          <w:tcPr>
            <w:tcW w:w="3180" w:type="dxa"/>
            <w:tcMar>
              <w:top w:w="90" w:type="dxa"/>
              <w:left w:w="120" w:type="dxa"/>
              <w:bottom w:w="90" w:type="dxa"/>
              <w:right w:w="120" w:type="dxa"/>
            </w:tcMar>
            <w:vAlign w:val="center"/>
          </w:tcPr>
          <w:p w14:paraId="33206918" w14:textId="77777777" w:rsidR="00C12BC0" w:rsidRDefault="00000000">
            <w:pPr>
              <w:spacing w:after="20" w:line="240" w:lineRule="auto"/>
            </w:pPr>
            <w:r>
              <w:rPr>
                <w:sz w:val="19"/>
              </w:rPr>
              <w:t>No / Yes / Unknown</w:t>
            </w:r>
          </w:p>
        </w:tc>
      </w:tr>
      <w:tr w:rsidR="00C12BC0" w14:paraId="74921583" w14:textId="77777777">
        <w:trPr>
          <w:cantSplit/>
        </w:trPr>
        <w:tc>
          <w:tcPr>
            <w:tcW w:w="600" w:type="dxa"/>
            <w:tcMar>
              <w:top w:w="90" w:type="dxa"/>
              <w:left w:w="120" w:type="dxa"/>
              <w:bottom w:w="90" w:type="dxa"/>
              <w:right w:w="120" w:type="dxa"/>
            </w:tcMar>
            <w:vAlign w:val="center"/>
          </w:tcPr>
          <w:p w14:paraId="496C8137" w14:textId="77777777" w:rsidR="00C12BC0" w:rsidRDefault="00000000">
            <w:pPr>
              <w:spacing w:after="20" w:line="240" w:lineRule="auto"/>
            </w:pPr>
            <w:r>
              <w:rPr>
                <w:sz w:val="19"/>
              </w:rPr>
              <w:t>2</w:t>
            </w:r>
          </w:p>
        </w:tc>
        <w:tc>
          <w:tcPr>
            <w:tcW w:w="5580" w:type="dxa"/>
            <w:tcMar>
              <w:top w:w="90" w:type="dxa"/>
              <w:left w:w="120" w:type="dxa"/>
              <w:bottom w:w="90" w:type="dxa"/>
              <w:right w:w="120" w:type="dxa"/>
            </w:tcMar>
            <w:vAlign w:val="center"/>
          </w:tcPr>
          <w:p w14:paraId="62A606CD" w14:textId="77777777" w:rsidR="00C12BC0" w:rsidRDefault="00000000">
            <w:pPr>
              <w:spacing w:after="20" w:line="240" w:lineRule="auto"/>
            </w:pPr>
            <w:r>
              <w:rPr>
                <w:sz w:val="19"/>
              </w:rPr>
              <w:t>Down syndrome</w:t>
            </w:r>
          </w:p>
        </w:tc>
        <w:tc>
          <w:tcPr>
            <w:tcW w:w="3180" w:type="dxa"/>
            <w:tcMar>
              <w:top w:w="90" w:type="dxa"/>
              <w:left w:w="120" w:type="dxa"/>
              <w:bottom w:w="90" w:type="dxa"/>
              <w:right w:w="120" w:type="dxa"/>
            </w:tcMar>
            <w:vAlign w:val="center"/>
          </w:tcPr>
          <w:p w14:paraId="165FCEED" w14:textId="77777777" w:rsidR="00C12BC0" w:rsidRDefault="00000000">
            <w:pPr>
              <w:spacing w:after="20" w:line="240" w:lineRule="auto"/>
            </w:pPr>
            <w:r>
              <w:rPr>
                <w:sz w:val="19"/>
              </w:rPr>
              <w:t>No / Yes / Unknown</w:t>
            </w:r>
          </w:p>
        </w:tc>
      </w:tr>
      <w:tr w:rsidR="00C12BC0" w14:paraId="1180B5D4" w14:textId="77777777">
        <w:trPr>
          <w:cantSplit/>
        </w:trPr>
        <w:tc>
          <w:tcPr>
            <w:tcW w:w="600" w:type="dxa"/>
            <w:tcMar>
              <w:top w:w="90" w:type="dxa"/>
              <w:left w:w="120" w:type="dxa"/>
              <w:bottom w:w="90" w:type="dxa"/>
              <w:right w:w="120" w:type="dxa"/>
            </w:tcMar>
            <w:vAlign w:val="center"/>
          </w:tcPr>
          <w:p w14:paraId="2350445E" w14:textId="77777777" w:rsidR="00C12BC0" w:rsidRDefault="00000000">
            <w:pPr>
              <w:spacing w:after="20" w:line="240" w:lineRule="auto"/>
            </w:pPr>
            <w:r>
              <w:rPr>
                <w:sz w:val="19"/>
              </w:rPr>
              <w:t>3</w:t>
            </w:r>
          </w:p>
        </w:tc>
        <w:tc>
          <w:tcPr>
            <w:tcW w:w="5580" w:type="dxa"/>
            <w:tcMar>
              <w:top w:w="90" w:type="dxa"/>
              <w:left w:w="120" w:type="dxa"/>
              <w:bottom w:w="90" w:type="dxa"/>
              <w:right w:w="120" w:type="dxa"/>
            </w:tcMar>
            <w:vAlign w:val="center"/>
          </w:tcPr>
          <w:p w14:paraId="595B94B3" w14:textId="77777777" w:rsidR="00C12BC0" w:rsidRDefault="00000000">
            <w:pPr>
              <w:spacing w:after="20" w:line="240" w:lineRule="auto"/>
            </w:pPr>
            <w:r>
              <w:rPr>
                <w:sz w:val="19"/>
              </w:rPr>
              <w:t>Liver disease</w:t>
            </w:r>
          </w:p>
        </w:tc>
        <w:tc>
          <w:tcPr>
            <w:tcW w:w="3180" w:type="dxa"/>
            <w:tcMar>
              <w:top w:w="90" w:type="dxa"/>
              <w:left w:w="120" w:type="dxa"/>
              <w:bottom w:w="90" w:type="dxa"/>
              <w:right w:w="120" w:type="dxa"/>
            </w:tcMar>
            <w:vAlign w:val="center"/>
          </w:tcPr>
          <w:p w14:paraId="29648CF7" w14:textId="77777777" w:rsidR="00C12BC0" w:rsidRDefault="00000000">
            <w:pPr>
              <w:spacing w:after="20" w:line="240" w:lineRule="auto"/>
            </w:pPr>
            <w:r>
              <w:rPr>
                <w:sz w:val="19"/>
              </w:rPr>
              <w:t>No / Yes / Unknown</w:t>
            </w:r>
          </w:p>
        </w:tc>
      </w:tr>
      <w:tr w:rsidR="00C12BC0" w14:paraId="14EB7C72" w14:textId="77777777">
        <w:trPr>
          <w:cantSplit/>
        </w:trPr>
        <w:tc>
          <w:tcPr>
            <w:tcW w:w="600" w:type="dxa"/>
            <w:tcMar>
              <w:top w:w="90" w:type="dxa"/>
              <w:left w:w="120" w:type="dxa"/>
              <w:bottom w:w="90" w:type="dxa"/>
              <w:right w:w="120" w:type="dxa"/>
            </w:tcMar>
            <w:vAlign w:val="center"/>
          </w:tcPr>
          <w:p w14:paraId="11CC2E2E" w14:textId="77777777" w:rsidR="00C12BC0" w:rsidRDefault="00000000">
            <w:pPr>
              <w:spacing w:after="20" w:line="240" w:lineRule="auto"/>
            </w:pPr>
            <w:r>
              <w:rPr>
                <w:sz w:val="19"/>
              </w:rPr>
              <w:t>4</w:t>
            </w:r>
          </w:p>
        </w:tc>
        <w:tc>
          <w:tcPr>
            <w:tcW w:w="5580" w:type="dxa"/>
            <w:tcMar>
              <w:top w:w="90" w:type="dxa"/>
              <w:left w:w="120" w:type="dxa"/>
              <w:bottom w:w="90" w:type="dxa"/>
              <w:right w:w="120" w:type="dxa"/>
            </w:tcMar>
            <w:vAlign w:val="center"/>
          </w:tcPr>
          <w:p w14:paraId="61145BF9" w14:textId="77777777" w:rsidR="00C12BC0" w:rsidRDefault="00000000">
            <w:pPr>
              <w:spacing w:after="20" w:line="240" w:lineRule="auto"/>
            </w:pPr>
            <w:r>
              <w:rPr>
                <w:sz w:val="19"/>
              </w:rPr>
              <w:t>Osteoporosis</w:t>
            </w:r>
          </w:p>
        </w:tc>
        <w:tc>
          <w:tcPr>
            <w:tcW w:w="3180" w:type="dxa"/>
            <w:tcMar>
              <w:top w:w="90" w:type="dxa"/>
              <w:left w:w="120" w:type="dxa"/>
              <w:bottom w:w="90" w:type="dxa"/>
              <w:right w:w="120" w:type="dxa"/>
            </w:tcMar>
            <w:vAlign w:val="center"/>
          </w:tcPr>
          <w:p w14:paraId="65194150" w14:textId="77777777" w:rsidR="00C12BC0" w:rsidRDefault="00000000">
            <w:pPr>
              <w:spacing w:after="20" w:line="240" w:lineRule="auto"/>
            </w:pPr>
            <w:r>
              <w:rPr>
                <w:sz w:val="19"/>
              </w:rPr>
              <w:t>No / Yes / Unknown</w:t>
            </w:r>
          </w:p>
        </w:tc>
      </w:tr>
      <w:tr w:rsidR="00C12BC0" w14:paraId="7C2FC75A" w14:textId="77777777">
        <w:trPr>
          <w:cantSplit/>
        </w:trPr>
        <w:tc>
          <w:tcPr>
            <w:tcW w:w="600" w:type="dxa"/>
            <w:tcMar>
              <w:top w:w="90" w:type="dxa"/>
              <w:left w:w="120" w:type="dxa"/>
              <w:bottom w:w="90" w:type="dxa"/>
              <w:right w:w="120" w:type="dxa"/>
            </w:tcMar>
            <w:vAlign w:val="center"/>
          </w:tcPr>
          <w:p w14:paraId="2911E7D9" w14:textId="77777777" w:rsidR="00C12BC0" w:rsidRDefault="00000000">
            <w:pPr>
              <w:spacing w:after="20" w:line="240" w:lineRule="auto"/>
            </w:pPr>
            <w:r>
              <w:rPr>
                <w:sz w:val="19"/>
              </w:rPr>
              <w:lastRenderedPageBreak/>
              <w:t>5</w:t>
            </w:r>
          </w:p>
        </w:tc>
        <w:tc>
          <w:tcPr>
            <w:tcW w:w="5580" w:type="dxa"/>
            <w:tcMar>
              <w:top w:w="90" w:type="dxa"/>
              <w:left w:w="120" w:type="dxa"/>
              <w:bottom w:w="90" w:type="dxa"/>
              <w:right w:w="120" w:type="dxa"/>
            </w:tcMar>
            <w:vAlign w:val="center"/>
          </w:tcPr>
          <w:p w14:paraId="2EF83FC8" w14:textId="77777777" w:rsidR="00C12BC0" w:rsidRDefault="00000000">
            <w:pPr>
              <w:spacing w:after="20" w:line="240" w:lineRule="auto"/>
            </w:pPr>
            <w:r>
              <w:rPr>
                <w:sz w:val="19"/>
              </w:rPr>
              <w:t>Atherosclerosis</w:t>
            </w:r>
          </w:p>
        </w:tc>
        <w:tc>
          <w:tcPr>
            <w:tcW w:w="3180" w:type="dxa"/>
            <w:tcMar>
              <w:top w:w="90" w:type="dxa"/>
              <w:left w:w="120" w:type="dxa"/>
              <w:bottom w:w="90" w:type="dxa"/>
              <w:right w:w="120" w:type="dxa"/>
            </w:tcMar>
            <w:vAlign w:val="center"/>
          </w:tcPr>
          <w:p w14:paraId="04B3AE3B" w14:textId="77777777" w:rsidR="00C12BC0" w:rsidRDefault="00000000">
            <w:pPr>
              <w:spacing w:after="20" w:line="240" w:lineRule="auto"/>
            </w:pPr>
            <w:r>
              <w:rPr>
                <w:sz w:val="19"/>
              </w:rPr>
              <w:t>No / Yes / Unknown</w:t>
            </w:r>
          </w:p>
        </w:tc>
      </w:tr>
      <w:tr w:rsidR="00C12BC0" w14:paraId="5D96E5A7" w14:textId="77777777">
        <w:trPr>
          <w:cantSplit/>
        </w:trPr>
        <w:tc>
          <w:tcPr>
            <w:tcW w:w="600" w:type="dxa"/>
            <w:tcMar>
              <w:top w:w="90" w:type="dxa"/>
              <w:left w:w="120" w:type="dxa"/>
              <w:bottom w:w="90" w:type="dxa"/>
              <w:right w:w="120" w:type="dxa"/>
            </w:tcMar>
            <w:vAlign w:val="center"/>
          </w:tcPr>
          <w:p w14:paraId="4FFFB132" w14:textId="77777777" w:rsidR="00C12BC0" w:rsidRDefault="00000000">
            <w:pPr>
              <w:spacing w:after="20" w:line="240" w:lineRule="auto"/>
            </w:pPr>
            <w:r>
              <w:rPr>
                <w:sz w:val="19"/>
              </w:rPr>
              <w:t>6</w:t>
            </w:r>
          </w:p>
        </w:tc>
        <w:tc>
          <w:tcPr>
            <w:tcW w:w="5580" w:type="dxa"/>
            <w:tcMar>
              <w:top w:w="90" w:type="dxa"/>
              <w:left w:w="120" w:type="dxa"/>
              <w:bottom w:w="90" w:type="dxa"/>
              <w:right w:w="120" w:type="dxa"/>
            </w:tcMar>
            <w:vAlign w:val="center"/>
          </w:tcPr>
          <w:p w14:paraId="1F3D9B6A" w14:textId="77777777" w:rsidR="00C12BC0" w:rsidRDefault="00000000">
            <w:pPr>
              <w:spacing w:after="20" w:line="240" w:lineRule="auto"/>
            </w:pPr>
            <w:r>
              <w:rPr>
                <w:sz w:val="19"/>
              </w:rPr>
              <w:t>Skin cancer</w:t>
            </w:r>
          </w:p>
        </w:tc>
        <w:tc>
          <w:tcPr>
            <w:tcW w:w="3180" w:type="dxa"/>
            <w:tcMar>
              <w:top w:w="90" w:type="dxa"/>
              <w:left w:w="120" w:type="dxa"/>
              <w:bottom w:w="90" w:type="dxa"/>
              <w:right w:w="120" w:type="dxa"/>
            </w:tcMar>
            <w:vAlign w:val="center"/>
          </w:tcPr>
          <w:p w14:paraId="197FF997" w14:textId="77777777" w:rsidR="00C12BC0" w:rsidRDefault="00000000">
            <w:pPr>
              <w:spacing w:after="20" w:line="240" w:lineRule="auto"/>
            </w:pPr>
            <w:r>
              <w:rPr>
                <w:sz w:val="19"/>
              </w:rPr>
              <w:t>No / Yes / Unknown</w:t>
            </w:r>
          </w:p>
        </w:tc>
      </w:tr>
      <w:tr w:rsidR="00C12BC0" w14:paraId="4A0DED09" w14:textId="77777777">
        <w:trPr>
          <w:cantSplit/>
        </w:trPr>
        <w:tc>
          <w:tcPr>
            <w:tcW w:w="600" w:type="dxa"/>
            <w:tcMar>
              <w:top w:w="90" w:type="dxa"/>
              <w:left w:w="120" w:type="dxa"/>
              <w:bottom w:w="90" w:type="dxa"/>
              <w:right w:w="120" w:type="dxa"/>
            </w:tcMar>
            <w:vAlign w:val="center"/>
          </w:tcPr>
          <w:p w14:paraId="00F522AB" w14:textId="77777777" w:rsidR="00C12BC0" w:rsidRDefault="00000000">
            <w:pPr>
              <w:spacing w:after="20" w:line="240" w:lineRule="auto"/>
            </w:pPr>
            <w:r>
              <w:rPr>
                <w:sz w:val="19"/>
              </w:rPr>
              <w:t>7</w:t>
            </w:r>
          </w:p>
        </w:tc>
        <w:tc>
          <w:tcPr>
            <w:tcW w:w="5580" w:type="dxa"/>
            <w:tcMar>
              <w:top w:w="90" w:type="dxa"/>
              <w:left w:w="120" w:type="dxa"/>
              <w:bottom w:w="90" w:type="dxa"/>
              <w:right w:w="120" w:type="dxa"/>
            </w:tcMar>
            <w:vAlign w:val="center"/>
          </w:tcPr>
          <w:p w14:paraId="573FBC48" w14:textId="77777777" w:rsidR="00C12BC0" w:rsidRDefault="00000000">
            <w:pPr>
              <w:spacing w:after="20" w:line="240" w:lineRule="auto"/>
            </w:pPr>
            <w:r>
              <w:rPr>
                <w:sz w:val="19"/>
              </w:rPr>
              <w:t>Intestinal disease</w:t>
            </w:r>
          </w:p>
        </w:tc>
        <w:tc>
          <w:tcPr>
            <w:tcW w:w="3180" w:type="dxa"/>
            <w:tcMar>
              <w:top w:w="90" w:type="dxa"/>
              <w:left w:w="120" w:type="dxa"/>
              <w:bottom w:w="90" w:type="dxa"/>
              <w:right w:w="120" w:type="dxa"/>
            </w:tcMar>
            <w:vAlign w:val="center"/>
          </w:tcPr>
          <w:p w14:paraId="4326FEE8" w14:textId="77777777" w:rsidR="00C12BC0" w:rsidRDefault="00000000">
            <w:pPr>
              <w:spacing w:after="20" w:line="240" w:lineRule="auto"/>
            </w:pPr>
            <w:r>
              <w:rPr>
                <w:sz w:val="19"/>
              </w:rPr>
              <w:t>No / Yes / Unknown</w:t>
            </w:r>
          </w:p>
        </w:tc>
      </w:tr>
      <w:tr w:rsidR="00C12BC0" w14:paraId="3C9821EB" w14:textId="77777777">
        <w:trPr>
          <w:cantSplit/>
        </w:trPr>
        <w:tc>
          <w:tcPr>
            <w:tcW w:w="600" w:type="dxa"/>
            <w:tcMar>
              <w:top w:w="90" w:type="dxa"/>
              <w:left w:w="120" w:type="dxa"/>
              <w:bottom w:w="90" w:type="dxa"/>
              <w:right w:w="120" w:type="dxa"/>
            </w:tcMar>
            <w:vAlign w:val="center"/>
          </w:tcPr>
          <w:p w14:paraId="134B5B8C" w14:textId="77777777" w:rsidR="00C12BC0" w:rsidRDefault="00000000">
            <w:pPr>
              <w:spacing w:after="20" w:line="240" w:lineRule="auto"/>
            </w:pPr>
            <w:r>
              <w:rPr>
                <w:sz w:val="19"/>
              </w:rPr>
              <w:t>8</w:t>
            </w:r>
          </w:p>
        </w:tc>
        <w:tc>
          <w:tcPr>
            <w:tcW w:w="5580" w:type="dxa"/>
            <w:tcMar>
              <w:top w:w="90" w:type="dxa"/>
              <w:left w:w="120" w:type="dxa"/>
              <w:bottom w:w="90" w:type="dxa"/>
              <w:right w:w="120" w:type="dxa"/>
            </w:tcMar>
            <w:vAlign w:val="center"/>
          </w:tcPr>
          <w:p w14:paraId="4D03C534" w14:textId="77777777" w:rsidR="00C12BC0" w:rsidRDefault="00000000">
            <w:pPr>
              <w:spacing w:after="20" w:line="240" w:lineRule="auto"/>
            </w:pPr>
            <w:r>
              <w:rPr>
                <w:sz w:val="19"/>
              </w:rPr>
              <w:t>Normal-pressure hydrocephalus</w:t>
            </w:r>
          </w:p>
        </w:tc>
        <w:tc>
          <w:tcPr>
            <w:tcW w:w="3180" w:type="dxa"/>
            <w:tcMar>
              <w:top w:w="90" w:type="dxa"/>
              <w:left w:w="120" w:type="dxa"/>
              <w:bottom w:w="90" w:type="dxa"/>
              <w:right w:w="120" w:type="dxa"/>
            </w:tcMar>
            <w:vAlign w:val="center"/>
          </w:tcPr>
          <w:p w14:paraId="24B13056" w14:textId="77777777" w:rsidR="00C12BC0" w:rsidRDefault="00000000">
            <w:pPr>
              <w:spacing w:after="20" w:line="240" w:lineRule="auto"/>
            </w:pPr>
            <w:r>
              <w:rPr>
                <w:sz w:val="19"/>
              </w:rPr>
              <w:t>No / Yes / Unknown</w:t>
            </w:r>
          </w:p>
        </w:tc>
      </w:tr>
      <w:tr w:rsidR="00C12BC0" w14:paraId="1C3735DD" w14:textId="77777777">
        <w:trPr>
          <w:cantSplit/>
        </w:trPr>
        <w:tc>
          <w:tcPr>
            <w:tcW w:w="600" w:type="dxa"/>
            <w:tcMar>
              <w:top w:w="90" w:type="dxa"/>
              <w:left w:w="120" w:type="dxa"/>
              <w:bottom w:w="90" w:type="dxa"/>
              <w:right w:w="120" w:type="dxa"/>
            </w:tcMar>
            <w:vAlign w:val="center"/>
          </w:tcPr>
          <w:p w14:paraId="335A0392" w14:textId="77777777" w:rsidR="00C12BC0" w:rsidRDefault="00000000">
            <w:pPr>
              <w:spacing w:after="20" w:line="240" w:lineRule="auto"/>
            </w:pPr>
            <w:r>
              <w:rPr>
                <w:sz w:val="19"/>
              </w:rPr>
              <w:t>9</w:t>
            </w:r>
          </w:p>
        </w:tc>
        <w:tc>
          <w:tcPr>
            <w:tcW w:w="5580" w:type="dxa"/>
            <w:tcMar>
              <w:top w:w="90" w:type="dxa"/>
              <w:left w:w="120" w:type="dxa"/>
              <w:bottom w:w="90" w:type="dxa"/>
              <w:right w:w="120" w:type="dxa"/>
            </w:tcMar>
            <w:vAlign w:val="center"/>
          </w:tcPr>
          <w:p w14:paraId="1F47D1A8" w14:textId="77777777" w:rsidR="00C12BC0" w:rsidRDefault="00000000">
            <w:pPr>
              <w:spacing w:after="20" w:line="240" w:lineRule="auto"/>
            </w:pPr>
            <w:r>
              <w:rPr>
                <w:sz w:val="19"/>
              </w:rPr>
              <w:t>Psoriasis</w:t>
            </w:r>
          </w:p>
        </w:tc>
        <w:tc>
          <w:tcPr>
            <w:tcW w:w="3180" w:type="dxa"/>
            <w:tcMar>
              <w:top w:w="90" w:type="dxa"/>
              <w:left w:w="120" w:type="dxa"/>
              <w:bottom w:w="90" w:type="dxa"/>
              <w:right w:w="120" w:type="dxa"/>
            </w:tcMar>
            <w:vAlign w:val="center"/>
          </w:tcPr>
          <w:p w14:paraId="2142D6CD" w14:textId="77777777" w:rsidR="00C12BC0" w:rsidRDefault="00000000">
            <w:pPr>
              <w:spacing w:after="20" w:line="240" w:lineRule="auto"/>
            </w:pPr>
            <w:r>
              <w:rPr>
                <w:sz w:val="19"/>
              </w:rPr>
              <w:t>No / Yes / Unknown</w:t>
            </w:r>
          </w:p>
        </w:tc>
      </w:tr>
      <w:tr w:rsidR="00C12BC0" w14:paraId="790416C0" w14:textId="77777777">
        <w:trPr>
          <w:cantSplit/>
        </w:trPr>
        <w:tc>
          <w:tcPr>
            <w:tcW w:w="600" w:type="dxa"/>
            <w:tcMar>
              <w:top w:w="90" w:type="dxa"/>
              <w:left w:w="120" w:type="dxa"/>
              <w:bottom w:w="90" w:type="dxa"/>
              <w:right w:w="120" w:type="dxa"/>
            </w:tcMar>
            <w:vAlign w:val="center"/>
          </w:tcPr>
          <w:p w14:paraId="0D1A2C64" w14:textId="77777777" w:rsidR="00C12BC0" w:rsidRDefault="00000000">
            <w:pPr>
              <w:spacing w:after="20" w:line="240" w:lineRule="auto"/>
            </w:pPr>
            <w:r>
              <w:rPr>
                <w:sz w:val="19"/>
              </w:rPr>
              <w:t>10</w:t>
            </w:r>
          </w:p>
        </w:tc>
        <w:tc>
          <w:tcPr>
            <w:tcW w:w="5580" w:type="dxa"/>
            <w:tcMar>
              <w:top w:w="90" w:type="dxa"/>
              <w:left w:w="120" w:type="dxa"/>
              <w:bottom w:w="90" w:type="dxa"/>
              <w:right w:w="120" w:type="dxa"/>
            </w:tcMar>
            <w:vAlign w:val="center"/>
          </w:tcPr>
          <w:p w14:paraId="4025A848" w14:textId="77777777" w:rsidR="00C12BC0" w:rsidRDefault="00000000">
            <w:pPr>
              <w:spacing w:after="20" w:line="240" w:lineRule="auto"/>
            </w:pPr>
            <w:r>
              <w:rPr>
                <w:sz w:val="19"/>
              </w:rPr>
              <w:t>Epilepsy</w:t>
            </w:r>
          </w:p>
        </w:tc>
        <w:tc>
          <w:tcPr>
            <w:tcW w:w="3180" w:type="dxa"/>
            <w:tcMar>
              <w:top w:w="90" w:type="dxa"/>
              <w:left w:w="120" w:type="dxa"/>
              <w:bottom w:w="90" w:type="dxa"/>
              <w:right w:w="120" w:type="dxa"/>
            </w:tcMar>
            <w:vAlign w:val="center"/>
          </w:tcPr>
          <w:p w14:paraId="7FB5B595" w14:textId="77777777" w:rsidR="00C12BC0" w:rsidRDefault="00000000">
            <w:pPr>
              <w:spacing w:after="20" w:line="240" w:lineRule="auto"/>
            </w:pPr>
            <w:r>
              <w:rPr>
                <w:sz w:val="19"/>
              </w:rPr>
              <w:t>No / Yes / Unknown</w:t>
            </w:r>
          </w:p>
        </w:tc>
      </w:tr>
      <w:tr w:rsidR="00C12BC0" w14:paraId="512DF266" w14:textId="77777777">
        <w:trPr>
          <w:cantSplit/>
        </w:trPr>
        <w:tc>
          <w:tcPr>
            <w:tcW w:w="600" w:type="dxa"/>
            <w:tcMar>
              <w:top w:w="90" w:type="dxa"/>
              <w:left w:w="120" w:type="dxa"/>
              <w:bottom w:w="90" w:type="dxa"/>
              <w:right w:w="120" w:type="dxa"/>
            </w:tcMar>
            <w:vAlign w:val="center"/>
          </w:tcPr>
          <w:p w14:paraId="2CE9CD3F" w14:textId="77777777" w:rsidR="00C12BC0" w:rsidRDefault="00000000">
            <w:pPr>
              <w:spacing w:after="20" w:line="240" w:lineRule="auto"/>
            </w:pPr>
            <w:r>
              <w:rPr>
                <w:sz w:val="19"/>
              </w:rPr>
              <w:t>11</w:t>
            </w:r>
          </w:p>
        </w:tc>
        <w:tc>
          <w:tcPr>
            <w:tcW w:w="5580" w:type="dxa"/>
            <w:tcMar>
              <w:top w:w="90" w:type="dxa"/>
              <w:left w:w="120" w:type="dxa"/>
              <w:bottom w:w="90" w:type="dxa"/>
              <w:right w:w="120" w:type="dxa"/>
            </w:tcMar>
            <w:vAlign w:val="center"/>
          </w:tcPr>
          <w:p w14:paraId="2073A95A" w14:textId="77777777" w:rsidR="00C12BC0" w:rsidRDefault="00000000">
            <w:pPr>
              <w:spacing w:after="20" w:line="240" w:lineRule="auto"/>
            </w:pPr>
            <w:r>
              <w:rPr>
                <w:sz w:val="19"/>
              </w:rPr>
              <w:t>Parkinson’s disease</w:t>
            </w:r>
          </w:p>
        </w:tc>
        <w:tc>
          <w:tcPr>
            <w:tcW w:w="3180" w:type="dxa"/>
            <w:tcMar>
              <w:top w:w="90" w:type="dxa"/>
              <w:left w:w="120" w:type="dxa"/>
              <w:bottom w:w="90" w:type="dxa"/>
              <w:right w:w="120" w:type="dxa"/>
            </w:tcMar>
            <w:vAlign w:val="center"/>
          </w:tcPr>
          <w:p w14:paraId="1034B5C5" w14:textId="77777777" w:rsidR="00C12BC0" w:rsidRDefault="00000000">
            <w:pPr>
              <w:spacing w:after="20" w:line="240" w:lineRule="auto"/>
            </w:pPr>
            <w:r>
              <w:rPr>
                <w:sz w:val="19"/>
              </w:rPr>
              <w:t>No / Yes / Unknown</w:t>
            </w:r>
          </w:p>
        </w:tc>
      </w:tr>
      <w:tr w:rsidR="00C12BC0" w14:paraId="11420F0B" w14:textId="77777777">
        <w:trPr>
          <w:cantSplit/>
        </w:trPr>
        <w:tc>
          <w:tcPr>
            <w:tcW w:w="600" w:type="dxa"/>
            <w:tcMar>
              <w:top w:w="90" w:type="dxa"/>
              <w:left w:w="120" w:type="dxa"/>
              <w:bottom w:w="90" w:type="dxa"/>
              <w:right w:w="120" w:type="dxa"/>
            </w:tcMar>
            <w:vAlign w:val="center"/>
          </w:tcPr>
          <w:p w14:paraId="6AB916DB" w14:textId="77777777" w:rsidR="00C12BC0" w:rsidRDefault="00000000">
            <w:pPr>
              <w:spacing w:after="20" w:line="240" w:lineRule="auto"/>
            </w:pPr>
            <w:r>
              <w:rPr>
                <w:sz w:val="19"/>
              </w:rPr>
              <w:t>12</w:t>
            </w:r>
          </w:p>
        </w:tc>
        <w:tc>
          <w:tcPr>
            <w:tcW w:w="5580" w:type="dxa"/>
            <w:tcMar>
              <w:top w:w="90" w:type="dxa"/>
              <w:left w:w="120" w:type="dxa"/>
              <w:bottom w:w="90" w:type="dxa"/>
              <w:right w:w="120" w:type="dxa"/>
            </w:tcMar>
            <w:vAlign w:val="center"/>
          </w:tcPr>
          <w:p w14:paraId="59AECDA9" w14:textId="77777777" w:rsidR="00C12BC0" w:rsidRDefault="00000000">
            <w:pPr>
              <w:spacing w:after="20" w:line="240" w:lineRule="auto"/>
            </w:pPr>
            <w:r>
              <w:rPr>
                <w:sz w:val="19"/>
              </w:rPr>
              <w:t>Renal failure/chronic kidney disease</w:t>
            </w:r>
          </w:p>
        </w:tc>
        <w:tc>
          <w:tcPr>
            <w:tcW w:w="3180" w:type="dxa"/>
            <w:tcMar>
              <w:top w:w="90" w:type="dxa"/>
              <w:left w:w="120" w:type="dxa"/>
              <w:bottom w:w="90" w:type="dxa"/>
              <w:right w:w="120" w:type="dxa"/>
            </w:tcMar>
            <w:vAlign w:val="center"/>
          </w:tcPr>
          <w:p w14:paraId="2214C123" w14:textId="77777777" w:rsidR="00C12BC0" w:rsidRDefault="00000000">
            <w:pPr>
              <w:spacing w:after="20" w:line="240" w:lineRule="auto"/>
            </w:pPr>
            <w:r>
              <w:rPr>
                <w:sz w:val="19"/>
              </w:rPr>
              <w:t>No / Yes / Unknown</w:t>
            </w:r>
          </w:p>
        </w:tc>
      </w:tr>
      <w:tr w:rsidR="00C12BC0" w14:paraId="54BDBDF6" w14:textId="77777777">
        <w:trPr>
          <w:cantSplit/>
        </w:trPr>
        <w:tc>
          <w:tcPr>
            <w:tcW w:w="600" w:type="dxa"/>
            <w:tcMar>
              <w:top w:w="90" w:type="dxa"/>
              <w:left w:w="120" w:type="dxa"/>
              <w:bottom w:w="90" w:type="dxa"/>
              <w:right w:w="120" w:type="dxa"/>
            </w:tcMar>
            <w:vAlign w:val="center"/>
          </w:tcPr>
          <w:p w14:paraId="2E47DCBC" w14:textId="77777777" w:rsidR="00C12BC0" w:rsidRDefault="00000000">
            <w:pPr>
              <w:spacing w:after="20" w:line="240" w:lineRule="auto"/>
            </w:pPr>
            <w:r>
              <w:rPr>
                <w:sz w:val="19"/>
              </w:rPr>
              <w:t>13</w:t>
            </w:r>
          </w:p>
        </w:tc>
        <w:tc>
          <w:tcPr>
            <w:tcW w:w="5580" w:type="dxa"/>
            <w:tcMar>
              <w:top w:w="90" w:type="dxa"/>
              <w:left w:w="120" w:type="dxa"/>
              <w:bottom w:w="90" w:type="dxa"/>
              <w:right w:w="120" w:type="dxa"/>
            </w:tcMar>
            <w:vAlign w:val="center"/>
          </w:tcPr>
          <w:p w14:paraId="15EBD391" w14:textId="77777777" w:rsidR="00C12BC0" w:rsidRDefault="00000000">
            <w:pPr>
              <w:spacing w:after="20" w:line="240" w:lineRule="auto"/>
            </w:pPr>
            <w:r>
              <w:rPr>
                <w:sz w:val="19"/>
              </w:rPr>
              <w:t>Gout</w:t>
            </w:r>
          </w:p>
        </w:tc>
        <w:tc>
          <w:tcPr>
            <w:tcW w:w="3180" w:type="dxa"/>
            <w:tcMar>
              <w:top w:w="90" w:type="dxa"/>
              <w:left w:w="120" w:type="dxa"/>
              <w:bottom w:w="90" w:type="dxa"/>
              <w:right w:w="120" w:type="dxa"/>
            </w:tcMar>
            <w:vAlign w:val="center"/>
          </w:tcPr>
          <w:p w14:paraId="13202F28" w14:textId="77777777" w:rsidR="00C12BC0" w:rsidRDefault="00000000">
            <w:pPr>
              <w:spacing w:after="20" w:line="240" w:lineRule="auto"/>
            </w:pPr>
            <w:r>
              <w:rPr>
                <w:sz w:val="19"/>
              </w:rPr>
              <w:t>No / Yes / Unknown</w:t>
            </w:r>
          </w:p>
        </w:tc>
      </w:tr>
      <w:tr w:rsidR="00C12BC0" w14:paraId="0BB6DEA7" w14:textId="77777777">
        <w:trPr>
          <w:cantSplit/>
        </w:trPr>
        <w:tc>
          <w:tcPr>
            <w:tcW w:w="600" w:type="dxa"/>
            <w:tcMar>
              <w:top w:w="90" w:type="dxa"/>
              <w:left w:w="120" w:type="dxa"/>
              <w:bottom w:w="90" w:type="dxa"/>
              <w:right w:w="120" w:type="dxa"/>
            </w:tcMar>
            <w:vAlign w:val="center"/>
          </w:tcPr>
          <w:p w14:paraId="0E2D7B8F" w14:textId="77777777" w:rsidR="00C12BC0" w:rsidRDefault="00000000">
            <w:pPr>
              <w:spacing w:after="20" w:line="240" w:lineRule="auto"/>
            </w:pPr>
            <w:r>
              <w:rPr>
                <w:sz w:val="19"/>
              </w:rPr>
              <w:t>14</w:t>
            </w:r>
          </w:p>
        </w:tc>
        <w:tc>
          <w:tcPr>
            <w:tcW w:w="5580" w:type="dxa"/>
            <w:tcMar>
              <w:top w:w="90" w:type="dxa"/>
              <w:left w:w="120" w:type="dxa"/>
              <w:bottom w:w="90" w:type="dxa"/>
              <w:right w:w="120" w:type="dxa"/>
            </w:tcMar>
            <w:vAlign w:val="center"/>
          </w:tcPr>
          <w:p w14:paraId="01E9D3BA" w14:textId="77777777" w:rsidR="00C12BC0" w:rsidRDefault="00000000">
            <w:pPr>
              <w:spacing w:after="20" w:line="240" w:lineRule="auto"/>
            </w:pPr>
            <w:r>
              <w:rPr>
                <w:sz w:val="19"/>
              </w:rPr>
              <w:t>Anaemia</w:t>
            </w:r>
          </w:p>
        </w:tc>
        <w:tc>
          <w:tcPr>
            <w:tcW w:w="3180" w:type="dxa"/>
            <w:tcMar>
              <w:top w:w="90" w:type="dxa"/>
              <w:left w:w="120" w:type="dxa"/>
              <w:bottom w:w="90" w:type="dxa"/>
              <w:right w:w="120" w:type="dxa"/>
            </w:tcMar>
            <w:vAlign w:val="center"/>
          </w:tcPr>
          <w:p w14:paraId="026C3195" w14:textId="77777777" w:rsidR="00C12BC0" w:rsidRDefault="00000000">
            <w:pPr>
              <w:spacing w:after="20" w:line="240" w:lineRule="auto"/>
            </w:pPr>
            <w:r>
              <w:rPr>
                <w:sz w:val="19"/>
              </w:rPr>
              <w:t>No / Yes / Unknown</w:t>
            </w:r>
          </w:p>
        </w:tc>
      </w:tr>
      <w:tr w:rsidR="00C12BC0" w14:paraId="3466D510" w14:textId="77777777">
        <w:trPr>
          <w:cantSplit/>
        </w:trPr>
        <w:tc>
          <w:tcPr>
            <w:tcW w:w="600" w:type="dxa"/>
            <w:tcMar>
              <w:top w:w="90" w:type="dxa"/>
              <w:left w:w="120" w:type="dxa"/>
              <w:bottom w:w="90" w:type="dxa"/>
              <w:right w:w="120" w:type="dxa"/>
            </w:tcMar>
            <w:vAlign w:val="center"/>
          </w:tcPr>
          <w:p w14:paraId="018855A7" w14:textId="77777777" w:rsidR="00C12BC0" w:rsidRDefault="00000000">
            <w:pPr>
              <w:spacing w:after="20" w:line="240" w:lineRule="auto"/>
            </w:pPr>
            <w:r>
              <w:rPr>
                <w:sz w:val="19"/>
              </w:rPr>
              <w:t>15</w:t>
            </w:r>
          </w:p>
        </w:tc>
        <w:tc>
          <w:tcPr>
            <w:tcW w:w="5580" w:type="dxa"/>
            <w:tcMar>
              <w:top w:w="90" w:type="dxa"/>
              <w:left w:w="120" w:type="dxa"/>
              <w:bottom w:w="90" w:type="dxa"/>
              <w:right w:w="120" w:type="dxa"/>
            </w:tcMar>
            <w:vAlign w:val="center"/>
          </w:tcPr>
          <w:p w14:paraId="664AA13B" w14:textId="77777777" w:rsidR="00C12BC0" w:rsidRDefault="00000000">
            <w:pPr>
              <w:spacing w:after="20" w:line="240" w:lineRule="auto"/>
            </w:pPr>
            <w:r>
              <w:rPr>
                <w:sz w:val="19"/>
              </w:rPr>
              <w:t>Polyneuropathy</w:t>
            </w:r>
          </w:p>
        </w:tc>
        <w:tc>
          <w:tcPr>
            <w:tcW w:w="3180" w:type="dxa"/>
            <w:tcMar>
              <w:top w:w="90" w:type="dxa"/>
              <w:left w:w="120" w:type="dxa"/>
              <w:bottom w:w="90" w:type="dxa"/>
              <w:right w:w="120" w:type="dxa"/>
            </w:tcMar>
            <w:vAlign w:val="center"/>
          </w:tcPr>
          <w:p w14:paraId="5818399B" w14:textId="77777777" w:rsidR="00C12BC0" w:rsidRDefault="00000000">
            <w:pPr>
              <w:spacing w:after="20" w:line="240" w:lineRule="auto"/>
            </w:pPr>
            <w:r>
              <w:rPr>
                <w:sz w:val="19"/>
              </w:rPr>
              <w:t>No / Yes / Unknown</w:t>
            </w:r>
          </w:p>
        </w:tc>
      </w:tr>
      <w:tr w:rsidR="00C12BC0" w14:paraId="28D29465" w14:textId="77777777">
        <w:trPr>
          <w:cantSplit/>
        </w:trPr>
        <w:tc>
          <w:tcPr>
            <w:tcW w:w="600" w:type="dxa"/>
            <w:tcMar>
              <w:top w:w="90" w:type="dxa"/>
              <w:left w:w="120" w:type="dxa"/>
              <w:bottom w:w="90" w:type="dxa"/>
              <w:right w:w="120" w:type="dxa"/>
            </w:tcMar>
            <w:vAlign w:val="center"/>
          </w:tcPr>
          <w:p w14:paraId="680893E9" w14:textId="77777777" w:rsidR="00C12BC0" w:rsidRDefault="00000000">
            <w:pPr>
              <w:spacing w:after="20" w:line="240" w:lineRule="auto"/>
            </w:pPr>
            <w:r>
              <w:rPr>
                <w:sz w:val="19"/>
              </w:rPr>
              <w:t>16</w:t>
            </w:r>
          </w:p>
        </w:tc>
        <w:tc>
          <w:tcPr>
            <w:tcW w:w="5580" w:type="dxa"/>
            <w:tcMar>
              <w:top w:w="90" w:type="dxa"/>
              <w:left w:w="120" w:type="dxa"/>
              <w:bottom w:w="90" w:type="dxa"/>
              <w:right w:w="120" w:type="dxa"/>
            </w:tcMar>
            <w:vAlign w:val="center"/>
          </w:tcPr>
          <w:p w14:paraId="2C1F4E54" w14:textId="77777777" w:rsidR="00C12BC0" w:rsidRDefault="00000000">
            <w:pPr>
              <w:spacing w:after="20" w:line="240" w:lineRule="auto"/>
            </w:pPr>
            <w:r>
              <w:rPr>
                <w:sz w:val="19"/>
              </w:rPr>
              <w:t>Dyslipidaemia</w:t>
            </w:r>
          </w:p>
        </w:tc>
        <w:tc>
          <w:tcPr>
            <w:tcW w:w="3180" w:type="dxa"/>
            <w:tcMar>
              <w:top w:w="90" w:type="dxa"/>
              <w:left w:w="120" w:type="dxa"/>
              <w:bottom w:w="90" w:type="dxa"/>
              <w:right w:w="120" w:type="dxa"/>
            </w:tcMar>
            <w:vAlign w:val="center"/>
          </w:tcPr>
          <w:p w14:paraId="480CA995" w14:textId="77777777" w:rsidR="00C12BC0" w:rsidRDefault="00000000">
            <w:pPr>
              <w:spacing w:after="20" w:line="240" w:lineRule="auto"/>
            </w:pPr>
            <w:r>
              <w:rPr>
                <w:sz w:val="19"/>
              </w:rPr>
              <w:t>No / Yes / Unknown</w:t>
            </w:r>
          </w:p>
        </w:tc>
      </w:tr>
      <w:tr w:rsidR="00C12BC0" w14:paraId="46500F2D" w14:textId="77777777">
        <w:trPr>
          <w:cantSplit/>
        </w:trPr>
        <w:tc>
          <w:tcPr>
            <w:tcW w:w="600" w:type="dxa"/>
            <w:tcMar>
              <w:top w:w="90" w:type="dxa"/>
              <w:left w:w="120" w:type="dxa"/>
              <w:bottom w:w="90" w:type="dxa"/>
              <w:right w:w="120" w:type="dxa"/>
            </w:tcMar>
            <w:vAlign w:val="center"/>
          </w:tcPr>
          <w:p w14:paraId="3193A34F" w14:textId="77777777" w:rsidR="00C12BC0" w:rsidRDefault="00000000">
            <w:pPr>
              <w:spacing w:after="20" w:line="240" w:lineRule="auto"/>
            </w:pPr>
            <w:r>
              <w:rPr>
                <w:sz w:val="19"/>
              </w:rPr>
              <w:t>17</w:t>
            </w:r>
          </w:p>
        </w:tc>
        <w:tc>
          <w:tcPr>
            <w:tcW w:w="5580" w:type="dxa"/>
            <w:tcMar>
              <w:top w:w="90" w:type="dxa"/>
              <w:left w:w="120" w:type="dxa"/>
              <w:bottom w:w="90" w:type="dxa"/>
              <w:right w:w="120" w:type="dxa"/>
            </w:tcMar>
            <w:vAlign w:val="center"/>
          </w:tcPr>
          <w:p w14:paraId="07ECE585" w14:textId="77777777" w:rsidR="00C12BC0" w:rsidRDefault="00000000">
            <w:pPr>
              <w:spacing w:after="20" w:line="240" w:lineRule="auto"/>
            </w:pPr>
            <w:r>
              <w:rPr>
                <w:sz w:val="19"/>
              </w:rPr>
              <w:t>Degenerative spinal disease</w:t>
            </w:r>
          </w:p>
        </w:tc>
        <w:tc>
          <w:tcPr>
            <w:tcW w:w="3180" w:type="dxa"/>
            <w:tcMar>
              <w:top w:w="90" w:type="dxa"/>
              <w:left w:w="120" w:type="dxa"/>
              <w:bottom w:w="90" w:type="dxa"/>
              <w:right w:w="120" w:type="dxa"/>
            </w:tcMar>
            <w:vAlign w:val="center"/>
          </w:tcPr>
          <w:p w14:paraId="262DCE4C" w14:textId="77777777" w:rsidR="00C12BC0" w:rsidRDefault="00000000">
            <w:pPr>
              <w:spacing w:after="20" w:line="240" w:lineRule="auto"/>
            </w:pPr>
            <w:r>
              <w:rPr>
                <w:sz w:val="19"/>
              </w:rPr>
              <w:t>No / Yes / Unknown</w:t>
            </w:r>
          </w:p>
        </w:tc>
      </w:tr>
      <w:tr w:rsidR="00C12BC0" w14:paraId="3597808E" w14:textId="77777777">
        <w:trPr>
          <w:cantSplit/>
        </w:trPr>
        <w:tc>
          <w:tcPr>
            <w:tcW w:w="600" w:type="dxa"/>
            <w:tcMar>
              <w:top w:w="90" w:type="dxa"/>
              <w:left w:w="120" w:type="dxa"/>
              <w:bottom w:w="90" w:type="dxa"/>
              <w:right w:w="120" w:type="dxa"/>
            </w:tcMar>
            <w:vAlign w:val="center"/>
          </w:tcPr>
          <w:p w14:paraId="08631BD3" w14:textId="77777777" w:rsidR="00C12BC0" w:rsidRDefault="00000000">
            <w:pPr>
              <w:spacing w:after="20" w:line="240" w:lineRule="auto"/>
            </w:pPr>
            <w:r>
              <w:rPr>
                <w:sz w:val="19"/>
              </w:rPr>
              <w:t>18</w:t>
            </w:r>
          </w:p>
        </w:tc>
        <w:tc>
          <w:tcPr>
            <w:tcW w:w="5580" w:type="dxa"/>
            <w:tcMar>
              <w:top w:w="90" w:type="dxa"/>
              <w:left w:w="120" w:type="dxa"/>
              <w:bottom w:w="90" w:type="dxa"/>
              <w:right w:w="120" w:type="dxa"/>
            </w:tcMar>
            <w:vAlign w:val="center"/>
          </w:tcPr>
          <w:p w14:paraId="5D2F2566" w14:textId="77777777" w:rsidR="00C12BC0" w:rsidRDefault="00000000">
            <w:pPr>
              <w:spacing w:after="20" w:line="240" w:lineRule="auto"/>
            </w:pPr>
            <w:r>
              <w:rPr>
                <w:sz w:val="19"/>
              </w:rPr>
              <w:t>Thyroid disease</w:t>
            </w:r>
          </w:p>
        </w:tc>
        <w:tc>
          <w:tcPr>
            <w:tcW w:w="3180" w:type="dxa"/>
            <w:tcMar>
              <w:top w:w="90" w:type="dxa"/>
              <w:left w:w="120" w:type="dxa"/>
              <w:bottom w:w="90" w:type="dxa"/>
              <w:right w:w="120" w:type="dxa"/>
            </w:tcMar>
            <w:vAlign w:val="center"/>
          </w:tcPr>
          <w:p w14:paraId="74BA9949" w14:textId="77777777" w:rsidR="00C12BC0" w:rsidRDefault="00000000">
            <w:pPr>
              <w:spacing w:after="20" w:line="240" w:lineRule="auto"/>
            </w:pPr>
            <w:r>
              <w:rPr>
                <w:sz w:val="19"/>
              </w:rPr>
              <w:t>No / Yes / Unknown</w:t>
            </w:r>
          </w:p>
        </w:tc>
      </w:tr>
      <w:tr w:rsidR="00C12BC0" w14:paraId="00B47DC2" w14:textId="77777777">
        <w:trPr>
          <w:cantSplit/>
        </w:trPr>
        <w:tc>
          <w:tcPr>
            <w:tcW w:w="600" w:type="dxa"/>
            <w:tcMar>
              <w:top w:w="90" w:type="dxa"/>
              <w:left w:w="120" w:type="dxa"/>
              <w:bottom w:w="90" w:type="dxa"/>
              <w:right w:w="120" w:type="dxa"/>
            </w:tcMar>
            <w:vAlign w:val="center"/>
          </w:tcPr>
          <w:p w14:paraId="102B84F5" w14:textId="77777777" w:rsidR="00C12BC0" w:rsidRDefault="00000000">
            <w:pPr>
              <w:spacing w:after="20" w:line="240" w:lineRule="auto"/>
            </w:pPr>
            <w:r>
              <w:rPr>
                <w:sz w:val="19"/>
              </w:rPr>
              <w:t>19</w:t>
            </w:r>
          </w:p>
        </w:tc>
        <w:tc>
          <w:tcPr>
            <w:tcW w:w="5580" w:type="dxa"/>
            <w:tcMar>
              <w:top w:w="90" w:type="dxa"/>
              <w:left w:w="120" w:type="dxa"/>
              <w:bottom w:w="90" w:type="dxa"/>
              <w:right w:w="120" w:type="dxa"/>
            </w:tcMar>
            <w:vAlign w:val="center"/>
          </w:tcPr>
          <w:p w14:paraId="70985569" w14:textId="77777777" w:rsidR="00C12BC0" w:rsidRDefault="00000000">
            <w:pPr>
              <w:spacing w:after="20" w:line="240" w:lineRule="auto"/>
            </w:pPr>
            <w:r>
              <w:rPr>
                <w:sz w:val="19"/>
              </w:rPr>
              <w:t>Glaucoma</w:t>
            </w:r>
          </w:p>
        </w:tc>
        <w:tc>
          <w:tcPr>
            <w:tcW w:w="3180" w:type="dxa"/>
            <w:tcMar>
              <w:top w:w="90" w:type="dxa"/>
              <w:left w:w="120" w:type="dxa"/>
              <w:bottom w:w="90" w:type="dxa"/>
              <w:right w:w="120" w:type="dxa"/>
            </w:tcMar>
            <w:vAlign w:val="center"/>
          </w:tcPr>
          <w:p w14:paraId="1F119602" w14:textId="77777777" w:rsidR="00C12BC0" w:rsidRDefault="00000000">
            <w:pPr>
              <w:spacing w:after="20" w:line="240" w:lineRule="auto"/>
            </w:pPr>
            <w:r>
              <w:rPr>
                <w:sz w:val="19"/>
              </w:rPr>
              <w:t>No / Yes / Unknown</w:t>
            </w:r>
          </w:p>
        </w:tc>
      </w:tr>
      <w:tr w:rsidR="00C12BC0" w14:paraId="6CEA730C" w14:textId="77777777">
        <w:trPr>
          <w:cantSplit/>
        </w:trPr>
        <w:tc>
          <w:tcPr>
            <w:tcW w:w="600" w:type="dxa"/>
            <w:tcMar>
              <w:top w:w="90" w:type="dxa"/>
              <w:left w:w="120" w:type="dxa"/>
              <w:bottom w:w="90" w:type="dxa"/>
              <w:right w:w="120" w:type="dxa"/>
            </w:tcMar>
            <w:vAlign w:val="center"/>
          </w:tcPr>
          <w:p w14:paraId="27492357" w14:textId="77777777" w:rsidR="00C12BC0" w:rsidRDefault="00000000">
            <w:pPr>
              <w:spacing w:after="20" w:line="240" w:lineRule="auto"/>
            </w:pPr>
            <w:r>
              <w:rPr>
                <w:sz w:val="19"/>
              </w:rPr>
              <w:t>20</w:t>
            </w:r>
          </w:p>
        </w:tc>
        <w:tc>
          <w:tcPr>
            <w:tcW w:w="5580" w:type="dxa"/>
            <w:tcMar>
              <w:top w:w="90" w:type="dxa"/>
              <w:left w:w="120" w:type="dxa"/>
              <w:bottom w:w="90" w:type="dxa"/>
              <w:right w:w="120" w:type="dxa"/>
            </w:tcMar>
            <w:vAlign w:val="center"/>
          </w:tcPr>
          <w:p w14:paraId="3BDD8C5C" w14:textId="77777777" w:rsidR="00C12BC0" w:rsidRDefault="00000000">
            <w:pPr>
              <w:spacing w:after="20" w:line="240" w:lineRule="auto"/>
            </w:pPr>
            <w:r>
              <w:rPr>
                <w:sz w:val="19"/>
              </w:rPr>
              <w:t>Atrial fibrillation</w:t>
            </w:r>
          </w:p>
        </w:tc>
        <w:tc>
          <w:tcPr>
            <w:tcW w:w="3180" w:type="dxa"/>
            <w:tcMar>
              <w:top w:w="90" w:type="dxa"/>
              <w:left w:w="120" w:type="dxa"/>
              <w:bottom w:w="90" w:type="dxa"/>
              <w:right w:w="120" w:type="dxa"/>
            </w:tcMar>
            <w:vAlign w:val="center"/>
          </w:tcPr>
          <w:p w14:paraId="3D5E7CE7" w14:textId="77777777" w:rsidR="00C12BC0" w:rsidRDefault="00000000">
            <w:pPr>
              <w:spacing w:after="20" w:line="240" w:lineRule="auto"/>
            </w:pPr>
            <w:r>
              <w:rPr>
                <w:sz w:val="19"/>
              </w:rPr>
              <w:t>No / Yes / Unknown</w:t>
            </w:r>
          </w:p>
        </w:tc>
      </w:tr>
      <w:tr w:rsidR="00C12BC0" w14:paraId="183A9C8F" w14:textId="77777777">
        <w:trPr>
          <w:cantSplit/>
        </w:trPr>
        <w:tc>
          <w:tcPr>
            <w:tcW w:w="600" w:type="dxa"/>
            <w:tcMar>
              <w:top w:w="90" w:type="dxa"/>
              <w:left w:w="120" w:type="dxa"/>
              <w:bottom w:w="90" w:type="dxa"/>
              <w:right w:w="120" w:type="dxa"/>
            </w:tcMar>
            <w:vAlign w:val="center"/>
          </w:tcPr>
          <w:p w14:paraId="794C77FC" w14:textId="77777777" w:rsidR="00C12BC0" w:rsidRDefault="00000000">
            <w:pPr>
              <w:spacing w:after="20" w:line="240" w:lineRule="auto"/>
            </w:pPr>
            <w:r>
              <w:rPr>
                <w:sz w:val="19"/>
              </w:rPr>
              <w:t>21</w:t>
            </w:r>
          </w:p>
        </w:tc>
        <w:tc>
          <w:tcPr>
            <w:tcW w:w="5580" w:type="dxa"/>
            <w:tcMar>
              <w:top w:w="90" w:type="dxa"/>
              <w:left w:w="120" w:type="dxa"/>
              <w:bottom w:w="90" w:type="dxa"/>
              <w:right w:w="120" w:type="dxa"/>
            </w:tcMar>
            <w:vAlign w:val="center"/>
          </w:tcPr>
          <w:p w14:paraId="05A3FCA8" w14:textId="77777777" w:rsidR="00C12BC0" w:rsidRDefault="00000000">
            <w:pPr>
              <w:spacing w:after="20" w:line="240" w:lineRule="auto"/>
            </w:pPr>
            <w:r>
              <w:rPr>
                <w:sz w:val="19"/>
              </w:rPr>
              <w:t>Asthma</w:t>
            </w:r>
          </w:p>
        </w:tc>
        <w:tc>
          <w:tcPr>
            <w:tcW w:w="3180" w:type="dxa"/>
            <w:tcMar>
              <w:top w:w="90" w:type="dxa"/>
              <w:left w:w="120" w:type="dxa"/>
              <w:bottom w:w="90" w:type="dxa"/>
              <w:right w:w="120" w:type="dxa"/>
            </w:tcMar>
            <w:vAlign w:val="center"/>
          </w:tcPr>
          <w:p w14:paraId="7F20611D" w14:textId="77777777" w:rsidR="00C12BC0" w:rsidRDefault="00000000">
            <w:pPr>
              <w:spacing w:after="20" w:line="240" w:lineRule="auto"/>
            </w:pPr>
            <w:r>
              <w:rPr>
                <w:sz w:val="19"/>
              </w:rPr>
              <w:t>No / Yes / Unknown</w:t>
            </w:r>
          </w:p>
        </w:tc>
      </w:tr>
      <w:tr w:rsidR="00C12BC0" w14:paraId="2A4CC7FC" w14:textId="77777777">
        <w:trPr>
          <w:cantSplit/>
        </w:trPr>
        <w:tc>
          <w:tcPr>
            <w:tcW w:w="600" w:type="dxa"/>
            <w:tcMar>
              <w:top w:w="90" w:type="dxa"/>
              <w:left w:w="120" w:type="dxa"/>
              <w:bottom w:w="90" w:type="dxa"/>
              <w:right w:w="120" w:type="dxa"/>
            </w:tcMar>
            <w:vAlign w:val="center"/>
          </w:tcPr>
          <w:p w14:paraId="1B94D9B7" w14:textId="77777777" w:rsidR="00C12BC0" w:rsidRDefault="00000000">
            <w:pPr>
              <w:spacing w:after="20" w:line="240" w:lineRule="auto"/>
            </w:pPr>
            <w:r>
              <w:rPr>
                <w:sz w:val="19"/>
              </w:rPr>
              <w:t>22</w:t>
            </w:r>
          </w:p>
        </w:tc>
        <w:tc>
          <w:tcPr>
            <w:tcW w:w="5580" w:type="dxa"/>
            <w:tcMar>
              <w:top w:w="90" w:type="dxa"/>
              <w:left w:w="120" w:type="dxa"/>
              <w:bottom w:w="90" w:type="dxa"/>
              <w:right w:w="120" w:type="dxa"/>
            </w:tcMar>
            <w:vAlign w:val="center"/>
          </w:tcPr>
          <w:p w14:paraId="38710B10" w14:textId="77777777" w:rsidR="00C12BC0" w:rsidRDefault="00000000">
            <w:pPr>
              <w:spacing w:after="20" w:line="240" w:lineRule="auto"/>
            </w:pPr>
            <w:r>
              <w:rPr>
                <w:sz w:val="19"/>
              </w:rPr>
              <w:t>Heart failure</w:t>
            </w:r>
          </w:p>
        </w:tc>
        <w:tc>
          <w:tcPr>
            <w:tcW w:w="3180" w:type="dxa"/>
            <w:tcMar>
              <w:top w:w="90" w:type="dxa"/>
              <w:left w:w="120" w:type="dxa"/>
              <w:bottom w:w="90" w:type="dxa"/>
              <w:right w:w="120" w:type="dxa"/>
            </w:tcMar>
            <w:vAlign w:val="center"/>
          </w:tcPr>
          <w:p w14:paraId="63C22686" w14:textId="77777777" w:rsidR="00C12BC0" w:rsidRDefault="00000000">
            <w:pPr>
              <w:spacing w:after="20" w:line="240" w:lineRule="auto"/>
            </w:pPr>
            <w:r>
              <w:rPr>
                <w:sz w:val="19"/>
              </w:rPr>
              <w:t>No / Yes / Unknown</w:t>
            </w:r>
          </w:p>
        </w:tc>
      </w:tr>
      <w:tr w:rsidR="00C12BC0" w14:paraId="4A1471BC" w14:textId="77777777">
        <w:trPr>
          <w:cantSplit/>
        </w:trPr>
        <w:tc>
          <w:tcPr>
            <w:tcW w:w="600" w:type="dxa"/>
            <w:tcMar>
              <w:top w:w="90" w:type="dxa"/>
              <w:left w:w="120" w:type="dxa"/>
              <w:bottom w:w="90" w:type="dxa"/>
              <w:right w:w="120" w:type="dxa"/>
            </w:tcMar>
            <w:vAlign w:val="center"/>
          </w:tcPr>
          <w:p w14:paraId="5EA0D833" w14:textId="77777777" w:rsidR="00C12BC0" w:rsidRDefault="00000000">
            <w:pPr>
              <w:spacing w:after="20" w:line="240" w:lineRule="auto"/>
            </w:pPr>
            <w:r>
              <w:rPr>
                <w:sz w:val="19"/>
              </w:rPr>
              <w:t>23</w:t>
            </w:r>
          </w:p>
        </w:tc>
        <w:tc>
          <w:tcPr>
            <w:tcW w:w="5580" w:type="dxa"/>
            <w:tcMar>
              <w:top w:w="90" w:type="dxa"/>
              <w:left w:w="120" w:type="dxa"/>
              <w:bottom w:w="90" w:type="dxa"/>
              <w:right w:w="120" w:type="dxa"/>
            </w:tcMar>
            <w:vAlign w:val="center"/>
          </w:tcPr>
          <w:p w14:paraId="5B930B92" w14:textId="77777777" w:rsidR="00C12BC0" w:rsidRDefault="00000000">
            <w:pPr>
              <w:spacing w:after="20" w:line="240" w:lineRule="auto"/>
            </w:pPr>
            <w:r>
              <w:rPr>
                <w:sz w:val="19"/>
              </w:rPr>
              <w:t>Rheumatoid arthritis</w:t>
            </w:r>
          </w:p>
        </w:tc>
        <w:tc>
          <w:tcPr>
            <w:tcW w:w="3180" w:type="dxa"/>
            <w:tcMar>
              <w:top w:w="90" w:type="dxa"/>
              <w:left w:w="120" w:type="dxa"/>
              <w:bottom w:w="90" w:type="dxa"/>
              <w:right w:w="120" w:type="dxa"/>
            </w:tcMar>
            <w:vAlign w:val="center"/>
          </w:tcPr>
          <w:p w14:paraId="332FC139" w14:textId="77777777" w:rsidR="00C12BC0" w:rsidRDefault="00000000">
            <w:pPr>
              <w:spacing w:after="20" w:line="240" w:lineRule="auto"/>
            </w:pPr>
            <w:r>
              <w:rPr>
                <w:sz w:val="19"/>
              </w:rPr>
              <w:t>No / Yes / Unknown</w:t>
            </w:r>
          </w:p>
        </w:tc>
      </w:tr>
      <w:tr w:rsidR="00C12BC0" w14:paraId="7C1FE322" w14:textId="77777777">
        <w:trPr>
          <w:cantSplit/>
        </w:trPr>
        <w:tc>
          <w:tcPr>
            <w:tcW w:w="600" w:type="dxa"/>
            <w:tcMar>
              <w:top w:w="90" w:type="dxa"/>
              <w:left w:w="120" w:type="dxa"/>
              <w:bottom w:w="90" w:type="dxa"/>
              <w:right w:w="120" w:type="dxa"/>
            </w:tcMar>
            <w:vAlign w:val="center"/>
          </w:tcPr>
          <w:p w14:paraId="0D5C24D3" w14:textId="77777777" w:rsidR="00C12BC0" w:rsidRDefault="00000000">
            <w:pPr>
              <w:spacing w:after="20" w:line="240" w:lineRule="auto"/>
            </w:pPr>
            <w:r>
              <w:rPr>
                <w:sz w:val="19"/>
              </w:rPr>
              <w:t>24</w:t>
            </w:r>
          </w:p>
        </w:tc>
        <w:tc>
          <w:tcPr>
            <w:tcW w:w="5580" w:type="dxa"/>
            <w:tcMar>
              <w:top w:w="90" w:type="dxa"/>
              <w:left w:w="120" w:type="dxa"/>
              <w:bottom w:w="90" w:type="dxa"/>
              <w:right w:w="120" w:type="dxa"/>
            </w:tcMar>
            <w:vAlign w:val="center"/>
          </w:tcPr>
          <w:p w14:paraId="22FD58DE" w14:textId="77777777" w:rsidR="00C12BC0" w:rsidRDefault="00000000">
            <w:pPr>
              <w:spacing w:after="20" w:line="240" w:lineRule="auto"/>
            </w:pPr>
            <w:r>
              <w:rPr>
                <w:sz w:val="19"/>
              </w:rPr>
              <w:t>Previous myocardial infarction</w:t>
            </w:r>
          </w:p>
        </w:tc>
        <w:tc>
          <w:tcPr>
            <w:tcW w:w="3180" w:type="dxa"/>
            <w:tcMar>
              <w:top w:w="90" w:type="dxa"/>
              <w:left w:w="120" w:type="dxa"/>
              <w:bottom w:w="90" w:type="dxa"/>
              <w:right w:w="120" w:type="dxa"/>
            </w:tcMar>
            <w:vAlign w:val="center"/>
          </w:tcPr>
          <w:p w14:paraId="6C47088C" w14:textId="77777777" w:rsidR="00C12BC0" w:rsidRDefault="00000000">
            <w:pPr>
              <w:spacing w:after="20" w:line="240" w:lineRule="auto"/>
            </w:pPr>
            <w:r>
              <w:rPr>
                <w:sz w:val="19"/>
              </w:rPr>
              <w:t>No / Yes / Unknown</w:t>
            </w:r>
          </w:p>
        </w:tc>
      </w:tr>
      <w:tr w:rsidR="00C12BC0" w14:paraId="29A23FF8" w14:textId="77777777">
        <w:trPr>
          <w:cantSplit/>
        </w:trPr>
        <w:tc>
          <w:tcPr>
            <w:tcW w:w="600" w:type="dxa"/>
            <w:tcMar>
              <w:top w:w="90" w:type="dxa"/>
              <w:left w:w="120" w:type="dxa"/>
              <w:bottom w:w="90" w:type="dxa"/>
              <w:right w:w="120" w:type="dxa"/>
            </w:tcMar>
            <w:vAlign w:val="center"/>
          </w:tcPr>
          <w:p w14:paraId="6E598E5A" w14:textId="77777777" w:rsidR="00C12BC0" w:rsidRDefault="00000000">
            <w:pPr>
              <w:spacing w:after="20" w:line="240" w:lineRule="auto"/>
            </w:pPr>
            <w:r>
              <w:rPr>
                <w:sz w:val="19"/>
              </w:rPr>
              <w:t>25</w:t>
            </w:r>
          </w:p>
        </w:tc>
        <w:tc>
          <w:tcPr>
            <w:tcW w:w="5580" w:type="dxa"/>
            <w:tcMar>
              <w:top w:w="90" w:type="dxa"/>
              <w:left w:w="120" w:type="dxa"/>
              <w:bottom w:w="90" w:type="dxa"/>
              <w:right w:w="120" w:type="dxa"/>
            </w:tcMar>
            <w:vAlign w:val="center"/>
          </w:tcPr>
          <w:p w14:paraId="7CB70E66" w14:textId="77777777" w:rsidR="00C12BC0" w:rsidRDefault="00000000">
            <w:pPr>
              <w:spacing w:after="20" w:line="240" w:lineRule="auto"/>
            </w:pPr>
            <w:r>
              <w:rPr>
                <w:sz w:val="19"/>
              </w:rPr>
              <w:t>Hypertension</w:t>
            </w:r>
          </w:p>
        </w:tc>
        <w:tc>
          <w:tcPr>
            <w:tcW w:w="3180" w:type="dxa"/>
            <w:tcMar>
              <w:top w:w="90" w:type="dxa"/>
              <w:left w:w="120" w:type="dxa"/>
              <w:bottom w:w="90" w:type="dxa"/>
              <w:right w:w="120" w:type="dxa"/>
            </w:tcMar>
            <w:vAlign w:val="center"/>
          </w:tcPr>
          <w:p w14:paraId="15B05B10" w14:textId="77777777" w:rsidR="00C12BC0" w:rsidRDefault="00000000">
            <w:pPr>
              <w:spacing w:after="20" w:line="240" w:lineRule="auto"/>
            </w:pPr>
            <w:r>
              <w:rPr>
                <w:sz w:val="19"/>
              </w:rPr>
              <w:t>No / Yes / Unknown</w:t>
            </w:r>
          </w:p>
        </w:tc>
      </w:tr>
      <w:tr w:rsidR="00C12BC0" w14:paraId="28B6D1B7" w14:textId="77777777">
        <w:trPr>
          <w:cantSplit/>
        </w:trPr>
        <w:tc>
          <w:tcPr>
            <w:tcW w:w="600" w:type="dxa"/>
            <w:tcMar>
              <w:top w:w="90" w:type="dxa"/>
              <w:left w:w="120" w:type="dxa"/>
              <w:bottom w:w="90" w:type="dxa"/>
              <w:right w:w="120" w:type="dxa"/>
            </w:tcMar>
            <w:vAlign w:val="center"/>
          </w:tcPr>
          <w:p w14:paraId="507CC7B0" w14:textId="77777777" w:rsidR="00C12BC0" w:rsidRDefault="00000000">
            <w:pPr>
              <w:spacing w:after="20" w:line="240" w:lineRule="auto"/>
            </w:pPr>
            <w:r>
              <w:rPr>
                <w:sz w:val="19"/>
              </w:rPr>
              <w:t>26</w:t>
            </w:r>
          </w:p>
        </w:tc>
        <w:tc>
          <w:tcPr>
            <w:tcW w:w="5580" w:type="dxa"/>
            <w:tcMar>
              <w:top w:w="90" w:type="dxa"/>
              <w:left w:w="120" w:type="dxa"/>
              <w:bottom w:w="90" w:type="dxa"/>
              <w:right w:w="120" w:type="dxa"/>
            </w:tcMar>
            <w:vAlign w:val="center"/>
          </w:tcPr>
          <w:p w14:paraId="5E05866C" w14:textId="77777777" w:rsidR="00C12BC0" w:rsidRDefault="00000000">
            <w:pPr>
              <w:spacing w:after="20" w:line="240" w:lineRule="auto"/>
            </w:pPr>
            <w:r>
              <w:rPr>
                <w:sz w:val="19"/>
              </w:rPr>
              <w:t>Benign prostatic enlargement</w:t>
            </w:r>
          </w:p>
        </w:tc>
        <w:tc>
          <w:tcPr>
            <w:tcW w:w="3180" w:type="dxa"/>
            <w:tcMar>
              <w:top w:w="90" w:type="dxa"/>
              <w:left w:w="120" w:type="dxa"/>
              <w:bottom w:w="90" w:type="dxa"/>
              <w:right w:w="120" w:type="dxa"/>
            </w:tcMar>
            <w:vAlign w:val="center"/>
          </w:tcPr>
          <w:p w14:paraId="1502D51F" w14:textId="77777777" w:rsidR="00C12BC0" w:rsidRDefault="00000000">
            <w:pPr>
              <w:spacing w:after="20" w:line="240" w:lineRule="auto"/>
            </w:pPr>
            <w:r>
              <w:rPr>
                <w:sz w:val="19"/>
              </w:rPr>
              <w:t>No / Yes / Unknown</w:t>
            </w:r>
          </w:p>
        </w:tc>
      </w:tr>
    </w:tbl>
    <w:p w14:paraId="08982FF4" w14:textId="77777777" w:rsidR="00C12BC0" w:rsidRDefault="00000000">
      <w:pPr>
        <w:pStyle w:val="Nagwek1"/>
      </w:pPr>
      <w:r>
        <w:t>C. Sleep history and sleep-related symptoms</w:t>
      </w:r>
    </w:p>
    <w:p w14:paraId="51744848" w14:textId="77777777" w:rsidR="00C12BC0" w:rsidRDefault="00000000">
      <w:r>
        <w:t>For items 9–20, record the observed or reported frequency using the following response categories: Never; less than once per week; 1–3 times per week; more than 4 times per week; daily.</w:t>
      </w:r>
    </w:p>
    <w:tbl>
      <w:tblPr>
        <w:tblStyle w:val="Tabela-Siatka"/>
        <w:tblW w:w="9360" w:type="dxa"/>
        <w:tblInd w:w="120" w:type="dxa"/>
        <w:tblLayout w:type="fixed"/>
        <w:tblLook w:val="04A0" w:firstRow="1" w:lastRow="0" w:firstColumn="1" w:lastColumn="0" w:noHBand="0" w:noVBand="1"/>
      </w:tblPr>
      <w:tblGrid>
        <w:gridCol w:w="600"/>
        <w:gridCol w:w="4740"/>
        <w:gridCol w:w="4020"/>
      </w:tblGrid>
      <w:tr w:rsidR="00C12BC0" w14:paraId="11B8CD14" w14:textId="77777777">
        <w:trPr>
          <w:cantSplit/>
          <w:tblHeader/>
        </w:trPr>
        <w:tc>
          <w:tcPr>
            <w:tcW w:w="600" w:type="dxa"/>
            <w:shd w:val="clear" w:color="auto" w:fill="D9EAF7"/>
            <w:tcMar>
              <w:top w:w="90" w:type="dxa"/>
              <w:left w:w="120" w:type="dxa"/>
              <w:bottom w:w="90" w:type="dxa"/>
              <w:right w:w="120" w:type="dxa"/>
            </w:tcMar>
            <w:vAlign w:val="center"/>
          </w:tcPr>
          <w:p w14:paraId="7505C52D" w14:textId="77777777" w:rsidR="00C12BC0" w:rsidRDefault="00000000">
            <w:pPr>
              <w:spacing w:after="20" w:line="240" w:lineRule="auto"/>
            </w:pPr>
            <w:r>
              <w:rPr>
                <w:b/>
                <w:color w:val="1F4E79"/>
                <w:sz w:val="19"/>
              </w:rPr>
              <w:t>No.</w:t>
            </w:r>
          </w:p>
        </w:tc>
        <w:tc>
          <w:tcPr>
            <w:tcW w:w="4740" w:type="dxa"/>
            <w:shd w:val="clear" w:color="auto" w:fill="D9EAF7"/>
            <w:tcMar>
              <w:top w:w="90" w:type="dxa"/>
              <w:left w:w="120" w:type="dxa"/>
              <w:bottom w:w="90" w:type="dxa"/>
              <w:right w:w="120" w:type="dxa"/>
            </w:tcMar>
            <w:vAlign w:val="center"/>
          </w:tcPr>
          <w:p w14:paraId="796A3313" w14:textId="77777777" w:rsidR="00C12BC0" w:rsidRDefault="00000000">
            <w:pPr>
              <w:spacing w:after="20" w:line="240" w:lineRule="auto"/>
            </w:pPr>
            <w:r>
              <w:rPr>
                <w:b/>
                <w:color w:val="1F4E79"/>
                <w:sz w:val="19"/>
              </w:rPr>
              <w:t>Question / field</w:t>
            </w:r>
          </w:p>
        </w:tc>
        <w:tc>
          <w:tcPr>
            <w:tcW w:w="4020" w:type="dxa"/>
            <w:shd w:val="clear" w:color="auto" w:fill="D9EAF7"/>
            <w:tcMar>
              <w:top w:w="90" w:type="dxa"/>
              <w:left w:w="120" w:type="dxa"/>
              <w:bottom w:w="90" w:type="dxa"/>
              <w:right w:w="120" w:type="dxa"/>
            </w:tcMar>
            <w:vAlign w:val="center"/>
          </w:tcPr>
          <w:p w14:paraId="7A36571C" w14:textId="77777777" w:rsidR="00C12BC0" w:rsidRDefault="00000000">
            <w:pPr>
              <w:spacing w:after="20" w:line="240" w:lineRule="auto"/>
            </w:pPr>
            <w:r>
              <w:rPr>
                <w:b/>
                <w:color w:val="1F4E79"/>
                <w:sz w:val="19"/>
              </w:rPr>
              <w:t>Response options / recorded value</w:t>
            </w:r>
          </w:p>
        </w:tc>
      </w:tr>
      <w:tr w:rsidR="00C12BC0" w14:paraId="37A44C8B" w14:textId="77777777">
        <w:trPr>
          <w:cantSplit/>
        </w:trPr>
        <w:tc>
          <w:tcPr>
            <w:tcW w:w="600" w:type="dxa"/>
            <w:tcMar>
              <w:top w:w="90" w:type="dxa"/>
              <w:left w:w="120" w:type="dxa"/>
              <w:bottom w:w="90" w:type="dxa"/>
              <w:right w:w="120" w:type="dxa"/>
            </w:tcMar>
            <w:vAlign w:val="center"/>
          </w:tcPr>
          <w:p w14:paraId="79A02E23" w14:textId="77777777" w:rsidR="00C12BC0" w:rsidRDefault="00000000">
            <w:pPr>
              <w:spacing w:after="20" w:line="240" w:lineRule="auto"/>
            </w:pPr>
            <w:r>
              <w:rPr>
                <w:sz w:val="19"/>
              </w:rPr>
              <w:t>8</w:t>
            </w:r>
          </w:p>
        </w:tc>
        <w:tc>
          <w:tcPr>
            <w:tcW w:w="4740" w:type="dxa"/>
            <w:tcMar>
              <w:top w:w="90" w:type="dxa"/>
              <w:left w:w="120" w:type="dxa"/>
              <w:bottom w:w="90" w:type="dxa"/>
              <w:right w:w="120" w:type="dxa"/>
            </w:tcMar>
            <w:vAlign w:val="center"/>
          </w:tcPr>
          <w:p w14:paraId="1116E58F" w14:textId="77777777" w:rsidR="00C12BC0" w:rsidRDefault="00000000">
            <w:pPr>
              <w:spacing w:after="20" w:line="240" w:lineRule="auto"/>
            </w:pPr>
            <w:r>
              <w:rPr>
                <w:sz w:val="19"/>
              </w:rPr>
              <w:t>Were sleep disturbances present before the diagnosis of Alzheimer’s disease?</w:t>
            </w:r>
          </w:p>
        </w:tc>
        <w:tc>
          <w:tcPr>
            <w:tcW w:w="4020" w:type="dxa"/>
            <w:tcMar>
              <w:top w:w="90" w:type="dxa"/>
              <w:left w:w="120" w:type="dxa"/>
              <w:bottom w:w="90" w:type="dxa"/>
              <w:right w:w="120" w:type="dxa"/>
            </w:tcMar>
            <w:vAlign w:val="center"/>
          </w:tcPr>
          <w:p w14:paraId="367167B5" w14:textId="77777777" w:rsidR="00C12BC0" w:rsidRDefault="00000000">
            <w:pPr>
              <w:spacing w:after="20" w:line="240" w:lineRule="auto"/>
            </w:pPr>
            <w:r>
              <w:rPr>
                <w:sz w:val="19"/>
              </w:rPr>
              <w:t>No / Yes / Unknown</w:t>
            </w:r>
          </w:p>
        </w:tc>
      </w:tr>
      <w:tr w:rsidR="00C12BC0" w14:paraId="01558959" w14:textId="77777777">
        <w:trPr>
          <w:cantSplit/>
        </w:trPr>
        <w:tc>
          <w:tcPr>
            <w:tcW w:w="600" w:type="dxa"/>
            <w:tcMar>
              <w:top w:w="90" w:type="dxa"/>
              <w:left w:w="120" w:type="dxa"/>
              <w:bottom w:w="90" w:type="dxa"/>
              <w:right w:w="120" w:type="dxa"/>
            </w:tcMar>
            <w:vAlign w:val="center"/>
          </w:tcPr>
          <w:p w14:paraId="35193668" w14:textId="77777777" w:rsidR="00C12BC0" w:rsidRDefault="00000000">
            <w:pPr>
              <w:spacing w:after="20" w:line="240" w:lineRule="auto"/>
            </w:pPr>
            <w:r>
              <w:rPr>
                <w:sz w:val="19"/>
              </w:rPr>
              <w:t>9</w:t>
            </w:r>
          </w:p>
        </w:tc>
        <w:tc>
          <w:tcPr>
            <w:tcW w:w="4740" w:type="dxa"/>
            <w:tcMar>
              <w:top w:w="90" w:type="dxa"/>
              <w:left w:w="120" w:type="dxa"/>
              <w:bottom w:w="90" w:type="dxa"/>
              <w:right w:w="120" w:type="dxa"/>
            </w:tcMar>
            <w:vAlign w:val="center"/>
          </w:tcPr>
          <w:p w14:paraId="2348F951" w14:textId="77777777" w:rsidR="00C12BC0" w:rsidRDefault="00000000">
            <w:pPr>
              <w:spacing w:after="20" w:line="240" w:lineRule="auto"/>
            </w:pPr>
            <w:r>
              <w:rPr>
                <w:sz w:val="19"/>
              </w:rPr>
              <w:t>Difficulty falling asleep</w:t>
            </w:r>
          </w:p>
        </w:tc>
        <w:tc>
          <w:tcPr>
            <w:tcW w:w="4020" w:type="dxa"/>
            <w:tcMar>
              <w:top w:w="90" w:type="dxa"/>
              <w:left w:w="120" w:type="dxa"/>
              <w:bottom w:w="90" w:type="dxa"/>
              <w:right w:w="120" w:type="dxa"/>
            </w:tcMar>
            <w:vAlign w:val="center"/>
          </w:tcPr>
          <w:p w14:paraId="4191617B" w14:textId="77777777" w:rsidR="00C12BC0" w:rsidRDefault="00000000">
            <w:pPr>
              <w:spacing w:after="20" w:line="240" w:lineRule="auto"/>
            </w:pPr>
            <w:r>
              <w:rPr>
                <w:sz w:val="19"/>
              </w:rPr>
              <w:t>Frequency category</w:t>
            </w:r>
          </w:p>
        </w:tc>
      </w:tr>
      <w:tr w:rsidR="00C12BC0" w14:paraId="7761EF20" w14:textId="77777777">
        <w:trPr>
          <w:cantSplit/>
        </w:trPr>
        <w:tc>
          <w:tcPr>
            <w:tcW w:w="600" w:type="dxa"/>
            <w:tcMar>
              <w:top w:w="90" w:type="dxa"/>
              <w:left w:w="120" w:type="dxa"/>
              <w:bottom w:w="90" w:type="dxa"/>
              <w:right w:w="120" w:type="dxa"/>
            </w:tcMar>
            <w:vAlign w:val="center"/>
          </w:tcPr>
          <w:p w14:paraId="4982D0C1" w14:textId="77777777" w:rsidR="00C12BC0" w:rsidRDefault="00000000">
            <w:pPr>
              <w:spacing w:after="20" w:line="240" w:lineRule="auto"/>
            </w:pPr>
            <w:r>
              <w:rPr>
                <w:sz w:val="19"/>
              </w:rPr>
              <w:t>10</w:t>
            </w:r>
          </w:p>
        </w:tc>
        <w:tc>
          <w:tcPr>
            <w:tcW w:w="4740" w:type="dxa"/>
            <w:tcMar>
              <w:top w:w="90" w:type="dxa"/>
              <w:left w:w="120" w:type="dxa"/>
              <w:bottom w:w="90" w:type="dxa"/>
              <w:right w:w="120" w:type="dxa"/>
            </w:tcMar>
            <w:vAlign w:val="center"/>
          </w:tcPr>
          <w:p w14:paraId="3A8F6983" w14:textId="77777777" w:rsidR="00C12BC0" w:rsidRDefault="00000000">
            <w:pPr>
              <w:spacing w:after="20" w:line="240" w:lineRule="auto"/>
            </w:pPr>
            <w:r>
              <w:rPr>
                <w:sz w:val="19"/>
              </w:rPr>
              <w:t>Awakening during the night</w:t>
            </w:r>
          </w:p>
        </w:tc>
        <w:tc>
          <w:tcPr>
            <w:tcW w:w="4020" w:type="dxa"/>
            <w:tcMar>
              <w:top w:w="90" w:type="dxa"/>
              <w:left w:w="120" w:type="dxa"/>
              <w:bottom w:w="90" w:type="dxa"/>
              <w:right w:w="120" w:type="dxa"/>
            </w:tcMar>
            <w:vAlign w:val="center"/>
          </w:tcPr>
          <w:p w14:paraId="2ACF8D06" w14:textId="77777777" w:rsidR="00C12BC0" w:rsidRDefault="00000000">
            <w:pPr>
              <w:spacing w:after="20" w:line="240" w:lineRule="auto"/>
            </w:pPr>
            <w:r>
              <w:rPr>
                <w:sz w:val="19"/>
              </w:rPr>
              <w:t>Frequency category</w:t>
            </w:r>
          </w:p>
        </w:tc>
      </w:tr>
      <w:tr w:rsidR="00C12BC0" w14:paraId="0F3F7CEF" w14:textId="77777777">
        <w:trPr>
          <w:cantSplit/>
        </w:trPr>
        <w:tc>
          <w:tcPr>
            <w:tcW w:w="600" w:type="dxa"/>
            <w:tcMar>
              <w:top w:w="90" w:type="dxa"/>
              <w:left w:w="120" w:type="dxa"/>
              <w:bottom w:w="90" w:type="dxa"/>
              <w:right w:w="120" w:type="dxa"/>
            </w:tcMar>
            <w:vAlign w:val="center"/>
          </w:tcPr>
          <w:p w14:paraId="031F9790" w14:textId="77777777" w:rsidR="00C12BC0" w:rsidRDefault="00000000">
            <w:pPr>
              <w:spacing w:after="20" w:line="240" w:lineRule="auto"/>
            </w:pPr>
            <w:r>
              <w:rPr>
                <w:sz w:val="19"/>
              </w:rPr>
              <w:lastRenderedPageBreak/>
              <w:t>11</w:t>
            </w:r>
          </w:p>
        </w:tc>
        <w:tc>
          <w:tcPr>
            <w:tcW w:w="4740" w:type="dxa"/>
            <w:tcMar>
              <w:top w:w="90" w:type="dxa"/>
              <w:left w:w="120" w:type="dxa"/>
              <w:bottom w:w="90" w:type="dxa"/>
              <w:right w:w="120" w:type="dxa"/>
            </w:tcMar>
            <w:vAlign w:val="center"/>
          </w:tcPr>
          <w:p w14:paraId="6E062961" w14:textId="77777777" w:rsidR="00C12BC0" w:rsidRDefault="00000000">
            <w:pPr>
              <w:spacing w:after="20" w:line="240" w:lineRule="auto"/>
            </w:pPr>
            <w:r>
              <w:rPr>
                <w:sz w:val="19"/>
              </w:rPr>
              <w:t>Waking earlier than intended in the morning</w:t>
            </w:r>
          </w:p>
        </w:tc>
        <w:tc>
          <w:tcPr>
            <w:tcW w:w="4020" w:type="dxa"/>
            <w:tcMar>
              <w:top w:w="90" w:type="dxa"/>
              <w:left w:w="120" w:type="dxa"/>
              <w:bottom w:w="90" w:type="dxa"/>
              <w:right w:w="120" w:type="dxa"/>
            </w:tcMar>
            <w:vAlign w:val="center"/>
          </w:tcPr>
          <w:p w14:paraId="7D6E65AC" w14:textId="77777777" w:rsidR="00C12BC0" w:rsidRDefault="00000000">
            <w:pPr>
              <w:spacing w:after="20" w:line="240" w:lineRule="auto"/>
            </w:pPr>
            <w:r>
              <w:rPr>
                <w:sz w:val="19"/>
              </w:rPr>
              <w:t>Frequency category</w:t>
            </w:r>
          </w:p>
        </w:tc>
      </w:tr>
      <w:tr w:rsidR="00C12BC0" w14:paraId="3D94096B" w14:textId="77777777">
        <w:trPr>
          <w:cantSplit/>
        </w:trPr>
        <w:tc>
          <w:tcPr>
            <w:tcW w:w="600" w:type="dxa"/>
            <w:tcMar>
              <w:top w:w="90" w:type="dxa"/>
              <w:left w:w="120" w:type="dxa"/>
              <w:bottom w:w="90" w:type="dxa"/>
              <w:right w:w="120" w:type="dxa"/>
            </w:tcMar>
            <w:vAlign w:val="center"/>
          </w:tcPr>
          <w:p w14:paraId="11A8A3A2" w14:textId="77777777" w:rsidR="00C12BC0" w:rsidRDefault="00000000">
            <w:pPr>
              <w:spacing w:after="20" w:line="240" w:lineRule="auto"/>
            </w:pPr>
            <w:r>
              <w:rPr>
                <w:sz w:val="19"/>
              </w:rPr>
              <w:t>12</w:t>
            </w:r>
          </w:p>
        </w:tc>
        <w:tc>
          <w:tcPr>
            <w:tcW w:w="4740" w:type="dxa"/>
            <w:tcMar>
              <w:top w:w="90" w:type="dxa"/>
              <w:left w:w="120" w:type="dxa"/>
              <w:bottom w:w="90" w:type="dxa"/>
              <w:right w:w="120" w:type="dxa"/>
            </w:tcMar>
            <w:vAlign w:val="center"/>
          </w:tcPr>
          <w:p w14:paraId="0D9A4A48" w14:textId="77777777" w:rsidR="00C12BC0" w:rsidRDefault="00000000">
            <w:pPr>
              <w:spacing w:after="20" w:line="240" w:lineRule="auto"/>
            </w:pPr>
            <w:r>
              <w:rPr>
                <w:sz w:val="19"/>
              </w:rPr>
              <w:t>Evening agitation</w:t>
            </w:r>
          </w:p>
        </w:tc>
        <w:tc>
          <w:tcPr>
            <w:tcW w:w="4020" w:type="dxa"/>
            <w:tcMar>
              <w:top w:w="90" w:type="dxa"/>
              <w:left w:w="120" w:type="dxa"/>
              <w:bottom w:w="90" w:type="dxa"/>
              <w:right w:w="120" w:type="dxa"/>
            </w:tcMar>
            <w:vAlign w:val="center"/>
          </w:tcPr>
          <w:p w14:paraId="73206A1F" w14:textId="77777777" w:rsidR="00C12BC0" w:rsidRDefault="00000000">
            <w:pPr>
              <w:spacing w:after="20" w:line="240" w:lineRule="auto"/>
            </w:pPr>
            <w:r>
              <w:rPr>
                <w:sz w:val="19"/>
              </w:rPr>
              <w:t>Frequency category</w:t>
            </w:r>
          </w:p>
        </w:tc>
      </w:tr>
      <w:tr w:rsidR="00C12BC0" w14:paraId="79366D07" w14:textId="77777777">
        <w:trPr>
          <w:cantSplit/>
        </w:trPr>
        <w:tc>
          <w:tcPr>
            <w:tcW w:w="600" w:type="dxa"/>
            <w:tcMar>
              <w:top w:w="90" w:type="dxa"/>
              <w:left w:w="120" w:type="dxa"/>
              <w:bottom w:w="90" w:type="dxa"/>
              <w:right w:w="120" w:type="dxa"/>
            </w:tcMar>
            <w:vAlign w:val="center"/>
          </w:tcPr>
          <w:p w14:paraId="733A25E9" w14:textId="77777777" w:rsidR="00C12BC0" w:rsidRDefault="00000000">
            <w:pPr>
              <w:spacing w:after="20" w:line="240" w:lineRule="auto"/>
            </w:pPr>
            <w:r>
              <w:rPr>
                <w:sz w:val="19"/>
              </w:rPr>
              <w:t>13</w:t>
            </w:r>
          </w:p>
        </w:tc>
        <w:tc>
          <w:tcPr>
            <w:tcW w:w="4740" w:type="dxa"/>
            <w:tcMar>
              <w:top w:w="90" w:type="dxa"/>
              <w:left w:w="120" w:type="dxa"/>
              <w:bottom w:w="90" w:type="dxa"/>
              <w:right w:w="120" w:type="dxa"/>
            </w:tcMar>
            <w:vAlign w:val="center"/>
          </w:tcPr>
          <w:p w14:paraId="18CD45E5" w14:textId="77777777" w:rsidR="00C12BC0" w:rsidRDefault="00000000">
            <w:pPr>
              <w:spacing w:after="20" w:line="240" w:lineRule="auto"/>
            </w:pPr>
            <w:r>
              <w:rPr>
                <w:sz w:val="19"/>
              </w:rPr>
              <w:t>Aggressive behaviour</w:t>
            </w:r>
          </w:p>
        </w:tc>
        <w:tc>
          <w:tcPr>
            <w:tcW w:w="4020" w:type="dxa"/>
            <w:tcMar>
              <w:top w:w="90" w:type="dxa"/>
              <w:left w:w="120" w:type="dxa"/>
              <w:bottom w:w="90" w:type="dxa"/>
              <w:right w:w="120" w:type="dxa"/>
            </w:tcMar>
            <w:vAlign w:val="center"/>
          </w:tcPr>
          <w:p w14:paraId="15FF2B8D" w14:textId="77777777" w:rsidR="00C12BC0" w:rsidRDefault="00000000">
            <w:pPr>
              <w:spacing w:after="20" w:line="240" w:lineRule="auto"/>
            </w:pPr>
            <w:r>
              <w:rPr>
                <w:sz w:val="19"/>
              </w:rPr>
              <w:t>Frequency category</w:t>
            </w:r>
          </w:p>
        </w:tc>
      </w:tr>
      <w:tr w:rsidR="00C12BC0" w14:paraId="369152E3" w14:textId="77777777">
        <w:trPr>
          <w:cantSplit/>
        </w:trPr>
        <w:tc>
          <w:tcPr>
            <w:tcW w:w="600" w:type="dxa"/>
            <w:tcMar>
              <w:top w:w="90" w:type="dxa"/>
              <w:left w:w="120" w:type="dxa"/>
              <w:bottom w:w="90" w:type="dxa"/>
              <w:right w:w="120" w:type="dxa"/>
            </w:tcMar>
            <w:vAlign w:val="center"/>
          </w:tcPr>
          <w:p w14:paraId="38019736" w14:textId="77777777" w:rsidR="00C12BC0" w:rsidRDefault="00000000">
            <w:pPr>
              <w:spacing w:after="20" w:line="240" w:lineRule="auto"/>
            </w:pPr>
            <w:r>
              <w:rPr>
                <w:sz w:val="19"/>
              </w:rPr>
              <w:t>14</w:t>
            </w:r>
          </w:p>
        </w:tc>
        <w:tc>
          <w:tcPr>
            <w:tcW w:w="4740" w:type="dxa"/>
            <w:tcMar>
              <w:top w:w="90" w:type="dxa"/>
              <w:left w:w="120" w:type="dxa"/>
              <w:bottom w:w="90" w:type="dxa"/>
              <w:right w:w="120" w:type="dxa"/>
            </w:tcMar>
            <w:vAlign w:val="center"/>
          </w:tcPr>
          <w:p w14:paraId="3012BB39" w14:textId="77777777" w:rsidR="00C12BC0" w:rsidRDefault="00000000">
            <w:pPr>
              <w:spacing w:after="20" w:line="240" w:lineRule="auto"/>
            </w:pPr>
            <w:r>
              <w:rPr>
                <w:sz w:val="19"/>
              </w:rPr>
              <w:t>Reversal of the sleep–wake cycle</w:t>
            </w:r>
          </w:p>
        </w:tc>
        <w:tc>
          <w:tcPr>
            <w:tcW w:w="4020" w:type="dxa"/>
            <w:tcMar>
              <w:top w:w="90" w:type="dxa"/>
              <w:left w:w="120" w:type="dxa"/>
              <w:bottom w:w="90" w:type="dxa"/>
              <w:right w:w="120" w:type="dxa"/>
            </w:tcMar>
            <w:vAlign w:val="center"/>
          </w:tcPr>
          <w:p w14:paraId="59A553EB" w14:textId="77777777" w:rsidR="00C12BC0" w:rsidRDefault="00000000">
            <w:pPr>
              <w:spacing w:after="20" w:line="240" w:lineRule="auto"/>
            </w:pPr>
            <w:r>
              <w:rPr>
                <w:sz w:val="19"/>
              </w:rPr>
              <w:t>Frequency category</w:t>
            </w:r>
          </w:p>
        </w:tc>
      </w:tr>
      <w:tr w:rsidR="00C12BC0" w14:paraId="03EC7A89" w14:textId="77777777">
        <w:trPr>
          <w:cantSplit/>
        </w:trPr>
        <w:tc>
          <w:tcPr>
            <w:tcW w:w="600" w:type="dxa"/>
            <w:tcMar>
              <w:top w:w="90" w:type="dxa"/>
              <w:left w:w="120" w:type="dxa"/>
              <w:bottom w:w="90" w:type="dxa"/>
              <w:right w:w="120" w:type="dxa"/>
            </w:tcMar>
            <w:vAlign w:val="center"/>
          </w:tcPr>
          <w:p w14:paraId="00259341" w14:textId="77777777" w:rsidR="00C12BC0" w:rsidRDefault="00000000">
            <w:pPr>
              <w:spacing w:after="20" w:line="240" w:lineRule="auto"/>
            </w:pPr>
            <w:r>
              <w:rPr>
                <w:sz w:val="19"/>
              </w:rPr>
              <w:t>15</w:t>
            </w:r>
          </w:p>
        </w:tc>
        <w:tc>
          <w:tcPr>
            <w:tcW w:w="4740" w:type="dxa"/>
            <w:tcMar>
              <w:top w:w="90" w:type="dxa"/>
              <w:left w:w="120" w:type="dxa"/>
              <w:bottom w:w="90" w:type="dxa"/>
              <w:right w:w="120" w:type="dxa"/>
            </w:tcMar>
            <w:vAlign w:val="center"/>
          </w:tcPr>
          <w:p w14:paraId="3C8ECE59" w14:textId="77777777" w:rsidR="00C12BC0" w:rsidRDefault="00000000">
            <w:pPr>
              <w:spacing w:after="20" w:line="240" w:lineRule="auto"/>
            </w:pPr>
            <w:r>
              <w:rPr>
                <w:sz w:val="19"/>
              </w:rPr>
              <w:t>Snoring</w:t>
            </w:r>
          </w:p>
        </w:tc>
        <w:tc>
          <w:tcPr>
            <w:tcW w:w="4020" w:type="dxa"/>
            <w:tcMar>
              <w:top w:w="90" w:type="dxa"/>
              <w:left w:w="120" w:type="dxa"/>
              <w:bottom w:w="90" w:type="dxa"/>
              <w:right w:w="120" w:type="dxa"/>
            </w:tcMar>
            <w:vAlign w:val="center"/>
          </w:tcPr>
          <w:p w14:paraId="4D8F0CD7" w14:textId="77777777" w:rsidR="00C12BC0" w:rsidRDefault="00000000">
            <w:pPr>
              <w:spacing w:after="20" w:line="240" w:lineRule="auto"/>
            </w:pPr>
            <w:r>
              <w:rPr>
                <w:sz w:val="19"/>
              </w:rPr>
              <w:t>Frequency category</w:t>
            </w:r>
          </w:p>
        </w:tc>
      </w:tr>
      <w:tr w:rsidR="00C12BC0" w14:paraId="3563C543" w14:textId="77777777">
        <w:trPr>
          <w:cantSplit/>
        </w:trPr>
        <w:tc>
          <w:tcPr>
            <w:tcW w:w="600" w:type="dxa"/>
            <w:tcMar>
              <w:top w:w="90" w:type="dxa"/>
              <w:left w:w="120" w:type="dxa"/>
              <w:bottom w:w="90" w:type="dxa"/>
              <w:right w:w="120" w:type="dxa"/>
            </w:tcMar>
            <w:vAlign w:val="center"/>
          </w:tcPr>
          <w:p w14:paraId="222598DC" w14:textId="77777777" w:rsidR="00C12BC0" w:rsidRDefault="00000000">
            <w:pPr>
              <w:spacing w:after="20" w:line="240" w:lineRule="auto"/>
            </w:pPr>
            <w:r>
              <w:rPr>
                <w:sz w:val="19"/>
              </w:rPr>
              <w:t>16</w:t>
            </w:r>
          </w:p>
        </w:tc>
        <w:tc>
          <w:tcPr>
            <w:tcW w:w="4740" w:type="dxa"/>
            <w:tcMar>
              <w:top w:w="90" w:type="dxa"/>
              <w:left w:w="120" w:type="dxa"/>
              <w:bottom w:w="90" w:type="dxa"/>
              <w:right w:w="120" w:type="dxa"/>
            </w:tcMar>
            <w:vAlign w:val="center"/>
          </w:tcPr>
          <w:p w14:paraId="17660784" w14:textId="77777777" w:rsidR="00C12BC0" w:rsidRDefault="00000000">
            <w:pPr>
              <w:spacing w:after="20" w:line="240" w:lineRule="auto"/>
            </w:pPr>
            <w:r>
              <w:rPr>
                <w:sz w:val="19"/>
              </w:rPr>
              <w:t>Daytime sleepiness</w:t>
            </w:r>
          </w:p>
        </w:tc>
        <w:tc>
          <w:tcPr>
            <w:tcW w:w="4020" w:type="dxa"/>
            <w:tcMar>
              <w:top w:w="90" w:type="dxa"/>
              <w:left w:w="120" w:type="dxa"/>
              <w:bottom w:w="90" w:type="dxa"/>
              <w:right w:w="120" w:type="dxa"/>
            </w:tcMar>
            <w:vAlign w:val="center"/>
          </w:tcPr>
          <w:p w14:paraId="403B1364" w14:textId="77777777" w:rsidR="00C12BC0" w:rsidRDefault="00000000">
            <w:pPr>
              <w:spacing w:after="20" w:line="240" w:lineRule="auto"/>
            </w:pPr>
            <w:r>
              <w:rPr>
                <w:sz w:val="19"/>
              </w:rPr>
              <w:t>Frequency category</w:t>
            </w:r>
          </w:p>
        </w:tc>
      </w:tr>
      <w:tr w:rsidR="00C12BC0" w14:paraId="6698E7A7" w14:textId="77777777">
        <w:trPr>
          <w:cantSplit/>
        </w:trPr>
        <w:tc>
          <w:tcPr>
            <w:tcW w:w="600" w:type="dxa"/>
            <w:tcMar>
              <w:top w:w="90" w:type="dxa"/>
              <w:left w:w="120" w:type="dxa"/>
              <w:bottom w:w="90" w:type="dxa"/>
              <w:right w:w="120" w:type="dxa"/>
            </w:tcMar>
            <w:vAlign w:val="center"/>
          </w:tcPr>
          <w:p w14:paraId="4F935E53" w14:textId="77777777" w:rsidR="00C12BC0" w:rsidRDefault="00000000">
            <w:pPr>
              <w:spacing w:after="20" w:line="240" w:lineRule="auto"/>
            </w:pPr>
            <w:r>
              <w:rPr>
                <w:sz w:val="19"/>
              </w:rPr>
              <w:t>17</w:t>
            </w:r>
          </w:p>
        </w:tc>
        <w:tc>
          <w:tcPr>
            <w:tcW w:w="4740" w:type="dxa"/>
            <w:tcMar>
              <w:top w:w="90" w:type="dxa"/>
              <w:left w:w="120" w:type="dxa"/>
              <w:bottom w:w="90" w:type="dxa"/>
              <w:right w:w="120" w:type="dxa"/>
            </w:tcMar>
            <w:vAlign w:val="center"/>
          </w:tcPr>
          <w:p w14:paraId="63967ED3" w14:textId="77777777" w:rsidR="00C12BC0" w:rsidRDefault="00000000">
            <w:pPr>
              <w:spacing w:after="20" w:line="240" w:lineRule="auto"/>
            </w:pPr>
            <w:r>
              <w:rPr>
                <w:sz w:val="19"/>
              </w:rPr>
              <w:t>Observed pauses in breathing during sleep / suspected sleep apnoea</w:t>
            </w:r>
          </w:p>
        </w:tc>
        <w:tc>
          <w:tcPr>
            <w:tcW w:w="4020" w:type="dxa"/>
            <w:tcMar>
              <w:top w:w="90" w:type="dxa"/>
              <w:left w:w="120" w:type="dxa"/>
              <w:bottom w:w="90" w:type="dxa"/>
              <w:right w:w="120" w:type="dxa"/>
            </w:tcMar>
            <w:vAlign w:val="center"/>
          </w:tcPr>
          <w:p w14:paraId="1F8C5B57" w14:textId="77777777" w:rsidR="00C12BC0" w:rsidRDefault="00000000">
            <w:pPr>
              <w:spacing w:after="20" w:line="240" w:lineRule="auto"/>
            </w:pPr>
            <w:r>
              <w:rPr>
                <w:sz w:val="19"/>
              </w:rPr>
              <w:t>Frequency category</w:t>
            </w:r>
          </w:p>
        </w:tc>
      </w:tr>
      <w:tr w:rsidR="00C12BC0" w14:paraId="6984F6A1" w14:textId="77777777">
        <w:trPr>
          <w:cantSplit/>
        </w:trPr>
        <w:tc>
          <w:tcPr>
            <w:tcW w:w="600" w:type="dxa"/>
            <w:tcMar>
              <w:top w:w="90" w:type="dxa"/>
              <w:left w:w="120" w:type="dxa"/>
              <w:bottom w:w="90" w:type="dxa"/>
              <w:right w:w="120" w:type="dxa"/>
            </w:tcMar>
            <w:vAlign w:val="center"/>
          </w:tcPr>
          <w:p w14:paraId="12FBE3B6" w14:textId="77777777" w:rsidR="00C12BC0" w:rsidRDefault="00000000">
            <w:pPr>
              <w:spacing w:after="20" w:line="240" w:lineRule="auto"/>
            </w:pPr>
            <w:r>
              <w:rPr>
                <w:sz w:val="19"/>
              </w:rPr>
              <w:t>18</w:t>
            </w:r>
          </w:p>
        </w:tc>
        <w:tc>
          <w:tcPr>
            <w:tcW w:w="4740" w:type="dxa"/>
            <w:tcMar>
              <w:top w:w="90" w:type="dxa"/>
              <w:left w:w="120" w:type="dxa"/>
              <w:bottom w:w="90" w:type="dxa"/>
              <w:right w:w="120" w:type="dxa"/>
            </w:tcMar>
            <w:vAlign w:val="center"/>
          </w:tcPr>
          <w:p w14:paraId="645B8220" w14:textId="77777777" w:rsidR="00C12BC0" w:rsidRDefault="00000000">
            <w:pPr>
              <w:spacing w:after="20" w:line="240" w:lineRule="auto"/>
            </w:pPr>
            <w:r>
              <w:rPr>
                <w:sz w:val="19"/>
              </w:rPr>
              <w:t>Sudden or vigorous leg movements during sleep</w:t>
            </w:r>
          </w:p>
        </w:tc>
        <w:tc>
          <w:tcPr>
            <w:tcW w:w="4020" w:type="dxa"/>
            <w:tcMar>
              <w:top w:w="90" w:type="dxa"/>
              <w:left w:w="120" w:type="dxa"/>
              <w:bottom w:w="90" w:type="dxa"/>
              <w:right w:w="120" w:type="dxa"/>
            </w:tcMar>
            <w:vAlign w:val="center"/>
          </w:tcPr>
          <w:p w14:paraId="259BEAA1" w14:textId="77777777" w:rsidR="00C12BC0" w:rsidRDefault="00000000">
            <w:pPr>
              <w:spacing w:after="20" w:line="240" w:lineRule="auto"/>
            </w:pPr>
            <w:r>
              <w:rPr>
                <w:sz w:val="19"/>
              </w:rPr>
              <w:t>Frequency category</w:t>
            </w:r>
          </w:p>
        </w:tc>
      </w:tr>
      <w:tr w:rsidR="00C12BC0" w14:paraId="642C2B3B" w14:textId="77777777">
        <w:trPr>
          <w:cantSplit/>
        </w:trPr>
        <w:tc>
          <w:tcPr>
            <w:tcW w:w="600" w:type="dxa"/>
            <w:tcMar>
              <w:top w:w="90" w:type="dxa"/>
              <w:left w:w="120" w:type="dxa"/>
              <w:bottom w:w="90" w:type="dxa"/>
              <w:right w:w="120" w:type="dxa"/>
            </w:tcMar>
            <w:vAlign w:val="center"/>
          </w:tcPr>
          <w:p w14:paraId="2CF67E05" w14:textId="77777777" w:rsidR="00C12BC0" w:rsidRDefault="00000000">
            <w:pPr>
              <w:spacing w:after="20" w:line="240" w:lineRule="auto"/>
            </w:pPr>
            <w:r>
              <w:rPr>
                <w:sz w:val="19"/>
              </w:rPr>
              <w:t>19</w:t>
            </w:r>
          </w:p>
        </w:tc>
        <w:tc>
          <w:tcPr>
            <w:tcW w:w="4740" w:type="dxa"/>
            <w:tcMar>
              <w:top w:w="90" w:type="dxa"/>
              <w:left w:w="120" w:type="dxa"/>
              <w:bottom w:w="90" w:type="dxa"/>
              <w:right w:w="120" w:type="dxa"/>
            </w:tcMar>
            <w:vAlign w:val="center"/>
          </w:tcPr>
          <w:p w14:paraId="074D3F24" w14:textId="77777777" w:rsidR="00C12BC0" w:rsidRDefault="00000000">
            <w:pPr>
              <w:spacing w:after="20" w:line="240" w:lineRule="auto"/>
            </w:pPr>
            <w:r>
              <w:rPr>
                <w:sz w:val="19"/>
              </w:rPr>
              <w:t>Shouting or screaming during the night</w:t>
            </w:r>
          </w:p>
        </w:tc>
        <w:tc>
          <w:tcPr>
            <w:tcW w:w="4020" w:type="dxa"/>
            <w:tcMar>
              <w:top w:w="90" w:type="dxa"/>
              <w:left w:w="120" w:type="dxa"/>
              <w:bottom w:w="90" w:type="dxa"/>
              <w:right w:w="120" w:type="dxa"/>
            </w:tcMar>
            <w:vAlign w:val="center"/>
          </w:tcPr>
          <w:p w14:paraId="397BF9D5" w14:textId="77777777" w:rsidR="00C12BC0" w:rsidRDefault="00000000">
            <w:pPr>
              <w:spacing w:after="20" w:line="240" w:lineRule="auto"/>
            </w:pPr>
            <w:r>
              <w:rPr>
                <w:sz w:val="19"/>
              </w:rPr>
              <w:t>Frequency category</w:t>
            </w:r>
          </w:p>
        </w:tc>
      </w:tr>
      <w:tr w:rsidR="00C12BC0" w14:paraId="29341C9F" w14:textId="77777777">
        <w:trPr>
          <w:cantSplit/>
        </w:trPr>
        <w:tc>
          <w:tcPr>
            <w:tcW w:w="600" w:type="dxa"/>
            <w:tcMar>
              <w:top w:w="90" w:type="dxa"/>
              <w:left w:w="120" w:type="dxa"/>
              <w:bottom w:w="90" w:type="dxa"/>
              <w:right w:w="120" w:type="dxa"/>
            </w:tcMar>
            <w:vAlign w:val="center"/>
          </w:tcPr>
          <w:p w14:paraId="0D8361E2" w14:textId="77777777" w:rsidR="00C12BC0" w:rsidRDefault="00000000">
            <w:pPr>
              <w:spacing w:after="20" w:line="240" w:lineRule="auto"/>
            </w:pPr>
            <w:r>
              <w:rPr>
                <w:sz w:val="19"/>
              </w:rPr>
              <w:t>20</w:t>
            </w:r>
          </w:p>
        </w:tc>
        <w:tc>
          <w:tcPr>
            <w:tcW w:w="4740" w:type="dxa"/>
            <w:tcMar>
              <w:top w:w="90" w:type="dxa"/>
              <w:left w:w="120" w:type="dxa"/>
              <w:bottom w:w="90" w:type="dxa"/>
              <w:right w:w="120" w:type="dxa"/>
            </w:tcMar>
            <w:vAlign w:val="center"/>
          </w:tcPr>
          <w:p w14:paraId="044EE0B7" w14:textId="77777777" w:rsidR="00C12BC0" w:rsidRDefault="00000000">
            <w:pPr>
              <w:spacing w:after="20" w:line="240" w:lineRule="auto"/>
            </w:pPr>
            <w:r>
              <w:rPr>
                <w:sz w:val="19"/>
              </w:rPr>
              <w:t>Nightmares</w:t>
            </w:r>
          </w:p>
        </w:tc>
        <w:tc>
          <w:tcPr>
            <w:tcW w:w="4020" w:type="dxa"/>
            <w:tcMar>
              <w:top w:w="90" w:type="dxa"/>
              <w:left w:w="120" w:type="dxa"/>
              <w:bottom w:w="90" w:type="dxa"/>
              <w:right w:w="120" w:type="dxa"/>
            </w:tcMar>
            <w:vAlign w:val="center"/>
          </w:tcPr>
          <w:p w14:paraId="610F7624" w14:textId="77777777" w:rsidR="00C12BC0" w:rsidRDefault="00000000">
            <w:pPr>
              <w:spacing w:after="20" w:line="240" w:lineRule="auto"/>
            </w:pPr>
            <w:r>
              <w:rPr>
                <w:sz w:val="19"/>
              </w:rPr>
              <w:t>Frequency category</w:t>
            </w:r>
          </w:p>
        </w:tc>
      </w:tr>
    </w:tbl>
    <w:p w14:paraId="4F3AB58F" w14:textId="77777777" w:rsidR="00C12BC0" w:rsidRDefault="00C12BC0">
      <w:pPr>
        <w:spacing w:after="0"/>
      </w:pPr>
    </w:p>
    <w:p w14:paraId="1A5418D3" w14:textId="77777777" w:rsidR="00C12BC0" w:rsidRDefault="00000000">
      <w:pPr>
        <w:pStyle w:val="Nagwek1"/>
      </w:pPr>
      <w:r>
        <w:t>D. Daily activity, routines, environment, treatment, and pain</w:t>
      </w:r>
    </w:p>
    <w:tbl>
      <w:tblPr>
        <w:tblStyle w:val="Tabela-Siatka"/>
        <w:tblW w:w="9360" w:type="dxa"/>
        <w:tblInd w:w="120" w:type="dxa"/>
        <w:tblLayout w:type="fixed"/>
        <w:tblLook w:val="04A0" w:firstRow="1" w:lastRow="0" w:firstColumn="1" w:lastColumn="0" w:noHBand="0" w:noVBand="1"/>
      </w:tblPr>
      <w:tblGrid>
        <w:gridCol w:w="600"/>
        <w:gridCol w:w="4740"/>
        <w:gridCol w:w="4020"/>
      </w:tblGrid>
      <w:tr w:rsidR="00C12BC0" w14:paraId="672CCA93" w14:textId="77777777">
        <w:trPr>
          <w:cantSplit/>
          <w:tblHeader/>
        </w:trPr>
        <w:tc>
          <w:tcPr>
            <w:tcW w:w="600" w:type="dxa"/>
            <w:shd w:val="clear" w:color="auto" w:fill="D9EAF7"/>
            <w:tcMar>
              <w:top w:w="90" w:type="dxa"/>
              <w:left w:w="120" w:type="dxa"/>
              <w:bottom w:w="90" w:type="dxa"/>
              <w:right w:w="120" w:type="dxa"/>
            </w:tcMar>
            <w:vAlign w:val="center"/>
          </w:tcPr>
          <w:p w14:paraId="27492361" w14:textId="77777777" w:rsidR="00C12BC0" w:rsidRDefault="00000000">
            <w:pPr>
              <w:spacing w:after="20" w:line="240" w:lineRule="auto"/>
            </w:pPr>
            <w:r>
              <w:rPr>
                <w:b/>
                <w:color w:val="1F4E79"/>
                <w:sz w:val="19"/>
              </w:rPr>
              <w:t>No.</w:t>
            </w:r>
          </w:p>
        </w:tc>
        <w:tc>
          <w:tcPr>
            <w:tcW w:w="4740" w:type="dxa"/>
            <w:shd w:val="clear" w:color="auto" w:fill="D9EAF7"/>
            <w:tcMar>
              <w:top w:w="90" w:type="dxa"/>
              <w:left w:w="120" w:type="dxa"/>
              <w:bottom w:w="90" w:type="dxa"/>
              <w:right w:w="120" w:type="dxa"/>
            </w:tcMar>
            <w:vAlign w:val="center"/>
          </w:tcPr>
          <w:p w14:paraId="3BDF1A14" w14:textId="77777777" w:rsidR="00C12BC0" w:rsidRDefault="00000000">
            <w:pPr>
              <w:spacing w:after="20" w:line="240" w:lineRule="auto"/>
            </w:pPr>
            <w:r>
              <w:rPr>
                <w:b/>
                <w:color w:val="1F4E79"/>
                <w:sz w:val="19"/>
              </w:rPr>
              <w:t>Question / field</w:t>
            </w:r>
          </w:p>
        </w:tc>
        <w:tc>
          <w:tcPr>
            <w:tcW w:w="4020" w:type="dxa"/>
            <w:shd w:val="clear" w:color="auto" w:fill="D9EAF7"/>
            <w:tcMar>
              <w:top w:w="90" w:type="dxa"/>
              <w:left w:w="120" w:type="dxa"/>
              <w:bottom w:w="90" w:type="dxa"/>
              <w:right w:w="120" w:type="dxa"/>
            </w:tcMar>
            <w:vAlign w:val="center"/>
          </w:tcPr>
          <w:p w14:paraId="78F842EF" w14:textId="77777777" w:rsidR="00C12BC0" w:rsidRDefault="00000000">
            <w:pPr>
              <w:spacing w:after="20" w:line="240" w:lineRule="auto"/>
            </w:pPr>
            <w:r>
              <w:rPr>
                <w:b/>
                <w:color w:val="1F4E79"/>
                <w:sz w:val="19"/>
              </w:rPr>
              <w:t>Response options / recorded value</w:t>
            </w:r>
          </w:p>
        </w:tc>
      </w:tr>
      <w:tr w:rsidR="00C12BC0" w14:paraId="497D247A" w14:textId="77777777">
        <w:trPr>
          <w:cantSplit/>
        </w:trPr>
        <w:tc>
          <w:tcPr>
            <w:tcW w:w="600" w:type="dxa"/>
            <w:tcMar>
              <w:top w:w="90" w:type="dxa"/>
              <w:left w:w="120" w:type="dxa"/>
              <w:bottom w:w="90" w:type="dxa"/>
              <w:right w:w="120" w:type="dxa"/>
            </w:tcMar>
            <w:vAlign w:val="center"/>
          </w:tcPr>
          <w:p w14:paraId="3C645E11" w14:textId="77777777" w:rsidR="00C12BC0" w:rsidRDefault="00000000">
            <w:pPr>
              <w:spacing w:after="20" w:line="240" w:lineRule="auto"/>
            </w:pPr>
            <w:r>
              <w:rPr>
                <w:sz w:val="19"/>
              </w:rPr>
              <w:t>21</w:t>
            </w:r>
          </w:p>
        </w:tc>
        <w:tc>
          <w:tcPr>
            <w:tcW w:w="4740" w:type="dxa"/>
            <w:tcMar>
              <w:top w:w="90" w:type="dxa"/>
              <w:left w:w="120" w:type="dxa"/>
              <w:bottom w:w="90" w:type="dxa"/>
              <w:right w:w="120" w:type="dxa"/>
            </w:tcMar>
            <w:vAlign w:val="center"/>
          </w:tcPr>
          <w:p w14:paraId="717984E5" w14:textId="77777777" w:rsidR="00C12BC0" w:rsidRDefault="00000000">
            <w:pPr>
              <w:spacing w:after="20" w:line="240" w:lineRule="auto"/>
            </w:pPr>
            <w:r>
              <w:rPr>
                <w:sz w:val="19"/>
              </w:rPr>
              <w:t>Usual level of daytime activity</w:t>
            </w:r>
          </w:p>
        </w:tc>
        <w:tc>
          <w:tcPr>
            <w:tcW w:w="4020" w:type="dxa"/>
            <w:tcMar>
              <w:top w:w="90" w:type="dxa"/>
              <w:left w:w="120" w:type="dxa"/>
              <w:bottom w:w="90" w:type="dxa"/>
              <w:right w:w="120" w:type="dxa"/>
            </w:tcMar>
            <w:vAlign w:val="center"/>
          </w:tcPr>
          <w:p w14:paraId="5DEC3369" w14:textId="77777777" w:rsidR="00C12BC0" w:rsidRDefault="00000000">
            <w:pPr>
              <w:spacing w:after="20" w:line="240" w:lineRule="auto"/>
            </w:pPr>
            <w:r>
              <w:rPr>
                <w:sz w:val="19"/>
              </w:rPr>
              <w:t>Low / Moderate / High</w:t>
            </w:r>
          </w:p>
        </w:tc>
      </w:tr>
      <w:tr w:rsidR="00C12BC0" w14:paraId="4A767D55" w14:textId="77777777">
        <w:trPr>
          <w:cantSplit/>
        </w:trPr>
        <w:tc>
          <w:tcPr>
            <w:tcW w:w="600" w:type="dxa"/>
            <w:tcMar>
              <w:top w:w="90" w:type="dxa"/>
              <w:left w:w="120" w:type="dxa"/>
              <w:bottom w:w="90" w:type="dxa"/>
              <w:right w:w="120" w:type="dxa"/>
            </w:tcMar>
            <w:vAlign w:val="center"/>
          </w:tcPr>
          <w:p w14:paraId="60ED3449" w14:textId="77777777" w:rsidR="00C12BC0" w:rsidRDefault="00000000">
            <w:pPr>
              <w:spacing w:after="20" w:line="240" w:lineRule="auto"/>
            </w:pPr>
            <w:r>
              <w:rPr>
                <w:sz w:val="19"/>
              </w:rPr>
              <w:t>22</w:t>
            </w:r>
          </w:p>
        </w:tc>
        <w:tc>
          <w:tcPr>
            <w:tcW w:w="4740" w:type="dxa"/>
            <w:tcMar>
              <w:top w:w="90" w:type="dxa"/>
              <w:left w:w="120" w:type="dxa"/>
              <w:bottom w:w="90" w:type="dxa"/>
              <w:right w:w="120" w:type="dxa"/>
            </w:tcMar>
            <w:vAlign w:val="center"/>
          </w:tcPr>
          <w:p w14:paraId="06FBB7CE" w14:textId="77777777" w:rsidR="00C12BC0" w:rsidRDefault="00000000">
            <w:pPr>
              <w:spacing w:after="20" w:line="240" w:lineRule="auto"/>
            </w:pPr>
            <w:r>
              <w:rPr>
                <w:sz w:val="19"/>
              </w:rPr>
              <w:t>Daytime naps</w:t>
            </w:r>
          </w:p>
        </w:tc>
        <w:tc>
          <w:tcPr>
            <w:tcW w:w="4020" w:type="dxa"/>
            <w:tcMar>
              <w:top w:w="90" w:type="dxa"/>
              <w:left w:w="120" w:type="dxa"/>
              <w:bottom w:w="90" w:type="dxa"/>
              <w:right w:w="120" w:type="dxa"/>
            </w:tcMar>
            <w:vAlign w:val="center"/>
          </w:tcPr>
          <w:p w14:paraId="01C700CE" w14:textId="77777777" w:rsidR="00C12BC0" w:rsidRDefault="00000000">
            <w:pPr>
              <w:spacing w:after="20" w:line="240" w:lineRule="auto"/>
            </w:pPr>
            <w:r>
              <w:rPr>
                <w:sz w:val="19"/>
              </w:rPr>
              <w:t>Never / Less than once per week / 1–3 times per week / More than 4 times per week / Daily</w:t>
            </w:r>
          </w:p>
        </w:tc>
      </w:tr>
      <w:tr w:rsidR="00C12BC0" w14:paraId="10855F34" w14:textId="77777777">
        <w:trPr>
          <w:cantSplit/>
        </w:trPr>
        <w:tc>
          <w:tcPr>
            <w:tcW w:w="600" w:type="dxa"/>
            <w:tcMar>
              <w:top w:w="90" w:type="dxa"/>
              <w:left w:w="120" w:type="dxa"/>
              <w:bottom w:w="90" w:type="dxa"/>
              <w:right w:w="120" w:type="dxa"/>
            </w:tcMar>
            <w:vAlign w:val="center"/>
          </w:tcPr>
          <w:p w14:paraId="3EB2FCF3" w14:textId="77777777" w:rsidR="00C12BC0" w:rsidRDefault="00000000">
            <w:pPr>
              <w:spacing w:after="20" w:line="240" w:lineRule="auto"/>
            </w:pPr>
            <w:r>
              <w:rPr>
                <w:sz w:val="19"/>
              </w:rPr>
              <w:t>23</w:t>
            </w:r>
          </w:p>
        </w:tc>
        <w:tc>
          <w:tcPr>
            <w:tcW w:w="4740" w:type="dxa"/>
            <w:tcMar>
              <w:top w:w="90" w:type="dxa"/>
              <w:left w:w="120" w:type="dxa"/>
              <w:bottom w:w="90" w:type="dxa"/>
              <w:right w:w="120" w:type="dxa"/>
            </w:tcMar>
            <w:vAlign w:val="center"/>
          </w:tcPr>
          <w:p w14:paraId="739EC34D" w14:textId="77777777" w:rsidR="00C12BC0" w:rsidRDefault="00000000">
            <w:pPr>
              <w:spacing w:after="20" w:line="240" w:lineRule="auto"/>
            </w:pPr>
            <w:r>
              <w:rPr>
                <w:sz w:val="19"/>
              </w:rPr>
              <w:t>Usual duration of a daytime nap</w:t>
            </w:r>
          </w:p>
        </w:tc>
        <w:tc>
          <w:tcPr>
            <w:tcW w:w="4020" w:type="dxa"/>
            <w:tcMar>
              <w:top w:w="90" w:type="dxa"/>
              <w:left w:w="120" w:type="dxa"/>
              <w:bottom w:w="90" w:type="dxa"/>
              <w:right w:w="120" w:type="dxa"/>
            </w:tcMar>
            <w:vAlign w:val="center"/>
          </w:tcPr>
          <w:p w14:paraId="2CB756B0" w14:textId="77777777" w:rsidR="00C12BC0" w:rsidRDefault="00000000">
            <w:pPr>
              <w:spacing w:after="20" w:line="240" w:lineRule="auto"/>
            </w:pPr>
            <w:r>
              <w:rPr>
                <w:sz w:val="19"/>
              </w:rPr>
              <w:t>________ hours / Not applicable</w:t>
            </w:r>
          </w:p>
        </w:tc>
      </w:tr>
      <w:tr w:rsidR="00C12BC0" w14:paraId="56C83822" w14:textId="77777777">
        <w:trPr>
          <w:cantSplit/>
        </w:trPr>
        <w:tc>
          <w:tcPr>
            <w:tcW w:w="600" w:type="dxa"/>
            <w:tcMar>
              <w:top w:w="90" w:type="dxa"/>
              <w:left w:w="120" w:type="dxa"/>
              <w:bottom w:w="90" w:type="dxa"/>
              <w:right w:w="120" w:type="dxa"/>
            </w:tcMar>
            <w:vAlign w:val="center"/>
          </w:tcPr>
          <w:p w14:paraId="67A20962" w14:textId="77777777" w:rsidR="00C12BC0" w:rsidRDefault="00000000">
            <w:pPr>
              <w:spacing w:after="20" w:line="240" w:lineRule="auto"/>
            </w:pPr>
            <w:r>
              <w:rPr>
                <w:sz w:val="19"/>
              </w:rPr>
              <w:t>24</w:t>
            </w:r>
          </w:p>
        </w:tc>
        <w:tc>
          <w:tcPr>
            <w:tcW w:w="4740" w:type="dxa"/>
            <w:tcMar>
              <w:top w:w="90" w:type="dxa"/>
              <w:left w:w="120" w:type="dxa"/>
              <w:bottom w:w="90" w:type="dxa"/>
              <w:right w:w="120" w:type="dxa"/>
            </w:tcMar>
            <w:vAlign w:val="center"/>
          </w:tcPr>
          <w:p w14:paraId="4E4ED6FB" w14:textId="77777777" w:rsidR="00C12BC0" w:rsidRDefault="00000000">
            <w:pPr>
              <w:spacing w:after="20" w:line="240" w:lineRule="auto"/>
            </w:pPr>
            <w:r>
              <w:rPr>
                <w:sz w:val="19"/>
              </w:rPr>
              <w:t>Regularity of bedtime and wake-up times</w:t>
            </w:r>
          </w:p>
        </w:tc>
        <w:tc>
          <w:tcPr>
            <w:tcW w:w="4020" w:type="dxa"/>
            <w:tcMar>
              <w:top w:w="90" w:type="dxa"/>
              <w:left w:w="120" w:type="dxa"/>
              <w:bottom w:w="90" w:type="dxa"/>
              <w:right w:w="120" w:type="dxa"/>
            </w:tcMar>
            <w:vAlign w:val="center"/>
          </w:tcPr>
          <w:p w14:paraId="419A47FB" w14:textId="77777777" w:rsidR="00C12BC0" w:rsidRDefault="00000000">
            <w:pPr>
              <w:spacing w:after="20" w:line="240" w:lineRule="auto"/>
            </w:pPr>
            <w:r>
              <w:rPr>
                <w:sz w:val="19"/>
              </w:rPr>
              <w:t>Always / Often / Sometimes / Rarely / Never</w:t>
            </w:r>
          </w:p>
        </w:tc>
      </w:tr>
      <w:tr w:rsidR="00C12BC0" w14:paraId="753392E3" w14:textId="77777777">
        <w:trPr>
          <w:cantSplit/>
        </w:trPr>
        <w:tc>
          <w:tcPr>
            <w:tcW w:w="600" w:type="dxa"/>
            <w:tcMar>
              <w:top w:w="90" w:type="dxa"/>
              <w:left w:w="120" w:type="dxa"/>
              <w:bottom w:w="90" w:type="dxa"/>
              <w:right w:w="120" w:type="dxa"/>
            </w:tcMar>
            <w:vAlign w:val="center"/>
          </w:tcPr>
          <w:p w14:paraId="5A1E42EC" w14:textId="77777777" w:rsidR="00C12BC0" w:rsidRDefault="00000000">
            <w:pPr>
              <w:spacing w:after="20" w:line="240" w:lineRule="auto"/>
            </w:pPr>
            <w:r>
              <w:rPr>
                <w:sz w:val="19"/>
              </w:rPr>
              <w:t>25</w:t>
            </w:r>
          </w:p>
        </w:tc>
        <w:tc>
          <w:tcPr>
            <w:tcW w:w="4740" w:type="dxa"/>
            <w:tcMar>
              <w:top w:w="90" w:type="dxa"/>
              <w:left w:w="120" w:type="dxa"/>
              <w:bottom w:w="90" w:type="dxa"/>
              <w:right w:w="120" w:type="dxa"/>
            </w:tcMar>
            <w:vAlign w:val="center"/>
          </w:tcPr>
          <w:p w14:paraId="55FA3804" w14:textId="77777777" w:rsidR="00C12BC0" w:rsidRDefault="00000000">
            <w:pPr>
              <w:spacing w:after="20" w:line="240" w:lineRule="auto"/>
            </w:pPr>
            <w:r>
              <w:rPr>
                <w:sz w:val="19"/>
              </w:rPr>
              <w:t>Assessment of living/accommodation conditions</w:t>
            </w:r>
          </w:p>
        </w:tc>
        <w:tc>
          <w:tcPr>
            <w:tcW w:w="4020" w:type="dxa"/>
            <w:tcMar>
              <w:top w:w="90" w:type="dxa"/>
              <w:left w:w="120" w:type="dxa"/>
              <w:bottom w:w="90" w:type="dxa"/>
              <w:right w:w="120" w:type="dxa"/>
            </w:tcMar>
            <w:vAlign w:val="center"/>
          </w:tcPr>
          <w:p w14:paraId="7B43DAF3" w14:textId="77777777" w:rsidR="00C12BC0" w:rsidRDefault="00000000">
            <w:pPr>
              <w:spacing w:after="20" w:line="240" w:lineRule="auto"/>
            </w:pPr>
            <w:r>
              <w:rPr>
                <w:sz w:val="19"/>
              </w:rPr>
              <w:t>Very good / Good / Not very good / Poor</w:t>
            </w:r>
          </w:p>
        </w:tc>
      </w:tr>
      <w:tr w:rsidR="00C12BC0" w14:paraId="09739722" w14:textId="77777777">
        <w:trPr>
          <w:cantSplit/>
        </w:trPr>
        <w:tc>
          <w:tcPr>
            <w:tcW w:w="600" w:type="dxa"/>
            <w:tcMar>
              <w:top w:w="90" w:type="dxa"/>
              <w:left w:w="120" w:type="dxa"/>
              <w:bottom w:w="90" w:type="dxa"/>
              <w:right w:w="120" w:type="dxa"/>
            </w:tcMar>
            <w:vAlign w:val="center"/>
          </w:tcPr>
          <w:p w14:paraId="5696FCFC" w14:textId="77777777" w:rsidR="00C12BC0" w:rsidRDefault="00000000">
            <w:pPr>
              <w:spacing w:after="20" w:line="240" w:lineRule="auto"/>
            </w:pPr>
            <w:r>
              <w:rPr>
                <w:sz w:val="19"/>
              </w:rPr>
              <w:t>26</w:t>
            </w:r>
          </w:p>
        </w:tc>
        <w:tc>
          <w:tcPr>
            <w:tcW w:w="4740" w:type="dxa"/>
            <w:tcMar>
              <w:top w:w="90" w:type="dxa"/>
              <w:left w:w="120" w:type="dxa"/>
              <w:bottom w:w="90" w:type="dxa"/>
              <w:right w:w="120" w:type="dxa"/>
            </w:tcMar>
            <w:vAlign w:val="center"/>
          </w:tcPr>
          <w:p w14:paraId="79742663" w14:textId="77777777" w:rsidR="00C12BC0" w:rsidRDefault="00000000">
            <w:pPr>
              <w:spacing w:after="20" w:line="240" w:lineRule="auto"/>
            </w:pPr>
            <w:r>
              <w:rPr>
                <w:sz w:val="19"/>
              </w:rPr>
              <w:t>Use of medication for sleep problems</w:t>
            </w:r>
          </w:p>
        </w:tc>
        <w:tc>
          <w:tcPr>
            <w:tcW w:w="4020" w:type="dxa"/>
            <w:tcMar>
              <w:top w:w="90" w:type="dxa"/>
              <w:left w:w="120" w:type="dxa"/>
              <w:bottom w:w="90" w:type="dxa"/>
              <w:right w:w="120" w:type="dxa"/>
            </w:tcMar>
            <w:vAlign w:val="center"/>
          </w:tcPr>
          <w:p w14:paraId="77F191CF" w14:textId="77777777" w:rsidR="00C12BC0" w:rsidRDefault="00000000">
            <w:pPr>
              <w:spacing w:after="20" w:line="240" w:lineRule="auto"/>
            </w:pPr>
            <w:r>
              <w:rPr>
                <w:sz w:val="19"/>
              </w:rPr>
              <w:t>Never / Less than once per week / 1–3 times per week / More than 4 times per week / Daily</w:t>
            </w:r>
          </w:p>
        </w:tc>
      </w:tr>
      <w:tr w:rsidR="00C12BC0" w14:paraId="238A7BC1" w14:textId="77777777">
        <w:trPr>
          <w:cantSplit/>
        </w:trPr>
        <w:tc>
          <w:tcPr>
            <w:tcW w:w="600" w:type="dxa"/>
            <w:tcMar>
              <w:top w:w="90" w:type="dxa"/>
              <w:left w:w="120" w:type="dxa"/>
              <w:bottom w:w="90" w:type="dxa"/>
              <w:right w:w="120" w:type="dxa"/>
            </w:tcMar>
            <w:vAlign w:val="center"/>
          </w:tcPr>
          <w:p w14:paraId="32799A3E" w14:textId="77777777" w:rsidR="00C12BC0" w:rsidRDefault="00000000">
            <w:pPr>
              <w:spacing w:after="20" w:line="240" w:lineRule="auto"/>
            </w:pPr>
            <w:r>
              <w:rPr>
                <w:sz w:val="19"/>
              </w:rPr>
              <w:t>27</w:t>
            </w:r>
          </w:p>
        </w:tc>
        <w:tc>
          <w:tcPr>
            <w:tcW w:w="4740" w:type="dxa"/>
            <w:tcMar>
              <w:top w:w="90" w:type="dxa"/>
              <w:left w:w="120" w:type="dxa"/>
              <w:bottom w:w="90" w:type="dxa"/>
              <w:right w:w="120" w:type="dxa"/>
            </w:tcMar>
            <w:vAlign w:val="center"/>
          </w:tcPr>
          <w:p w14:paraId="7E1EFA69" w14:textId="77777777" w:rsidR="00C12BC0" w:rsidRDefault="00000000">
            <w:pPr>
              <w:spacing w:after="20" w:line="240" w:lineRule="auto"/>
            </w:pPr>
            <w:r>
              <w:rPr>
                <w:sz w:val="19"/>
              </w:rPr>
              <w:t>Pain</w:t>
            </w:r>
          </w:p>
        </w:tc>
        <w:tc>
          <w:tcPr>
            <w:tcW w:w="4020" w:type="dxa"/>
            <w:tcMar>
              <w:top w:w="90" w:type="dxa"/>
              <w:left w:w="120" w:type="dxa"/>
              <w:bottom w:w="90" w:type="dxa"/>
              <w:right w:w="120" w:type="dxa"/>
            </w:tcMar>
            <w:vAlign w:val="center"/>
          </w:tcPr>
          <w:p w14:paraId="05798FB3" w14:textId="77777777" w:rsidR="00C12BC0" w:rsidRDefault="00000000">
            <w:pPr>
              <w:spacing w:after="20" w:line="240" w:lineRule="auto"/>
            </w:pPr>
            <w:r>
              <w:rPr>
                <w:sz w:val="19"/>
              </w:rPr>
              <w:t>Never / Less than once per week / 1–3 times per week / More than 4 times per week / Daily</w:t>
            </w:r>
          </w:p>
        </w:tc>
      </w:tr>
      <w:tr w:rsidR="00C12BC0" w14:paraId="2ABDA516" w14:textId="77777777">
        <w:trPr>
          <w:cantSplit/>
        </w:trPr>
        <w:tc>
          <w:tcPr>
            <w:tcW w:w="600" w:type="dxa"/>
            <w:tcMar>
              <w:top w:w="90" w:type="dxa"/>
              <w:left w:w="120" w:type="dxa"/>
              <w:bottom w:w="90" w:type="dxa"/>
              <w:right w:w="120" w:type="dxa"/>
            </w:tcMar>
            <w:vAlign w:val="center"/>
          </w:tcPr>
          <w:p w14:paraId="12BA57A9" w14:textId="77777777" w:rsidR="00C12BC0" w:rsidRDefault="00000000">
            <w:pPr>
              <w:spacing w:after="20" w:line="240" w:lineRule="auto"/>
            </w:pPr>
            <w:r>
              <w:rPr>
                <w:sz w:val="19"/>
              </w:rPr>
              <w:t>28</w:t>
            </w:r>
          </w:p>
        </w:tc>
        <w:tc>
          <w:tcPr>
            <w:tcW w:w="4740" w:type="dxa"/>
            <w:tcMar>
              <w:top w:w="90" w:type="dxa"/>
              <w:left w:w="120" w:type="dxa"/>
              <w:bottom w:w="90" w:type="dxa"/>
              <w:right w:w="120" w:type="dxa"/>
            </w:tcMar>
            <w:vAlign w:val="center"/>
          </w:tcPr>
          <w:p w14:paraId="11C198E2" w14:textId="77777777" w:rsidR="00C12BC0" w:rsidRDefault="00000000">
            <w:pPr>
              <w:spacing w:after="20" w:line="240" w:lineRule="auto"/>
            </w:pPr>
            <w:r>
              <w:rPr>
                <w:sz w:val="19"/>
              </w:rPr>
              <w:t>Usual time required to fall asleep</w:t>
            </w:r>
          </w:p>
        </w:tc>
        <w:tc>
          <w:tcPr>
            <w:tcW w:w="4020" w:type="dxa"/>
            <w:tcMar>
              <w:top w:w="90" w:type="dxa"/>
              <w:left w:w="120" w:type="dxa"/>
              <w:bottom w:w="90" w:type="dxa"/>
              <w:right w:w="120" w:type="dxa"/>
            </w:tcMar>
            <w:vAlign w:val="center"/>
          </w:tcPr>
          <w:p w14:paraId="4B12C934" w14:textId="77777777" w:rsidR="00C12BC0" w:rsidRDefault="00000000">
            <w:pPr>
              <w:spacing w:after="20" w:line="240" w:lineRule="auto"/>
            </w:pPr>
            <w:r>
              <w:rPr>
                <w:sz w:val="19"/>
              </w:rPr>
              <w:t>________ minutes</w:t>
            </w:r>
          </w:p>
        </w:tc>
      </w:tr>
      <w:tr w:rsidR="00C12BC0" w14:paraId="5661F4A3" w14:textId="77777777">
        <w:trPr>
          <w:cantSplit/>
        </w:trPr>
        <w:tc>
          <w:tcPr>
            <w:tcW w:w="600" w:type="dxa"/>
            <w:tcMar>
              <w:top w:w="90" w:type="dxa"/>
              <w:left w:w="120" w:type="dxa"/>
              <w:bottom w:w="90" w:type="dxa"/>
              <w:right w:w="120" w:type="dxa"/>
            </w:tcMar>
            <w:vAlign w:val="center"/>
          </w:tcPr>
          <w:p w14:paraId="487304A0" w14:textId="77777777" w:rsidR="00C12BC0" w:rsidRDefault="00000000">
            <w:pPr>
              <w:spacing w:after="20" w:line="240" w:lineRule="auto"/>
            </w:pPr>
            <w:r>
              <w:rPr>
                <w:sz w:val="19"/>
              </w:rPr>
              <w:t>29</w:t>
            </w:r>
          </w:p>
        </w:tc>
        <w:tc>
          <w:tcPr>
            <w:tcW w:w="4740" w:type="dxa"/>
            <w:tcMar>
              <w:top w:w="90" w:type="dxa"/>
              <w:left w:w="120" w:type="dxa"/>
              <w:bottom w:w="90" w:type="dxa"/>
              <w:right w:w="120" w:type="dxa"/>
            </w:tcMar>
            <w:vAlign w:val="center"/>
          </w:tcPr>
          <w:p w14:paraId="7F853A79" w14:textId="77777777" w:rsidR="00C12BC0" w:rsidRDefault="00000000">
            <w:pPr>
              <w:spacing w:after="20" w:line="240" w:lineRule="auto"/>
            </w:pPr>
            <w:r>
              <w:rPr>
                <w:sz w:val="19"/>
              </w:rPr>
              <w:t>Usual total sleep duration</w:t>
            </w:r>
          </w:p>
        </w:tc>
        <w:tc>
          <w:tcPr>
            <w:tcW w:w="4020" w:type="dxa"/>
            <w:tcMar>
              <w:top w:w="90" w:type="dxa"/>
              <w:left w:w="120" w:type="dxa"/>
              <w:bottom w:w="90" w:type="dxa"/>
              <w:right w:w="120" w:type="dxa"/>
            </w:tcMar>
            <w:vAlign w:val="center"/>
          </w:tcPr>
          <w:p w14:paraId="352137AF" w14:textId="77777777" w:rsidR="00C12BC0" w:rsidRDefault="00000000">
            <w:pPr>
              <w:spacing w:after="20" w:line="240" w:lineRule="auto"/>
            </w:pPr>
            <w:r>
              <w:rPr>
                <w:sz w:val="19"/>
              </w:rPr>
              <w:t>________ hours</w:t>
            </w:r>
          </w:p>
        </w:tc>
      </w:tr>
    </w:tbl>
    <w:p w14:paraId="06F2F6AC" w14:textId="77777777" w:rsidR="00C12BC0" w:rsidRDefault="00C12BC0">
      <w:pPr>
        <w:spacing w:after="0"/>
      </w:pPr>
    </w:p>
    <w:p w14:paraId="31EDD5B7" w14:textId="77777777" w:rsidR="00C12BC0" w:rsidRDefault="00000000">
      <w:pPr>
        <w:pStyle w:val="Nagwek1"/>
      </w:pPr>
      <w:r>
        <w:t>E. Standardized assessments recorded separately</w:t>
      </w:r>
    </w:p>
    <w:p w14:paraId="0C2C8DEC" w14:textId="77777777" w:rsidR="00C12BC0" w:rsidRDefault="00000000">
      <w:r>
        <w:t>The following standardized measures were administered or retrieved separately and are not part of the author-developed questionnaire: Barthel Index; activities of daily living assessment used in the source study; 30-item Geriatric Depression Scale; abbreviated Blessed Dementia Scale–based assessment; Clock Drawing Test; Epworth Sleepiness Scale; Athens Insomnia Scale; and WHOQOL-BREF. Their original items and scoring instructions are not reproduced in this supplementary file.</w:t>
      </w:r>
    </w:p>
    <w:sectPr w:rsidR="00C12BC0" w:rsidSect="00034616">
      <w:headerReference w:type="default" r:id="rId8"/>
      <w:footerReference w:type="default" r:id="rId9"/>
      <w:pgSz w:w="12240" w:h="15840"/>
      <w:pgMar w:top="1008" w:right="1080" w:bottom="1008" w:left="1080"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93FC383" w14:textId="77777777" w:rsidR="00B77DB1" w:rsidRDefault="00B77DB1">
      <w:pPr>
        <w:spacing w:after="0" w:line="240" w:lineRule="auto"/>
      </w:pPr>
      <w:r>
        <w:separator/>
      </w:r>
    </w:p>
  </w:endnote>
  <w:endnote w:type="continuationSeparator" w:id="0">
    <w:p w14:paraId="29222F6E" w14:textId="77777777" w:rsidR="00B77DB1" w:rsidRDefault="00B77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2B54C9" w14:textId="77777777" w:rsidR="00C12BC0" w:rsidRDefault="00000000">
    <w:pPr>
      <w:pStyle w:val="Stopka"/>
      <w:jc w:val="center"/>
    </w:pPr>
    <w:r>
      <w:rPr>
        <w:color w:val="595959"/>
        <w:sz w:val="16"/>
      </w:rPr>
      <w:t>Supplementary material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890AED" w14:textId="77777777" w:rsidR="00B77DB1" w:rsidRDefault="00B77DB1">
      <w:pPr>
        <w:spacing w:after="0" w:line="240" w:lineRule="auto"/>
      </w:pPr>
      <w:r>
        <w:separator/>
      </w:r>
    </w:p>
  </w:footnote>
  <w:footnote w:type="continuationSeparator" w:id="0">
    <w:p w14:paraId="76C49240" w14:textId="77777777" w:rsidR="00B77DB1" w:rsidRDefault="00B77D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BE4E47" w14:textId="77777777" w:rsidR="00C12BC0" w:rsidRDefault="00000000">
    <w:pPr>
      <w:pStyle w:val="Nagwek"/>
      <w:jc w:val="right"/>
    </w:pPr>
    <w:r>
      <w:rPr>
        <w:color w:val="595959"/>
        <w:sz w:val="16"/>
      </w:rPr>
      <w:t>Supplementary File 1 | Study-specific questionnaire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16cid:durableId="279383472">
    <w:abstractNumId w:val="8"/>
  </w:num>
  <w:num w:numId="2" w16cid:durableId="372077929">
    <w:abstractNumId w:val="6"/>
  </w:num>
  <w:num w:numId="3" w16cid:durableId="2018119706">
    <w:abstractNumId w:val="5"/>
  </w:num>
  <w:num w:numId="4" w16cid:durableId="398528273">
    <w:abstractNumId w:val="4"/>
  </w:num>
  <w:num w:numId="5" w16cid:durableId="163521864">
    <w:abstractNumId w:val="7"/>
  </w:num>
  <w:num w:numId="6" w16cid:durableId="979503263">
    <w:abstractNumId w:val="3"/>
  </w:num>
  <w:num w:numId="7" w16cid:durableId="1851524980">
    <w:abstractNumId w:val="2"/>
  </w:num>
  <w:num w:numId="8" w16cid:durableId="642387486">
    <w:abstractNumId w:val="1"/>
  </w:num>
  <w:num w:numId="9" w16cid:durableId="59836715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65AC"/>
    <w:rsid w:val="0015074B"/>
    <w:rsid w:val="0029639D"/>
    <w:rsid w:val="00326F90"/>
    <w:rsid w:val="00AA1D8D"/>
    <w:rsid w:val="00B47730"/>
    <w:rsid w:val="00B77DB1"/>
    <w:rsid w:val="00C12BC0"/>
    <w:rsid w:val="00CB0664"/>
    <w:rsid w:val="00FC693F"/>
    <w:rsid w:val="00FF03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978B36"/>
  <w14:defaultImageDpi w14:val="300"/>
  <w15:docId w15:val="{81D00FF8-F1EE-6E43-B7FF-5E003E363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100" w:line="259" w:lineRule="auto"/>
    </w:pPr>
    <w:rPr>
      <w:rFonts w:ascii="Calibri" w:hAnsi="Calibri"/>
      <w:color w:val="202020"/>
      <w:sz w:val="21"/>
    </w:rPr>
  </w:style>
  <w:style w:type="paragraph" w:styleId="Nagwek1">
    <w:name w:val="heading 1"/>
    <w:basedOn w:val="Normalny"/>
    <w:next w:val="Normalny"/>
    <w:link w:val="Nagwek1Znak"/>
    <w:uiPriority w:val="9"/>
    <w:qFormat/>
    <w:rsid w:val="00FC693F"/>
    <w:pPr>
      <w:keepNext/>
      <w:keepLines/>
      <w:spacing w:before="240" w:after="120"/>
      <w:outlineLvl w:val="0"/>
    </w:pPr>
    <w:rPr>
      <w:rFonts w:asciiTheme="majorHAnsi" w:eastAsiaTheme="majorEastAsia" w:hAnsiTheme="majorHAnsi" w:cstheme="majorBidi"/>
      <w:b/>
      <w:bCs/>
      <w:color w:val="1F4E79"/>
      <w:sz w:val="30"/>
      <w:szCs w:val="28"/>
    </w:rPr>
  </w:style>
  <w:style w:type="paragraph" w:styleId="Nagwek2">
    <w:name w:val="heading 2"/>
    <w:basedOn w:val="Normalny"/>
    <w:next w:val="Normalny"/>
    <w:link w:val="Nagwek2Znak"/>
    <w:uiPriority w:val="9"/>
    <w:unhideWhenUsed/>
    <w:qFormat/>
    <w:rsid w:val="00FC693F"/>
    <w:pPr>
      <w:keepNext/>
      <w:keepLines/>
      <w:spacing w:before="160" w:after="80"/>
      <w:outlineLvl w:val="1"/>
    </w:pPr>
    <w:rPr>
      <w:rFonts w:asciiTheme="majorHAnsi" w:eastAsiaTheme="majorEastAsia" w:hAnsiTheme="majorHAnsi" w:cstheme="majorBidi"/>
      <w:b/>
      <w:bCs/>
      <w:color w:val="1F4E79"/>
      <w:sz w:val="24"/>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776</Words>
  <Characters>4661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File 1: Study-specific questionnaire</dc:title>
  <dc:subject>English-language version of the author-developed questionnaire</dc:subject>
  <dc:creator>Magdalena Wójcik-Pędziwiatr and co-authors</dc:creator>
  <cp:keywords>supplementary material; questionnaire; Alzheimer disease; sleep</cp:keywords>
  <dc:description>generated by python-docx</dc:description>
  <cp:lastModifiedBy>Magdalena Wójcik-Pędziwiatr</cp:lastModifiedBy>
  <cp:revision>2</cp:revision>
  <dcterms:created xsi:type="dcterms:W3CDTF">2026-08-20T20:20:00Z</dcterms:created>
  <dcterms:modified xsi:type="dcterms:W3CDTF">2026-08-20T20:20:00Z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2b7fb455b3de1b464f3b6e6a95eaa2a230dcc7a652890737c87d3ea1e1b08a5c</vt:lpwstr>
  </property>
</Properties>
</file>