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3E391" w14:textId="77777777" w:rsidR="008A620F" w:rsidRDefault="008A620F" w:rsidP="0015555E">
      <w:pPr>
        <w:jc w:val="center"/>
        <w:rPr>
          <w:rFonts w:asciiTheme="majorBidi" w:hAnsiTheme="majorBidi" w:cstheme="majorBidi"/>
          <w:b/>
          <w:sz w:val="32"/>
        </w:rPr>
      </w:pPr>
    </w:p>
    <w:p w14:paraId="6F1BE32C" w14:textId="3819FCCC" w:rsidR="00B6569D" w:rsidRDefault="00000000" w:rsidP="0015555E">
      <w:pPr>
        <w:jc w:val="center"/>
        <w:rPr>
          <w:rFonts w:asciiTheme="majorBidi" w:hAnsiTheme="majorBidi" w:cstheme="majorBidi"/>
          <w:sz w:val="24"/>
          <w:szCs w:val="24"/>
        </w:rPr>
      </w:pPr>
      <w:r w:rsidRPr="00B6569D">
        <w:rPr>
          <w:rFonts w:asciiTheme="majorBidi" w:hAnsiTheme="majorBidi" w:cstheme="majorBidi"/>
          <w:b/>
          <w:sz w:val="32"/>
        </w:rPr>
        <w:t>QUESTIONNAIRE</w:t>
      </w:r>
      <w:r w:rsidRPr="00B6569D">
        <w:rPr>
          <w:rFonts w:asciiTheme="majorBidi" w:hAnsiTheme="majorBidi" w:cstheme="majorBidi"/>
          <w:b/>
          <w:sz w:val="32"/>
        </w:rPr>
        <w:br/>
      </w:r>
      <w:r w:rsidRPr="00B6569D">
        <w:rPr>
          <w:rFonts w:asciiTheme="majorBidi" w:hAnsiTheme="majorBidi" w:cstheme="majorBidi"/>
          <w:b/>
          <w:sz w:val="26"/>
        </w:rPr>
        <w:t xml:space="preserve">β-Thalassemia </w:t>
      </w:r>
      <w:r w:rsidR="00B6569D" w:rsidRPr="00B6569D">
        <w:rPr>
          <w:rFonts w:asciiTheme="majorBidi" w:hAnsiTheme="majorBidi" w:cstheme="majorBidi"/>
          <w:b/>
          <w:sz w:val="26"/>
        </w:rPr>
        <w:t xml:space="preserve">Major, </w:t>
      </w:r>
      <w:r w:rsidR="00B6569D" w:rsidRPr="00B6569D">
        <w:rPr>
          <w:rFonts w:asciiTheme="majorBidi" w:hAnsiTheme="majorBidi" w:cstheme="majorBidi"/>
          <w:b/>
          <w:sz w:val="26"/>
        </w:rPr>
        <w:t>β-Thalassemia</w:t>
      </w:r>
      <w:r w:rsidR="00B6569D" w:rsidRPr="00B6569D">
        <w:rPr>
          <w:rFonts w:asciiTheme="majorBidi" w:hAnsiTheme="majorBidi" w:cstheme="majorBidi"/>
          <w:b/>
          <w:sz w:val="26"/>
        </w:rPr>
        <w:t xml:space="preserve"> </w:t>
      </w:r>
      <w:r w:rsidRPr="00B6569D">
        <w:rPr>
          <w:rFonts w:asciiTheme="majorBidi" w:hAnsiTheme="majorBidi" w:cstheme="majorBidi"/>
          <w:b/>
          <w:sz w:val="26"/>
        </w:rPr>
        <w:t>Minor and Healthy Controls</w:t>
      </w:r>
      <w:r w:rsidRPr="00B6569D">
        <w:rPr>
          <w:rFonts w:asciiTheme="majorBidi" w:hAnsiTheme="majorBidi" w:cstheme="majorBidi"/>
          <w:b/>
          <w:sz w:val="26"/>
        </w:rPr>
        <w:br/>
      </w:r>
    </w:p>
    <w:p w14:paraId="69608D4F" w14:textId="77777777" w:rsidR="008A620F" w:rsidRDefault="008A620F" w:rsidP="0015555E">
      <w:pPr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11072" w:type="dxa"/>
        <w:tblLook w:val="04A0" w:firstRow="1" w:lastRow="0" w:firstColumn="1" w:lastColumn="0" w:noHBand="0" w:noVBand="1"/>
      </w:tblPr>
      <w:tblGrid>
        <w:gridCol w:w="5536"/>
        <w:gridCol w:w="5536"/>
      </w:tblGrid>
      <w:tr w:rsidR="0015555E" w:rsidRPr="00B52463" w14:paraId="0637A84B" w14:textId="77777777" w:rsidTr="0015555E">
        <w:trPr>
          <w:trHeight w:val="627"/>
        </w:trPr>
        <w:tc>
          <w:tcPr>
            <w:tcW w:w="5536" w:type="dxa"/>
          </w:tcPr>
          <w:p w14:paraId="159A8B56" w14:textId="77777777" w:rsidR="0015555E" w:rsidRPr="00B52463" w:rsidRDefault="0015555E" w:rsidP="00DA23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Sample type</w:t>
            </w:r>
          </w:p>
        </w:tc>
        <w:tc>
          <w:tcPr>
            <w:tcW w:w="5536" w:type="dxa"/>
          </w:tcPr>
          <w:p w14:paraId="64E026A6" w14:textId="77777777" w:rsidR="0015555E" w:rsidRPr="00B52463" w:rsidRDefault="0015555E" w:rsidP="00DA23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Blood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Stool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Both</w:t>
            </w:r>
          </w:p>
        </w:tc>
      </w:tr>
      <w:tr w:rsidR="0015555E" w:rsidRPr="00B52463" w14:paraId="5101334F" w14:textId="77777777" w:rsidTr="0015555E">
        <w:trPr>
          <w:trHeight w:val="550"/>
        </w:trPr>
        <w:tc>
          <w:tcPr>
            <w:tcW w:w="5536" w:type="dxa"/>
          </w:tcPr>
          <w:p w14:paraId="203FEDA2" w14:textId="77777777" w:rsidR="0015555E" w:rsidRPr="00B52463" w:rsidRDefault="0015555E" w:rsidP="00DA23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Sample ID</w:t>
            </w:r>
          </w:p>
        </w:tc>
        <w:tc>
          <w:tcPr>
            <w:tcW w:w="5536" w:type="dxa"/>
          </w:tcPr>
          <w:p w14:paraId="4F8C3605" w14:textId="77777777" w:rsidR="0015555E" w:rsidRPr="00B52463" w:rsidRDefault="0015555E" w:rsidP="00DA23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________________________________________</w:t>
            </w:r>
          </w:p>
        </w:tc>
      </w:tr>
      <w:tr w:rsidR="0015555E" w:rsidRPr="00B52463" w14:paraId="5EDC661F" w14:textId="77777777" w:rsidTr="0015555E">
        <w:trPr>
          <w:trHeight w:val="550"/>
        </w:trPr>
        <w:tc>
          <w:tcPr>
            <w:tcW w:w="5536" w:type="dxa"/>
          </w:tcPr>
          <w:p w14:paraId="361A4134" w14:textId="77777777" w:rsidR="0015555E" w:rsidRPr="00B52463" w:rsidRDefault="0015555E" w:rsidP="00DA23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Collection date / time</w:t>
            </w:r>
          </w:p>
        </w:tc>
        <w:tc>
          <w:tcPr>
            <w:tcW w:w="5536" w:type="dxa"/>
          </w:tcPr>
          <w:p w14:paraId="28444A20" w14:textId="77777777" w:rsidR="0015555E" w:rsidRPr="00B52463" w:rsidRDefault="0015555E" w:rsidP="00DA23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____ / ____ / ______    __________</w:t>
            </w:r>
          </w:p>
        </w:tc>
      </w:tr>
      <w:tr w:rsidR="0015555E" w:rsidRPr="00B52463" w14:paraId="79BE6EB1" w14:textId="77777777" w:rsidTr="0015555E">
        <w:trPr>
          <w:trHeight w:val="550"/>
        </w:trPr>
        <w:tc>
          <w:tcPr>
            <w:tcW w:w="5536" w:type="dxa"/>
          </w:tcPr>
          <w:p w14:paraId="48468B74" w14:textId="77777777" w:rsidR="0015555E" w:rsidRPr="00B52463" w:rsidRDefault="0015555E" w:rsidP="00DA23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Investigator signature</w:t>
            </w:r>
          </w:p>
        </w:tc>
        <w:tc>
          <w:tcPr>
            <w:tcW w:w="5536" w:type="dxa"/>
          </w:tcPr>
          <w:p w14:paraId="5560B2F6" w14:textId="77777777" w:rsidR="0015555E" w:rsidRPr="00B52463" w:rsidRDefault="0015555E" w:rsidP="00DA23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________________________________________</w:t>
            </w:r>
          </w:p>
        </w:tc>
      </w:tr>
      <w:tr w:rsidR="0015555E" w:rsidRPr="00B52463" w14:paraId="292DEE28" w14:textId="77777777" w:rsidTr="0015555E">
        <w:trPr>
          <w:trHeight w:val="550"/>
        </w:trPr>
        <w:tc>
          <w:tcPr>
            <w:tcW w:w="5536" w:type="dxa"/>
          </w:tcPr>
          <w:p w14:paraId="65852109" w14:textId="155ABC1F" w:rsidR="0015555E" w:rsidRPr="00B52463" w:rsidRDefault="0015555E" w:rsidP="00DA23E8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Cs/>
                <w:sz w:val="24"/>
                <w:szCs w:val="24"/>
              </w:rPr>
              <w:t>Participant/guardian consent obtained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:</w:t>
            </w:r>
          </w:p>
        </w:tc>
        <w:tc>
          <w:tcPr>
            <w:tcW w:w="5536" w:type="dxa"/>
          </w:tcPr>
          <w:p w14:paraId="3F513368" w14:textId="11ED740F" w:rsidR="0015555E" w:rsidRPr="0015555E" w:rsidRDefault="0015555E" w:rsidP="0015555E">
            <w:pPr>
              <w:spacing w:before="12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Yes    </w:t>
            </w:r>
            <w:r w:rsidRPr="00B52463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No</w:t>
            </w:r>
          </w:p>
        </w:tc>
      </w:tr>
      <w:tr w:rsidR="0015555E" w:rsidRPr="00B52463" w14:paraId="5582BEE8" w14:textId="77777777" w:rsidTr="0015555E">
        <w:trPr>
          <w:trHeight w:val="550"/>
        </w:trPr>
        <w:tc>
          <w:tcPr>
            <w:tcW w:w="5536" w:type="dxa"/>
          </w:tcPr>
          <w:p w14:paraId="526E3CA1" w14:textId="4BE7320D" w:rsidR="0015555E" w:rsidRPr="00B52463" w:rsidRDefault="0015555E" w:rsidP="00DA23E8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Participant/guardian 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>Signature:</w:t>
            </w:r>
          </w:p>
        </w:tc>
        <w:tc>
          <w:tcPr>
            <w:tcW w:w="5536" w:type="dxa"/>
          </w:tcPr>
          <w:p w14:paraId="6A18D3D0" w14:textId="77777777" w:rsidR="0015555E" w:rsidRPr="00B52463" w:rsidRDefault="0015555E" w:rsidP="0015555E">
            <w:pPr>
              <w:spacing w:before="120"/>
              <w:rPr>
                <w:rFonts w:ascii="Segoe UI Symbol" w:hAnsi="Segoe UI Symbol" w:cs="Segoe UI Symbol"/>
                <w:bCs/>
                <w:sz w:val="24"/>
                <w:szCs w:val="24"/>
              </w:rPr>
            </w:pPr>
          </w:p>
        </w:tc>
      </w:tr>
    </w:tbl>
    <w:p w14:paraId="14A00D38" w14:textId="77777777" w:rsidR="00B6569D" w:rsidRPr="00B52463" w:rsidRDefault="00B6569D">
      <w:pPr>
        <w:rPr>
          <w:rFonts w:asciiTheme="majorBidi" w:hAnsiTheme="majorBidi" w:cstheme="majorBidi"/>
          <w:sz w:val="24"/>
          <w:szCs w:val="24"/>
        </w:rPr>
      </w:pPr>
    </w:p>
    <w:p w14:paraId="2267F2EF" w14:textId="595F0E01" w:rsidR="00B6569D" w:rsidRPr="00B52463" w:rsidRDefault="00000000" w:rsidP="00B6569D">
      <w:pPr>
        <w:pStyle w:val="ListParagraph"/>
        <w:numPr>
          <w:ilvl w:val="0"/>
          <w:numId w:val="10"/>
        </w:numPr>
        <w:spacing w:before="100" w:after="60"/>
        <w:rPr>
          <w:rFonts w:asciiTheme="majorBidi" w:hAnsiTheme="majorBidi" w:cstheme="majorBidi"/>
          <w:b/>
          <w:sz w:val="24"/>
          <w:szCs w:val="24"/>
        </w:rPr>
      </w:pPr>
      <w:r w:rsidRPr="00B52463">
        <w:rPr>
          <w:rFonts w:asciiTheme="majorBidi" w:hAnsiTheme="majorBidi" w:cstheme="majorBidi"/>
          <w:b/>
          <w:sz w:val="24"/>
          <w:szCs w:val="24"/>
        </w:rPr>
        <w:t>DEMOGRAPHIC &amp; ANTHROPOMETRIC DATA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6"/>
        <w:gridCol w:w="3765"/>
        <w:gridCol w:w="5759"/>
      </w:tblGrid>
      <w:tr w:rsidR="00205185" w:rsidRPr="00B52463" w14:paraId="0133FDBC" w14:textId="77777777" w:rsidTr="00421436">
        <w:trPr>
          <w:trHeight w:val="348"/>
          <w:jc w:val="center"/>
        </w:trPr>
        <w:tc>
          <w:tcPr>
            <w:tcW w:w="516" w:type="dxa"/>
          </w:tcPr>
          <w:p w14:paraId="429FE7DB" w14:textId="111C326A" w:rsidR="00205185" w:rsidRPr="00B52463" w:rsidRDefault="0020518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65" w:type="dxa"/>
          </w:tcPr>
          <w:p w14:paraId="0B8E9F78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Question / Variable</w:t>
            </w:r>
          </w:p>
        </w:tc>
        <w:tc>
          <w:tcPr>
            <w:tcW w:w="5759" w:type="dxa"/>
          </w:tcPr>
          <w:p w14:paraId="79886913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Response</w:t>
            </w:r>
          </w:p>
        </w:tc>
      </w:tr>
      <w:tr w:rsidR="00205185" w:rsidRPr="00B52463" w14:paraId="470FD784" w14:textId="77777777" w:rsidTr="00421436">
        <w:trPr>
          <w:trHeight w:val="348"/>
          <w:jc w:val="center"/>
        </w:trPr>
        <w:tc>
          <w:tcPr>
            <w:tcW w:w="516" w:type="dxa"/>
            <w:vAlign w:val="center"/>
          </w:tcPr>
          <w:p w14:paraId="4299C447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765" w:type="dxa"/>
            <w:vAlign w:val="center"/>
          </w:tcPr>
          <w:p w14:paraId="200BAD5D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Age (years)</w:t>
            </w:r>
          </w:p>
        </w:tc>
        <w:tc>
          <w:tcPr>
            <w:tcW w:w="5759" w:type="dxa"/>
            <w:vAlign w:val="center"/>
          </w:tcPr>
          <w:p w14:paraId="7B06985B" w14:textId="293B143D" w:rsidR="00205185" w:rsidRPr="00B52463" w:rsidRDefault="0020518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05185" w:rsidRPr="00B52463" w14:paraId="0F408527" w14:textId="77777777" w:rsidTr="00421436">
        <w:trPr>
          <w:trHeight w:val="396"/>
          <w:jc w:val="center"/>
        </w:trPr>
        <w:tc>
          <w:tcPr>
            <w:tcW w:w="516" w:type="dxa"/>
            <w:vAlign w:val="center"/>
          </w:tcPr>
          <w:p w14:paraId="45CBB18E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765" w:type="dxa"/>
            <w:vAlign w:val="center"/>
          </w:tcPr>
          <w:p w14:paraId="32675CD1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Sex</w:t>
            </w:r>
          </w:p>
        </w:tc>
        <w:tc>
          <w:tcPr>
            <w:tcW w:w="5759" w:type="dxa"/>
            <w:vAlign w:val="center"/>
          </w:tcPr>
          <w:p w14:paraId="42609BA9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Male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Female</w:t>
            </w:r>
          </w:p>
        </w:tc>
      </w:tr>
      <w:tr w:rsidR="00205185" w:rsidRPr="00B52463" w14:paraId="6039FC97" w14:textId="77777777" w:rsidTr="00421436">
        <w:trPr>
          <w:trHeight w:val="348"/>
          <w:jc w:val="center"/>
        </w:trPr>
        <w:tc>
          <w:tcPr>
            <w:tcW w:w="516" w:type="dxa"/>
            <w:vAlign w:val="center"/>
          </w:tcPr>
          <w:p w14:paraId="3940EC14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765" w:type="dxa"/>
            <w:vAlign w:val="center"/>
          </w:tcPr>
          <w:p w14:paraId="0AAD9CFA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Height / Weight</w:t>
            </w:r>
          </w:p>
        </w:tc>
        <w:tc>
          <w:tcPr>
            <w:tcW w:w="5759" w:type="dxa"/>
            <w:vAlign w:val="center"/>
          </w:tcPr>
          <w:p w14:paraId="416BD0E7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________ </w:t>
            </w:r>
            <w:proofErr w:type="gramStart"/>
            <w:r w:rsidRPr="00B52463">
              <w:rPr>
                <w:rFonts w:asciiTheme="majorBidi" w:hAnsiTheme="majorBidi" w:cstheme="majorBidi"/>
                <w:sz w:val="24"/>
                <w:szCs w:val="24"/>
              </w:rPr>
              <w:t>cm    /    _</w:t>
            </w:r>
            <w:proofErr w:type="gramEnd"/>
            <w:r w:rsidRPr="00B52463">
              <w:rPr>
                <w:rFonts w:asciiTheme="majorBidi" w:hAnsiTheme="majorBidi" w:cstheme="majorBidi"/>
                <w:sz w:val="24"/>
                <w:szCs w:val="24"/>
              </w:rPr>
              <w:t>_______ kg</w:t>
            </w:r>
          </w:p>
        </w:tc>
      </w:tr>
      <w:tr w:rsidR="00205185" w:rsidRPr="00B52463" w14:paraId="3676581A" w14:textId="77777777" w:rsidTr="00421436">
        <w:trPr>
          <w:trHeight w:val="396"/>
          <w:jc w:val="center"/>
        </w:trPr>
        <w:tc>
          <w:tcPr>
            <w:tcW w:w="516" w:type="dxa"/>
            <w:vAlign w:val="center"/>
          </w:tcPr>
          <w:p w14:paraId="2B9C226B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765" w:type="dxa"/>
            <w:vAlign w:val="center"/>
          </w:tcPr>
          <w:p w14:paraId="1FE13C7D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Residence</w:t>
            </w:r>
          </w:p>
        </w:tc>
        <w:tc>
          <w:tcPr>
            <w:tcW w:w="5759" w:type="dxa"/>
            <w:vAlign w:val="center"/>
          </w:tcPr>
          <w:p w14:paraId="1EDA442E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B52463">
              <w:rPr>
                <w:rFonts w:asciiTheme="majorBidi" w:hAnsiTheme="majorBidi" w:cstheme="majorBidi"/>
                <w:sz w:val="24"/>
                <w:szCs w:val="24"/>
              </w:rPr>
              <w:t>City: _</w:t>
            </w:r>
            <w:proofErr w:type="gramEnd"/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___________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Urban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Rural</w:t>
            </w:r>
          </w:p>
        </w:tc>
      </w:tr>
    </w:tbl>
    <w:p w14:paraId="761D7FF5" w14:textId="77777777" w:rsidR="00B6569D" w:rsidRPr="00B52463" w:rsidRDefault="00B6569D">
      <w:pPr>
        <w:spacing w:before="100" w:after="60"/>
        <w:rPr>
          <w:rFonts w:asciiTheme="majorBidi" w:hAnsiTheme="majorBidi" w:cstheme="majorBidi"/>
          <w:b/>
          <w:sz w:val="24"/>
          <w:szCs w:val="24"/>
        </w:rPr>
      </w:pPr>
    </w:p>
    <w:p w14:paraId="751EAA8B" w14:textId="79FB54C5" w:rsidR="00205185" w:rsidRPr="00B52463" w:rsidRDefault="00D203BB">
      <w:pPr>
        <w:spacing w:before="100" w:after="60"/>
        <w:rPr>
          <w:rFonts w:asciiTheme="majorBidi" w:hAnsiTheme="majorBidi" w:cstheme="majorBidi"/>
          <w:b/>
          <w:sz w:val="24"/>
          <w:szCs w:val="24"/>
        </w:rPr>
      </w:pPr>
      <w:r w:rsidRPr="00B52463">
        <w:rPr>
          <w:rFonts w:asciiTheme="majorBidi" w:hAnsiTheme="majorBidi" w:cstheme="majorBidi"/>
          <w:b/>
          <w:sz w:val="24"/>
          <w:szCs w:val="24"/>
        </w:rPr>
        <w:t xml:space="preserve">     </w:t>
      </w:r>
      <w:r w:rsidR="00000000" w:rsidRPr="00B52463">
        <w:rPr>
          <w:rFonts w:asciiTheme="majorBidi" w:hAnsiTheme="majorBidi" w:cstheme="majorBidi"/>
          <w:b/>
          <w:sz w:val="24"/>
          <w:szCs w:val="24"/>
        </w:rPr>
        <w:t>B. CLINICAL &amp; DIAGNOSTIC HISTORY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9"/>
        <w:gridCol w:w="3784"/>
        <w:gridCol w:w="5788"/>
      </w:tblGrid>
      <w:tr w:rsidR="00205185" w:rsidRPr="00B52463" w14:paraId="18F74B92" w14:textId="77777777" w:rsidTr="00421436">
        <w:trPr>
          <w:trHeight w:val="298"/>
          <w:jc w:val="center"/>
        </w:trPr>
        <w:tc>
          <w:tcPr>
            <w:tcW w:w="519" w:type="dxa"/>
          </w:tcPr>
          <w:p w14:paraId="3481932E" w14:textId="01C6D797" w:rsidR="00205185" w:rsidRPr="00B52463" w:rsidRDefault="0020518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84" w:type="dxa"/>
          </w:tcPr>
          <w:p w14:paraId="69F808C6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Question / Variable</w:t>
            </w:r>
          </w:p>
        </w:tc>
        <w:tc>
          <w:tcPr>
            <w:tcW w:w="5788" w:type="dxa"/>
          </w:tcPr>
          <w:p w14:paraId="6B75958E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Response</w:t>
            </w:r>
          </w:p>
        </w:tc>
      </w:tr>
      <w:tr w:rsidR="00205185" w:rsidRPr="00B52463" w14:paraId="65FE57E8" w14:textId="77777777" w:rsidTr="00421436">
        <w:trPr>
          <w:trHeight w:val="628"/>
          <w:jc w:val="center"/>
        </w:trPr>
        <w:tc>
          <w:tcPr>
            <w:tcW w:w="519" w:type="dxa"/>
            <w:vAlign w:val="center"/>
          </w:tcPr>
          <w:p w14:paraId="621AD191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784" w:type="dxa"/>
            <w:vAlign w:val="center"/>
          </w:tcPr>
          <w:p w14:paraId="39E683FD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Confirmed diagnosis</w:t>
            </w:r>
          </w:p>
        </w:tc>
        <w:tc>
          <w:tcPr>
            <w:tcW w:w="5788" w:type="dxa"/>
            <w:vAlign w:val="center"/>
          </w:tcPr>
          <w:p w14:paraId="5B62525B" w14:textId="777594D0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Normal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52463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>-Thalassemia Minor / Trait</w:t>
            </w:r>
            <w:r w:rsidR="00B6569D"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6569D"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B6569D"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β-Thalassemia M</w:t>
            </w:r>
            <w:r w:rsidR="00B6569D" w:rsidRPr="00B52463">
              <w:rPr>
                <w:rFonts w:asciiTheme="majorBidi" w:hAnsiTheme="majorBidi" w:cstheme="majorBidi"/>
                <w:sz w:val="24"/>
                <w:szCs w:val="24"/>
              </w:rPr>
              <w:t>ajor</w:t>
            </w:r>
          </w:p>
        </w:tc>
      </w:tr>
      <w:tr w:rsidR="00205185" w:rsidRPr="00B52463" w14:paraId="73D1B33B" w14:textId="77777777" w:rsidTr="00421436">
        <w:trPr>
          <w:trHeight w:val="639"/>
          <w:jc w:val="center"/>
        </w:trPr>
        <w:tc>
          <w:tcPr>
            <w:tcW w:w="519" w:type="dxa"/>
            <w:vAlign w:val="center"/>
          </w:tcPr>
          <w:p w14:paraId="697F39DE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784" w:type="dxa"/>
            <w:vAlign w:val="center"/>
          </w:tcPr>
          <w:p w14:paraId="50DBEAA4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Diagnostic method (if applicable)</w:t>
            </w:r>
          </w:p>
        </w:tc>
        <w:tc>
          <w:tcPr>
            <w:tcW w:w="5788" w:type="dxa"/>
            <w:vAlign w:val="center"/>
          </w:tcPr>
          <w:p w14:paraId="1FC56C1F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HPLC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Hb Electrophoresis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Genetic test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Medical record</w:t>
            </w:r>
          </w:p>
        </w:tc>
      </w:tr>
      <w:tr w:rsidR="00205185" w:rsidRPr="00B52463" w14:paraId="27639913" w14:textId="77777777" w:rsidTr="00421436">
        <w:trPr>
          <w:trHeight w:val="340"/>
          <w:jc w:val="center"/>
        </w:trPr>
        <w:tc>
          <w:tcPr>
            <w:tcW w:w="519" w:type="dxa"/>
            <w:vAlign w:val="center"/>
          </w:tcPr>
          <w:p w14:paraId="4ED5D3B2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784" w:type="dxa"/>
            <w:vAlign w:val="center"/>
          </w:tcPr>
          <w:p w14:paraId="7C2737D7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Family history of thalassemia</w:t>
            </w:r>
          </w:p>
        </w:tc>
        <w:tc>
          <w:tcPr>
            <w:tcW w:w="5788" w:type="dxa"/>
            <w:vAlign w:val="center"/>
          </w:tcPr>
          <w:p w14:paraId="07962DB1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Yes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No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Unknown</w:t>
            </w:r>
          </w:p>
        </w:tc>
      </w:tr>
      <w:tr w:rsidR="00205185" w:rsidRPr="00B52463" w14:paraId="69D3DF28" w14:textId="77777777" w:rsidTr="00421436">
        <w:trPr>
          <w:trHeight w:val="330"/>
          <w:jc w:val="center"/>
        </w:trPr>
        <w:tc>
          <w:tcPr>
            <w:tcW w:w="519" w:type="dxa"/>
            <w:vAlign w:val="center"/>
          </w:tcPr>
          <w:p w14:paraId="32F4231A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784" w:type="dxa"/>
            <w:vAlign w:val="center"/>
          </w:tcPr>
          <w:p w14:paraId="5AF374EF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Any chronic disease?</w:t>
            </w:r>
          </w:p>
        </w:tc>
        <w:tc>
          <w:tcPr>
            <w:tcW w:w="5788" w:type="dxa"/>
            <w:vAlign w:val="center"/>
          </w:tcPr>
          <w:p w14:paraId="48D9E285" w14:textId="52F02FCF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No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Yes</w:t>
            </w:r>
          </w:p>
        </w:tc>
      </w:tr>
      <w:tr w:rsidR="00205185" w:rsidRPr="00B52463" w14:paraId="562C70FB" w14:textId="77777777" w:rsidTr="00421436">
        <w:trPr>
          <w:trHeight w:val="596"/>
          <w:jc w:val="center"/>
        </w:trPr>
        <w:tc>
          <w:tcPr>
            <w:tcW w:w="519" w:type="dxa"/>
            <w:vAlign w:val="center"/>
          </w:tcPr>
          <w:p w14:paraId="0024EF61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784" w:type="dxa"/>
            <w:vAlign w:val="center"/>
          </w:tcPr>
          <w:p w14:paraId="24001AA8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Illness / infection during last 2 weeks?</w:t>
            </w:r>
          </w:p>
        </w:tc>
        <w:tc>
          <w:tcPr>
            <w:tcW w:w="5788" w:type="dxa"/>
            <w:vAlign w:val="center"/>
          </w:tcPr>
          <w:p w14:paraId="330B5E46" w14:textId="0A705803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No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Yes:</w:t>
            </w:r>
          </w:p>
        </w:tc>
      </w:tr>
      <w:tr w:rsidR="00205185" w:rsidRPr="00B52463" w14:paraId="65237582" w14:textId="77777777" w:rsidTr="00421436">
        <w:trPr>
          <w:trHeight w:val="585"/>
          <w:jc w:val="center"/>
        </w:trPr>
        <w:tc>
          <w:tcPr>
            <w:tcW w:w="519" w:type="dxa"/>
            <w:vAlign w:val="center"/>
          </w:tcPr>
          <w:p w14:paraId="01F726F4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784" w:type="dxa"/>
            <w:vAlign w:val="center"/>
          </w:tcPr>
          <w:p w14:paraId="019E02FC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Antibiotic use during last 3 months?</w:t>
            </w:r>
          </w:p>
        </w:tc>
        <w:tc>
          <w:tcPr>
            <w:tcW w:w="5788" w:type="dxa"/>
            <w:vAlign w:val="center"/>
          </w:tcPr>
          <w:p w14:paraId="25E534B3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No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Yes    Name: __________</w:t>
            </w:r>
          </w:p>
        </w:tc>
      </w:tr>
      <w:tr w:rsidR="00205185" w:rsidRPr="00B52463" w14:paraId="0EA62BB1" w14:textId="77777777" w:rsidTr="00421436">
        <w:trPr>
          <w:trHeight w:val="340"/>
          <w:jc w:val="center"/>
        </w:trPr>
        <w:tc>
          <w:tcPr>
            <w:tcW w:w="519" w:type="dxa"/>
            <w:vAlign w:val="center"/>
          </w:tcPr>
          <w:p w14:paraId="1C5FFC05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784" w:type="dxa"/>
            <w:vAlign w:val="center"/>
          </w:tcPr>
          <w:p w14:paraId="29540A4F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Probiotic use during last 3 months?</w:t>
            </w:r>
          </w:p>
        </w:tc>
        <w:tc>
          <w:tcPr>
            <w:tcW w:w="5788" w:type="dxa"/>
            <w:vAlign w:val="center"/>
          </w:tcPr>
          <w:p w14:paraId="181C3EE9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No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Yes</w:t>
            </w:r>
          </w:p>
        </w:tc>
      </w:tr>
      <w:tr w:rsidR="00205185" w:rsidRPr="00B52463" w14:paraId="07553D47" w14:textId="77777777" w:rsidTr="00421436">
        <w:trPr>
          <w:trHeight w:val="585"/>
          <w:jc w:val="center"/>
        </w:trPr>
        <w:tc>
          <w:tcPr>
            <w:tcW w:w="519" w:type="dxa"/>
            <w:vAlign w:val="center"/>
          </w:tcPr>
          <w:p w14:paraId="17E6DDE0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784" w:type="dxa"/>
            <w:vAlign w:val="center"/>
          </w:tcPr>
          <w:p w14:paraId="0EDA932D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Current or previous blood transfusion?</w:t>
            </w:r>
          </w:p>
        </w:tc>
        <w:tc>
          <w:tcPr>
            <w:tcW w:w="5788" w:type="dxa"/>
            <w:vAlign w:val="center"/>
          </w:tcPr>
          <w:p w14:paraId="724CCCAF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No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Yes    Last date: __________</w:t>
            </w:r>
          </w:p>
        </w:tc>
      </w:tr>
      <w:tr w:rsidR="00205185" w:rsidRPr="00B52463" w14:paraId="3F750D3E" w14:textId="77777777" w:rsidTr="00421436">
        <w:trPr>
          <w:trHeight w:val="298"/>
          <w:jc w:val="center"/>
        </w:trPr>
        <w:tc>
          <w:tcPr>
            <w:tcW w:w="519" w:type="dxa"/>
            <w:vAlign w:val="center"/>
          </w:tcPr>
          <w:p w14:paraId="6C1C8F41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13</w:t>
            </w:r>
          </w:p>
        </w:tc>
        <w:tc>
          <w:tcPr>
            <w:tcW w:w="3784" w:type="dxa"/>
            <w:vAlign w:val="center"/>
          </w:tcPr>
          <w:p w14:paraId="1EB08EE0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Serum ferritin level (most recent)</w:t>
            </w:r>
          </w:p>
        </w:tc>
        <w:tc>
          <w:tcPr>
            <w:tcW w:w="5788" w:type="dxa"/>
            <w:vAlign w:val="center"/>
          </w:tcPr>
          <w:p w14:paraId="7665EE54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________ ng/mL    Date: __________</w:t>
            </w:r>
          </w:p>
        </w:tc>
      </w:tr>
      <w:tr w:rsidR="00421436" w:rsidRPr="00B52463" w14:paraId="02568D3A" w14:textId="77777777" w:rsidTr="00421436">
        <w:trPr>
          <w:trHeight w:val="298"/>
          <w:jc w:val="center"/>
        </w:trPr>
        <w:tc>
          <w:tcPr>
            <w:tcW w:w="519" w:type="dxa"/>
            <w:vAlign w:val="center"/>
          </w:tcPr>
          <w:p w14:paraId="573062E7" w14:textId="0B968F04" w:rsidR="00421436" w:rsidRPr="00B52463" w:rsidRDefault="0042143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784" w:type="dxa"/>
            <w:vAlign w:val="center"/>
          </w:tcPr>
          <w:p w14:paraId="764F0FBB" w14:textId="049450DD" w:rsidR="00421436" w:rsidRPr="00B52463" w:rsidRDefault="00421436" w:rsidP="00D203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Hemoglobin </w:t>
            </w:r>
            <w:r w:rsidR="00D203BB"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value </w:t>
            </w:r>
            <w:r w:rsidR="00D203BB" w:rsidRPr="00B52463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765516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D203BB" w:rsidRPr="00B52463">
              <w:rPr>
                <w:rFonts w:asciiTheme="majorBidi" w:hAnsiTheme="majorBidi" w:cstheme="majorBidi"/>
                <w:sz w:val="24"/>
                <w:szCs w:val="24"/>
              </w:rPr>
              <w:t>g/dL)</w:t>
            </w:r>
          </w:p>
        </w:tc>
        <w:tc>
          <w:tcPr>
            <w:tcW w:w="5788" w:type="dxa"/>
            <w:vAlign w:val="center"/>
          </w:tcPr>
          <w:p w14:paraId="521B74A4" w14:textId="77777777" w:rsidR="00421436" w:rsidRPr="00B52463" w:rsidRDefault="0042143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74EAB61" w14:textId="77777777" w:rsidR="00B6569D" w:rsidRPr="00B52463" w:rsidRDefault="00B6569D">
      <w:pPr>
        <w:spacing w:before="100" w:after="60"/>
        <w:rPr>
          <w:rFonts w:asciiTheme="majorBidi" w:hAnsiTheme="majorBidi" w:cstheme="majorBidi"/>
          <w:b/>
          <w:sz w:val="24"/>
          <w:szCs w:val="24"/>
        </w:rPr>
      </w:pPr>
    </w:p>
    <w:p w14:paraId="0889DFC4" w14:textId="61649911" w:rsidR="00205185" w:rsidRPr="00B52463" w:rsidRDefault="00D203BB">
      <w:pPr>
        <w:spacing w:before="100" w:after="60"/>
        <w:rPr>
          <w:rFonts w:asciiTheme="majorBidi" w:hAnsiTheme="majorBidi" w:cstheme="majorBidi"/>
          <w:b/>
          <w:sz w:val="24"/>
          <w:szCs w:val="24"/>
        </w:rPr>
      </w:pPr>
      <w:r w:rsidRPr="00B52463">
        <w:rPr>
          <w:rFonts w:asciiTheme="majorBidi" w:hAnsiTheme="majorBidi" w:cstheme="majorBidi"/>
          <w:b/>
          <w:sz w:val="24"/>
          <w:szCs w:val="24"/>
        </w:rPr>
        <w:t xml:space="preserve">    </w:t>
      </w:r>
      <w:r w:rsidR="00000000" w:rsidRPr="00B52463">
        <w:rPr>
          <w:rFonts w:asciiTheme="majorBidi" w:hAnsiTheme="majorBidi" w:cstheme="majorBidi"/>
          <w:b/>
          <w:sz w:val="24"/>
          <w:szCs w:val="24"/>
        </w:rPr>
        <w:t>C. GASTROINTESTINAL HEALTH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3848"/>
        <w:gridCol w:w="5885"/>
      </w:tblGrid>
      <w:tr w:rsidR="00205185" w:rsidRPr="00B52463" w14:paraId="772D5E6E" w14:textId="77777777" w:rsidTr="00D203BB">
        <w:trPr>
          <w:trHeight w:val="426"/>
          <w:jc w:val="center"/>
        </w:trPr>
        <w:tc>
          <w:tcPr>
            <w:tcW w:w="528" w:type="dxa"/>
          </w:tcPr>
          <w:p w14:paraId="2C5A0652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#</w:t>
            </w:r>
          </w:p>
        </w:tc>
        <w:tc>
          <w:tcPr>
            <w:tcW w:w="3848" w:type="dxa"/>
          </w:tcPr>
          <w:p w14:paraId="14B14066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Question / Variable</w:t>
            </w:r>
          </w:p>
        </w:tc>
        <w:tc>
          <w:tcPr>
            <w:tcW w:w="5885" w:type="dxa"/>
          </w:tcPr>
          <w:p w14:paraId="6F003CE7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Response</w:t>
            </w:r>
          </w:p>
        </w:tc>
      </w:tr>
      <w:tr w:rsidR="00205185" w:rsidRPr="00B52463" w14:paraId="5509E789" w14:textId="77777777" w:rsidTr="00D203BB">
        <w:trPr>
          <w:trHeight w:val="959"/>
          <w:jc w:val="center"/>
        </w:trPr>
        <w:tc>
          <w:tcPr>
            <w:tcW w:w="528" w:type="dxa"/>
            <w:vAlign w:val="center"/>
          </w:tcPr>
          <w:p w14:paraId="228C8D2F" w14:textId="6FDA67F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D203BB" w:rsidRPr="00B5246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848" w:type="dxa"/>
            <w:vAlign w:val="center"/>
          </w:tcPr>
          <w:p w14:paraId="05111B38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Recent gastrointestinal symptoms</w:t>
            </w:r>
          </w:p>
        </w:tc>
        <w:tc>
          <w:tcPr>
            <w:tcW w:w="5885" w:type="dxa"/>
            <w:vAlign w:val="center"/>
          </w:tcPr>
          <w:p w14:paraId="7C4DF055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None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Diarrhea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Constipation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Bloating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Abdominal pain</w:t>
            </w:r>
          </w:p>
        </w:tc>
      </w:tr>
      <w:tr w:rsidR="00205185" w:rsidRPr="00B52463" w14:paraId="49C05EBD" w14:textId="77777777" w:rsidTr="00D203BB">
        <w:trPr>
          <w:trHeight w:val="487"/>
          <w:jc w:val="center"/>
        </w:trPr>
        <w:tc>
          <w:tcPr>
            <w:tcW w:w="528" w:type="dxa"/>
            <w:vAlign w:val="center"/>
          </w:tcPr>
          <w:p w14:paraId="780459F1" w14:textId="4E4BA6EC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D203BB" w:rsidRPr="00B52463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848" w:type="dxa"/>
            <w:vAlign w:val="center"/>
          </w:tcPr>
          <w:p w14:paraId="59FB7753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Usual bowel movement frequency</w:t>
            </w:r>
          </w:p>
        </w:tc>
        <w:tc>
          <w:tcPr>
            <w:tcW w:w="5885" w:type="dxa"/>
            <w:vAlign w:val="center"/>
          </w:tcPr>
          <w:p w14:paraId="1F1D7FE6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&lt;1/day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1/day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2/day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&gt;3/day</w:t>
            </w:r>
          </w:p>
        </w:tc>
      </w:tr>
    </w:tbl>
    <w:p w14:paraId="78208A9C" w14:textId="77777777" w:rsidR="00D203BB" w:rsidRPr="00B52463" w:rsidRDefault="00D203BB">
      <w:pPr>
        <w:spacing w:before="100" w:after="60"/>
        <w:rPr>
          <w:rFonts w:asciiTheme="majorBidi" w:hAnsiTheme="majorBidi" w:cstheme="majorBidi"/>
          <w:b/>
          <w:sz w:val="24"/>
          <w:szCs w:val="24"/>
        </w:rPr>
      </w:pPr>
    </w:p>
    <w:p w14:paraId="73FF5DBC" w14:textId="421251CC" w:rsidR="00205185" w:rsidRPr="00B52463" w:rsidRDefault="00D203BB">
      <w:pPr>
        <w:spacing w:before="100" w:after="60"/>
        <w:rPr>
          <w:rFonts w:asciiTheme="majorBidi" w:hAnsiTheme="majorBidi" w:cstheme="majorBidi"/>
          <w:b/>
          <w:sz w:val="24"/>
          <w:szCs w:val="24"/>
        </w:rPr>
      </w:pPr>
      <w:r w:rsidRPr="00B52463">
        <w:rPr>
          <w:rFonts w:asciiTheme="majorBidi" w:hAnsiTheme="majorBidi" w:cstheme="majorBidi"/>
          <w:b/>
          <w:sz w:val="24"/>
          <w:szCs w:val="24"/>
        </w:rPr>
        <w:t xml:space="preserve">  </w:t>
      </w:r>
      <w:r w:rsidR="00000000" w:rsidRPr="00B52463">
        <w:rPr>
          <w:rFonts w:asciiTheme="majorBidi" w:hAnsiTheme="majorBidi" w:cstheme="majorBidi"/>
          <w:b/>
          <w:sz w:val="24"/>
          <w:szCs w:val="24"/>
        </w:rPr>
        <w:t>D. DIET &amp; SUPPLEMENT USE</w:t>
      </w:r>
    </w:p>
    <w:tbl>
      <w:tblPr>
        <w:tblStyle w:val="TableGrid"/>
        <w:tblW w:w="10436" w:type="dxa"/>
        <w:jc w:val="center"/>
        <w:tblLook w:val="04A0" w:firstRow="1" w:lastRow="0" w:firstColumn="1" w:lastColumn="0" w:noHBand="0" w:noVBand="1"/>
      </w:tblPr>
      <w:tblGrid>
        <w:gridCol w:w="535"/>
        <w:gridCol w:w="3914"/>
        <w:gridCol w:w="5987"/>
      </w:tblGrid>
      <w:tr w:rsidR="00205185" w:rsidRPr="00B52463" w14:paraId="00365A8D" w14:textId="77777777" w:rsidTr="00B52463">
        <w:trPr>
          <w:trHeight w:val="444"/>
          <w:jc w:val="center"/>
        </w:trPr>
        <w:tc>
          <w:tcPr>
            <w:tcW w:w="535" w:type="dxa"/>
          </w:tcPr>
          <w:p w14:paraId="26BBF6C6" w14:textId="3C4ED8BC" w:rsidR="00205185" w:rsidRPr="00B52463" w:rsidRDefault="00D203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14" w:type="dxa"/>
          </w:tcPr>
          <w:p w14:paraId="13F6DEFA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Question / Variable</w:t>
            </w:r>
          </w:p>
        </w:tc>
        <w:tc>
          <w:tcPr>
            <w:tcW w:w="5987" w:type="dxa"/>
          </w:tcPr>
          <w:p w14:paraId="00D4D685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b/>
                <w:sz w:val="24"/>
                <w:szCs w:val="24"/>
              </w:rPr>
              <w:t>Response</w:t>
            </w:r>
          </w:p>
        </w:tc>
      </w:tr>
      <w:tr w:rsidR="00205185" w:rsidRPr="00B52463" w14:paraId="605CFD9D" w14:textId="77777777" w:rsidTr="00B52463">
        <w:trPr>
          <w:trHeight w:val="507"/>
          <w:jc w:val="center"/>
        </w:trPr>
        <w:tc>
          <w:tcPr>
            <w:tcW w:w="535" w:type="dxa"/>
            <w:vAlign w:val="center"/>
          </w:tcPr>
          <w:p w14:paraId="403C8979" w14:textId="53F1A579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D203BB" w:rsidRPr="00B5246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914" w:type="dxa"/>
            <w:vAlign w:val="center"/>
          </w:tcPr>
          <w:p w14:paraId="6D72B969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Usual diet</w:t>
            </w:r>
          </w:p>
        </w:tc>
        <w:tc>
          <w:tcPr>
            <w:tcW w:w="5987" w:type="dxa"/>
            <w:vAlign w:val="center"/>
          </w:tcPr>
          <w:p w14:paraId="653FEC66" w14:textId="19DCC6F2" w:rsidR="00205185" w:rsidRPr="00B52463" w:rsidRDefault="00B524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M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>eat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Vegetarian   </w:t>
            </w:r>
            <w:r w:rsidR="00000000"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000000"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Mixed    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00000"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000000"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Other: __________</w:t>
            </w:r>
          </w:p>
        </w:tc>
      </w:tr>
      <w:tr w:rsidR="00205185" w:rsidRPr="00B52463" w14:paraId="0E8D5819" w14:textId="77777777" w:rsidTr="00B52463">
        <w:trPr>
          <w:trHeight w:val="507"/>
          <w:jc w:val="center"/>
        </w:trPr>
        <w:tc>
          <w:tcPr>
            <w:tcW w:w="535" w:type="dxa"/>
            <w:vAlign w:val="center"/>
          </w:tcPr>
          <w:p w14:paraId="6A7A53D6" w14:textId="7C9B58DA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D203BB" w:rsidRPr="00B52463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914" w:type="dxa"/>
            <w:vAlign w:val="center"/>
          </w:tcPr>
          <w:p w14:paraId="71EF36D8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Fruit / vegetable intake</w:t>
            </w:r>
          </w:p>
        </w:tc>
        <w:tc>
          <w:tcPr>
            <w:tcW w:w="5987" w:type="dxa"/>
            <w:vAlign w:val="center"/>
          </w:tcPr>
          <w:p w14:paraId="0117F136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Low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Moderate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High</w:t>
            </w:r>
          </w:p>
        </w:tc>
      </w:tr>
      <w:tr w:rsidR="00205185" w:rsidRPr="00B52463" w14:paraId="4E64D071" w14:textId="77777777" w:rsidTr="00B52463">
        <w:trPr>
          <w:trHeight w:val="526"/>
          <w:jc w:val="center"/>
        </w:trPr>
        <w:tc>
          <w:tcPr>
            <w:tcW w:w="535" w:type="dxa"/>
            <w:vAlign w:val="center"/>
          </w:tcPr>
          <w:p w14:paraId="5F796264" w14:textId="6E0B688F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D203BB" w:rsidRPr="00B52463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914" w:type="dxa"/>
            <w:vAlign w:val="center"/>
          </w:tcPr>
          <w:p w14:paraId="4EC07B38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Fermented food / yogurt intake</w:t>
            </w:r>
          </w:p>
        </w:tc>
        <w:tc>
          <w:tcPr>
            <w:tcW w:w="5987" w:type="dxa"/>
            <w:vAlign w:val="center"/>
          </w:tcPr>
          <w:p w14:paraId="4943F041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Rarely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Weekly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Daily</w:t>
            </w:r>
          </w:p>
        </w:tc>
      </w:tr>
      <w:tr w:rsidR="00205185" w:rsidRPr="00B52463" w14:paraId="50BFC4AE" w14:textId="77777777" w:rsidTr="00B52463">
        <w:trPr>
          <w:trHeight w:val="507"/>
          <w:jc w:val="center"/>
        </w:trPr>
        <w:tc>
          <w:tcPr>
            <w:tcW w:w="535" w:type="dxa"/>
            <w:vAlign w:val="center"/>
          </w:tcPr>
          <w:p w14:paraId="0C9D6F4C" w14:textId="4267B483" w:rsidR="00205185" w:rsidRPr="00B52463" w:rsidRDefault="00D203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914" w:type="dxa"/>
            <w:vAlign w:val="center"/>
          </w:tcPr>
          <w:p w14:paraId="0EC36DD6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Theme="majorBidi" w:hAnsiTheme="majorBidi" w:cstheme="majorBidi"/>
                <w:sz w:val="24"/>
                <w:szCs w:val="24"/>
              </w:rPr>
              <w:t>Current supplements</w:t>
            </w:r>
          </w:p>
        </w:tc>
        <w:tc>
          <w:tcPr>
            <w:tcW w:w="5987" w:type="dxa"/>
            <w:vAlign w:val="center"/>
          </w:tcPr>
          <w:p w14:paraId="7A595932" w14:textId="77777777" w:rsidR="00205185" w:rsidRPr="00B5246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None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Iron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Folic acid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Vitamin D    </w:t>
            </w:r>
            <w:r w:rsidRPr="00B5246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52463">
              <w:rPr>
                <w:rFonts w:asciiTheme="majorBidi" w:hAnsiTheme="majorBidi" w:cstheme="majorBidi"/>
                <w:sz w:val="24"/>
                <w:szCs w:val="24"/>
              </w:rPr>
              <w:t xml:space="preserve"> Other: ______</w:t>
            </w:r>
          </w:p>
        </w:tc>
      </w:tr>
    </w:tbl>
    <w:p w14:paraId="1EDD1BC8" w14:textId="1096C360" w:rsidR="00205185" w:rsidRPr="0015555E" w:rsidRDefault="00205185" w:rsidP="0015555E">
      <w:pPr>
        <w:spacing w:before="100" w:after="60"/>
        <w:rPr>
          <w:rFonts w:asciiTheme="majorBidi" w:hAnsiTheme="majorBidi" w:cstheme="majorBidi"/>
          <w:sz w:val="24"/>
          <w:szCs w:val="24"/>
        </w:rPr>
      </w:pPr>
    </w:p>
    <w:sectPr w:rsidR="00205185" w:rsidRPr="0015555E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5D5857"/>
    <w:multiLevelType w:val="hybridMultilevel"/>
    <w:tmpl w:val="CB24CF70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239213">
    <w:abstractNumId w:val="8"/>
  </w:num>
  <w:num w:numId="2" w16cid:durableId="735786815">
    <w:abstractNumId w:val="6"/>
  </w:num>
  <w:num w:numId="3" w16cid:durableId="1024551050">
    <w:abstractNumId w:val="5"/>
  </w:num>
  <w:num w:numId="4" w16cid:durableId="1310094628">
    <w:abstractNumId w:val="4"/>
  </w:num>
  <w:num w:numId="5" w16cid:durableId="1900902214">
    <w:abstractNumId w:val="7"/>
  </w:num>
  <w:num w:numId="6" w16cid:durableId="89855704">
    <w:abstractNumId w:val="3"/>
  </w:num>
  <w:num w:numId="7" w16cid:durableId="1705279197">
    <w:abstractNumId w:val="2"/>
  </w:num>
  <w:num w:numId="8" w16cid:durableId="26684112">
    <w:abstractNumId w:val="1"/>
  </w:num>
  <w:num w:numId="9" w16cid:durableId="42756633">
    <w:abstractNumId w:val="0"/>
  </w:num>
  <w:num w:numId="10" w16cid:durableId="2271084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555E"/>
    <w:rsid w:val="001F2729"/>
    <w:rsid w:val="00205185"/>
    <w:rsid w:val="0029639D"/>
    <w:rsid w:val="00326F90"/>
    <w:rsid w:val="0040739B"/>
    <w:rsid w:val="00421436"/>
    <w:rsid w:val="005600D6"/>
    <w:rsid w:val="00705BEA"/>
    <w:rsid w:val="00765516"/>
    <w:rsid w:val="008A620F"/>
    <w:rsid w:val="00A11D3C"/>
    <w:rsid w:val="00AA1D8D"/>
    <w:rsid w:val="00B47730"/>
    <w:rsid w:val="00B52463"/>
    <w:rsid w:val="00B6569D"/>
    <w:rsid w:val="00CB0664"/>
    <w:rsid w:val="00D203BB"/>
    <w:rsid w:val="00ED0190"/>
    <w:rsid w:val="00F15750"/>
    <w:rsid w:val="00F3224F"/>
    <w:rsid w:val="00F802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217EA3"/>
  <w14:defaultImageDpi w14:val="300"/>
  <w15:docId w15:val="{25CD93CD-78F2-40FE-87A1-BB17561C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3BB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Muhammad Bilal Jamshaid</cp:lastModifiedBy>
  <cp:revision>20</cp:revision>
  <dcterms:created xsi:type="dcterms:W3CDTF">2013-12-23T23:15:00Z</dcterms:created>
  <dcterms:modified xsi:type="dcterms:W3CDTF">2026-08-19T13:36:00Z</dcterms:modified>
  <cp:category/>
</cp:coreProperties>
</file>