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7D48C" w14:textId="77777777" w:rsidR="00587BB1" w:rsidRDefault="00000000">
      <w:pPr>
        <w:jc w:val="center"/>
      </w:pPr>
      <w:r>
        <w:rPr>
          <w:b/>
          <w:sz w:val="30"/>
        </w:rPr>
        <w:t>CONSORT 2010 Checklist</w:t>
      </w:r>
    </w:p>
    <w:p w14:paraId="0111D302" w14:textId="4645F71F" w:rsidR="00587BB1" w:rsidRDefault="00000000">
      <w:pPr>
        <w:jc w:val="center"/>
      </w:pPr>
      <w:r>
        <w:t xml:space="preserve">Manuscript: Strengthening resilience in university students with a scalable digital intervention: a randomized controlled trial </w:t>
      </w:r>
    </w:p>
    <w:p w14:paraId="23D8A688" w14:textId="77777777" w:rsidR="00587BB1" w:rsidRDefault="00000000">
      <w:pPr>
        <w:jc w:val="center"/>
      </w:pPr>
      <w:r>
        <w:t>Page references follow the revised manuscript pagination; participant-flow items are cited as Figure 1, as customary.</w:t>
      </w:r>
    </w:p>
    <w:p w14:paraId="497968BA" w14:textId="77777777" w:rsidR="00587BB1" w:rsidRDefault="00587BB1"/>
    <w:tbl>
      <w:tblPr>
        <w:tblStyle w:val="Tabellenraster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088"/>
        <w:gridCol w:w="1008"/>
        <w:gridCol w:w="8784"/>
        <w:gridCol w:w="1872"/>
      </w:tblGrid>
      <w:tr w:rsidR="00587BB1" w14:paraId="6936262C" w14:textId="77777777">
        <w:trPr>
          <w:tblHeader/>
          <w:jc w:val="center"/>
        </w:trPr>
        <w:tc>
          <w:tcPr>
            <w:tcW w:w="2088" w:type="dxa"/>
            <w:shd w:val="clear" w:color="auto" w:fill="D9EAF7"/>
            <w:vAlign w:val="center"/>
          </w:tcPr>
          <w:p w14:paraId="51B38B30" w14:textId="77777777" w:rsidR="00587BB1" w:rsidRDefault="00000000">
            <w:pPr>
              <w:jc w:val="center"/>
            </w:pPr>
            <w:r>
              <w:rPr>
                <w:b/>
              </w:rPr>
              <w:t>Section/Topic</w:t>
            </w:r>
          </w:p>
        </w:tc>
        <w:tc>
          <w:tcPr>
            <w:tcW w:w="1008" w:type="dxa"/>
            <w:shd w:val="clear" w:color="auto" w:fill="D9EAF7"/>
            <w:vAlign w:val="center"/>
          </w:tcPr>
          <w:p w14:paraId="6FEF89F9" w14:textId="77777777" w:rsidR="00587BB1" w:rsidRDefault="00000000">
            <w:pPr>
              <w:jc w:val="center"/>
            </w:pPr>
            <w:r>
              <w:rPr>
                <w:b/>
              </w:rPr>
              <w:t>Item No</w:t>
            </w:r>
          </w:p>
        </w:tc>
        <w:tc>
          <w:tcPr>
            <w:tcW w:w="8784" w:type="dxa"/>
            <w:shd w:val="clear" w:color="auto" w:fill="D9EAF7"/>
            <w:vAlign w:val="center"/>
          </w:tcPr>
          <w:p w14:paraId="538D17FB" w14:textId="77777777" w:rsidR="00587BB1" w:rsidRDefault="00000000">
            <w:pPr>
              <w:jc w:val="center"/>
            </w:pPr>
            <w:r>
              <w:rPr>
                <w:b/>
              </w:rPr>
              <w:t>Checklist item</w:t>
            </w:r>
          </w:p>
        </w:tc>
        <w:tc>
          <w:tcPr>
            <w:tcW w:w="1872" w:type="dxa"/>
            <w:shd w:val="clear" w:color="auto" w:fill="D9EAF7"/>
            <w:vAlign w:val="center"/>
          </w:tcPr>
          <w:p w14:paraId="66DDE20E" w14:textId="77777777" w:rsidR="00587BB1" w:rsidRDefault="00000000">
            <w:pPr>
              <w:jc w:val="center"/>
            </w:pPr>
            <w:r>
              <w:rPr>
                <w:b/>
              </w:rPr>
              <w:t>Reported on page No.</w:t>
            </w:r>
          </w:p>
        </w:tc>
      </w:tr>
      <w:tr w:rsidR="00587BB1" w14:paraId="3A980BE3" w14:textId="77777777">
        <w:trPr>
          <w:jc w:val="center"/>
        </w:trPr>
        <w:tc>
          <w:tcPr>
            <w:tcW w:w="2088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D63662F" w14:textId="77777777" w:rsidR="00587BB1" w:rsidRDefault="00000000">
            <w:r>
              <w:rPr>
                <w:b/>
                <w:sz w:val="16"/>
              </w:rPr>
              <w:t>Title and abstract</w:t>
            </w:r>
          </w:p>
        </w:tc>
        <w:tc>
          <w:tcPr>
            <w:tcW w:w="100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954111C" w14:textId="77777777" w:rsidR="00587BB1" w:rsidRDefault="00000000">
            <w:pPr>
              <w:jc w:val="center"/>
            </w:pPr>
            <w:r>
              <w:rPr>
                <w:b/>
                <w:sz w:val="16"/>
              </w:rPr>
              <w:t>1a</w:t>
            </w:r>
          </w:p>
        </w:tc>
        <w:tc>
          <w:tcPr>
            <w:tcW w:w="8784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9213890" w14:textId="77777777" w:rsidR="00587BB1" w:rsidRDefault="00000000">
            <w:r>
              <w:rPr>
                <w:sz w:val="16"/>
              </w:rPr>
              <w:t>Identification as a randomised trial in the title</w:t>
            </w:r>
          </w:p>
        </w:tc>
        <w:tc>
          <w:tcPr>
            <w:tcW w:w="1872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A83BA8A" w14:textId="77777777" w:rsidR="00B60611" w:rsidRDefault="00000000">
            <w:r>
              <w:t>1</w:t>
            </w:r>
          </w:p>
        </w:tc>
      </w:tr>
      <w:tr w:rsidR="00587BB1" w14:paraId="72AA2400" w14:textId="77777777">
        <w:trPr>
          <w:jc w:val="center"/>
        </w:trPr>
        <w:tc>
          <w:tcPr>
            <w:tcW w:w="2088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60CCF70" w14:textId="77777777" w:rsidR="00587BB1" w:rsidRDefault="00000000">
            <w:r>
              <w:rPr>
                <w:b/>
                <w:sz w:val="16"/>
              </w:rPr>
              <w:t>Title and abstract</w:t>
            </w:r>
          </w:p>
        </w:tc>
        <w:tc>
          <w:tcPr>
            <w:tcW w:w="100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47F02EE" w14:textId="77777777" w:rsidR="00587BB1" w:rsidRDefault="00000000">
            <w:pPr>
              <w:jc w:val="center"/>
            </w:pPr>
            <w:r>
              <w:rPr>
                <w:b/>
                <w:sz w:val="16"/>
              </w:rPr>
              <w:t>1b</w:t>
            </w:r>
          </w:p>
        </w:tc>
        <w:tc>
          <w:tcPr>
            <w:tcW w:w="8784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7A05F6A" w14:textId="77777777" w:rsidR="00587BB1" w:rsidRDefault="00000000">
            <w:r>
              <w:rPr>
                <w:sz w:val="16"/>
              </w:rPr>
              <w:t>Structured summary of trial design, methods, results, and conclusions</w:t>
            </w:r>
          </w:p>
        </w:tc>
        <w:tc>
          <w:tcPr>
            <w:tcW w:w="1872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E79687B" w14:textId="77777777" w:rsidR="00B60611" w:rsidRDefault="00000000">
            <w:r>
              <w:t>2</w:t>
            </w:r>
          </w:p>
        </w:tc>
      </w:tr>
      <w:tr w:rsidR="00587BB1" w14:paraId="31DF9CBC" w14:textId="77777777">
        <w:trPr>
          <w:jc w:val="center"/>
        </w:trPr>
        <w:tc>
          <w:tcPr>
            <w:tcW w:w="2088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43414BB" w14:textId="77777777" w:rsidR="00587BB1" w:rsidRDefault="00000000">
            <w:r>
              <w:rPr>
                <w:b/>
                <w:sz w:val="16"/>
              </w:rPr>
              <w:t>Introduction</w:t>
            </w:r>
          </w:p>
        </w:tc>
        <w:tc>
          <w:tcPr>
            <w:tcW w:w="100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D0BFFA8" w14:textId="77777777" w:rsidR="00587BB1" w:rsidRDefault="00000000">
            <w:pPr>
              <w:jc w:val="center"/>
            </w:pPr>
            <w:r>
              <w:rPr>
                <w:b/>
                <w:sz w:val="16"/>
              </w:rPr>
              <w:t>2a</w:t>
            </w:r>
          </w:p>
        </w:tc>
        <w:tc>
          <w:tcPr>
            <w:tcW w:w="8784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05BB2F0" w14:textId="77777777" w:rsidR="00587BB1" w:rsidRDefault="00000000">
            <w:r>
              <w:rPr>
                <w:sz w:val="16"/>
              </w:rPr>
              <w:t>Scientific background and explanation of rationale</w:t>
            </w:r>
          </w:p>
        </w:tc>
        <w:tc>
          <w:tcPr>
            <w:tcW w:w="1872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8EC7209" w14:textId="77777777" w:rsidR="00B60611" w:rsidRDefault="00000000">
            <w:r>
              <w:t>3–4</w:t>
            </w:r>
          </w:p>
        </w:tc>
      </w:tr>
      <w:tr w:rsidR="00587BB1" w14:paraId="3BC9A965" w14:textId="77777777">
        <w:trPr>
          <w:jc w:val="center"/>
        </w:trPr>
        <w:tc>
          <w:tcPr>
            <w:tcW w:w="2088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A8CAD7D" w14:textId="77777777" w:rsidR="00587BB1" w:rsidRDefault="00000000">
            <w:r>
              <w:rPr>
                <w:b/>
                <w:sz w:val="16"/>
              </w:rPr>
              <w:t>Introduction</w:t>
            </w:r>
          </w:p>
        </w:tc>
        <w:tc>
          <w:tcPr>
            <w:tcW w:w="100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1E88268" w14:textId="77777777" w:rsidR="00587BB1" w:rsidRDefault="00000000">
            <w:pPr>
              <w:jc w:val="center"/>
            </w:pPr>
            <w:r>
              <w:rPr>
                <w:b/>
                <w:sz w:val="16"/>
              </w:rPr>
              <w:t>2b</w:t>
            </w:r>
          </w:p>
        </w:tc>
        <w:tc>
          <w:tcPr>
            <w:tcW w:w="8784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FDF9C22" w14:textId="77777777" w:rsidR="00587BB1" w:rsidRDefault="00000000">
            <w:r>
              <w:rPr>
                <w:sz w:val="16"/>
              </w:rPr>
              <w:t>Specific objectives or hypotheses</w:t>
            </w:r>
          </w:p>
        </w:tc>
        <w:tc>
          <w:tcPr>
            <w:tcW w:w="1872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075A1B7" w14:textId="77777777" w:rsidR="00B60611" w:rsidRDefault="00000000">
            <w:r>
              <w:t>4</w:t>
            </w:r>
          </w:p>
        </w:tc>
      </w:tr>
      <w:tr w:rsidR="00587BB1" w14:paraId="14B78152" w14:textId="77777777">
        <w:trPr>
          <w:jc w:val="center"/>
        </w:trPr>
        <w:tc>
          <w:tcPr>
            <w:tcW w:w="2088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2745F36" w14:textId="77777777" w:rsidR="00587BB1" w:rsidRDefault="00000000">
            <w:r>
              <w:rPr>
                <w:b/>
                <w:sz w:val="16"/>
              </w:rPr>
              <w:t>Methods</w:t>
            </w:r>
          </w:p>
        </w:tc>
        <w:tc>
          <w:tcPr>
            <w:tcW w:w="100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5755F8E" w14:textId="77777777" w:rsidR="00587BB1" w:rsidRDefault="00000000">
            <w:pPr>
              <w:jc w:val="center"/>
            </w:pPr>
            <w:r>
              <w:rPr>
                <w:b/>
                <w:sz w:val="16"/>
              </w:rPr>
              <w:t>3a</w:t>
            </w:r>
          </w:p>
        </w:tc>
        <w:tc>
          <w:tcPr>
            <w:tcW w:w="8784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2DF8243" w14:textId="77777777" w:rsidR="00587BB1" w:rsidRDefault="00000000">
            <w:r>
              <w:rPr>
                <w:sz w:val="16"/>
              </w:rPr>
              <w:t>Description of trial design (such as parallel, factorial) including allocation ratio</w:t>
            </w:r>
          </w:p>
        </w:tc>
        <w:tc>
          <w:tcPr>
            <w:tcW w:w="1872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394F63E" w14:textId="77777777" w:rsidR="00B60611" w:rsidRDefault="00000000">
            <w:r>
              <w:t>5</w:t>
            </w:r>
          </w:p>
        </w:tc>
      </w:tr>
      <w:tr w:rsidR="00587BB1" w14:paraId="047C8EB3" w14:textId="77777777">
        <w:trPr>
          <w:jc w:val="center"/>
        </w:trPr>
        <w:tc>
          <w:tcPr>
            <w:tcW w:w="2088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EE8D445" w14:textId="77777777" w:rsidR="00587BB1" w:rsidRDefault="00000000">
            <w:r>
              <w:rPr>
                <w:b/>
                <w:sz w:val="16"/>
              </w:rPr>
              <w:t>Methods</w:t>
            </w:r>
          </w:p>
        </w:tc>
        <w:tc>
          <w:tcPr>
            <w:tcW w:w="100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5243EB9" w14:textId="77777777" w:rsidR="00587BB1" w:rsidRDefault="00000000">
            <w:pPr>
              <w:jc w:val="center"/>
            </w:pPr>
            <w:r>
              <w:rPr>
                <w:b/>
                <w:sz w:val="16"/>
              </w:rPr>
              <w:t>3b</w:t>
            </w:r>
          </w:p>
        </w:tc>
        <w:tc>
          <w:tcPr>
            <w:tcW w:w="8784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A870902" w14:textId="77777777" w:rsidR="00587BB1" w:rsidRDefault="00000000">
            <w:r>
              <w:rPr>
                <w:sz w:val="16"/>
              </w:rPr>
              <w:t>Important changes to methods after trial commencement (such as eligibility criteria), with reasons</w:t>
            </w:r>
          </w:p>
        </w:tc>
        <w:tc>
          <w:tcPr>
            <w:tcW w:w="1872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9718EB5" w14:textId="77777777" w:rsidR="00B60611" w:rsidRDefault="00000000">
            <w:r>
              <w:t>5</w:t>
            </w:r>
          </w:p>
        </w:tc>
      </w:tr>
      <w:tr w:rsidR="00587BB1" w14:paraId="4AA561D9" w14:textId="77777777">
        <w:trPr>
          <w:jc w:val="center"/>
        </w:trPr>
        <w:tc>
          <w:tcPr>
            <w:tcW w:w="2088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97B0D71" w14:textId="77777777" w:rsidR="00587BB1" w:rsidRDefault="00000000">
            <w:r>
              <w:rPr>
                <w:b/>
                <w:sz w:val="16"/>
              </w:rPr>
              <w:t>Methods</w:t>
            </w:r>
          </w:p>
        </w:tc>
        <w:tc>
          <w:tcPr>
            <w:tcW w:w="100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0BF8C88" w14:textId="77777777" w:rsidR="00587BB1" w:rsidRDefault="00000000">
            <w:pPr>
              <w:jc w:val="center"/>
            </w:pPr>
            <w:r>
              <w:rPr>
                <w:b/>
                <w:sz w:val="16"/>
              </w:rPr>
              <w:t>4a</w:t>
            </w:r>
          </w:p>
        </w:tc>
        <w:tc>
          <w:tcPr>
            <w:tcW w:w="8784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F7F0724" w14:textId="77777777" w:rsidR="00587BB1" w:rsidRDefault="00000000">
            <w:r>
              <w:rPr>
                <w:sz w:val="16"/>
              </w:rPr>
              <w:t>Eligibility criteria for participants</w:t>
            </w:r>
          </w:p>
        </w:tc>
        <w:tc>
          <w:tcPr>
            <w:tcW w:w="1872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741995E" w14:textId="77777777" w:rsidR="00B60611" w:rsidRDefault="00000000">
            <w:r>
              <w:t>5</w:t>
            </w:r>
          </w:p>
        </w:tc>
      </w:tr>
      <w:tr w:rsidR="00587BB1" w14:paraId="03DF4C1C" w14:textId="77777777">
        <w:trPr>
          <w:jc w:val="center"/>
        </w:trPr>
        <w:tc>
          <w:tcPr>
            <w:tcW w:w="2088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5A78C3C" w14:textId="77777777" w:rsidR="00587BB1" w:rsidRDefault="00000000">
            <w:r>
              <w:rPr>
                <w:b/>
                <w:sz w:val="16"/>
              </w:rPr>
              <w:t>Methods</w:t>
            </w:r>
          </w:p>
        </w:tc>
        <w:tc>
          <w:tcPr>
            <w:tcW w:w="100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7BBC1CC" w14:textId="77777777" w:rsidR="00587BB1" w:rsidRDefault="00000000">
            <w:pPr>
              <w:jc w:val="center"/>
            </w:pPr>
            <w:r>
              <w:rPr>
                <w:b/>
                <w:sz w:val="16"/>
              </w:rPr>
              <w:t>4b</w:t>
            </w:r>
          </w:p>
        </w:tc>
        <w:tc>
          <w:tcPr>
            <w:tcW w:w="8784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9068D73" w14:textId="77777777" w:rsidR="00587BB1" w:rsidRDefault="00000000">
            <w:r>
              <w:rPr>
                <w:sz w:val="16"/>
              </w:rPr>
              <w:t>Settings and locations where the data were collected</w:t>
            </w:r>
          </w:p>
        </w:tc>
        <w:tc>
          <w:tcPr>
            <w:tcW w:w="1872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B6D1C30" w14:textId="77777777" w:rsidR="00B60611" w:rsidRDefault="00000000">
            <w:r>
              <w:t>6</w:t>
            </w:r>
          </w:p>
        </w:tc>
      </w:tr>
      <w:tr w:rsidR="00587BB1" w14:paraId="17E8EDBA" w14:textId="77777777">
        <w:trPr>
          <w:jc w:val="center"/>
        </w:trPr>
        <w:tc>
          <w:tcPr>
            <w:tcW w:w="2088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8778C84" w14:textId="77777777" w:rsidR="00587BB1" w:rsidRDefault="00000000">
            <w:r>
              <w:rPr>
                <w:b/>
                <w:sz w:val="16"/>
              </w:rPr>
              <w:t>Methods</w:t>
            </w:r>
          </w:p>
        </w:tc>
        <w:tc>
          <w:tcPr>
            <w:tcW w:w="100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D565C3A" w14:textId="77777777" w:rsidR="00587BB1" w:rsidRDefault="00000000">
            <w:pPr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8784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51CE05B" w14:textId="77777777" w:rsidR="00587BB1" w:rsidRDefault="00000000">
            <w:r>
              <w:rPr>
                <w:sz w:val="16"/>
              </w:rPr>
              <w:t>The interventions for each group with sufficient details to allow replication, including how and when they were actually administered</w:t>
            </w:r>
          </w:p>
        </w:tc>
        <w:tc>
          <w:tcPr>
            <w:tcW w:w="1872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FD7E13D" w14:textId="77777777" w:rsidR="00B60611" w:rsidRDefault="00000000">
            <w:r>
              <w:t>7–8</w:t>
            </w:r>
          </w:p>
        </w:tc>
      </w:tr>
      <w:tr w:rsidR="00587BB1" w14:paraId="799403A9" w14:textId="77777777">
        <w:trPr>
          <w:jc w:val="center"/>
        </w:trPr>
        <w:tc>
          <w:tcPr>
            <w:tcW w:w="2088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DF4C91E" w14:textId="77777777" w:rsidR="00587BB1" w:rsidRDefault="00000000">
            <w:r>
              <w:rPr>
                <w:b/>
                <w:sz w:val="16"/>
              </w:rPr>
              <w:t>Methods</w:t>
            </w:r>
          </w:p>
        </w:tc>
        <w:tc>
          <w:tcPr>
            <w:tcW w:w="100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2D467DB" w14:textId="77777777" w:rsidR="00587BB1" w:rsidRDefault="00000000">
            <w:pPr>
              <w:jc w:val="center"/>
            </w:pPr>
            <w:r>
              <w:rPr>
                <w:b/>
                <w:sz w:val="16"/>
              </w:rPr>
              <w:t>6a</w:t>
            </w:r>
          </w:p>
        </w:tc>
        <w:tc>
          <w:tcPr>
            <w:tcW w:w="8784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9A0FBDF" w14:textId="77777777" w:rsidR="00587BB1" w:rsidRDefault="00000000">
            <w:r>
              <w:rPr>
                <w:sz w:val="16"/>
              </w:rPr>
              <w:t>Completely defined pre-specified primary and secondary outcome measures, including how and when they were assessed</w:t>
            </w:r>
          </w:p>
        </w:tc>
        <w:tc>
          <w:tcPr>
            <w:tcW w:w="1872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FEB8682" w14:textId="77777777" w:rsidR="00B60611" w:rsidRDefault="00000000">
            <w:r>
              <w:t>5, 8–9</w:t>
            </w:r>
          </w:p>
        </w:tc>
      </w:tr>
      <w:tr w:rsidR="00587BB1" w14:paraId="47635EFF" w14:textId="77777777">
        <w:trPr>
          <w:jc w:val="center"/>
        </w:trPr>
        <w:tc>
          <w:tcPr>
            <w:tcW w:w="2088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E5D73D0" w14:textId="77777777" w:rsidR="00587BB1" w:rsidRDefault="00000000">
            <w:r>
              <w:rPr>
                <w:b/>
                <w:sz w:val="16"/>
              </w:rPr>
              <w:t>Methods</w:t>
            </w:r>
          </w:p>
        </w:tc>
        <w:tc>
          <w:tcPr>
            <w:tcW w:w="100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230D159" w14:textId="77777777" w:rsidR="00587BB1" w:rsidRDefault="00000000">
            <w:pPr>
              <w:jc w:val="center"/>
            </w:pPr>
            <w:r>
              <w:rPr>
                <w:b/>
                <w:sz w:val="16"/>
              </w:rPr>
              <w:t>6b</w:t>
            </w:r>
          </w:p>
        </w:tc>
        <w:tc>
          <w:tcPr>
            <w:tcW w:w="8784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5DC148E" w14:textId="77777777" w:rsidR="00587BB1" w:rsidRDefault="00000000">
            <w:r>
              <w:rPr>
                <w:sz w:val="16"/>
              </w:rPr>
              <w:t>Any changes to trial outcomes after the trial commenced, with reasons</w:t>
            </w:r>
          </w:p>
        </w:tc>
        <w:tc>
          <w:tcPr>
            <w:tcW w:w="1872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70D6188" w14:textId="77777777" w:rsidR="00B60611" w:rsidRDefault="00000000">
            <w:r>
              <w:t>n.a.</w:t>
            </w:r>
          </w:p>
        </w:tc>
      </w:tr>
      <w:tr w:rsidR="00587BB1" w14:paraId="6BF477DB" w14:textId="77777777">
        <w:trPr>
          <w:jc w:val="center"/>
        </w:trPr>
        <w:tc>
          <w:tcPr>
            <w:tcW w:w="2088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A402624" w14:textId="77777777" w:rsidR="00587BB1" w:rsidRDefault="00000000">
            <w:r>
              <w:rPr>
                <w:b/>
                <w:sz w:val="16"/>
              </w:rPr>
              <w:t>Methods</w:t>
            </w:r>
          </w:p>
        </w:tc>
        <w:tc>
          <w:tcPr>
            <w:tcW w:w="100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A041430" w14:textId="77777777" w:rsidR="00587BB1" w:rsidRDefault="00000000">
            <w:pPr>
              <w:jc w:val="center"/>
            </w:pPr>
            <w:r>
              <w:rPr>
                <w:b/>
                <w:sz w:val="16"/>
              </w:rPr>
              <w:t>7a</w:t>
            </w:r>
          </w:p>
        </w:tc>
        <w:tc>
          <w:tcPr>
            <w:tcW w:w="8784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9873880" w14:textId="77777777" w:rsidR="00587BB1" w:rsidRDefault="00000000">
            <w:r>
              <w:rPr>
                <w:sz w:val="16"/>
              </w:rPr>
              <w:t>How sample size was determined</w:t>
            </w:r>
          </w:p>
        </w:tc>
        <w:tc>
          <w:tcPr>
            <w:tcW w:w="1872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38F4FC8" w14:textId="77777777" w:rsidR="00B60611" w:rsidRDefault="00000000">
            <w:r>
              <w:t>5–6</w:t>
            </w:r>
          </w:p>
        </w:tc>
      </w:tr>
      <w:tr w:rsidR="00587BB1" w14:paraId="63633E9B" w14:textId="77777777">
        <w:trPr>
          <w:jc w:val="center"/>
        </w:trPr>
        <w:tc>
          <w:tcPr>
            <w:tcW w:w="2088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CA70259" w14:textId="77777777" w:rsidR="00587BB1" w:rsidRDefault="00000000">
            <w:r>
              <w:rPr>
                <w:b/>
                <w:sz w:val="16"/>
              </w:rPr>
              <w:t>Methods</w:t>
            </w:r>
          </w:p>
        </w:tc>
        <w:tc>
          <w:tcPr>
            <w:tcW w:w="100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E11D87D" w14:textId="77777777" w:rsidR="00587BB1" w:rsidRDefault="00000000">
            <w:pPr>
              <w:jc w:val="center"/>
            </w:pPr>
            <w:r>
              <w:rPr>
                <w:b/>
                <w:sz w:val="16"/>
              </w:rPr>
              <w:t>7b</w:t>
            </w:r>
          </w:p>
        </w:tc>
        <w:tc>
          <w:tcPr>
            <w:tcW w:w="8784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DAB0A2E" w14:textId="77777777" w:rsidR="00587BB1" w:rsidRDefault="00000000">
            <w:r>
              <w:rPr>
                <w:sz w:val="16"/>
              </w:rPr>
              <w:t>When applicable, explanation of any interim analyses and stopping guidelines</w:t>
            </w:r>
          </w:p>
        </w:tc>
        <w:tc>
          <w:tcPr>
            <w:tcW w:w="1872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5B24739" w14:textId="77777777" w:rsidR="00B60611" w:rsidRDefault="00000000">
            <w:r>
              <w:t>9</w:t>
            </w:r>
          </w:p>
        </w:tc>
      </w:tr>
      <w:tr w:rsidR="00587BB1" w14:paraId="6C8C51CE" w14:textId="77777777">
        <w:trPr>
          <w:jc w:val="center"/>
        </w:trPr>
        <w:tc>
          <w:tcPr>
            <w:tcW w:w="2088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165A589" w14:textId="77777777" w:rsidR="00587BB1" w:rsidRDefault="00000000">
            <w:r>
              <w:rPr>
                <w:b/>
                <w:sz w:val="16"/>
              </w:rPr>
              <w:t>Methods</w:t>
            </w:r>
          </w:p>
        </w:tc>
        <w:tc>
          <w:tcPr>
            <w:tcW w:w="100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38C61D1" w14:textId="77777777" w:rsidR="00587BB1" w:rsidRDefault="00000000">
            <w:pPr>
              <w:jc w:val="center"/>
            </w:pPr>
            <w:r>
              <w:rPr>
                <w:b/>
                <w:sz w:val="16"/>
              </w:rPr>
              <w:t>8a</w:t>
            </w:r>
          </w:p>
        </w:tc>
        <w:tc>
          <w:tcPr>
            <w:tcW w:w="8784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B918218" w14:textId="77777777" w:rsidR="00587BB1" w:rsidRDefault="00000000">
            <w:r>
              <w:rPr>
                <w:sz w:val="16"/>
              </w:rPr>
              <w:t>Method used to generate the random allocation sequence</w:t>
            </w:r>
          </w:p>
        </w:tc>
        <w:tc>
          <w:tcPr>
            <w:tcW w:w="1872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8388D2A" w14:textId="77777777" w:rsidR="00B60611" w:rsidRDefault="00000000">
            <w:r>
              <w:t>7</w:t>
            </w:r>
          </w:p>
        </w:tc>
      </w:tr>
      <w:tr w:rsidR="00587BB1" w14:paraId="5CE4917E" w14:textId="77777777">
        <w:trPr>
          <w:jc w:val="center"/>
        </w:trPr>
        <w:tc>
          <w:tcPr>
            <w:tcW w:w="2088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E2B4BF6" w14:textId="77777777" w:rsidR="00587BB1" w:rsidRDefault="00000000">
            <w:r>
              <w:rPr>
                <w:b/>
                <w:sz w:val="16"/>
              </w:rPr>
              <w:t>Methods</w:t>
            </w:r>
          </w:p>
        </w:tc>
        <w:tc>
          <w:tcPr>
            <w:tcW w:w="100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E0E0D6F" w14:textId="77777777" w:rsidR="00587BB1" w:rsidRDefault="00000000">
            <w:pPr>
              <w:jc w:val="center"/>
            </w:pPr>
            <w:r>
              <w:rPr>
                <w:b/>
                <w:sz w:val="16"/>
              </w:rPr>
              <w:t>8b</w:t>
            </w:r>
          </w:p>
        </w:tc>
        <w:tc>
          <w:tcPr>
            <w:tcW w:w="8784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C2638D6" w14:textId="77777777" w:rsidR="00587BB1" w:rsidRDefault="00000000">
            <w:r>
              <w:rPr>
                <w:sz w:val="16"/>
              </w:rPr>
              <w:t>Type of randomisation; details of any restriction (such as blocking and block size)</w:t>
            </w:r>
          </w:p>
        </w:tc>
        <w:tc>
          <w:tcPr>
            <w:tcW w:w="1872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15F3798" w14:textId="77777777" w:rsidR="00B60611" w:rsidRDefault="00000000">
            <w:r>
              <w:t>7</w:t>
            </w:r>
          </w:p>
        </w:tc>
      </w:tr>
      <w:tr w:rsidR="00587BB1" w14:paraId="407A9915" w14:textId="77777777">
        <w:trPr>
          <w:jc w:val="center"/>
        </w:trPr>
        <w:tc>
          <w:tcPr>
            <w:tcW w:w="2088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7AE6F5B" w14:textId="77777777" w:rsidR="00587BB1" w:rsidRDefault="00000000">
            <w:r>
              <w:rPr>
                <w:b/>
                <w:sz w:val="16"/>
              </w:rPr>
              <w:t>Methods</w:t>
            </w:r>
          </w:p>
        </w:tc>
        <w:tc>
          <w:tcPr>
            <w:tcW w:w="100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9F2D512" w14:textId="77777777" w:rsidR="00587BB1" w:rsidRDefault="00000000">
            <w:pPr>
              <w:jc w:val="center"/>
            </w:pPr>
            <w:r>
              <w:rPr>
                <w:b/>
                <w:sz w:val="16"/>
              </w:rPr>
              <w:t>9</w:t>
            </w:r>
          </w:p>
        </w:tc>
        <w:tc>
          <w:tcPr>
            <w:tcW w:w="8784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3E4D34E" w14:textId="77777777" w:rsidR="00587BB1" w:rsidRDefault="00000000">
            <w:r>
              <w:rPr>
                <w:sz w:val="16"/>
              </w:rPr>
              <w:t>Mechanism used to implement the random allocation sequence (such as sequentially numbered containers), describing any steps taken to conceal the sequence until interventions were assigned</w:t>
            </w:r>
          </w:p>
        </w:tc>
        <w:tc>
          <w:tcPr>
            <w:tcW w:w="1872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C8B20EB" w14:textId="77777777" w:rsidR="00B60611" w:rsidRDefault="00000000">
            <w:r>
              <w:t>7</w:t>
            </w:r>
          </w:p>
        </w:tc>
      </w:tr>
      <w:tr w:rsidR="00587BB1" w14:paraId="41298420" w14:textId="77777777">
        <w:trPr>
          <w:jc w:val="center"/>
        </w:trPr>
        <w:tc>
          <w:tcPr>
            <w:tcW w:w="2088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A4F9FEF" w14:textId="77777777" w:rsidR="00587BB1" w:rsidRDefault="00000000">
            <w:r>
              <w:rPr>
                <w:b/>
                <w:sz w:val="16"/>
              </w:rPr>
              <w:t>Methods</w:t>
            </w:r>
          </w:p>
        </w:tc>
        <w:tc>
          <w:tcPr>
            <w:tcW w:w="100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BB75D7B" w14:textId="77777777" w:rsidR="00587BB1" w:rsidRDefault="00000000">
            <w:pPr>
              <w:jc w:val="center"/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8784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48A005D" w14:textId="77777777" w:rsidR="00587BB1" w:rsidRDefault="00000000">
            <w:r>
              <w:rPr>
                <w:sz w:val="16"/>
              </w:rPr>
              <w:t>Who generated the random allocation sequence, who enrolled participants, and who assigned participants to interventions</w:t>
            </w:r>
          </w:p>
        </w:tc>
        <w:tc>
          <w:tcPr>
            <w:tcW w:w="1872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D3CD0F8" w14:textId="77777777" w:rsidR="00B60611" w:rsidRDefault="00000000">
            <w:r>
              <w:t>7</w:t>
            </w:r>
          </w:p>
        </w:tc>
      </w:tr>
      <w:tr w:rsidR="00587BB1" w14:paraId="48A64802" w14:textId="77777777">
        <w:trPr>
          <w:jc w:val="center"/>
        </w:trPr>
        <w:tc>
          <w:tcPr>
            <w:tcW w:w="2088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0BE84C8" w14:textId="77777777" w:rsidR="00587BB1" w:rsidRDefault="00000000">
            <w:r>
              <w:rPr>
                <w:b/>
                <w:sz w:val="16"/>
              </w:rPr>
              <w:t>Methods</w:t>
            </w:r>
          </w:p>
        </w:tc>
        <w:tc>
          <w:tcPr>
            <w:tcW w:w="100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7F8DF98" w14:textId="77777777" w:rsidR="00587BB1" w:rsidRDefault="00000000">
            <w:pPr>
              <w:jc w:val="center"/>
            </w:pPr>
            <w:r>
              <w:rPr>
                <w:b/>
                <w:sz w:val="16"/>
              </w:rPr>
              <w:t>11a</w:t>
            </w:r>
          </w:p>
        </w:tc>
        <w:tc>
          <w:tcPr>
            <w:tcW w:w="8784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1A6BC7D" w14:textId="77777777" w:rsidR="00587BB1" w:rsidRDefault="00000000">
            <w:r>
              <w:rPr>
                <w:sz w:val="16"/>
              </w:rPr>
              <w:t>If done, who was blinded after assignment to interventions (for example, participants, care providers, those assessing outcomes) and how</w:t>
            </w:r>
          </w:p>
        </w:tc>
        <w:tc>
          <w:tcPr>
            <w:tcW w:w="1872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499BAF5" w14:textId="77777777" w:rsidR="00B60611" w:rsidRDefault="00000000">
            <w:r>
              <w:t>7</w:t>
            </w:r>
          </w:p>
        </w:tc>
      </w:tr>
      <w:tr w:rsidR="00587BB1" w14:paraId="63D33006" w14:textId="77777777">
        <w:trPr>
          <w:jc w:val="center"/>
        </w:trPr>
        <w:tc>
          <w:tcPr>
            <w:tcW w:w="2088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E255576" w14:textId="77777777" w:rsidR="00587BB1" w:rsidRDefault="00000000">
            <w:r>
              <w:rPr>
                <w:b/>
                <w:sz w:val="16"/>
              </w:rPr>
              <w:t>Methods</w:t>
            </w:r>
          </w:p>
        </w:tc>
        <w:tc>
          <w:tcPr>
            <w:tcW w:w="100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94C5673" w14:textId="77777777" w:rsidR="00587BB1" w:rsidRDefault="00000000">
            <w:pPr>
              <w:jc w:val="center"/>
            </w:pPr>
            <w:r>
              <w:rPr>
                <w:b/>
                <w:sz w:val="16"/>
              </w:rPr>
              <w:t>11b</w:t>
            </w:r>
          </w:p>
        </w:tc>
        <w:tc>
          <w:tcPr>
            <w:tcW w:w="8784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09D57AA" w14:textId="77777777" w:rsidR="00587BB1" w:rsidRDefault="00000000">
            <w:r>
              <w:rPr>
                <w:sz w:val="16"/>
              </w:rPr>
              <w:t>If relevant, description of the similarity of interventions</w:t>
            </w:r>
          </w:p>
        </w:tc>
        <w:tc>
          <w:tcPr>
            <w:tcW w:w="1872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F38DF17" w14:textId="77777777" w:rsidR="00B60611" w:rsidRDefault="00000000">
            <w:r>
              <w:t>n.a.</w:t>
            </w:r>
          </w:p>
        </w:tc>
      </w:tr>
      <w:tr w:rsidR="00587BB1" w14:paraId="55F44537" w14:textId="77777777">
        <w:trPr>
          <w:jc w:val="center"/>
        </w:trPr>
        <w:tc>
          <w:tcPr>
            <w:tcW w:w="2088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7E638A3" w14:textId="77777777" w:rsidR="00587BB1" w:rsidRDefault="00000000">
            <w:r>
              <w:rPr>
                <w:b/>
                <w:sz w:val="16"/>
              </w:rPr>
              <w:t>Methods</w:t>
            </w:r>
          </w:p>
        </w:tc>
        <w:tc>
          <w:tcPr>
            <w:tcW w:w="100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617929E" w14:textId="77777777" w:rsidR="00587BB1" w:rsidRDefault="00000000">
            <w:pPr>
              <w:jc w:val="center"/>
            </w:pPr>
            <w:r>
              <w:rPr>
                <w:b/>
                <w:sz w:val="16"/>
              </w:rPr>
              <w:t>12a</w:t>
            </w:r>
          </w:p>
        </w:tc>
        <w:tc>
          <w:tcPr>
            <w:tcW w:w="8784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160833A" w14:textId="77777777" w:rsidR="00587BB1" w:rsidRDefault="00000000">
            <w:r>
              <w:rPr>
                <w:sz w:val="16"/>
              </w:rPr>
              <w:t>Statistical methods used to compare groups for primary and secondary outcomes</w:t>
            </w:r>
          </w:p>
        </w:tc>
        <w:tc>
          <w:tcPr>
            <w:tcW w:w="1872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E971B05" w14:textId="77777777" w:rsidR="00B60611" w:rsidRDefault="00000000">
            <w:r>
              <w:t>9</w:t>
            </w:r>
          </w:p>
        </w:tc>
      </w:tr>
      <w:tr w:rsidR="00587BB1" w14:paraId="72BA99CA" w14:textId="77777777">
        <w:trPr>
          <w:jc w:val="center"/>
        </w:trPr>
        <w:tc>
          <w:tcPr>
            <w:tcW w:w="2088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71023E1" w14:textId="77777777" w:rsidR="00587BB1" w:rsidRDefault="00000000">
            <w:r>
              <w:rPr>
                <w:b/>
                <w:sz w:val="16"/>
              </w:rPr>
              <w:t>Methods</w:t>
            </w:r>
          </w:p>
        </w:tc>
        <w:tc>
          <w:tcPr>
            <w:tcW w:w="100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13D1A7F" w14:textId="77777777" w:rsidR="00587BB1" w:rsidRDefault="00000000">
            <w:pPr>
              <w:jc w:val="center"/>
            </w:pPr>
            <w:r>
              <w:rPr>
                <w:b/>
                <w:sz w:val="16"/>
              </w:rPr>
              <w:t>12b</w:t>
            </w:r>
          </w:p>
        </w:tc>
        <w:tc>
          <w:tcPr>
            <w:tcW w:w="8784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02E56FA" w14:textId="77777777" w:rsidR="00587BB1" w:rsidRDefault="00000000">
            <w:r>
              <w:rPr>
                <w:sz w:val="16"/>
              </w:rPr>
              <w:t>Methods for additional analyses, such as subgroup analyses and adjusted analyses</w:t>
            </w:r>
          </w:p>
        </w:tc>
        <w:tc>
          <w:tcPr>
            <w:tcW w:w="1872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CCB6A53" w14:textId="77777777" w:rsidR="00B60611" w:rsidRDefault="00000000">
            <w:r>
              <w:t>9–10</w:t>
            </w:r>
          </w:p>
        </w:tc>
      </w:tr>
      <w:tr w:rsidR="00587BB1" w14:paraId="7FF17393" w14:textId="77777777">
        <w:trPr>
          <w:jc w:val="center"/>
        </w:trPr>
        <w:tc>
          <w:tcPr>
            <w:tcW w:w="2088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BAAC5F8" w14:textId="77777777" w:rsidR="00587BB1" w:rsidRDefault="00000000">
            <w:r>
              <w:rPr>
                <w:b/>
                <w:sz w:val="16"/>
              </w:rPr>
              <w:t>Results</w:t>
            </w:r>
          </w:p>
        </w:tc>
        <w:tc>
          <w:tcPr>
            <w:tcW w:w="100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179A5B7" w14:textId="77777777" w:rsidR="00587BB1" w:rsidRDefault="00000000">
            <w:pPr>
              <w:jc w:val="center"/>
            </w:pPr>
            <w:r>
              <w:rPr>
                <w:b/>
                <w:sz w:val="16"/>
              </w:rPr>
              <w:t>13a</w:t>
            </w:r>
          </w:p>
        </w:tc>
        <w:tc>
          <w:tcPr>
            <w:tcW w:w="8784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2D7499B" w14:textId="77777777" w:rsidR="00587BB1" w:rsidRDefault="00000000">
            <w:r>
              <w:rPr>
                <w:sz w:val="16"/>
              </w:rPr>
              <w:t>For each group, the numbers of participants who were randomly assigned, received intended treatment, and were analysed for the primary outcome</w:t>
            </w:r>
          </w:p>
        </w:tc>
        <w:tc>
          <w:tcPr>
            <w:tcW w:w="1872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82F76E7" w14:textId="77777777" w:rsidR="00B60611" w:rsidRDefault="00000000">
            <w:r>
              <w:t>Figure 1</w:t>
            </w:r>
          </w:p>
        </w:tc>
      </w:tr>
      <w:tr w:rsidR="00587BB1" w14:paraId="13E14043" w14:textId="77777777">
        <w:trPr>
          <w:jc w:val="center"/>
        </w:trPr>
        <w:tc>
          <w:tcPr>
            <w:tcW w:w="2088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CEBD1AD" w14:textId="77777777" w:rsidR="00587BB1" w:rsidRDefault="00000000">
            <w:r>
              <w:rPr>
                <w:b/>
                <w:sz w:val="16"/>
              </w:rPr>
              <w:t>Results</w:t>
            </w:r>
          </w:p>
        </w:tc>
        <w:tc>
          <w:tcPr>
            <w:tcW w:w="100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DD7BCAE" w14:textId="77777777" w:rsidR="00587BB1" w:rsidRDefault="00000000">
            <w:pPr>
              <w:jc w:val="center"/>
            </w:pPr>
            <w:r>
              <w:rPr>
                <w:b/>
                <w:sz w:val="16"/>
              </w:rPr>
              <w:t>13b</w:t>
            </w:r>
          </w:p>
        </w:tc>
        <w:tc>
          <w:tcPr>
            <w:tcW w:w="8784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86E292A" w14:textId="77777777" w:rsidR="00587BB1" w:rsidRDefault="00000000">
            <w:r>
              <w:rPr>
                <w:sz w:val="16"/>
              </w:rPr>
              <w:t>For each group, losses and exclusions after randomisation, together with reasons</w:t>
            </w:r>
          </w:p>
        </w:tc>
        <w:tc>
          <w:tcPr>
            <w:tcW w:w="1872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52E14D0" w14:textId="77777777" w:rsidR="00B60611" w:rsidRDefault="00000000">
            <w:r>
              <w:t>Figure 1</w:t>
            </w:r>
          </w:p>
        </w:tc>
      </w:tr>
      <w:tr w:rsidR="00587BB1" w14:paraId="411AAAD9" w14:textId="77777777">
        <w:trPr>
          <w:jc w:val="center"/>
        </w:trPr>
        <w:tc>
          <w:tcPr>
            <w:tcW w:w="2088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36B15DE" w14:textId="77777777" w:rsidR="00587BB1" w:rsidRDefault="00000000">
            <w:r>
              <w:rPr>
                <w:b/>
                <w:sz w:val="16"/>
              </w:rPr>
              <w:lastRenderedPageBreak/>
              <w:t>Results</w:t>
            </w:r>
          </w:p>
        </w:tc>
        <w:tc>
          <w:tcPr>
            <w:tcW w:w="100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E32C315" w14:textId="77777777" w:rsidR="00587BB1" w:rsidRDefault="00000000">
            <w:pPr>
              <w:jc w:val="center"/>
            </w:pPr>
            <w:r>
              <w:rPr>
                <w:b/>
                <w:sz w:val="16"/>
              </w:rPr>
              <w:t>14a</w:t>
            </w:r>
          </w:p>
        </w:tc>
        <w:tc>
          <w:tcPr>
            <w:tcW w:w="8784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C72E9DF" w14:textId="77777777" w:rsidR="00587BB1" w:rsidRDefault="00000000">
            <w:r>
              <w:rPr>
                <w:sz w:val="16"/>
              </w:rPr>
              <w:t>Dates defining the periods of recruitment and follow-up</w:t>
            </w:r>
          </w:p>
        </w:tc>
        <w:tc>
          <w:tcPr>
            <w:tcW w:w="1872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F8309C5" w14:textId="77777777" w:rsidR="00B60611" w:rsidRDefault="00000000">
            <w:r>
              <w:t>6</w:t>
            </w:r>
          </w:p>
        </w:tc>
      </w:tr>
      <w:tr w:rsidR="00587BB1" w14:paraId="2CCD033E" w14:textId="77777777">
        <w:trPr>
          <w:jc w:val="center"/>
        </w:trPr>
        <w:tc>
          <w:tcPr>
            <w:tcW w:w="2088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7193055" w14:textId="77777777" w:rsidR="00587BB1" w:rsidRDefault="00000000">
            <w:r>
              <w:rPr>
                <w:b/>
                <w:sz w:val="16"/>
              </w:rPr>
              <w:t>Results</w:t>
            </w:r>
          </w:p>
        </w:tc>
        <w:tc>
          <w:tcPr>
            <w:tcW w:w="100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C5FFD20" w14:textId="77777777" w:rsidR="00587BB1" w:rsidRDefault="00000000">
            <w:pPr>
              <w:jc w:val="center"/>
            </w:pPr>
            <w:r>
              <w:rPr>
                <w:b/>
                <w:sz w:val="16"/>
              </w:rPr>
              <w:t>14b</w:t>
            </w:r>
          </w:p>
        </w:tc>
        <w:tc>
          <w:tcPr>
            <w:tcW w:w="8784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97EA311" w14:textId="77777777" w:rsidR="00587BB1" w:rsidRDefault="00000000">
            <w:r>
              <w:rPr>
                <w:sz w:val="16"/>
              </w:rPr>
              <w:t>Why the trial ended or was stopped</w:t>
            </w:r>
          </w:p>
        </w:tc>
        <w:tc>
          <w:tcPr>
            <w:tcW w:w="1872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A42B957" w14:textId="77777777" w:rsidR="00B60611" w:rsidRDefault="00000000">
            <w:r>
              <w:t>6</w:t>
            </w:r>
          </w:p>
        </w:tc>
      </w:tr>
      <w:tr w:rsidR="00587BB1" w14:paraId="7BA237E3" w14:textId="77777777">
        <w:trPr>
          <w:jc w:val="center"/>
        </w:trPr>
        <w:tc>
          <w:tcPr>
            <w:tcW w:w="2088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00223AF" w14:textId="77777777" w:rsidR="00587BB1" w:rsidRDefault="00000000">
            <w:r>
              <w:rPr>
                <w:b/>
                <w:sz w:val="16"/>
              </w:rPr>
              <w:t>Results</w:t>
            </w:r>
          </w:p>
        </w:tc>
        <w:tc>
          <w:tcPr>
            <w:tcW w:w="100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D1FD952" w14:textId="77777777" w:rsidR="00587BB1" w:rsidRDefault="00000000">
            <w:pPr>
              <w:jc w:val="center"/>
            </w:pPr>
            <w:r>
              <w:rPr>
                <w:b/>
                <w:sz w:val="16"/>
              </w:rPr>
              <w:t>15</w:t>
            </w:r>
          </w:p>
        </w:tc>
        <w:tc>
          <w:tcPr>
            <w:tcW w:w="8784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9E11C72" w14:textId="77777777" w:rsidR="00587BB1" w:rsidRDefault="00000000">
            <w:r>
              <w:rPr>
                <w:sz w:val="16"/>
              </w:rPr>
              <w:t>A table showing baseline demographic and clinical characteristics for each group</w:t>
            </w:r>
          </w:p>
        </w:tc>
        <w:tc>
          <w:tcPr>
            <w:tcW w:w="1872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C0D0C6A" w14:textId="77777777" w:rsidR="00B60611" w:rsidRDefault="00000000">
            <w:r>
              <w:t>10, 19–21</w:t>
            </w:r>
          </w:p>
        </w:tc>
      </w:tr>
      <w:tr w:rsidR="00587BB1" w14:paraId="15443337" w14:textId="77777777">
        <w:trPr>
          <w:jc w:val="center"/>
        </w:trPr>
        <w:tc>
          <w:tcPr>
            <w:tcW w:w="2088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947098F" w14:textId="77777777" w:rsidR="00587BB1" w:rsidRDefault="00000000">
            <w:r>
              <w:rPr>
                <w:b/>
                <w:sz w:val="16"/>
              </w:rPr>
              <w:t>Results</w:t>
            </w:r>
          </w:p>
        </w:tc>
        <w:tc>
          <w:tcPr>
            <w:tcW w:w="100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54683CC" w14:textId="77777777" w:rsidR="00587BB1" w:rsidRDefault="00000000">
            <w:pPr>
              <w:jc w:val="center"/>
            </w:pPr>
            <w:r>
              <w:rPr>
                <w:b/>
                <w:sz w:val="16"/>
              </w:rPr>
              <w:t>16</w:t>
            </w:r>
          </w:p>
        </w:tc>
        <w:tc>
          <w:tcPr>
            <w:tcW w:w="8784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D3B0294" w14:textId="77777777" w:rsidR="00587BB1" w:rsidRDefault="00000000">
            <w:r>
              <w:rPr>
                <w:sz w:val="16"/>
              </w:rPr>
              <w:t>For each group, number of participants (denominator) included in each analysis and whether the analysis was by original assigned groups</w:t>
            </w:r>
          </w:p>
        </w:tc>
        <w:tc>
          <w:tcPr>
            <w:tcW w:w="1872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BDE9699" w14:textId="77777777" w:rsidR="00B60611" w:rsidRDefault="00000000">
            <w:r>
              <w:t>9–10, 22, 26–30</w:t>
            </w:r>
          </w:p>
        </w:tc>
      </w:tr>
      <w:tr w:rsidR="00587BB1" w14:paraId="12E207BA" w14:textId="77777777">
        <w:trPr>
          <w:jc w:val="center"/>
        </w:trPr>
        <w:tc>
          <w:tcPr>
            <w:tcW w:w="2088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46D9154" w14:textId="77777777" w:rsidR="00587BB1" w:rsidRDefault="00000000">
            <w:r>
              <w:rPr>
                <w:b/>
                <w:sz w:val="16"/>
              </w:rPr>
              <w:t>Results</w:t>
            </w:r>
          </w:p>
        </w:tc>
        <w:tc>
          <w:tcPr>
            <w:tcW w:w="100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A6D473E" w14:textId="77777777" w:rsidR="00587BB1" w:rsidRDefault="00000000">
            <w:pPr>
              <w:jc w:val="center"/>
            </w:pPr>
            <w:r>
              <w:rPr>
                <w:b/>
                <w:sz w:val="16"/>
              </w:rPr>
              <w:t>17a</w:t>
            </w:r>
          </w:p>
        </w:tc>
        <w:tc>
          <w:tcPr>
            <w:tcW w:w="8784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D52D570" w14:textId="77777777" w:rsidR="00587BB1" w:rsidRDefault="00000000">
            <w:r>
              <w:rPr>
                <w:sz w:val="16"/>
              </w:rPr>
              <w:t>For each primary and secondary outcome, results for each group, and the estimated effect size and its precision (such as 95% confidence interval)</w:t>
            </w:r>
          </w:p>
        </w:tc>
        <w:tc>
          <w:tcPr>
            <w:tcW w:w="1872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DD30135" w14:textId="77777777" w:rsidR="00B60611" w:rsidRDefault="00000000">
            <w:r>
              <w:t>10–12, 22</w:t>
            </w:r>
          </w:p>
        </w:tc>
      </w:tr>
      <w:tr w:rsidR="00587BB1" w14:paraId="19EBCBB8" w14:textId="77777777">
        <w:trPr>
          <w:jc w:val="center"/>
        </w:trPr>
        <w:tc>
          <w:tcPr>
            <w:tcW w:w="2088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44F2A43" w14:textId="77777777" w:rsidR="00587BB1" w:rsidRDefault="00000000">
            <w:r>
              <w:rPr>
                <w:b/>
                <w:sz w:val="16"/>
              </w:rPr>
              <w:t>Results</w:t>
            </w:r>
          </w:p>
        </w:tc>
        <w:tc>
          <w:tcPr>
            <w:tcW w:w="100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C150EF3" w14:textId="77777777" w:rsidR="00587BB1" w:rsidRDefault="00000000">
            <w:pPr>
              <w:jc w:val="center"/>
            </w:pPr>
            <w:r>
              <w:rPr>
                <w:b/>
                <w:sz w:val="16"/>
              </w:rPr>
              <w:t>17b</w:t>
            </w:r>
          </w:p>
        </w:tc>
        <w:tc>
          <w:tcPr>
            <w:tcW w:w="8784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EEB6C78" w14:textId="77777777" w:rsidR="00587BB1" w:rsidRDefault="00000000">
            <w:r>
              <w:rPr>
                <w:sz w:val="16"/>
              </w:rPr>
              <w:t>For binary outcomes, presentation of both absolute and relative effect sizes is recommended</w:t>
            </w:r>
          </w:p>
        </w:tc>
        <w:tc>
          <w:tcPr>
            <w:tcW w:w="1872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8AD42E3" w14:textId="77777777" w:rsidR="00B60611" w:rsidRDefault="00000000">
            <w:r>
              <w:t>n.a.</w:t>
            </w:r>
          </w:p>
        </w:tc>
      </w:tr>
      <w:tr w:rsidR="00587BB1" w14:paraId="5F7494EF" w14:textId="77777777">
        <w:trPr>
          <w:jc w:val="center"/>
        </w:trPr>
        <w:tc>
          <w:tcPr>
            <w:tcW w:w="2088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5F30FBD" w14:textId="77777777" w:rsidR="00587BB1" w:rsidRDefault="00000000">
            <w:r>
              <w:rPr>
                <w:b/>
                <w:sz w:val="16"/>
              </w:rPr>
              <w:t>Results</w:t>
            </w:r>
          </w:p>
        </w:tc>
        <w:tc>
          <w:tcPr>
            <w:tcW w:w="100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8AF7A7C" w14:textId="77777777" w:rsidR="00587BB1" w:rsidRDefault="00000000">
            <w:pPr>
              <w:jc w:val="center"/>
            </w:pPr>
            <w:r>
              <w:rPr>
                <w:b/>
                <w:sz w:val="16"/>
              </w:rPr>
              <w:t>18</w:t>
            </w:r>
          </w:p>
        </w:tc>
        <w:tc>
          <w:tcPr>
            <w:tcW w:w="8784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EFAC30F" w14:textId="77777777" w:rsidR="00587BB1" w:rsidRDefault="00000000">
            <w:r>
              <w:rPr>
                <w:sz w:val="16"/>
              </w:rPr>
              <w:t>Results of any other analyses performed, including subgroup analyses and adjusted analyses, distinguishing pre-specified from exploratory</w:t>
            </w:r>
          </w:p>
        </w:tc>
        <w:tc>
          <w:tcPr>
            <w:tcW w:w="1872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519F263" w14:textId="77777777" w:rsidR="00B60611" w:rsidRDefault="00000000">
            <w:r>
              <w:t>11–12, 23–30</w:t>
            </w:r>
          </w:p>
        </w:tc>
      </w:tr>
      <w:tr w:rsidR="00587BB1" w14:paraId="534EA3CC" w14:textId="77777777">
        <w:trPr>
          <w:jc w:val="center"/>
        </w:trPr>
        <w:tc>
          <w:tcPr>
            <w:tcW w:w="2088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6826DEB" w14:textId="77777777" w:rsidR="00587BB1" w:rsidRDefault="00000000">
            <w:r>
              <w:rPr>
                <w:b/>
                <w:sz w:val="16"/>
              </w:rPr>
              <w:t>Results</w:t>
            </w:r>
          </w:p>
        </w:tc>
        <w:tc>
          <w:tcPr>
            <w:tcW w:w="100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4BF82BA" w14:textId="77777777" w:rsidR="00587BB1" w:rsidRDefault="00000000">
            <w:pPr>
              <w:jc w:val="center"/>
            </w:pPr>
            <w:r>
              <w:rPr>
                <w:b/>
                <w:sz w:val="16"/>
              </w:rPr>
              <w:t>19</w:t>
            </w:r>
          </w:p>
        </w:tc>
        <w:tc>
          <w:tcPr>
            <w:tcW w:w="8784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206CF71" w14:textId="77777777" w:rsidR="00587BB1" w:rsidRDefault="00000000">
            <w:r>
              <w:rPr>
                <w:sz w:val="16"/>
              </w:rPr>
              <w:t>All important harms or unintended effects in each group</w:t>
            </w:r>
          </w:p>
        </w:tc>
        <w:tc>
          <w:tcPr>
            <w:tcW w:w="1872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A5112E5" w14:textId="77777777" w:rsidR="00B60611" w:rsidRDefault="00000000">
            <w:r>
              <w:t>12, 30</w:t>
            </w:r>
          </w:p>
        </w:tc>
      </w:tr>
      <w:tr w:rsidR="00587BB1" w14:paraId="51BB50EE" w14:textId="77777777">
        <w:trPr>
          <w:jc w:val="center"/>
        </w:trPr>
        <w:tc>
          <w:tcPr>
            <w:tcW w:w="2088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AEEA354" w14:textId="77777777" w:rsidR="00587BB1" w:rsidRDefault="00000000">
            <w:r>
              <w:rPr>
                <w:b/>
                <w:sz w:val="16"/>
              </w:rPr>
              <w:t>Discussion</w:t>
            </w:r>
          </w:p>
        </w:tc>
        <w:tc>
          <w:tcPr>
            <w:tcW w:w="100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FFC754D" w14:textId="77777777" w:rsidR="00587BB1" w:rsidRDefault="00000000">
            <w:pPr>
              <w:jc w:val="center"/>
            </w:pPr>
            <w:r>
              <w:rPr>
                <w:b/>
                <w:sz w:val="16"/>
              </w:rPr>
              <w:t>20</w:t>
            </w:r>
          </w:p>
        </w:tc>
        <w:tc>
          <w:tcPr>
            <w:tcW w:w="8784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32CF620" w14:textId="77777777" w:rsidR="00587BB1" w:rsidRDefault="00000000">
            <w:r>
              <w:rPr>
                <w:sz w:val="16"/>
              </w:rPr>
              <w:t>Trial limitations, addressing sources of potential bias, imprecision, and, if relevant, multiplicity of analyses</w:t>
            </w:r>
          </w:p>
        </w:tc>
        <w:tc>
          <w:tcPr>
            <w:tcW w:w="1872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EEAD35C" w14:textId="77777777" w:rsidR="00B60611" w:rsidRDefault="00000000">
            <w:r>
              <w:t>15</w:t>
            </w:r>
          </w:p>
        </w:tc>
      </w:tr>
      <w:tr w:rsidR="00587BB1" w14:paraId="3A602BB5" w14:textId="77777777">
        <w:trPr>
          <w:jc w:val="center"/>
        </w:trPr>
        <w:tc>
          <w:tcPr>
            <w:tcW w:w="2088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A1C9281" w14:textId="77777777" w:rsidR="00587BB1" w:rsidRDefault="00000000">
            <w:r>
              <w:rPr>
                <w:b/>
                <w:sz w:val="16"/>
              </w:rPr>
              <w:t>Discussion</w:t>
            </w:r>
          </w:p>
        </w:tc>
        <w:tc>
          <w:tcPr>
            <w:tcW w:w="100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52D22BF" w14:textId="77777777" w:rsidR="00587BB1" w:rsidRDefault="00000000">
            <w:pPr>
              <w:jc w:val="center"/>
            </w:pPr>
            <w:r>
              <w:rPr>
                <w:b/>
                <w:sz w:val="16"/>
              </w:rPr>
              <w:t>21</w:t>
            </w:r>
          </w:p>
        </w:tc>
        <w:tc>
          <w:tcPr>
            <w:tcW w:w="8784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F9AE8F5" w14:textId="77777777" w:rsidR="00587BB1" w:rsidRDefault="00000000">
            <w:r>
              <w:rPr>
                <w:sz w:val="16"/>
              </w:rPr>
              <w:t>Generalisability (external validity, applicability) of the trial findings</w:t>
            </w:r>
          </w:p>
        </w:tc>
        <w:tc>
          <w:tcPr>
            <w:tcW w:w="1872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4E7C43D" w14:textId="77777777" w:rsidR="00B60611" w:rsidRDefault="00000000">
            <w:r>
              <w:t>15–16</w:t>
            </w:r>
          </w:p>
        </w:tc>
      </w:tr>
      <w:tr w:rsidR="00587BB1" w14:paraId="47944ADD" w14:textId="77777777">
        <w:trPr>
          <w:jc w:val="center"/>
        </w:trPr>
        <w:tc>
          <w:tcPr>
            <w:tcW w:w="2088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679868A" w14:textId="77777777" w:rsidR="00587BB1" w:rsidRDefault="00000000">
            <w:r>
              <w:rPr>
                <w:b/>
                <w:sz w:val="16"/>
              </w:rPr>
              <w:t>Discussion</w:t>
            </w:r>
          </w:p>
        </w:tc>
        <w:tc>
          <w:tcPr>
            <w:tcW w:w="100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F2B100F" w14:textId="77777777" w:rsidR="00587BB1" w:rsidRDefault="00000000">
            <w:pPr>
              <w:jc w:val="center"/>
            </w:pPr>
            <w:r>
              <w:rPr>
                <w:b/>
                <w:sz w:val="16"/>
              </w:rPr>
              <w:t>22</w:t>
            </w:r>
          </w:p>
        </w:tc>
        <w:tc>
          <w:tcPr>
            <w:tcW w:w="8784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213E491" w14:textId="77777777" w:rsidR="00587BB1" w:rsidRDefault="00000000">
            <w:r>
              <w:rPr>
                <w:sz w:val="16"/>
              </w:rPr>
              <w:t>Interpretation consistent with results, balancing benefits and harms, and considering other relevant evidence</w:t>
            </w:r>
          </w:p>
        </w:tc>
        <w:tc>
          <w:tcPr>
            <w:tcW w:w="1872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03475B5" w14:textId="77777777" w:rsidR="00B60611" w:rsidRDefault="00000000">
            <w:r>
              <w:t>13–16</w:t>
            </w:r>
          </w:p>
        </w:tc>
      </w:tr>
      <w:tr w:rsidR="00587BB1" w14:paraId="70B49851" w14:textId="77777777">
        <w:trPr>
          <w:jc w:val="center"/>
        </w:trPr>
        <w:tc>
          <w:tcPr>
            <w:tcW w:w="2088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F08DD46" w14:textId="77777777" w:rsidR="00587BB1" w:rsidRDefault="00000000">
            <w:r>
              <w:rPr>
                <w:b/>
                <w:sz w:val="16"/>
              </w:rPr>
              <w:t>Other information</w:t>
            </w:r>
          </w:p>
        </w:tc>
        <w:tc>
          <w:tcPr>
            <w:tcW w:w="100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21D89DE" w14:textId="77777777" w:rsidR="00587BB1" w:rsidRDefault="00000000">
            <w:pPr>
              <w:jc w:val="center"/>
            </w:pPr>
            <w:r>
              <w:rPr>
                <w:b/>
                <w:sz w:val="16"/>
              </w:rPr>
              <w:t>23</w:t>
            </w:r>
          </w:p>
        </w:tc>
        <w:tc>
          <w:tcPr>
            <w:tcW w:w="8784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23ECF68" w14:textId="77777777" w:rsidR="00587BB1" w:rsidRDefault="00000000">
            <w:r>
              <w:rPr>
                <w:sz w:val="16"/>
              </w:rPr>
              <w:t>Registration number and name of trial registry</w:t>
            </w:r>
          </w:p>
        </w:tc>
        <w:tc>
          <w:tcPr>
            <w:tcW w:w="1872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EA7A6BE" w14:textId="77777777" w:rsidR="00B60611" w:rsidRDefault="00000000">
            <w:r>
              <w:t>2, 5</w:t>
            </w:r>
          </w:p>
        </w:tc>
      </w:tr>
      <w:tr w:rsidR="00587BB1" w14:paraId="10636245" w14:textId="77777777">
        <w:trPr>
          <w:jc w:val="center"/>
        </w:trPr>
        <w:tc>
          <w:tcPr>
            <w:tcW w:w="2088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B445EB3" w14:textId="77777777" w:rsidR="00587BB1" w:rsidRDefault="00000000">
            <w:r>
              <w:rPr>
                <w:b/>
                <w:sz w:val="16"/>
              </w:rPr>
              <w:t>Other information</w:t>
            </w:r>
          </w:p>
        </w:tc>
        <w:tc>
          <w:tcPr>
            <w:tcW w:w="100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8F1DBDB" w14:textId="77777777" w:rsidR="00587BB1" w:rsidRDefault="00000000">
            <w:pPr>
              <w:jc w:val="center"/>
            </w:pPr>
            <w:r>
              <w:rPr>
                <w:b/>
                <w:sz w:val="16"/>
              </w:rPr>
              <w:t>24</w:t>
            </w:r>
          </w:p>
        </w:tc>
        <w:tc>
          <w:tcPr>
            <w:tcW w:w="8784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18C50CE" w14:textId="77777777" w:rsidR="00587BB1" w:rsidRDefault="00000000">
            <w:r>
              <w:rPr>
                <w:sz w:val="16"/>
              </w:rPr>
              <w:t>Where the full trial protocol can be accessed, if available</w:t>
            </w:r>
          </w:p>
        </w:tc>
        <w:tc>
          <w:tcPr>
            <w:tcW w:w="1872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F04A60F" w14:textId="77777777" w:rsidR="00B60611" w:rsidRDefault="00000000">
            <w:r>
              <w:t>5</w:t>
            </w:r>
          </w:p>
        </w:tc>
      </w:tr>
      <w:tr w:rsidR="00587BB1" w14:paraId="14C569C9" w14:textId="77777777">
        <w:trPr>
          <w:jc w:val="center"/>
        </w:trPr>
        <w:tc>
          <w:tcPr>
            <w:tcW w:w="2088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FBDBC38" w14:textId="77777777" w:rsidR="00587BB1" w:rsidRDefault="00000000">
            <w:r>
              <w:rPr>
                <w:b/>
                <w:sz w:val="16"/>
              </w:rPr>
              <w:t>Other information</w:t>
            </w:r>
          </w:p>
        </w:tc>
        <w:tc>
          <w:tcPr>
            <w:tcW w:w="100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CEA914D" w14:textId="77777777" w:rsidR="00587BB1" w:rsidRDefault="00000000">
            <w:pPr>
              <w:jc w:val="center"/>
            </w:pPr>
            <w:r>
              <w:rPr>
                <w:b/>
                <w:sz w:val="16"/>
              </w:rPr>
              <w:t>25</w:t>
            </w:r>
          </w:p>
        </w:tc>
        <w:tc>
          <w:tcPr>
            <w:tcW w:w="8784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DD51277" w14:textId="77777777" w:rsidR="00587BB1" w:rsidRDefault="00000000">
            <w:r>
              <w:rPr>
                <w:sz w:val="16"/>
              </w:rPr>
              <w:t>Sources of funding and other support (such as supply of drugs), role of funders</w:t>
            </w:r>
          </w:p>
        </w:tc>
        <w:tc>
          <w:tcPr>
            <w:tcW w:w="1872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2320A64" w14:textId="77777777" w:rsidR="00B60611" w:rsidRDefault="00000000">
            <w:r>
              <w:t>17</w:t>
            </w:r>
          </w:p>
        </w:tc>
      </w:tr>
    </w:tbl>
    <w:p w14:paraId="7477F41F" w14:textId="77777777" w:rsidR="00813AFF" w:rsidRDefault="00813AFF"/>
    <w:sectPr w:rsidR="00813AFF" w:rsidSect="00034616">
      <w:pgSz w:w="15840" w:h="12240" w:orient="landscape"/>
      <w:pgMar w:top="720" w:right="792" w:bottom="720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34609577">
    <w:abstractNumId w:val="8"/>
  </w:num>
  <w:num w:numId="2" w16cid:durableId="887883696">
    <w:abstractNumId w:val="6"/>
  </w:num>
  <w:num w:numId="3" w16cid:durableId="235016976">
    <w:abstractNumId w:val="5"/>
  </w:num>
  <w:num w:numId="4" w16cid:durableId="2129271898">
    <w:abstractNumId w:val="4"/>
  </w:num>
  <w:num w:numId="5" w16cid:durableId="245959619">
    <w:abstractNumId w:val="7"/>
  </w:num>
  <w:num w:numId="6" w16cid:durableId="2145350077">
    <w:abstractNumId w:val="3"/>
  </w:num>
  <w:num w:numId="7" w16cid:durableId="491533475">
    <w:abstractNumId w:val="2"/>
  </w:num>
  <w:num w:numId="8" w16cid:durableId="2068840666">
    <w:abstractNumId w:val="1"/>
  </w:num>
  <w:num w:numId="9" w16cid:durableId="28729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6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587BB1"/>
    <w:rsid w:val="00637673"/>
    <w:rsid w:val="007356D6"/>
    <w:rsid w:val="00813AFF"/>
    <w:rsid w:val="00966A62"/>
    <w:rsid w:val="00AA1D8D"/>
    <w:rsid w:val="00B47730"/>
    <w:rsid w:val="00B60611"/>
    <w:rsid w:val="00CB0664"/>
    <w:rsid w:val="00E02213"/>
    <w:rsid w:val="00EA5DF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3A04AB"/>
  <w14:defaultImageDpi w14:val="300"/>
  <w15:docId w15:val="{961B94E2-8A92-EE47-86A3-FD0ACF1E7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  <w:rPr>
      <w:rFonts w:ascii="Arial" w:hAnsi="Arial"/>
      <w:sz w:val="18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605</Words>
  <Characters>3577</Characters>
  <Application>Microsoft Office Word</Application>
  <DocSecurity>0</DocSecurity>
  <Lines>149</Lines>
  <Paragraphs>113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Prof. Dr. David Daniel Ebert</cp:lastModifiedBy>
  <cp:revision>3</cp:revision>
  <dcterms:created xsi:type="dcterms:W3CDTF">2026-04-24T17:56:00Z</dcterms:created>
  <dcterms:modified xsi:type="dcterms:W3CDTF">2026-04-27T06:59:00Z</dcterms:modified>
  <cp:category/>
</cp:coreProperties>
</file>