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0E6769" w14:textId="77777777" w:rsidR="00EF5A6A" w:rsidRPr="00E272AA" w:rsidRDefault="00000000">
      <w:pPr>
        <w:pStyle w:val="Nagwek1"/>
        <w:jc w:val="center"/>
        <w:rPr>
          <w:rFonts w:ascii="Times New Roman" w:hAnsi="Times New Roman" w:cs="Times New Roman"/>
          <w:color w:val="000000" w:themeColor="text1"/>
        </w:rPr>
      </w:pPr>
      <w:r w:rsidRPr="00E272AA">
        <w:rPr>
          <w:rFonts w:ascii="Times New Roman" w:hAnsi="Times New Roman" w:cs="Times New Roman"/>
          <w:color w:val="000000" w:themeColor="text1"/>
        </w:rPr>
        <w:t>Supplementary Appendix S1</w:t>
      </w:r>
      <w:r w:rsidRPr="00E272AA">
        <w:rPr>
          <w:rFonts w:ascii="Times New Roman" w:hAnsi="Times New Roman" w:cs="Times New Roman"/>
          <w:color w:val="000000" w:themeColor="text1"/>
        </w:rPr>
        <w:br/>
        <w:t>Questionnaire Development and Administration</w:t>
      </w:r>
    </w:p>
    <w:p w14:paraId="03A1FDB1" w14:textId="77777777" w:rsidR="00EF5A6A" w:rsidRPr="00E272AA" w:rsidRDefault="00000000">
      <w:pPr>
        <w:pStyle w:val="Nagwek2"/>
        <w:rPr>
          <w:rFonts w:ascii="Times New Roman" w:hAnsi="Times New Roman" w:cs="Times New Roman"/>
          <w:color w:val="000000" w:themeColor="text1"/>
        </w:rPr>
      </w:pPr>
      <w:r w:rsidRPr="00E272AA">
        <w:rPr>
          <w:rFonts w:ascii="Times New Roman" w:hAnsi="Times New Roman" w:cs="Times New Roman"/>
          <w:color w:val="000000" w:themeColor="text1"/>
        </w:rPr>
        <w:t>Questionnaire development</w:t>
      </w:r>
    </w:p>
    <w:p w14:paraId="788E1AE8" w14:textId="77777777" w:rsidR="00EF5A6A" w:rsidRDefault="00000000">
      <w:r>
        <w:t>A study-specific questionnaire was developed to characterise sleep disturbances in patients with Alzheimer's disease. The questionnaire was designed following a review of the literature and the investigators' clinical experience. It complemented the Athens Insomnia Scale (AIS) and the Epworth Sleepiness Scale (ESS) by collecting information on disease history, sleep-related symptoms, daytime functioning, environmental factors and sleep-related medication.</w:t>
      </w:r>
    </w:p>
    <w:p w14:paraId="7EAB2B8A" w14:textId="77777777" w:rsidR="00EF5A6A" w:rsidRPr="00E272AA" w:rsidRDefault="00000000">
      <w:pPr>
        <w:pStyle w:val="Nagwek2"/>
        <w:rPr>
          <w:rFonts w:ascii="Times New Roman" w:hAnsi="Times New Roman" w:cs="Times New Roman"/>
          <w:color w:val="000000" w:themeColor="text1"/>
        </w:rPr>
      </w:pPr>
      <w:r w:rsidRPr="00E272AA">
        <w:rPr>
          <w:rFonts w:ascii="Times New Roman" w:hAnsi="Times New Roman" w:cs="Times New Roman"/>
          <w:color w:val="000000" w:themeColor="text1"/>
        </w:rPr>
        <w:t>Administration</w:t>
      </w:r>
    </w:p>
    <w:p w14:paraId="07B257AE" w14:textId="77777777" w:rsidR="00EF5A6A" w:rsidRDefault="00000000">
      <w:r>
        <w:t>Participants completed the questionnaire independently whenever possible. For participants with cognitive impairment, questions were read aloud by a trained investigator and responses were recorded verbatim. Information regarding nocturnal behaviours (e.g. snoring, witnessed sleep apnoea) was supplemented by caregivers or nursing staff when appropriate.</w:t>
      </w:r>
    </w:p>
    <w:sectPr w:rsidR="00EF5A6A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E00002FF" w:usb1="6AC7FDFB" w:usb2="08000012" w:usb3="00000000" w:csb0="0002009F" w:csb1="00000000"/>
  </w:font>
  <w:font w:name="Courier">
    <w:panose1 w:val="00000000000000000000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owan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owan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punktowana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punktowana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484324333">
    <w:abstractNumId w:val="8"/>
  </w:num>
  <w:num w:numId="2" w16cid:durableId="2710609">
    <w:abstractNumId w:val="6"/>
  </w:num>
  <w:num w:numId="3" w16cid:durableId="1890260138">
    <w:abstractNumId w:val="5"/>
  </w:num>
  <w:num w:numId="4" w16cid:durableId="1573009464">
    <w:abstractNumId w:val="4"/>
  </w:num>
  <w:num w:numId="5" w16cid:durableId="154105344">
    <w:abstractNumId w:val="7"/>
  </w:num>
  <w:num w:numId="6" w16cid:durableId="2082874135">
    <w:abstractNumId w:val="3"/>
  </w:num>
  <w:num w:numId="7" w16cid:durableId="868489351">
    <w:abstractNumId w:val="2"/>
  </w:num>
  <w:num w:numId="8" w16cid:durableId="955523123">
    <w:abstractNumId w:val="1"/>
  </w:num>
  <w:num w:numId="9" w16cid:durableId="209054315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1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9639D"/>
    <w:rsid w:val="00326F90"/>
    <w:rsid w:val="00471100"/>
    <w:rsid w:val="006F6624"/>
    <w:rsid w:val="00AA1D8D"/>
    <w:rsid w:val="00B47730"/>
    <w:rsid w:val="00CB0664"/>
    <w:rsid w:val="00E272AA"/>
    <w:rsid w:val="00EF5A6A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1C37509"/>
  <w14:defaultImageDpi w14:val="300"/>
  <w15:docId w15:val="{D78F159C-C050-4D45-8C6E-A8EAAAD2DE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C693F"/>
    <w:rPr>
      <w:rFonts w:ascii="Times New Roman" w:hAnsi="Times New Roman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618BF"/>
  </w:style>
  <w:style w:type="paragraph" w:styleId="Stopka">
    <w:name w:val="footer"/>
    <w:basedOn w:val="Normalny"/>
    <w:link w:val="Stopka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618BF"/>
  </w:style>
  <w:style w:type="paragraph" w:styleId="Bezodstpw">
    <w:name w:val="No Spacing"/>
    <w:uiPriority w:val="1"/>
    <w:qFormat/>
    <w:rsid w:val="00FC693F"/>
    <w:pPr>
      <w:spacing w:after="0" w:line="240" w:lineRule="auto"/>
    </w:pPr>
  </w:style>
  <w:style w:type="character" w:customStyle="1" w:styleId="Nagwek1Znak">
    <w:name w:val="Nagłówek 1 Znak"/>
    <w:basedOn w:val="Domylnaczcionkaakapitu"/>
    <w:link w:val="Nagwe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ytu">
    <w:name w:val="Title"/>
    <w:basedOn w:val="Normalny"/>
    <w:next w:val="Normalny"/>
    <w:link w:val="TytuZnak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kapitzlist">
    <w:name w:val="List Paragraph"/>
    <w:basedOn w:val="Normalny"/>
    <w:uiPriority w:val="34"/>
    <w:qFormat/>
    <w:rsid w:val="00FC693F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unhideWhenUsed/>
    <w:rsid w:val="00AA1D8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AA1D8D"/>
  </w:style>
  <w:style w:type="paragraph" w:styleId="Tekstpodstawowy2">
    <w:name w:val="Body Text 2"/>
    <w:basedOn w:val="Normalny"/>
    <w:link w:val="Tekstpodstawowy2Znak"/>
    <w:uiPriority w:val="99"/>
    <w:unhideWhenUsed/>
    <w:rsid w:val="00AA1D8D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AA1D8D"/>
  </w:style>
  <w:style w:type="paragraph" w:styleId="Tekstpodstawowy3">
    <w:name w:val="Body Text 3"/>
    <w:basedOn w:val="Normalny"/>
    <w:link w:val="Tekstpodstawowy3Znak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AA1D8D"/>
    <w:rPr>
      <w:sz w:val="16"/>
      <w:szCs w:val="16"/>
    </w:rPr>
  </w:style>
  <w:style w:type="paragraph" w:styleId="Lista">
    <w:name w:val="List"/>
    <w:basedOn w:val="Normalny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ny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ny"/>
    <w:uiPriority w:val="99"/>
    <w:unhideWhenUsed/>
    <w:rsid w:val="00326F90"/>
    <w:pPr>
      <w:ind w:left="1080" w:hanging="360"/>
      <w:contextualSpacing/>
    </w:pPr>
  </w:style>
  <w:style w:type="paragraph" w:styleId="Listapunktowana">
    <w:name w:val="List Bullet"/>
    <w:basedOn w:val="Normalny"/>
    <w:uiPriority w:val="99"/>
    <w:unhideWhenUsed/>
    <w:rsid w:val="00326F90"/>
    <w:pPr>
      <w:numPr>
        <w:numId w:val="1"/>
      </w:numPr>
      <w:contextualSpacing/>
    </w:pPr>
  </w:style>
  <w:style w:type="paragraph" w:styleId="Listapunktowana2">
    <w:name w:val="List Bullet 2"/>
    <w:basedOn w:val="Normalny"/>
    <w:uiPriority w:val="99"/>
    <w:unhideWhenUsed/>
    <w:rsid w:val="00326F90"/>
    <w:pPr>
      <w:numPr>
        <w:numId w:val="2"/>
      </w:numPr>
      <w:contextualSpacing/>
    </w:pPr>
  </w:style>
  <w:style w:type="paragraph" w:styleId="Listapunktowana3">
    <w:name w:val="List Bullet 3"/>
    <w:basedOn w:val="Normalny"/>
    <w:uiPriority w:val="99"/>
    <w:unhideWhenUsed/>
    <w:rsid w:val="00326F90"/>
    <w:pPr>
      <w:numPr>
        <w:numId w:val="3"/>
      </w:numPr>
      <w:contextualSpacing/>
    </w:pPr>
  </w:style>
  <w:style w:type="paragraph" w:styleId="Listanumerowana">
    <w:name w:val="List Number"/>
    <w:basedOn w:val="Normalny"/>
    <w:uiPriority w:val="99"/>
    <w:unhideWhenUsed/>
    <w:rsid w:val="00326F90"/>
    <w:pPr>
      <w:numPr>
        <w:numId w:val="5"/>
      </w:numPr>
      <w:contextualSpacing/>
    </w:pPr>
  </w:style>
  <w:style w:type="paragraph" w:styleId="Listanumerowana2">
    <w:name w:val="List Number 2"/>
    <w:basedOn w:val="Normalny"/>
    <w:uiPriority w:val="99"/>
    <w:unhideWhenUsed/>
    <w:rsid w:val="0029639D"/>
    <w:pPr>
      <w:numPr>
        <w:numId w:val="6"/>
      </w:numPr>
      <w:contextualSpacing/>
    </w:pPr>
  </w:style>
  <w:style w:type="paragraph" w:styleId="Listanumerowana3">
    <w:name w:val="List Number 3"/>
    <w:basedOn w:val="Normalny"/>
    <w:uiPriority w:val="99"/>
    <w:unhideWhenUsed/>
    <w:rsid w:val="0029639D"/>
    <w:pPr>
      <w:numPr>
        <w:numId w:val="7"/>
      </w:numPr>
      <w:contextualSpacing/>
    </w:pPr>
  </w:style>
  <w:style w:type="paragraph" w:styleId="Lista-kontynuacja">
    <w:name w:val="List Continue"/>
    <w:basedOn w:val="Normalny"/>
    <w:uiPriority w:val="99"/>
    <w:unhideWhenUsed/>
    <w:rsid w:val="0029639D"/>
    <w:pPr>
      <w:spacing w:after="120"/>
      <w:ind w:left="360"/>
      <w:contextualSpacing/>
    </w:pPr>
  </w:style>
  <w:style w:type="paragraph" w:styleId="Lista-kontynuacja2">
    <w:name w:val="List Continue 2"/>
    <w:basedOn w:val="Normalny"/>
    <w:uiPriority w:val="99"/>
    <w:unhideWhenUsed/>
    <w:rsid w:val="0029639D"/>
    <w:pPr>
      <w:spacing w:after="120"/>
      <w:ind w:left="720"/>
      <w:contextualSpacing/>
    </w:pPr>
  </w:style>
  <w:style w:type="paragraph" w:styleId="Lista-kontynuacja3">
    <w:name w:val="List Continue 3"/>
    <w:basedOn w:val="Normalny"/>
    <w:uiPriority w:val="99"/>
    <w:unhideWhenUsed/>
    <w:rsid w:val="0029639D"/>
    <w:pPr>
      <w:spacing w:after="120"/>
      <w:ind w:left="1080"/>
      <w:contextualSpacing/>
    </w:pPr>
  </w:style>
  <w:style w:type="paragraph" w:styleId="Tekstmakra">
    <w:name w:val="macro"/>
    <w:link w:val="TekstmakraZnak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aZnak">
    <w:name w:val="Tekst makra Znak"/>
    <w:basedOn w:val="Domylnaczcionkaakapitu"/>
    <w:link w:val="Tekstmakra"/>
    <w:uiPriority w:val="99"/>
    <w:rsid w:val="0029639D"/>
    <w:rPr>
      <w:rFonts w:ascii="Courier" w:hAnsi="Courier"/>
      <w:sz w:val="20"/>
      <w:szCs w:val="20"/>
    </w:rPr>
  </w:style>
  <w:style w:type="paragraph" w:styleId="Cytat">
    <w:name w:val="Quote"/>
    <w:basedOn w:val="Normalny"/>
    <w:next w:val="Normalny"/>
    <w:link w:val="CytatZnak"/>
    <w:uiPriority w:val="29"/>
    <w:qFormat/>
    <w:rsid w:val="00FC693F"/>
    <w:rPr>
      <w:i/>
      <w:iCs/>
      <w:color w:val="000000" w:themeColor="text1"/>
    </w:rPr>
  </w:style>
  <w:style w:type="character" w:customStyle="1" w:styleId="CytatZnak">
    <w:name w:val="Cytat Znak"/>
    <w:basedOn w:val="Domylnaczcionkaakapitu"/>
    <w:link w:val="Cytat"/>
    <w:uiPriority w:val="29"/>
    <w:rsid w:val="00FC693F"/>
    <w:rPr>
      <w:i/>
      <w:i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Pogrubienie">
    <w:name w:val="Strong"/>
    <w:basedOn w:val="Domylnaczcionkaakapitu"/>
    <w:uiPriority w:val="22"/>
    <w:qFormat/>
    <w:rsid w:val="00FC693F"/>
    <w:rPr>
      <w:b/>
      <w:bCs/>
    </w:rPr>
  </w:style>
  <w:style w:type="character" w:styleId="Uwydatnienie">
    <w:name w:val="Emphasis"/>
    <w:basedOn w:val="Domylnaczcionkaakapitu"/>
    <w:uiPriority w:val="20"/>
    <w:qFormat/>
    <w:rsid w:val="00FC693F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C693F"/>
    <w:rPr>
      <w:b/>
      <w:bCs/>
      <w:i/>
      <w:iCs/>
      <w:color w:val="4F81BD" w:themeColor="accent1"/>
    </w:rPr>
  </w:style>
  <w:style w:type="character" w:styleId="Wyrnieniedelikatne">
    <w:name w:val="Subtle Emphasis"/>
    <w:basedOn w:val="Domylnaczcionkaakapitu"/>
    <w:uiPriority w:val="19"/>
    <w:qFormat/>
    <w:rsid w:val="00FC693F"/>
    <w:rPr>
      <w:i/>
      <w:iCs/>
      <w:color w:val="808080" w:themeColor="text1" w:themeTint="7F"/>
    </w:rPr>
  </w:style>
  <w:style w:type="character" w:styleId="Wyrnienieintensywne">
    <w:name w:val="Intense Emphasis"/>
    <w:basedOn w:val="Domylnaczcionkaakapitu"/>
    <w:uiPriority w:val="21"/>
    <w:qFormat/>
    <w:rsid w:val="00FC693F"/>
    <w:rPr>
      <w:b/>
      <w:bCs/>
      <w:i/>
      <w:iCs/>
      <w:color w:val="4F81BD" w:themeColor="accent1"/>
    </w:rPr>
  </w:style>
  <w:style w:type="character" w:styleId="Odwoaniedelikatne">
    <w:name w:val="Subtle Reference"/>
    <w:basedOn w:val="Domylnaczcionkaakapitu"/>
    <w:uiPriority w:val="31"/>
    <w:qFormat/>
    <w:rsid w:val="00FC693F"/>
    <w:rPr>
      <w:smallCaps/>
      <w:color w:val="C0504D" w:themeColor="accent2"/>
      <w:u w:val="single"/>
    </w:rPr>
  </w:style>
  <w:style w:type="character" w:styleId="Odwoanieintensywne">
    <w:name w:val="Intense Reference"/>
    <w:basedOn w:val="Domylnaczcionkaakapit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ytuksiki">
    <w:name w:val="Book Title"/>
    <w:basedOn w:val="Domylnaczcionkaakapitu"/>
    <w:uiPriority w:val="33"/>
    <w:qFormat/>
    <w:rsid w:val="00FC693F"/>
    <w:rPr>
      <w:b/>
      <w:bCs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FC693F"/>
    <w:pPr>
      <w:outlineLvl w:val="9"/>
    </w:pPr>
  </w:style>
  <w:style w:type="table" w:styleId="Tabela-Siatka">
    <w:name w:val="Table Grid"/>
    <w:basedOn w:val="Standardowy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Jasnecieniowanie">
    <w:name w:val="Light Shading"/>
    <w:basedOn w:val="Standardowy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Jasnecieniowanieakcent1">
    <w:name w:val="Light Shading Accent 1"/>
    <w:basedOn w:val="Standardowy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Jasnecieniowanieakcent2">
    <w:name w:val="Light Shading Accent 2"/>
    <w:basedOn w:val="Standardowy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Jasnecieniowanieakcent3">
    <w:name w:val="Light Shading Accent 3"/>
    <w:basedOn w:val="Standardowy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Jasnecieniowanieakcent4">
    <w:name w:val="Light Shading Accent 4"/>
    <w:basedOn w:val="Standardowy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Jasnecieniowanieakcent5">
    <w:name w:val="Light Shading Accent 5"/>
    <w:basedOn w:val="Standardowy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Jasnecieniowanieakcent6">
    <w:name w:val="Light Shading Accent 6"/>
    <w:basedOn w:val="Standardowy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Jasnalista">
    <w:name w:val="Light List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Jasnalistaakcent1">
    <w:name w:val="Light List Accent 1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Jasnalistaakcent2">
    <w:name w:val="Light List Accent 2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Jasnalistaakcent3">
    <w:name w:val="Light List Accent 3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Jasnalistaakcent4">
    <w:name w:val="Light List Accent 4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Jasnalistaakcent5">
    <w:name w:val="Light List Accent 5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Jasnalistaakcent6">
    <w:name w:val="Light List Accent 6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Jasnasiatka">
    <w:name w:val="Light Grid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Jasnasiatkaakcent1">
    <w:name w:val="Light Grid Accent 1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Jasnasiatkaakcent2">
    <w:name w:val="Light Grid Accent 2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Jasnasiatkaakcent3">
    <w:name w:val="Light Grid Accent 3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Jasnasiatkaakcent4">
    <w:name w:val="Light Grid Accent 4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Jasnasiatkaakcent5">
    <w:name w:val="Light Grid Accent 5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Jasnasiatkaakcent6">
    <w:name w:val="Light Grid Accent 6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redniecieniowanie1">
    <w:name w:val="Medium Shading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1">
    <w:name w:val="Medium Shading 1 Accent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2">
    <w:name w:val="Medium Shading 1 Accent 2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3">
    <w:name w:val="Medium Shading 1 Accent 3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5">
    <w:name w:val="Medium Shading 1 Accent 5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6">
    <w:name w:val="Medium Shading 1 Accent 6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2">
    <w:name w:val="Medium Shading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1">
    <w:name w:val="Medium Shading 2 Accent 1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2">
    <w:name w:val="Medium Shading 2 Accent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3">
    <w:name w:val="Medium Shading 2 Accent 3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4">
    <w:name w:val="Medium Shading 2 Accent 4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5">
    <w:name w:val="Medium Shading 2 Accent 5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6">
    <w:name w:val="Medium Shading 2 Accent 6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alista1">
    <w:name w:val="Medium Lis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rednialista1akcent1">
    <w:name w:val="Medium List 1 Accen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rednialista1akcent2">
    <w:name w:val="Medium List 1 Accent 2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rednialista1akcent3">
    <w:name w:val="Medium List 1 Accent 3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rednialista1akcent4">
    <w:name w:val="Medium List 1 Accent 4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rednialista1akcent5">
    <w:name w:val="Medium List 1 Accent 5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rednialista1akcent6">
    <w:name w:val="Medium List 1 Accent 6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rednialista2">
    <w:name w:val="Medium Lis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1">
    <w:name w:val="Medium List 2 Accent 1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2">
    <w:name w:val="Medium List 2 Accen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3">
    <w:name w:val="Medium List 2 Accent 3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4">
    <w:name w:val="Medium List 2 Accent 4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5">
    <w:name w:val="Medium List 2 Accent 5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6">
    <w:name w:val="Medium List 2 Accent 6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">
    <w:name w:val="Medium Grid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dniasiatka1akcent1">
    <w:name w:val="Medium Grid 1 Accent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dniasiatka1akcent2">
    <w:name w:val="Medium Grid 1 Accent 2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dniasiatka1akcent3">
    <w:name w:val="Medium Grid 1 Accent 3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dniasiatka1akcent4">
    <w:name w:val="Medium Grid 1 Accent 4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dniasiatka1akcent5">
    <w:name w:val="Medium Grid 1 Accent 5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dniasiatka1akcent6">
    <w:name w:val="Medium Grid 1 Accent 6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redniasiatka2">
    <w:name w:val="Medium Grid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1">
    <w:name w:val="Medium Grid 2 Accent 1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2">
    <w:name w:val="Medium Grid 2 Accent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3">
    <w:name w:val="Medium Grid 2 Accent 3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4">
    <w:name w:val="Medium Grid 2 Accent 4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5">
    <w:name w:val="Medium Grid 2 Accent 5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6">
    <w:name w:val="Medium Grid 2 Accent 6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3">
    <w:name w:val="Medium Grid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redniasiatka3akcent1">
    <w:name w:val="Medium Grid 3 Accent 1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redniasiatka3akcent2">
    <w:name w:val="Medium Grid 3 Accent 2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redniasiatka3akcent3">
    <w:name w:val="Medium Grid 3 Accent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redniasiatka3akcent4">
    <w:name w:val="Medium Grid 3 Accent 4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redniasiatka3akcent5">
    <w:name w:val="Medium Grid 3 Accent 5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redniasiatka3akcent6">
    <w:name w:val="Medium Grid 3 Accent 6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Ciemnalista">
    <w:name w:val="Dark List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Ciemnalista2akcent1">
    <w:name w:val="Dark List Accent 1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Ciemnalistaakcent2">
    <w:name w:val="Dark List Accent 2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Ciemnalistaakcent3">
    <w:name w:val="Dark List Accent 3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Ciemnalistaakcent4">
    <w:name w:val="Dark List Accent 4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Ciemnalistaakcent5">
    <w:name w:val="Dark List Accent 5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Ciemnalistaakcent6">
    <w:name w:val="Dark List Accent 6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olorowecieniowanie">
    <w:name w:val="Colorful Shading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1">
    <w:name w:val="Colorful Shading Accent 1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2">
    <w:name w:val="Colorful Shading Accent 2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3">
    <w:name w:val="Colorful Shading Accent 3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ecieniowanieakcent4">
    <w:name w:val="Colorful Shading Accent 4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5">
    <w:name w:val="Colorful Shading Accent 5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6">
    <w:name w:val="Colorful Shading Accent 6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alista">
    <w:name w:val="Colorful List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olorowalistaakcent1">
    <w:name w:val="Colorful List Accent 1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olorowalistaakcent2">
    <w:name w:val="Colorful List Accent 2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olorowalistaakcent3">
    <w:name w:val="Colorful List Accent 3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olorowalistaakcent4">
    <w:name w:val="Colorful List Accent 4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olorowalistaakcent5">
    <w:name w:val="Colorful List Accent 5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olorowalistaakcent6">
    <w:name w:val="Colorful List Accent 6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olorowasiatka">
    <w:name w:val="Colorful Grid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olorowasiatkaakcent1">
    <w:name w:val="Colorful Grid Accent 1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olorowasiatkaakcent2">
    <w:name w:val="Colorful Grid Accent 2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olorowasiatkaakcent3">
    <w:name w:val="Colorful Grid Accent 3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asiatkaakcent4">
    <w:name w:val="Colorful Grid Accent 4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olorowasiatkaakcent5">
    <w:name w:val="Colorful Grid Accent 5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olorowasiatkaakcent6">
    <w:name w:val="Colorful Grid Accent 6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110</Words>
  <Characters>818</Characters>
  <Application>Microsoft Office Word</Application>
  <DocSecurity>0</DocSecurity>
  <Lines>13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923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Magdalena Wójcik-Pędziwiatr</cp:lastModifiedBy>
  <cp:revision>2</cp:revision>
  <dcterms:created xsi:type="dcterms:W3CDTF">2026-07-07T10:44:00Z</dcterms:created>
  <dcterms:modified xsi:type="dcterms:W3CDTF">2026-07-07T10:44:00Z</dcterms:modified>
  <cp:category/>
</cp:coreProperties>
</file>