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EBD7" w14:textId="77777777" w:rsidR="00E6505E" w:rsidRDefault="00000000">
      <w:pPr>
        <w:jc w:val="center"/>
      </w:pPr>
      <w:r>
        <w:rPr>
          <w:b/>
          <w:sz w:val="28"/>
        </w:rPr>
        <w:t>Supplementary material</w:t>
      </w:r>
    </w:p>
    <w:p w14:paraId="664F5465" w14:textId="77777777" w:rsidR="00E6505E" w:rsidRDefault="00000000">
      <w:pPr>
        <w:jc w:val="center"/>
      </w:pPr>
      <w:r>
        <w:rPr>
          <w:i/>
          <w:sz w:val="20"/>
        </w:rPr>
        <w:t>Multi-cation irrigation water composition affects strawberry growth, yield and fruit quality beyond SAR-based sodicity assessment</w:t>
      </w:r>
    </w:p>
    <w:p w14:paraId="0C6596DD" w14:textId="77777777" w:rsidR="00E6505E" w:rsidRDefault="00000000">
      <w:r>
        <w:rPr>
          <w:b/>
          <w:sz w:val="18"/>
        </w:rPr>
        <w:t>Supplementary Fig. S1. Relationship between fresh and dry fruit weight used to estimate fresh fruit mass from dry fruit measurements.</w:t>
      </w:r>
    </w:p>
    <w:p w14:paraId="30594C8A" w14:textId="77777777" w:rsidR="00E6505E" w:rsidRDefault="00000000">
      <w:pPr>
        <w:jc w:val="center"/>
      </w:pPr>
      <w:r>
        <w:rPr>
          <w:noProof/>
        </w:rPr>
        <w:drawing>
          <wp:inline distT="0" distB="0" distL="0" distR="0" wp14:anchorId="64090ADF" wp14:editId="49F2E73A">
            <wp:extent cx="4389120" cy="32767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fresh_dry_relationship_Springer.png"/>
                    <pic:cNvPicPr/>
                  </pic:nvPicPr>
                  <pic:blipFill>
                    <a:blip r:embed="rId6"/>
                    <a:stretch>
                      <a:fillRect/>
                    </a:stretch>
                  </pic:blipFill>
                  <pic:spPr>
                    <a:xfrm>
                      <a:off x="0" y="0"/>
                      <a:ext cx="4389120" cy="3276756"/>
                    </a:xfrm>
                    <a:prstGeom prst="rect">
                      <a:avLst/>
                    </a:prstGeom>
                  </pic:spPr>
                </pic:pic>
              </a:graphicData>
            </a:graphic>
          </wp:inline>
        </w:drawing>
      </w:r>
    </w:p>
    <w:p w14:paraId="6CDA2312" w14:textId="77777777" w:rsidR="00E6505E" w:rsidRDefault="00000000">
      <w:r>
        <w:rPr>
          <w:b/>
          <w:sz w:val="18"/>
        </w:rPr>
        <w:t>Supplementary Fig. S2. Irrigation schedule during the 40-week greenhouse experiment. The black step line shows daily irrigation volume per plant and the grey line shows approximate cumulative irrigation per plant. The dashed vertical line marks the increase in pulse volume after week 22.</w:t>
      </w:r>
    </w:p>
    <w:p w14:paraId="07805AAF" w14:textId="77777777" w:rsidR="00E6505E" w:rsidRDefault="00000000">
      <w:pPr>
        <w:jc w:val="center"/>
      </w:pPr>
      <w:r>
        <w:rPr>
          <w:noProof/>
        </w:rPr>
        <w:drawing>
          <wp:inline distT="0" distB="0" distL="0" distR="0" wp14:anchorId="069D6A39" wp14:editId="6000D17D">
            <wp:extent cx="5486400" cy="3248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S2_irrigation_scheduling_Springer.png"/>
                    <pic:cNvPicPr/>
                  </pic:nvPicPr>
                  <pic:blipFill>
                    <a:blip r:embed="rId7"/>
                    <a:stretch>
                      <a:fillRect/>
                    </a:stretch>
                  </pic:blipFill>
                  <pic:spPr>
                    <a:xfrm>
                      <a:off x="0" y="0"/>
                      <a:ext cx="5486400" cy="3248880"/>
                    </a:xfrm>
                    <a:prstGeom prst="rect">
                      <a:avLst/>
                    </a:prstGeom>
                  </pic:spPr>
                </pic:pic>
              </a:graphicData>
            </a:graphic>
          </wp:inline>
        </w:drawing>
      </w:r>
    </w:p>
    <w:p w14:paraId="6223A9B0" w14:textId="77777777" w:rsidR="00E6505E" w:rsidRDefault="00000000">
      <w:r>
        <w:rPr>
          <w:b/>
          <w:sz w:val="18"/>
        </w:rPr>
        <w:t>Supplementary Table S1. Yield, fruit quality and final biomass by irrigation treatment.</w:t>
      </w:r>
    </w:p>
    <w:p w14:paraId="0D31B509" w14:textId="77777777" w:rsidR="00E6505E" w:rsidRDefault="00000000">
      <w:pPr>
        <w:spacing w:after="60"/>
      </w:pPr>
      <w:r>
        <w:rPr>
          <w:sz w:val="16"/>
        </w:rPr>
        <w:lastRenderedPageBreak/>
        <w:t>Estimated fresh fruit weight was calculated from the fresh-dry fruit weight relationship. The late-season period corresponds to weeks 30-40. Values are means ± SD on a per-plant basis.</w:t>
      </w:r>
    </w:p>
    <w:tbl>
      <w:tblPr>
        <w:tblStyle w:val="Tablaconcuadrcula"/>
        <w:tblW w:w="0" w:type="auto"/>
        <w:jc w:val="center"/>
        <w:tblLook w:val="04A0" w:firstRow="1" w:lastRow="0" w:firstColumn="1" w:lastColumn="0" w:noHBand="0" w:noVBand="1"/>
      </w:tblPr>
      <w:tblGrid>
        <w:gridCol w:w="1330"/>
        <w:gridCol w:w="1331"/>
        <w:gridCol w:w="1330"/>
        <w:gridCol w:w="1331"/>
        <w:gridCol w:w="1331"/>
        <w:gridCol w:w="1331"/>
        <w:gridCol w:w="1331"/>
        <w:gridCol w:w="1331"/>
      </w:tblGrid>
      <w:tr w:rsidR="00E6505E" w14:paraId="57FEF722" w14:textId="77777777">
        <w:trPr>
          <w:tblHeader/>
          <w:jc w:val="center"/>
        </w:trPr>
        <w:tc>
          <w:tcPr>
            <w:tcW w:w="1332" w:type="dxa"/>
            <w:shd w:val="clear" w:color="auto" w:fill="D9EAF7"/>
            <w:vAlign w:val="center"/>
          </w:tcPr>
          <w:p w14:paraId="46FAC38E" w14:textId="77777777" w:rsidR="00E6505E" w:rsidRDefault="00000000">
            <w:r>
              <w:rPr>
                <w:b/>
                <w:sz w:val="13"/>
              </w:rPr>
              <w:t>Treatment</w:t>
            </w:r>
          </w:p>
        </w:tc>
        <w:tc>
          <w:tcPr>
            <w:tcW w:w="1332" w:type="dxa"/>
            <w:shd w:val="clear" w:color="auto" w:fill="D9EAF7"/>
            <w:vAlign w:val="center"/>
          </w:tcPr>
          <w:p w14:paraId="1D2CFBA6" w14:textId="77777777" w:rsidR="00E6505E" w:rsidRDefault="00000000">
            <w:r>
              <w:rPr>
                <w:b/>
                <w:sz w:val="13"/>
              </w:rPr>
              <w:t>Group</w:t>
            </w:r>
          </w:p>
        </w:tc>
        <w:tc>
          <w:tcPr>
            <w:tcW w:w="1332" w:type="dxa"/>
            <w:shd w:val="clear" w:color="auto" w:fill="D9EAF7"/>
            <w:vAlign w:val="center"/>
          </w:tcPr>
          <w:p w14:paraId="61BED9B5" w14:textId="77777777" w:rsidR="00E6505E" w:rsidRDefault="00000000">
            <w:r>
              <w:rPr>
                <w:b/>
                <w:sz w:val="13"/>
              </w:rPr>
              <w:t>Total yield (g plant-1)</w:t>
            </w:r>
          </w:p>
        </w:tc>
        <w:tc>
          <w:tcPr>
            <w:tcW w:w="1332" w:type="dxa"/>
            <w:shd w:val="clear" w:color="auto" w:fill="D9EAF7"/>
            <w:vAlign w:val="center"/>
          </w:tcPr>
          <w:p w14:paraId="71B2DCC0" w14:textId="77777777" w:rsidR="00E6505E" w:rsidRDefault="00000000">
            <w:r>
              <w:rPr>
                <w:b/>
                <w:sz w:val="13"/>
              </w:rPr>
              <w:t>Marketable yield (g plant-1)</w:t>
            </w:r>
          </w:p>
        </w:tc>
        <w:tc>
          <w:tcPr>
            <w:tcW w:w="1332" w:type="dxa"/>
            <w:shd w:val="clear" w:color="auto" w:fill="D9EAF7"/>
            <w:vAlign w:val="center"/>
          </w:tcPr>
          <w:p w14:paraId="75CBB672" w14:textId="77777777" w:rsidR="00E6505E" w:rsidRDefault="00000000">
            <w:r>
              <w:rPr>
                <w:b/>
                <w:sz w:val="13"/>
              </w:rPr>
              <w:t>Late marketable yield (g plant-1)</w:t>
            </w:r>
          </w:p>
        </w:tc>
        <w:tc>
          <w:tcPr>
            <w:tcW w:w="1332" w:type="dxa"/>
            <w:shd w:val="clear" w:color="auto" w:fill="D9EAF7"/>
            <w:vAlign w:val="center"/>
          </w:tcPr>
          <w:p w14:paraId="232327A1" w14:textId="77777777" w:rsidR="00E6505E" w:rsidRDefault="00000000">
            <w:r>
              <w:rPr>
                <w:b/>
                <w:sz w:val="13"/>
              </w:rPr>
              <w:t>SSC (°Brix)</w:t>
            </w:r>
          </w:p>
        </w:tc>
        <w:tc>
          <w:tcPr>
            <w:tcW w:w="1332" w:type="dxa"/>
            <w:shd w:val="clear" w:color="auto" w:fill="D9EAF7"/>
            <w:vAlign w:val="center"/>
          </w:tcPr>
          <w:p w14:paraId="16B41AD7" w14:textId="77777777" w:rsidR="00E6505E" w:rsidRDefault="00000000">
            <w:r>
              <w:rPr>
                <w:b/>
                <w:sz w:val="13"/>
              </w:rPr>
              <w:t>Fresh biomass (g plant-1)</w:t>
            </w:r>
          </w:p>
        </w:tc>
        <w:tc>
          <w:tcPr>
            <w:tcW w:w="1332" w:type="dxa"/>
            <w:shd w:val="clear" w:color="auto" w:fill="D9EAF7"/>
            <w:vAlign w:val="center"/>
          </w:tcPr>
          <w:p w14:paraId="16766B4C" w14:textId="77777777" w:rsidR="00E6505E" w:rsidRDefault="00000000">
            <w:r>
              <w:rPr>
                <w:b/>
                <w:sz w:val="13"/>
              </w:rPr>
              <w:t>Dry biomass (g plant-1)</w:t>
            </w:r>
          </w:p>
        </w:tc>
      </w:tr>
      <w:tr w:rsidR="00E6505E" w14:paraId="02457C3B" w14:textId="77777777">
        <w:trPr>
          <w:jc w:val="center"/>
        </w:trPr>
        <w:tc>
          <w:tcPr>
            <w:tcW w:w="1332" w:type="dxa"/>
            <w:vAlign w:val="center"/>
          </w:tcPr>
          <w:p w14:paraId="6B5BB9DA" w14:textId="77777777" w:rsidR="00E6505E" w:rsidRDefault="00000000">
            <w:r>
              <w:rPr>
                <w:sz w:val="13"/>
              </w:rPr>
              <w:t>T0</w:t>
            </w:r>
          </w:p>
        </w:tc>
        <w:tc>
          <w:tcPr>
            <w:tcW w:w="1332" w:type="dxa"/>
            <w:vAlign w:val="center"/>
          </w:tcPr>
          <w:p w14:paraId="38F5CC9E" w14:textId="77777777" w:rsidR="00E6505E" w:rsidRDefault="00000000">
            <w:r>
              <w:rPr>
                <w:sz w:val="13"/>
              </w:rPr>
              <w:t>T0 (Ca control)</w:t>
            </w:r>
          </w:p>
        </w:tc>
        <w:tc>
          <w:tcPr>
            <w:tcW w:w="1332" w:type="dxa"/>
            <w:vAlign w:val="center"/>
          </w:tcPr>
          <w:p w14:paraId="48B79CF1" w14:textId="77777777" w:rsidR="00E6505E" w:rsidRDefault="00000000">
            <w:r>
              <w:rPr>
                <w:sz w:val="13"/>
              </w:rPr>
              <w:t>395.1 ± 311.9</w:t>
            </w:r>
          </w:p>
        </w:tc>
        <w:tc>
          <w:tcPr>
            <w:tcW w:w="1332" w:type="dxa"/>
            <w:vAlign w:val="center"/>
          </w:tcPr>
          <w:p w14:paraId="470CB7B2" w14:textId="77777777" w:rsidR="00E6505E" w:rsidRDefault="00000000">
            <w:r>
              <w:rPr>
                <w:sz w:val="13"/>
              </w:rPr>
              <w:t>310.8 ± 265.8</w:t>
            </w:r>
          </w:p>
        </w:tc>
        <w:tc>
          <w:tcPr>
            <w:tcW w:w="1332" w:type="dxa"/>
            <w:vAlign w:val="center"/>
          </w:tcPr>
          <w:p w14:paraId="4DF001F4" w14:textId="77777777" w:rsidR="00E6505E" w:rsidRDefault="00000000">
            <w:r>
              <w:rPr>
                <w:sz w:val="13"/>
              </w:rPr>
              <w:t>67.7 ± 75.4</w:t>
            </w:r>
          </w:p>
        </w:tc>
        <w:tc>
          <w:tcPr>
            <w:tcW w:w="1332" w:type="dxa"/>
            <w:vAlign w:val="center"/>
          </w:tcPr>
          <w:p w14:paraId="0B87C2C3" w14:textId="77777777" w:rsidR="00E6505E" w:rsidRDefault="00000000">
            <w:r>
              <w:rPr>
                <w:sz w:val="13"/>
              </w:rPr>
              <w:t>7.09 ± 1.13</w:t>
            </w:r>
          </w:p>
        </w:tc>
        <w:tc>
          <w:tcPr>
            <w:tcW w:w="1332" w:type="dxa"/>
            <w:vAlign w:val="center"/>
          </w:tcPr>
          <w:p w14:paraId="72477380" w14:textId="77777777" w:rsidR="00E6505E" w:rsidRDefault="00000000">
            <w:r>
              <w:rPr>
                <w:sz w:val="13"/>
              </w:rPr>
              <w:t>594.7 ± 156.9</w:t>
            </w:r>
          </w:p>
        </w:tc>
        <w:tc>
          <w:tcPr>
            <w:tcW w:w="1332" w:type="dxa"/>
            <w:vAlign w:val="center"/>
          </w:tcPr>
          <w:p w14:paraId="3A26EC56" w14:textId="77777777" w:rsidR="00E6505E" w:rsidRDefault="00000000">
            <w:r>
              <w:rPr>
                <w:sz w:val="13"/>
              </w:rPr>
              <w:t>190.6 ± 32.3</w:t>
            </w:r>
          </w:p>
        </w:tc>
      </w:tr>
      <w:tr w:rsidR="00E6505E" w14:paraId="3687E751" w14:textId="77777777">
        <w:trPr>
          <w:jc w:val="center"/>
        </w:trPr>
        <w:tc>
          <w:tcPr>
            <w:tcW w:w="1332" w:type="dxa"/>
            <w:vAlign w:val="center"/>
          </w:tcPr>
          <w:p w14:paraId="3EBBA6DF" w14:textId="77777777" w:rsidR="00E6505E" w:rsidRDefault="00000000">
            <w:r>
              <w:rPr>
                <w:sz w:val="13"/>
              </w:rPr>
              <w:t>T1</w:t>
            </w:r>
          </w:p>
        </w:tc>
        <w:tc>
          <w:tcPr>
            <w:tcW w:w="1332" w:type="dxa"/>
            <w:vAlign w:val="center"/>
          </w:tcPr>
          <w:p w14:paraId="3FFD7EC6" w14:textId="77777777" w:rsidR="00E6505E" w:rsidRDefault="00000000">
            <w:r>
              <w:rPr>
                <w:sz w:val="13"/>
              </w:rPr>
              <w:t>T1 (Na extreme)</w:t>
            </w:r>
          </w:p>
        </w:tc>
        <w:tc>
          <w:tcPr>
            <w:tcW w:w="1332" w:type="dxa"/>
            <w:vAlign w:val="center"/>
          </w:tcPr>
          <w:p w14:paraId="7AF54087" w14:textId="77777777" w:rsidR="00E6505E" w:rsidRDefault="00000000">
            <w:r>
              <w:rPr>
                <w:sz w:val="13"/>
              </w:rPr>
              <w:t>279.7 ± 222.0</w:t>
            </w:r>
          </w:p>
        </w:tc>
        <w:tc>
          <w:tcPr>
            <w:tcW w:w="1332" w:type="dxa"/>
            <w:vAlign w:val="center"/>
          </w:tcPr>
          <w:p w14:paraId="2DB969A3" w14:textId="77777777" w:rsidR="00E6505E" w:rsidRDefault="00000000">
            <w:r>
              <w:rPr>
                <w:sz w:val="13"/>
              </w:rPr>
              <w:t>214.9 ± 198.8</w:t>
            </w:r>
          </w:p>
        </w:tc>
        <w:tc>
          <w:tcPr>
            <w:tcW w:w="1332" w:type="dxa"/>
            <w:vAlign w:val="center"/>
          </w:tcPr>
          <w:p w14:paraId="3D166FF3" w14:textId="77777777" w:rsidR="00E6505E" w:rsidRDefault="00000000">
            <w:r>
              <w:rPr>
                <w:sz w:val="13"/>
              </w:rPr>
              <w:t>19.7 ± 22.0</w:t>
            </w:r>
          </w:p>
        </w:tc>
        <w:tc>
          <w:tcPr>
            <w:tcW w:w="1332" w:type="dxa"/>
            <w:vAlign w:val="center"/>
          </w:tcPr>
          <w:p w14:paraId="20D1A009" w14:textId="77777777" w:rsidR="00E6505E" w:rsidRDefault="00000000">
            <w:r>
              <w:rPr>
                <w:sz w:val="13"/>
              </w:rPr>
              <w:t>9.57 ± 1.98</w:t>
            </w:r>
          </w:p>
        </w:tc>
        <w:tc>
          <w:tcPr>
            <w:tcW w:w="1332" w:type="dxa"/>
            <w:vAlign w:val="center"/>
          </w:tcPr>
          <w:p w14:paraId="24F53C2F" w14:textId="77777777" w:rsidR="00E6505E" w:rsidRDefault="00000000">
            <w:r>
              <w:rPr>
                <w:sz w:val="13"/>
              </w:rPr>
              <w:t>229.2 ± 104.7</w:t>
            </w:r>
          </w:p>
        </w:tc>
        <w:tc>
          <w:tcPr>
            <w:tcW w:w="1332" w:type="dxa"/>
            <w:vAlign w:val="center"/>
          </w:tcPr>
          <w:p w14:paraId="6F12926A" w14:textId="77777777" w:rsidR="00E6505E" w:rsidRDefault="00000000">
            <w:r>
              <w:rPr>
                <w:sz w:val="13"/>
              </w:rPr>
              <w:t>82.2 ± 27.9</w:t>
            </w:r>
          </w:p>
        </w:tc>
      </w:tr>
      <w:tr w:rsidR="00E6505E" w14:paraId="31791735" w14:textId="77777777">
        <w:trPr>
          <w:jc w:val="center"/>
        </w:trPr>
        <w:tc>
          <w:tcPr>
            <w:tcW w:w="1332" w:type="dxa"/>
            <w:vAlign w:val="center"/>
          </w:tcPr>
          <w:p w14:paraId="16C1DD2E" w14:textId="77777777" w:rsidR="00E6505E" w:rsidRDefault="00000000">
            <w:r>
              <w:rPr>
                <w:sz w:val="13"/>
              </w:rPr>
              <w:t>T2</w:t>
            </w:r>
          </w:p>
        </w:tc>
        <w:tc>
          <w:tcPr>
            <w:tcW w:w="1332" w:type="dxa"/>
            <w:vAlign w:val="center"/>
          </w:tcPr>
          <w:p w14:paraId="264EDD84" w14:textId="77777777" w:rsidR="00E6505E" w:rsidRDefault="00000000">
            <w:r>
              <w:rPr>
                <w:sz w:val="13"/>
              </w:rPr>
              <w:t>SAR 9.8</w:t>
            </w:r>
          </w:p>
        </w:tc>
        <w:tc>
          <w:tcPr>
            <w:tcW w:w="1332" w:type="dxa"/>
            <w:vAlign w:val="center"/>
          </w:tcPr>
          <w:p w14:paraId="3A94E672" w14:textId="77777777" w:rsidR="00E6505E" w:rsidRDefault="00000000">
            <w:r>
              <w:rPr>
                <w:sz w:val="13"/>
              </w:rPr>
              <w:t>256.7 ± 205.7</w:t>
            </w:r>
          </w:p>
        </w:tc>
        <w:tc>
          <w:tcPr>
            <w:tcW w:w="1332" w:type="dxa"/>
            <w:vAlign w:val="center"/>
          </w:tcPr>
          <w:p w14:paraId="7D5986EA" w14:textId="77777777" w:rsidR="00E6505E" w:rsidRDefault="00000000">
            <w:r>
              <w:rPr>
                <w:sz w:val="13"/>
              </w:rPr>
              <w:t>168.7 ± 142.1</w:t>
            </w:r>
          </w:p>
        </w:tc>
        <w:tc>
          <w:tcPr>
            <w:tcW w:w="1332" w:type="dxa"/>
            <w:vAlign w:val="center"/>
          </w:tcPr>
          <w:p w14:paraId="6E99C799" w14:textId="77777777" w:rsidR="00E6505E" w:rsidRDefault="00000000">
            <w:r>
              <w:rPr>
                <w:sz w:val="13"/>
              </w:rPr>
              <w:t>43.1 ± 56.6</w:t>
            </w:r>
          </w:p>
        </w:tc>
        <w:tc>
          <w:tcPr>
            <w:tcW w:w="1332" w:type="dxa"/>
            <w:vAlign w:val="center"/>
          </w:tcPr>
          <w:p w14:paraId="1C8B3DE2" w14:textId="77777777" w:rsidR="00E6505E" w:rsidRDefault="00000000">
            <w:r>
              <w:rPr>
                <w:sz w:val="13"/>
              </w:rPr>
              <w:t>8.86 ± 1.43</w:t>
            </w:r>
          </w:p>
        </w:tc>
        <w:tc>
          <w:tcPr>
            <w:tcW w:w="1332" w:type="dxa"/>
            <w:vAlign w:val="center"/>
          </w:tcPr>
          <w:p w14:paraId="24D1BFF9" w14:textId="77777777" w:rsidR="00E6505E" w:rsidRDefault="00000000">
            <w:r>
              <w:rPr>
                <w:sz w:val="13"/>
              </w:rPr>
              <w:t>429.8 ± 103.1</w:t>
            </w:r>
          </w:p>
        </w:tc>
        <w:tc>
          <w:tcPr>
            <w:tcW w:w="1332" w:type="dxa"/>
            <w:vAlign w:val="center"/>
          </w:tcPr>
          <w:p w14:paraId="1DBE8821" w14:textId="77777777" w:rsidR="00E6505E" w:rsidRDefault="00000000">
            <w:r>
              <w:rPr>
                <w:sz w:val="13"/>
              </w:rPr>
              <w:t>143.2 ± 31.1</w:t>
            </w:r>
          </w:p>
        </w:tc>
      </w:tr>
      <w:tr w:rsidR="00E6505E" w14:paraId="18336596" w14:textId="77777777">
        <w:trPr>
          <w:jc w:val="center"/>
        </w:trPr>
        <w:tc>
          <w:tcPr>
            <w:tcW w:w="1332" w:type="dxa"/>
            <w:vAlign w:val="center"/>
          </w:tcPr>
          <w:p w14:paraId="0D7C0F18" w14:textId="77777777" w:rsidR="00E6505E" w:rsidRDefault="00000000">
            <w:r>
              <w:rPr>
                <w:sz w:val="13"/>
              </w:rPr>
              <w:t>T3</w:t>
            </w:r>
          </w:p>
        </w:tc>
        <w:tc>
          <w:tcPr>
            <w:tcW w:w="1332" w:type="dxa"/>
            <w:vAlign w:val="center"/>
          </w:tcPr>
          <w:p w14:paraId="6B5BC017" w14:textId="77777777" w:rsidR="00E6505E" w:rsidRDefault="00000000">
            <w:r>
              <w:rPr>
                <w:sz w:val="13"/>
              </w:rPr>
              <w:t>SAR 9.8</w:t>
            </w:r>
          </w:p>
        </w:tc>
        <w:tc>
          <w:tcPr>
            <w:tcW w:w="1332" w:type="dxa"/>
            <w:vAlign w:val="center"/>
          </w:tcPr>
          <w:p w14:paraId="39E53149" w14:textId="77777777" w:rsidR="00E6505E" w:rsidRDefault="00000000">
            <w:r>
              <w:rPr>
                <w:sz w:val="13"/>
              </w:rPr>
              <w:t>90.9 ± 61.6</w:t>
            </w:r>
          </w:p>
        </w:tc>
        <w:tc>
          <w:tcPr>
            <w:tcW w:w="1332" w:type="dxa"/>
            <w:vAlign w:val="center"/>
          </w:tcPr>
          <w:p w14:paraId="28A08BD2" w14:textId="77777777" w:rsidR="00E6505E" w:rsidRDefault="00000000">
            <w:r>
              <w:rPr>
                <w:sz w:val="13"/>
              </w:rPr>
              <w:t>21.6 ± 20.5</w:t>
            </w:r>
          </w:p>
        </w:tc>
        <w:tc>
          <w:tcPr>
            <w:tcW w:w="1332" w:type="dxa"/>
            <w:vAlign w:val="center"/>
          </w:tcPr>
          <w:p w14:paraId="3220CA03" w14:textId="77777777" w:rsidR="00E6505E" w:rsidRDefault="00000000">
            <w:r>
              <w:rPr>
                <w:sz w:val="13"/>
              </w:rPr>
              <w:t>17.9 ± 22.4</w:t>
            </w:r>
          </w:p>
        </w:tc>
        <w:tc>
          <w:tcPr>
            <w:tcW w:w="1332" w:type="dxa"/>
            <w:vAlign w:val="center"/>
          </w:tcPr>
          <w:p w14:paraId="2EF29CF3" w14:textId="77777777" w:rsidR="00E6505E" w:rsidRDefault="00000000">
            <w:r>
              <w:rPr>
                <w:sz w:val="13"/>
              </w:rPr>
              <w:t>7.97 ± 0.91</w:t>
            </w:r>
          </w:p>
        </w:tc>
        <w:tc>
          <w:tcPr>
            <w:tcW w:w="1332" w:type="dxa"/>
            <w:vAlign w:val="center"/>
          </w:tcPr>
          <w:p w14:paraId="2C7BD12C" w14:textId="77777777" w:rsidR="00E6505E" w:rsidRDefault="00000000">
            <w:r>
              <w:rPr>
                <w:sz w:val="13"/>
              </w:rPr>
              <w:t>320.3 ± 204.6</w:t>
            </w:r>
          </w:p>
        </w:tc>
        <w:tc>
          <w:tcPr>
            <w:tcW w:w="1332" w:type="dxa"/>
            <w:vAlign w:val="center"/>
          </w:tcPr>
          <w:p w14:paraId="251455FC" w14:textId="77777777" w:rsidR="00E6505E" w:rsidRDefault="00000000">
            <w:r>
              <w:rPr>
                <w:sz w:val="13"/>
              </w:rPr>
              <w:t>111.7 ± 69.8</w:t>
            </w:r>
          </w:p>
        </w:tc>
      </w:tr>
      <w:tr w:rsidR="00E6505E" w14:paraId="5069D6B6" w14:textId="77777777">
        <w:trPr>
          <w:jc w:val="center"/>
        </w:trPr>
        <w:tc>
          <w:tcPr>
            <w:tcW w:w="1332" w:type="dxa"/>
            <w:vAlign w:val="center"/>
          </w:tcPr>
          <w:p w14:paraId="06CCF873" w14:textId="77777777" w:rsidR="00E6505E" w:rsidRDefault="00000000">
            <w:r>
              <w:rPr>
                <w:sz w:val="13"/>
              </w:rPr>
              <w:t>T4</w:t>
            </w:r>
          </w:p>
        </w:tc>
        <w:tc>
          <w:tcPr>
            <w:tcW w:w="1332" w:type="dxa"/>
            <w:vAlign w:val="center"/>
          </w:tcPr>
          <w:p w14:paraId="0063F5CD" w14:textId="77777777" w:rsidR="00E6505E" w:rsidRDefault="00000000">
            <w:r>
              <w:rPr>
                <w:sz w:val="13"/>
              </w:rPr>
              <w:t>SAR 9.8</w:t>
            </w:r>
          </w:p>
        </w:tc>
        <w:tc>
          <w:tcPr>
            <w:tcW w:w="1332" w:type="dxa"/>
            <w:vAlign w:val="center"/>
          </w:tcPr>
          <w:p w14:paraId="15D9586C" w14:textId="77777777" w:rsidR="00E6505E" w:rsidRDefault="00000000">
            <w:r>
              <w:rPr>
                <w:sz w:val="13"/>
              </w:rPr>
              <w:t>89.8 ± 99.0</w:t>
            </w:r>
          </w:p>
        </w:tc>
        <w:tc>
          <w:tcPr>
            <w:tcW w:w="1332" w:type="dxa"/>
            <w:vAlign w:val="center"/>
          </w:tcPr>
          <w:p w14:paraId="4E21DB63" w14:textId="77777777" w:rsidR="00E6505E" w:rsidRDefault="00000000">
            <w:r>
              <w:rPr>
                <w:sz w:val="13"/>
              </w:rPr>
              <w:t>29.6 ± 28.3</w:t>
            </w:r>
          </w:p>
        </w:tc>
        <w:tc>
          <w:tcPr>
            <w:tcW w:w="1332" w:type="dxa"/>
            <w:vAlign w:val="center"/>
          </w:tcPr>
          <w:p w14:paraId="03EA36FF" w14:textId="77777777" w:rsidR="00E6505E" w:rsidRDefault="00000000">
            <w:r>
              <w:rPr>
                <w:sz w:val="13"/>
              </w:rPr>
              <w:t>22.5 ± 29.8</w:t>
            </w:r>
          </w:p>
        </w:tc>
        <w:tc>
          <w:tcPr>
            <w:tcW w:w="1332" w:type="dxa"/>
            <w:vAlign w:val="center"/>
          </w:tcPr>
          <w:p w14:paraId="4B4C8C02" w14:textId="77777777" w:rsidR="00E6505E" w:rsidRDefault="00000000">
            <w:r>
              <w:rPr>
                <w:sz w:val="13"/>
              </w:rPr>
              <w:t>7.54 ± 0.96</w:t>
            </w:r>
          </w:p>
        </w:tc>
        <w:tc>
          <w:tcPr>
            <w:tcW w:w="1332" w:type="dxa"/>
            <w:vAlign w:val="center"/>
          </w:tcPr>
          <w:p w14:paraId="52A40B7B" w14:textId="77777777" w:rsidR="00E6505E" w:rsidRDefault="00000000">
            <w:r>
              <w:rPr>
                <w:sz w:val="13"/>
              </w:rPr>
              <w:t>431.7 ± 169.0</w:t>
            </w:r>
          </w:p>
        </w:tc>
        <w:tc>
          <w:tcPr>
            <w:tcW w:w="1332" w:type="dxa"/>
            <w:vAlign w:val="center"/>
          </w:tcPr>
          <w:p w14:paraId="7A5956F4" w14:textId="77777777" w:rsidR="00E6505E" w:rsidRDefault="00000000">
            <w:r>
              <w:rPr>
                <w:sz w:val="13"/>
              </w:rPr>
              <w:t>149.5 ± 66.7</w:t>
            </w:r>
          </w:p>
        </w:tc>
      </w:tr>
      <w:tr w:rsidR="00E6505E" w14:paraId="17077211" w14:textId="77777777">
        <w:trPr>
          <w:jc w:val="center"/>
        </w:trPr>
        <w:tc>
          <w:tcPr>
            <w:tcW w:w="1332" w:type="dxa"/>
            <w:vAlign w:val="center"/>
          </w:tcPr>
          <w:p w14:paraId="075ED891" w14:textId="77777777" w:rsidR="00E6505E" w:rsidRDefault="00000000">
            <w:r>
              <w:rPr>
                <w:sz w:val="13"/>
              </w:rPr>
              <w:t>T5</w:t>
            </w:r>
          </w:p>
        </w:tc>
        <w:tc>
          <w:tcPr>
            <w:tcW w:w="1332" w:type="dxa"/>
            <w:vAlign w:val="center"/>
          </w:tcPr>
          <w:p w14:paraId="5CA6DAFC" w14:textId="77777777" w:rsidR="00E6505E" w:rsidRDefault="00000000">
            <w:r>
              <w:rPr>
                <w:sz w:val="13"/>
              </w:rPr>
              <w:t>SAR 4.9</w:t>
            </w:r>
          </w:p>
        </w:tc>
        <w:tc>
          <w:tcPr>
            <w:tcW w:w="1332" w:type="dxa"/>
            <w:vAlign w:val="center"/>
          </w:tcPr>
          <w:p w14:paraId="082BEB1D" w14:textId="77777777" w:rsidR="00E6505E" w:rsidRDefault="00000000">
            <w:r>
              <w:rPr>
                <w:sz w:val="13"/>
              </w:rPr>
              <w:t>190.3 ± 30.8</w:t>
            </w:r>
          </w:p>
        </w:tc>
        <w:tc>
          <w:tcPr>
            <w:tcW w:w="1332" w:type="dxa"/>
            <w:vAlign w:val="center"/>
          </w:tcPr>
          <w:p w14:paraId="17E76ACA" w14:textId="77777777" w:rsidR="00E6505E" w:rsidRDefault="00000000">
            <w:r>
              <w:rPr>
                <w:sz w:val="13"/>
              </w:rPr>
              <w:t>75.1 ± 21.4</w:t>
            </w:r>
          </w:p>
        </w:tc>
        <w:tc>
          <w:tcPr>
            <w:tcW w:w="1332" w:type="dxa"/>
            <w:vAlign w:val="center"/>
          </w:tcPr>
          <w:p w14:paraId="23F88427" w14:textId="77777777" w:rsidR="00E6505E" w:rsidRDefault="00000000">
            <w:r>
              <w:rPr>
                <w:sz w:val="13"/>
              </w:rPr>
              <w:t>75.1 ± 21.4</w:t>
            </w:r>
          </w:p>
        </w:tc>
        <w:tc>
          <w:tcPr>
            <w:tcW w:w="1332" w:type="dxa"/>
            <w:vAlign w:val="center"/>
          </w:tcPr>
          <w:p w14:paraId="0FF28B90" w14:textId="77777777" w:rsidR="00E6505E" w:rsidRDefault="00000000">
            <w:r>
              <w:rPr>
                <w:sz w:val="13"/>
              </w:rPr>
              <w:t>7.26 ± 1.52</w:t>
            </w:r>
          </w:p>
        </w:tc>
        <w:tc>
          <w:tcPr>
            <w:tcW w:w="1332" w:type="dxa"/>
            <w:vAlign w:val="center"/>
          </w:tcPr>
          <w:p w14:paraId="66E0BA0C" w14:textId="77777777" w:rsidR="00E6505E" w:rsidRDefault="00000000">
            <w:r>
              <w:rPr>
                <w:sz w:val="13"/>
              </w:rPr>
              <w:t>520.5 ± 139.2</w:t>
            </w:r>
          </w:p>
        </w:tc>
        <w:tc>
          <w:tcPr>
            <w:tcW w:w="1332" w:type="dxa"/>
            <w:vAlign w:val="center"/>
          </w:tcPr>
          <w:p w14:paraId="564E5B0A" w14:textId="77777777" w:rsidR="00E6505E" w:rsidRDefault="00000000">
            <w:r>
              <w:rPr>
                <w:sz w:val="13"/>
              </w:rPr>
              <w:t>175.0 ± 40.5</w:t>
            </w:r>
          </w:p>
        </w:tc>
      </w:tr>
      <w:tr w:rsidR="00E6505E" w14:paraId="02395BA3" w14:textId="77777777">
        <w:trPr>
          <w:jc w:val="center"/>
        </w:trPr>
        <w:tc>
          <w:tcPr>
            <w:tcW w:w="1332" w:type="dxa"/>
            <w:vAlign w:val="center"/>
          </w:tcPr>
          <w:p w14:paraId="13AFAB14" w14:textId="77777777" w:rsidR="00E6505E" w:rsidRDefault="00000000">
            <w:r>
              <w:rPr>
                <w:sz w:val="13"/>
              </w:rPr>
              <w:t>T6</w:t>
            </w:r>
          </w:p>
        </w:tc>
        <w:tc>
          <w:tcPr>
            <w:tcW w:w="1332" w:type="dxa"/>
            <w:vAlign w:val="center"/>
          </w:tcPr>
          <w:p w14:paraId="5542DAE2" w14:textId="77777777" w:rsidR="00E6505E" w:rsidRDefault="00000000">
            <w:r>
              <w:rPr>
                <w:sz w:val="13"/>
              </w:rPr>
              <w:t>SAR 4.9</w:t>
            </w:r>
          </w:p>
        </w:tc>
        <w:tc>
          <w:tcPr>
            <w:tcW w:w="1332" w:type="dxa"/>
            <w:vAlign w:val="center"/>
          </w:tcPr>
          <w:p w14:paraId="00D3E7EC" w14:textId="77777777" w:rsidR="00E6505E" w:rsidRDefault="00000000">
            <w:r>
              <w:rPr>
                <w:sz w:val="13"/>
              </w:rPr>
              <w:t>185.6 ± 134.2</w:t>
            </w:r>
          </w:p>
        </w:tc>
        <w:tc>
          <w:tcPr>
            <w:tcW w:w="1332" w:type="dxa"/>
            <w:vAlign w:val="center"/>
          </w:tcPr>
          <w:p w14:paraId="5C74F7B7" w14:textId="77777777" w:rsidR="00E6505E" w:rsidRDefault="00000000">
            <w:r>
              <w:rPr>
                <w:sz w:val="13"/>
              </w:rPr>
              <w:t>79.2 ± 63.1</w:t>
            </w:r>
          </w:p>
        </w:tc>
        <w:tc>
          <w:tcPr>
            <w:tcW w:w="1332" w:type="dxa"/>
            <w:vAlign w:val="center"/>
          </w:tcPr>
          <w:p w14:paraId="0E4FFD0E" w14:textId="77777777" w:rsidR="00E6505E" w:rsidRDefault="00000000">
            <w:r>
              <w:rPr>
                <w:sz w:val="13"/>
              </w:rPr>
              <w:t>79.2 ± 63.1</w:t>
            </w:r>
          </w:p>
        </w:tc>
        <w:tc>
          <w:tcPr>
            <w:tcW w:w="1332" w:type="dxa"/>
            <w:vAlign w:val="center"/>
          </w:tcPr>
          <w:p w14:paraId="2DABAB4C" w14:textId="77777777" w:rsidR="00E6505E" w:rsidRDefault="00000000">
            <w:r>
              <w:rPr>
                <w:sz w:val="13"/>
              </w:rPr>
              <w:t>7.71 ± 1.39</w:t>
            </w:r>
          </w:p>
        </w:tc>
        <w:tc>
          <w:tcPr>
            <w:tcW w:w="1332" w:type="dxa"/>
            <w:vAlign w:val="center"/>
          </w:tcPr>
          <w:p w14:paraId="2DD758B4" w14:textId="77777777" w:rsidR="00E6505E" w:rsidRDefault="00000000">
            <w:r>
              <w:rPr>
                <w:sz w:val="13"/>
              </w:rPr>
              <w:t>432.2 ± 164.5</w:t>
            </w:r>
          </w:p>
        </w:tc>
        <w:tc>
          <w:tcPr>
            <w:tcW w:w="1332" w:type="dxa"/>
            <w:vAlign w:val="center"/>
          </w:tcPr>
          <w:p w14:paraId="3972BFEB" w14:textId="77777777" w:rsidR="00E6505E" w:rsidRDefault="00000000">
            <w:r>
              <w:rPr>
                <w:sz w:val="13"/>
              </w:rPr>
              <w:t>159.2 ± 49.2</w:t>
            </w:r>
          </w:p>
        </w:tc>
      </w:tr>
      <w:tr w:rsidR="00E6505E" w14:paraId="7EA8D96E" w14:textId="77777777">
        <w:trPr>
          <w:jc w:val="center"/>
        </w:trPr>
        <w:tc>
          <w:tcPr>
            <w:tcW w:w="1332" w:type="dxa"/>
            <w:vAlign w:val="center"/>
          </w:tcPr>
          <w:p w14:paraId="6D7D37B5" w14:textId="77777777" w:rsidR="00E6505E" w:rsidRDefault="00000000">
            <w:r>
              <w:rPr>
                <w:sz w:val="13"/>
              </w:rPr>
              <w:t>T7</w:t>
            </w:r>
          </w:p>
        </w:tc>
        <w:tc>
          <w:tcPr>
            <w:tcW w:w="1332" w:type="dxa"/>
            <w:vAlign w:val="center"/>
          </w:tcPr>
          <w:p w14:paraId="77CEFD22" w14:textId="77777777" w:rsidR="00E6505E" w:rsidRDefault="00000000">
            <w:r>
              <w:rPr>
                <w:sz w:val="13"/>
              </w:rPr>
              <w:t>SAR 4.9</w:t>
            </w:r>
          </w:p>
        </w:tc>
        <w:tc>
          <w:tcPr>
            <w:tcW w:w="1332" w:type="dxa"/>
            <w:vAlign w:val="center"/>
          </w:tcPr>
          <w:p w14:paraId="5AD20526" w14:textId="77777777" w:rsidR="00E6505E" w:rsidRDefault="00000000">
            <w:r>
              <w:rPr>
                <w:sz w:val="13"/>
              </w:rPr>
              <w:t>73.2 ± 56.2</w:t>
            </w:r>
          </w:p>
        </w:tc>
        <w:tc>
          <w:tcPr>
            <w:tcW w:w="1332" w:type="dxa"/>
            <w:vAlign w:val="center"/>
          </w:tcPr>
          <w:p w14:paraId="461C7020" w14:textId="77777777" w:rsidR="00E6505E" w:rsidRDefault="00000000">
            <w:r>
              <w:rPr>
                <w:sz w:val="13"/>
              </w:rPr>
              <w:t>19.1 ± 24.2</w:t>
            </w:r>
          </w:p>
        </w:tc>
        <w:tc>
          <w:tcPr>
            <w:tcW w:w="1332" w:type="dxa"/>
            <w:vAlign w:val="center"/>
          </w:tcPr>
          <w:p w14:paraId="4C0655FD" w14:textId="77777777" w:rsidR="00E6505E" w:rsidRDefault="00000000">
            <w:r>
              <w:rPr>
                <w:sz w:val="13"/>
              </w:rPr>
              <w:t>19.1 ± 24.2</w:t>
            </w:r>
          </w:p>
        </w:tc>
        <w:tc>
          <w:tcPr>
            <w:tcW w:w="1332" w:type="dxa"/>
            <w:vAlign w:val="center"/>
          </w:tcPr>
          <w:p w14:paraId="2A1DA700" w14:textId="77777777" w:rsidR="00E6505E" w:rsidRDefault="00000000">
            <w:r>
              <w:rPr>
                <w:sz w:val="13"/>
              </w:rPr>
              <w:t>9.06 ± 0.80</w:t>
            </w:r>
          </w:p>
        </w:tc>
        <w:tc>
          <w:tcPr>
            <w:tcW w:w="1332" w:type="dxa"/>
            <w:vAlign w:val="center"/>
          </w:tcPr>
          <w:p w14:paraId="4E9C678B" w14:textId="77777777" w:rsidR="00E6505E" w:rsidRDefault="00000000">
            <w:r>
              <w:rPr>
                <w:sz w:val="13"/>
              </w:rPr>
              <w:t>314.3 ± 129.6</w:t>
            </w:r>
          </w:p>
        </w:tc>
        <w:tc>
          <w:tcPr>
            <w:tcW w:w="1332" w:type="dxa"/>
            <w:vAlign w:val="center"/>
          </w:tcPr>
          <w:p w14:paraId="613D1058" w14:textId="77777777" w:rsidR="00E6505E" w:rsidRDefault="00000000">
            <w:r>
              <w:rPr>
                <w:sz w:val="13"/>
              </w:rPr>
              <w:t>128.5 ± 53.0</w:t>
            </w:r>
          </w:p>
        </w:tc>
      </w:tr>
      <w:tr w:rsidR="00E6505E" w14:paraId="2DCD454C" w14:textId="77777777">
        <w:trPr>
          <w:jc w:val="center"/>
        </w:trPr>
        <w:tc>
          <w:tcPr>
            <w:tcW w:w="1332" w:type="dxa"/>
            <w:vAlign w:val="center"/>
          </w:tcPr>
          <w:p w14:paraId="2EAA4C85" w14:textId="77777777" w:rsidR="00E6505E" w:rsidRDefault="00000000">
            <w:r>
              <w:rPr>
                <w:sz w:val="13"/>
              </w:rPr>
              <w:t>T8</w:t>
            </w:r>
          </w:p>
        </w:tc>
        <w:tc>
          <w:tcPr>
            <w:tcW w:w="1332" w:type="dxa"/>
            <w:vAlign w:val="center"/>
          </w:tcPr>
          <w:p w14:paraId="56465206" w14:textId="77777777" w:rsidR="00E6505E" w:rsidRDefault="00000000">
            <w:r>
              <w:rPr>
                <w:sz w:val="13"/>
              </w:rPr>
              <w:t>K-group</w:t>
            </w:r>
          </w:p>
        </w:tc>
        <w:tc>
          <w:tcPr>
            <w:tcW w:w="1332" w:type="dxa"/>
            <w:vAlign w:val="center"/>
          </w:tcPr>
          <w:p w14:paraId="62C58380" w14:textId="77777777" w:rsidR="00E6505E" w:rsidRDefault="00000000">
            <w:r>
              <w:rPr>
                <w:sz w:val="13"/>
              </w:rPr>
              <w:t>191.0 ± 91.4</w:t>
            </w:r>
          </w:p>
        </w:tc>
        <w:tc>
          <w:tcPr>
            <w:tcW w:w="1332" w:type="dxa"/>
            <w:vAlign w:val="center"/>
          </w:tcPr>
          <w:p w14:paraId="4E529EBD" w14:textId="77777777" w:rsidR="00E6505E" w:rsidRDefault="00000000">
            <w:r>
              <w:rPr>
                <w:sz w:val="13"/>
              </w:rPr>
              <w:t>92.0 ± 78.2</w:t>
            </w:r>
          </w:p>
        </w:tc>
        <w:tc>
          <w:tcPr>
            <w:tcW w:w="1332" w:type="dxa"/>
            <w:vAlign w:val="center"/>
          </w:tcPr>
          <w:p w14:paraId="52A09F50" w14:textId="77777777" w:rsidR="00E6505E" w:rsidRDefault="00000000">
            <w:r>
              <w:rPr>
                <w:sz w:val="13"/>
              </w:rPr>
              <w:t>92.0 ± 78.2</w:t>
            </w:r>
          </w:p>
        </w:tc>
        <w:tc>
          <w:tcPr>
            <w:tcW w:w="1332" w:type="dxa"/>
            <w:vAlign w:val="center"/>
          </w:tcPr>
          <w:p w14:paraId="770C940E" w14:textId="77777777" w:rsidR="00E6505E" w:rsidRDefault="00000000">
            <w:r>
              <w:rPr>
                <w:sz w:val="13"/>
              </w:rPr>
              <w:t>7.54 ± 1.04</w:t>
            </w:r>
          </w:p>
        </w:tc>
        <w:tc>
          <w:tcPr>
            <w:tcW w:w="1332" w:type="dxa"/>
            <w:vAlign w:val="center"/>
          </w:tcPr>
          <w:p w14:paraId="3898CEAE" w14:textId="77777777" w:rsidR="00E6505E" w:rsidRDefault="00000000">
            <w:r>
              <w:rPr>
                <w:sz w:val="13"/>
              </w:rPr>
              <w:t>437.9 ± 112.9</w:t>
            </w:r>
          </w:p>
        </w:tc>
        <w:tc>
          <w:tcPr>
            <w:tcW w:w="1332" w:type="dxa"/>
            <w:vAlign w:val="center"/>
          </w:tcPr>
          <w:p w14:paraId="593DAAC6" w14:textId="77777777" w:rsidR="00E6505E" w:rsidRDefault="00000000">
            <w:r>
              <w:rPr>
                <w:sz w:val="13"/>
              </w:rPr>
              <w:t>160.3 ± 28.7</w:t>
            </w:r>
          </w:p>
        </w:tc>
      </w:tr>
      <w:tr w:rsidR="00E6505E" w14:paraId="14D8FC2E" w14:textId="77777777">
        <w:trPr>
          <w:jc w:val="center"/>
        </w:trPr>
        <w:tc>
          <w:tcPr>
            <w:tcW w:w="1332" w:type="dxa"/>
            <w:vAlign w:val="center"/>
          </w:tcPr>
          <w:p w14:paraId="36E84682" w14:textId="77777777" w:rsidR="00E6505E" w:rsidRDefault="00000000">
            <w:r>
              <w:rPr>
                <w:sz w:val="13"/>
              </w:rPr>
              <w:t>T9</w:t>
            </w:r>
          </w:p>
        </w:tc>
        <w:tc>
          <w:tcPr>
            <w:tcW w:w="1332" w:type="dxa"/>
            <w:vAlign w:val="center"/>
          </w:tcPr>
          <w:p w14:paraId="07E5B129" w14:textId="77777777" w:rsidR="00E6505E" w:rsidRDefault="00000000">
            <w:r>
              <w:rPr>
                <w:sz w:val="13"/>
              </w:rPr>
              <w:t>K-group</w:t>
            </w:r>
          </w:p>
        </w:tc>
        <w:tc>
          <w:tcPr>
            <w:tcW w:w="1332" w:type="dxa"/>
            <w:vAlign w:val="center"/>
          </w:tcPr>
          <w:p w14:paraId="11CA33C2" w14:textId="77777777" w:rsidR="00E6505E" w:rsidRDefault="00000000">
            <w:r>
              <w:rPr>
                <w:sz w:val="13"/>
              </w:rPr>
              <w:t>192.8 ± 130.7</w:t>
            </w:r>
          </w:p>
        </w:tc>
        <w:tc>
          <w:tcPr>
            <w:tcW w:w="1332" w:type="dxa"/>
            <w:vAlign w:val="center"/>
          </w:tcPr>
          <w:p w14:paraId="1530665B" w14:textId="77777777" w:rsidR="00E6505E" w:rsidRDefault="00000000">
            <w:r>
              <w:rPr>
                <w:sz w:val="13"/>
              </w:rPr>
              <w:t>81.9 ± 58.7</w:t>
            </w:r>
          </w:p>
        </w:tc>
        <w:tc>
          <w:tcPr>
            <w:tcW w:w="1332" w:type="dxa"/>
            <w:vAlign w:val="center"/>
          </w:tcPr>
          <w:p w14:paraId="7CD37278" w14:textId="77777777" w:rsidR="00E6505E" w:rsidRDefault="00000000">
            <w:r>
              <w:rPr>
                <w:sz w:val="13"/>
              </w:rPr>
              <w:t>81.9 ± 58.7</w:t>
            </w:r>
          </w:p>
        </w:tc>
        <w:tc>
          <w:tcPr>
            <w:tcW w:w="1332" w:type="dxa"/>
            <w:vAlign w:val="center"/>
          </w:tcPr>
          <w:p w14:paraId="56DB5563" w14:textId="77777777" w:rsidR="00E6505E" w:rsidRDefault="00000000">
            <w:r>
              <w:rPr>
                <w:sz w:val="13"/>
              </w:rPr>
              <w:t>7.83 ± 1.35</w:t>
            </w:r>
          </w:p>
        </w:tc>
        <w:tc>
          <w:tcPr>
            <w:tcW w:w="1332" w:type="dxa"/>
            <w:vAlign w:val="center"/>
          </w:tcPr>
          <w:p w14:paraId="3767911B" w14:textId="77777777" w:rsidR="00E6505E" w:rsidRDefault="00000000">
            <w:r>
              <w:rPr>
                <w:sz w:val="13"/>
              </w:rPr>
              <w:t>455.4 ± 226.6</w:t>
            </w:r>
          </w:p>
        </w:tc>
        <w:tc>
          <w:tcPr>
            <w:tcW w:w="1332" w:type="dxa"/>
            <w:vAlign w:val="center"/>
          </w:tcPr>
          <w:p w14:paraId="1B367FFE" w14:textId="77777777" w:rsidR="00E6505E" w:rsidRDefault="00000000">
            <w:r>
              <w:rPr>
                <w:sz w:val="13"/>
              </w:rPr>
              <w:t>159.0 ± 64.8</w:t>
            </w:r>
          </w:p>
        </w:tc>
      </w:tr>
      <w:tr w:rsidR="00E6505E" w14:paraId="5D1DDA48" w14:textId="77777777">
        <w:trPr>
          <w:jc w:val="center"/>
        </w:trPr>
        <w:tc>
          <w:tcPr>
            <w:tcW w:w="1332" w:type="dxa"/>
            <w:vAlign w:val="center"/>
          </w:tcPr>
          <w:p w14:paraId="634F406F" w14:textId="77777777" w:rsidR="00E6505E" w:rsidRDefault="00000000">
            <w:r>
              <w:rPr>
                <w:sz w:val="13"/>
              </w:rPr>
              <w:t>T10</w:t>
            </w:r>
          </w:p>
        </w:tc>
        <w:tc>
          <w:tcPr>
            <w:tcW w:w="1332" w:type="dxa"/>
            <w:vAlign w:val="center"/>
          </w:tcPr>
          <w:p w14:paraId="7267C65A" w14:textId="77777777" w:rsidR="00E6505E" w:rsidRDefault="00000000">
            <w:r>
              <w:rPr>
                <w:sz w:val="13"/>
              </w:rPr>
              <w:t>K-group</w:t>
            </w:r>
          </w:p>
        </w:tc>
        <w:tc>
          <w:tcPr>
            <w:tcW w:w="1332" w:type="dxa"/>
            <w:vAlign w:val="center"/>
          </w:tcPr>
          <w:p w14:paraId="12315758" w14:textId="77777777" w:rsidR="00E6505E" w:rsidRDefault="00000000">
            <w:r>
              <w:rPr>
                <w:sz w:val="13"/>
              </w:rPr>
              <w:t>204.9 ± 106.2</w:t>
            </w:r>
          </w:p>
        </w:tc>
        <w:tc>
          <w:tcPr>
            <w:tcW w:w="1332" w:type="dxa"/>
            <w:vAlign w:val="center"/>
          </w:tcPr>
          <w:p w14:paraId="09F08CFC" w14:textId="77777777" w:rsidR="00E6505E" w:rsidRDefault="00000000">
            <w:r>
              <w:rPr>
                <w:sz w:val="13"/>
              </w:rPr>
              <w:t>82.4 ± 69.0</w:t>
            </w:r>
          </w:p>
        </w:tc>
        <w:tc>
          <w:tcPr>
            <w:tcW w:w="1332" w:type="dxa"/>
            <w:vAlign w:val="center"/>
          </w:tcPr>
          <w:p w14:paraId="6C5D53FF" w14:textId="77777777" w:rsidR="00E6505E" w:rsidRDefault="00000000">
            <w:r>
              <w:rPr>
                <w:sz w:val="13"/>
              </w:rPr>
              <w:t>82.4 ± 69.0</w:t>
            </w:r>
          </w:p>
        </w:tc>
        <w:tc>
          <w:tcPr>
            <w:tcW w:w="1332" w:type="dxa"/>
            <w:vAlign w:val="center"/>
          </w:tcPr>
          <w:p w14:paraId="536C3D2B" w14:textId="77777777" w:rsidR="00E6505E" w:rsidRDefault="00000000">
            <w:r>
              <w:rPr>
                <w:sz w:val="13"/>
              </w:rPr>
              <w:t>7.06 ± 1.44</w:t>
            </w:r>
          </w:p>
        </w:tc>
        <w:tc>
          <w:tcPr>
            <w:tcW w:w="1332" w:type="dxa"/>
            <w:vAlign w:val="center"/>
          </w:tcPr>
          <w:p w14:paraId="7A738B3C" w14:textId="77777777" w:rsidR="00E6505E" w:rsidRDefault="00000000">
            <w:r>
              <w:rPr>
                <w:sz w:val="13"/>
              </w:rPr>
              <w:t>496.3 ± 133.3</w:t>
            </w:r>
          </w:p>
        </w:tc>
        <w:tc>
          <w:tcPr>
            <w:tcW w:w="1332" w:type="dxa"/>
            <w:vAlign w:val="center"/>
          </w:tcPr>
          <w:p w14:paraId="3DB17D39" w14:textId="77777777" w:rsidR="00E6505E" w:rsidRDefault="00000000">
            <w:r>
              <w:rPr>
                <w:sz w:val="13"/>
              </w:rPr>
              <w:t>183.3 ± 43.0</w:t>
            </w:r>
          </w:p>
        </w:tc>
      </w:tr>
    </w:tbl>
    <w:p w14:paraId="5D4BEF8B" w14:textId="77777777" w:rsidR="00E6505E" w:rsidRDefault="00E6505E"/>
    <w:p w14:paraId="45319D35" w14:textId="77777777" w:rsidR="00E6505E" w:rsidRDefault="00000000">
      <w:r>
        <w:rPr>
          <w:b/>
          <w:sz w:val="18"/>
        </w:rPr>
        <w:t>Supplementary Table S2A. ANOVA summary for crop-response variables, fruit soluble solids, biomass and shoot ion accumulation.</w:t>
      </w:r>
    </w:p>
    <w:p w14:paraId="1B68E1CF" w14:textId="77777777" w:rsidR="00E6505E" w:rsidRDefault="00000000">
      <w:pPr>
        <w:spacing w:after="60"/>
      </w:pPr>
      <w:r>
        <w:rPr>
          <w:sz w:val="16"/>
        </w:rPr>
        <w:t>For yield and biomass variables, tests were calculated from treatment means ± SD using n=4 block-level observations. Fruit soluble solids and shoot ion variables were analysed from available raw observations. p values &lt;0.05 indicate significant treatment effects.</w:t>
      </w:r>
    </w:p>
    <w:tbl>
      <w:tblPr>
        <w:tblStyle w:val="Tablaconcuadrcula"/>
        <w:tblW w:w="0" w:type="auto"/>
        <w:jc w:val="center"/>
        <w:tblLook w:val="04A0" w:firstRow="1" w:lastRow="0" w:firstColumn="1" w:lastColumn="0" w:noHBand="0" w:noVBand="1"/>
      </w:tblPr>
      <w:tblGrid>
        <w:gridCol w:w="1520"/>
        <w:gridCol w:w="1521"/>
        <w:gridCol w:w="1521"/>
        <w:gridCol w:w="1521"/>
        <w:gridCol w:w="1521"/>
        <w:gridCol w:w="1521"/>
        <w:gridCol w:w="1521"/>
      </w:tblGrid>
      <w:tr w:rsidR="00E6505E" w14:paraId="2CACAC86" w14:textId="77777777">
        <w:trPr>
          <w:tblHeader/>
          <w:jc w:val="center"/>
        </w:trPr>
        <w:tc>
          <w:tcPr>
            <w:tcW w:w="1522" w:type="dxa"/>
            <w:shd w:val="clear" w:color="auto" w:fill="D9EAF7"/>
            <w:vAlign w:val="center"/>
          </w:tcPr>
          <w:p w14:paraId="21AB76BA" w14:textId="77777777" w:rsidR="00E6505E" w:rsidRDefault="00000000">
            <w:r>
              <w:rPr>
                <w:b/>
                <w:sz w:val="14"/>
              </w:rPr>
              <w:t>Variable</w:t>
            </w:r>
          </w:p>
        </w:tc>
        <w:tc>
          <w:tcPr>
            <w:tcW w:w="1522" w:type="dxa"/>
            <w:shd w:val="clear" w:color="auto" w:fill="D9EAF7"/>
            <w:vAlign w:val="center"/>
          </w:tcPr>
          <w:p w14:paraId="49F67DB5" w14:textId="77777777" w:rsidR="00E6505E" w:rsidRDefault="00000000">
            <w:r>
              <w:rPr>
                <w:b/>
                <w:sz w:val="14"/>
              </w:rPr>
              <w:t>Unit</w:t>
            </w:r>
          </w:p>
        </w:tc>
        <w:tc>
          <w:tcPr>
            <w:tcW w:w="1522" w:type="dxa"/>
            <w:shd w:val="clear" w:color="auto" w:fill="D9EAF7"/>
            <w:vAlign w:val="center"/>
          </w:tcPr>
          <w:p w14:paraId="1041752E" w14:textId="77777777" w:rsidR="00E6505E" w:rsidRDefault="00000000">
            <w:r>
              <w:rPr>
                <w:b/>
                <w:sz w:val="14"/>
              </w:rPr>
              <w:t>df treatment</w:t>
            </w:r>
          </w:p>
        </w:tc>
        <w:tc>
          <w:tcPr>
            <w:tcW w:w="1522" w:type="dxa"/>
            <w:shd w:val="clear" w:color="auto" w:fill="D9EAF7"/>
            <w:vAlign w:val="center"/>
          </w:tcPr>
          <w:p w14:paraId="3A3912D2" w14:textId="77777777" w:rsidR="00E6505E" w:rsidRDefault="00000000">
            <w:r>
              <w:rPr>
                <w:b/>
                <w:sz w:val="14"/>
              </w:rPr>
              <w:t>df error</w:t>
            </w:r>
          </w:p>
        </w:tc>
        <w:tc>
          <w:tcPr>
            <w:tcW w:w="1522" w:type="dxa"/>
            <w:shd w:val="clear" w:color="auto" w:fill="D9EAF7"/>
            <w:vAlign w:val="center"/>
          </w:tcPr>
          <w:p w14:paraId="3A93C31A" w14:textId="77777777" w:rsidR="00E6505E" w:rsidRDefault="00000000">
            <w:r>
              <w:rPr>
                <w:b/>
                <w:sz w:val="14"/>
              </w:rPr>
              <w:t>F</w:t>
            </w:r>
          </w:p>
        </w:tc>
        <w:tc>
          <w:tcPr>
            <w:tcW w:w="1522" w:type="dxa"/>
            <w:shd w:val="clear" w:color="auto" w:fill="D9EAF7"/>
            <w:vAlign w:val="center"/>
          </w:tcPr>
          <w:p w14:paraId="51B09ADB" w14:textId="77777777" w:rsidR="00E6505E" w:rsidRDefault="00000000">
            <w:r>
              <w:rPr>
                <w:b/>
                <w:sz w:val="14"/>
              </w:rPr>
              <w:t>p value</w:t>
            </w:r>
          </w:p>
        </w:tc>
        <w:tc>
          <w:tcPr>
            <w:tcW w:w="1522" w:type="dxa"/>
            <w:shd w:val="clear" w:color="auto" w:fill="D9EAF7"/>
            <w:vAlign w:val="center"/>
          </w:tcPr>
          <w:p w14:paraId="7F31984D" w14:textId="77777777" w:rsidR="00E6505E" w:rsidRDefault="00000000">
            <w:r>
              <w:rPr>
                <w:b/>
                <w:sz w:val="14"/>
              </w:rPr>
              <w:t>Data basis</w:t>
            </w:r>
          </w:p>
        </w:tc>
      </w:tr>
      <w:tr w:rsidR="00E6505E" w14:paraId="3E4C6F27" w14:textId="77777777">
        <w:trPr>
          <w:jc w:val="center"/>
        </w:trPr>
        <w:tc>
          <w:tcPr>
            <w:tcW w:w="1522" w:type="dxa"/>
            <w:vAlign w:val="center"/>
          </w:tcPr>
          <w:p w14:paraId="77634F64" w14:textId="77777777" w:rsidR="00E6505E" w:rsidRDefault="00000000">
            <w:r>
              <w:rPr>
                <w:sz w:val="14"/>
              </w:rPr>
              <w:t>Total yield</w:t>
            </w:r>
          </w:p>
        </w:tc>
        <w:tc>
          <w:tcPr>
            <w:tcW w:w="1522" w:type="dxa"/>
            <w:vAlign w:val="center"/>
          </w:tcPr>
          <w:p w14:paraId="37E9B0CE" w14:textId="77777777" w:rsidR="00E6505E" w:rsidRDefault="00000000">
            <w:r>
              <w:rPr>
                <w:sz w:val="14"/>
              </w:rPr>
              <w:t>g plant-1 estimated FW</w:t>
            </w:r>
          </w:p>
        </w:tc>
        <w:tc>
          <w:tcPr>
            <w:tcW w:w="1522" w:type="dxa"/>
            <w:vAlign w:val="center"/>
          </w:tcPr>
          <w:p w14:paraId="1B30A3E2" w14:textId="77777777" w:rsidR="00E6505E" w:rsidRDefault="00000000">
            <w:r>
              <w:rPr>
                <w:sz w:val="14"/>
              </w:rPr>
              <w:t>10</w:t>
            </w:r>
          </w:p>
        </w:tc>
        <w:tc>
          <w:tcPr>
            <w:tcW w:w="1522" w:type="dxa"/>
            <w:vAlign w:val="center"/>
          </w:tcPr>
          <w:p w14:paraId="340BCECC" w14:textId="77777777" w:rsidR="00E6505E" w:rsidRDefault="00000000">
            <w:r>
              <w:rPr>
                <w:sz w:val="14"/>
              </w:rPr>
              <w:t>33</w:t>
            </w:r>
          </w:p>
        </w:tc>
        <w:tc>
          <w:tcPr>
            <w:tcW w:w="1522" w:type="dxa"/>
            <w:vAlign w:val="center"/>
          </w:tcPr>
          <w:p w14:paraId="44093CB4" w14:textId="77777777" w:rsidR="00E6505E" w:rsidRDefault="00000000">
            <w:r>
              <w:rPr>
                <w:sz w:val="14"/>
              </w:rPr>
              <w:t>1.48</w:t>
            </w:r>
          </w:p>
        </w:tc>
        <w:tc>
          <w:tcPr>
            <w:tcW w:w="1522" w:type="dxa"/>
            <w:vAlign w:val="center"/>
          </w:tcPr>
          <w:p w14:paraId="316AA201" w14:textId="77777777" w:rsidR="00E6505E" w:rsidRDefault="00000000">
            <w:r>
              <w:rPr>
                <w:sz w:val="14"/>
              </w:rPr>
              <w:t>0.190</w:t>
            </w:r>
          </w:p>
        </w:tc>
        <w:tc>
          <w:tcPr>
            <w:tcW w:w="1522" w:type="dxa"/>
            <w:vAlign w:val="center"/>
          </w:tcPr>
          <w:p w14:paraId="62D5C752" w14:textId="77777777" w:rsidR="00E6505E" w:rsidRDefault="00000000">
            <w:r>
              <w:rPr>
                <w:sz w:val="14"/>
              </w:rPr>
              <w:t>treatment means ± SD; n=4 block-level observations</w:t>
            </w:r>
          </w:p>
        </w:tc>
      </w:tr>
      <w:tr w:rsidR="00E6505E" w14:paraId="38F77857" w14:textId="77777777">
        <w:trPr>
          <w:jc w:val="center"/>
        </w:trPr>
        <w:tc>
          <w:tcPr>
            <w:tcW w:w="1522" w:type="dxa"/>
            <w:vAlign w:val="center"/>
          </w:tcPr>
          <w:p w14:paraId="15510742" w14:textId="77777777" w:rsidR="00E6505E" w:rsidRDefault="00000000">
            <w:r>
              <w:rPr>
                <w:sz w:val="14"/>
              </w:rPr>
              <w:t>Marketable yield</w:t>
            </w:r>
          </w:p>
        </w:tc>
        <w:tc>
          <w:tcPr>
            <w:tcW w:w="1522" w:type="dxa"/>
            <w:vAlign w:val="center"/>
          </w:tcPr>
          <w:p w14:paraId="60902B84" w14:textId="77777777" w:rsidR="00E6505E" w:rsidRDefault="00000000">
            <w:r>
              <w:rPr>
                <w:sz w:val="14"/>
              </w:rPr>
              <w:t>g plant-1 estimated FW</w:t>
            </w:r>
          </w:p>
        </w:tc>
        <w:tc>
          <w:tcPr>
            <w:tcW w:w="1522" w:type="dxa"/>
            <w:vAlign w:val="center"/>
          </w:tcPr>
          <w:p w14:paraId="15E25E2B" w14:textId="77777777" w:rsidR="00E6505E" w:rsidRDefault="00000000">
            <w:r>
              <w:rPr>
                <w:sz w:val="14"/>
              </w:rPr>
              <w:t>10</w:t>
            </w:r>
          </w:p>
        </w:tc>
        <w:tc>
          <w:tcPr>
            <w:tcW w:w="1522" w:type="dxa"/>
            <w:vAlign w:val="center"/>
          </w:tcPr>
          <w:p w14:paraId="28434AB9" w14:textId="77777777" w:rsidR="00E6505E" w:rsidRDefault="00000000">
            <w:r>
              <w:rPr>
                <w:sz w:val="14"/>
              </w:rPr>
              <w:t>33</w:t>
            </w:r>
          </w:p>
        </w:tc>
        <w:tc>
          <w:tcPr>
            <w:tcW w:w="1522" w:type="dxa"/>
            <w:vAlign w:val="center"/>
          </w:tcPr>
          <w:p w14:paraId="38967067" w14:textId="77777777" w:rsidR="00E6505E" w:rsidRDefault="00000000">
            <w:r>
              <w:rPr>
                <w:sz w:val="14"/>
              </w:rPr>
              <w:t>2.37</w:t>
            </w:r>
          </w:p>
        </w:tc>
        <w:tc>
          <w:tcPr>
            <w:tcW w:w="1522" w:type="dxa"/>
            <w:vAlign w:val="center"/>
          </w:tcPr>
          <w:p w14:paraId="7E62E70C" w14:textId="77777777" w:rsidR="00E6505E" w:rsidRDefault="00000000">
            <w:r>
              <w:rPr>
                <w:sz w:val="14"/>
              </w:rPr>
              <w:t>0.031</w:t>
            </w:r>
          </w:p>
        </w:tc>
        <w:tc>
          <w:tcPr>
            <w:tcW w:w="1522" w:type="dxa"/>
            <w:vAlign w:val="center"/>
          </w:tcPr>
          <w:p w14:paraId="3346AA13" w14:textId="77777777" w:rsidR="00E6505E" w:rsidRDefault="00000000">
            <w:r>
              <w:rPr>
                <w:sz w:val="14"/>
              </w:rPr>
              <w:t>treatment means ± SD; n=4 block-level observations</w:t>
            </w:r>
          </w:p>
        </w:tc>
      </w:tr>
      <w:tr w:rsidR="00E6505E" w14:paraId="35A77629" w14:textId="77777777">
        <w:trPr>
          <w:jc w:val="center"/>
        </w:trPr>
        <w:tc>
          <w:tcPr>
            <w:tcW w:w="1522" w:type="dxa"/>
            <w:vAlign w:val="center"/>
          </w:tcPr>
          <w:p w14:paraId="08D0687E" w14:textId="77777777" w:rsidR="00E6505E" w:rsidRDefault="00000000">
            <w:r>
              <w:rPr>
                <w:sz w:val="14"/>
              </w:rPr>
              <w:t>Late-season total yield</w:t>
            </w:r>
          </w:p>
        </w:tc>
        <w:tc>
          <w:tcPr>
            <w:tcW w:w="1522" w:type="dxa"/>
            <w:vAlign w:val="center"/>
          </w:tcPr>
          <w:p w14:paraId="3E4556CE" w14:textId="77777777" w:rsidR="00E6505E" w:rsidRDefault="00000000">
            <w:r>
              <w:rPr>
                <w:sz w:val="14"/>
              </w:rPr>
              <w:t>g plant-1 estimated FW</w:t>
            </w:r>
          </w:p>
        </w:tc>
        <w:tc>
          <w:tcPr>
            <w:tcW w:w="1522" w:type="dxa"/>
            <w:vAlign w:val="center"/>
          </w:tcPr>
          <w:p w14:paraId="051FFD0C" w14:textId="77777777" w:rsidR="00E6505E" w:rsidRDefault="00000000">
            <w:r>
              <w:rPr>
                <w:sz w:val="14"/>
              </w:rPr>
              <w:t>10</w:t>
            </w:r>
          </w:p>
        </w:tc>
        <w:tc>
          <w:tcPr>
            <w:tcW w:w="1522" w:type="dxa"/>
            <w:vAlign w:val="center"/>
          </w:tcPr>
          <w:p w14:paraId="373B7187" w14:textId="77777777" w:rsidR="00E6505E" w:rsidRDefault="00000000">
            <w:r>
              <w:rPr>
                <w:sz w:val="14"/>
              </w:rPr>
              <w:t>33</w:t>
            </w:r>
          </w:p>
        </w:tc>
        <w:tc>
          <w:tcPr>
            <w:tcW w:w="1522" w:type="dxa"/>
            <w:vAlign w:val="center"/>
          </w:tcPr>
          <w:p w14:paraId="7E7F1C69" w14:textId="77777777" w:rsidR="00E6505E" w:rsidRDefault="00000000">
            <w:r>
              <w:rPr>
                <w:sz w:val="14"/>
              </w:rPr>
              <w:t>1.87</w:t>
            </w:r>
          </w:p>
        </w:tc>
        <w:tc>
          <w:tcPr>
            <w:tcW w:w="1522" w:type="dxa"/>
            <w:vAlign w:val="center"/>
          </w:tcPr>
          <w:p w14:paraId="6D71D636" w14:textId="77777777" w:rsidR="00E6505E" w:rsidRDefault="00000000">
            <w:r>
              <w:rPr>
                <w:sz w:val="14"/>
              </w:rPr>
              <w:t>0.087</w:t>
            </w:r>
          </w:p>
        </w:tc>
        <w:tc>
          <w:tcPr>
            <w:tcW w:w="1522" w:type="dxa"/>
            <w:vAlign w:val="center"/>
          </w:tcPr>
          <w:p w14:paraId="4333CF60" w14:textId="77777777" w:rsidR="00E6505E" w:rsidRDefault="00000000">
            <w:r>
              <w:rPr>
                <w:sz w:val="14"/>
              </w:rPr>
              <w:t>treatment means ± SD; n=4 block-level observations</w:t>
            </w:r>
          </w:p>
        </w:tc>
      </w:tr>
      <w:tr w:rsidR="00E6505E" w14:paraId="6BFCCB33" w14:textId="77777777">
        <w:trPr>
          <w:jc w:val="center"/>
        </w:trPr>
        <w:tc>
          <w:tcPr>
            <w:tcW w:w="1522" w:type="dxa"/>
            <w:vAlign w:val="center"/>
          </w:tcPr>
          <w:p w14:paraId="746CC607" w14:textId="77777777" w:rsidR="00E6505E" w:rsidRDefault="00000000">
            <w:r>
              <w:rPr>
                <w:sz w:val="14"/>
              </w:rPr>
              <w:t>Late-season marketable yield</w:t>
            </w:r>
          </w:p>
        </w:tc>
        <w:tc>
          <w:tcPr>
            <w:tcW w:w="1522" w:type="dxa"/>
            <w:vAlign w:val="center"/>
          </w:tcPr>
          <w:p w14:paraId="0BF5F128" w14:textId="77777777" w:rsidR="00E6505E" w:rsidRDefault="00000000">
            <w:r>
              <w:rPr>
                <w:sz w:val="14"/>
              </w:rPr>
              <w:t>g plant-1 estimated FW</w:t>
            </w:r>
          </w:p>
        </w:tc>
        <w:tc>
          <w:tcPr>
            <w:tcW w:w="1522" w:type="dxa"/>
            <w:vAlign w:val="center"/>
          </w:tcPr>
          <w:p w14:paraId="753153AF" w14:textId="77777777" w:rsidR="00E6505E" w:rsidRDefault="00000000">
            <w:r>
              <w:rPr>
                <w:sz w:val="14"/>
              </w:rPr>
              <w:t>10</w:t>
            </w:r>
          </w:p>
        </w:tc>
        <w:tc>
          <w:tcPr>
            <w:tcW w:w="1522" w:type="dxa"/>
            <w:vAlign w:val="center"/>
          </w:tcPr>
          <w:p w14:paraId="00645DB5" w14:textId="77777777" w:rsidR="00E6505E" w:rsidRDefault="00000000">
            <w:r>
              <w:rPr>
                <w:sz w:val="14"/>
              </w:rPr>
              <w:t>33</w:t>
            </w:r>
          </w:p>
        </w:tc>
        <w:tc>
          <w:tcPr>
            <w:tcW w:w="1522" w:type="dxa"/>
            <w:vAlign w:val="center"/>
          </w:tcPr>
          <w:p w14:paraId="256BA945" w14:textId="77777777" w:rsidR="00E6505E" w:rsidRDefault="00000000">
            <w:r>
              <w:rPr>
                <w:sz w:val="14"/>
              </w:rPr>
              <w:t>1.33</w:t>
            </w:r>
          </w:p>
        </w:tc>
        <w:tc>
          <w:tcPr>
            <w:tcW w:w="1522" w:type="dxa"/>
            <w:vAlign w:val="center"/>
          </w:tcPr>
          <w:p w14:paraId="2E497E9B" w14:textId="77777777" w:rsidR="00E6505E" w:rsidRDefault="00000000">
            <w:r>
              <w:rPr>
                <w:sz w:val="14"/>
              </w:rPr>
              <w:t>0.256</w:t>
            </w:r>
          </w:p>
        </w:tc>
        <w:tc>
          <w:tcPr>
            <w:tcW w:w="1522" w:type="dxa"/>
            <w:vAlign w:val="center"/>
          </w:tcPr>
          <w:p w14:paraId="548ACD8F" w14:textId="77777777" w:rsidR="00E6505E" w:rsidRDefault="00000000">
            <w:r>
              <w:rPr>
                <w:sz w:val="14"/>
              </w:rPr>
              <w:t>treatment means ± SD; n=4 block-level observations</w:t>
            </w:r>
          </w:p>
        </w:tc>
      </w:tr>
      <w:tr w:rsidR="00E6505E" w14:paraId="4C69F984" w14:textId="77777777">
        <w:trPr>
          <w:jc w:val="center"/>
        </w:trPr>
        <w:tc>
          <w:tcPr>
            <w:tcW w:w="1522" w:type="dxa"/>
            <w:vAlign w:val="center"/>
          </w:tcPr>
          <w:p w14:paraId="5C0C6514" w14:textId="77777777" w:rsidR="00E6505E" w:rsidRDefault="00000000">
            <w:r>
              <w:rPr>
                <w:sz w:val="14"/>
              </w:rPr>
              <w:t>Total yield dry weight</w:t>
            </w:r>
          </w:p>
        </w:tc>
        <w:tc>
          <w:tcPr>
            <w:tcW w:w="1522" w:type="dxa"/>
            <w:vAlign w:val="center"/>
          </w:tcPr>
          <w:p w14:paraId="628E8C5A" w14:textId="77777777" w:rsidR="00E6505E" w:rsidRDefault="00000000">
            <w:r>
              <w:rPr>
                <w:sz w:val="14"/>
              </w:rPr>
              <w:t>g plant-1 DW</w:t>
            </w:r>
          </w:p>
        </w:tc>
        <w:tc>
          <w:tcPr>
            <w:tcW w:w="1522" w:type="dxa"/>
            <w:vAlign w:val="center"/>
          </w:tcPr>
          <w:p w14:paraId="11AB3B9B" w14:textId="77777777" w:rsidR="00E6505E" w:rsidRDefault="00000000">
            <w:r>
              <w:rPr>
                <w:sz w:val="14"/>
              </w:rPr>
              <w:t>10</w:t>
            </w:r>
          </w:p>
        </w:tc>
        <w:tc>
          <w:tcPr>
            <w:tcW w:w="1522" w:type="dxa"/>
            <w:vAlign w:val="center"/>
          </w:tcPr>
          <w:p w14:paraId="711A53CA" w14:textId="77777777" w:rsidR="00E6505E" w:rsidRDefault="00000000">
            <w:r>
              <w:rPr>
                <w:sz w:val="14"/>
              </w:rPr>
              <w:t>33</w:t>
            </w:r>
          </w:p>
        </w:tc>
        <w:tc>
          <w:tcPr>
            <w:tcW w:w="1522" w:type="dxa"/>
            <w:vAlign w:val="center"/>
          </w:tcPr>
          <w:p w14:paraId="1A0D6C37" w14:textId="77777777" w:rsidR="00E6505E" w:rsidRDefault="00000000">
            <w:r>
              <w:rPr>
                <w:sz w:val="14"/>
              </w:rPr>
              <w:t>1.49</w:t>
            </w:r>
          </w:p>
        </w:tc>
        <w:tc>
          <w:tcPr>
            <w:tcW w:w="1522" w:type="dxa"/>
            <w:vAlign w:val="center"/>
          </w:tcPr>
          <w:p w14:paraId="0FFD28D0" w14:textId="77777777" w:rsidR="00E6505E" w:rsidRDefault="00000000">
            <w:r>
              <w:rPr>
                <w:sz w:val="14"/>
              </w:rPr>
              <w:t>0.188</w:t>
            </w:r>
          </w:p>
        </w:tc>
        <w:tc>
          <w:tcPr>
            <w:tcW w:w="1522" w:type="dxa"/>
            <w:vAlign w:val="center"/>
          </w:tcPr>
          <w:p w14:paraId="7E137B31" w14:textId="77777777" w:rsidR="00E6505E" w:rsidRDefault="00000000">
            <w:r>
              <w:rPr>
                <w:sz w:val="14"/>
              </w:rPr>
              <w:t>treatment means ± SD; n=4 block-level observations</w:t>
            </w:r>
          </w:p>
        </w:tc>
      </w:tr>
      <w:tr w:rsidR="00E6505E" w14:paraId="18FF8743" w14:textId="77777777">
        <w:trPr>
          <w:jc w:val="center"/>
        </w:trPr>
        <w:tc>
          <w:tcPr>
            <w:tcW w:w="1522" w:type="dxa"/>
            <w:vAlign w:val="center"/>
          </w:tcPr>
          <w:p w14:paraId="18961A64" w14:textId="77777777" w:rsidR="00E6505E" w:rsidRDefault="00000000">
            <w:r>
              <w:rPr>
                <w:sz w:val="14"/>
              </w:rPr>
              <w:t>Final fresh biomass</w:t>
            </w:r>
          </w:p>
        </w:tc>
        <w:tc>
          <w:tcPr>
            <w:tcW w:w="1522" w:type="dxa"/>
            <w:vAlign w:val="center"/>
          </w:tcPr>
          <w:p w14:paraId="517F3536" w14:textId="77777777" w:rsidR="00E6505E" w:rsidRDefault="00000000">
            <w:r>
              <w:rPr>
                <w:sz w:val="14"/>
              </w:rPr>
              <w:t>g plant-1 FW</w:t>
            </w:r>
          </w:p>
        </w:tc>
        <w:tc>
          <w:tcPr>
            <w:tcW w:w="1522" w:type="dxa"/>
            <w:vAlign w:val="center"/>
          </w:tcPr>
          <w:p w14:paraId="18292C04" w14:textId="77777777" w:rsidR="00E6505E" w:rsidRDefault="00000000">
            <w:r>
              <w:rPr>
                <w:sz w:val="14"/>
              </w:rPr>
              <w:t>10</w:t>
            </w:r>
          </w:p>
        </w:tc>
        <w:tc>
          <w:tcPr>
            <w:tcW w:w="1522" w:type="dxa"/>
            <w:vAlign w:val="center"/>
          </w:tcPr>
          <w:p w14:paraId="7E8A4F4B" w14:textId="77777777" w:rsidR="00E6505E" w:rsidRDefault="00000000">
            <w:r>
              <w:rPr>
                <w:sz w:val="14"/>
              </w:rPr>
              <w:t>33</w:t>
            </w:r>
          </w:p>
        </w:tc>
        <w:tc>
          <w:tcPr>
            <w:tcW w:w="1522" w:type="dxa"/>
            <w:vAlign w:val="center"/>
          </w:tcPr>
          <w:p w14:paraId="1B10F925" w14:textId="77777777" w:rsidR="00E6505E" w:rsidRDefault="00000000">
            <w:r>
              <w:rPr>
                <w:sz w:val="14"/>
              </w:rPr>
              <w:t>1.78</w:t>
            </w:r>
          </w:p>
        </w:tc>
        <w:tc>
          <w:tcPr>
            <w:tcW w:w="1522" w:type="dxa"/>
            <w:vAlign w:val="center"/>
          </w:tcPr>
          <w:p w14:paraId="7532AE85" w14:textId="77777777" w:rsidR="00E6505E" w:rsidRDefault="00000000">
            <w:r>
              <w:rPr>
                <w:sz w:val="14"/>
              </w:rPr>
              <w:t>0.104</w:t>
            </w:r>
          </w:p>
        </w:tc>
        <w:tc>
          <w:tcPr>
            <w:tcW w:w="1522" w:type="dxa"/>
            <w:vAlign w:val="center"/>
          </w:tcPr>
          <w:p w14:paraId="345E195B" w14:textId="77777777" w:rsidR="00E6505E" w:rsidRDefault="00000000">
            <w:r>
              <w:rPr>
                <w:sz w:val="14"/>
              </w:rPr>
              <w:t>treatment means ± SD; n=4 block-level observations</w:t>
            </w:r>
          </w:p>
        </w:tc>
      </w:tr>
      <w:tr w:rsidR="00E6505E" w14:paraId="594E1EC8" w14:textId="77777777">
        <w:trPr>
          <w:jc w:val="center"/>
        </w:trPr>
        <w:tc>
          <w:tcPr>
            <w:tcW w:w="1522" w:type="dxa"/>
            <w:vAlign w:val="center"/>
          </w:tcPr>
          <w:p w14:paraId="1DF4C898" w14:textId="77777777" w:rsidR="00E6505E" w:rsidRDefault="00000000">
            <w:r>
              <w:rPr>
                <w:sz w:val="14"/>
              </w:rPr>
              <w:t>Final dry biomass</w:t>
            </w:r>
          </w:p>
        </w:tc>
        <w:tc>
          <w:tcPr>
            <w:tcW w:w="1522" w:type="dxa"/>
            <w:vAlign w:val="center"/>
          </w:tcPr>
          <w:p w14:paraId="52C02BFC" w14:textId="77777777" w:rsidR="00E6505E" w:rsidRDefault="00000000">
            <w:r>
              <w:rPr>
                <w:sz w:val="14"/>
              </w:rPr>
              <w:t>g plant-1 DW</w:t>
            </w:r>
          </w:p>
        </w:tc>
        <w:tc>
          <w:tcPr>
            <w:tcW w:w="1522" w:type="dxa"/>
            <w:vAlign w:val="center"/>
          </w:tcPr>
          <w:p w14:paraId="3164484D" w14:textId="77777777" w:rsidR="00E6505E" w:rsidRDefault="00000000">
            <w:r>
              <w:rPr>
                <w:sz w:val="14"/>
              </w:rPr>
              <w:t>10</w:t>
            </w:r>
          </w:p>
        </w:tc>
        <w:tc>
          <w:tcPr>
            <w:tcW w:w="1522" w:type="dxa"/>
            <w:vAlign w:val="center"/>
          </w:tcPr>
          <w:p w14:paraId="6F367F12" w14:textId="77777777" w:rsidR="00E6505E" w:rsidRDefault="00000000">
            <w:r>
              <w:rPr>
                <w:sz w:val="14"/>
              </w:rPr>
              <w:t>33</w:t>
            </w:r>
          </w:p>
        </w:tc>
        <w:tc>
          <w:tcPr>
            <w:tcW w:w="1522" w:type="dxa"/>
            <w:vAlign w:val="center"/>
          </w:tcPr>
          <w:p w14:paraId="18B5D239" w14:textId="77777777" w:rsidR="00E6505E" w:rsidRDefault="00000000">
            <w:r>
              <w:rPr>
                <w:sz w:val="14"/>
              </w:rPr>
              <w:t>1.74</w:t>
            </w:r>
          </w:p>
        </w:tc>
        <w:tc>
          <w:tcPr>
            <w:tcW w:w="1522" w:type="dxa"/>
            <w:vAlign w:val="center"/>
          </w:tcPr>
          <w:p w14:paraId="124E91C7" w14:textId="77777777" w:rsidR="00E6505E" w:rsidRDefault="00000000">
            <w:r>
              <w:rPr>
                <w:sz w:val="14"/>
              </w:rPr>
              <w:t>0.113</w:t>
            </w:r>
          </w:p>
        </w:tc>
        <w:tc>
          <w:tcPr>
            <w:tcW w:w="1522" w:type="dxa"/>
            <w:vAlign w:val="center"/>
          </w:tcPr>
          <w:p w14:paraId="6B3B3431" w14:textId="77777777" w:rsidR="00E6505E" w:rsidRDefault="00000000">
            <w:r>
              <w:rPr>
                <w:sz w:val="14"/>
              </w:rPr>
              <w:t>treatment means ± SD; n=4 block-level observations</w:t>
            </w:r>
          </w:p>
        </w:tc>
      </w:tr>
      <w:tr w:rsidR="00E6505E" w14:paraId="7E0577E1" w14:textId="77777777">
        <w:trPr>
          <w:jc w:val="center"/>
        </w:trPr>
        <w:tc>
          <w:tcPr>
            <w:tcW w:w="1522" w:type="dxa"/>
            <w:vAlign w:val="center"/>
          </w:tcPr>
          <w:p w14:paraId="24FFB68D" w14:textId="77777777" w:rsidR="00E6505E" w:rsidRDefault="00000000">
            <w:r>
              <w:rPr>
                <w:sz w:val="14"/>
              </w:rPr>
              <w:t>Fruit soluble solids</w:t>
            </w:r>
          </w:p>
        </w:tc>
        <w:tc>
          <w:tcPr>
            <w:tcW w:w="1522" w:type="dxa"/>
            <w:vAlign w:val="center"/>
          </w:tcPr>
          <w:p w14:paraId="010AF52D" w14:textId="77777777" w:rsidR="00E6505E" w:rsidRDefault="00000000">
            <w:r>
              <w:rPr>
                <w:sz w:val="14"/>
              </w:rPr>
              <w:t>°Brix</w:t>
            </w:r>
          </w:p>
        </w:tc>
        <w:tc>
          <w:tcPr>
            <w:tcW w:w="1522" w:type="dxa"/>
            <w:vAlign w:val="center"/>
          </w:tcPr>
          <w:p w14:paraId="1C6C6A6F" w14:textId="77777777" w:rsidR="00E6505E" w:rsidRDefault="00000000">
            <w:r>
              <w:rPr>
                <w:sz w:val="14"/>
              </w:rPr>
              <w:t>10</w:t>
            </w:r>
          </w:p>
        </w:tc>
        <w:tc>
          <w:tcPr>
            <w:tcW w:w="1522" w:type="dxa"/>
            <w:vAlign w:val="center"/>
          </w:tcPr>
          <w:p w14:paraId="063BE8D0" w14:textId="77777777" w:rsidR="00E6505E" w:rsidRDefault="00000000">
            <w:r>
              <w:rPr>
                <w:sz w:val="14"/>
              </w:rPr>
              <w:t>66</w:t>
            </w:r>
          </w:p>
        </w:tc>
        <w:tc>
          <w:tcPr>
            <w:tcW w:w="1522" w:type="dxa"/>
            <w:vAlign w:val="center"/>
          </w:tcPr>
          <w:p w14:paraId="435F334A" w14:textId="77777777" w:rsidR="00E6505E" w:rsidRDefault="00000000">
            <w:r>
              <w:rPr>
                <w:sz w:val="14"/>
              </w:rPr>
              <w:t>2.9</w:t>
            </w:r>
          </w:p>
        </w:tc>
        <w:tc>
          <w:tcPr>
            <w:tcW w:w="1522" w:type="dxa"/>
            <w:vAlign w:val="center"/>
          </w:tcPr>
          <w:p w14:paraId="363F7729" w14:textId="77777777" w:rsidR="00E6505E" w:rsidRDefault="00000000">
            <w:r>
              <w:rPr>
                <w:sz w:val="14"/>
              </w:rPr>
              <w:t>0.005</w:t>
            </w:r>
          </w:p>
        </w:tc>
        <w:tc>
          <w:tcPr>
            <w:tcW w:w="1522" w:type="dxa"/>
            <w:vAlign w:val="center"/>
          </w:tcPr>
          <w:p w14:paraId="3BCB36E3" w14:textId="77777777" w:rsidR="00E6505E" w:rsidRDefault="00000000">
            <w:r>
              <w:rPr>
                <w:sz w:val="14"/>
              </w:rPr>
              <w:t>raw observations; n varies by treatment</w:t>
            </w:r>
          </w:p>
        </w:tc>
      </w:tr>
      <w:tr w:rsidR="00E6505E" w14:paraId="5A75DBC3" w14:textId="77777777">
        <w:trPr>
          <w:jc w:val="center"/>
        </w:trPr>
        <w:tc>
          <w:tcPr>
            <w:tcW w:w="1522" w:type="dxa"/>
            <w:vAlign w:val="center"/>
          </w:tcPr>
          <w:p w14:paraId="32D4F5A4" w14:textId="77777777" w:rsidR="00E6505E" w:rsidRDefault="00000000">
            <w:r>
              <w:rPr>
                <w:sz w:val="14"/>
              </w:rPr>
              <w:t>Shoot Na</w:t>
            </w:r>
          </w:p>
        </w:tc>
        <w:tc>
          <w:tcPr>
            <w:tcW w:w="1522" w:type="dxa"/>
            <w:vAlign w:val="center"/>
          </w:tcPr>
          <w:p w14:paraId="2EE054A5" w14:textId="77777777" w:rsidR="00E6505E" w:rsidRDefault="00000000">
            <w:r>
              <w:rPr>
                <w:sz w:val="14"/>
              </w:rPr>
              <w:t>% DW</w:t>
            </w:r>
          </w:p>
        </w:tc>
        <w:tc>
          <w:tcPr>
            <w:tcW w:w="1522" w:type="dxa"/>
            <w:vAlign w:val="center"/>
          </w:tcPr>
          <w:p w14:paraId="6F1BFD07" w14:textId="77777777" w:rsidR="00E6505E" w:rsidRDefault="00000000">
            <w:r>
              <w:rPr>
                <w:sz w:val="14"/>
              </w:rPr>
              <w:t>10</w:t>
            </w:r>
          </w:p>
        </w:tc>
        <w:tc>
          <w:tcPr>
            <w:tcW w:w="1522" w:type="dxa"/>
            <w:vAlign w:val="center"/>
          </w:tcPr>
          <w:p w14:paraId="1FC6F380" w14:textId="77777777" w:rsidR="00E6505E" w:rsidRDefault="00000000">
            <w:r>
              <w:rPr>
                <w:sz w:val="14"/>
              </w:rPr>
              <w:t>22</w:t>
            </w:r>
          </w:p>
        </w:tc>
        <w:tc>
          <w:tcPr>
            <w:tcW w:w="1522" w:type="dxa"/>
            <w:vAlign w:val="center"/>
          </w:tcPr>
          <w:p w14:paraId="2E783604" w14:textId="77777777" w:rsidR="00E6505E" w:rsidRDefault="00000000">
            <w:r>
              <w:rPr>
                <w:sz w:val="14"/>
              </w:rPr>
              <w:t>53.82</w:t>
            </w:r>
          </w:p>
        </w:tc>
        <w:tc>
          <w:tcPr>
            <w:tcW w:w="1522" w:type="dxa"/>
            <w:vAlign w:val="center"/>
          </w:tcPr>
          <w:p w14:paraId="54BCF9FD" w14:textId="77777777" w:rsidR="00E6505E" w:rsidRDefault="00000000">
            <w:r>
              <w:rPr>
                <w:sz w:val="14"/>
              </w:rPr>
              <w:t>&lt;0.001</w:t>
            </w:r>
          </w:p>
        </w:tc>
        <w:tc>
          <w:tcPr>
            <w:tcW w:w="1522" w:type="dxa"/>
            <w:vAlign w:val="center"/>
          </w:tcPr>
          <w:p w14:paraId="70CF4423" w14:textId="77777777" w:rsidR="00E6505E" w:rsidRDefault="00000000">
            <w:r>
              <w:rPr>
                <w:sz w:val="14"/>
              </w:rPr>
              <w:t>raw block-level tissue observations; n=3 per treatment</w:t>
            </w:r>
          </w:p>
        </w:tc>
      </w:tr>
      <w:tr w:rsidR="00E6505E" w14:paraId="3FD5BBF6" w14:textId="77777777">
        <w:trPr>
          <w:jc w:val="center"/>
        </w:trPr>
        <w:tc>
          <w:tcPr>
            <w:tcW w:w="1522" w:type="dxa"/>
            <w:vAlign w:val="center"/>
          </w:tcPr>
          <w:p w14:paraId="767CBB00" w14:textId="77777777" w:rsidR="00E6505E" w:rsidRDefault="00000000">
            <w:r>
              <w:rPr>
                <w:sz w:val="14"/>
              </w:rPr>
              <w:t>Shoot K</w:t>
            </w:r>
          </w:p>
        </w:tc>
        <w:tc>
          <w:tcPr>
            <w:tcW w:w="1522" w:type="dxa"/>
            <w:vAlign w:val="center"/>
          </w:tcPr>
          <w:p w14:paraId="2A1EF62C" w14:textId="77777777" w:rsidR="00E6505E" w:rsidRDefault="00000000">
            <w:r>
              <w:rPr>
                <w:sz w:val="14"/>
              </w:rPr>
              <w:t>% DW</w:t>
            </w:r>
          </w:p>
        </w:tc>
        <w:tc>
          <w:tcPr>
            <w:tcW w:w="1522" w:type="dxa"/>
            <w:vAlign w:val="center"/>
          </w:tcPr>
          <w:p w14:paraId="00D6C38A" w14:textId="77777777" w:rsidR="00E6505E" w:rsidRDefault="00000000">
            <w:r>
              <w:rPr>
                <w:sz w:val="14"/>
              </w:rPr>
              <w:t>10</w:t>
            </w:r>
          </w:p>
        </w:tc>
        <w:tc>
          <w:tcPr>
            <w:tcW w:w="1522" w:type="dxa"/>
            <w:vAlign w:val="center"/>
          </w:tcPr>
          <w:p w14:paraId="4A183889" w14:textId="77777777" w:rsidR="00E6505E" w:rsidRDefault="00000000">
            <w:r>
              <w:rPr>
                <w:sz w:val="14"/>
              </w:rPr>
              <w:t>22</w:t>
            </w:r>
          </w:p>
        </w:tc>
        <w:tc>
          <w:tcPr>
            <w:tcW w:w="1522" w:type="dxa"/>
            <w:vAlign w:val="center"/>
          </w:tcPr>
          <w:p w14:paraId="1E3DAA7A" w14:textId="77777777" w:rsidR="00E6505E" w:rsidRDefault="00000000">
            <w:r>
              <w:rPr>
                <w:sz w:val="14"/>
              </w:rPr>
              <w:t>56.86</w:t>
            </w:r>
          </w:p>
        </w:tc>
        <w:tc>
          <w:tcPr>
            <w:tcW w:w="1522" w:type="dxa"/>
            <w:vAlign w:val="center"/>
          </w:tcPr>
          <w:p w14:paraId="3EC1CCEF" w14:textId="77777777" w:rsidR="00E6505E" w:rsidRDefault="00000000">
            <w:r>
              <w:rPr>
                <w:sz w:val="14"/>
              </w:rPr>
              <w:t>&lt;0.001</w:t>
            </w:r>
          </w:p>
        </w:tc>
        <w:tc>
          <w:tcPr>
            <w:tcW w:w="1522" w:type="dxa"/>
            <w:vAlign w:val="center"/>
          </w:tcPr>
          <w:p w14:paraId="2BDFB2A9" w14:textId="77777777" w:rsidR="00E6505E" w:rsidRDefault="00000000">
            <w:r>
              <w:rPr>
                <w:sz w:val="14"/>
              </w:rPr>
              <w:t>raw block-level tissue observations; n=3 per treatment</w:t>
            </w:r>
          </w:p>
        </w:tc>
      </w:tr>
      <w:tr w:rsidR="00E6505E" w14:paraId="770E31F7" w14:textId="77777777">
        <w:trPr>
          <w:jc w:val="center"/>
        </w:trPr>
        <w:tc>
          <w:tcPr>
            <w:tcW w:w="1522" w:type="dxa"/>
            <w:vAlign w:val="center"/>
          </w:tcPr>
          <w:p w14:paraId="0598998C" w14:textId="77777777" w:rsidR="00E6505E" w:rsidRDefault="00000000">
            <w:r>
              <w:rPr>
                <w:sz w:val="14"/>
              </w:rPr>
              <w:t>Shoot Ca</w:t>
            </w:r>
          </w:p>
        </w:tc>
        <w:tc>
          <w:tcPr>
            <w:tcW w:w="1522" w:type="dxa"/>
            <w:vAlign w:val="center"/>
          </w:tcPr>
          <w:p w14:paraId="4A4746C8" w14:textId="77777777" w:rsidR="00E6505E" w:rsidRDefault="00000000">
            <w:r>
              <w:rPr>
                <w:sz w:val="14"/>
              </w:rPr>
              <w:t>% DW</w:t>
            </w:r>
          </w:p>
        </w:tc>
        <w:tc>
          <w:tcPr>
            <w:tcW w:w="1522" w:type="dxa"/>
            <w:vAlign w:val="center"/>
          </w:tcPr>
          <w:p w14:paraId="2B7345F7" w14:textId="77777777" w:rsidR="00E6505E" w:rsidRDefault="00000000">
            <w:r>
              <w:rPr>
                <w:sz w:val="14"/>
              </w:rPr>
              <w:t>10</w:t>
            </w:r>
          </w:p>
        </w:tc>
        <w:tc>
          <w:tcPr>
            <w:tcW w:w="1522" w:type="dxa"/>
            <w:vAlign w:val="center"/>
          </w:tcPr>
          <w:p w14:paraId="004FF05F" w14:textId="77777777" w:rsidR="00E6505E" w:rsidRDefault="00000000">
            <w:r>
              <w:rPr>
                <w:sz w:val="14"/>
              </w:rPr>
              <w:t>22</w:t>
            </w:r>
          </w:p>
        </w:tc>
        <w:tc>
          <w:tcPr>
            <w:tcW w:w="1522" w:type="dxa"/>
            <w:vAlign w:val="center"/>
          </w:tcPr>
          <w:p w14:paraId="15C5259C" w14:textId="77777777" w:rsidR="00E6505E" w:rsidRDefault="00000000">
            <w:r>
              <w:rPr>
                <w:sz w:val="14"/>
              </w:rPr>
              <w:t>27.87</w:t>
            </w:r>
          </w:p>
        </w:tc>
        <w:tc>
          <w:tcPr>
            <w:tcW w:w="1522" w:type="dxa"/>
            <w:vAlign w:val="center"/>
          </w:tcPr>
          <w:p w14:paraId="474094E2" w14:textId="77777777" w:rsidR="00E6505E" w:rsidRDefault="00000000">
            <w:r>
              <w:rPr>
                <w:sz w:val="14"/>
              </w:rPr>
              <w:t>&lt;0.001</w:t>
            </w:r>
          </w:p>
        </w:tc>
        <w:tc>
          <w:tcPr>
            <w:tcW w:w="1522" w:type="dxa"/>
            <w:vAlign w:val="center"/>
          </w:tcPr>
          <w:p w14:paraId="139C87B0" w14:textId="77777777" w:rsidR="00E6505E" w:rsidRDefault="00000000">
            <w:r>
              <w:rPr>
                <w:sz w:val="14"/>
              </w:rPr>
              <w:t>raw block-level tissue observations; n=3 per treatment</w:t>
            </w:r>
          </w:p>
        </w:tc>
      </w:tr>
      <w:tr w:rsidR="00E6505E" w14:paraId="414178C0" w14:textId="77777777">
        <w:trPr>
          <w:jc w:val="center"/>
        </w:trPr>
        <w:tc>
          <w:tcPr>
            <w:tcW w:w="1522" w:type="dxa"/>
            <w:vAlign w:val="center"/>
          </w:tcPr>
          <w:p w14:paraId="769FD86C" w14:textId="77777777" w:rsidR="00E6505E" w:rsidRDefault="00000000">
            <w:r>
              <w:rPr>
                <w:sz w:val="14"/>
              </w:rPr>
              <w:t>Shoot Mg</w:t>
            </w:r>
          </w:p>
        </w:tc>
        <w:tc>
          <w:tcPr>
            <w:tcW w:w="1522" w:type="dxa"/>
            <w:vAlign w:val="center"/>
          </w:tcPr>
          <w:p w14:paraId="6D3EA5A3" w14:textId="77777777" w:rsidR="00E6505E" w:rsidRDefault="00000000">
            <w:r>
              <w:rPr>
                <w:sz w:val="14"/>
              </w:rPr>
              <w:t>% DW</w:t>
            </w:r>
          </w:p>
        </w:tc>
        <w:tc>
          <w:tcPr>
            <w:tcW w:w="1522" w:type="dxa"/>
            <w:vAlign w:val="center"/>
          </w:tcPr>
          <w:p w14:paraId="1765488A" w14:textId="77777777" w:rsidR="00E6505E" w:rsidRDefault="00000000">
            <w:r>
              <w:rPr>
                <w:sz w:val="14"/>
              </w:rPr>
              <w:t>10</w:t>
            </w:r>
          </w:p>
        </w:tc>
        <w:tc>
          <w:tcPr>
            <w:tcW w:w="1522" w:type="dxa"/>
            <w:vAlign w:val="center"/>
          </w:tcPr>
          <w:p w14:paraId="239CA662" w14:textId="77777777" w:rsidR="00E6505E" w:rsidRDefault="00000000">
            <w:r>
              <w:rPr>
                <w:sz w:val="14"/>
              </w:rPr>
              <w:t>22</w:t>
            </w:r>
          </w:p>
        </w:tc>
        <w:tc>
          <w:tcPr>
            <w:tcW w:w="1522" w:type="dxa"/>
            <w:vAlign w:val="center"/>
          </w:tcPr>
          <w:p w14:paraId="4BA7C5AF" w14:textId="77777777" w:rsidR="00E6505E" w:rsidRDefault="00000000">
            <w:r>
              <w:rPr>
                <w:sz w:val="14"/>
              </w:rPr>
              <w:t>12.58</w:t>
            </w:r>
          </w:p>
        </w:tc>
        <w:tc>
          <w:tcPr>
            <w:tcW w:w="1522" w:type="dxa"/>
            <w:vAlign w:val="center"/>
          </w:tcPr>
          <w:p w14:paraId="7E579A5F" w14:textId="77777777" w:rsidR="00E6505E" w:rsidRDefault="00000000">
            <w:r>
              <w:rPr>
                <w:sz w:val="14"/>
              </w:rPr>
              <w:t>&lt;0.001</w:t>
            </w:r>
          </w:p>
        </w:tc>
        <w:tc>
          <w:tcPr>
            <w:tcW w:w="1522" w:type="dxa"/>
            <w:vAlign w:val="center"/>
          </w:tcPr>
          <w:p w14:paraId="01CA1983" w14:textId="77777777" w:rsidR="00E6505E" w:rsidRDefault="00000000">
            <w:r>
              <w:rPr>
                <w:sz w:val="14"/>
              </w:rPr>
              <w:t>raw block-level tissue observations; n=3 per treatment</w:t>
            </w:r>
          </w:p>
        </w:tc>
      </w:tr>
      <w:tr w:rsidR="00E6505E" w14:paraId="47DE9ACD" w14:textId="77777777">
        <w:trPr>
          <w:jc w:val="center"/>
        </w:trPr>
        <w:tc>
          <w:tcPr>
            <w:tcW w:w="1522" w:type="dxa"/>
            <w:vAlign w:val="center"/>
          </w:tcPr>
          <w:p w14:paraId="07C24681" w14:textId="77777777" w:rsidR="00E6505E" w:rsidRDefault="00000000">
            <w:r>
              <w:rPr>
                <w:sz w:val="14"/>
              </w:rPr>
              <w:t>Shoot Cl</w:t>
            </w:r>
          </w:p>
        </w:tc>
        <w:tc>
          <w:tcPr>
            <w:tcW w:w="1522" w:type="dxa"/>
            <w:vAlign w:val="center"/>
          </w:tcPr>
          <w:p w14:paraId="43178ACB" w14:textId="77777777" w:rsidR="00E6505E" w:rsidRDefault="00000000">
            <w:r>
              <w:rPr>
                <w:sz w:val="14"/>
              </w:rPr>
              <w:t>% DW</w:t>
            </w:r>
          </w:p>
        </w:tc>
        <w:tc>
          <w:tcPr>
            <w:tcW w:w="1522" w:type="dxa"/>
            <w:vAlign w:val="center"/>
          </w:tcPr>
          <w:p w14:paraId="793475F8" w14:textId="77777777" w:rsidR="00E6505E" w:rsidRDefault="00000000">
            <w:r>
              <w:rPr>
                <w:sz w:val="14"/>
              </w:rPr>
              <w:t>10</w:t>
            </w:r>
          </w:p>
        </w:tc>
        <w:tc>
          <w:tcPr>
            <w:tcW w:w="1522" w:type="dxa"/>
            <w:vAlign w:val="center"/>
          </w:tcPr>
          <w:p w14:paraId="6C9E9E55" w14:textId="77777777" w:rsidR="00E6505E" w:rsidRDefault="00000000">
            <w:r>
              <w:rPr>
                <w:sz w:val="14"/>
              </w:rPr>
              <w:t>22</w:t>
            </w:r>
          </w:p>
        </w:tc>
        <w:tc>
          <w:tcPr>
            <w:tcW w:w="1522" w:type="dxa"/>
            <w:vAlign w:val="center"/>
          </w:tcPr>
          <w:p w14:paraId="1C2D0AA8" w14:textId="77777777" w:rsidR="00E6505E" w:rsidRDefault="00000000">
            <w:r>
              <w:rPr>
                <w:sz w:val="14"/>
              </w:rPr>
              <w:t>26.6</w:t>
            </w:r>
          </w:p>
        </w:tc>
        <w:tc>
          <w:tcPr>
            <w:tcW w:w="1522" w:type="dxa"/>
            <w:vAlign w:val="center"/>
          </w:tcPr>
          <w:p w14:paraId="06FE988A" w14:textId="77777777" w:rsidR="00E6505E" w:rsidRDefault="00000000">
            <w:r>
              <w:rPr>
                <w:sz w:val="14"/>
              </w:rPr>
              <w:t>&lt;0.001</w:t>
            </w:r>
          </w:p>
        </w:tc>
        <w:tc>
          <w:tcPr>
            <w:tcW w:w="1522" w:type="dxa"/>
            <w:vAlign w:val="center"/>
          </w:tcPr>
          <w:p w14:paraId="702EA0E0" w14:textId="77777777" w:rsidR="00E6505E" w:rsidRDefault="00000000">
            <w:r>
              <w:rPr>
                <w:sz w:val="14"/>
              </w:rPr>
              <w:t>raw block-level tissue observations; n=3 per treatment</w:t>
            </w:r>
          </w:p>
        </w:tc>
      </w:tr>
    </w:tbl>
    <w:p w14:paraId="41E573D4" w14:textId="77777777" w:rsidR="00E6505E" w:rsidRDefault="00E6505E"/>
    <w:p w14:paraId="1A995F30" w14:textId="77777777" w:rsidR="00E6505E" w:rsidRDefault="00000000">
      <w:r>
        <w:rPr>
          <w:b/>
          <w:sz w:val="18"/>
        </w:rPr>
        <w:t>Supplementary Table S2B. Treatment means and Tukey groupings for selected crop-response variables.</w:t>
      </w:r>
    </w:p>
    <w:p w14:paraId="08E57FBE" w14:textId="77777777" w:rsidR="00E6505E" w:rsidRDefault="00000000">
      <w:pPr>
        <w:spacing w:after="60"/>
      </w:pPr>
      <w:r>
        <w:rPr>
          <w:sz w:val="16"/>
        </w:rPr>
        <w:t>Treatments sharing at least one letter are not significantly different according to Tukey’s HSD test at p &lt; 0.05. Variables are shown in the units indicated in Supplementary Table S2A.</w:t>
      </w:r>
    </w:p>
    <w:tbl>
      <w:tblPr>
        <w:tblStyle w:val="Tablaconcuadrcula"/>
        <w:tblW w:w="0" w:type="auto"/>
        <w:jc w:val="center"/>
        <w:tblLook w:val="04A0" w:firstRow="1" w:lastRow="0" w:firstColumn="1" w:lastColumn="0" w:noHBand="0" w:noVBand="1"/>
      </w:tblPr>
      <w:tblGrid>
        <w:gridCol w:w="2130"/>
        <w:gridCol w:w="2129"/>
        <w:gridCol w:w="2129"/>
        <w:gridCol w:w="2129"/>
        <w:gridCol w:w="2129"/>
      </w:tblGrid>
      <w:tr w:rsidR="00E6505E" w14:paraId="4703DF16" w14:textId="77777777">
        <w:trPr>
          <w:tblHeader/>
          <w:jc w:val="center"/>
        </w:trPr>
        <w:tc>
          <w:tcPr>
            <w:tcW w:w="2131" w:type="dxa"/>
            <w:shd w:val="clear" w:color="auto" w:fill="D9EAF7"/>
            <w:vAlign w:val="center"/>
          </w:tcPr>
          <w:p w14:paraId="6762648D" w14:textId="77777777" w:rsidR="00E6505E" w:rsidRDefault="00000000">
            <w:r>
              <w:rPr>
                <w:b/>
                <w:sz w:val="13"/>
              </w:rPr>
              <w:t>Variable</w:t>
            </w:r>
          </w:p>
        </w:tc>
        <w:tc>
          <w:tcPr>
            <w:tcW w:w="2131" w:type="dxa"/>
            <w:shd w:val="clear" w:color="auto" w:fill="D9EAF7"/>
            <w:vAlign w:val="center"/>
          </w:tcPr>
          <w:p w14:paraId="44B86ED5" w14:textId="77777777" w:rsidR="00E6505E" w:rsidRDefault="00000000">
            <w:r>
              <w:rPr>
                <w:b/>
                <w:sz w:val="13"/>
              </w:rPr>
              <w:t>Treatment</w:t>
            </w:r>
          </w:p>
        </w:tc>
        <w:tc>
          <w:tcPr>
            <w:tcW w:w="2131" w:type="dxa"/>
            <w:shd w:val="clear" w:color="auto" w:fill="D9EAF7"/>
            <w:vAlign w:val="center"/>
          </w:tcPr>
          <w:p w14:paraId="7280B3A6" w14:textId="77777777" w:rsidR="00E6505E" w:rsidRDefault="00000000">
            <w:r>
              <w:rPr>
                <w:b/>
                <w:sz w:val="13"/>
              </w:rPr>
              <w:t>Mean ± SD</w:t>
            </w:r>
          </w:p>
        </w:tc>
        <w:tc>
          <w:tcPr>
            <w:tcW w:w="2131" w:type="dxa"/>
            <w:shd w:val="clear" w:color="auto" w:fill="D9EAF7"/>
            <w:vAlign w:val="center"/>
          </w:tcPr>
          <w:p w14:paraId="4E78D214" w14:textId="77777777" w:rsidR="00E6505E" w:rsidRDefault="00000000">
            <w:r>
              <w:rPr>
                <w:b/>
                <w:sz w:val="13"/>
              </w:rPr>
              <w:t>n</w:t>
            </w:r>
          </w:p>
        </w:tc>
        <w:tc>
          <w:tcPr>
            <w:tcW w:w="2131" w:type="dxa"/>
            <w:shd w:val="clear" w:color="auto" w:fill="D9EAF7"/>
            <w:vAlign w:val="center"/>
          </w:tcPr>
          <w:p w14:paraId="0C201CF7" w14:textId="77777777" w:rsidR="00E6505E" w:rsidRDefault="00000000">
            <w:r>
              <w:rPr>
                <w:b/>
                <w:sz w:val="13"/>
              </w:rPr>
              <w:t>Tukey group</w:t>
            </w:r>
          </w:p>
        </w:tc>
      </w:tr>
      <w:tr w:rsidR="00E6505E" w14:paraId="18E2FFEE" w14:textId="77777777">
        <w:trPr>
          <w:jc w:val="center"/>
        </w:trPr>
        <w:tc>
          <w:tcPr>
            <w:tcW w:w="2131" w:type="dxa"/>
            <w:vAlign w:val="center"/>
          </w:tcPr>
          <w:p w14:paraId="7A922109" w14:textId="77777777" w:rsidR="00E6505E" w:rsidRDefault="00000000">
            <w:r>
              <w:rPr>
                <w:sz w:val="13"/>
              </w:rPr>
              <w:t>Total yield</w:t>
            </w:r>
          </w:p>
        </w:tc>
        <w:tc>
          <w:tcPr>
            <w:tcW w:w="2131" w:type="dxa"/>
            <w:vAlign w:val="center"/>
          </w:tcPr>
          <w:p w14:paraId="530A5280" w14:textId="77777777" w:rsidR="00E6505E" w:rsidRDefault="00000000">
            <w:r>
              <w:rPr>
                <w:sz w:val="13"/>
              </w:rPr>
              <w:t>T0</w:t>
            </w:r>
          </w:p>
        </w:tc>
        <w:tc>
          <w:tcPr>
            <w:tcW w:w="2131" w:type="dxa"/>
            <w:vAlign w:val="center"/>
          </w:tcPr>
          <w:p w14:paraId="4E0BD87C" w14:textId="77777777" w:rsidR="00E6505E" w:rsidRDefault="00000000">
            <w:r>
              <w:rPr>
                <w:sz w:val="13"/>
              </w:rPr>
              <w:t>395.09 ± 311.86</w:t>
            </w:r>
          </w:p>
        </w:tc>
        <w:tc>
          <w:tcPr>
            <w:tcW w:w="2131" w:type="dxa"/>
            <w:vAlign w:val="center"/>
          </w:tcPr>
          <w:p w14:paraId="377CDAAC" w14:textId="77777777" w:rsidR="00E6505E" w:rsidRDefault="00000000">
            <w:r>
              <w:rPr>
                <w:sz w:val="13"/>
              </w:rPr>
              <w:t>4</w:t>
            </w:r>
          </w:p>
        </w:tc>
        <w:tc>
          <w:tcPr>
            <w:tcW w:w="2131" w:type="dxa"/>
            <w:vAlign w:val="center"/>
          </w:tcPr>
          <w:p w14:paraId="4BDDD937" w14:textId="77777777" w:rsidR="00E6505E" w:rsidRDefault="00000000">
            <w:r>
              <w:rPr>
                <w:sz w:val="13"/>
              </w:rPr>
              <w:t>A</w:t>
            </w:r>
          </w:p>
        </w:tc>
      </w:tr>
      <w:tr w:rsidR="00E6505E" w14:paraId="752C3023" w14:textId="77777777">
        <w:trPr>
          <w:jc w:val="center"/>
        </w:trPr>
        <w:tc>
          <w:tcPr>
            <w:tcW w:w="2131" w:type="dxa"/>
            <w:vAlign w:val="center"/>
          </w:tcPr>
          <w:p w14:paraId="578104FB" w14:textId="77777777" w:rsidR="00E6505E" w:rsidRDefault="00000000">
            <w:r>
              <w:rPr>
                <w:sz w:val="13"/>
              </w:rPr>
              <w:t>Total yield</w:t>
            </w:r>
          </w:p>
        </w:tc>
        <w:tc>
          <w:tcPr>
            <w:tcW w:w="2131" w:type="dxa"/>
            <w:vAlign w:val="center"/>
          </w:tcPr>
          <w:p w14:paraId="0BA901E1" w14:textId="77777777" w:rsidR="00E6505E" w:rsidRDefault="00000000">
            <w:r>
              <w:rPr>
                <w:sz w:val="13"/>
              </w:rPr>
              <w:t>T1</w:t>
            </w:r>
          </w:p>
        </w:tc>
        <w:tc>
          <w:tcPr>
            <w:tcW w:w="2131" w:type="dxa"/>
            <w:vAlign w:val="center"/>
          </w:tcPr>
          <w:p w14:paraId="6DB9CF68" w14:textId="77777777" w:rsidR="00E6505E" w:rsidRDefault="00000000">
            <w:r>
              <w:rPr>
                <w:sz w:val="13"/>
              </w:rPr>
              <w:t>279.70 ± 221.97</w:t>
            </w:r>
          </w:p>
        </w:tc>
        <w:tc>
          <w:tcPr>
            <w:tcW w:w="2131" w:type="dxa"/>
            <w:vAlign w:val="center"/>
          </w:tcPr>
          <w:p w14:paraId="0C56AB3E" w14:textId="77777777" w:rsidR="00E6505E" w:rsidRDefault="00000000">
            <w:r>
              <w:rPr>
                <w:sz w:val="13"/>
              </w:rPr>
              <w:t>4</w:t>
            </w:r>
          </w:p>
        </w:tc>
        <w:tc>
          <w:tcPr>
            <w:tcW w:w="2131" w:type="dxa"/>
            <w:vAlign w:val="center"/>
          </w:tcPr>
          <w:p w14:paraId="73F4108F" w14:textId="77777777" w:rsidR="00E6505E" w:rsidRDefault="00000000">
            <w:r>
              <w:rPr>
                <w:sz w:val="13"/>
              </w:rPr>
              <w:t>A</w:t>
            </w:r>
          </w:p>
        </w:tc>
      </w:tr>
      <w:tr w:rsidR="00E6505E" w14:paraId="0C60448B" w14:textId="77777777">
        <w:trPr>
          <w:jc w:val="center"/>
        </w:trPr>
        <w:tc>
          <w:tcPr>
            <w:tcW w:w="2131" w:type="dxa"/>
            <w:vAlign w:val="center"/>
          </w:tcPr>
          <w:p w14:paraId="3B3FA806" w14:textId="77777777" w:rsidR="00E6505E" w:rsidRDefault="00000000">
            <w:r>
              <w:rPr>
                <w:sz w:val="13"/>
              </w:rPr>
              <w:t>Total yield</w:t>
            </w:r>
          </w:p>
        </w:tc>
        <w:tc>
          <w:tcPr>
            <w:tcW w:w="2131" w:type="dxa"/>
            <w:vAlign w:val="center"/>
          </w:tcPr>
          <w:p w14:paraId="141DCB05" w14:textId="77777777" w:rsidR="00E6505E" w:rsidRDefault="00000000">
            <w:r>
              <w:rPr>
                <w:sz w:val="13"/>
              </w:rPr>
              <w:t>T2</w:t>
            </w:r>
          </w:p>
        </w:tc>
        <w:tc>
          <w:tcPr>
            <w:tcW w:w="2131" w:type="dxa"/>
            <w:vAlign w:val="center"/>
          </w:tcPr>
          <w:p w14:paraId="56023450" w14:textId="77777777" w:rsidR="00E6505E" w:rsidRDefault="00000000">
            <w:r>
              <w:rPr>
                <w:sz w:val="13"/>
              </w:rPr>
              <w:t>256.68 ± 205.73</w:t>
            </w:r>
          </w:p>
        </w:tc>
        <w:tc>
          <w:tcPr>
            <w:tcW w:w="2131" w:type="dxa"/>
            <w:vAlign w:val="center"/>
          </w:tcPr>
          <w:p w14:paraId="2D9DD56D" w14:textId="77777777" w:rsidR="00E6505E" w:rsidRDefault="00000000">
            <w:r>
              <w:rPr>
                <w:sz w:val="13"/>
              </w:rPr>
              <w:t>4</w:t>
            </w:r>
          </w:p>
        </w:tc>
        <w:tc>
          <w:tcPr>
            <w:tcW w:w="2131" w:type="dxa"/>
            <w:vAlign w:val="center"/>
          </w:tcPr>
          <w:p w14:paraId="1B1193D0" w14:textId="77777777" w:rsidR="00E6505E" w:rsidRDefault="00000000">
            <w:r>
              <w:rPr>
                <w:sz w:val="13"/>
              </w:rPr>
              <w:t>A</w:t>
            </w:r>
          </w:p>
        </w:tc>
      </w:tr>
      <w:tr w:rsidR="00E6505E" w14:paraId="57B4FC22" w14:textId="77777777">
        <w:trPr>
          <w:jc w:val="center"/>
        </w:trPr>
        <w:tc>
          <w:tcPr>
            <w:tcW w:w="2131" w:type="dxa"/>
            <w:vAlign w:val="center"/>
          </w:tcPr>
          <w:p w14:paraId="643241E4" w14:textId="77777777" w:rsidR="00E6505E" w:rsidRDefault="00000000">
            <w:r>
              <w:rPr>
                <w:sz w:val="13"/>
              </w:rPr>
              <w:t>Total yield</w:t>
            </w:r>
          </w:p>
        </w:tc>
        <w:tc>
          <w:tcPr>
            <w:tcW w:w="2131" w:type="dxa"/>
            <w:vAlign w:val="center"/>
          </w:tcPr>
          <w:p w14:paraId="7716A6E9" w14:textId="77777777" w:rsidR="00E6505E" w:rsidRDefault="00000000">
            <w:r>
              <w:rPr>
                <w:sz w:val="13"/>
              </w:rPr>
              <w:t>T3</w:t>
            </w:r>
          </w:p>
        </w:tc>
        <w:tc>
          <w:tcPr>
            <w:tcW w:w="2131" w:type="dxa"/>
            <w:vAlign w:val="center"/>
          </w:tcPr>
          <w:p w14:paraId="3B0E25BE" w14:textId="77777777" w:rsidR="00E6505E" w:rsidRDefault="00000000">
            <w:r>
              <w:rPr>
                <w:sz w:val="13"/>
              </w:rPr>
              <w:t>90.88 ± 61.60</w:t>
            </w:r>
          </w:p>
        </w:tc>
        <w:tc>
          <w:tcPr>
            <w:tcW w:w="2131" w:type="dxa"/>
            <w:vAlign w:val="center"/>
          </w:tcPr>
          <w:p w14:paraId="28CAAF7C" w14:textId="77777777" w:rsidR="00E6505E" w:rsidRDefault="00000000">
            <w:r>
              <w:rPr>
                <w:sz w:val="13"/>
              </w:rPr>
              <w:t>4</w:t>
            </w:r>
          </w:p>
        </w:tc>
        <w:tc>
          <w:tcPr>
            <w:tcW w:w="2131" w:type="dxa"/>
            <w:vAlign w:val="center"/>
          </w:tcPr>
          <w:p w14:paraId="02BAEA23" w14:textId="77777777" w:rsidR="00E6505E" w:rsidRDefault="00000000">
            <w:r>
              <w:rPr>
                <w:sz w:val="13"/>
              </w:rPr>
              <w:t>A</w:t>
            </w:r>
          </w:p>
        </w:tc>
      </w:tr>
      <w:tr w:rsidR="00E6505E" w14:paraId="15D587B0" w14:textId="77777777">
        <w:trPr>
          <w:jc w:val="center"/>
        </w:trPr>
        <w:tc>
          <w:tcPr>
            <w:tcW w:w="2131" w:type="dxa"/>
            <w:vAlign w:val="center"/>
          </w:tcPr>
          <w:p w14:paraId="55397FC4" w14:textId="77777777" w:rsidR="00E6505E" w:rsidRDefault="00000000">
            <w:r>
              <w:rPr>
                <w:sz w:val="13"/>
              </w:rPr>
              <w:t>Total yield</w:t>
            </w:r>
          </w:p>
        </w:tc>
        <w:tc>
          <w:tcPr>
            <w:tcW w:w="2131" w:type="dxa"/>
            <w:vAlign w:val="center"/>
          </w:tcPr>
          <w:p w14:paraId="19E763C3" w14:textId="77777777" w:rsidR="00E6505E" w:rsidRDefault="00000000">
            <w:r>
              <w:rPr>
                <w:sz w:val="13"/>
              </w:rPr>
              <w:t>T4</w:t>
            </w:r>
          </w:p>
        </w:tc>
        <w:tc>
          <w:tcPr>
            <w:tcW w:w="2131" w:type="dxa"/>
            <w:vAlign w:val="center"/>
          </w:tcPr>
          <w:p w14:paraId="5CEAF659" w14:textId="77777777" w:rsidR="00E6505E" w:rsidRDefault="00000000">
            <w:r>
              <w:rPr>
                <w:sz w:val="13"/>
              </w:rPr>
              <w:t>89.77 ± 98.95</w:t>
            </w:r>
          </w:p>
        </w:tc>
        <w:tc>
          <w:tcPr>
            <w:tcW w:w="2131" w:type="dxa"/>
            <w:vAlign w:val="center"/>
          </w:tcPr>
          <w:p w14:paraId="3CF98B40" w14:textId="77777777" w:rsidR="00E6505E" w:rsidRDefault="00000000">
            <w:r>
              <w:rPr>
                <w:sz w:val="13"/>
              </w:rPr>
              <w:t>4</w:t>
            </w:r>
          </w:p>
        </w:tc>
        <w:tc>
          <w:tcPr>
            <w:tcW w:w="2131" w:type="dxa"/>
            <w:vAlign w:val="center"/>
          </w:tcPr>
          <w:p w14:paraId="4C5FE4B3" w14:textId="77777777" w:rsidR="00E6505E" w:rsidRDefault="00000000">
            <w:r>
              <w:rPr>
                <w:sz w:val="13"/>
              </w:rPr>
              <w:t>A</w:t>
            </w:r>
          </w:p>
        </w:tc>
      </w:tr>
      <w:tr w:rsidR="00E6505E" w14:paraId="62174BFB" w14:textId="77777777">
        <w:trPr>
          <w:jc w:val="center"/>
        </w:trPr>
        <w:tc>
          <w:tcPr>
            <w:tcW w:w="2131" w:type="dxa"/>
            <w:vAlign w:val="center"/>
          </w:tcPr>
          <w:p w14:paraId="3BC32A8D" w14:textId="77777777" w:rsidR="00E6505E" w:rsidRDefault="00000000">
            <w:r>
              <w:rPr>
                <w:sz w:val="13"/>
              </w:rPr>
              <w:t>Total yield</w:t>
            </w:r>
          </w:p>
        </w:tc>
        <w:tc>
          <w:tcPr>
            <w:tcW w:w="2131" w:type="dxa"/>
            <w:vAlign w:val="center"/>
          </w:tcPr>
          <w:p w14:paraId="4944453B" w14:textId="77777777" w:rsidR="00E6505E" w:rsidRDefault="00000000">
            <w:r>
              <w:rPr>
                <w:sz w:val="13"/>
              </w:rPr>
              <w:t>T5</w:t>
            </w:r>
          </w:p>
        </w:tc>
        <w:tc>
          <w:tcPr>
            <w:tcW w:w="2131" w:type="dxa"/>
            <w:vAlign w:val="center"/>
          </w:tcPr>
          <w:p w14:paraId="5B20B263" w14:textId="77777777" w:rsidR="00E6505E" w:rsidRDefault="00000000">
            <w:r>
              <w:rPr>
                <w:sz w:val="13"/>
              </w:rPr>
              <w:t>190.35 ± 30.83</w:t>
            </w:r>
          </w:p>
        </w:tc>
        <w:tc>
          <w:tcPr>
            <w:tcW w:w="2131" w:type="dxa"/>
            <w:vAlign w:val="center"/>
          </w:tcPr>
          <w:p w14:paraId="10686486" w14:textId="77777777" w:rsidR="00E6505E" w:rsidRDefault="00000000">
            <w:r>
              <w:rPr>
                <w:sz w:val="13"/>
              </w:rPr>
              <w:t>4</w:t>
            </w:r>
          </w:p>
        </w:tc>
        <w:tc>
          <w:tcPr>
            <w:tcW w:w="2131" w:type="dxa"/>
            <w:vAlign w:val="center"/>
          </w:tcPr>
          <w:p w14:paraId="0FE51304" w14:textId="77777777" w:rsidR="00E6505E" w:rsidRDefault="00000000">
            <w:r>
              <w:rPr>
                <w:sz w:val="13"/>
              </w:rPr>
              <w:t>A</w:t>
            </w:r>
          </w:p>
        </w:tc>
      </w:tr>
      <w:tr w:rsidR="00E6505E" w14:paraId="11F36C12" w14:textId="77777777">
        <w:trPr>
          <w:jc w:val="center"/>
        </w:trPr>
        <w:tc>
          <w:tcPr>
            <w:tcW w:w="2131" w:type="dxa"/>
            <w:vAlign w:val="center"/>
          </w:tcPr>
          <w:p w14:paraId="32CAB99F" w14:textId="77777777" w:rsidR="00E6505E" w:rsidRDefault="00000000">
            <w:r>
              <w:rPr>
                <w:sz w:val="13"/>
              </w:rPr>
              <w:t>Total yield</w:t>
            </w:r>
          </w:p>
        </w:tc>
        <w:tc>
          <w:tcPr>
            <w:tcW w:w="2131" w:type="dxa"/>
            <w:vAlign w:val="center"/>
          </w:tcPr>
          <w:p w14:paraId="263FCFA5" w14:textId="77777777" w:rsidR="00E6505E" w:rsidRDefault="00000000">
            <w:r>
              <w:rPr>
                <w:sz w:val="13"/>
              </w:rPr>
              <w:t>T6</w:t>
            </w:r>
          </w:p>
        </w:tc>
        <w:tc>
          <w:tcPr>
            <w:tcW w:w="2131" w:type="dxa"/>
            <w:vAlign w:val="center"/>
          </w:tcPr>
          <w:p w14:paraId="790DC055" w14:textId="77777777" w:rsidR="00E6505E" w:rsidRDefault="00000000">
            <w:r>
              <w:rPr>
                <w:sz w:val="13"/>
              </w:rPr>
              <w:t>185.64 ± 134.23</w:t>
            </w:r>
          </w:p>
        </w:tc>
        <w:tc>
          <w:tcPr>
            <w:tcW w:w="2131" w:type="dxa"/>
            <w:vAlign w:val="center"/>
          </w:tcPr>
          <w:p w14:paraId="1F988374" w14:textId="77777777" w:rsidR="00E6505E" w:rsidRDefault="00000000">
            <w:r>
              <w:rPr>
                <w:sz w:val="13"/>
              </w:rPr>
              <w:t>4</w:t>
            </w:r>
          </w:p>
        </w:tc>
        <w:tc>
          <w:tcPr>
            <w:tcW w:w="2131" w:type="dxa"/>
            <w:vAlign w:val="center"/>
          </w:tcPr>
          <w:p w14:paraId="38F7B54F" w14:textId="77777777" w:rsidR="00E6505E" w:rsidRDefault="00000000">
            <w:r>
              <w:rPr>
                <w:sz w:val="13"/>
              </w:rPr>
              <w:t>A</w:t>
            </w:r>
          </w:p>
        </w:tc>
      </w:tr>
      <w:tr w:rsidR="00E6505E" w14:paraId="14A07373" w14:textId="77777777">
        <w:trPr>
          <w:jc w:val="center"/>
        </w:trPr>
        <w:tc>
          <w:tcPr>
            <w:tcW w:w="2131" w:type="dxa"/>
            <w:vAlign w:val="center"/>
          </w:tcPr>
          <w:p w14:paraId="4285B63F" w14:textId="77777777" w:rsidR="00E6505E" w:rsidRDefault="00000000">
            <w:r>
              <w:rPr>
                <w:sz w:val="13"/>
              </w:rPr>
              <w:t>Total yield</w:t>
            </w:r>
          </w:p>
        </w:tc>
        <w:tc>
          <w:tcPr>
            <w:tcW w:w="2131" w:type="dxa"/>
            <w:vAlign w:val="center"/>
          </w:tcPr>
          <w:p w14:paraId="1EAD6236" w14:textId="77777777" w:rsidR="00E6505E" w:rsidRDefault="00000000">
            <w:r>
              <w:rPr>
                <w:sz w:val="13"/>
              </w:rPr>
              <w:t>T7</w:t>
            </w:r>
          </w:p>
        </w:tc>
        <w:tc>
          <w:tcPr>
            <w:tcW w:w="2131" w:type="dxa"/>
            <w:vAlign w:val="center"/>
          </w:tcPr>
          <w:p w14:paraId="7C9D647D" w14:textId="77777777" w:rsidR="00E6505E" w:rsidRDefault="00000000">
            <w:r>
              <w:rPr>
                <w:sz w:val="13"/>
              </w:rPr>
              <w:t>73.16 ± 56.22</w:t>
            </w:r>
          </w:p>
        </w:tc>
        <w:tc>
          <w:tcPr>
            <w:tcW w:w="2131" w:type="dxa"/>
            <w:vAlign w:val="center"/>
          </w:tcPr>
          <w:p w14:paraId="3D251C6D" w14:textId="77777777" w:rsidR="00E6505E" w:rsidRDefault="00000000">
            <w:r>
              <w:rPr>
                <w:sz w:val="13"/>
              </w:rPr>
              <w:t>4</w:t>
            </w:r>
          </w:p>
        </w:tc>
        <w:tc>
          <w:tcPr>
            <w:tcW w:w="2131" w:type="dxa"/>
            <w:vAlign w:val="center"/>
          </w:tcPr>
          <w:p w14:paraId="53C05597" w14:textId="77777777" w:rsidR="00E6505E" w:rsidRDefault="00000000">
            <w:r>
              <w:rPr>
                <w:sz w:val="13"/>
              </w:rPr>
              <w:t>A</w:t>
            </w:r>
          </w:p>
        </w:tc>
      </w:tr>
      <w:tr w:rsidR="00E6505E" w14:paraId="5E288D97" w14:textId="77777777">
        <w:trPr>
          <w:jc w:val="center"/>
        </w:trPr>
        <w:tc>
          <w:tcPr>
            <w:tcW w:w="2131" w:type="dxa"/>
            <w:vAlign w:val="center"/>
          </w:tcPr>
          <w:p w14:paraId="6A79C456" w14:textId="77777777" w:rsidR="00E6505E" w:rsidRDefault="00000000">
            <w:r>
              <w:rPr>
                <w:sz w:val="13"/>
              </w:rPr>
              <w:t>Total yield</w:t>
            </w:r>
          </w:p>
        </w:tc>
        <w:tc>
          <w:tcPr>
            <w:tcW w:w="2131" w:type="dxa"/>
            <w:vAlign w:val="center"/>
          </w:tcPr>
          <w:p w14:paraId="5C6E14F8" w14:textId="77777777" w:rsidR="00E6505E" w:rsidRDefault="00000000">
            <w:r>
              <w:rPr>
                <w:sz w:val="13"/>
              </w:rPr>
              <w:t>T8</w:t>
            </w:r>
          </w:p>
        </w:tc>
        <w:tc>
          <w:tcPr>
            <w:tcW w:w="2131" w:type="dxa"/>
            <w:vAlign w:val="center"/>
          </w:tcPr>
          <w:p w14:paraId="0627665C" w14:textId="77777777" w:rsidR="00E6505E" w:rsidRDefault="00000000">
            <w:r>
              <w:rPr>
                <w:sz w:val="13"/>
              </w:rPr>
              <w:t>190.98 ± 91.37</w:t>
            </w:r>
          </w:p>
        </w:tc>
        <w:tc>
          <w:tcPr>
            <w:tcW w:w="2131" w:type="dxa"/>
            <w:vAlign w:val="center"/>
          </w:tcPr>
          <w:p w14:paraId="308E78FE" w14:textId="77777777" w:rsidR="00E6505E" w:rsidRDefault="00000000">
            <w:r>
              <w:rPr>
                <w:sz w:val="13"/>
              </w:rPr>
              <w:t>4</w:t>
            </w:r>
          </w:p>
        </w:tc>
        <w:tc>
          <w:tcPr>
            <w:tcW w:w="2131" w:type="dxa"/>
            <w:vAlign w:val="center"/>
          </w:tcPr>
          <w:p w14:paraId="64C46A22" w14:textId="77777777" w:rsidR="00E6505E" w:rsidRDefault="00000000">
            <w:r>
              <w:rPr>
                <w:sz w:val="13"/>
              </w:rPr>
              <w:t>A</w:t>
            </w:r>
          </w:p>
        </w:tc>
      </w:tr>
      <w:tr w:rsidR="00E6505E" w14:paraId="221DA565" w14:textId="77777777">
        <w:trPr>
          <w:jc w:val="center"/>
        </w:trPr>
        <w:tc>
          <w:tcPr>
            <w:tcW w:w="2131" w:type="dxa"/>
            <w:vAlign w:val="center"/>
          </w:tcPr>
          <w:p w14:paraId="54CCC1A1" w14:textId="77777777" w:rsidR="00E6505E" w:rsidRDefault="00000000">
            <w:r>
              <w:rPr>
                <w:sz w:val="13"/>
              </w:rPr>
              <w:t>Total yield</w:t>
            </w:r>
          </w:p>
        </w:tc>
        <w:tc>
          <w:tcPr>
            <w:tcW w:w="2131" w:type="dxa"/>
            <w:vAlign w:val="center"/>
          </w:tcPr>
          <w:p w14:paraId="4E2D2D48" w14:textId="77777777" w:rsidR="00E6505E" w:rsidRDefault="00000000">
            <w:r>
              <w:rPr>
                <w:sz w:val="13"/>
              </w:rPr>
              <w:t>T9</w:t>
            </w:r>
          </w:p>
        </w:tc>
        <w:tc>
          <w:tcPr>
            <w:tcW w:w="2131" w:type="dxa"/>
            <w:vAlign w:val="center"/>
          </w:tcPr>
          <w:p w14:paraId="362EFD4C" w14:textId="77777777" w:rsidR="00E6505E" w:rsidRDefault="00000000">
            <w:r>
              <w:rPr>
                <w:sz w:val="13"/>
              </w:rPr>
              <w:t>192.75 ± 130.66</w:t>
            </w:r>
          </w:p>
        </w:tc>
        <w:tc>
          <w:tcPr>
            <w:tcW w:w="2131" w:type="dxa"/>
            <w:vAlign w:val="center"/>
          </w:tcPr>
          <w:p w14:paraId="43B813CB" w14:textId="77777777" w:rsidR="00E6505E" w:rsidRDefault="00000000">
            <w:r>
              <w:rPr>
                <w:sz w:val="13"/>
              </w:rPr>
              <w:t>4</w:t>
            </w:r>
          </w:p>
        </w:tc>
        <w:tc>
          <w:tcPr>
            <w:tcW w:w="2131" w:type="dxa"/>
            <w:vAlign w:val="center"/>
          </w:tcPr>
          <w:p w14:paraId="07DC1BA8" w14:textId="77777777" w:rsidR="00E6505E" w:rsidRDefault="00000000">
            <w:r>
              <w:rPr>
                <w:sz w:val="13"/>
              </w:rPr>
              <w:t>A</w:t>
            </w:r>
          </w:p>
        </w:tc>
      </w:tr>
      <w:tr w:rsidR="00E6505E" w14:paraId="7DEB7716" w14:textId="77777777">
        <w:trPr>
          <w:jc w:val="center"/>
        </w:trPr>
        <w:tc>
          <w:tcPr>
            <w:tcW w:w="2131" w:type="dxa"/>
            <w:vAlign w:val="center"/>
          </w:tcPr>
          <w:p w14:paraId="665ED15B" w14:textId="77777777" w:rsidR="00E6505E" w:rsidRDefault="00000000">
            <w:r>
              <w:rPr>
                <w:sz w:val="13"/>
              </w:rPr>
              <w:t>Total yield</w:t>
            </w:r>
          </w:p>
        </w:tc>
        <w:tc>
          <w:tcPr>
            <w:tcW w:w="2131" w:type="dxa"/>
            <w:vAlign w:val="center"/>
          </w:tcPr>
          <w:p w14:paraId="5E927CB4" w14:textId="77777777" w:rsidR="00E6505E" w:rsidRDefault="00000000">
            <w:r>
              <w:rPr>
                <w:sz w:val="13"/>
              </w:rPr>
              <w:t>T10</w:t>
            </w:r>
          </w:p>
        </w:tc>
        <w:tc>
          <w:tcPr>
            <w:tcW w:w="2131" w:type="dxa"/>
            <w:vAlign w:val="center"/>
          </w:tcPr>
          <w:p w14:paraId="34C6EDC4" w14:textId="77777777" w:rsidR="00E6505E" w:rsidRDefault="00000000">
            <w:r>
              <w:rPr>
                <w:sz w:val="13"/>
              </w:rPr>
              <w:t>204.92 ± 106.24</w:t>
            </w:r>
          </w:p>
        </w:tc>
        <w:tc>
          <w:tcPr>
            <w:tcW w:w="2131" w:type="dxa"/>
            <w:vAlign w:val="center"/>
          </w:tcPr>
          <w:p w14:paraId="4E9C5304" w14:textId="77777777" w:rsidR="00E6505E" w:rsidRDefault="00000000">
            <w:r>
              <w:rPr>
                <w:sz w:val="13"/>
              </w:rPr>
              <w:t>4</w:t>
            </w:r>
          </w:p>
        </w:tc>
        <w:tc>
          <w:tcPr>
            <w:tcW w:w="2131" w:type="dxa"/>
            <w:vAlign w:val="center"/>
          </w:tcPr>
          <w:p w14:paraId="5E299FFC" w14:textId="77777777" w:rsidR="00E6505E" w:rsidRDefault="00000000">
            <w:r>
              <w:rPr>
                <w:sz w:val="13"/>
              </w:rPr>
              <w:t>A</w:t>
            </w:r>
          </w:p>
        </w:tc>
      </w:tr>
      <w:tr w:rsidR="00E6505E" w14:paraId="61BF2815" w14:textId="77777777">
        <w:trPr>
          <w:jc w:val="center"/>
        </w:trPr>
        <w:tc>
          <w:tcPr>
            <w:tcW w:w="2131" w:type="dxa"/>
            <w:vAlign w:val="center"/>
          </w:tcPr>
          <w:p w14:paraId="4D448073" w14:textId="77777777" w:rsidR="00E6505E" w:rsidRDefault="00000000">
            <w:r>
              <w:rPr>
                <w:sz w:val="13"/>
              </w:rPr>
              <w:lastRenderedPageBreak/>
              <w:t>Marketable yield</w:t>
            </w:r>
          </w:p>
        </w:tc>
        <w:tc>
          <w:tcPr>
            <w:tcW w:w="2131" w:type="dxa"/>
            <w:vAlign w:val="center"/>
          </w:tcPr>
          <w:p w14:paraId="5800A68D" w14:textId="77777777" w:rsidR="00E6505E" w:rsidRDefault="00000000">
            <w:r>
              <w:rPr>
                <w:sz w:val="13"/>
              </w:rPr>
              <w:t>T0</w:t>
            </w:r>
          </w:p>
        </w:tc>
        <w:tc>
          <w:tcPr>
            <w:tcW w:w="2131" w:type="dxa"/>
            <w:vAlign w:val="center"/>
          </w:tcPr>
          <w:p w14:paraId="2C0242D8" w14:textId="77777777" w:rsidR="00E6505E" w:rsidRDefault="00000000">
            <w:r>
              <w:rPr>
                <w:sz w:val="13"/>
              </w:rPr>
              <w:t>310.80 ± 265.75</w:t>
            </w:r>
          </w:p>
        </w:tc>
        <w:tc>
          <w:tcPr>
            <w:tcW w:w="2131" w:type="dxa"/>
            <w:vAlign w:val="center"/>
          </w:tcPr>
          <w:p w14:paraId="6DCB2737" w14:textId="77777777" w:rsidR="00E6505E" w:rsidRDefault="00000000">
            <w:r>
              <w:rPr>
                <w:sz w:val="13"/>
              </w:rPr>
              <w:t>4</w:t>
            </w:r>
          </w:p>
        </w:tc>
        <w:tc>
          <w:tcPr>
            <w:tcW w:w="2131" w:type="dxa"/>
            <w:vAlign w:val="center"/>
          </w:tcPr>
          <w:p w14:paraId="25AC6583" w14:textId="77777777" w:rsidR="00E6505E" w:rsidRDefault="00000000">
            <w:r>
              <w:rPr>
                <w:sz w:val="13"/>
              </w:rPr>
              <w:t>A</w:t>
            </w:r>
          </w:p>
        </w:tc>
      </w:tr>
      <w:tr w:rsidR="00E6505E" w14:paraId="6956864E" w14:textId="77777777">
        <w:trPr>
          <w:jc w:val="center"/>
        </w:trPr>
        <w:tc>
          <w:tcPr>
            <w:tcW w:w="2131" w:type="dxa"/>
            <w:vAlign w:val="center"/>
          </w:tcPr>
          <w:p w14:paraId="7D719121" w14:textId="77777777" w:rsidR="00E6505E" w:rsidRDefault="00000000">
            <w:r>
              <w:rPr>
                <w:sz w:val="13"/>
              </w:rPr>
              <w:t>Marketable yield</w:t>
            </w:r>
          </w:p>
        </w:tc>
        <w:tc>
          <w:tcPr>
            <w:tcW w:w="2131" w:type="dxa"/>
            <w:vAlign w:val="center"/>
          </w:tcPr>
          <w:p w14:paraId="08D9A796" w14:textId="77777777" w:rsidR="00E6505E" w:rsidRDefault="00000000">
            <w:r>
              <w:rPr>
                <w:sz w:val="13"/>
              </w:rPr>
              <w:t>T1</w:t>
            </w:r>
          </w:p>
        </w:tc>
        <w:tc>
          <w:tcPr>
            <w:tcW w:w="2131" w:type="dxa"/>
            <w:vAlign w:val="center"/>
          </w:tcPr>
          <w:p w14:paraId="20FEDE11" w14:textId="77777777" w:rsidR="00E6505E" w:rsidRDefault="00000000">
            <w:r>
              <w:rPr>
                <w:sz w:val="13"/>
              </w:rPr>
              <w:t>214.93 ± 198.81</w:t>
            </w:r>
          </w:p>
        </w:tc>
        <w:tc>
          <w:tcPr>
            <w:tcW w:w="2131" w:type="dxa"/>
            <w:vAlign w:val="center"/>
          </w:tcPr>
          <w:p w14:paraId="6C99EAF8" w14:textId="77777777" w:rsidR="00E6505E" w:rsidRDefault="00000000">
            <w:r>
              <w:rPr>
                <w:sz w:val="13"/>
              </w:rPr>
              <w:t>4</w:t>
            </w:r>
          </w:p>
        </w:tc>
        <w:tc>
          <w:tcPr>
            <w:tcW w:w="2131" w:type="dxa"/>
            <w:vAlign w:val="center"/>
          </w:tcPr>
          <w:p w14:paraId="67D82028" w14:textId="77777777" w:rsidR="00E6505E" w:rsidRDefault="00000000">
            <w:r>
              <w:rPr>
                <w:sz w:val="13"/>
              </w:rPr>
              <w:t>A</w:t>
            </w:r>
          </w:p>
        </w:tc>
      </w:tr>
      <w:tr w:rsidR="00E6505E" w14:paraId="6180AD41" w14:textId="77777777">
        <w:trPr>
          <w:jc w:val="center"/>
        </w:trPr>
        <w:tc>
          <w:tcPr>
            <w:tcW w:w="2131" w:type="dxa"/>
            <w:vAlign w:val="center"/>
          </w:tcPr>
          <w:p w14:paraId="376B4E21" w14:textId="77777777" w:rsidR="00E6505E" w:rsidRDefault="00000000">
            <w:r>
              <w:rPr>
                <w:sz w:val="13"/>
              </w:rPr>
              <w:t>Marketable yield</w:t>
            </w:r>
          </w:p>
        </w:tc>
        <w:tc>
          <w:tcPr>
            <w:tcW w:w="2131" w:type="dxa"/>
            <w:vAlign w:val="center"/>
          </w:tcPr>
          <w:p w14:paraId="2AA12221" w14:textId="77777777" w:rsidR="00E6505E" w:rsidRDefault="00000000">
            <w:r>
              <w:rPr>
                <w:sz w:val="13"/>
              </w:rPr>
              <w:t>T2</w:t>
            </w:r>
          </w:p>
        </w:tc>
        <w:tc>
          <w:tcPr>
            <w:tcW w:w="2131" w:type="dxa"/>
            <w:vAlign w:val="center"/>
          </w:tcPr>
          <w:p w14:paraId="02A7132D" w14:textId="77777777" w:rsidR="00E6505E" w:rsidRDefault="00000000">
            <w:r>
              <w:rPr>
                <w:sz w:val="13"/>
              </w:rPr>
              <w:t>168.69 ± 142.07</w:t>
            </w:r>
          </w:p>
        </w:tc>
        <w:tc>
          <w:tcPr>
            <w:tcW w:w="2131" w:type="dxa"/>
            <w:vAlign w:val="center"/>
          </w:tcPr>
          <w:p w14:paraId="5E9747E3" w14:textId="77777777" w:rsidR="00E6505E" w:rsidRDefault="00000000">
            <w:r>
              <w:rPr>
                <w:sz w:val="13"/>
              </w:rPr>
              <w:t>4</w:t>
            </w:r>
          </w:p>
        </w:tc>
        <w:tc>
          <w:tcPr>
            <w:tcW w:w="2131" w:type="dxa"/>
            <w:vAlign w:val="center"/>
          </w:tcPr>
          <w:p w14:paraId="6CADC58D" w14:textId="77777777" w:rsidR="00E6505E" w:rsidRDefault="00000000">
            <w:r>
              <w:rPr>
                <w:sz w:val="13"/>
              </w:rPr>
              <w:t>A</w:t>
            </w:r>
          </w:p>
        </w:tc>
      </w:tr>
      <w:tr w:rsidR="00E6505E" w14:paraId="12ACA420" w14:textId="77777777">
        <w:trPr>
          <w:jc w:val="center"/>
        </w:trPr>
        <w:tc>
          <w:tcPr>
            <w:tcW w:w="2131" w:type="dxa"/>
            <w:vAlign w:val="center"/>
          </w:tcPr>
          <w:p w14:paraId="20837A32" w14:textId="77777777" w:rsidR="00E6505E" w:rsidRDefault="00000000">
            <w:r>
              <w:rPr>
                <w:sz w:val="13"/>
              </w:rPr>
              <w:t>Marketable yield</w:t>
            </w:r>
          </w:p>
        </w:tc>
        <w:tc>
          <w:tcPr>
            <w:tcW w:w="2131" w:type="dxa"/>
            <w:vAlign w:val="center"/>
          </w:tcPr>
          <w:p w14:paraId="6EF392FF" w14:textId="77777777" w:rsidR="00E6505E" w:rsidRDefault="00000000">
            <w:r>
              <w:rPr>
                <w:sz w:val="13"/>
              </w:rPr>
              <w:t>T3</w:t>
            </w:r>
          </w:p>
        </w:tc>
        <w:tc>
          <w:tcPr>
            <w:tcW w:w="2131" w:type="dxa"/>
            <w:vAlign w:val="center"/>
          </w:tcPr>
          <w:p w14:paraId="115B41BE" w14:textId="77777777" w:rsidR="00E6505E" w:rsidRDefault="00000000">
            <w:r>
              <w:rPr>
                <w:sz w:val="13"/>
              </w:rPr>
              <w:t>21.65 ± 20.49</w:t>
            </w:r>
          </w:p>
        </w:tc>
        <w:tc>
          <w:tcPr>
            <w:tcW w:w="2131" w:type="dxa"/>
            <w:vAlign w:val="center"/>
          </w:tcPr>
          <w:p w14:paraId="74F5C84C" w14:textId="77777777" w:rsidR="00E6505E" w:rsidRDefault="00000000">
            <w:r>
              <w:rPr>
                <w:sz w:val="13"/>
              </w:rPr>
              <w:t>4</w:t>
            </w:r>
          </w:p>
        </w:tc>
        <w:tc>
          <w:tcPr>
            <w:tcW w:w="2131" w:type="dxa"/>
            <w:vAlign w:val="center"/>
          </w:tcPr>
          <w:p w14:paraId="1412073E" w14:textId="77777777" w:rsidR="00E6505E" w:rsidRDefault="00000000">
            <w:r>
              <w:rPr>
                <w:sz w:val="13"/>
              </w:rPr>
              <w:t>B</w:t>
            </w:r>
          </w:p>
        </w:tc>
      </w:tr>
      <w:tr w:rsidR="00E6505E" w14:paraId="66542128" w14:textId="77777777">
        <w:trPr>
          <w:jc w:val="center"/>
        </w:trPr>
        <w:tc>
          <w:tcPr>
            <w:tcW w:w="2131" w:type="dxa"/>
            <w:vAlign w:val="center"/>
          </w:tcPr>
          <w:p w14:paraId="042127DC" w14:textId="77777777" w:rsidR="00E6505E" w:rsidRDefault="00000000">
            <w:r>
              <w:rPr>
                <w:sz w:val="13"/>
              </w:rPr>
              <w:t>Marketable yield</w:t>
            </w:r>
          </w:p>
        </w:tc>
        <w:tc>
          <w:tcPr>
            <w:tcW w:w="2131" w:type="dxa"/>
            <w:vAlign w:val="center"/>
          </w:tcPr>
          <w:p w14:paraId="0702DA4C" w14:textId="77777777" w:rsidR="00E6505E" w:rsidRDefault="00000000">
            <w:r>
              <w:rPr>
                <w:sz w:val="13"/>
              </w:rPr>
              <w:t>T4</w:t>
            </w:r>
          </w:p>
        </w:tc>
        <w:tc>
          <w:tcPr>
            <w:tcW w:w="2131" w:type="dxa"/>
            <w:vAlign w:val="center"/>
          </w:tcPr>
          <w:p w14:paraId="137D5201" w14:textId="77777777" w:rsidR="00E6505E" w:rsidRDefault="00000000">
            <w:r>
              <w:rPr>
                <w:sz w:val="13"/>
              </w:rPr>
              <w:t>29.59 ± 28.26</w:t>
            </w:r>
          </w:p>
        </w:tc>
        <w:tc>
          <w:tcPr>
            <w:tcW w:w="2131" w:type="dxa"/>
            <w:vAlign w:val="center"/>
          </w:tcPr>
          <w:p w14:paraId="49BFB346" w14:textId="77777777" w:rsidR="00E6505E" w:rsidRDefault="00000000">
            <w:r>
              <w:rPr>
                <w:sz w:val="13"/>
              </w:rPr>
              <w:t>4</w:t>
            </w:r>
          </w:p>
        </w:tc>
        <w:tc>
          <w:tcPr>
            <w:tcW w:w="2131" w:type="dxa"/>
            <w:vAlign w:val="center"/>
          </w:tcPr>
          <w:p w14:paraId="5A4D6623" w14:textId="77777777" w:rsidR="00E6505E" w:rsidRDefault="00000000">
            <w:r>
              <w:rPr>
                <w:sz w:val="13"/>
              </w:rPr>
              <w:t>A</w:t>
            </w:r>
          </w:p>
        </w:tc>
      </w:tr>
      <w:tr w:rsidR="00E6505E" w14:paraId="1B4E20FF" w14:textId="77777777">
        <w:trPr>
          <w:jc w:val="center"/>
        </w:trPr>
        <w:tc>
          <w:tcPr>
            <w:tcW w:w="2131" w:type="dxa"/>
            <w:vAlign w:val="center"/>
          </w:tcPr>
          <w:p w14:paraId="4488F092" w14:textId="77777777" w:rsidR="00E6505E" w:rsidRDefault="00000000">
            <w:r>
              <w:rPr>
                <w:sz w:val="13"/>
              </w:rPr>
              <w:t>Marketable yield</w:t>
            </w:r>
          </w:p>
        </w:tc>
        <w:tc>
          <w:tcPr>
            <w:tcW w:w="2131" w:type="dxa"/>
            <w:vAlign w:val="center"/>
          </w:tcPr>
          <w:p w14:paraId="5481E03D" w14:textId="77777777" w:rsidR="00E6505E" w:rsidRDefault="00000000">
            <w:r>
              <w:rPr>
                <w:sz w:val="13"/>
              </w:rPr>
              <w:t>T5</w:t>
            </w:r>
          </w:p>
        </w:tc>
        <w:tc>
          <w:tcPr>
            <w:tcW w:w="2131" w:type="dxa"/>
            <w:vAlign w:val="center"/>
          </w:tcPr>
          <w:p w14:paraId="15845DC7" w14:textId="77777777" w:rsidR="00E6505E" w:rsidRDefault="00000000">
            <w:r>
              <w:rPr>
                <w:sz w:val="13"/>
              </w:rPr>
              <w:t>75.06 ± 21.44</w:t>
            </w:r>
          </w:p>
        </w:tc>
        <w:tc>
          <w:tcPr>
            <w:tcW w:w="2131" w:type="dxa"/>
            <w:vAlign w:val="center"/>
          </w:tcPr>
          <w:p w14:paraId="120E5810" w14:textId="77777777" w:rsidR="00E6505E" w:rsidRDefault="00000000">
            <w:r>
              <w:rPr>
                <w:sz w:val="13"/>
              </w:rPr>
              <w:t>4</w:t>
            </w:r>
          </w:p>
        </w:tc>
        <w:tc>
          <w:tcPr>
            <w:tcW w:w="2131" w:type="dxa"/>
            <w:vAlign w:val="center"/>
          </w:tcPr>
          <w:p w14:paraId="4B551D34" w14:textId="77777777" w:rsidR="00E6505E" w:rsidRDefault="00000000">
            <w:r>
              <w:rPr>
                <w:sz w:val="13"/>
              </w:rPr>
              <w:t>A</w:t>
            </w:r>
          </w:p>
        </w:tc>
      </w:tr>
      <w:tr w:rsidR="00E6505E" w14:paraId="65FCD53F" w14:textId="77777777">
        <w:trPr>
          <w:jc w:val="center"/>
        </w:trPr>
        <w:tc>
          <w:tcPr>
            <w:tcW w:w="2131" w:type="dxa"/>
            <w:vAlign w:val="center"/>
          </w:tcPr>
          <w:p w14:paraId="1F548698" w14:textId="77777777" w:rsidR="00E6505E" w:rsidRDefault="00000000">
            <w:r>
              <w:rPr>
                <w:sz w:val="13"/>
              </w:rPr>
              <w:t>Marketable yield</w:t>
            </w:r>
          </w:p>
        </w:tc>
        <w:tc>
          <w:tcPr>
            <w:tcW w:w="2131" w:type="dxa"/>
            <w:vAlign w:val="center"/>
          </w:tcPr>
          <w:p w14:paraId="08BC324A" w14:textId="77777777" w:rsidR="00E6505E" w:rsidRDefault="00000000">
            <w:r>
              <w:rPr>
                <w:sz w:val="13"/>
              </w:rPr>
              <w:t>T6</w:t>
            </w:r>
          </w:p>
        </w:tc>
        <w:tc>
          <w:tcPr>
            <w:tcW w:w="2131" w:type="dxa"/>
            <w:vAlign w:val="center"/>
          </w:tcPr>
          <w:p w14:paraId="36E1F5C8" w14:textId="77777777" w:rsidR="00E6505E" w:rsidRDefault="00000000">
            <w:r>
              <w:rPr>
                <w:sz w:val="13"/>
              </w:rPr>
              <w:t>79.23 ± 63.09</w:t>
            </w:r>
          </w:p>
        </w:tc>
        <w:tc>
          <w:tcPr>
            <w:tcW w:w="2131" w:type="dxa"/>
            <w:vAlign w:val="center"/>
          </w:tcPr>
          <w:p w14:paraId="159EDCA4" w14:textId="77777777" w:rsidR="00E6505E" w:rsidRDefault="00000000">
            <w:r>
              <w:rPr>
                <w:sz w:val="13"/>
              </w:rPr>
              <w:t>4</w:t>
            </w:r>
          </w:p>
        </w:tc>
        <w:tc>
          <w:tcPr>
            <w:tcW w:w="2131" w:type="dxa"/>
            <w:vAlign w:val="center"/>
          </w:tcPr>
          <w:p w14:paraId="0A833109" w14:textId="77777777" w:rsidR="00E6505E" w:rsidRDefault="00000000">
            <w:r>
              <w:rPr>
                <w:sz w:val="13"/>
              </w:rPr>
              <w:t>A</w:t>
            </w:r>
          </w:p>
        </w:tc>
      </w:tr>
      <w:tr w:rsidR="00E6505E" w14:paraId="0DCD72A2" w14:textId="77777777">
        <w:trPr>
          <w:jc w:val="center"/>
        </w:trPr>
        <w:tc>
          <w:tcPr>
            <w:tcW w:w="2131" w:type="dxa"/>
            <w:vAlign w:val="center"/>
          </w:tcPr>
          <w:p w14:paraId="2F8DCDD2" w14:textId="77777777" w:rsidR="00E6505E" w:rsidRDefault="00000000">
            <w:r>
              <w:rPr>
                <w:sz w:val="13"/>
              </w:rPr>
              <w:t>Marketable yield</w:t>
            </w:r>
          </w:p>
        </w:tc>
        <w:tc>
          <w:tcPr>
            <w:tcW w:w="2131" w:type="dxa"/>
            <w:vAlign w:val="center"/>
          </w:tcPr>
          <w:p w14:paraId="6E1DB565" w14:textId="77777777" w:rsidR="00E6505E" w:rsidRDefault="00000000">
            <w:r>
              <w:rPr>
                <w:sz w:val="13"/>
              </w:rPr>
              <w:t>T7</w:t>
            </w:r>
          </w:p>
        </w:tc>
        <w:tc>
          <w:tcPr>
            <w:tcW w:w="2131" w:type="dxa"/>
            <w:vAlign w:val="center"/>
          </w:tcPr>
          <w:p w14:paraId="04C4E82B" w14:textId="77777777" w:rsidR="00E6505E" w:rsidRDefault="00000000">
            <w:r>
              <w:rPr>
                <w:sz w:val="13"/>
              </w:rPr>
              <w:t>19.14 ± 24.22</w:t>
            </w:r>
          </w:p>
        </w:tc>
        <w:tc>
          <w:tcPr>
            <w:tcW w:w="2131" w:type="dxa"/>
            <w:vAlign w:val="center"/>
          </w:tcPr>
          <w:p w14:paraId="110B727F" w14:textId="77777777" w:rsidR="00E6505E" w:rsidRDefault="00000000">
            <w:r>
              <w:rPr>
                <w:sz w:val="13"/>
              </w:rPr>
              <w:t>4</w:t>
            </w:r>
          </w:p>
        </w:tc>
        <w:tc>
          <w:tcPr>
            <w:tcW w:w="2131" w:type="dxa"/>
            <w:vAlign w:val="center"/>
          </w:tcPr>
          <w:p w14:paraId="7F342070" w14:textId="77777777" w:rsidR="00E6505E" w:rsidRDefault="00000000">
            <w:r>
              <w:rPr>
                <w:sz w:val="13"/>
              </w:rPr>
              <w:t>B</w:t>
            </w:r>
          </w:p>
        </w:tc>
      </w:tr>
      <w:tr w:rsidR="00E6505E" w14:paraId="617F5D7F" w14:textId="77777777">
        <w:trPr>
          <w:jc w:val="center"/>
        </w:trPr>
        <w:tc>
          <w:tcPr>
            <w:tcW w:w="2131" w:type="dxa"/>
            <w:vAlign w:val="center"/>
          </w:tcPr>
          <w:p w14:paraId="1DB373C4" w14:textId="77777777" w:rsidR="00E6505E" w:rsidRDefault="00000000">
            <w:r>
              <w:rPr>
                <w:sz w:val="13"/>
              </w:rPr>
              <w:t>Marketable yield</w:t>
            </w:r>
          </w:p>
        </w:tc>
        <w:tc>
          <w:tcPr>
            <w:tcW w:w="2131" w:type="dxa"/>
            <w:vAlign w:val="center"/>
          </w:tcPr>
          <w:p w14:paraId="086CE18D" w14:textId="77777777" w:rsidR="00E6505E" w:rsidRDefault="00000000">
            <w:r>
              <w:rPr>
                <w:sz w:val="13"/>
              </w:rPr>
              <w:t>T8</w:t>
            </w:r>
          </w:p>
        </w:tc>
        <w:tc>
          <w:tcPr>
            <w:tcW w:w="2131" w:type="dxa"/>
            <w:vAlign w:val="center"/>
          </w:tcPr>
          <w:p w14:paraId="54158C4D" w14:textId="77777777" w:rsidR="00E6505E" w:rsidRDefault="00000000">
            <w:r>
              <w:rPr>
                <w:sz w:val="13"/>
              </w:rPr>
              <w:t>91.97 ± 78.23</w:t>
            </w:r>
          </w:p>
        </w:tc>
        <w:tc>
          <w:tcPr>
            <w:tcW w:w="2131" w:type="dxa"/>
            <w:vAlign w:val="center"/>
          </w:tcPr>
          <w:p w14:paraId="59B45B02" w14:textId="77777777" w:rsidR="00E6505E" w:rsidRDefault="00000000">
            <w:r>
              <w:rPr>
                <w:sz w:val="13"/>
              </w:rPr>
              <w:t>4</w:t>
            </w:r>
          </w:p>
        </w:tc>
        <w:tc>
          <w:tcPr>
            <w:tcW w:w="2131" w:type="dxa"/>
            <w:vAlign w:val="center"/>
          </w:tcPr>
          <w:p w14:paraId="77145149" w14:textId="77777777" w:rsidR="00E6505E" w:rsidRDefault="00000000">
            <w:r>
              <w:rPr>
                <w:sz w:val="13"/>
              </w:rPr>
              <w:t>A</w:t>
            </w:r>
          </w:p>
        </w:tc>
      </w:tr>
      <w:tr w:rsidR="00E6505E" w14:paraId="59483ED9" w14:textId="77777777">
        <w:trPr>
          <w:jc w:val="center"/>
        </w:trPr>
        <w:tc>
          <w:tcPr>
            <w:tcW w:w="2131" w:type="dxa"/>
            <w:vAlign w:val="center"/>
          </w:tcPr>
          <w:p w14:paraId="6E32B444" w14:textId="77777777" w:rsidR="00E6505E" w:rsidRDefault="00000000">
            <w:r>
              <w:rPr>
                <w:sz w:val="13"/>
              </w:rPr>
              <w:t>Marketable yield</w:t>
            </w:r>
          </w:p>
        </w:tc>
        <w:tc>
          <w:tcPr>
            <w:tcW w:w="2131" w:type="dxa"/>
            <w:vAlign w:val="center"/>
          </w:tcPr>
          <w:p w14:paraId="2A3A7A75" w14:textId="77777777" w:rsidR="00E6505E" w:rsidRDefault="00000000">
            <w:r>
              <w:rPr>
                <w:sz w:val="13"/>
              </w:rPr>
              <w:t>T9</w:t>
            </w:r>
          </w:p>
        </w:tc>
        <w:tc>
          <w:tcPr>
            <w:tcW w:w="2131" w:type="dxa"/>
            <w:vAlign w:val="center"/>
          </w:tcPr>
          <w:p w14:paraId="2078A79B" w14:textId="77777777" w:rsidR="00E6505E" w:rsidRDefault="00000000">
            <w:r>
              <w:rPr>
                <w:sz w:val="13"/>
              </w:rPr>
              <w:t>81.92 ± 58.73</w:t>
            </w:r>
          </w:p>
        </w:tc>
        <w:tc>
          <w:tcPr>
            <w:tcW w:w="2131" w:type="dxa"/>
            <w:vAlign w:val="center"/>
          </w:tcPr>
          <w:p w14:paraId="4FC2BBA0" w14:textId="77777777" w:rsidR="00E6505E" w:rsidRDefault="00000000">
            <w:r>
              <w:rPr>
                <w:sz w:val="13"/>
              </w:rPr>
              <w:t>4</w:t>
            </w:r>
          </w:p>
        </w:tc>
        <w:tc>
          <w:tcPr>
            <w:tcW w:w="2131" w:type="dxa"/>
            <w:vAlign w:val="center"/>
          </w:tcPr>
          <w:p w14:paraId="7CA4CC8D" w14:textId="77777777" w:rsidR="00E6505E" w:rsidRDefault="00000000">
            <w:r>
              <w:rPr>
                <w:sz w:val="13"/>
              </w:rPr>
              <w:t>A</w:t>
            </w:r>
          </w:p>
        </w:tc>
      </w:tr>
      <w:tr w:rsidR="00E6505E" w14:paraId="7DF4E875" w14:textId="77777777">
        <w:trPr>
          <w:jc w:val="center"/>
        </w:trPr>
        <w:tc>
          <w:tcPr>
            <w:tcW w:w="2131" w:type="dxa"/>
            <w:vAlign w:val="center"/>
          </w:tcPr>
          <w:p w14:paraId="439FEDD0" w14:textId="77777777" w:rsidR="00E6505E" w:rsidRDefault="00000000">
            <w:r>
              <w:rPr>
                <w:sz w:val="13"/>
              </w:rPr>
              <w:t>Marketable yield</w:t>
            </w:r>
          </w:p>
        </w:tc>
        <w:tc>
          <w:tcPr>
            <w:tcW w:w="2131" w:type="dxa"/>
            <w:vAlign w:val="center"/>
          </w:tcPr>
          <w:p w14:paraId="69731C60" w14:textId="77777777" w:rsidR="00E6505E" w:rsidRDefault="00000000">
            <w:r>
              <w:rPr>
                <w:sz w:val="13"/>
              </w:rPr>
              <w:t>T10</w:t>
            </w:r>
          </w:p>
        </w:tc>
        <w:tc>
          <w:tcPr>
            <w:tcW w:w="2131" w:type="dxa"/>
            <w:vAlign w:val="center"/>
          </w:tcPr>
          <w:p w14:paraId="00148A96" w14:textId="77777777" w:rsidR="00E6505E" w:rsidRDefault="00000000">
            <w:r>
              <w:rPr>
                <w:sz w:val="13"/>
              </w:rPr>
              <w:t>82.42 ± 68.96</w:t>
            </w:r>
          </w:p>
        </w:tc>
        <w:tc>
          <w:tcPr>
            <w:tcW w:w="2131" w:type="dxa"/>
            <w:vAlign w:val="center"/>
          </w:tcPr>
          <w:p w14:paraId="2F154BB3" w14:textId="77777777" w:rsidR="00E6505E" w:rsidRDefault="00000000">
            <w:r>
              <w:rPr>
                <w:sz w:val="13"/>
              </w:rPr>
              <w:t>4</w:t>
            </w:r>
          </w:p>
        </w:tc>
        <w:tc>
          <w:tcPr>
            <w:tcW w:w="2131" w:type="dxa"/>
            <w:vAlign w:val="center"/>
          </w:tcPr>
          <w:p w14:paraId="5F05D623" w14:textId="77777777" w:rsidR="00E6505E" w:rsidRDefault="00000000">
            <w:r>
              <w:rPr>
                <w:sz w:val="13"/>
              </w:rPr>
              <w:t>A</w:t>
            </w:r>
          </w:p>
        </w:tc>
      </w:tr>
      <w:tr w:rsidR="00E6505E" w14:paraId="75D59865" w14:textId="77777777">
        <w:trPr>
          <w:jc w:val="center"/>
        </w:trPr>
        <w:tc>
          <w:tcPr>
            <w:tcW w:w="2131" w:type="dxa"/>
            <w:vAlign w:val="center"/>
          </w:tcPr>
          <w:p w14:paraId="3786D85A" w14:textId="77777777" w:rsidR="00E6505E" w:rsidRDefault="00000000">
            <w:r>
              <w:rPr>
                <w:sz w:val="13"/>
              </w:rPr>
              <w:t>Late-season total yield</w:t>
            </w:r>
          </w:p>
        </w:tc>
        <w:tc>
          <w:tcPr>
            <w:tcW w:w="2131" w:type="dxa"/>
            <w:vAlign w:val="center"/>
          </w:tcPr>
          <w:p w14:paraId="4B26B44F" w14:textId="77777777" w:rsidR="00E6505E" w:rsidRDefault="00000000">
            <w:r>
              <w:rPr>
                <w:sz w:val="13"/>
              </w:rPr>
              <w:t>T0</w:t>
            </w:r>
          </w:p>
        </w:tc>
        <w:tc>
          <w:tcPr>
            <w:tcW w:w="2131" w:type="dxa"/>
            <w:vAlign w:val="center"/>
          </w:tcPr>
          <w:p w14:paraId="26E01CB5" w14:textId="77777777" w:rsidR="00E6505E" w:rsidRDefault="00000000">
            <w:r>
              <w:rPr>
                <w:sz w:val="13"/>
              </w:rPr>
              <w:t>128.94 ± 132.85</w:t>
            </w:r>
          </w:p>
        </w:tc>
        <w:tc>
          <w:tcPr>
            <w:tcW w:w="2131" w:type="dxa"/>
            <w:vAlign w:val="center"/>
          </w:tcPr>
          <w:p w14:paraId="7EBA15B4" w14:textId="77777777" w:rsidR="00E6505E" w:rsidRDefault="00000000">
            <w:r>
              <w:rPr>
                <w:sz w:val="13"/>
              </w:rPr>
              <w:t>4</w:t>
            </w:r>
          </w:p>
        </w:tc>
        <w:tc>
          <w:tcPr>
            <w:tcW w:w="2131" w:type="dxa"/>
            <w:vAlign w:val="center"/>
          </w:tcPr>
          <w:p w14:paraId="43DFA54F" w14:textId="77777777" w:rsidR="00E6505E" w:rsidRDefault="00000000">
            <w:r>
              <w:rPr>
                <w:sz w:val="13"/>
              </w:rPr>
              <w:t>A</w:t>
            </w:r>
          </w:p>
        </w:tc>
      </w:tr>
      <w:tr w:rsidR="00E6505E" w14:paraId="7DBE5BE0" w14:textId="77777777">
        <w:trPr>
          <w:jc w:val="center"/>
        </w:trPr>
        <w:tc>
          <w:tcPr>
            <w:tcW w:w="2131" w:type="dxa"/>
            <w:vAlign w:val="center"/>
          </w:tcPr>
          <w:p w14:paraId="1E444C96" w14:textId="77777777" w:rsidR="00E6505E" w:rsidRDefault="00000000">
            <w:r>
              <w:rPr>
                <w:sz w:val="13"/>
              </w:rPr>
              <w:t>Late-season total yield</w:t>
            </w:r>
          </w:p>
        </w:tc>
        <w:tc>
          <w:tcPr>
            <w:tcW w:w="2131" w:type="dxa"/>
            <w:vAlign w:val="center"/>
          </w:tcPr>
          <w:p w14:paraId="3D3ACD91" w14:textId="77777777" w:rsidR="00E6505E" w:rsidRDefault="00000000">
            <w:r>
              <w:rPr>
                <w:sz w:val="13"/>
              </w:rPr>
              <w:t>T1</w:t>
            </w:r>
          </w:p>
        </w:tc>
        <w:tc>
          <w:tcPr>
            <w:tcW w:w="2131" w:type="dxa"/>
            <w:vAlign w:val="center"/>
          </w:tcPr>
          <w:p w14:paraId="13ECFA90" w14:textId="77777777" w:rsidR="00E6505E" w:rsidRDefault="00000000">
            <w:r>
              <w:rPr>
                <w:sz w:val="13"/>
              </w:rPr>
              <w:t>32.36 ± 40.35</w:t>
            </w:r>
          </w:p>
        </w:tc>
        <w:tc>
          <w:tcPr>
            <w:tcW w:w="2131" w:type="dxa"/>
            <w:vAlign w:val="center"/>
          </w:tcPr>
          <w:p w14:paraId="05551359" w14:textId="77777777" w:rsidR="00E6505E" w:rsidRDefault="00000000">
            <w:r>
              <w:rPr>
                <w:sz w:val="13"/>
              </w:rPr>
              <w:t>4</w:t>
            </w:r>
          </w:p>
        </w:tc>
        <w:tc>
          <w:tcPr>
            <w:tcW w:w="2131" w:type="dxa"/>
            <w:vAlign w:val="center"/>
          </w:tcPr>
          <w:p w14:paraId="2BD3F72E" w14:textId="77777777" w:rsidR="00E6505E" w:rsidRDefault="00000000">
            <w:r>
              <w:rPr>
                <w:sz w:val="13"/>
              </w:rPr>
              <w:t>A</w:t>
            </w:r>
          </w:p>
        </w:tc>
      </w:tr>
      <w:tr w:rsidR="00E6505E" w14:paraId="545739D9" w14:textId="77777777">
        <w:trPr>
          <w:jc w:val="center"/>
        </w:trPr>
        <w:tc>
          <w:tcPr>
            <w:tcW w:w="2131" w:type="dxa"/>
            <w:vAlign w:val="center"/>
          </w:tcPr>
          <w:p w14:paraId="0AD79B1C" w14:textId="77777777" w:rsidR="00E6505E" w:rsidRDefault="00000000">
            <w:r>
              <w:rPr>
                <w:sz w:val="13"/>
              </w:rPr>
              <w:t>Late-season total yield</w:t>
            </w:r>
          </w:p>
        </w:tc>
        <w:tc>
          <w:tcPr>
            <w:tcW w:w="2131" w:type="dxa"/>
            <w:vAlign w:val="center"/>
          </w:tcPr>
          <w:p w14:paraId="0C6648E2" w14:textId="77777777" w:rsidR="00E6505E" w:rsidRDefault="00000000">
            <w:r>
              <w:rPr>
                <w:sz w:val="13"/>
              </w:rPr>
              <w:t>T2</w:t>
            </w:r>
          </w:p>
        </w:tc>
        <w:tc>
          <w:tcPr>
            <w:tcW w:w="2131" w:type="dxa"/>
            <w:vAlign w:val="center"/>
          </w:tcPr>
          <w:p w14:paraId="4B06B30F" w14:textId="77777777" w:rsidR="00E6505E" w:rsidRDefault="00000000">
            <w:r>
              <w:rPr>
                <w:sz w:val="13"/>
              </w:rPr>
              <w:t>84.83 ± 106.18</w:t>
            </w:r>
          </w:p>
        </w:tc>
        <w:tc>
          <w:tcPr>
            <w:tcW w:w="2131" w:type="dxa"/>
            <w:vAlign w:val="center"/>
          </w:tcPr>
          <w:p w14:paraId="5B101FB0" w14:textId="77777777" w:rsidR="00E6505E" w:rsidRDefault="00000000">
            <w:r>
              <w:rPr>
                <w:sz w:val="13"/>
              </w:rPr>
              <w:t>4</w:t>
            </w:r>
          </w:p>
        </w:tc>
        <w:tc>
          <w:tcPr>
            <w:tcW w:w="2131" w:type="dxa"/>
            <w:vAlign w:val="center"/>
          </w:tcPr>
          <w:p w14:paraId="149C8998" w14:textId="77777777" w:rsidR="00E6505E" w:rsidRDefault="00000000">
            <w:r>
              <w:rPr>
                <w:sz w:val="13"/>
              </w:rPr>
              <w:t>A</w:t>
            </w:r>
          </w:p>
        </w:tc>
      </w:tr>
      <w:tr w:rsidR="00E6505E" w14:paraId="3B433474" w14:textId="77777777">
        <w:trPr>
          <w:jc w:val="center"/>
        </w:trPr>
        <w:tc>
          <w:tcPr>
            <w:tcW w:w="2131" w:type="dxa"/>
            <w:vAlign w:val="center"/>
          </w:tcPr>
          <w:p w14:paraId="31532B6D" w14:textId="77777777" w:rsidR="00E6505E" w:rsidRDefault="00000000">
            <w:r>
              <w:rPr>
                <w:sz w:val="13"/>
              </w:rPr>
              <w:t>Late-season total yield</w:t>
            </w:r>
          </w:p>
        </w:tc>
        <w:tc>
          <w:tcPr>
            <w:tcW w:w="2131" w:type="dxa"/>
            <w:vAlign w:val="center"/>
          </w:tcPr>
          <w:p w14:paraId="5EB5B629" w14:textId="77777777" w:rsidR="00E6505E" w:rsidRDefault="00000000">
            <w:r>
              <w:rPr>
                <w:sz w:val="13"/>
              </w:rPr>
              <w:t>T3</w:t>
            </w:r>
          </w:p>
        </w:tc>
        <w:tc>
          <w:tcPr>
            <w:tcW w:w="2131" w:type="dxa"/>
            <w:vAlign w:val="center"/>
          </w:tcPr>
          <w:p w14:paraId="7C1A1A42" w14:textId="77777777" w:rsidR="00E6505E" w:rsidRDefault="00000000">
            <w:r>
              <w:rPr>
                <w:sz w:val="13"/>
              </w:rPr>
              <w:t>56.23 ± 70.68</w:t>
            </w:r>
          </w:p>
        </w:tc>
        <w:tc>
          <w:tcPr>
            <w:tcW w:w="2131" w:type="dxa"/>
            <w:vAlign w:val="center"/>
          </w:tcPr>
          <w:p w14:paraId="106E4E3D" w14:textId="77777777" w:rsidR="00E6505E" w:rsidRDefault="00000000">
            <w:r>
              <w:rPr>
                <w:sz w:val="13"/>
              </w:rPr>
              <w:t>4</w:t>
            </w:r>
          </w:p>
        </w:tc>
        <w:tc>
          <w:tcPr>
            <w:tcW w:w="2131" w:type="dxa"/>
            <w:vAlign w:val="center"/>
          </w:tcPr>
          <w:p w14:paraId="72BC422A" w14:textId="77777777" w:rsidR="00E6505E" w:rsidRDefault="00000000">
            <w:r>
              <w:rPr>
                <w:sz w:val="13"/>
              </w:rPr>
              <w:t>A</w:t>
            </w:r>
          </w:p>
        </w:tc>
      </w:tr>
      <w:tr w:rsidR="00E6505E" w14:paraId="18BC4DB6" w14:textId="77777777">
        <w:trPr>
          <w:jc w:val="center"/>
        </w:trPr>
        <w:tc>
          <w:tcPr>
            <w:tcW w:w="2131" w:type="dxa"/>
            <w:vAlign w:val="center"/>
          </w:tcPr>
          <w:p w14:paraId="1C400EE6" w14:textId="77777777" w:rsidR="00E6505E" w:rsidRDefault="00000000">
            <w:r>
              <w:rPr>
                <w:sz w:val="13"/>
              </w:rPr>
              <w:t>Late-season total yield</w:t>
            </w:r>
          </w:p>
        </w:tc>
        <w:tc>
          <w:tcPr>
            <w:tcW w:w="2131" w:type="dxa"/>
            <w:vAlign w:val="center"/>
          </w:tcPr>
          <w:p w14:paraId="60884F57" w14:textId="77777777" w:rsidR="00E6505E" w:rsidRDefault="00000000">
            <w:r>
              <w:rPr>
                <w:sz w:val="13"/>
              </w:rPr>
              <w:t>T4</w:t>
            </w:r>
          </w:p>
        </w:tc>
        <w:tc>
          <w:tcPr>
            <w:tcW w:w="2131" w:type="dxa"/>
            <w:vAlign w:val="center"/>
          </w:tcPr>
          <w:p w14:paraId="6858A8E0" w14:textId="77777777" w:rsidR="00E6505E" w:rsidRDefault="00000000">
            <w:r>
              <w:rPr>
                <w:sz w:val="13"/>
              </w:rPr>
              <w:t>69.64 ± 94.39</w:t>
            </w:r>
          </w:p>
        </w:tc>
        <w:tc>
          <w:tcPr>
            <w:tcW w:w="2131" w:type="dxa"/>
            <w:vAlign w:val="center"/>
          </w:tcPr>
          <w:p w14:paraId="2C538546" w14:textId="77777777" w:rsidR="00E6505E" w:rsidRDefault="00000000">
            <w:r>
              <w:rPr>
                <w:sz w:val="13"/>
              </w:rPr>
              <w:t>4</w:t>
            </w:r>
          </w:p>
        </w:tc>
        <w:tc>
          <w:tcPr>
            <w:tcW w:w="2131" w:type="dxa"/>
            <w:vAlign w:val="center"/>
          </w:tcPr>
          <w:p w14:paraId="1B2C977D" w14:textId="77777777" w:rsidR="00E6505E" w:rsidRDefault="00000000">
            <w:r>
              <w:rPr>
                <w:sz w:val="13"/>
              </w:rPr>
              <w:t>A</w:t>
            </w:r>
          </w:p>
        </w:tc>
      </w:tr>
      <w:tr w:rsidR="00E6505E" w14:paraId="5E4FF74A" w14:textId="77777777">
        <w:trPr>
          <w:jc w:val="center"/>
        </w:trPr>
        <w:tc>
          <w:tcPr>
            <w:tcW w:w="2131" w:type="dxa"/>
            <w:vAlign w:val="center"/>
          </w:tcPr>
          <w:p w14:paraId="0AFDF48B" w14:textId="77777777" w:rsidR="00E6505E" w:rsidRDefault="00000000">
            <w:r>
              <w:rPr>
                <w:sz w:val="13"/>
              </w:rPr>
              <w:t>Late-season total yield</w:t>
            </w:r>
          </w:p>
        </w:tc>
        <w:tc>
          <w:tcPr>
            <w:tcW w:w="2131" w:type="dxa"/>
            <w:vAlign w:val="center"/>
          </w:tcPr>
          <w:p w14:paraId="4B9B3F87" w14:textId="77777777" w:rsidR="00E6505E" w:rsidRDefault="00000000">
            <w:r>
              <w:rPr>
                <w:sz w:val="13"/>
              </w:rPr>
              <w:t>T5</w:t>
            </w:r>
          </w:p>
        </w:tc>
        <w:tc>
          <w:tcPr>
            <w:tcW w:w="2131" w:type="dxa"/>
            <w:vAlign w:val="center"/>
          </w:tcPr>
          <w:p w14:paraId="1DE0FF61" w14:textId="77777777" w:rsidR="00E6505E" w:rsidRDefault="00000000">
            <w:r>
              <w:rPr>
                <w:sz w:val="13"/>
              </w:rPr>
              <w:t>190.35 ± 30.83</w:t>
            </w:r>
          </w:p>
        </w:tc>
        <w:tc>
          <w:tcPr>
            <w:tcW w:w="2131" w:type="dxa"/>
            <w:vAlign w:val="center"/>
          </w:tcPr>
          <w:p w14:paraId="5BB1DDD7" w14:textId="77777777" w:rsidR="00E6505E" w:rsidRDefault="00000000">
            <w:r>
              <w:rPr>
                <w:sz w:val="13"/>
              </w:rPr>
              <w:t>4</w:t>
            </w:r>
          </w:p>
        </w:tc>
        <w:tc>
          <w:tcPr>
            <w:tcW w:w="2131" w:type="dxa"/>
            <w:vAlign w:val="center"/>
          </w:tcPr>
          <w:p w14:paraId="51986462" w14:textId="77777777" w:rsidR="00E6505E" w:rsidRDefault="00000000">
            <w:r>
              <w:rPr>
                <w:sz w:val="13"/>
              </w:rPr>
              <w:t>A</w:t>
            </w:r>
          </w:p>
        </w:tc>
      </w:tr>
      <w:tr w:rsidR="00E6505E" w14:paraId="3C376D92" w14:textId="77777777">
        <w:trPr>
          <w:jc w:val="center"/>
        </w:trPr>
        <w:tc>
          <w:tcPr>
            <w:tcW w:w="2131" w:type="dxa"/>
            <w:vAlign w:val="center"/>
          </w:tcPr>
          <w:p w14:paraId="3CCEBD1B" w14:textId="77777777" w:rsidR="00E6505E" w:rsidRDefault="00000000">
            <w:r>
              <w:rPr>
                <w:sz w:val="13"/>
              </w:rPr>
              <w:t>Late-season total yield</w:t>
            </w:r>
          </w:p>
        </w:tc>
        <w:tc>
          <w:tcPr>
            <w:tcW w:w="2131" w:type="dxa"/>
            <w:vAlign w:val="center"/>
          </w:tcPr>
          <w:p w14:paraId="62398BE0" w14:textId="77777777" w:rsidR="00E6505E" w:rsidRDefault="00000000">
            <w:r>
              <w:rPr>
                <w:sz w:val="13"/>
              </w:rPr>
              <w:t>T6</w:t>
            </w:r>
          </w:p>
        </w:tc>
        <w:tc>
          <w:tcPr>
            <w:tcW w:w="2131" w:type="dxa"/>
            <w:vAlign w:val="center"/>
          </w:tcPr>
          <w:p w14:paraId="54B7ECC3" w14:textId="77777777" w:rsidR="00E6505E" w:rsidRDefault="00000000">
            <w:r>
              <w:rPr>
                <w:sz w:val="13"/>
              </w:rPr>
              <w:t>185.64 ± 134.23</w:t>
            </w:r>
          </w:p>
        </w:tc>
        <w:tc>
          <w:tcPr>
            <w:tcW w:w="2131" w:type="dxa"/>
            <w:vAlign w:val="center"/>
          </w:tcPr>
          <w:p w14:paraId="2F02CD42" w14:textId="77777777" w:rsidR="00E6505E" w:rsidRDefault="00000000">
            <w:r>
              <w:rPr>
                <w:sz w:val="13"/>
              </w:rPr>
              <w:t>4</w:t>
            </w:r>
          </w:p>
        </w:tc>
        <w:tc>
          <w:tcPr>
            <w:tcW w:w="2131" w:type="dxa"/>
            <w:vAlign w:val="center"/>
          </w:tcPr>
          <w:p w14:paraId="19891D58" w14:textId="77777777" w:rsidR="00E6505E" w:rsidRDefault="00000000">
            <w:r>
              <w:rPr>
                <w:sz w:val="13"/>
              </w:rPr>
              <w:t>A</w:t>
            </w:r>
          </w:p>
        </w:tc>
      </w:tr>
      <w:tr w:rsidR="00E6505E" w14:paraId="7ACA81C4" w14:textId="77777777">
        <w:trPr>
          <w:jc w:val="center"/>
        </w:trPr>
        <w:tc>
          <w:tcPr>
            <w:tcW w:w="2131" w:type="dxa"/>
            <w:vAlign w:val="center"/>
          </w:tcPr>
          <w:p w14:paraId="35734126" w14:textId="77777777" w:rsidR="00E6505E" w:rsidRDefault="00000000">
            <w:r>
              <w:rPr>
                <w:sz w:val="13"/>
              </w:rPr>
              <w:t>Late-season total yield</w:t>
            </w:r>
          </w:p>
        </w:tc>
        <w:tc>
          <w:tcPr>
            <w:tcW w:w="2131" w:type="dxa"/>
            <w:vAlign w:val="center"/>
          </w:tcPr>
          <w:p w14:paraId="219710BE" w14:textId="77777777" w:rsidR="00E6505E" w:rsidRDefault="00000000">
            <w:r>
              <w:rPr>
                <w:sz w:val="13"/>
              </w:rPr>
              <w:t>T7</w:t>
            </w:r>
          </w:p>
        </w:tc>
        <w:tc>
          <w:tcPr>
            <w:tcW w:w="2131" w:type="dxa"/>
            <w:vAlign w:val="center"/>
          </w:tcPr>
          <w:p w14:paraId="3B6A1CDE" w14:textId="77777777" w:rsidR="00E6505E" w:rsidRDefault="00000000">
            <w:r>
              <w:rPr>
                <w:sz w:val="13"/>
              </w:rPr>
              <w:t>73.16 ± 56.22</w:t>
            </w:r>
          </w:p>
        </w:tc>
        <w:tc>
          <w:tcPr>
            <w:tcW w:w="2131" w:type="dxa"/>
            <w:vAlign w:val="center"/>
          </w:tcPr>
          <w:p w14:paraId="70E2544D" w14:textId="77777777" w:rsidR="00E6505E" w:rsidRDefault="00000000">
            <w:r>
              <w:rPr>
                <w:sz w:val="13"/>
              </w:rPr>
              <w:t>4</w:t>
            </w:r>
          </w:p>
        </w:tc>
        <w:tc>
          <w:tcPr>
            <w:tcW w:w="2131" w:type="dxa"/>
            <w:vAlign w:val="center"/>
          </w:tcPr>
          <w:p w14:paraId="35C8FE24" w14:textId="77777777" w:rsidR="00E6505E" w:rsidRDefault="00000000">
            <w:r>
              <w:rPr>
                <w:sz w:val="13"/>
              </w:rPr>
              <w:t>A</w:t>
            </w:r>
          </w:p>
        </w:tc>
      </w:tr>
      <w:tr w:rsidR="00E6505E" w14:paraId="564B4C94" w14:textId="77777777">
        <w:trPr>
          <w:jc w:val="center"/>
        </w:trPr>
        <w:tc>
          <w:tcPr>
            <w:tcW w:w="2131" w:type="dxa"/>
            <w:vAlign w:val="center"/>
          </w:tcPr>
          <w:p w14:paraId="45E14279" w14:textId="77777777" w:rsidR="00E6505E" w:rsidRDefault="00000000">
            <w:r>
              <w:rPr>
                <w:sz w:val="13"/>
              </w:rPr>
              <w:t>Late-season total yield</w:t>
            </w:r>
          </w:p>
        </w:tc>
        <w:tc>
          <w:tcPr>
            <w:tcW w:w="2131" w:type="dxa"/>
            <w:vAlign w:val="center"/>
          </w:tcPr>
          <w:p w14:paraId="6DC008FA" w14:textId="77777777" w:rsidR="00E6505E" w:rsidRDefault="00000000">
            <w:r>
              <w:rPr>
                <w:sz w:val="13"/>
              </w:rPr>
              <w:t>T8</w:t>
            </w:r>
          </w:p>
        </w:tc>
        <w:tc>
          <w:tcPr>
            <w:tcW w:w="2131" w:type="dxa"/>
            <w:vAlign w:val="center"/>
          </w:tcPr>
          <w:p w14:paraId="7B2543AC" w14:textId="77777777" w:rsidR="00E6505E" w:rsidRDefault="00000000">
            <w:r>
              <w:rPr>
                <w:sz w:val="13"/>
              </w:rPr>
              <w:t>190.98 ± 91.37</w:t>
            </w:r>
          </w:p>
        </w:tc>
        <w:tc>
          <w:tcPr>
            <w:tcW w:w="2131" w:type="dxa"/>
            <w:vAlign w:val="center"/>
          </w:tcPr>
          <w:p w14:paraId="5FA20A0E" w14:textId="77777777" w:rsidR="00E6505E" w:rsidRDefault="00000000">
            <w:r>
              <w:rPr>
                <w:sz w:val="13"/>
              </w:rPr>
              <w:t>4</w:t>
            </w:r>
          </w:p>
        </w:tc>
        <w:tc>
          <w:tcPr>
            <w:tcW w:w="2131" w:type="dxa"/>
            <w:vAlign w:val="center"/>
          </w:tcPr>
          <w:p w14:paraId="66689C91" w14:textId="77777777" w:rsidR="00E6505E" w:rsidRDefault="00000000">
            <w:r>
              <w:rPr>
                <w:sz w:val="13"/>
              </w:rPr>
              <w:t>A</w:t>
            </w:r>
          </w:p>
        </w:tc>
      </w:tr>
      <w:tr w:rsidR="00E6505E" w14:paraId="5A386E01" w14:textId="77777777">
        <w:trPr>
          <w:jc w:val="center"/>
        </w:trPr>
        <w:tc>
          <w:tcPr>
            <w:tcW w:w="2131" w:type="dxa"/>
            <w:vAlign w:val="center"/>
          </w:tcPr>
          <w:p w14:paraId="21C5A4CE" w14:textId="77777777" w:rsidR="00E6505E" w:rsidRDefault="00000000">
            <w:r>
              <w:rPr>
                <w:sz w:val="13"/>
              </w:rPr>
              <w:t>Late-season total yield</w:t>
            </w:r>
          </w:p>
        </w:tc>
        <w:tc>
          <w:tcPr>
            <w:tcW w:w="2131" w:type="dxa"/>
            <w:vAlign w:val="center"/>
          </w:tcPr>
          <w:p w14:paraId="365040EA" w14:textId="77777777" w:rsidR="00E6505E" w:rsidRDefault="00000000">
            <w:r>
              <w:rPr>
                <w:sz w:val="13"/>
              </w:rPr>
              <w:t>T9</w:t>
            </w:r>
          </w:p>
        </w:tc>
        <w:tc>
          <w:tcPr>
            <w:tcW w:w="2131" w:type="dxa"/>
            <w:vAlign w:val="center"/>
          </w:tcPr>
          <w:p w14:paraId="3FD70ED3" w14:textId="77777777" w:rsidR="00E6505E" w:rsidRDefault="00000000">
            <w:r>
              <w:rPr>
                <w:sz w:val="13"/>
              </w:rPr>
              <w:t>192.75 ± 130.66</w:t>
            </w:r>
          </w:p>
        </w:tc>
        <w:tc>
          <w:tcPr>
            <w:tcW w:w="2131" w:type="dxa"/>
            <w:vAlign w:val="center"/>
          </w:tcPr>
          <w:p w14:paraId="386088DF" w14:textId="77777777" w:rsidR="00E6505E" w:rsidRDefault="00000000">
            <w:r>
              <w:rPr>
                <w:sz w:val="13"/>
              </w:rPr>
              <w:t>4</w:t>
            </w:r>
          </w:p>
        </w:tc>
        <w:tc>
          <w:tcPr>
            <w:tcW w:w="2131" w:type="dxa"/>
            <w:vAlign w:val="center"/>
          </w:tcPr>
          <w:p w14:paraId="6A6FB324" w14:textId="77777777" w:rsidR="00E6505E" w:rsidRDefault="00000000">
            <w:r>
              <w:rPr>
                <w:sz w:val="13"/>
              </w:rPr>
              <w:t>A</w:t>
            </w:r>
          </w:p>
        </w:tc>
      </w:tr>
      <w:tr w:rsidR="00E6505E" w14:paraId="71DBC8B8" w14:textId="77777777">
        <w:trPr>
          <w:jc w:val="center"/>
        </w:trPr>
        <w:tc>
          <w:tcPr>
            <w:tcW w:w="2131" w:type="dxa"/>
            <w:vAlign w:val="center"/>
          </w:tcPr>
          <w:p w14:paraId="41E0F4DB" w14:textId="77777777" w:rsidR="00E6505E" w:rsidRDefault="00000000">
            <w:r>
              <w:rPr>
                <w:sz w:val="13"/>
              </w:rPr>
              <w:t>Late-season total yield</w:t>
            </w:r>
          </w:p>
        </w:tc>
        <w:tc>
          <w:tcPr>
            <w:tcW w:w="2131" w:type="dxa"/>
            <w:vAlign w:val="center"/>
          </w:tcPr>
          <w:p w14:paraId="6E1E3CE3" w14:textId="77777777" w:rsidR="00E6505E" w:rsidRDefault="00000000">
            <w:r>
              <w:rPr>
                <w:sz w:val="13"/>
              </w:rPr>
              <w:t>T10</w:t>
            </w:r>
          </w:p>
        </w:tc>
        <w:tc>
          <w:tcPr>
            <w:tcW w:w="2131" w:type="dxa"/>
            <w:vAlign w:val="center"/>
          </w:tcPr>
          <w:p w14:paraId="1912CDAC" w14:textId="77777777" w:rsidR="00E6505E" w:rsidRDefault="00000000">
            <w:r>
              <w:rPr>
                <w:sz w:val="13"/>
              </w:rPr>
              <w:t>204.92 ± 106.24</w:t>
            </w:r>
          </w:p>
        </w:tc>
        <w:tc>
          <w:tcPr>
            <w:tcW w:w="2131" w:type="dxa"/>
            <w:vAlign w:val="center"/>
          </w:tcPr>
          <w:p w14:paraId="0169070C" w14:textId="77777777" w:rsidR="00E6505E" w:rsidRDefault="00000000">
            <w:r>
              <w:rPr>
                <w:sz w:val="13"/>
              </w:rPr>
              <w:t>4</w:t>
            </w:r>
          </w:p>
        </w:tc>
        <w:tc>
          <w:tcPr>
            <w:tcW w:w="2131" w:type="dxa"/>
            <w:vAlign w:val="center"/>
          </w:tcPr>
          <w:p w14:paraId="353FF661" w14:textId="77777777" w:rsidR="00E6505E" w:rsidRDefault="00000000">
            <w:r>
              <w:rPr>
                <w:sz w:val="13"/>
              </w:rPr>
              <w:t>A</w:t>
            </w:r>
          </w:p>
        </w:tc>
      </w:tr>
      <w:tr w:rsidR="00E6505E" w14:paraId="0D733CC8" w14:textId="77777777">
        <w:trPr>
          <w:jc w:val="center"/>
        </w:trPr>
        <w:tc>
          <w:tcPr>
            <w:tcW w:w="2131" w:type="dxa"/>
            <w:vAlign w:val="center"/>
          </w:tcPr>
          <w:p w14:paraId="17B02C40" w14:textId="77777777" w:rsidR="00E6505E" w:rsidRDefault="00000000">
            <w:r>
              <w:rPr>
                <w:sz w:val="13"/>
              </w:rPr>
              <w:t>Late-season marketable yield</w:t>
            </w:r>
          </w:p>
        </w:tc>
        <w:tc>
          <w:tcPr>
            <w:tcW w:w="2131" w:type="dxa"/>
            <w:vAlign w:val="center"/>
          </w:tcPr>
          <w:p w14:paraId="5C9E569C" w14:textId="77777777" w:rsidR="00E6505E" w:rsidRDefault="00000000">
            <w:r>
              <w:rPr>
                <w:sz w:val="13"/>
              </w:rPr>
              <w:t>T0</w:t>
            </w:r>
          </w:p>
        </w:tc>
        <w:tc>
          <w:tcPr>
            <w:tcW w:w="2131" w:type="dxa"/>
            <w:vAlign w:val="center"/>
          </w:tcPr>
          <w:p w14:paraId="416D83D3" w14:textId="77777777" w:rsidR="00E6505E" w:rsidRDefault="00000000">
            <w:r>
              <w:rPr>
                <w:sz w:val="13"/>
              </w:rPr>
              <w:t>67.73 ± 75.39</w:t>
            </w:r>
          </w:p>
        </w:tc>
        <w:tc>
          <w:tcPr>
            <w:tcW w:w="2131" w:type="dxa"/>
            <w:vAlign w:val="center"/>
          </w:tcPr>
          <w:p w14:paraId="216717BC" w14:textId="77777777" w:rsidR="00E6505E" w:rsidRDefault="00000000">
            <w:r>
              <w:rPr>
                <w:sz w:val="13"/>
              </w:rPr>
              <w:t>4</w:t>
            </w:r>
          </w:p>
        </w:tc>
        <w:tc>
          <w:tcPr>
            <w:tcW w:w="2131" w:type="dxa"/>
            <w:vAlign w:val="center"/>
          </w:tcPr>
          <w:p w14:paraId="0B065839" w14:textId="77777777" w:rsidR="00E6505E" w:rsidRDefault="00000000">
            <w:r>
              <w:rPr>
                <w:sz w:val="13"/>
              </w:rPr>
              <w:t>A</w:t>
            </w:r>
          </w:p>
        </w:tc>
      </w:tr>
      <w:tr w:rsidR="00E6505E" w14:paraId="01A6906F" w14:textId="77777777">
        <w:trPr>
          <w:jc w:val="center"/>
        </w:trPr>
        <w:tc>
          <w:tcPr>
            <w:tcW w:w="2131" w:type="dxa"/>
            <w:vAlign w:val="center"/>
          </w:tcPr>
          <w:p w14:paraId="18EF6F5E" w14:textId="77777777" w:rsidR="00E6505E" w:rsidRDefault="00000000">
            <w:r>
              <w:rPr>
                <w:sz w:val="13"/>
              </w:rPr>
              <w:t>Late-season marketable yield</w:t>
            </w:r>
          </w:p>
        </w:tc>
        <w:tc>
          <w:tcPr>
            <w:tcW w:w="2131" w:type="dxa"/>
            <w:vAlign w:val="center"/>
          </w:tcPr>
          <w:p w14:paraId="34903128" w14:textId="77777777" w:rsidR="00E6505E" w:rsidRDefault="00000000">
            <w:r>
              <w:rPr>
                <w:sz w:val="13"/>
              </w:rPr>
              <w:t>T1</w:t>
            </w:r>
          </w:p>
        </w:tc>
        <w:tc>
          <w:tcPr>
            <w:tcW w:w="2131" w:type="dxa"/>
            <w:vAlign w:val="center"/>
          </w:tcPr>
          <w:p w14:paraId="1ABA945D" w14:textId="77777777" w:rsidR="00E6505E" w:rsidRDefault="00000000">
            <w:r>
              <w:rPr>
                <w:sz w:val="13"/>
              </w:rPr>
              <w:t>19.72 ± 22.00</w:t>
            </w:r>
          </w:p>
        </w:tc>
        <w:tc>
          <w:tcPr>
            <w:tcW w:w="2131" w:type="dxa"/>
            <w:vAlign w:val="center"/>
          </w:tcPr>
          <w:p w14:paraId="02DA7C8B" w14:textId="77777777" w:rsidR="00E6505E" w:rsidRDefault="00000000">
            <w:r>
              <w:rPr>
                <w:sz w:val="13"/>
              </w:rPr>
              <w:t>4</w:t>
            </w:r>
          </w:p>
        </w:tc>
        <w:tc>
          <w:tcPr>
            <w:tcW w:w="2131" w:type="dxa"/>
            <w:vAlign w:val="center"/>
          </w:tcPr>
          <w:p w14:paraId="12E8A249" w14:textId="77777777" w:rsidR="00E6505E" w:rsidRDefault="00000000">
            <w:r>
              <w:rPr>
                <w:sz w:val="13"/>
              </w:rPr>
              <w:t>A</w:t>
            </w:r>
          </w:p>
        </w:tc>
      </w:tr>
      <w:tr w:rsidR="00E6505E" w14:paraId="596AA7B9" w14:textId="77777777">
        <w:trPr>
          <w:jc w:val="center"/>
        </w:trPr>
        <w:tc>
          <w:tcPr>
            <w:tcW w:w="2131" w:type="dxa"/>
            <w:vAlign w:val="center"/>
          </w:tcPr>
          <w:p w14:paraId="6DFFA87F" w14:textId="77777777" w:rsidR="00E6505E" w:rsidRDefault="00000000">
            <w:r>
              <w:rPr>
                <w:sz w:val="13"/>
              </w:rPr>
              <w:t>Late-season marketable yield</w:t>
            </w:r>
          </w:p>
        </w:tc>
        <w:tc>
          <w:tcPr>
            <w:tcW w:w="2131" w:type="dxa"/>
            <w:vAlign w:val="center"/>
          </w:tcPr>
          <w:p w14:paraId="03EFF67E" w14:textId="77777777" w:rsidR="00E6505E" w:rsidRDefault="00000000">
            <w:r>
              <w:rPr>
                <w:sz w:val="13"/>
              </w:rPr>
              <w:t>T2</w:t>
            </w:r>
          </w:p>
        </w:tc>
        <w:tc>
          <w:tcPr>
            <w:tcW w:w="2131" w:type="dxa"/>
            <w:vAlign w:val="center"/>
          </w:tcPr>
          <w:p w14:paraId="27D0036F" w14:textId="77777777" w:rsidR="00E6505E" w:rsidRDefault="00000000">
            <w:r>
              <w:rPr>
                <w:sz w:val="13"/>
              </w:rPr>
              <w:t>43.15 ± 56.65</w:t>
            </w:r>
          </w:p>
        </w:tc>
        <w:tc>
          <w:tcPr>
            <w:tcW w:w="2131" w:type="dxa"/>
            <w:vAlign w:val="center"/>
          </w:tcPr>
          <w:p w14:paraId="722093FC" w14:textId="77777777" w:rsidR="00E6505E" w:rsidRDefault="00000000">
            <w:r>
              <w:rPr>
                <w:sz w:val="13"/>
              </w:rPr>
              <w:t>4</w:t>
            </w:r>
          </w:p>
        </w:tc>
        <w:tc>
          <w:tcPr>
            <w:tcW w:w="2131" w:type="dxa"/>
            <w:vAlign w:val="center"/>
          </w:tcPr>
          <w:p w14:paraId="66DA2281" w14:textId="77777777" w:rsidR="00E6505E" w:rsidRDefault="00000000">
            <w:r>
              <w:rPr>
                <w:sz w:val="13"/>
              </w:rPr>
              <w:t>A</w:t>
            </w:r>
          </w:p>
        </w:tc>
      </w:tr>
      <w:tr w:rsidR="00E6505E" w14:paraId="7AABB1F8" w14:textId="77777777">
        <w:trPr>
          <w:jc w:val="center"/>
        </w:trPr>
        <w:tc>
          <w:tcPr>
            <w:tcW w:w="2131" w:type="dxa"/>
            <w:vAlign w:val="center"/>
          </w:tcPr>
          <w:p w14:paraId="6BB13D85" w14:textId="77777777" w:rsidR="00E6505E" w:rsidRDefault="00000000">
            <w:r>
              <w:rPr>
                <w:sz w:val="13"/>
              </w:rPr>
              <w:t>Late-season marketable yield</w:t>
            </w:r>
          </w:p>
        </w:tc>
        <w:tc>
          <w:tcPr>
            <w:tcW w:w="2131" w:type="dxa"/>
            <w:vAlign w:val="center"/>
          </w:tcPr>
          <w:p w14:paraId="099204F1" w14:textId="77777777" w:rsidR="00E6505E" w:rsidRDefault="00000000">
            <w:r>
              <w:rPr>
                <w:sz w:val="13"/>
              </w:rPr>
              <w:t>T3</w:t>
            </w:r>
          </w:p>
        </w:tc>
        <w:tc>
          <w:tcPr>
            <w:tcW w:w="2131" w:type="dxa"/>
            <w:vAlign w:val="center"/>
          </w:tcPr>
          <w:p w14:paraId="41D43B23" w14:textId="77777777" w:rsidR="00E6505E" w:rsidRDefault="00000000">
            <w:r>
              <w:rPr>
                <w:sz w:val="13"/>
              </w:rPr>
              <w:t>17.90 ± 22.43</w:t>
            </w:r>
          </w:p>
        </w:tc>
        <w:tc>
          <w:tcPr>
            <w:tcW w:w="2131" w:type="dxa"/>
            <w:vAlign w:val="center"/>
          </w:tcPr>
          <w:p w14:paraId="05ED804A" w14:textId="77777777" w:rsidR="00E6505E" w:rsidRDefault="00000000">
            <w:r>
              <w:rPr>
                <w:sz w:val="13"/>
              </w:rPr>
              <w:t>4</w:t>
            </w:r>
          </w:p>
        </w:tc>
        <w:tc>
          <w:tcPr>
            <w:tcW w:w="2131" w:type="dxa"/>
            <w:vAlign w:val="center"/>
          </w:tcPr>
          <w:p w14:paraId="035F50CE" w14:textId="77777777" w:rsidR="00E6505E" w:rsidRDefault="00000000">
            <w:r>
              <w:rPr>
                <w:sz w:val="13"/>
              </w:rPr>
              <w:t>A</w:t>
            </w:r>
          </w:p>
        </w:tc>
      </w:tr>
      <w:tr w:rsidR="00E6505E" w14:paraId="309899B6" w14:textId="77777777">
        <w:trPr>
          <w:jc w:val="center"/>
        </w:trPr>
        <w:tc>
          <w:tcPr>
            <w:tcW w:w="2131" w:type="dxa"/>
            <w:vAlign w:val="center"/>
          </w:tcPr>
          <w:p w14:paraId="27D76DB5" w14:textId="77777777" w:rsidR="00E6505E" w:rsidRDefault="00000000">
            <w:r>
              <w:rPr>
                <w:sz w:val="13"/>
              </w:rPr>
              <w:t>Late-season marketable yield</w:t>
            </w:r>
          </w:p>
        </w:tc>
        <w:tc>
          <w:tcPr>
            <w:tcW w:w="2131" w:type="dxa"/>
            <w:vAlign w:val="center"/>
          </w:tcPr>
          <w:p w14:paraId="0E9880EA" w14:textId="77777777" w:rsidR="00E6505E" w:rsidRDefault="00000000">
            <w:r>
              <w:rPr>
                <w:sz w:val="13"/>
              </w:rPr>
              <w:t>T4</w:t>
            </w:r>
          </w:p>
        </w:tc>
        <w:tc>
          <w:tcPr>
            <w:tcW w:w="2131" w:type="dxa"/>
            <w:vAlign w:val="center"/>
          </w:tcPr>
          <w:p w14:paraId="0B96416A" w14:textId="77777777" w:rsidR="00E6505E" w:rsidRDefault="00000000">
            <w:r>
              <w:rPr>
                <w:sz w:val="13"/>
              </w:rPr>
              <w:t>22.48 ± 29.78</w:t>
            </w:r>
          </w:p>
        </w:tc>
        <w:tc>
          <w:tcPr>
            <w:tcW w:w="2131" w:type="dxa"/>
            <w:vAlign w:val="center"/>
          </w:tcPr>
          <w:p w14:paraId="1E584006" w14:textId="77777777" w:rsidR="00E6505E" w:rsidRDefault="00000000">
            <w:r>
              <w:rPr>
                <w:sz w:val="13"/>
              </w:rPr>
              <w:t>4</w:t>
            </w:r>
          </w:p>
        </w:tc>
        <w:tc>
          <w:tcPr>
            <w:tcW w:w="2131" w:type="dxa"/>
            <w:vAlign w:val="center"/>
          </w:tcPr>
          <w:p w14:paraId="3A9CE8B7" w14:textId="77777777" w:rsidR="00E6505E" w:rsidRDefault="00000000">
            <w:r>
              <w:rPr>
                <w:sz w:val="13"/>
              </w:rPr>
              <w:t>A</w:t>
            </w:r>
          </w:p>
        </w:tc>
      </w:tr>
      <w:tr w:rsidR="00E6505E" w14:paraId="3B47A5BB" w14:textId="77777777">
        <w:trPr>
          <w:jc w:val="center"/>
        </w:trPr>
        <w:tc>
          <w:tcPr>
            <w:tcW w:w="2131" w:type="dxa"/>
            <w:vAlign w:val="center"/>
          </w:tcPr>
          <w:p w14:paraId="694D9DCD" w14:textId="77777777" w:rsidR="00E6505E" w:rsidRDefault="00000000">
            <w:r>
              <w:rPr>
                <w:sz w:val="13"/>
              </w:rPr>
              <w:t>Late-season marketable yield</w:t>
            </w:r>
          </w:p>
        </w:tc>
        <w:tc>
          <w:tcPr>
            <w:tcW w:w="2131" w:type="dxa"/>
            <w:vAlign w:val="center"/>
          </w:tcPr>
          <w:p w14:paraId="61ABB4A3" w14:textId="77777777" w:rsidR="00E6505E" w:rsidRDefault="00000000">
            <w:r>
              <w:rPr>
                <w:sz w:val="13"/>
              </w:rPr>
              <w:t>T5</w:t>
            </w:r>
          </w:p>
        </w:tc>
        <w:tc>
          <w:tcPr>
            <w:tcW w:w="2131" w:type="dxa"/>
            <w:vAlign w:val="center"/>
          </w:tcPr>
          <w:p w14:paraId="133DB206" w14:textId="77777777" w:rsidR="00E6505E" w:rsidRDefault="00000000">
            <w:r>
              <w:rPr>
                <w:sz w:val="13"/>
              </w:rPr>
              <w:t>75.06 ± 21.44</w:t>
            </w:r>
          </w:p>
        </w:tc>
        <w:tc>
          <w:tcPr>
            <w:tcW w:w="2131" w:type="dxa"/>
            <w:vAlign w:val="center"/>
          </w:tcPr>
          <w:p w14:paraId="40E35DBB" w14:textId="77777777" w:rsidR="00E6505E" w:rsidRDefault="00000000">
            <w:r>
              <w:rPr>
                <w:sz w:val="13"/>
              </w:rPr>
              <w:t>4</w:t>
            </w:r>
          </w:p>
        </w:tc>
        <w:tc>
          <w:tcPr>
            <w:tcW w:w="2131" w:type="dxa"/>
            <w:vAlign w:val="center"/>
          </w:tcPr>
          <w:p w14:paraId="6D8FA8B2" w14:textId="77777777" w:rsidR="00E6505E" w:rsidRDefault="00000000">
            <w:r>
              <w:rPr>
                <w:sz w:val="13"/>
              </w:rPr>
              <w:t>A</w:t>
            </w:r>
          </w:p>
        </w:tc>
      </w:tr>
      <w:tr w:rsidR="00E6505E" w14:paraId="4224B5A2" w14:textId="77777777">
        <w:trPr>
          <w:jc w:val="center"/>
        </w:trPr>
        <w:tc>
          <w:tcPr>
            <w:tcW w:w="2131" w:type="dxa"/>
            <w:vAlign w:val="center"/>
          </w:tcPr>
          <w:p w14:paraId="46ADD485" w14:textId="77777777" w:rsidR="00E6505E" w:rsidRDefault="00000000">
            <w:r>
              <w:rPr>
                <w:sz w:val="13"/>
              </w:rPr>
              <w:t>Late-season marketable yield</w:t>
            </w:r>
          </w:p>
        </w:tc>
        <w:tc>
          <w:tcPr>
            <w:tcW w:w="2131" w:type="dxa"/>
            <w:vAlign w:val="center"/>
          </w:tcPr>
          <w:p w14:paraId="15BEC723" w14:textId="77777777" w:rsidR="00E6505E" w:rsidRDefault="00000000">
            <w:r>
              <w:rPr>
                <w:sz w:val="13"/>
              </w:rPr>
              <w:t>T6</w:t>
            </w:r>
          </w:p>
        </w:tc>
        <w:tc>
          <w:tcPr>
            <w:tcW w:w="2131" w:type="dxa"/>
            <w:vAlign w:val="center"/>
          </w:tcPr>
          <w:p w14:paraId="52EA54DE" w14:textId="77777777" w:rsidR="00E6505E" w:rsidRDefault="00000000">
            <w:r>
              <w:rPr>
                <w:sz w:val="13"/>
              </w:rPr>
              <w:t>79.23 ± 63.09</w:t>
            </w:r>
          </w:p>
        </w:tc>
        <w:tc>
          <w:tcPr>
            <w:tcW w:w="2131" w:type="dxa"/>
            <w:vAlign w:val="center"/>
          </w:tcPr>
          <w:p w14:paraId="02C6A99C" w14:textId="77777777" w:rsidR="00E6505E" w:rsidRDefault="00000000">
            <w:r>
              <w:rPr>
                <w:sz w:val="13"/>
              </w:rPr>
              <w:t>4</w:t>
            </w:r>
          </w:p>
        </w:tc>
        <w:tc>
          <w:tcPr>
            <w:tcW w:w="2131" w:type="dxa"/>
            <w:vAlign w:val="center"/>
          </w:tcPr>
          <w:p w14:paraId="1A657ACC" w14:textId="77777777" w:rsidR="00E6505E" w:rsidRDefault="00000000">
            <w:r>
              <w:rPr>
                <w:sz w:val="13"/>
              </w:rPr>
              <w:t>A</w:t>
            </w:r>
          </w:p>
        </w:tc>
      </w:tr>
      <w:tr w:rsidR="00E6505E" w14:paraId="43A0F01C" w14:textId="77777777">
        <w:trPr>
          <w:jc w:val="center"/>
        </w:trPr>
        <w:tc>
          <w:tcPr>
            <w:tcW w:w="2131" w:type="dxa"/>
            <w:vAlign w:val="center"/>
          </w:tcPr>
          <w:p w14:paraId="1558EA4F" w14:textId="77777777" w:rsidR="00E6505E" w:rsidRDefault="00000000">
            <w:r>
              <w:rPr>
                <w:sz w:val="13"/>
              </w:rPr>
              <w:t>Late-season marketable yield</w:t>
            </w:r>
          </w:p>
        </w:tc>
        <w:tc>
          <w:tcPr>
            <w:tcW w:w="2131" w:type="dxa"/>
            <w:vAlign w:val="center"/>
          </w:tcPr>
          <w:p w14:paraId="0F21A61A" w14:textId="77777777" w:rsidR="00E6505E" w:rsidRDefault="00000000">
            <w:r>
              <w:rPr>
                <w:sz w:val="13"/>
              </w:rPr>
              <w:t>T7</w:t>
            </w:r>
          </w:p>
        </w:tc>
        <w:tc>
          <w:tcPr>
            <w:tcW w:w="2131" w:type="dxa"/>
            <w:vAlign w:val="center"/>
          </w:tcPr>
          <w:p w14:paraId="18EDFF47" w14:textId="77777777" w:rsidR="00E6505E" w:rsidRDefault="00000000">
            <w:r>
              <w:rPr>
                <w:sz w:val="13"/>
              </w:rPr>
              <w:t>19.14 ± 24.22</w:t>
            </w:r>
          </w:p>
        </w:tc>
        <w:tc>
          <w:tcPr>
            <w:tcW w:w="2131" w:type="dxa"/>
            <w:vAlign w:val="center"/>
          </w:tcPr>
          <w:p w14:paraId="7D66F35F" w14:textId="77777777" w:rsidR="00E6505E" w:rsidRDefault="00000000">
            <w:r>
              <w:rPr>
                <w:sz w:val="13"/>
              </w:rPr>
              <w:t>4</w:t>
            </w:r>
          </w:p>
        </w:tc>
        <w:tc>
          <w:tcPr>
            <w:tcW w:w="2131" w:type="dxa"/>
            <w:vAlign w:val="center"/>
          </w:tcPr>
          <w:p w14:paraId="719386A2" w14:textId="77777777" w:rsidR="00E6505E" w:rsidRDefault="00000000">
            <w:r>
              <w:rPr>
                <w:sz w:val="13"/>
              </w:rPr>
              <w:t>A</w:t>
            </w:r>
          </w:p>
        </w:tc>
      </w:tr>
      <w:tr w:rsidR="00E6505E" w14:paraId="013F7938" w14:textId="77777777">
        <w:trPr>
          <w:jc w:val="center"/>
        </w:trPr>
        <w:tc>
          <w:tcPr>
            <w:tcW w:w="2131" w:type="dxa"/>
            <w:vAlign w:val="center"/>
          </w:tcPr>
          <w:p w14:paraId="1028345F" w14:textId="77777777" w:rsidR="00E6505E" w:rsidRDefault="00000000">
            <w:r>
              <w:rPr>
                <w:sz w:val="13"/>
              </w:rPr>
              <w:t>Late-season marketable yield</w:t>
            </w:r>
          </w:p>
        </w:tc>
        <w:tc>
          <w:tcPr>
            <w:tcW w:w="2131" w:type="dxa"/>
            <w:vAlign w:val="center"/>
          </w:tcPr>
          <w:p w14:paraId="716DDDF3" w14:textId="77777777" w:rsidR="00E6505E" w:rsidRDefault="00000000">
            <w:r>
              <w:rPr>
                <w:sz w:val="13"/>
              </w:rPr>
              <w:t>T8</w:t>
            </w:r>
          </w:p>
        </w:tc>
        <w:tc>
          <w:tcPr>
            <w:tcW w:w="2131" w:type="dxa"/>
            <w:vAlign w:val="center"/>
          </w:tcPr>
          <w:p w14:paraId="1EE8B162" w14:textId="77777777" w:rsidR="00E6505E" w:rsidRDefault="00000000">
            <w:r>
              <w:rPr>
                <w:sz w:val="13"/>
              </w:rPr>
              <w:t>91.97 ± 78.23</w:t>
            </w:r>
          </w:p>
        </w:tc>
        <w:tc>
          <w:tcPr>
            <w:tcW w:w="2131" w:type="dxa"/>
            <w:vAlign w:val="center"/>
          </w:tcPr>
          <w:p w14:paraId="5FE9CB0D" w14:textId="77777777" w:rsidR="00E6505E" w:rsidRDefault="00000000">
            <w:r>
              <w:rPr>
                <w:sz w:val="13"/>
              </w:rPr>
              <w:t>4</w:t>
            </w:r>
          </w:p>
        </w:tc>
        <w:tc>
          <w:tcPr>
            <w:tcW w:w="2131" w:type="dxa"/>
            <w:vAlign w:val="center"/>
          </w:tcPr>
          <w:p w14:paraId="271F9262" w14:textId="77777777" w:rsidR="00E6505E" w:rsidRDefault="00000000">
            <w:r>
              <w:rPr>
                <w:sz w:val="13"/>
              </w:rPr>
              <w:t>A</w:t>
            </w:r>
          </w:p>
        </w:tc>
      </w:tr>
      <w:tr w:rsidR="00E6505E" w14:paraId="4AC6773E" w14:textId="77777777">
        <w:trPr>
          <w:jc w:val="center"/>
        </w:trPr>
        <w:tc>
          <w:tcPr>
            <w:tcW w:w="2131" w:type="dxa"/>
            <w:vAlign w:val="center"/>
          </w:tcPr>
          <w:p w14:paraId="7B1A14FC" w14:textId="77777777" w:rsidR="00E6505E" w:rsidRDefault="00000000">
            <w:r>
              <w:rPr>
                <w:sz w:val="13"/>
              </w:rPr>
              <w:t>Late-season marketable yield</w:t>
            </w:r>
          </w:p>
        </w:tc>
        <w:tc>
          <w:tcPr>
            <w:tcW w:w="2131" w:type="dxa"/>
            <w:vAlign w:val="center"/>
          </w:tcPr>
          <w:p w14:paraId="32A3F7DE" w14:textId="77777777" w:rsidR="00E6505E" w:rsidRDefault="00000000">
            <w:r>
              <w:rPr>
                <w:sz w:val="13"/>
              </w:rPr>
              <w:t>T9</w:t>
            </w:r>
          </w:p>
        </w:tc>
        <w:tc>
          <w:tcPr>
            <w:tcW w:w="2131" w:type="dxa"/>
            <w:vAlign w:val="center"/>
          </w:tcPr>
          <w:p w14:paraId="5768C94D" w14:textId="77777777" w:rsidR="00E6505E" w:rsidRDefault="00000000">
            <w:r>
              <w:rPr>
                <w:sz w:val="13"/>
              </w:rPr>
              <w:t>81.92 ± 58.73</w:t>
            </w:r>
          </w:p>
        </w:tc>
        <w:tc>
          <w:tcPr>
            <w:tcW w:w="2131" w:type="dxa"/>
            <w:vAlign w:val="center"/>
          </w:tcPr>
          <w:p w14:paraId="69FF7E04" w14:textId="77777777" w:rsidR="00E6505E" w:rsidRDefault="00000000">
            <w:r>
              <w:rPr>
                <w:sz w:val="13"/>
              </w:rPr>
              <w:t>4</w:t>
            </w:r>
          </w:p>
        </w:tc>
        <w:tc>
          <w:tcPr>
            <w:tcW w:w="2131" w:type="dxa"/>
            <w:vAlign w:val="center"/>
          </w:tcPr>
          <w:p w14:paraId="099240A4" w14:textId="77777777" w:rsidR="00E6505E" w:rsidRDefault="00000000">
            <w:r>
              <w:rPr>
                <w:sz w:val="13"/>
              </w:rPr>
              <w:t>A</w:t>
            </w:r>
          </w:p>
        </w:tc>
      </w:tr>
      <w:tr w:rsidR="00E6505E" w14:paraId="271D3806" w14:textId="77777777">
        <w:trPr>
          <w:jc w:val="center"/>
        </w:trPr>
        <w:tc>
          <w:tcPr>
            <w:tcW w:w="2131" w:type="dxa"/>
            <w:vAlign w:val="center"/>
          </w:tcPr>
          <w:p w14:paraId="3AD9710C" w14:textId="77777777" w:rsidR="00E6505E" w:rsidRDefault="00000000">
            <w:r>
              <w:rPr>
                <w:sz w:val="13"/>
              </w:rPr>
              <w:t>Late-season marketable yield</w:t>
            </w:r>
          </w:p>
        </w:tc>
        <w:tc>
          <w:tcPr>
            <w:tcW w:w="2131" w:type="dxa"/>
            <w:vAlign w:val="center"/>
          </w:tcPr>
          <w:p w14:paraId="42D2A5F0" w14:textId="77777777" w:rsidR="00E6505E" w:rsidRDefault="00000000">
            <w:r>
              <w:rPr>
                <w:sz w:val="13"/>
              </w:rPr>
              <w:t>T10</w:t>
            </w:r>
          </w:p>
        </w:tc>
        <w:tc>
          <w:tcPr>
            <w:tcW w:w="2131" w:type="dxa"/>
            <w:vAlign w:val="center"/>
          </w:tcPr>
          <w:p w14:paraId="2634B417" w14:textId="77777777" w:rsidR="00E6505E" w:rsidRDefault="00000000">
            <w:r>
              <w:rPr>
                <w:sz w:val="13"/>
              </w:rPr>
              <w:t>82.42 ± 68.96</w:t>
            </w:r>
          </w:p>
        </w:tc>
        <w:tc>
          <w:tcPr>
            <w:tcW w:w="2131" w:type="dxa"/>
            <w:vAlign w:val="center"/>
          </w:tcPr>
          <w:p w14:paraId="4EEDB045" w14:textId="77777777" w:rsidR="00E6505E" w:rsidRDefault="00000000">
            <w:r>
              <w:rPr>
                <w:sz w:val="13"/>
              </w:rPr>
              <w:t>4</w:t>
            </w:r>
          </w:p>
        </w:tc>
        <w:tc>
          <w:tcPr>
            <w:tcW w:w="2131" w:type="dxa"/>
            <w:vAlign w:val="center"/>
          </w:tcPr>
          <w:p w14:paraId="0F901FB6" w14:textId="77777777" w:rsidR="00E6505E" w:rsidRDefault="00000000">
            <w:r>
              <w:rPr>
                <w:sz w:val="13"/>
              </w:rPr>
              <w:t>A</w:t>
            </w:r>
          </w:p>
        </w:tc>
      </w:tr>
      <w:tr w:rsidR="00E6505E" w14:paraId="05EFA9AC" w14:textId="77777777">
        <w:trPr>
          <w:jc w:val="center"/>
        </w:trPr>
        <w:tc>
          <w:tcPr>
            <w:tcW w:w="2131" w:type="dxa"/>
            <w:vAlign w:val="center"/>
          </w:tcPr>
          <w:p w14:paraId="26FB0CC8" w14:textId="77777777" w:rsidR="00E6505E" w:rsidRDefault="00000000">
            <w:r>
              <w:rPr>
                <w:sz w:val="13"/>
              </w:rPr>
              <w:t>Total yield dry weight</w:t>
            </w:r>
          </w:p>
        </w:tc>
        <w:tc>
          <w:tcPr>
            <w:tcW w:w="2131" w:type="dxa"/>
            <w:vAlign w:val="center"/>
          </w:tcPr>
          <w:p w14:paraId="08261CE4" w14:textId="77777777" w:rsidR="00E6505E" w:rsidRDefault="00000000">
            <w:r>
              <w:rPr>
                <w:sz w:val="13"/>
              </w:rPr>
              <w:t>T0</w:t>
            </w:r>
          </w:p>
        </w:tc>
        <w:tc>
          <w:tcPr>
            <w:tcW w:w="2131" w:type="dxa"/>
            <w:vAlign w:val="center"/>
          </w:tcPr>
          <w:p w14:paraId="392F0E33" w14:textId="77777777" w:rsidR="00E6505E" w:rsidRDefault="00000000">
            <w:r>
              <w:rPr>
                <w:sz w:val="13"/>
              </w:rPr>
              <w:t>32.28 ± 25.48</w:t>
            </w:r>
          </w:p>
        </w:tc>
        <w:tc>
          <w:tcPr>
            <w:tcW w:w="2131" w:type="dxa"/>
            <w:vAlign w:val="center"/>
          </w:tcPr>
          <w:p w14:paraId="5D409D48" w14:textId="77777777" w:rsidR="00E6505E" w:rsidRDefault="00000000">
            <w:r>
              <w:rPr>
                <w:sz w:val="13"/>
              </w:rPr>
              <w:t>4</w:t>
            </w:r>
          </w:p>
        </w:tc>
        <w:tc>
          <w:tcPr>
            <w:tcW w:w="2131" w:type="dxa"/>
            <w:vAlign w:val="center"/>
          </w:tcPr>
          <w:p w14:paraId="12DEBC6F" w14:textId="77777777" w:rsidR="00E6505E" w:rsidRDefault="00000000">
            <w:r>
              <w:rPr>
                <w:sz w:val="13"/>
              </w:rPr>
              <w:t>A</w:t>
            </w:r>
          </w:p>
        </w:tc>
      </w:tr>
      <w:tr w:rsidR="00E6505E" w14:paraId="5AB4358F" w14:textId="77777777">
        <w:trPr>
          <w:jc w:val="center"/>
        </w:trPr>
        <w:tc>
          <w:tcPr>
            <w:tcW w:w="2131" w:type="dxa"/>
            <w:vAlign w:val="center"/>
          </w:tcPr>
          <w:p w14:paraId="564CD990" w14:textId="77777777" w:rsidR="00E6505E" w:rsidRDefault="00000000">
            <w:r>
              <w:rPr>
                <w:sz w:val="13"/>
              </w:rPr>
              <w:t>Total yield dry weight</w:t>
            </w:r>
          </w:p>
        </w:tc>
        <w:tc>
          <w:tcPr>
            <w:tcW w:w="2131" w:type="dxa"/>
            <w:vAlign w:val="center"/>
          </w:tcPr>
          <w:p w14:paraId="5D435E59" w14:textId="77777777" w:rsidR="00E6505E" w:rsidRDefault="00000000">
            <w:r>
              <w:rPr>
                <w:sz w:val="13"/>
              </w:rPr>
              <w:t>T1</w:t>
            </w:r>
          </w:p>
        </w:tc>
        <w:tc>
          <w:tcPr>
            <w:tcW w:w="2131" w:type="dxa"/>
            <w:vAlign w:val="center"/>
          </w:tcPr>
          <w:p w14:paraId="7C8771E4" w14:textId="77777777" w:rsidR="00E6505E" w:rsidRDefault="00000000">
            <w:r>
              <w:rPr>
                <w:sz w:val="13"/>
              </w:rPr>
              <w:t>23.02 ± 18.22</w:t>
            </w:r>
          </w:p>
        </w:tc>
        <w:tc>
          <w:tcPr>
            <w:tcW w:w="2131" w:type="dxa"/>
            <w:vAlign w:val="center"/>
          </w:tcPr>
          <w:p w14:paraId="732937CE" w14:textId="77777777" w:rsidR="00E6505E" w:rsidRDefault="00000000">
            <w:r>
              <w:rPr>
                <w:sz w:val="13"/>
              </w:rPr>
              <w:t>4</w:t>
            </w:r>
          </w:p>
        </w:tc>
        <w:tc>
          <w:tcPr>
            <w:tcW w:w="2131" w:type="dxa"/>
            <w:vAlign w:val="center"/>
          </w:tcPr>
          <w:p w14:paraId="0F4EBCF8" w14:textId="77777777" w:rsidR="00E6505E" w:rsidRDefault="00000000">
            <w:r>
              <w:rPr>
                <w:sz w:val="13"/>
              </w:rPr>
              <w:t>A</w:t>
            </w:r>
          </w:p>
        </w:tc>
      </w:tr>
      <w:tr w:rsidR="00E6505E" w14:paraId="4703D037" w14:textId="77777777">
        <w:trPr>
          <w:jc w:val="center"/>
        </w:trPr>
        <w:tc>
          <w:tcPr>
            <w:tcW w:w="2131" w:type="dxa"/>
            <w:vAlign w:val="center"/>
          </w:tcPr>
          <w:p w14:paraId="4E778305" w14:textId="77777777" w:rsidR="00E6505E" w:rsidRDefault="00000000">
            <w:r>
              <w:rPr>
                <w:sz w:val="13"/>
              </w:rPr>
              <w:t>Total yield dry weight</w:t>
            </w:r>
          </w:p>
        </w:tc>
        <w:tc>
          <w:tcPr>
            <w:tcW w:w="2131" w:type="dxa"/>
            <w:vAlign w:val="center"/>
          </w:tcPr>
          <w:p w14:paraId="59EA2903" w14:textId="77777777" w:rsidR="00E6505E" w:rsidRDefault="00000000">
            <w:r>
              <w:rPr>
                <w:sz w:val="13"/>
              </w:rPr>
              <w:t>T2</w:t>
            </w:r>
          </w:p>
        </w:tc>
        <w:tc>
          <w:tcPr>
            <w:tcW w:w="2131" w:type="dxa"/>
            <w:vAlign w:val="center"/>
          </w:tcPr>
          <w:p w14:paraId="07343BE6" w14:textId="77777777" w:rsidR="00E6505E" w:rsidRDefault="00000000">
            <w:r>
              <w:rPr>
                <w:sz w:val="13"/>
              </w:rPr>
              <w:t>21.13 ± 16.88</w:t>
            </w:r>
          </w:p>
        </w:tc>
        <w:tc>
          <w:tcPr>
            <w:tcW w:w="2131" w:type="dxa"/>
            <w:vAlign w:val="center"/>
          </w:tcPr>
          <w:p w14:paraId="79EA97EE" w14:textId="77777777" w:rsidR="00E6505E" w:rsidRDefault="00000000">
            <w:r>
              <w:rPr>
                <w:sz w:val="13"/>
              </w:rPr>
              <w:t>4</w:t>
            </w:r>
          </w:p>
        </w:tc>
        <w:tc>
          <w:tcPr>
            <w:tcW w:w="2131" w:type="dxa"/>
            <w:vAlign w:val="center"/>
          </w:tcPr>
          <w:p w14:paraId="37D37A33" w14:textId="77777777" w:rsidR="00E6505E" w:rsidRDefault="00000000">
            <w:r>
              <w:rPr>
                <w:sz w:val="13"/>
              </w:rPr>
              <w:t>A</w:t>
            </w:r>
          </w:p>
        </w:tc>
      </w:tr>
      <w:tr w:rsidR="00E6505E" w14:paraId="6A779151" w14:textId="77777777">
        <w:trPr>
          <w:jc w:val="center"/>
        </w:trPr>
        <w:tc>
          <w:tcPr>
            <w:tcW w:w="2131" w:type="dxa"/>
            <w:vAlign w:val="center"/>
          </w:tcPr>
          <w:p w14:paraId="7857B813" w14:textId="77777777" w:rsidR="00E6505E" w:rsidRDefault="00000000">
            <w:r>
              <w:rPr>
                <w:sz w:val="13"/>
              </w:rPr>
              <w:t>Total yield dry weight</w:t>
            </w:r>
          </w:p>
        </w:tc>
        <w:tc>
          <w:tcPr>
            <w:tcW w:w="2131" w:type="dxa"/>
            <w:vAlign w:val="center"/>
          </w:tcPr>
          <w:p w14:paraId="583DB8E5" w14:textId="77777777" w:rsidR="00E6505E" w:rsidRDefault="00000000">
            <w:r>
              <w:rPr>
                <w:sz w:val="13"/>
              </w:rPr>
              <w:t>T3</w:t>
            </w:r>
          </w:p>
        </w:tc>
        <w:tc>
          <w:tcPr>
            <w:tcW w:w="2131" w:type="dxa"/>
            <w:vAlign w:val="center"/>
          </w:tcPr>
          <w:p w14:paraId="52EB1D1B" w14:textId="77777777" w:rsidR="00E6505E" w:rsidRDefault="00000000">
            <w:r>
              <w:rPr>
                <w:sz w:val="13"/>
              </w:rPr>
              <w:t>7.48 ± 5.03</w:t>
            </w:r>
          </w:p>
        </w:tc>
        <w:tc>
          <w:tcPr>
            <w:tcW w:w="2131" w:type="dxa"/>
            <w:vAlign w:val="center"/>
          </w:tcPr>
          <w:p w14:paraId="20C86E93" w14:textId="77777777" w:rsidR="00E6505E" w:rsidRDefault="00000000">
            <w:r>
              <w:rPr>
                <w:sz w:val="13"/>
              </w:rPr>
              <w:t>4</w:t>
            </w:r>
          </w:p>
        </w:tc>
        <w:tc>
          <w:tcPr>
            <w:tcW w:w="2131" w:type="dxa"/>
            <w:vAlign w:val="center"/>
          </w:tcPr>
          <w:p w14:paraId="4446C81B" w14:textId="77777777" w:rsidR="00E6505E" w:rsidRDefault="00000000">
            <w:r>
              <w:rPr>
                <w:sz w:val="13"/>
              </w:rPr>
              <w:t>A</w:t>
            </w:r>
          </w:p>
        </w:tc>
      </w:tr>
      <w:tr w:rsidR="00E6505E" w14:paraId="22CD8508" w14:textId="77777777">
        <w:trPr>
          <w:jc w:val="center"/>
        </w:trPr>
        <w:tc>
          <w:tcPr>
            <w:tcW w:w="2131" w:type="dxa"/>
            <w:vAlign w:val="center"/>
          </w:tcPr>
          <w:p w14:paraId="080EC4A5" w14:textId="77777777" w:rsidR="00E6505E" w:rsidRDefault="00000000">
            <w:r>
              <w:rPr>
                <w:sz w:val="13"/>
              </w:rPr>
              <w:t>Total yield dry weight</w:t>
            </w:r>
          </w:p>
        </w:tc>
        <w:tc>
          <w:tcPr>
            <w:tcW w:w="2131" w:type="dxa"/>
            <w:vAlign w:val="center"/>
          </w:tcPr>
          <w:p w14:paraId="399A96DA" w14:textId="77777777" w:rsidR="00E6505E" w:rsidRDefault="00000000">
            <w:r>
              <w:rPr>
                <w:sz w:val="13"/>
              </w:rPr>
              <w:t>T4</w:t>
            </w:r>
          </w:p>
        </w:tc>
        <w:tc>
          <w:tcPr>
            <w:tcW w:w="2131" w:type="dxa"/>
            <w:vAlign w:val="center"/>
          </w:tcPr>
          <w:p w14:paraId="7A9A09C6" w14:textId="77777777" w:rsidR="00E6505E" w:rsidRDefault="00000000">
            <w:r>
              <w:rPr>
                <w:sz w:val="13"/>
              </w:rPr>
              <w:t>7.36 ± 8.09</w:t>
            </w:r>
          </w:p>
        </w:tc>
        <w:tc>
          <w:tcPr>
            <w:tcW w:w="2131" w:type="dxa"/>
            <w:vAlign w:val="center"/>
          </w:tcPr>
          <w:p w14:paraId="0275F64E" w14:textId="77777777" w:rsidR="00E6505E" w:rsidRDefault="00000000">
            <w:r>
              <w:rPr>
                <w:sz w:val="13"/>
              </w:rPr>
              <w:t>4</w:t>
            </w:r>
          </w:p>
        </w:tc>
        <w:tc>
          <w:tcPr>
            <w:tcW w:w="2131" w:type="dxa"/>
            <w:vAlign w:val="center"/>
          </w:tcPr>
          <w:p w14:paraId="0276CE1B" w14:textId="77777777" w:rsidR="00E6505E" w:rsidRDefault="00000000">
            <w:r>
              <w:rPr>
                <w:sz w:val="13"/>
              </w:rPr>
              <w:t>A</w:t>
            </w:r>
          </w:p>
        </w:tc>
      </w:tr>
      <w:tr w:rsidR="00E6505E" w14:paraId="6E65BA92" w14:textId="77777777">
        <w:trPr>
          <w:jc w:val="center"/>
        </w:trPr>
        <w:tc>
          <w:tcPr>
            <w:tcW w:w="2131" w:type="dxa"/>
            <w:vAlign w:val="center"/>
          </w:tcPr>
          <w:p w14:paraId="41753641" w14:textId="77777777" w:rsidR="00E6505E" w:rsidRDefault="00000000">
            <w:r>
              <w:rPr>
                <w:sz w:val="13"/>
              </w:rPr>
              <w:t>Total yield dry weight</w:t>
            </w:r>
          </w:p>
        </w:tc>
        <w:tc>
          <w:tcPr>
            <w:tcW w:w="2131" w:type="dxa"/>
            <w:vAlign w:val="center"/>
          </w:tcPr>
          <w:p w14:paraId="48AF3035" w14:textId="77777777" w:rsidR="00E6505E" w:rsidRDefault="00000000">
            <w:r>
              <w:rPr>
                <w:sz w:val="13"/>
              </w:rPr>
              <w:t>T5</w:t>
            </w:r>
          </w:p>
        </w:tc>
        <w:tc>
          <w:tcPr>
            <w:tcW w:w="2131" w:type="dxa"/>
            <w:vAlign w:val="center"/>
          </w:tcPr>
          <w:p w14:paraId="03D93DDF" w14:textId="77777777" w:rsidR="00E6505E" w:rsidRDefault="00000000">
            <w:r>
              <w:rPr>
                <w:sz w:val="13"/>
              </w:rPr>
              <w:t>15.53 ± 2.50</w:t>
            </w:r>
          </w:p>
        </w:tc>
        <w:tc>
          <w:tcPr>
            <w:tcW w:w="2131" w:type="dxa"/>
            <w:vAlign w:val="center"/>
          </w:tcPr>
          <w:p w14:paraId="4027349B" w14:textId="77777777" w:rsidR="00E6505E" w:rsidRDefault="00000000">
            <w:r>
              <w:rPr>
                <w:sz w:val="13"/>
              </w:rPr>
              <w:t>4</w:t>
            </w:r>
          </w:p>
        </w:tc>
        <w:tc>
          <w:tcPr>
            <w:tcW w:w="2131" w:type="dxa"/>
            <w:vAlign w:val="center"/>
          </w:tcPr>
          <w:p w14:paraId="3B19F8AC" w14:textId="77777777" w:rsidR="00E6505E" w:rsidRDefault="00000000">
            <w:r>
              <w:rPr>
                <w:sz w:val="13"/>
              </w:rPr>
              <w:t>A</w:t>
            </w:r>
          </w:p>
        </w:tc>
      </w:tr>
      <w:tr w:rsidR="00E6505E" w14:paraId="6D12FCFB" w14:textId="77777777">
        <w:trPr>
          <w:jc w:val="center"/>
        </w:trPr>
        <w:tc>
          <w:tcPr>
            <w:tcW w:w="2131" w:type="dxa"/>
            <w:vAlign w:val="center"/>
          </w:tcPr>
          <w:p w14:paraId="4FB355F2" w14:textId="77777777" w:rsidR="00E6505E" w:rsidRDefault="00000000">
            <w:r>
              <w:rPr>
                <w:sz w:val="13"/>
              </w:rPr>
              <w:t>Total yield dry weight</w:t>
            </w:r>
          </w:p>
        </w:tc>
        <w:tc>
          <w:tcPr>
            <w:tcW w:w="2131" w:type="dxa"/>
            <w:vAlign w:val="center"/>
          </w:tcPr>
          <w:p w14:paraId="2DF4F5C3" w14:textId="77777777" w:rsidR="00E6505E" w:rsidRDefault="00000000">
            <w:r>
              <w:rPr>
                <w:sz w:val="13"/>
              </w:rPr>
              <w:t>T6</w:t>
            </w:r>
          </w:p>
        </w:tc>
        <w:tc>
          <w:tcPr>
            <w:tcW w:w="2131" w:type="dxa"/>
            <w:vAlign w:val="center"/>
          </w:tcPr>
          <w:p w14:paraId="2985134E" w14:textId="77777777" w:rsidR="00E6505E" w:rsidRDefault="00000000">
            <w:r>
              <w:rPr>
                <w:sz w:val="13"/>
              </w:rPr>
              <w:t>15.13 ± 10.87</w:t>
            </w:r>
          </w:p>
        </w:tc>
        <w:tc>
          <w:tcPr>
            <w:tcW w:w="2131" w:type="dxa"/>
            <w:vAlign w:val="center"/>
          </w:tcPr>
          <w:p w14:paraId="71426C87" w14:textId="77777777" w:rsidR="00E6505E" w:rsidRDefault="00000000">
            <w:r>
              <w:rPr>
                <w:sz w:val="13"/>
              </w:rPr>
              <w:t>4</w:t>
            </w:r>
          </w:p>
        </w:tc>
        <w:tc>
          <w:tcPr>
            <w:tcW w:w="2131" w:type="dxa"/>
            <w:vAlign w:val="center"/>
          </w:tcPr>
          <w:p w14:paraId="1C4A650A" w14:textId="77777777" w:rsidR="00E6505E" w:rsidRDefault="00000000">
            <w:r>
              <w:rPr>
                <w:sz w:val="13"/>
              </w:rPr>
              <w:t>A</w:t>
            </w:r>
          </w:p>
        </w:tc>
      </w:tr>
      <w:tr w:rsidR="00E6505E" w14:paraId="1D774243" w14:textId="77777777">
        <w:trPr>
          <w:jc w:val="center"/>
        </w:trPr>
        <w:tc>
          <w:tcPr>
            <w:tcW w:w="2131" w:type="dxa"/>
            <w:vAlign w:val="center"/>
          </w:tcPr>
          <w:p w14:paraId="0C802CE9" w14:textId="77777777" w:rsidR="00E6505E" w:rsidRDefault="00000000">
            <w:r>
              <w:rPr>
                <w:sz w:val="13"/>
              </w:rPr>
              <w:t>Total yield dry weight</w:t>
            </w:r>
          </w:p>
        </w:tc>
        <w:tc>
          <w:tcPr>
            <w:tcW w:w="2131" w:type="dxa"/>
            <w:vAlign w:val="center"/>
          </w:tcPr>
          <w:p w14:paraId="2C47A68F" w14:textId="77777777" w:rsidR="00E6505E" w:rsidRDefault="00000000">
            <w:r>
              <w:rPr>
                <w:sz w:val="13"/>
              </w:rPr>
              <w:t>T7</w:t>
            </w:r>
          </w:p>
        </w:tc>
        <w:tc>
          <w:tcPr>
            <w:tcW w:w="2131" w:type="dxa"/>
            <w:vAlign w:val="center"/>
          </w:tcPr>
          <w:p w14:paraId="53CD9377" w14:textId="77777777" w:rsidR="00E6505E" w:rsidRDefault="00000000">
            <w:r>
              <w:rPr>
                <w:sz w:val="13"/>
              </w:rPr>
              <w:t>6.02 ± 4.58</w:t>
            </w:r>
          </w:p>
        </w:tc>
        <w:tc>
          <w:tcPr>
            <w:tcW w:w="2131" w:type="dxa"/>
            <w:vAlign w:val="center"/>
          </w:tcPr>
          <w:p w14:paraId="109F1C11" w14:textId="77777777" w:rsidR="00E6505E" w:rsidRDefault="00000000">
            <w:r>
              <w:rPr>
                <w:sz w:val="13"/>
              </w:rPr>
              <w:t>4</w:t>
            </w:r>
          </w:p>
        </w:tc>
        <w:tc>
          <w:tcPr>
            <w:tcW w:w="2131" w:type="dxa"/>
            <w:vAlign w:val="center"/>
          </w:tcPr>
          <w:p w14:paraId="430477DD" w14:textId="77777777" w:rsidR="00E6505E" w:rsidRDefault="00000000">
            <w:r>
              <w:rPr>
                <w:sz w:val="13"/>
              </w:rPr>
              <w:t>A</w:t>
            </w:r>
          </w:p>
        </w:tc>
      </w:tr>
      <w:tr w:rsidR="00E6505E" w14:paraId="5271A201" w14:textId="77777777">
        <w:trPr>
          <w:jc w:val="center"/>
        </w:trPr>
        <w:tc>
          <w:tcPr>
            <w:tcW w:w="2131" w:type="dxa"/>
            <w:vAlign w:val="center"/>
          </w:tcPr>
          <w:p w14:paraId="0335CA2D" w14:textId="77777777" w:rsidR="00E6505E" w:rsidRDefault="00000000">
            <w:r>
              <w:rPr>
                <w:sz w:val="13"/>
              </w:rPr>
              <w:t>Total yield dry weight</w:t>
            </w:r>
          </w:p>
        </w:tc>
        <w:tc>
          <w:tcPr>
            <w:tcW w:w="2131" w:type="dxa"/>
            <w:vAlign w:val="center"/>
          </w:tcPr>
          <w:p w14:paraId="4199DEEA" w14:textId="77777777" w:rsidR="00E6505E" w:rsidRDefault="00000000">
            <w:r>
              <w:rPr>
                <w:sz w:val="13"/>
              </w:rPr>
              <w:t>T8</w:t>
            </w:r>
          </w:p>
        </w:tc>
        <w:tc>
          <w:tcPr>
            <w:tcW w:w="2131" w:type="dxa"/>
            <w:vAlign w:val="center"/>
          </w:tcPr>
          <w:p w14:paraId="47098430" w14:textId="77777777" w:rsidR="00E6505E" w:rsidRDefault="00000000">
            <w:r>
              <w:rPr>
                <w:sz w:val="13"/>
              </w:rPr>
              <w:t>15.58 ± 7.38</w:t>
            </w:r>
          </w:p>
        </w:tc>
        <w:tc>
          <w:tcPr>
            <w:tcW w:w="2131" w:type="dxa"/>
            <w:vAlign w:val="center"/>
          </w:tcPr>
          <w:p w14:paraId="5320F35D" w14:textId="77777777" w:rsidR="00E6505E" w:rsidRDefault="00000000">
            <w:r>
              <w:rPr>
                <w:sz w:val="13"/>
              </w:rPr>
              <w:t>4</w:t>
            </w:r>
          </w:p>
        </w:tc>
        <w:tc>
          <w:tcPr>
            <w:tcW w:w="2131" w:type="dxa"/>
            <w:vAlign w:val="center"/>
          </w:tcPr>
          <w:p w14:paraId="32250D07" w14:textId="77777777" w:rsidR="00E6505E" w:rsidRDefault="00000000">
            <w:r>
              <w:rPr>
                <w:sz w:val="13"/>
              </w:rPr>
              <w:t>A</w:t>
            </w:r>
          </w:p>
        </w:tc>
      </w:tr>
      <w:tr w:rsidR="00E6505E" w14:paraId="442B7E39" w14:textId="77777777">
        <w:trPr>
          <w:jc w:val="center"/>
        </w:trPr>
        <w:tc>
          <w:tcPr>
            <w:tcW w:w="2131" w:type="dxa"/>
            <w:vAlign w:val="center"/>
          </w:tcPr>
          <w:p w14:paraId="6C60DFBF" w14:textId="77777777" w:rsidR="00E6505E" w:rsidRDefault="00000000">
            <w:r>
              <w:rPr>
                <w:sz w:val="13"/>
              </w:rPr>
              <w:t>Total yield dry weight</w:t>
            </w:r>
          </w:p>
        </w:tc>
        <w:tc>
          <w:tcPr>
            <w:tcW w:w="2131" w:type="dxa"/>
            <w:vAlign w:val="center"/>
          </w:tcPr>
          <w:p w14:paraId="5B7484FE" w14:textId="77777777" w:rsidR="00E6505E" w:rsidRDefault="00000000">
            <w:r>
              <w:rPr>
                <w:sz w:val="13"/>
              </w:rPr>
              <w:t>T9</w:t>
            </w:r>
          </w:p>
        </w:tc>
        <w:tc>
          <w:tcPr>
            <w:tcW w:w="2131" w:type="dxa"/>
            <w:vAlign w:val="center"/>
          </w:tcPr>
          <w:p w14:paraId="201EDF9D" w14:textId="77777777" w:rsidR="00E6505E" w:rsidRDefault="00000000">
            <w:r>
              <w:rPr>
                <w:sz w:val="13"/>
              </w:rPr>
              <w:t>15.71 ± 10.56</w:t>
            </w:r>
          </w:p>
        </w:tc>
        <w:tc>
          <w:tcPr>
            <w:tcW w:w="2131" w:type="dxa"/>
            <w:vAlign w:val="center"/>
          </w:tcPr>
          <w:p w14:paraId="5B754D9E" w14:textId="77777777" w:rsidR="00E6505E" w:rsidRDefault="00000000">
            <w:r>
              <w:rPr>
                <w:sz w:val="13"/>
              </w:rPr>
              <w:t>4</w:t>
            </w:r>
          </w:p>
        </w:tc>
        <w:tc>
          <w:tcPr>
            <w:tcW w:w="2131" w:type="dxa"/>
            <w:vAlign w:val="center"/>
          </w:tcPr>
          <w:p w14:paraId="3E2FA075" w14:textId="77777777" w:rsidR="00E6505E" w:rsidRDefault="00000000">
            <w:r>
              <w:rPr>
                <w:sz w:val="13"/>
              </w:rPr>
              <w:t>A</w:t>
            </w:r>
          </w:p>
        </w:tc>
      </w:tr>
      <w:tr w:rsidR="00E6505E" w14:paraId="143D115A" w14:textId="77777777">
        <w:trPr>
          <w:jc w:val="center"/>
        </w:trPr>
        <w:tc>
          <w:tcPr>
            <w:tcW w:w="2131" w:type="dxa"/>
            <w:vAlign w:val="center"/>
          </w:tcPr>
          <w:p w14:paraId="539622C1" w14:textId="77777777" w:rsidR="00E6505E" w:rsidRDefault="00000000">
            <w:r>
              <w:rPr>
                <w:sz w:val="13"/>
              </w:rPr>
              <w:t>Total yield dry weight</w:t>
            </w:r>
          </w:p>
        </w:tc>
        <w:tc>
          <w:tcPr>
            <w:tcW w:w="2131" w:type="dxa"/>
            <w:vAlign w:val="center"/>
          </w:tcPr>
          <w:p w14:paraId="41C01BFB" w14:textId="77777777" w:rsidR="00E6505E" w:rsidRDefault="00000000">
            <w:r>
              <w:rPr>
                <w:sz w:val="13"/>
              </w:rPr>
              <w:t>T10</w:t>
            </w:r>
          </w:p>
        </w:tc>
        <w:tc>
          <w:tcPr>
            <w:tcW w:w="2131" w:type="dxa"/>
            <w:vAlign w:val="center"/>
          </w:tcPr>
          <w:p w14:paraId="01FE4C2C" w14:textId="77777777" w:rsidR="00E6505E" w:rsidRDefault="00000000">
            <w:r>
              <w:rPr>
                <w:sz w:val="13"/>
              </w:rPr>
              <w:t>16.70 ± 8.58</w:t>
            </w:r>
          </w:p>
        </w:tc>
        <w:tc>
          <w:tcPr>
            <w:tcW w:w="2131" w:type="dxa"/>
            <w:vAlign w:val="center"/>
          </w:tcPr>
          <w:p w14:paraId="13BCDB40" w14:textId="77777777" w:rsidR="00E6505E" w:rsidRDefault="00000000">
            <w:r>
              <w:rPr>
                <w:sz w:val="13"/>
              </w:rPr>
              <w:t>4</w:t>
            </w:r>
          </w:p>
        </w:tc>
        <w:tc>
          <w:tcPr>
            <w:tcW w:w="2131" w:type="dxa"/>
            <w:vAlign w:val="center"/>
          </w:tcPr>
          <w:p w14:paraId="4F33E09F" w14:textId="77777777" w:rsidR="00E6505E" w:rsidRDefault="00000000">
            <w:r>
              <w:rPr>
                <w:sz w:val="13"/>
              </w:rPr>
              <w:t>A</w:t>
            </w:r>
          </w:p>
        </w:tc>
      </w:tr>
      <w:tr w:rsidR="00E6505E" w14:paraId="13E60F8D" w14:textId="77777777">
        <w:trPr>
          <w:jc w:val="center"/>
        </w:trPr>
        <w:tc>
          <w:tcPr>
            <w:tcW w:w="2131" w:type="dxa"/>
            <w:vAlign w:val="center"/>
          </w:tcPr>
          <w:p w14:paraId="05CF5828" w14:textId="77777777" w:rsidR="00E6505E" w:rsidRDefault="00000000">
            <w:r>
              <w:rPr>
                <w:sz w:val="13"/>
              </w:rPr>
              <w:t>Final fresh biomass</w:t>
            </w:r>
          </w:p>
        </w:tc>
        <w:tc>
          <w:tcPr>
            <w:tcW w:w="2131" w:type="dxa"/>
            <w:vAlign w:val="center"/>
          </w:tcPr>
          <w:p w14:paraId="7E759B51" w14:textId="77777777" w:rsidR="00E6505E" w:rsidRDefault="00000000">
            <w:r>
              <w:rPr>
                <w:sz w:val="13"/>
              </w:rPr>
              <w:t>T0</w:t>
            </w:r>
          </w:p>
        </w:tc>
        <w:tc>
          <w:tcPr>
            <w:tcW w:w="2131" w:type="dxa"/>
            <w:vAlign w:val="center"/>
          </w:tcPr>
          <w:p w14:paraId="00D479C0" w14:textId="77777777" w:rsidR="00E6505E" w:rsidRDefault="00000000">
            <w:r>
              <w:rPr>
                <w:sz w:val="13"/>
              </w:rPr>
              <w:t>594.70 ± 156.92</w:t>
            </w:r>
          </w:p>
        </w:tc>
        <w:tc>
          <w:tcPr>
            <w:tcW w:w="2131" w:type="dxa"/>
            <w:vAlign w:val="center"/>
          </w:tcPr>
          <w:p w14:paraId="724F6FDF" w14:textId="77777777" w:rsidR="00E6505E" w:rsidRDefault="00000000">
            <w:r>
              <w:rPr>
                <w:sz w:val="13"/>
              </w:rPr>
              <w:t>4</w:t>
            </w:r>
          </w:p>
        </w:tc>
        <w:tc>
          <w:tcPr>
            <w:tcW w:w="2131" w:type="dxa"/>
            <w:vAlign w:val="center"/>
          </w:tcPr>
          <w:p w14:paraId="6C83B5E5" w14:textId="77777777" w:rsidR="00E6505E" w:rsidRDefault="00000000">
            <w:r>
              <w:rPr>
                <w:sz w:val="13"/>
              </w:rPr>
              <w:t>A</w:t>
            </w:r>
          </w:p>
        </w:tc>
      </w:tr>
      <w:tr w:rsidR="00E6505E" w14:paraId="1A07A139" w14:textId="77777777">
        <w:trPr>
          <w:jc w:val="center"/>
        </w:trPr>
        <w:tc>
          <w:tcPr>
            <w:tcW w:w="2131" w:type="dxa"/>
            <w:vAlign w:val="center"/>
          </w:tcPr>
          <w:p w14:paraId="7BEF4359" w14:textId="77777777" w:rsidR="00E6505E" w:rsidRDefault="00000000">
            <w:r>
              <w:rPr>
                <w:sz w:val="13"/>
              </w:rPr>
              <w:t>Final fresh biomass</w:t>
            </w:r>
          </w:p>
        </w:tc>
        <w:tc>
          <w:tcPr>
            <w:tcW w:w="2131" w:type="dxa"/>
            <w:vAlign w:val="center"/>
          </w:tcPr>
          <w:p w14:paraId="24F7B734" w14:textId="77777777" w:rsidR="00E6505E" w:rsidRDefault="00000000">
            <w:r>
              <w:rPr>
                <w:sz w:val="13"/>
              </w:rPr>
              <w:t>T1</w:t>
            </w:r>
          </w:p>
        </w:tc>
        <w:tc>
          <w:tcPr>
            <w:tcW w:w="2131" w:type="dxa"/>
            <w:vAlign w:val="center"/>
          </w:tcPr>
          <w:p w14:paraId="4E3C01C2" w14:textId="77777777" w:rsidR="00E6505E" w:rsidRDefault="00000000">
            <w:r>
              <w:rPr>
                <w:sz w:val="13"/>
              </w:rPr>
              <w:t>229.15 ± 104.73</w:t>
            </w:r>
          </w:p>
        </w:tc>
        <w:tc>
          <w:tcPr>
            <w:tcW w:w="2131" w:type="dxa"/>
            <w:vAlign w:val="center"/>
          </w:tcPr>
          <w:p w14:paraId="6F1C4E55" w14:textId="77777777" w:rsidR="00E6505E" w:rsidRDefault="00000000">
            <w:r>
              <w:rPr>
                <w:sz w:val="13"/>
              </w:rPr>
              <w:t>4</w:t>
            </w:r>
          </w:p>
        </w:tc>
        <w:tc>
          <w:tcPr>
            <w:tcW w:w="2131" w:type="dxa"/>
            <w:vAlign w:val="center"/>
          </w:tcPr>
          <w:p w14:paraId="2BF6116F" w14:textId="77777777" w:rsidR="00E6505E" w:rsidRDefault="00000000">
            <w:r>
              <w:rPr>
                <w:sz w:val="13"/>
              </w:rPr>
              <w:t>A</w:t>
            </w:r>
          </w:p>
        </w:tc>
      </w:tr>
      <w:tr w:rsidR="00E6505E" w14:paraId="543F1CF9" w14:textId="77777777">
        <w:trPr>
          <w:jc w:val="center"/>
        </w:trPr>
        <w:tc>
          <w:tcPr>
            <w:tcW w:w="2131" w:type="dxa"/>
            <w:vAlign w:val="center"/>
          </w:tcPr>
          <w:p w14:paraId="31C0CFA4" w14:textId="77777777" w:rsidR="00E6505E" w:rsidRDefault="00000000">
            <w:r>
              <w:rPr>
                <w:sz w:val="13"/>
              </w:rPr>
              <w:t>Final fresh biomass</w:t>
            </w:r>
          </w:p>
        </w:tc>
        <w:tc>
          <w:tcPr>
            <w:tcW w:w="2131" w:type="dxa"/>
            <w:vAlign w:val="center"/>
          </w:tcPr>
          <w:p w14:paraId="4CEA8871" w14:textId="77777777" w:rsidR="00E6505E" w:rsidRDefault="00000000">
            <w:r>
              <w:rPr>
                <w:sz w:val="13"/>
              </w:rPr>
              <w:t>T2</w:t>
            </w:r>
          </w:p>
        </w:tc>
        <w:tc>
          <w:tcPr>
            <w:tcW w:w="2131" w:type="dxa"/>
            <w:vAlign w:val="center"/>
          </w:tcPr>
          <w:p w14:paraId="5C8123ED" w14:textId="77777777" w:rsidR="00E6505E" w:rsidRDefault="00000000">
            <w:r>
              <w:rPr>
                <w:sz w:val="13"/>
              </w:rPr>
              <w:t>429.78 ± 103.09</w:t>
            </w:r>
          </w:p>
        </w:tc>
        <w:tc>
          <w:tcPr>
            <w:tcW w:w="2131" w:type="dxa"/>
            <w:vAlign w:val="center"/>
          </w:tcPr>
          <w:p w14:paraId="614C22DF" w14:textId="77777777" w:rsidR="00E6505E" w:rsidRDefault="00000000">
            <w:r>
              <w:rPr>
                <w:sz w:val="13"/>
              </w:rPr>
              <w:t>4</w:t>
            </w:r>
          </w:p>
        </w:tc>
        <w:tc>
          <w:tcPr>
            <w:tcW w:w="2131" w:type="dxa"/>
            <w:vAlign w:val="center"/>
          </w:tcPr>
          <w:p w14:paraId="40E2B4CE" w14:textId="77777777" w:rsidR="00E6505E" w:rsidRDefault="00000000">
            <w:r>
              <w:rPr>
                <w:sz w:val="13"/>
              </w:rPr>
              <w:t>A</w:t>
            </w:r>
          </w:p>
        </w:tc>
      </w:tr>
      <w:tr w:rsidR="00E6505E" w14:paraId="5B7D65C2" w14:textId="77777777">
        <w:trPr>
          <w:jc w:val="center"/>
        </w:trPr>
        <w:tc>
          <w:tcPr>
            <w:tcW w:w="2131" w:type="dxa"/>
            <w:vAlign w:val="center"/>
          </w:tcPr>
          <w:p w14:paraId="14476A01" w14:textId="77777777" w:rsidR="00E6505E" w:rsidRDefault="00000000">
            <w:r>
              <w:rPr>
                <w:sz w:val="13"/>
              </w:rPr>
              <w:t>Final fresh biomass</w:t>
            </w:r>
          </w:p>
        </w:tc>
        <w:tc>
          <w:tcPr>
            <w:tcW w:w="2131" w:type="dxa"/>
            <w:vAlign w:val="center"/>
          </w:tcPr>
          <w:p w14:paraId="12BA7146" w14:textId="77777777" w:rsidR="00E6505E" w:rsidRDefault="00000000">
            <w:r>
              <w:rPr>
                <w:sz w:val="13"/>
              </w:rPr>
              <w:t>T3</w:t>
            </w:r>
          </w:p>
        </w:tc>
        <w:tc>
          <w:tcPr>
            <w:tcW w:w="2131" w:type="dxa"/>
            <w:vAlign w:val="center"/>
          </w:tcPr>
          <w:p w14:paraId="159833CB" w14:textId="77777777" w:rsidR="00E6505E" w:rsidRDefault="00000000">
            <w:r>
              <w:rPr>
                <w:sz w:val="13"/>
              </w:rPr>
              <w:t>320.32 ± 204.56</w:t>
            </w:r>
          </w:p>
        </w:tc>
        <w:tc>
          <w:tcPr>
            <w:tcW w:w="2131" w:type="dxa"/>
            <w:vAlign w:val="center"/>
          </w:tcPr>
          <w:p w14:paraId="0B07B06A" w14:textId="77777777" w:rsidR="00E6505E" w:rsidRDefault="00000000">
            <w:r>
              <w:rPr>
                <w:sz w:val="13"/>
              </w:rPr>
              <w:t>4</w:t>
            </w:r>
          </w:p>
        </w:tc>
        <w:tc>
          <w:tcPr>
            <w:tcW w:w="2131" w:type="dxa"/>
            <w:vAlign w:val="center"/>
          </w:tcPr>
          <w:p w14:paraId="410798CA" w14:textId="77777777" w:rsidR="00E6505E" w:rsidRDefault="00000000">
            <w:r>
              <w:rPr>
                <w:sz w:val="13"/>
              </w:rPr>
              <w:t>A</w:t>
            </w:r>
          </w:p>
        </w:tc>
      </w:tr>
      <w:tr w:rsidR="00E6505E" w14:paraId="65D834DE" w14:textId="77777777">
        <w:trPr>
          <w:jc w:val="center"/>
        </w:trPr>
        <w:tc>
          <w:tcPr>
            <w:tcW w:w="2131" w:type="dxa"/>
            <w:vAlign w:val="center"/>
          </w:tcPr>
          <w:p w14:paraId="74B59E49" w14:textId="77777777" w:rsidR="00E6505E" w:rsidRDefault="00000000">
            <w:r>
              <w:rPr>
                <w:sz w:val="13"/>
              </w:rPr>
              <w:t>Final fresh biomass</w:t>
            </w:r>
          </w:p>
        </w:tc>
        <w:tc>
          <w:tcPr>
            <w:tcW w:w="2131" w:type="dxa"/>
            <w:vAlign w:val="center"/>
          </w:tcPr>
          <w:p w14:paraId="76865C6A" w14:textId="77777777" w:rsidR="00E6505E" w:rsidRDefault="00000000">
            <w:r>
              <w:rPr>
                <w:sz w:val="13"/>
              </w:rPr>
              <w:t>T4</w:t>
            </w:r>
          </w:p>
        </w:tc>
        <w:tc>
          <w:tcPr>
            <w:tcW w:w="2131" w:type="dxa"/>
            <w:vAlign w:val="center"/>
          </w:tcPr>
          <w:p w14:paraId="1B943F21" w14:textId="77777777" w:rsidR="00E6505E" w:rsidRDefault="00000000">
            <w:r>
              <w:rPr>
                <w:sz w:val="13"/>
              </w:rPr>
              <w:t>431.70 ± 169.02</w:t>
            </w:r>
          </w:p>
        </w:tc>
        <w:tc>
          <w:tcPr>
            <w:tcW w:w="2131" w:type="dxa"/>
            <w:vAlign w:val="center"/>
          </w:tcPr>
          <w:p w14:paraId="214688C4" w14:textId="77777777" w:rsidR="00E6505E" w:rsidRDefault="00000000">
            <w:r>
              <w:rPr>
                <w:sz w:val="13"/>
              </w:rPr>
              <w:t>4</w:t>
            </w:r>
          </w:p>
        </w:tc>
        <w:tc>
          <w:tcPr>
            <w:tcW w:w="2131" w:type="dxa"/>
            <w:vAlign w:val="center"/>
          </w:tcPr>
          <w:p w14:paraId="29F98E63" w14:textId="77777777" w:rsidR="00E6505E" w:rsidRDefault="00000000">
            <w:r>
              <w:rPr>
                <w:sz w:val="13"/>
              </w:rPr>
              <w:t>A</w:t>
            </w:r>
          </w:p>
        </w:tc>
      </w:tr>
      <w:tr w:rsidR="00E6505E" w14:paraId="1A5D9675" w14:textId="77777777">
        <w:trPr>
          <w:jc w:val="center"/>
        </w:trPr>
        <w:tc>
          <w:tcPr>
            <w:tcW w:w="2131" w:type="dxa"/>
            <w:vAlign w:val="center"/>
          </w:tcPr>
          <w:p w14:paraId="32711EBD" w14:textId="77777777" w:rsidR="00E6505E" w:rsidRDefault="00000000">
            <w:r>
              <w:rPr>
                <w:sz w:val="13"/>
              </w:rPr>
              <w:t>Final fresh biomass</w:t>
            </w:r>
          </w:p>
        </w:tc>
        <w:tc>
          <w:tcPr>
            <w:tcW w:w="2131" w:type="dxa"/>
            <w:vAlign w:val="center"/>
          </w:tcPr>
          <w:p w14:paraId="38B4F654" w14:textId="77777777" w:rsidR="00E6505E" w:rsidRDefault="00000000">
            <w:r>
              <w:rPr>
                <w:sz w:val="13"/>
              </w:rPr>
              <w:t>T5</w:t>
            </w:r>
          </w:p>
        </w:tc>
        <w:tc>
          <w:tcPr>
            <w:tcW w:w="2131" w:type="dxa"/>
            <w:vAlign w:val="center"/>
          </w:tcPr>
          <w:p w14:paraId="115ABACD" w14:textId="77777777" w:rsidR="00E6505E" w:rsidRDefault="00000000">
            <w:r>
              <w:rPr>
                <w:sz w:val="13"/>
              </w:rPr>
              <w:t>520.55 ± 139.16</w:t>
            </w:r>
          </w:p>
        </w:tc>
        <w:tc>
          <w:tcPr>
            <w:tcW w:w="2131" w:type="dxa"/>
            <w:vAlign w:val="center"/>
          </w:tcPr>
          <w:p w14:paraId="60BD0C7C" w14:textId="77777777" w:rsidR="00E6505E" w:rsidRDefault="00000000">
            <w:r>
              <w:rPr>
                <w:sz w:val="13"/>
              </w:rPr>
              <w:t>4</w:t>
            </w:r>
          </w:p>
        </w:tc>
        <w:tc>
          <w:tcPr>
            <w:tcW w:w="2131" w:type="dxa"/>
            <w:vAlign w:val="center"/>
          </w:tcPr>
          <w:p w14:paraId="4F94CBDC" w14:textId="77777777" w:rsidR="00E6505E" w:rsidRDefault="00000000">
            <w:r>
              <w:rPr>
                <w:sz w:val="13"/>
              </w:rPr>
              <w:t>A</w:t>
            </w:r>
          </w:p>
        </w:tc>
      </w:tr>
      <w:tr w:rsidR="00E6505E" w14:paraId="680CA706" w14:textId="77777777">
        <w:trPr>
          <w:jc w:val="center"/>
        </w:trPr>
        <w:tc>
          <w:tcPr>
            <w:tcW w:w="2131" w:type="dxa"/>
            <w:vAlign w:val="center"/>
          </w:tcPr>
          <w:p w14:paraId="1361D0B0" w14:textId="77777777" w:rsidR="00E6505E" w:rsidRDefault="00000000">
            <w:r>
              <w:rPr>
                <w:sz w:val="13"/>
              </w:rPr>
              <w:t>Final fresh biomass</w:t>
            </w:r>
          </w:p>
        </w:tc>
        <w:tc>
          <w:tcPr>
            <w:tcW w:w="2131" w:type="dxa"/>
            <w:vAlign w:val="center"/>
          </w:tcPr>
          <w:p w14:paraId="2A8F9CAC" w14:textId="77777777" w:rsidR="00E6505E" w:rsidRDefault="00000000">
            <w:r>
              <w:rPr>
                <w:sz w:val="13"/>
              </w:rPr>
              <w:t>T6</w:t>
            </w:r>
          </w:p>
        </w:tc>
        <w:tc>
          <w:tcPr>
            <w:tcW w:w="2131" w:type="dxa"/>
            <w:vAlign w:val="center"/>
          </w:tcPr>
          <w:p w14:paraId="627A36D1" w14:textId="77777777" w:rsidR="00E6505E" w:rsidRDefault="00000000">
            <w:r>
              <w:rPr>
                <w:sz w:val="13"/>
              </w:rPr>
              <w:t>432.22 ± 164.46</w:t>
            </w:r>
          </w:p>
        </w:tc>
        <w:tc>
          <w:tcPr>
            <w:tcW w:w="2131" w:type="dxa"/>
            <w:vAlign w:val="center"/>
          </w:tcPr>
          <w:p w14:paraId="0595E2F2" w14:textId="77777777" w:rsidR="00E6505E" w:rsidRDefault="00000000">
            <w:r>
              <w:rPr>
                <w:sz w:val="13"/>
              </w:rPr>
              <w:t>4</w:t>
            </w:r>
          </w:p>
        </w:tc>
        <w:tc>
          <w:tcPr>
            <w:tcW w:w="2131" w:type="dxa"/>
            <w:vAlign w:val="center"/>
          </w:tcPr>
          <w:p w14:paraId="62300A6B" w14:textId="77777777" w:rsidR="00E6505E" w:rsidRDefault="00000000">
            <w:r>
              <w:rPr>
                <w:sz w:val="13"/>
              </w:rPr>
              <w:t>A</w:t>
            </w:r>
          </w:p>
        </w:tc>
      </w:tr>
      <w:tr w:rsidR="00E6505E" w14:paraId="2E9084B5" w14:textId="77777777">
        <w:trPr>
          <w:jc w:val="center"/>
        </w:trPr>
        <w:tc>
          <w:tcPr>
            <w:tcW w:w="2131" w:type="dxa"/>
            <w:vAlign w:val="center"/>
          </w:tcPr>
          <w:p w14:paraId="4870908F" w14:textId="77777777" w:rsidR="00E6505E" w:rsidRDefault="00000000">
            <w:r>
              <w:rPr>
                <w:sz w:val="13"/>
              </w:rPr>
              <w:t>Final fresh biomass</w:t>
            </w:r>
          </w:p>
        </w:tc>
        <w:tc>
          <w:tcPr>
            <w:tcW w:w="2131" w:type="dxa"/>
            <w:vAlign w:val="center"/>
          </w:tcPr>
          <w:p w14:paraId="21668FB3" w14:textId="77777777" w:rsidR="00E6505E" w:rsidRDefault="00000000">
            <w:r>
              <w:rPr>
                <w:sz w:val="13"/>
              </w:rPr>
              <w:t>T7</w:t>
            </w:r>
          </w:p>
        </w:tc>
        <w:tc>
          <w:tcPr>
            <w:tcW w:w="2131" w:type="dxa"/>
            <w:vAlign w:val="center"/>
          </w:tcPr>
          <w:p w14:paraId="76A38005" w14:textId="77777777" w:rsidR="00E6505E" w:rsidRDefault="00000000">
            <w:r>
              <w:rPr>
                <w:sz w:val="13"/>
              </w:rPr>
              <w:t>314.30 ± 129.56</w:t>
            </w:r>
          </w:p>
        </w:tc>
        <w:tc>
          <w:tcPr>
            <w:tcW w:w="2131" w:type="dxa"/>
            <w:vAlign w:val="center"/>
          </w:tcPr>
          <w:p w14:paraId="79733048" w14:textId="77777777" w:rsidR="00E6505E" w:rsidRDefault="00000000">
            <w:r>
              <w:rPr>
                <w:sz w:val="13"/>
              </w:rPr>
              <w:t>4</w:t>
            </w:r>
          </w:p>
        </w:tc>
        <w:tc>
          <w:tcPr>
            <w:tcW w:w="2131" w:type="dxa"/>
            <w:vAlign w:val="center"/>
          </w:tcPr>
          <w:p w14:paraId="53102CB9" w14:textId="77777777" w:rsidR="00E6505E" w:rsidRDefault="00000000">
            <w:r>
              <w:rPr>
                <w:sz w:val="13"/>
              </w:rPr>
              <w:t>A</w:t>
            </w:r>
          </w:p>
        </w:tc>
      </w:tr>
      <w:tr w:rsidR="00E6505E" w14:paraId="37837B4E" w14:textId="77777777">
        <w:trPr>
          <w:jc w:val="center"/>
        </w:trPr>
        <w:tc>
          <w:tcPr>
            <w:tcW w:w="2131" w:type="dxa"/>
            <w:vAlign w:val="center"/>
          </w:tcPr>
          <w:p w14:paraId="793FE2E0" w14:textId="77777777" w:rsidR="00E6505E" w:rsidRDefault="00000000">
            <w:r>
              <w:rPr>
                <w:sz w:val="13"/>
              </w:rPr>
              <w:t>Final fresh biomass</w:t>
            </w:r>
          </w:p>
        </w:tc>
        <w:tc>
          <w:tcPr>
            <w:tcW w:w="2131" w:type="dxa"/>
            <w:vAlign w:val="center"/>
          </w:tcPr>
          <w:p w14:paraId="22EFA463" w14:textId="77777777" w:rsidR="00E6505E" w:rsidRDefault="00000000">
            <w:r>
              <w:rPr>
                <w:sz w:val="13"/>
              </w:rPr>
              <w:t>T8</w:t>
            </w:r>
          </w:p>
        </w:tc>
        <w:tc>
          <w:tcPr>
            <w:tcW w:w="2131" w:type="dxa"/>
            <w:vAlign w:val="center"/>
          </w:tcPr>
          <w:p w14:paraId="5E822AED" w14:textId="77777777" w:rsidR="00E6505E" w:rsidRDefault="00000000">
            <w:r>
              <w:rPr>
                <w:sz w:val="13"/>
              </w:rPr>
              <w:t>437.95 ± 112.87</w:t>
            </w:r>
          </w:p>
        </w:tc>
        <w:tc>
          <w:tcPr>
            <w:tcW w:w="2131" w:type="dxa"/>
            <w:vAlign w:val="center"/>
          </w:tcPr>
          <w:p w14:paraId="42B5B272" w14:textId="77777777" w:rsidR="00E6505E" w:rsidRDefault="00000000">
            <w:r>
              <w:rPr>
                <w:sz w:val="13"/>
              </w:rPr>
              <w:t>4</w:t>
            </w:r>
          </w:p>
        </w:tc>
        <w:tc>
          <w:tcPr>
            <w:tcW w:w="2131" w:type="dxa"/>
            <w:vAlign w:val="center"/>
          </w:tcPr>
          <w:p w14:paraId="4F8B8BEA" w14:textId="77777777" w:rsidR="00E6505E" w:rsidRDefault="00000000">
            <w:r>
              <w:rPr>
                <w:sz w:val="13"/>
              </w:rPr>
              <w:t>A</w:t>
            </w:r>
          </w:p>
        </w:tc>
      </w:tr>
      <w:tr w:rsidR="00E6505E" w14:paraId="4D489DE4" w14:textId="77777777">
        <w:trPr>
          <w:jc w:val="center"/>
        </w:trPr>
        <w:tc>
          <w:tcPr>
            <w:tcW w:w="2131" w:type="dxa"/>
            <w:vAlign w:val="center"/>
          </w:tcPr>
          <w:p w14:paraId="4A1E3D5F" w14:textId="77777777" w:rsidR="00E6505E" w:rsidRDefault="00000000">
            <w:r>
              <w:rPr>
                <w:sz w:val="13"/>
              </w:rPr>
              <w:t>Final fresh biomass</w:t>
            </w:r>
          </w:p>
        </w:tc>
        <w:tc>
          <w:tcPr>
            <w:tcW w:w="2131" w:type="dxa"/>
            <w:vAlign w:val="center"/>
          </w:tcPr>
          <w:p w14:paraId="05253DC8" w14:textId="77777777" w:rsidR="00E6505E" w:rsidRDefault="00000000">
            <w:r>
              <w:rPr>
                <w:sz w:val="13"/>
              </w:rPr>
              <w:t>T9</w:t>
            </w:r>
          </w:p>
        </w:tc>
        <w:tc>
          <w:tcPr>
            <w:tcW w:w="2131" w:type="dxa"/>
            <w:vAlign w:val="center"/>
          </w:tcPr>
          <w:p w14:paraId="00BFD416" w14:textId="77777777" w:rsidR="00E6505E" w:rsidRDefault="00000000">
            <w:r>
              <w:rPr>
                <w:sz w:val="13"/>
              </w:rPr>
              <w:t>455.42 ± 226.60</w:t>
            </w:r>
          </w:p>
        </w:tc>
        <w:tc>
          <w:tcPr>
            <w:tcW w:w="2131" w:type="dxa"/>
            <w:vAlign w:val="center"/>
          </w:tcPr>
          <w:p w14:paraId="5A380CD5" w14:textId="77777777" w:rsidR="00E6505E" w:rsidRDefault="00000000">
            <w:r>
              <w:rPr>
                <w:sz w:val="13"/>
              </w:rPr>
              <w:t>4</w:t>
            </w:r>
          </w:p>
        </w:tc>
        <w:tc>
          <w:tcPr>
            <w:tcW w:w="2131" w:type="dxa"/>
            <w:vAlign w:val="center"/>
          </w:tcPr>
          <w:p w14:paraId="3351341A" w14:textId="77777777" w:rsidR="00E6505E" w:rsidRDefault="00000000">
            <w:r>
              <w:rPr>
                <w:sz w:val="13"/>
              </w:rPr>
              <w:t>A</w:t>
            </w:r>
          </w:p>
        </w:tc>
      </w:tr>
      <w:tr w:rsidR="00E6505E" w14:paraId="22F98F89" w14:textId="77777777">
        <w:trPr>
          <w:jc w:val="center"/>
        </w:trPr>
        <w:tc>
          <w:tcPr>
            <w:tcW w:w="2131" w:type="dxa"/>
            <w:vAlign w:val="center"/>
          </w:tcPr>
          <w:p w14:paraId="75DE0280" w14:textId="77777777" w:rsidR="00E6505E" w:rsidRDefault="00000000">
            <w:r>
              <w:rPr>
                <w:sz w:val="13"/>
              </w:rPr>
              <w:t>Final fresh biomass</w:t>
            </w:r>
          </w:p>
        </w:tc>
        <w:tc>
          <w:tcPr>
            <w:tcW w:w="2131" w:type="dxa"/>
            <w:vAlign w:val="center"/>
          </w:tcPr>
          <w:p w14:paraId="6112DE10" w14:textId="77777777" w:rsidR="00E6505E" w:rsidRDefault="00000000">
            <w:r>
              <w:rPr>
                <w:sz w:val="13"/>
              </w:rPr>
              <w:t>T10</w:t>
            </w:r>
          </w:p>
        </w:tc>
        <w:tc>
          <w:tcPr>
            <w:tcW w:w="2131" w:type="dxa"/>
            <w:vAlign w:val="center"/>
          </w:tcPr>
          <w:p w14:paraId="2BDDE581" w14:textId="77777777" w:rsidR="00E6505E" w:rsidRDefault="00000000">
            <w:r>
              <w:rPr>
                <w:sz w:val="13"/>
              </w:rPr>
              <w:t>496.28 ± 133.35</w:t>
            </w:r>
          </w:p>
        </w:tc>
        <w:tc>
          <w:tcPr>
            <w:tcW w:w="2131" w:type="dxa"/>
            <w:vAlign w:val="center"/>
          </w:tcPr>
          <w:p w14:paraId="7ABA4998" w14:textId="77777777" w:rsidR="00E6505E" w:rsidRDefault="00000000">
            <w:r>
              <w:rPr>
                <w:sz w:val="13"/>
              </w:rPr>
              <w:t>4</w:t>
            </w:r>
          </w:p>
        </w:tc>
        <w:tc>
          <w:tcPr>
            <w:tcW w:w="2131" w:type="dxa"/>
            <w:vAlign w:val="center"/>
          </w:tcPr>
          <w:p w14:paraId="57A65436" w14:textId="77777777" w:rsidR="00E6505E" w:rsidRDefault="00000000">
            <w:r>
              <w:rPr>
                <w:sz w:val="13"/>
              </w:rPr>
              <w:t>A</w:t>
            </w:r>
          </w:p>
        </w:tc>
      </w:tr>
      <w:tr w:rsidR="00E6505E" w14:paraId="579CC66C" w14:textId="77777777">
        <w:trPr>
          <w:jc w:val="center"/>
        </w:trPr>
        <w:tc>
          <w:tcPr>
            <w:tcW w:w="2131" w:type="dxa"/>
            <w:vAlign w:val="center"/>
          </w:tcPr>
          <w:p w14:paraId="5B042E2B" w14:textId="77777777" w:rsidR="00E6505E" w:rsidRDefault="00000000">
            <w:r>
              <w:rPr>
                <w:sz w:val="13"/>
              </w:rPr>
              <w:t>Final dry biomass</w:t>
            </w:r>
          </w:p>
        </w:tc>
        <w:tc>
          <w:tcPr>
            <w:tcW w:w="2131" w:type="dxa"/>
            <w:vAlign w:val="center"/>
          </w:tcPr>
          <w:p w14:paraId="4A6C18B0" w14:textId="77777777" w:rsidR="00E6505E" w:rsidRDefault="00000000">
            <w:r>
              <w:rPr>
                <w:sz w:val="13"/>
              </w:rPr>
              <w:t>T0</w:t>
            </w:r>
          </w:p>
        </w:tc>
        <w:tc>
          <w:tcPr>
            <w:tcW w:w="2131" w:type="dxa"/>
            <w:vAlign w:val="center"/>
          </w:tcPr>
          <w:p w14:paraId="2FFBF573" w14:textId="77777777" w:rsidR="00E6505E" w:rsidRDefault="00000000">
            <w:r>
              <w:rPr>
                <w:sz w:val="13"/>
              </w:rPr>
              <w:t>190.62 ± 32.32</w:t>
            </w:r>
          </w:p>
        </w:tc>
        <w:tc>
          <w:tcPr>
            <w:tcW w:w="2131" w:type="dxa"/>
            <w:vAlign w:val="center"/>
          </w:tcPr>
          <w:p w14:paraId="70040AA0" w14:textId="77777777" w:rsidR="00E6505E" w:rsidRDefault="00000000">
            <w:r>
              <w:rPr>
                <w:sz w:val="13"/>
              </w:rPr>
              <w:t>4</w:t>
            </w:r>
          </w:p>
        </w:tc>
        <w:tc>
          <w:tcPr>
            <w:tcW w:w="2131" w:type="dxa"/>
            <w:vAlign w:val="center"/>
          </w:tcPr>
          <w:p w14:paraId="661891C3" w14:textId="77777777" w:rsidR="00E6505E" w:rsidRDefault="00000000">
            <w:r>
              <w:rPr>
                <w:sz w:val="13"/>
              </w:rPr>
              <w:t>A</w:t>
            </w:r>
          </w:p>
        </w:tc>
      </w:tr>
      <w:tr w:rsidR="00E6505E" w14:paraId="1890AE24" w14:textId="77777777">
        <w:trPr>
          <w:jc w:val="center"/>
        </w:trPr>
        <w:tc>
          <w:tcPr>
            <w:tcW w:w="2131" w:type="dxa"/>
            <w:vAlign w:val="center"/>
          </w:tcPr>
          <w:p w14:paraId="3474FC3F" w14:textId="77777777" w:rsidR="00E6505E" w:rsidRDefault="00000000">
            <w:r>
              <w:rPr>
                <w:sz w:val="13"/>
              </w:rPr>
              <w:t>Final dry biomass</w:t>
            </w:r>
          </w:p>
        </w:tc>
        <w:tc>
          <w:tcPr>
            <w:tcW w:w="2131" w:type="dxa"/>
            <w:vAlign w:val="center"/>
          </w:tcPr>
          <w:p w14:paraId="06FDBCA8" w14:textId="77777777" w:rsidR="00E6505E" w:rsidRDefault="00000000">
            <w:r>
              <w:rPr>
                <w:sz w:val="13"/>
              </w:rPr>
              <w:t>T1</w:t>
            </w:r>
          </w:p>
        </w:tc>
        <w:tc>
          <w:tcPr>
            <w:tcW w:w="2131" w:type="dxa"/>
            <w:vAlign w:val="center"/>
          </w:tcPr>
          <w:p w14:paraId="4F3B1C3F" w14:textId="77777777" w:rsidR="00E6505E" w:rsidRDefault="00000000">
            <w:r>
              <w:rPr>
                <w:sz w:val="13"/>
              </w:rPr>
              <w:t>82.20 ± 27.92</w:t>
            </w:r>
          </w:p>
        </w:tc>
        <w:tc>
          <w:tcPr>
            <w:tcW w:w="2131" w:type="dxa"/>
            <w:vAlign w:val="center"/>
          </w:tcPr>
          <w:p w14:paraId="29B784F7" w14:textId="77777777" w:rsidR="00E6505E" w:rsidRDefault="00000000">
            <w:r>
              <w:rPr>
                <w:sz w:val="13"/>
              </w:rPr>
              <w:t>4</w:t>
            </w:r>
          </w:p>
        </w:tc>
        <w:tc>
          <w:tcPr>
            <w:tcW w:w="2131" w:type="dxa"/>
            <w:vAlign w:val="center"/>
          </w:tcPr>
          <w:p w14:paraId="0074B6AD" w14:textId="77777777" w:rsidR="00E6505E" w:rsidRDefault="00000000">
            <w:r>
              <w:rPr>
                <w:sz w:val="13"/>
              </w:rPr>
              <w:t>A</w:t>
            </w:r>
          </w:p>
        </w:tc>
      </w:tr>
      <w:tr w:rsidR="00E6505E" w14:paraId="70DF8E58" w14:textId="77777777">
        <w:trPr>
          <w:jc w:val="center"/>
        </w:trPr>
        <w:tc>
          <w:tcPr>
            <w:tcW w:w="2131" w:type="dxa"/>
            <w:vAlign w:val="center"/>
          </w:tcPr>
          <w:p w14:paraId="017563C4" w14:textId="77777777" w:rsidR="00E6505E" w:rsidRDefault="00000000">
            <w:r>
              <w:rPr>
                <w:sz w:val="13"/>
              </w:rPr>
              <w:t>Final dry biomass</w:t>
            </w:r>
          </w:p>
        </w:tc>
        <w:tc>
          <w:tcPr>
            <w:tcW w:w="2131" w:type="dxa"/>
            <w:vAlign w:val="center"/>
          </w:tcPr>
          <w:p w14:paraId="0F80F62A" w14:textId="77777777" w:rsidR="00E6505E" w:rsidRDefault="00000000">
            <w:r>
              <w:rPr>
                <w:sz w:val="13"/>
              </w:rPr>
              <w:t>T2</w:t>
            </w:r>
          </w:p>
        </w:tc>
        <w:tc>
          <w:tcPr>
            <w:tcW w:w="2131" w:type="dxa"/>
            <w:vAlign w:val="center"/>
          </w:tcPr>
          <w:p w14:paraId="61705B92" w14:textId="77777777" w:rsidR="00E6505E" w:rsidRDefault="00000000">
            <w:r>
              <w:rPr>
                <w:sz w:val="13"/>
              </w:rPr>
              <w:t>143.22 ± 31.11</w:t>
            </w:r>
          </w:p>
        </w:tc>
        <w:tc>
          <w:tcPr>
            <w:tcW w:w="2131" w:type="dxa"/>
            <w:vAlign w:val="center"/>
          </w:tcPr>
          <w:p w14:paraId="2E75E77A" w14:textId="77777777" w:rsidR="00E6505E" w:rsidRDefault="00000000">
            <w:r>
              <w:rPr>
                <w:sz w:val="13"/>
              </w:rPr>
              <w:t>4</w:t>
            </w:r>
          </w:p>
        </w:tc>
        <w:tc>
          <w:tcPr>
            <w:tcW w:w="2131" w:type="dxa"/>
            <w:vAlign w:val="center"/>
          </w:tcPr>
          <w:p w14:paraId="7C3DFB53" w14:textId="77777777" w:rsidR="00E6505E" w:rsidRDefault="00000000">
            <w:r>
              <w:rPr>
                <w:sz w:val="13"/>
              </w:rPr>
              <w:t>A</w:t>
            </w:r>
          </w:p>
        </w:tc>
      </w:tr>
      <w:tr w:rsidR="00E6505E" w14:paraId="14A7DC63" w14:textId="77777777">
        <w:trPr>
          <w:jc w:val="center"/>
        </w:trPr>
        <w:tc>
          <w:tcPr>
            <w:tcW w:w="2131" w:type="dxa"/>
            <w:vAlign w:val="center"/>
          </w:tcPr>
          <w:p w14:paraId="4B64B516" w14:textId="77777777" w:rsidR="00E6505E" w:rsidRDefault="00000000">
            <w:r>
              <w:rPr>
                <w:sz w:val="13"/>
              </w:rPr>
              <w:t>Final dry biomass</w:t>
            </w:r>
          </w:p>
        </w:tc>
        <w:tc>
          <w:tcPr>
            <w:tcW w:w="2131" w:type="dxa"/>
            <w:vAlign w:val="center"/>
          </w:tcPr>
          <w:p w14:paraId="7183F537" w14:textId="77777777" w:rsidR="00E6505E" w:rsidRDefault="00000000">
            <w:r>
              <w:rPr>
                <w:sz w:val="13"/>
              </w:rPr>
              <w:t>T3</w:t>
            </w:r>
          </w:p>
        </w:tc>
        <w:tc>
          <w:tcPr>
            <w:tcW w:w="2131" w:type="dxa"/>
            <w:vAlign w:val="center"/>
          </w:tcPr>
          <w:p w14:paraId="6E633238" w14:textId="77777777" w:rsidR="00E6505E" w:rsidRDefault="00000000">
            <w:r>
              <w:rPr>
                <w:sz w:val="13"/>
              </w:rPr>
              <w:t>111.68 ± 69.83</w:t>
            </w:r>
          </w:p>
        </w:tc>
        <w:tc>
          <w:tcPr>
            <w:tcW w:w="2131" w:type="dxa"/>
            <w:vAlign w:val="center"/>
          </w:tcPr>
          <w:p w14:paraId="6E8A761E" w14:textId="77777777" w:rsidR="00E6505E" w:rsidRDefault="00000000">
            <w:r>
              <w:rPr>
                <w:sz w:val="13"/>
              </w:rPr>
              <w:t>4</w:t>
            </w:r>
          </w:p>
        </w:tc>
        <w:tc>
          <w:tcPr>
            <w:tcW w:w="2131" w:type="dxa"/>
            <w:vAlign w:val="center"/>
          </w:tcPr>
          <w:p w14:paraId="50E24CC4" w14:textId="77777777" w:rsidR="00E6505E" w:rsidRDefault="00000000">
            <w:r>
              <w:rPr>
                <w:sz w:val="13"/>
              </w:rPr>
              <w:t>A</w:t>
            </w:r>
          </w:p>
        </w:tc>
      </w:tr>
      <w:tr w:rsidR="00E6505E" w14:paraId="1DF85575" w14:textId="77777777">
        <w:trPr>
          <w:jc w:val="center"/>
        </w:trPr>
        <w:tc>
          <w:tcPr>
            <w:tcW w:w="2131" w:type="dxa"/>
            <w:vAlign w:val="center"/>
          </w:tcPr>
          <w:p w14:paraId="06BE8BFF" w14:textId="77777777" w:rsidR="00E6505E" w:rsidRDefault="00000000">
            <w:r>
              <w:rPr>
                <w:sz w:val="13"/>
              </w:rPr>
              <w:t>Final dry biomass</w:t>
            </w:r>
          </w:p>
        </w:tc>
        <w:tc>
          <w:tcPr>
            <w:tcW w:w="2131" w:type="dxa"/>
            <w:vAlign w:val="center"/>
          </w:tcPr>
          <w:p w14:paraId="570D7ACB" w14:textId="77777777" w:rsidR="00E6505E" w:rsidRDefault="00000000">
            <w:r>
              <w:rPr>
                <w:sz w:val="13"/>
              </w:rPr>
              <w:t>T4</w:t>
            </w:r>
          </w:p>
        </w:tc>
        <w:tc>
          <w:tcPr>
            <w:tcW w:w="2131" w:type="dxa"/>
            <w:vAlign w:val="center"/>
          </w:tcPr>
          <w:p w14:paraId="3B2CB0B0" w14:textId="77777777" w:rsidR="00E6505E" w:rsidRDefault="00000000">
            <w:r>
              <w:rPr>
                <w:sz w:val="13"/>
              </w:rPr>
              <w:t>149.50 ± 66.73</w:t>
            </w:r>
          </w:p>
        </w:tc>
        <w:tc>
          <w:tcPr>
            <w:tcW w:w="2131" w:type="dxa"/>
            <w:vAlign w:val="center"/>
          </w:tcPr>
          <w:p w14:paraId="3C831BD7" w14:textId="77777777" w:rsidR="00E6505E" w:rsidRDefault="00000000">
            <w:r>
              <w:rPr>
                <w:sz w:val="13"/>
              </w:rPr>
              <w:t>4</w:t>
            </w:r>
          </w:p>
        </w:tc>
        <w:tc>
          <w:tcPr>
            <w:tcW w:w="2131" w:type="dxa"/>
            <w:vAlign w:val="center"/>
          </w:tcPr>
          <w:p w14:paraId="0CCFE106" w14:textId="77777777" w:rsidR="00E6505E" w:rsidRDefault="00000000">
            <w:r>
              <w:rPr>
                <w:sz w:val="13"/>
              </w:rPr>
              <w:t>A</w:t>
            </w:r>
          </w:p>
        </w:tc>
      </w:tr>
      <w:tr w:rsidR="00E6505E" w14:paraId="1377FC30" w14:textId="77777777">
        <w:trPr>
          <w:jc w:val="center"/>
        </w:trPr>
        <w:tc>
          <w:tcPr>
            <w:tcW w:w="2131" w:type="dxa"/>
            <w:vAlign w:val="center"/>
          </w:tcPr>
          <w:p w14:paraId="5AF33EC5" w14:textId="77777777" w:rsidR="00E6505E" w:rsidRDefault="00000000">
            <w:r>
              <w:rPr>
                <w:sz w:val="13"/>
              </w:rPr>
              <w:t>Final dry biomass</w:t>
            </w:r>
          </w:p>
        </w:tc>
        <w:tc>
          <w:tcPr>
            <w:tcW w:w="2131" w:type="dxa"/>
            <w:vAlign w:val="center"/>
          </w:tcPr>
          <w:p w14:paraId="40BC0088" w14:textId="77777777" w:rsidR="00E6505E" w:rsidRDefault="00000000">
            <w:r>
              <w:rPr>
                <w:sz w:val="13"/>
              </w:rPr>
              <w:t>T5</w:t>
            </w:r>
          </w:p>
        </w:tc>
        <w:tc>
          <w:tcPr>
            <w:tcW w:w="2131" w:type="dxa"/>
            <w:vAlign w:val="center"/>
          </w:tcPr>
          <w:p w14:paraId="076D29A4" w14:textId="77777777" w:rsidR="00E6505E" w:rsidRDefault="00000000">
            <w:r>
              <w:rPr>
                <w:sz w:val="13"/>
              </w:rPr>
              <w:t>174.98 ± 40.51</w:t>
            </w:r>
          </w:p>
        </w:tc>
        <w:tc>
          <w:tcPr>
            <w:tcW w:w="2131" w:type="dxa"/>
            <w:vAlign w:val="center"/>
          </w:tcPr>
          <w:p w14:paraId="01E32FF4" w14:textId="77777777" w:rsidR="00E6505E" w:rsidRDefault="00000000">
            <w:r>
              <w:rPr>
                <w:sz w:val="13"/>
              </w:rPr>
              <w:t>4</w:t>
            </w:r>
          </w:p>
        </w:tc>
        <w:tc>
          <w:tcPr>
            <w:tcW w:w="2131" w:type="dxa"/>
            <w:vAlign w:val="center"/>
          </w:tcPr>
          <w:p w14:paraId="03B36009" w14:textId="77777777" w:rsidR="00E6505E" w:rsidRDefault="00000000">
            <w:r>
              <w:rPr>
                <w:sz w:val="13"/>
              </w:rPr>
              <w:t>A</w:t>
            </w:r>
          </w:p>
        </w:tc>
      </w:tr>
      <w:tr w:rsidR="00E6505E" w14:paraId="51D1186C" w14:textId="77777777">
        <w:trPr>
          <w:jc w:val="center"/>
        </w:trPr>
        <w:tc>
          <w:tcPr>
            <w:tcW w:w="2131" w:type="dxa"/>
            <w:vAlign w:val="center"/>
          </w:tcPr>
          <w:p w14:paraId="7D12696A" w14:textId="77777777" w:rsidR="00E6505E" w:rsidRDefault="00000000">
            <w:r>
              <w:rPr>
                <w:sz w:val="13"/>
              </w:rPr>
              <w:t>Final dry biomass</w:t>
            </w:r>
          </w:p>
        </w:tc>
        <w:tc>
          <w:tcPr>
            <w:tcW w:w="2131" w:type="dxa"/>
            <w:vAlign w:val="center"/>
          </w:tcPr>
          <w:p w14:paraId="4662F1A0" w14:textId="77777777" w:rsidR="00E6505E" w:rsidRDefault="00000000">
            <w:r>
              <w:rPr>
                <w:sz w:val="13"/>
              </w:rPr>
              <w:t>T6</w:t>
            </w:r>
          </w:p>
        </w:tc>
        <w:tc>
          <w:tcPr>
            <w:tcW w:w="2131" w:type="dxa"/>
            <w:vAlign w:val="center"/>
          </w:tcPr>
          <w:p w14:paraId="5CDC60F6" w14:textId="77777777" w:rsidR="00E6505E" w:rsidRDefault="00000000">
            <w:r>
              <w:rPr>
                <w:sz w:val="13"/>
              </w:rPr>
              <w:t>159.15 ± 49.25</w:t>
            </w:r>
          </w:p>
        </w:tc>
        <w:tc>
          <w:tcPr>
            <w:tcW w:w="2131" w:type="dxa"/>
            <w:vAlign w:val="center"/>
          </w:tcPr>
          <w:p w14:paraId="0D80B568" w14:textId="77777777" w:rsidR="00E6505E" w:rsidRDefault="00000000">
            <w:r>
              <w:rPr>
                <w:sz w:val="13"/>
              </w:rPr>
              <w:t>4</w:t>
            </w:r>
          </w:p>
        </w:tc>
        <w:tc>
          <w:tcPr>
            <w:tcW w:w="2131" w:type="dxa"/>
            <w:vAlign w:val="center"/>
          </w:tcPr>
          <w:p w14:paraId="1DBC09CF" w14:textId="77777777" w:rsidR="00E6505E" w:rsidRDefault="00000000">
            <w:r>
              <w:rPr>
                <w:sz w:val="13"/>
              </w:rPr>
              <w:t>A</w:t>
            </w:r>
          </w:p>
        </w:tc>
      </w:tr>
      <w:tr w:rsidR="00E6505E" w14:paraId="422960C8" w14:textId="77777777">
        <w:trPr>
          <w:jc w:val="center"/>
        </w:trPr>
        <w:tc>
          <w:tcPr>
            <w:tcW w:w="2131" w:type="dxa"/>
            <w:vAlign w:val="center"/>
          </w:tcPr>
          <w:p w14:paraId="5DA2D959" w14:textId="77777777" w:rsidR="00E6505E" w:rsidRDefault="00000000">
            <w:r>
              <w:rPr>
                <w:sz w:val="13"/>
              </w:rPr>
              <w:t>Final dry biomass</w:t>
            </w:r>
          </w:p>
        </w:tc>
        <w:tc>
          <w:tcPr>
            <w:tcW w:w="2131" w:type="dxa"/>
            <w:vAlign w:val="center"/>
          </w:tcPr>
          <w:p w14:paraId="4B791DAC" w14:textId="77777777" w:rsidR="00E6505E" w:rsidRDefault="00000000">
            <w:r>
              <w:rPr>
                <w:sz w:val="13"/>
              </w:rPr>
              <w:t>T7</w:t>
            </w:r>
          </w:p>
        </w:tc>
        <w:tc>
          <w:tcPr>
            <w:tcW w:w="2131" w:type="dxa"/>
            <w:vAlign w:val="center"/>
          </w:tcPr>
          <w:p w14:paraId="0074305F" w14:textId="77777777" w:rsidR="00E6505E" w:rsidRDefault="00000000">
            <w:r>
              <w:rPr>
                <w:sz w:val="13"/>
              </w:rPr>
              <w:t>128.50 ± 52.97</w:t>
            </w:r>
          </w:p>
        </w:tc>
        <w:tc>
          <w:tcPr>
            <w:tcW w:w="2131" w:type="dxa"/>
            <w:vAlign w:val="center"/>
          </w:tcPr>
          <w:p w14:paraId="04705AAC" w14:textId="77777777" w:rsidR="00E6505E" w:rsidRDefault="00000000">
            <w:r>
              <w:rPr>
                <w:sz w:val="13"/>
              </w:rPr>
              <w:t>4</w:t>
            </w:r>
          </w:p>
        </w:tc>
        <w:tc>
          <w:tcPr>
            <w:tcW w:w="2131" w:type="dxa"/>
            <w:vAlign w:val="center"/>
          </w:tcPr>
          <w:p w14:paraId="655327C3" w14:textId="77777777" w:rsidR="00E6505E" w:rsidRDefault="00000000">
            <w:r>
              <w:rPr>
                <w:sz w:val="13"/>
              </w:rPr>
              <w:t>A</w:t>
            </w:r>
          </w:p>
        </w:tc>
      </w:tr>
      <w:tr w:rsidR="00E6505E" w14:paraId="2950A1F2" w14:textId="77777777">
        <w:trPr>
          <w:jc w:val="center"/>
        </w:trPr>
        <w:tc>
          <w:tcPr>
            <w:tcW w:w="2131" w:type="dxa"/>
            <w:vAlign w:val="center"/>
          </w:tcPr>
          <w:p w14:paraId="4872C155" w14:textId="77777777" w:rsidR="00E6505E" w:rsidRDefault="00000000">
            <w:r>
              <w:rPr>
                <w:sz w:val="13"/>
              </w:rPr>
              <w:t>Final dry biomass</w:t>
            </w:r>
          </w:p>
        </w:tc>
        <w:tc>
          <w:tcPr>
            <w:tcW w:w="2131" w:type="dxa"/>
            <w:vAlign w:val="center"/>
          </w:tcPr>
          <w:p w14:paraId="756FAA33" w14:textId="77777777" w:rsidR="00E6505E" w:rsidRDefault="00000000">
            <w:r>
              <w:rPr>
                <w:sz w:val="13"/>
              </w:rPr>
              <w:t>T8</w:t>
            </w:r>
          </w:p>
        </w:tc>
        <w:tc>
          <w:tcPr>
            <w:tcW w:w="2131" w:type="dxa"/>
            <w:vAlign w:val="center"/>
          </w:tcPr>
          <w:p w14:paraId="57E15BF0" w14:textId="77777777" w:rsidR="00E6505E" w:rsidRDefault="00000000">
            <w:r>
              <w:rPr>
                <w:sz w:val="13"/>
              </w:rPr>
              <w:t>160.32 ± 28.71</w:t>
            </w:r>
          </w:p>
        </w:tc>
        <w:tc>
          <w:tcPr>
            <w:tcW w:w="2131" w:type="dxa"/>
            <w:vAlign w:val="center"/>
          </w:tcPr>
          <w:p w14:paraId="7B90F84D" w14:textId="77777777" w:rsidR="00E6505E" w:rsidRDefault="00000000">
            <w:r>
              <w:rPr>
                <w:sz w:val="13"/>
              </w:rPr>
              <w:t>4</w:t>
            </w:r>
          </w:p>
        </w:tc>
        <w:tc>
          <w:tcPr>
            <w:tcW w:w="2131" w:type="dxa"/>
            <w:vAlign w:val="center"/>
          </w:tcPr>
          <w:p w14:paraId="03929451" w14:textId="77777777" w:rsidR="00E6505E" w:rsidRDefault="00000000">
            <w:r>
              <w:rPr>
                <w:sz w:val="13"/>
              </w:rPr>
              <w:t>A</w:t>
            </w:r>
          </w:p>
        </w:tc>
      </w:tr>
      <w:tr w:rsidR="00E6505E" w14:paraId="722F6752" w14:textId="77777777">
        <w:trPr>
          <w:jc w:val="center"/>
        </w:trPr>
        <w:tc>
          <w:tcPr>
            <w:tcW w:w="2131" w:type="dxa"/>
            <w:vAlign w:val="center"/>
          </w:tcPr>
          <w:p w14:paraId="15619570" w14:textId="77777777" w:rsidR="00E6505E" w:rsidRDefault="00000000">
            <w:r>
              <w:rPr>
                <w:sz w:val="13"/>
              </w:rPr>
              <w:t>Final dry biomass</w:t>
            </w:r>
          </w:p>
        </w:tc>
        <w:tc>
          <w:tcPr>
            <w:tcW w:w="2131" w:type="dxa"/>
            <w:vAlign w:val="center"/>
          </w:tcPr>
          <w:p w14:paraId="5BAE98F7" w14:textId="77777777" w:rsidR="00E6505E" w:rsidRDefault="00000000">
            <w:r>
              <w:rPr>
                <w:sz w:val="13"/>
              </w:rPr>
              <w:t>T9</w:t>
            </w:r>
          </w:p>
        </w:tc>
        <w:tc>
          <w:tcPr>
            <w:tcW w:w="2131" w:type="dxa"/>
            <w:vAlign w:val="center"/>
          </w:tcPr>
          <w:p w14:paraId="542F2D2C" w14:textId="77777777" w:rsidR="00E6505E" w:rsidRDefault="00000000">
            <w:r>
              <w:rPr>
                <w:sz w:val="13"/>
              </w:rPr>
              <w:t>159.00 ± 64.80</w:t>
            </w:r>
          </w:p>
        </w:tc>
        <w:tc>
          <w:tcPr>
            <w:tcW w:w="2131" w:type="dxa"/>
            <w:vAlign w:val="center"/>
          </w:tcPr>
          <w:p w14:paraId="30E4CAF9" w14:textId="77777777" w:rsidR="00E6505E" w:rsidRDefault="00000000">
            <w:r>
              <w:rPr>
                <w:sz w:val="13"/>
              </w:rPr>
              <w:t>4</w:t>
            </w:r>
          </w:p>
        </w:tc>
        <w:tc>
          <w:tcPr>
            <w:tcW w:w="2131" w:type="dxa"/>
            <w:vAlign w:val="center"/>
          </w:tcPr>
          <w:p w14:paraId="544B9211" w14:textId="77777777" w:rsidR="00E6505E" w:rsidRDefault="00000000">
            <w:r>
              <w:rPr>
                <w:sz w:val="13"/>
              </w:rPr>
              <w:t>A</w:t>
            </w:r>
          </w:p>
        </w:tc>
      </w:tr>
      <w:tr w:rsidR="00E6505E" w14:paraId="7A2526B7" w14:textId="77777777">
        <w:trPr>
          <w:jc w:val="center"/>
        </w:trPr>
        <w:tc>
          <w:tcPr>
            <w:tcW w:w="2131" w:type="dxa"/>
            <w:vAlign w:val="center"/>
          </w:tcPr>
          <w:p w14:paraId="1F9BAA21" w14:textId="77777777" w:rsidR="00E6505E" w:rsidRDefault="00000000">
            <w:r>
              <w:rPr>
                <w:sz w:val="13"/>
              </w:rPr>
              <w:t>Final dry biomass</w:t>
            </w:r>
          </w:p>
        </w:tc>
        <w:tc>
          <w:tcPr>
            <w:tcW w:w="2131" w:type="dxa"/>
            <w:vAlign w:val="center"/>
          </w:tcPr>
          <w:p w14:paraId="31DA78B3" w14:textId="77777777" w:rsidR="00E6505E" w:rsidRDefault="00000000">
            <w:r>
              <w:rPr>
                <w:sz w:val="13"/>
              </w:rPr>
              <w:t>T10</w:t>
            </w:r>
          </w:p>
        </w:tc>
        <w:tc>
          <w:tcPr>
            <w:tcW w:w="2131" w:type="dxa"/>
            <w:vAlign w:val="center"/>
          </w:tcPr>
          <w:p w14:paraId="25553429" w14:textId="77777777" w:rsidR="00E6505E" w:rsidRDefault="00000000">
            <w:r>
              <w:rPr>
                <w:sz w:val="13"/>
              </w:rPr>
              <w:t>183.30 ± 42.97</w:t>
            </w:r>
          </w:p>
        </w:tc>
        <w:tc>
          <w:tcPr>
            <w:tcW w:w="2131" w:type="dxa"/>
            <w:vAlign w:val="center"/>
          </w:tcPr>
          <w:p w14:paraId="50BEC729" w14:textId="77777777" w:rsidR="00E6505E" w:rsidRDefault="00000000">
            <w:r>
              <w:rPr>
                <w:sz w:val="13"/>
              </w:rPr>
              <w:t>4</w:t>
            </w:r>
          </w:p>
        </w:tc>
        <w:tc>
          <w:tcPr>
            <w:tcW w:w="2131" w:type="dxa"/>
            <w:vAlign w:val="center"/>
          </w:tcPr>
          <w:p w14:paraId="41EB4790" w14:textId="77777777" w:rsidR="00E6505E" w:rsidRDefault="00000000">
            <w:r>
              <w:rPr>
                <w:sz w:val="13"/>
              </w:rPr>
              <w:t>A</w:t>
            </w:r>
          </w:p>
        </w:tc>
      </w:tr>
      <w:tr w:rsidR="00E6505E" w14:paraId="5A83F742" w14:textId="77777777">
        <w:trPr>
          <w:jc w:val="center"/>
        </w:trPr>
        <w:tc>
          <w:tcPr>
            <w:tcW w:w="2131" w:type="dxa"/>
            <w:vAlign w:val="center"/>
          </w:tcPr>
          <w:p w14:paraId="7E4B3EA7" w14:textId="77777777" w:rsidR="00E6505E" w:rsidRDefault="00000000">
            <w:r>
              <w:rPr>
                <w:sz w:val="13"/>
              </w:rPr>
              <w:t>Fruit soluble solids</w:t>
            </w:r>
          </w:p>
        </w:tc>
        <w:tc>
          <w:tcPr>
            <w:tcW w:w="2131" w:type="dxa"/>
            <w:vAlign w:val="center"/>
          </w:tcPr>
          <w:p w14:paraId="27AF7665" w14:textId="77777777" w:rsidR="00E6505E" w:rsidRDefault="00000000">
            <w:r>
              <w:rPr>
                <w:sz w:val="13"/>
              </w:rPr>
              <w:t>T0</w:t>
            </w:r>
          </w:p>
        </w:tc>
        <w:tc>
          <w:tcPr>
            <w:tcW w:w="2131" w:type="dxa"/>
            <w:vAlign w:val="center"/>
          </w:tcPr>
          <w:p w14:paraId="115DBF8F" w14:textId="77777777" w:rsidR="00E6505E" w:rsidRDefault="00000000">
            <w:r>
              <w:rPr>
                <w:sz w:val="13"/>
              </w:rPr>
              <w:t>7.09 ± 1.13</w:t>
            </w:r>
          </w:p>
        </w:tc>
        <w:tc>
          <w:tcPr>
            <w:tcW w:w="2131" w:type="dxa"/>
            <w:vAlign w:val="center"/>
          </w:tcPr>
          <w:p w14:paraId="548A93A2" w14:textId="77777777" w:rsidR="00E6505E" w:rsidRDefault="00000000">
            <w:r>
              <w:rPr>
                <w:sz w:val="13"/>
              </w:rPr>
              <w:t>7</w:t>
            </w:r>
          </w:p>
        </w:tc>
        <w:tc>
          <w:tcPr>
            <w:tcW w:w="2131" w:type="dxa"/>
            <w:vAlign w:val="center"/>
          </w:tcPr>
          <w:p w14:paraId="634EA104" w14:textId="77777777" w:rsidR="00E6505E" w:rsidRDefault="00000000">
            <w:r>
              <w:rPr>
                <w:sz w:val="13"/>
              </w:rPr>
              <w:t>B</w:t>
            </w:r>
          </w:p>
        </w:tc>
      </w:tr>
      <w:tr w:rsidR="00E6505E" w14:paraId="07733DF0" w14:textId="77777777">
        <w:trPr>
          <w:jc w:val="center"/>
        </w:trPr>
        <w:tc>
          <w:tcPr>
            <w:tcW w:w="2131" w:type="dxa"/>
            <w:vAlign w:val="center"/>
          </w:tcPr>
          <w:p w14:paraId="13B192E5" w14:textId="77777777" w:rsidR="00E6505E" w:rsidRDefault="00000000">
            <w:r>
              <w:rPr>
                <w:sz w:val="13"/>
              </w:rPr>
              <w:t>Fruit soluble solids</w:t>
            </w:r>
          </w:p>
        </w:tc>
        <w:tc>
          <w:tcPr>
            <w:tcW w:w="2131" w:type="dxa"/>
            <w:vAlign w:val="center"/>
          </w:tcPr>
          <w:p w14:paraId="1E5D0E98" w14:textId="77777777" w:rsidR="00E6505E" w:rsidRDefault="00000000">
            <w:r>
              <w:rPr>
                <w:sz w:val="13"/>
              </w:rPr>
              <w:t>T1</w:t>
            </w:r>
          </w:p>
        </w:tc>
        <w:tc>
          <w:tcPr>
            <w:tcW w:w="2131" w:type="dxa"/>
            <w:vAlign w:val="center"/>
          </w:tcPr>
          <w:p w14:paraId="7305A7EB" w14:textId="77777777" w:rsidR="00E6505E" w:rsidRDefault="00000000">
            <w:r>
              <w:rPr>
                <w:sz w:val="13"/>
              </w:rPr>
              <w:t>9.57 ± 1.98</w:t>
            </w:r>
          </w:p>
        </w:tc>
        <w:tc>
          <w:tcPr>
            <w:tcW w:w="2131" w:type="dxa"/>
            <w:vAlign w:val="center"/>
          </w:tcPr>
          <w:p w14:paraId="3B07E63F" w14:textId="77777777" w:rsidR="00E6505E" w:rsidRDefault="00000000">
            <w:r>
              <w:rPr>
                <w:sz w:val="13"/>
              </w:rPr>
              <w:t>7</w:t>
            </w:r>
          </w:p>
        </w:tc>
        <w:tc>
          <w:tcPr>
            <w:tcW w:w="2131" w:type="dxa"/>
            <w:vAlign w:val="center"/>
          </w:tcPr>
          <w:p w14:paraId="3918CCBD" w14:textId="77777777" w:rsidR="00E6505E" w:rsidRDefault="00000000">
            <w:r>
              <w:rPr>
                <w:sz w:val="13"/>
              </w:rPr>
              <w:t>A</w:t>
            </w:r>
          </w:p>
        </w:tc>
      </w:tr>
      <w:tr w:rsidR="00E6505E" w14:paraId="710F46F7" w14:textId="77777777">
        <w:trPr>
          <w:jc w:val="center"/>
        </w:trPr>
        <w:tc>
          <w:tcPr>
            <w:tcW w:w="2131" w:type="dxa"/>
            <w:vAlign w:val="center"/>
          </w:tcPr>
          <w:p w14:paraId="6B1BDA68" w14:textId="77777777" w:rsidR="00E6505E" w:rsidRDefault="00000000">
            <w:r>
              <w:rPr>
                <w:sz w:val="13"/>
              </w:rPr>
              <w:t>Fruit soluble solids</w:t>
            </w:r>
          </w:p>
        </w:tc>
        <w:tc>
          <w:tcPr>
            <w:tcW w:w="2131" w:type="dxa"/>
            <w:vAlign w:val="center"/>
          </w:tcPr>
          <w:p w14:paraId="2696A6CB" w14:textId="77777777" w:rsidR="00E6505E" w:rsidRDefault="00000000">
            <w:r>
              <w:rPr>
                <w:sz w:val="13"/>
              </w:rPr>
              <w:t>T10</w:t>
            </w:r>
          </w:p>
        </w:tc>
        <w:tc>
          <w:tcPr>
            <w:tcW w:w="2131" w:type="dxa"/>
            <w:vAlign w:val="center"/>
          </w:tcPr>
          <w:p w14:paraId="7C897982" w14:textId="77777777" w:rsidR="00E6505E" w:rsidRDefault="00000000">
            <w:r>
              <w:rPr>
                <w:sz w:val="13"/>
              </w:rPr>
              <w:t>7.06 ± 1.44</w:t>
            </w:r>
          </w:p>
        </w:tc>
        <w:tc>
          <w:tcPr>
            <w:tcW w:w="2131" w:type="dxa"/>
            <w:vAlign w:val="center"/>
          </w:tcPr>
          <w:p w14:paraId="4107602B" w14:textId="77777777" w:rsidR="00E6505E" w:rsidRDefault="00000000">
            <w:r>
              <w:rPr>
                <w:sz w:val="13"/>
              </w:rPr>
              <w:t>7</w:t>
            </w:r>
          </w:p>
        </w:tc>
        <w:tc>
          <w:tcPr>
            <w:tcW w:w="2131" w:type="dxa"/>
            <w:vAlign w:val="center"/>
          </w:tcPr>
          <w:p w14:paraId="530139B2" w14:textId="77777777" w:rsidR="00E6505E" w:rsidRDefault="00000000">
            <w:r>
              <w:rPr>
                <w:sz w:val="13"/>
              </w:rPr>
              <w:t>B</w:t>
            </w:r>
          </w:p>
        </w:tc>
      </w:tr>
      <w:tr w:rsidR="00E6505E" w14:paraId="6601BE0C" w14:textId="77777777">
        <w:trPr>
          <w:jc w:val="center"/>
        </w:trPr>
        <w:tc>
          <w:tcPr>
            <w:tcW w:w="2131" w:type="dxa"/>
            <w:vAlign w:val="center"/>
          </w:tcPr>
          <w:p w14:paraId="722261BF" w14:textId="77777777" w:rsidR="00E6505E" w:rsidRDefault="00000000">
            <w:r>
              <w:rPr>
                <w:sz w:val="13"/>
              </w:rPr>
              <w:t>Fruit soluble solids</w:t>
            </w:r>
          </w:p>
        </w:tc>
        <w:tc>
          <w:tcPr>
            <w:tcW w:w="2131" w:type="dxa"/>
            <w:vAlign w:val="center"/>
          </w:tcPr>
          <w:p w14:paraId="2C0CCB82" w14:textId="77777777" w:rsidR="00E6505E" w:rsidRDefault="00000000">
            <w:r>
              <w:rPr>
                <w:sz w:val="13"/>
              </w:rPr>
              <w:t>T2</w:t>
            </w:r>
          </w:p>
        </w:tc>
        <w:tc>
          <w:tcPr>
            <w:tcW w:w="2131" w:type="dxa"/>
            <w:vAlign w:val="center"/>
          </w:tcPr>
          <w:p w14:paraId="01E7FC18" w14:textId="77777777" w:rsidR="00E6505E" w:rsidRDefault="00000000">
            <w:r>
              <w:rPr>
                <w:sz w:val="13"/>
              </w:rPr>
              <w:t>8.86 ± 1.43</w:t>
            </w:r>
          </w:p>
        </w:tc>
        <w:tc>
          <w:tcPr>
            <w:tcW w:w="2131" w:type="dxa"/>
            <w:vAlign w:val="center"/>
          </w:tcPr>
          <w:p w14:paraId="3BBECB3C" w14:textId="77777777" w:rsidR="00E6505E" w:rsidRDefault="00000000">
            <w:r>
              <w:rPr>
                <w:sz w:val="13"/>
              </w:rPr>
              <w:t>7</w:t>
            </w:r>
          </w:p>
        </w:tc>
        <w:tc>
          <w:tcPr>
            <w:tcW w:w="2131" w:type="dxa"/>
            <w:vAlign w:val="center"/>
          </w:tcPr>
          <w:p w14:paraId="21877E37" w14:textId="77777777" w:rsidR="00E6505E" w:rsidRDefault="00000000">
            <w:r>
              <w:rPr>
                <w:sz w:val="13"/>
              </w:rPr>
              <w:t>A</w:t>
            </w:r>
          </w:p>
        </w:tc>
      </w:tr>
      <w:tr w:rsidR="00E6505E" w14:paraId="65446077" w14:textId="77777777">
        <w:trPr>
          <w:jc w:val="center"/>
        </w:trPr>
        <w:tc>
          <w:tcPr>
            <w:tcW w:w="2131" w:type="dxa"/>
            <w:vAlign w:val="center"/>
          </w:tcPr>
          <w:p w14:paraId="6BE4C9CB" w14:textId="77777777" w:rsidR="00E6505E" w:rsidRDefault="00000000">
            <w:r>
              <w:rPr>
                <w:sz w:val="13"/>
              </w:rPr>
              <w:t>Fruit soluble solids</w:t>
            </w:r>
          </w:p>
        </w:tc>
        <w:tc>
          <w:tcPr>
            <w:tcW w:w="2131" w:type="dxa"/>
            <w:vAlign w:val="center"/>
          </w:tcPr>
          <w:p w14:paraId="431E5F1E" w14:textId="77777777" w:rsidR="00E6505E" w:rsidRDefault="00000000">
            <w:r>
              <w:rPr>
                <w:sz w:val="13"/>
              </w:rPr>
              <w:t>T3</w:t>
            </w:r>
          </w:p>
        </w:tc>
        <w:tc>
          <w:tcPr>
            <w:tcW w:w="2131" w:type="dxa"/>
            <w:vAlign w:val="center"/>
          </w:tcPr>
          <w:p w14:paraId="7F33CACD" w14:textId="77777777" w:rsidR="00E6505E" w:rsidRDefault="00000000">
            <w:r>
              <w:rPr>
                <w:sz w:val="13"/>
              </w:rPr>
              <w:t>7.97 ± 0.91</w:t>
            </w:r>
          </w:p>
        </w:tc>
        <w:tc>
          <w:tcPr>
            <w:tcW w:w="2131" w:type="dxa"/>
            <w:vAlign w:val="center"/>
          </w:tcPr>
          <w:p w14:paraId="00F81090" w14:textId="77777777" w:rsidR="00E6505E" w:rsidRDefault="00000000">
            <w:r>
              <w:rPr>
                <w:sz w:val="13"/>
              </w:rPr>
              <w:t>7</w:t>
            </w:r>
          </w:p>
        </w:tc>
        <w:tc>
          <w:tcPr>
            <w:tcW w:w="2131" w:type="dxa"/>
            <w:vAlign w:val="center"/>
          </w:tcPr>
          <w:p w14:paraId="47A021FA" w14:textId="77777777" w:rsidR="00E6505E" w:rsidRDefault="00000000">
            <w:r>
              <w:rPr>
                <w:sz w:val="13"/>
              </w:rPr>
              <w:t>A</w:t>
            </w:r>
          </w:p>
        </w:tc>
      </w:tr>
      <w:tr w:rsidR="00E6505E" w14:paraId="05DB5135" w14:textId="77777777">
        <w:trPr>
          <w:jc w:val="center"/>
        </w:trPr>
        <w:tc>
          <w:tcPr>
            <w:tcW w:w="2131" w:type="dxa"/>
            <w:vAlign w:val="center"/>
          </w:tcPr>
          <w:p w14:paraId="0B35A913" w14:textId="77777777" w:rsidR="00E6505E" w:rsidRDefault="00000000">
            <w:r>
              <w:rPr>
                <w:sz w:val="13"/>
              </w:rPr>
              <w:t>Fruit soluble solids</w:t>
            </w:r>
          </w:p>
        </w:tc>
        <w:tc>
          <w:tcPr>
            <w:tcW w:w="2131" w:type="dxa"/>
            <w:vAlign w:val="center"/>
          </w:tcPr>
          <w:p w14:paraId="24A3EA56" w14:textId="77777777" w:rsidR="00E6505E" w:rsidRDefault="00000000">
            <w:r>
              <w:rPr>
                <w:sz w:val="13"/>
              </w:rPr>
              <w:t>T4</w:t>
            </w:r>
          </w:p>
        </w:tc>
        <w:tc>
          <w:tcPr>
            <w:tcW w:w="2131" w:type="dxa"/>
            <w:vAlign w:val="center"/>
          </w:tcPr>
          <w:p w14:paraId="3F61B411" w14:textId="77777777" w:rsidR="00E6505E" w:rsidRDefault="00000000">
            <w:r>
              <w:rPr>
                <w:sz w:val="13"/>
              </w:rPr>
              <w:t>7.54 ± 0.96</w:t>
            </w:r>
          </w:p>
        </w:tc>
        <w:tc>
          <w:tcPr>
            <w:tcW w:w="2131" w:type="dxa"/>
            <w:vAlign w:val="center"/>
          </w:tcPr>
          <w:p w14:paraId="2245CD50" w14:textId="77777777" w:rsidR="00E6505E" w:rsidRDefault="00000000">
            <w:r>
              <w:rPr>
                <w:sz w:val="13"/>
              </w:rPr>
              <w:t>7</w:t>
            </w:r>
          </w:p>
        </w:tc>
        <w:tc>
          <w:tcPr>
            <w:tcW w:w="2131" w:type="dxa"/>
            <w:vAlign w:val="center"/>
          </w:tcPr>
          <w:p w14:paraId="6AE2476F" w14:textId="77777777" w:rsidR="00E6505E" w:rsidRDefault="00000000">
            <w:r>
              <w:rPr>
                <w:sz w:val="13"/>
              </w:rPr>
              <w:t>A</w:t>
            </w:r>
          </w:p>
        </w:tc>
      </w:tr>
      <w:tr w:rsidR="00E6505E" w14:paraId="7C6A5CD7" w14:textId="77777777">
        <w:trPr>
          <w:jc w:val="center"/>
        </w:trPr>
        <w:tc>
          <w:tcPr>
            <w:tcW w:w="2131" w:type="dxa"/>
            <w:vAlign w:val="center"/>
          </w:tcPr>
          <w:p w14:paraId="49C716AD" w14:textId="77777777" w:rsidR="00E6505E" w:rsidRDefault="00000000">
            <w:r>
              <w:rPr>
                <w:sz w:val="13"/>
              </w:rPr>
              <w:t>Fruit soluble solids</w:t>
            </w:r>
          </w:p>
        </w:tc>
        <w:tc>
          <w:tcPr>
            <w:tcW w:w="2131" w:type="dxa"/>
            <w:vAlign w:val="center"/>
          </w:tcPr>
          <w:p w14:paraId="75BDBC11" w14:textId="77777777" w:rsidR="00E6505E" w:rsidRDefault="00000000">
            <w:r>
              <w:rPr>
                <w:sz w:val="13"/>
              </w:rPr>
              <w:t>T5</w:t>
            </w:r>
          </w:p>
        </w:tc>
        <w:tc>
          <w:tcPr>
            <w:tcW w:w="2131" w:type="dxa"/>
            <w:vAlign w:val="center"/>
          </w:tcPr>
          <w:p w14:paraId="0AE4D47C" w14:textId="77777777" w:rsidR="00E6505E" w:rsidRDefault="00000000">
            <w:r>
              <w:rPr>
                <w:sz w:val="13"/>
              </w:rPr>
              <w:t>7.26 ± 1.52</w:t>
            </w:r>
          </w:p>
        </w:tc>
        <w:tc>
          <w:tcPr>
            <w:tcW w:w="2131" w:type="dxa"/>
            <w:vAlign w:val="center"/>
          </w:tcPr>
          <w:p w14:paraId="07B859B7" w14:textId="77777777" w:rsidR="00E6505E" w:rsidRDefault="00000000">
            <w:r>
              <w:rPr>
                <w:sz w:val="13"/>
              </w:rPr>
              <w:t>7</w:t>
            </w:r>
          </w:p>
        </w:tc>
        <w:tc>
          <w:tcPr>
            <w:tcW w:w="2131" w:type="dxa"/>
            <w:vAlign w:val="center"/>
          </w:tcPr>
          <w:p w14:paraId="46566B97" w14:textId="77777777" w:rsidR="00E6505E" w:rsidRDefault="00000000">
            <w:r>
              <w:rPr>
                <w:sz w:val="13"/>
              </w:rPr>
              <w:t>A</w:t>
            </w:r>
          </w:p>
        </w:tc>
      </w:tr>
      <w:tr w:rsidR="00E6505E" w14:paraId="5DF7F11D" w14:textId="77777777">
        <w:trPr>
          <w:jc w:val="center"/>
        </w:trPr>
        <w:tc>
          <w:tcPr>
            <w:tcW w:w="2131" w:type="dxa"/>
            <w:vAlign w:val="center"/>
          </w:tcPr>
          <w:p w14:paraId="17788DE8" w14:textId="77777777" w:rsidR="00E6505E" w:rsidRDefault="00000000">
            <w:r>
              <w:rPr>
                <w:sz w:val="13"/>
              </w:rPr>
              <w:t>Fruit soluble solids</w:t>
            </w:r>
          </w:p>
        </w:tc>
        <w:tc>
          <w:tcPr>
            <w:tcW w:w="2131" w:type="dxa"/>
            <w:vAlign w:val="center"/>
          </w:tcPr>
          <w:p w14:paraId="06E8C30B" w14:textId="77777777" w:rsidR="00E6505E" w:rsidRDefault="00000000">
            <w:r>
              <w:rPr>
                <w:sz w:val="13"/>
              </w:rPr>
              <w:t>T6</w:t>
            </w:r>
          </w:p>
        </w:tc>
        <w:tc>
          <w:tcPr>
            <w:tcW w:w="2131" w:type="dxa"/>
            <w:vAlign w:val="center"/>
          </w:tcPr>
          <w:p w14:paraId="2A8F3498" w14:textId="77777777" w:rsidR="00E6505E" w:rsidRDefault="00000000">
            <w:r>
              <w:rPr>
                <w:sz w:val="13"/>
              </w:rPr>
              <w:t>7.71 ± 1.39</w:t>
            </w:r>
          </w:p>
        </w:tc>
        <w:tc>
          <w:tcPr>
            <w:tcW w:w="2131" w:type="dxa"/>
            <w:vAlign w:val="center"/>
          </w:tcPr>
          <w:p w14:paraId="52E17C84" w14:textId="77777777" w:rsidR="00E6505E" w:rsidRDefault="00000000">
            <w:r>
              <w:rPr>
                <w:sz w:val="13"/>
              </w:rPr>
              <w:t>7</w:t>
            </w:r>
          </w:p>
        </w:tc>
        <w:tc>
          <w:tcPr>
            <w:tcW w:w="2131" w:type="dxa"/>
            <w:vAlign w:val="center"/>
          </w:tcPr>
          <w:p w14:paraId="2F72B0DE" w14:textId="77777777" w:rsidR="00E6505E" w:rsidRDefault="00000000">
            <w:r>
              <w:rPr>
                <w:sz w:val="13"/>
              </w:rPr>
              <w:t>A</w:t>
            </w:r>
          </w:p>
        </w:tc>
      </w:tr>
      <w:tr w:rsidR="00E6505E" w14:paraId="0FFCC5E9" w14:textId="77777777">
        <w:trPr>
          <w:jc w:val="center"/>
        </w:trPr>
        <w:tc>
          <w:tcPr>
            <w:tcW w:w="2131" w:type="dxa"/>
            <w:vAlign w:val="center"/>
          </w:tcPr>
          <w:p w14:paraId="0BE9D5C8" w14:textId="77777777" w:rsidR="00E6505E" w:rsidRDefault="00000000">
            <w:r>
              <w:rPr>
                <w:sz w:val="13"/>
              </w:rPr>
              <w:t>Fruit soluble solids</w:t>
            </w:r>
          </w:p>
        </w:tc>
        <w:tc>
          <w:tcPr>
            <w:tcW w:w="2131" w:type="dxa"/>
            <w:vAlign w:val="center"/>
          </w:tcPr>
          <w:p w14:paraId="24BB10E1" w14:textId="77777777" w:rsidR="00E6505E" w:rsidRDefault="00000000">
            <w:r>
              <w:rPr>
                <w:sz w:val="13"/>
              </w:rPr>
              <w:t>T7</w:t>
            </w:r>
          </w:p>
        </w:tc>
        <w:tc>
          <w:tcPr>
            <w:tcW w:w="2131" w:type="dxa"/>
            <w:vAlign w:val="center"/>
          </w:tcPr>
          <w:p w14:paraId="37835C8F" w14:textId="77777777" w:rsidR="00E6505E" w:rsidRDefault="00000000">
            <w:r>
              <w:rPr>
                <w:sz w:val="13"/>
              </w:rPr>
              <w:t>9.06 ± 0.80</w:t>
            </w:r>
          </w:p>
        </w:tc>
        <w:tc>
          <w:tcPr>
            <w:tcW w:w="2131" w:type="dxa"/>
            <w:vAlign w:val="center"/>
          </w:tcPr>
          <w:p w14:paraId="4582A51A" w14:textId="77777777" w:rsidR="00E6505E" w:rsidRDefault="00000000">
            <w:r>
              <w:rPr>
                <w:sz w:val="13"/>
              </w:rPr>
              <w:t>7</w:t>
            </w:r>
          </w:p>
        </w:tc>
        <w:tc>
          <w:tcPr>
            <w:tcW w:w="2131" w:type="dxa"/>
            <w:vAlign w:val="center"/>
          </w:tcPr>
          <w:p w14:paraId="4004B767" w14:textId="77777777" w:rsidR="00E6505E" w:rsidRDefault="00000000">
            <w:r>
              <w:rPr>
                <w:sz w:val="13"/>
              </w:rPr>
              <w:t>A</w:t>
            </w:r>
          </w:p>
        </w:tc>
      </w:tr>
      <w:tr w:rsidR="00E6505E" w14:paraId="4056A64B" w14:textId="77777777">
        <w:trPr>
          <w:jc w:val="center"/>
        </w:trPr>
        <w:tc>
          <w:tcPr>
            <w:tcW w:w="2131" w:type="dxa"/>
            <w:vAlign w:val="center"/>
          </w:tcPr>
          <w:p w14:paraId="6F4126CD" w14:textId="77777777" w:rsidR="00E6505E" w:rsidRDefault="00000000">
            <w:r>
              <w:rPr>
                <w:sz w:val="13"/>
              </w:rPr>
              <w:t>Fruit soluble solids</w:t>
            </w:r>
          </w:p>
        </w:tc>
        <w:tc>
          <w:tcPr>
            <w:tcW w:w="2131" w:type="dxa"/>
            <w:vAlign w:val="center"/>
          </w:tcPr>
          <w:p w14:paraId="317A784A" w14:textId="77777777" w:rsidR="00E6505E" w:rsidRDefault="00000000">
            <w:r>
              <w:rPr>
                <w:sz w:val="13"/>
              </w:rPr>
              <w:t>T8</w:t>
            </w:r>
          </w:p>
        </w:tc>
        <w:tc>
          <w:tcPr>
            <w:tcW w:w="2131" w:type="dxa"/>
            <w:vAlign w:val="center"/>
          </w:tcPr>
          <w:p w14:paraId="4265856D" w14:textId="77777777" w:rsidR="00E6505E" w:rsidRDefault="00000000">
            <w:r>
              <w:rPr>
                <w:sz w:val="13"/>
              </w:rPr>
              <w:t>7.54 ± 1.04</w:t>
            </w:r>
          </w:p>
        </w:tc>
        <w:tc>
          <w:tcPr>
            <w:tcW w:w="2131" w:type="dxa"/>
            <w:vAlign w:val="center"/>
          </w:tcPr>
          <w:p w14:paraId="4BBC7892" w14:textId="77777777" w:rsidR="00E6505E" w:rsidRDefault="00000000">
            <w:r>
              <w:rPr>
                <w:sz w:val="13"/>
              </w:rPr>
              <w:t>7</w:t>
            </w:r>
          </w:p>
        </w:tc>
        <w:tc>
          <w:tcPr>
            <w:tcW w:w="2131" w:type="dxa"/>
            <w:vAlign w:val="center"/>
          </w:tcPr>
          <w:p w14:paraId="186A47F1" w14:textId="77777777" w:rsidR="00E6505E" w:rsidRDefault="00000000">
            <w:r>
              <w:rPr>
                <w:sz w:val="13"/>
              </w:rPr>
              <w:t>A</w:t>
            </w:r>
          </w:p>
        </w:tc>
      </w:tr>
      <w:tr w:rsidR="00E6505E" w14:paraId="54CBCA17" w14:textId="77777777">
        <w:trPr>
          <w:jc w:val="center"/>
        </w:trPr>
        <w:tc>
          <w:tcPr>
            <w:tcW w:w="2131" w:type="dxa"/>
            <w:vAlign w:val="center"/>
          </w:tcPr>
          <w:p w14:paraId="5736587F" w14:textId="77777777" w:rsidR="00E6505E" w:rsidRDefault="00000000">
            <w:r>
              <w:rPr>
                <w:sz w:val="13"/>
              </w:rPr>
              <w:t>Fruit soluble solids</w:t>
            </w:r>
          </w:p>
        </w:tc>
        <w:tc>
          <w:tcPr>
            <w:tcW w:w="2131" w:type="dxa"/>
            <w:vAlign w:val="center"/>
          </w:tcPr>
          <w:p w14:paraId="5AEDE464" w14:textId="77777777" w:rsidR="00E6505E" w:rsidRDefault="00000000">
            <w:r>
              <w:rPr>
                <w:sz w:val="13"/>
              </w:rPr>
              <w:t>T9</w:t>
            </w:r>
          </w:p>
        </w:tc>
        <w:tc>
          <w:tcPr>
            <w:tcW w:w="2131" w:type="dxa"/>
            <w:vAlign w:val="center"/>
          </w:tcPr>
          <w:p w14:paraId="735FAB83" w14:textId="77777777" w:rsidR="00E6505E" w:rsidRDefault="00000000">
            <w:r>
              <w:rPr>
                <w:sz w:val="13"/>
              </w:rPr>
              <w:t>7.83 ± 1.35</w:t>
            </w:r>
          </w:p>
        </w:tc>
        <w:tc>
          <w:tcPr>
            <w:tcW w:w="2131" w:type="dxa"/>
            <w:vAlign w:val="center"/>
          </w:tcPr>
          <w:p w14:paraId="3843C2F7" w14:textId="77777777" w:rsidR="00E6505E" w:rsidRDefault="00000000">
            <w:r>
              <w:rPr>
                <w:sz w:val="13"/>
              </w:rPr>
              <w:t>7</w:t>
            </w:r>
          </w:p>
        </w:tc>
        <w:tc>
          <w:tcPr>
            <w:tcW w:w="2131" w:type="dxa"/>
            <w:vAlign w:val="center"/>
          </w:tcPr>
          <w:p w14:paraId="1A9B59AC" w14:textId="77777777" w:rsidR="00E6505E" w:rsidRDefault="00000000">
            <w:r>
              <w:rPr>
                <w:sz w:val="13"/>
              </w:rPr>
              <w:t>A</w:t>
            </w:r>
          </w:p>
        </w:tc>
      </w:tr>
      <w:tr w:rsidR="00E6505E" w14:paraId="596B543A" w14:textId="77777777">
        <w:trPr>
          <w:jc w:val="center"/>
        </w:trPr>
        <w:tc>
          <w:tcPr>
            <w:tcW w:w="2131" w:type="dxa"/>
            <w:vAlign w:val="center"/>
          </w:tcPr>
          <w:p w14:paraId="2914AD72" w14:textId="77777777" w:rsidR="00E6505E" w:rsidRDefault="00000000">
            <w:r>
              <w:rPr>
                <w:sz w:val="13"/>
              </w:rPr>
              <w:t>Shoot Na</w:t>
            </w:r>
          </w:p>
        </w:tc>
        <w:tc>
          <w:tcPr>
            <w:tcW w:w="2131" w:type="dxa"/>
            <w:vAlign w:val="center"/>
          </w:tcPr>
          <w:p w14:paraId="194EC722" w14:textId="77777777" w:rsidR="00E6505E" w:rsidRDefault="00000000">
            <w:r>
              <w:rPr>
                <w:sz w:val="13"/>
              </w:rPr>
              <w:t>T0</w:t>
            </w:r>
          </w:p>
        </w:tc>
        <w:tc>
          <w:tcPr>
            <w:tcW w:w="2131" w:type="dxa"/>
            <w:vAlign w:val="center"/>
          </w:tcPr>
          <w:p w14:paraId="7E3A1939" w14:textId="77777777" w:rsidR="00E6505E" w:rsidRDefault="00000000">
            <w:r>
              <w:rPr>
                <w:sz w:val="13"/>
              </w:rPr>
              <w:t>0.02 ± 0.00</w:t>
            </w:r>
          </w:p>
        </w:tc>
        <w:tc>
          <w:tcPr>
            <w:tcW w:w="2131" w:type="dxa"/>
            <w:vAlign w:val="center"/>
          </w:tcPr>
          <w:p w14:paraId="15E6908D" w14:textId="77777777" w:rsidR="00E6505E" w:rsidRDefault="00000000">
            <w:r>
              <w:rPr>
                <w:sz w:val="13"/>
              </w:rPr>
              <w:t>3</w:t>
            </w:r>
          </w:p>
        </w:tc>
        <w:tc>
          <w:tcPr>
            <w:tcW w:w="2131" w:type="dxa"/>
            <w:vAlign w:val="center"/>
          </w:tcPr>
          <w:p w14:paraId="494439D4" w14:textId="77777777" w:rsidR="00E6505E" w:rsidRDefault="00000000">
            <w:r>
              <w:rPr>
                <w:sz w:val="13"/>
              </w:rPr>
              <w:t>D</w:t>
            </w:r>
          </w:p>
        </w:tc>
      </w:tr>
      <w:tr w:rsidR="00E6505E" w14:paraId="179EE968" w14:textId="77777777">
        <w:trPr>
          <w:jc w:val="center"/>
        </w:trPr>
        <w:tc>
          <w:tcPr>
            <w:tcW w:w="2131" w:type="dxa"/>
            <w:vAlign w:val="center"/>
          </w:tcPr>
          <w:p w14:paraId="058B2996" w14:textId="77777777" w:rsidR="00E6505E" w:rsidRDefault="00000000">
            <w:r>
              <w:rPr>
                <w:sz w:val="13"/>
              </w:rPr>
              <w:t>Shoot Na</w:t>
            </w:r>
          </w:p>
        </w:tc>
        <w:tc>
          <w:tcPr>
            <w:tcW w:w="2131" w:type="dxa"/>
            <w:vAlign w:val="center"/>
          </w:tcPr>
          <w:p w14:paraId="46C72447" w14:textId="77777777" w:rsidR="00E6505E" w:rsidRDefault="00000000">
            <w:r>
              <w:rPr>
                <w:sz w:val="13"/>
              </w:rPr>
              <w:t>T1</w:t>
            </w:r>
          </w:p>
        </w:tc>
        <w:tc>
          <w:tcPr>
            <w:tcW w:w="2131" w:type="dxa"/>
            <w:vAlign w:val="center"/>
          </w:tcPr>
          <w:p w14:paraId="60C787E4" w14:textId="77777777" w:rsidR="00E6505E" w:rsidRDefault="00000000">
            <w:r>
              <w:rPr>
                <w:sz w:val="13"/>
              </w:rPr>
              <w:t>2.14 ± 0.24</w:t>
            </w:r>
          </w:p>
        </w:tc>
        <w:tc>
          <w:tcPr>
            <w:tcW w:w="2131" w:type="dxa"/>
            <w:vAlign w:val="center"/>
          </w:tcPr>
          <w:p w14:paraId="61B51656" w14:textId="77777777" w:rsidR="00E6505E" w:rsidRDefault="00000000">
            <w:r>
              <w:rPr>
                <w:sz w:val="13"/>
              </w:rPr>
              <w:t>3</w:t>
            </w:r>
          </w:p>
        </w:tc>
        <w:tc>
          <w:tcPr>
            <w:tcW w:w="2131" w:type="dxa"/>
            <w:vAlign w:val="center"/>
          </w:tcPr>
          <w:p w14:paraId="7B26B948" w14:textId="77777777" w:rsidR="00E6505E" w:rsidRDefault="00000000">
            <w:r>
              <w:rPr>
                <w:sz w:val="13"/>
              </w:rPr>
              <w:t>A</w:t>
            </w:r>
          </w:p>
        </w:tc>
      </w:tr>
      <w:tr w:rsidR="00E6505E" w14:paraId="45E0CAF9" w14:textId="77777777">
        <w:trPr>
          <w:jc w:val="center"/>
        </w:trPr>
        <w:tc>
          <w:tcPr>
            <w:tcW w:w="2131" w:type="dxa"/>
            <w:vAlign w:val="center"/>
          </w:tcPr>
          <w:p w14:paraId="466D03FC" w14:textId="77777777" w:rsidR="00E6505E" w:rsidRDefault="00000000">
            <w:r>
              <w:rPr>
                <w:sz w:val="13"/>
              </w:rPr>
              <w:t>Shoot Na</w:t>
            </w:r>
          </w:p>
        </w:tc>
        <w:tc>
          <w:tcPr>
            <w:tcW w:w="2131" w:type="dxa"/>
            <w:vAlign w:val="center"/>
          </w:tcPr>
          <w:p w14:paraId="5F3EC624" w14:textId="77777777" w:rsidR="00E6505E" w:rsidRDefault="00000000">
            <w:r>
              <w:rPr>
                <w:sz w:val="13"/>
              </w:rPr>
              <w:t>T10</w:t>
            </w:r>
          </w:p>
        </w:tc>
        <w:tc>
          <w:tcPr>
            <w:tcW w:w="2131" w:type="dxa"/>
            <w:vAlign w:val="center"/>
          </w:tcPr>
          <w:p w14:paraId="06444CFE" w14:textId="77777777" w:rsidR="00E6505E" w:rsidRDefault="00000000">
            <w:r>
              <w:rPr>
                <w:sz w:val="13"/>
              </w:rPr>
              <w:t>0.02 ± 0.01</w:t>
            </w:r>
          </w:p>
        </w:tc>
        <w:tc>
          <w:tcPr>
            <w:tcW w:w="2131" w:type="dxa"/>
            <w:vAlign w:val="center"/>
          </w:tcPr>
          <w:p w14:paraId="054A4DB2" w14:textId="77777777" w:rsidR="00E6505E" w:rsidRDefault="00000000">
            <w:r>
              <w:rPr>
                <w:sz w:val="13"/>
              </w:rPr>
              <w:t>3</w:t>
            </w:r>
          </w:p>
        </w:tc>
        <w:tc>
          <w:tcPr>
            <w:tcW w:w="2131" w:type="dxa"/>
            <w:vAlign w:val="center"/>
          </w:tcPr>
          <w:p w14:paraId="0E935998" w14:textId="77777777" w:rsidR="00E6505E" w:rsidRDefault="00000000">
            <w:r>
              <w:rPr>
                <w:sz w:val="13"/>
              </w:rPr>
              <w:t>D</w:t>
            </w:r>
          </w:p>
        </w:tc>
      </w:tr>
      <w:tr w:rsidR="00E6505E" w14:paraId="0B2D10CB" w14:textId="77777777">
        <w:trPr>
          <w:jc w:val="center"/>
        </w:trPr>
        <w:tc>
          <w:tcPr>
            <w:tcW w:w="2131" w:type="dxa"/>
            <w:vAlign w:val="center"/>
          </w:tcPr>
          <w:p w14:paraId="5BD7997B" w14:textId="77777777" w:rsidR="00E6505E" w:rsidRDefault="00000000">
            <w:r>
              <w:rPr>
                <w:sz w:val="13"/>
              </w:rPr>
              <w:t>Shoot Na</w:t>
            </w:r>
          </w:p>
        </w:tc>
        <w:tc>
          <w:tcPr>
            <w:tcW w:w="2131" w:type="dxa"/>
            <w:vAlign w:val="center"/>
          </w:tcPr>
          <w:p w14:paraId="7927FA84" w14:textId="77777777" w:rsidR="00E6505E" w:rsidRDefault="00000000">
            <w:r>
              <w:rPr>
                <w:sz w:val="13"/>
              </w:rPr>
              <w:t>T2</w:t>
            </w:r>
          </w:p>
        </w:tc>
        <w:tc>
          <w:tcPr>
            <w:tcW w:w="2131" w:type="dxa"/>
            <w:vAlign w:val="center"/>
          </w:tcPr>
          <w:p w14:paraId="0DC29D4E" w14:textId="77777777" w:rsidR="00E6505E" w:rsidRDefault="00000000">
            <w:r>
              <w:rPr>
                <w:sz w:val="13"/>
              </w:rPr>
              <w:t>1.14 ± 0.20</w:t>
            </w:r>
          </w:p>
        </w:tc>
        <w:tc>
          <w:tcPr>
            <w:tcW w:w="2131" w:type="dxa"/>
            <w:vAlign w:val="center"/>
          </w:tcPr>
          <w:p w14:paraId="7E197CD8" w14:textId="77777777" w:rsidR="00E6505E" w:rsidRDefault="00000000">
            <w:r>
              <w:rPr>
                <w:sz w:val="13"/>
              </w:rPr>
              <w:t>3</w:t>
            </w:r>
          </w:p>
        </w:tc>
        <w:tc>
          <w:tcPr>
            <w:tcW w:w="2131" w:type="dxa"/>
            <w:vAlign w:val="center"/>
          </w:tcPr>
          <w:p w14:paraId="32D75D8F" w14:textId="77777777" w:rsidR="00E6505E" w:rsidRDefault="00000000">
            <w:r>
              <w:rPr>
                <w:sz w:val="13"/>
              </w:rPr>
              <w:t>B</w:t>
            </w:r>
          </w:p>
        </w:tc>
      </w:tr>
      <w:tr w:rsidR="00E6505E" w14:paraId="11CFCBFA" w14:textId="77777777">
        <w:trPr>
          <w:jc w:val="center"/>
        </w:trPr>
        <w:tc>
          <w:tcPr>
            <w:tcW w:w="2131" w:type="dxa"/>
            <w:vAlign w:val="center"/>
          </w:tcPr>
          <w:p w14:paraId="5AE9E70E" w14:textId="77777777" w:rsidR="00E6505E" w:rsidRDefault="00000000">
            <w:r>
              <w:rPr>
                <w:sz w:val="13"/>
              </w:rPr>
              <w:t>Shoot Na</w:t>
            </w:r>
          </w:p>
        </w:tc>
        <w:tc>
          <w:tcPr>
            <w:tcW w:w="2131" w:type="dxa"/>
            <w:vAlign w:val="center"/>
          </w:tcPr>
          <w:p w14:paraId="5A51DD79" w14:textId="77777777" w:rsidR="00E6505E" w:rsidRDefault="00000000">
            <w:r>
              <w:rPr>
                <w:sz w:val="13"/>
              </w:rPr>
              <w:t>T3</w:t>
            </w:r>
          </w:p>
        </w:tc>
        <w:tc>
          <w:tcPr>
            <w:tcW w:w="2131" w:type="dxa"/>
            <w:vAlign w:val="center"/>
          </w:tcPr>
          <w:p w14:paraId="11AA5F8C" w14:textId="77777777" w:rsidR="00E6505E" w:rsidRDefault="00000000">
            <w:r>
              <w:rPr>
                <w:sz w:val="13"/>
              </w:rPr>
              <w:t>1.22 ± 0.07</w:t>
            </w:r>
          </w:p>
        </w:tc>
        <w:tc>
          <w:tcPr>
            <w:tcW w:w="2131" w:type="dxa"/>
            <w:vAlign w:val="center"/>
          </w:tcPr>
          <w:p w14:paraId="5020499C" w14:textId="77777777" w:rsidR="00E6505E" w:rsidRDefault="00000000">
            <w:r>
              <w:rPr>
                <w:sz w:val="13"/>
              </w:rPr>
              <w:t>3</w:t>
            </w:r>
          </w:p>
        </w:tc>
        <w:tc>
          <w:tcPr>
            <w:tcW w:w="2131" w:type="dxa"/>
            <w:vAlign w:val="center"/>
          </w:tcPr>
          <w:p w14:paraId="01B4D804" w14:textId="77777777" w:rsidR="00E6505E" w:rsidRDefault="00000000">
            <w:r>
              <w:rPr>
                <w:sz w:val="13"/>
              </w:rPr>
              <w:t>B</w:t>
            </w:r>
          </w:p>
        </w:tc>
      </w:tr>
      <w:tr w:rsidR="00E6505E" w14:paraId="5545784A" w14:textId="77777777">
        <w:trPr>
          <w:jc w:val="center"/>
        </w:trPr>
        <w:tc>
          <w:tcPr>
            <w:tcW w:w="2131" w:type="dxa"/>
            <w:vAlign w:val="center"/>
          </w:tcPr>
          <w:p w14:paraId="6BD0E3FA" w14:textId="77777777" w:rsidR="00E6505E" w:rsidRDefault="00000000">
            <w:r>
              <w:rPr>
                <w:sz w:val="13"/>
              </w:rPr>
              <w:t>Shoot Na</w:t>
            </w:r>
          </w:p>
        </w:tc>
        <w:tc>
          <w:tcPr>
            <w:tcW w:w="2131" w:type="dxa"/>
            <w:vAlign w:val="center"/>
          </w:tcPr>
          <w:p w14:paraId="47C6DA77" w14:textId="77777777" w:rsidR="00E6505E" w:rsidRDefault="00000000">
            <w:r>
              <w:rPr>
                <w:sz w:val="13"/>
              </w:rPr>
              <w:t>T4</w:t>
            </w:r>
          </w:p>
        </w:tc>
        <w:tc>
          <w:tcPr>
            <w:tcW w:w="2131" w:type="dxa"/>
            <w:vAlign w:val="center"/>
          </w:tcPr>
          <w:p w14:paraId="32B7EF9B" w14:textId="77777777" w:rsidR="00E6505E" w:rsidRDefault="00000000">
            <w:r>
              <w:rPr>
                <w:sz w:val="13"/>
              </w:rPr>
              <w:t>1.32 ± 0.38</w:t>
            </w:r>
          </w:p>
        </w:tc>
        <w:tc>
          <w:tcPr>
            <w:tcW w:w="2131" w:type="dxa"/>
            <w:vAlign w:val="center"/>
          </w:tcPr>
          <w:p w14:paraId="556FE81F" w14:textId="77777777" w:rsidR="00E6505E" w:rsidRDefault="00000000">
            <w:r>
              <w:rPr>
                <w:sz w:val="13"/>
              </w:rPr>
              <w:t>3</w:t>
            </w:r>
          </w:p>
        </w:tc>
        <w:tc>
          <w:tcPr>
            <w:tcW w:w="2131" w:type="dxa"/>
            <w:vAlign w:val="center"/>
          </w:tcPr>
          <w:p w14:paraId="4128CCCC" w14:textId="77777777" w:rsidR="00E6505E" w:rsidRDefault="00000000">
            <w:r>
              <w:rPr>
                <w:sz w:val="13"/>
              </w:rPr>
              <w:t>B</w:t>
            </w:r>
          </w:p>
        </w:tc>
      </w:tr>
      <w:tr w:rsidR="00E6505E" w14:paraId="4760DEB2" w14:textId="77777777">
        <w:trPr>
          <w:jc w:val="center"/>
        </w:trPr>
        <w:tc>
          <w:tcPr>
            <w:tcW w:w="2131" w:type="dxa"/>
            <w:vAlign w:val="center"/>
          </w:tcPr>
          <w:p w14:paraId="652481FA" w14:textId="77777777" w:rsidR="00E6505E" w:rsidRDefault="00000000">
            <w:r>
              <w:rPr>
                <w:sz w:val="13"/>
              </w:rPr>
              <w:t>Shoot Na</w:t>
            </w:r>
          </w:p>
        </w:tc>
        <w:tc>
          <w:tcPr>
            <w:tcW w:w="2131" w:type="dxa"/>
            <w:vAlign w:val="center"/>
          </w:tcPr>
          <w:p w14:paraId="449B3E85" w14:textId="77777777" w:rsidR="00E6505E" w:rsidRDefault="00000000">
            <w:r>
              <w:rPr>
                <w:sz w:val="13"/>
              </w:rPr>
              <w:t>T5</w:t>
            </w:r>
          </w:p>
        </w:tc>
        <w:tc>
          <w:tcPr>
            <w:tcW w:w="2131" w:type="dxa"/>
            <w:vAlign w:val="center"/>
          </w:tcPr>
          <w:p w14:paraId="12BA40F9" w14:textId="77777777" w:rsidR="00E6505E" w:rsidRDefault="00000000">
            <w:r>
              <w:rPr>
                <w:sz w:val="13"/>
              </w:rPr>
              <w:t>0.45 ± 0.01</w:t>
            </w:r>
          </w:p>
        </w:tc>
        <w:tc>
          <w:tcPr>
            <w:tcW w:w="2131" w:type="dxa"/>
            <w:vAlign w:val="center"/>
          </w:tcPr>
          <w:p w14:paraId="0E5B3CF8" w14:textId="77777777" w:rsidR="00E6505E" w:rsidRDefault="00000000">
            <w:r>
              <w:rPr>
                <w:sz w:val="13"/>
              </w:rPr>
              <w:t>3</w:t>
            </w:r>
          </w:p>
        </w:tc>
        <w:tc>
          <w:tcPr>
            <w:tcW w:w="2131" w:type="dxa"/>
            <w:vAlign w:val="center"/>
          </w:tcPr>
          <w:p w14:paraId="5D3EA586" w14:textId="77777777" w:rsidR="00E6505E" w:rsidRDefault="00000000">
            <w:r>
              <w:rPr>
                <w:sz w:val="13"/>
              </w:rPr>
              <w:t>C</w:t>
            </w:r>
          </w:p>
        </w:tc>
      </w:tr>
      <w:tr w:rsidR="00E6505E" w14:paraId="2C19AA89" w14:textId="77777777">
        <w:trPr>
          <w:jc w:val="center"/>
        </w:trPr>
        <w:tc>
          <w:tcPr>
            <w:tcW w:w="2131" w:type="dxa"/>
            <w:vAlign w:val="center"/>
          </w:tcPr>
          <w:p w14:paraId="6A4C2469" w14:textId="77777777" w:rsidR="00E6505E" w:rsidRDefault="00000000">
            <w:r>
              <w:rPr>
                <w:sz w:val="13"/>
              </w:rPr>
              <w:t>Shoot Na</w:t>
            </w:r>
          </w:p>
        </w:tc>
        <w:tc>
          <w:tcPr>
            <w:tcW w:w="2131" w:type="dxa"/>
            <w:vAlign w:val="center"/>
          </w:tcPr>
          <w:p w14:paraId="061DB082" w14:textId="77777777" w:rsidR="00E6505E" w:rsidRDefault="00000000">
            <w:r>
              <w:rPr>
                <w:sz w:val="13"/>
              </w:rPr>
              <w:t>T6</w:t>
            </w:r>
          </w:p>
        </w:tc>
        <w:tc>
          <w:tcPr>
            <w:tcW w:w="2131" w:type="dxa"/>
            <w:vAlign w:val="center"/>
          </w:tcPr>
          <w:p w14:paraId="3C090EF8" w14:textId="77777777" w:rsidR="00E6505E" w:rsidRDefault="00000000">
            <w:r>
              <w:rPr>
                <w:sz w:val="13"/>
              </w:rPr>
              <w:t>0.38 ± 0.10</w:t>
            </w:r>
          </w:p>
        </w:tc>
        <w:tc>
          <w:tcPr>
            <w:tcW w:w="2131" w:type="dxa"/>
            <w:vAlign w:val="center"/>
          </w:tcPr>
          <w:p w14:paraId="42900C39" w14:textId="77777777" w:rsidR="00E6505E" w:rsidRDefault="00000000">
            <w:r>
              <w:rPr>
                <w:sz w:val="13"/>
              </w:rPr>
              <w:t>3</w:t>
            </w:r>
          </w:p>
        </w:tc>
        <w:tc>
          <w:tcPr>
            <w:tcW w:w="2131" w:type="dxa"/>
            <w:vAlign w:val="center"/>
          </w:tcPr>
          <w:p w14:paraId="2B31AF2A" w14:textId="77777777" w:rsidR="00E6505E" w:rsidRDefault="00000000">
            <w:r>
              <w:rPr>
                <w:sz w:val="13"/>
              </w:rPr>
              <w:t>C</w:t>
            </w:r>
          </w:p>
        </w:tc>
      </w:tr>
      <w:tr w:rsidR="00E6505E" w14:paraId="6B3B76BA" w14:textId="77777777">
        <w:trPr>
          <w:jc w:val="center"/>
        </w:trPr>
        <w:tc>
          <w:tcPr>
            <w:tcW w:w="2131" w:type="dxa"/>
            <w:vAlign w:val="center"/>
          </w:tcPr>
          <w:p w14:paraId="6FB02029" w14:textId="77777777" w:rsidR="00E6505E" w:rsidRDefault="00000000">
            <w:r>
              <w:rPr>
                <w:sz w:val="13"/>
              </w:rPr>
              <w:lastRenderedPageBreak/>
              <w:t>Shoot Na</w:t>
            </w:r>
          </w:p>
        </w:tc>
        <w:tc>
          <w:tcPr>
            <w:tcW w:w="2131" w:type="dxa"/>
            <w:vAlign w:val="center"/>
          </w:tcPr>
          <w:p w14:paraId="52CEAF4B" w14:textId="77777777" w:rsidR="00E6505E" w:rsidRDefault="00000000">
            <w:r>
              <w:rPr>
                <w:sz w:val="13"/>
              </w:rPr>
              <w:t>T7</w:t>
            </w:r>
          </w:p>
        </w:tc>
        <w:tc>
          <w:tcPr>
            <w:tcW w:w="2131" w:type="dxa"/>
            <w:vAlign w:val="center"/>
          </w:tcPr>
          <w:p w14:paraId="5E27A763" w14:textId="77777777" w:rsidR="00E6505E" w:rsidRDefault="00000000">
            <w:r>
              <w:rPr>
                <w:sz w:val="13"/>
              </w:rPr>
              <w:t>0.65 ± 0.21</w:t>
            </w:r>
          </w:p>
        </w:tc>
        <w:tc>
          <w:tcPr>
            <w:tcW w:w="2131" w:type="dxa"/>
            <w:vAlign w:val="center"/>
          </w:tcPr>
          <w:p w14:paraId="324D6452" w14:textId="77777777" w:rsidR="00E6505E" w:rsidRDefault="00000000">
            <w:r>
              <w:rPr>
                <w:sz w:val="13"/>
              </w:rPr>
              <w:t>3</w:t>
            </w:r>
          </w:p>
        </w:tc>
        <w:tc>
          <w:tcPr>
            <w:tcW w:w="2131" w:type="dxa"/>
            <w:vAlign w:val="center"/>
          </w:tcPr>
          <w:p w14:paraId="5E0E7215" w14:textId="77777777" w:rsidR="00E6505E" w:rsidRDefault="00000000">
            <w:r>
              <w:rPr>
                <w:sz w:val="13"/>
              </w:rPr>
              <w:t>C</w:t>
            </w:r>
          </w:p>
        </w:tc>
      </w:tr>
      <w:tr w:rsidR="00E6505E" w14:paraId="75A387AB" w14:textId="77777777">
        <w:trPr>
          <w:jc w:val="center"/>
        </w:trPr>
        <w:tc>
          <w:tcPr>
            <w:tcW w:w="2131" w:type="dxa"/>
            <w:vAlign w:val="center"/>
          </w:tcPr>
          <w:p w14:paraId="6346BB60" w14:textId="77777777" w:rsidR="00E6505E" w:rsidRDefault="00000000">
            <w:r>
              <w:rPr>
                <w:sz w:val="13"/>
              </w:rPr>
              <w:t>Shoot Na</w:t>
            </w:r>
          </w:p>
        </w:tc>
        <w:tc>
          <w:tcPr>
            <w:tcW w:w="2131" w:type="dxa"/>
            <w:vAlign w:val="center"/>
          </w:tcPr>
          <w:p w14:paraId="2B8F2AD1" w14:textId="77777777" w:rsidR="00E6505E" w:rsidRDefault="00000000">
            <w:r>
              <w:rPr>
                <w:sz w:val="13"/>
              </w:rPr>
              <w:t>T8</w:t>
            </w:r>
          </w:p>
        </w:tc>
        <w:tc>
          <w:tcPr>
            <w:tcW w:w="2131" w:type="dxa"/>
            <w:vAlign w:val="center"/>
          </w:tcPr>
          <w:p w14:paraId="2E6A5EB5" w14:textId="77777777" w:rsidR="00E6505E" w:rsidRDefault="00000000">
            <w:r>
              <w:rPr>
                <w:sz w:val="13"/>
              </w:rPr>
              <w:t>0.03 ± 0.01</w:t>
            </w:r>
          </w:p>
        </w:tc>
        <w:tc>
          <w:tcPr>
            <w:tcW w:w="2131" w:type="dxa"/>
            <w:vAlign w:val="center"/>
          </w:tcPr>
          <w:p w14:paraId="41C003DF" w14:textId="77777777" w:rsidR="00E6505E" w:rsidRDefault="00000000">
            <w:r>
              <w:rPr>
                <w:sz w:val="13"/>
              </w:rPr>
              <w:t>3</w:t>
            </w:r>
          </w:p>
        </w:tc>
        <w:tc>
          <w:tcPr>
            <w:tcW w:w="2131" w:type="dxa"/>
            <w:vAlign w:val="center"/>
          </w:tcPr>
          <w:p w14:paraId="7E614BBD" w14:textId="77777777" w:rsidR="00E6505E" w:rsidRDefault="00000000">
            <w:r>
              <w:rPr>
                <w:sz w:val="13"/>
              </w:rPr>
              <w:t>D</w:t>
            </w:r>
          </w:p>
        </w:tc>
      </w:tr>
      <w:tr w:rsidR="00E6505E" w14:paraId="5F21DC18" w14:textId="77777777">
        <w:trPr>
          <w:jc w:val="center"/>
        </w:trPr>
        <w:tc>
          <w:tcPr>
            <w:tcW w:w="2131" w:type="dxa"/>
            <w:vAlign w:val="center"/>
          </w:tcPr>
          <w:p w14:paraId="1D98AE9F" w14:textId="77777777" w:rsidR="00E6505E" w:rsidRDefault="00000000">
            <w:r>
              <w:rPr>
                <w:sz w:val="13"/>
              </w:rPr>
              <w:t>Shoot Na</w:t>
            </w:r>
          </w:p>
        </w:tc>
        <w:tc>
          <w:tcPr>
            <w:tcW w:w="2131" w:type="dxa"/>
            <w:vAlign w:val="center"/>
          </w:tcPr>
          <w:p w14:paraId="056FDB36" w14:textId="77777777" w:rsidR="00E6505E" w:rsidRDefault="00000000">
            <w:r>
              <w:rPr>
                <w:sz w:val="13"/>
              </w:rPr>
              <w:t>T9</w:t>
            </w:r>
          </w:p>
        </w:tc>
        <w:tc>
          <w:tcPr>
            <w:tcW w:w="2131" w:type="dxa"/>
            <w:vAlign w:val="center"/>
          </w:tcPr>
          <w:p w14:paraId="2F396B1A" w14:textId="77777777" w:rsidR="00E6505E" w:rsidRDefault="00000000">
            <w:r>
              <w:rPr>
                <w:sz w:val="13"/>
              </w:rPr>
              <w:t>0.02 ± 0.01</w:t>
            </w:r>
          </w:p>
        </w:tc>
        <w:tc>
          <w:tcPr>
            <w:tcW w:w="2131" w:type="dxa"/>
            <w:vAlign w:val="center"/>
          </w:tcPr>
          <w:p w14:paraId="48CE9F09" w14:textId="77777777" w:rsidR="00E6505E" w:rsidRDefault="00000000">
            <w:r>
              <w:rPr>
                <w:sz w:val="13"/>
              </w:rPr>
              <w:t>3</w:t>
            </w:r>
          </w:p>
        </w:tc>
        <w:tc>
          <w:tcPr>
            <w:tcW w:w="2131" w:type="dxa"/>
            <w:vAlign w:val="center"/>
          </w:tcPr>
          <w:p w14:paraId="39B7E6E6" w14:textId="77777777" w:rsidR="00E6505E" w:rsidRDefault="00000000">
            <w:r>
              <w:rPr>
                <w:sz w:val="13"/>
              </w:rPr>
              <w:t>D</w:t>
            </w:r>
          </w:p>
        </w:tc>
      </w:tr>
      <w:tr w:rsidR="00E6505E" w14:paraId="5F8EC22F" w14:textId="77777777">
        <w:trPr>
          <w:jc w:val="center"/>
        </w:trPr>
        <w:tc>
          <w:tcPr>
            <w:tcW w:w="2131" w:type="dxa"/>
            <w:vAlign w:val="center"/>
          </w:tcPr>
          <w:p w14:paraId="31057D0E" w14:textId="77777777" w:rsidR="00E6505E" w:rsidRDefault="00000000">
            <w:r>
              <w:rPr>
                <w:sz w:val="13"/>
              </w:rPr>
              <w:t>Shoot K</w:t>
            </w:r>
          </w:p>
        </w:tc>
        <w:tc>
          <w:tcPr>
            <w:tcW w:w="2131" w:type="dxa"/>
            <w:vAlign w:val="center"/>
          </w:tcPr>
          <w:p w14:paraId="3A9B50FC" w14:textId="77777777" w:rsidR="00E6505E" w:rsidRDefault="00000000">
            <w:r>
              <w:rPr>
                <w:sz w:val="13"/>
              </w:rPr>
              <w:t>T0</w:t>
            </w:r>
          </w:p>
        </w:tc>
        <w:tc>
          <w:tcPr>
            <w:tcW w:w="2131" w:type="dxa"/>
            <w:vAlign w:val="center"/>
          </w:tcPr>
          <w:p w14:paraId="737EB7A6" w14:textId="77777777" w:rsidR="00E6505E" w:rsidRDefault="00000000">
            <w:r>
              <w:rPr>
                <w:sz w:val="13"/>
              </w:rPr>
              <w:t>1.86 ± 0.04</w:t>
            </w:r>
          </w:p>
        </w:tc>
        <w:tc>
          <w:tcPr>
            <w:tcW w:w="2131" w:type="dxa"/>
            <w:vAlign w:val="center"/>
          </w:tcPr>
          <w:p w14:paraId="5F584EEB" w14:textId="77777777" w:rsidR="00E6505E" w:rsidRDefault="00000000">
            <w:r>
              <w:rPr>
                <w:sz w:val="13"/>
              </w:rPr>
              <w:t>3</w:t>
            </w:r>
          </w:p>
        </w:tc>
        <w:tc>
          <w:tcPr>
            <w:tcW w:w="2131" w:type="dxa"/>
            <w:vAlign w:val="center"/>
          </w:tcPr>
          <w:p w14:paraId="59D871B3" w14:textId="77777777" w:rsidR="00E6505E" w:rsidRDefault="00000000">
            <w:r>
              <w:rPr>
                <w:sz w:val="13"/>
              </w:rPr>
              <w:t>C</w:t>
            </w:r>
          </w:p>
        </w:tc>
      </w:tr>
      <w:tr w:rsidR="00E6505E" w14:paraId="0C8DDC82" w14:textId="77777777">
        <w:trPr>
          <w:jc w:val="center"/>
        </w:trPr>
        <w:tc>
          <w:tcPr>
            <w:tcW w:w="2131" w:type="dxa"/>
            <w:vAlign w:val="center"/>
          </w:tcPr>
          <w:p w14:paraId="02BC5CF8" w14:textId="77777777" w:rsidR="00E6505E" w:rsidRDefault="00000000">
            <w:r>
              <w:rPr>
                <w:sz w:val="13"/>
              </w:rPr>
              <w:t>Shoot K</w:t>
            </w:r>
          </w:p>
        </w:tc>
        <w:tc>
          <w:tcPr>
            <w:tcW w:w="2131" w:type="dxa"/>
            <w:vAlign w:val="center"/>
          </w:tcPr>
          <w:p w14:paraId="0F474C0C" w14:textId="77777777" w:rsidR="00E6505E" w:rsidRDefault="00000000">
            <w:r>
              <w:rPr>
                <w:sz w:val="13"/>
              </w:rPr>
              <w:t>T1</w:t>
            </w:r>
          </w:p>
        </w:tc>
        <w:tc>
          <w:tcPr>
            <w:tcW w:w="2131" w:type="dxa"/>
            <w:vAlign w:val="center"/>
          </w:tcPr>
          <w:p w14:paraId="3D3D1372" w14:textId="77777777" w:rsidR="00E6505E" w:rsidRDefault="00000000">
            <w:r>
              <w:rPr>
                <w:sz w:val="13"/>
              </w:rPr>
              <w:t>1.01 ± 0.22</w:t>
            </w:r>
          </w:p>
        </w:tc>
        <w:tc>
          <w:tcPr>
            <w:tcW w:w="2131" w:type="dxa"/>
            <w:vAlign w:val="center"/>
          </w:tcPr>
          <w:p w14:paraId="6B1FD7E6" w14:textId="77777777" w:rsidR="00E6505E" w:rsidRDefault="00000000">
            <w:r>
              <w:rPr>
                <w:sz w:val="13"/>
              </w:rPr>
              <w:t>3</w:t>
            </w:r>
          </w:p>
        </w:tc>
        <w:tc>
          <w:tcPr>
            <w:tcW w:w="2131" w:type="dxa"/>
            <w:vAlign w:val="center"/>
          </w:tcPr>
          <w:p w14:paraId="3FAA8A71" w14:textId="77777777" w:rsidR="00E6505E" w:rsidRDefault="00000000">
            <w:r>
              <w:rPr>
                <w:sz w:val="13"/>
              </w:rPr>
              <w:t>D</w:t>
            </w:r>
          </w:p>
        </w:tc>
      </w:tr>
      <w:tr w:rsidR="00E6505E" w14:paraId="1D6C1ADC" w14:textId="77777777">
        <w:trPr>
          <w:jc w:val="center"/>
        </w:trPr>
        <w:tc>
          <w:tcPr>
            <w:tcW w:w="2131" w:type="dxa"/>
            <w:vAlign w:val="center"/>
          </w:tcPr>
          <w:p w14:paraId="39511755" w14:textId="77777777" w:rsidR="00E6505E" w:rsidRDefault="00000000">
            <w:r>
              <w:rPr>
                <w:sz w:val="13"/>
              </w:rPr>
              <w:t>Shoot K</w:t>
            </w:r>
          </w:p>
        </w:tc>
        <w:tc>
          <w:tcPr>
            <w:tcW w:w="2131" w:type="dxa"/>
            <w:vAlign w:val="center"/>
          </w:tcPr>
          <w:p w14:paraId="76F8E2E1" w14:textId="77777777" w:rsidR="00E6505E" w:rsidRDefault="00000000">
            <w:r>
              <w:rPr>
                <w:sz w:val="13"/>
              </w:rPr>
              <w:t>T10</w:t>
            </w:r>
          </w:p>
        </w:tc>
        <w:tc>
          <w:tcPr>
            <w:tcW w:w="2131" w:type="dxa"/>
            <w:vAlign w:val="center"/>
          </w:tcPr>
          <w:p w14:paraId="4524CB1F" w14:textId="77777777" w:rsidR="00E6505E" w:rsidRDefault="00000000">
            <w:r>
              <w:rPr>
                <w:sz w:val="13"/>
              </w:rPr>
              <w:t>4.00 ± 0.61</w:t>
            </w:r>
          </w:p>
        </w:tc>
        <w:tc>
          <w:tcPr>
            <w:tcW w:w="2131" w:type="dxa"/>
            <w:vAlign w:val="center"/>
          </w:tcPr>
          <w:p w14:paraId="2F9147FE" w14:textId="77777777" w:rsidR="00E6505E" w:rsidRDefault="00000000">
            <w:r>
              <w:rPr>
                <w:sz w:val="13"/>
              </w:rPr>
              <w:t>3</w:t>
            </w:r>
          </w:p>
        </w:tc>
        <w:tc>
          <w:tcPr>
            <w:tcW w:w="2131" w:type="dxa"/>
            <w:vAlign w:val="center"/>
          </w:tcPr>
          <w:p w14:paraId="7383AC0B" w14:textId="77777777" w:rsidR="00E6505E" w:rsidRDefault="00000000">
            <w:r>
              <w:rPr>
                <w:sz w:val="13"/>
              </w:rPr>
              <w:t>A</w:t>
            </w:r>
          </w:p>
        </w:tc>
      </w:tr>
      <w:tr w:rsidR="00E6505E" w14:paraId="7A1F82FE" w14:textId="77777777">
        <w:trPr>
          <w:jc w:val="center"/>
        </w:trPr>
        <w:tc>
          <w:tcPr>
            <w:tcW w:w="2131" w:type="dxa"/>
            <w:vAlign w:val="center"/>
          </w:tcPr>
          <w:p w14:paraId="574F1CF2" w14:textId="77777777" w:rsidR="00E6505E" w:rsidRDefault="00000000">
            <w:r>
              <w:rPr>
                <w:sz w:val="13"/>
              </w:rPr>
              <w:t>Shoot K</w:t>
            </w:r>
          </w:p>
        </w:tc>
        <w:tc>
          <w:tcPr>
            <w:tcW w:w="2131" w:type="dxa"/>
            <w:vAlign w:val="center"/>
          </w:tcPr>
          <w:p w14:paraId="11166481" w14:textId="77777777" w:rsidR="00E6505E" w:rsidRDefault="00000000">
            <w:r>
              <w:rPr>
                <w:sz w:val="13"/>
              </w:rPr>
              <w:t>T2</w:t>
            </w:r>
          </w:p>
        </w:tc>
        <w:tc>
          <w:tcPr>
            <w:tcW w:w="2131" w:type="dxa"/>
            <w:vAlign w:val="center"/>
          </w:tcPr>
          <w:p w14:paraId="231A749E" w14:textId="77777777" w:rsidR="00E6505E" w:rsidRDefault="00000000">
            <w:r>
              <w:rPr>
                <w:sz w:val="13"/>
              </w:rPr>
              <w:t>1.57 ± 0.18</w:t>
            </w:r>
          </w:p>
        </w:tc>
        <w:tc>
          <w:tcPr>
            <w:tcW w:w="2131" w:type="dxa"/>
            <w:vAlign w:val="center"/>
          </w:tcPr>
          <w:p w14:paraId="48F89D60" w14:textId="77777777" w:rsidR="00E6505E" w:rsidRDefault="00000000">
            <w:r>
              <w:rPr>
                <w:sz w:val="13"/>
              </w:rPr>
              <w:t>3</w:t>
            </w:r>
          </w:p>
        </w:tc>
        <w:tc>
          <w:tcPr>
            <w:tcW w:w="2131" w:type="dxa"/>
            <w:vAlign w:val="center"/>
          </w:tcPr>
          <w:p w14:paraId="04BA4CC3" w14:textId="77777777" w:rsidR="00E6505E" w:rsidRDefault="00000000">
            <w:r>
              <w:rPr>
                <w:sz w:val="13"/>
              </w:rPr>
              <w:t>C</w:t>
            </w:r>
          </w:p>
        </w:tc>
      </w:tr>
      <w:tr w:rsidR="00E6505E" w14:paraId="799DB48E" w14:textId="77777777">
        <w:trPr>
          <w:jc w:val="center"/>
        </w:trPr>
        <w:tc>
          <w:tcPr>
            <w:tcW w:w="2131" w:type="dxa"/>
            <w:vAlign w:val="center"/>
          </w:tcPr>
          <w:p w14:paraId="25F14648" w14:textId="77777777" w:rsidR="00E6505E" w:rsidRDefault="00000000">
            <w:r>
              <w:rPr>
                <w:sz w:val="13"/>
              </w:rPr>
              <w:t>Shoot K</w:t>
            </w:r>
          </w:p>
        </w:tc>
        <w:tc>
          <w:tcPr>
            <w:tcW w:w="2131" w:type="dxa"/>
            <w:vAlign w:val="center"/>
          </w:tcPr>
          <w:p w14:paraId="3422034F" w14:textId="77777777" w:rsidR="00E6505E" w:rsidRDefault="00000000">
            <w:r>
              <w:rPr>
                <w:sz w:val="13"/>
              </w:rPr>
              <w:t>T3</w:t>
            </w:r>
          </w:p>
        </w:tc>
        <w:tc>
          <w:tcPr>
            <w:tcW w:w="2131" w:type="dxa"/>
            <w:vAlign w:val="center"/>
          </w:tcPr>
          <w:p w14:paraId="17E5CEA9" w14:textId="77777777" w:rsidR="00E6505E" w:rsidRDefault="00000000">
            <w:r>
              <w:rPr>
                <w:sz w:val="13"/>
              </w:rPr>
              <w:t>1.32 ± 0.04</w:t>
            </w:r>
          </w:p>
        </w:tc>
        <w:tc>
          <w:tcPr>
            <w:tcW w:w="2131" w:type="dxa"/>
            <w:vAlign w:val="center"/>
          </w:tcPr>
          <w:p w14:paraId="6635DE84" w14:textId="77777777" w:rsidR="00E6505E" w:rsidRDefault="00000000">
            <w:r>
              <w:rPr>
                <w:sz w:val="13"/>
              </w:rPr>
              <w:t>3</w:t>
            </w:r>
          </w:p>
        </w:tc>
        <w:tc>
          <w:tcPr>
            <w:tcW w:w="2131" w:type="dxa"/>
            <w:vAlign w:val="center"/>
          </w:tcPr>
          <w:p w14:paraId="3BA665D7" w14:textId="77777777" w:rsidR="00E6505E" w:rsidRDefault="00000000">
            <w:r>
              <w:rPr>
                <w:sz w:val="13"/>
              </w:rPr>
              <w:t>C</w:t>
            </w:r>
          </w:p>
        </w:tc>
      </w:tr>
      <w:tr w:rsidR="00E6505E" w14:paraId="0AC9AB27" w14:textId="77777777">
        <w:trPr>
          <w:jc w:val="center"/>
        </w:trPr>
        <w:tc>
          <w:tcPr>
            <w:tcW w:w="2131" w:type="dxa"/>
            <w:vAlign w:val="center"/>
          </w:tcPr>
          <w:p w14:paraId="3224A86B" w14:textId="77777777" w:rsidR="00E6505E" w:rsidRDefault="00000000">
            <w:r>
              <w:rPr>
                <w:sz w:val="13"/>
              </w:rPr>
              <w:t>Shoot K</w:t>
            </w:r>
          </w:p>
        </w:tc>
        <w:tc>
          <w:tcPr>
            <w:tcW w:w="2131" w:type="dxa"/>
            <w:vAlign w:val="center"/>
          </w:tcPr>
          <w:p w14:paraId="435DDBE0" w14:textId="77777777" w:rsidR="00E6505E" w:rsidRDefault="00000000">
            <w:r>
              <w:rPr>
                <w:sz w:val="13"/>
              </w:rPr>
              <w:t>T4</w:t>
            </w:r>
          </w:p>
        </w:tc>
        <w:tc>
          <w:tcPr>
            <w:tcW w:w="2131" w:type="dxa"/>
            <w:vAlign w:val="center"/>
          </w:tcPr>
          <w:p w14:paraId="02C8F366" w14:textId="77777777" w:rsidR="00E6505E" w:rsidRDefault="00000000">
            <w:r>
              <w:rPr>
                <w:sz w:val="13"/>
              </w:rPr>
              <w:t>1.15 ± 0.26</w:t>
            </w:r>
          </w:p>
        </w:tc>
        <w:tc>
          <w:tcPr>
            <w:tcW w:w="2131" w:type="dxa"/>
            <w:vAlign w:val="center"/>
          </w:tcPr>
          <w:p w14:paraId="722E4D6B" w14:textId="77777777" w:rsidR="00E6505E" w:rsidRDefault="00000000">
            <w:r>
              <w:rPr>
                <w:sz w:val="13"/>
              </w:rPr>
              <w:t>3</w:t>
            </w:r>
          </w:p>
        </w:tc>
        <w:tc>
          <w:tcPr>
            <w:tcW w:w="2131" w:type="dxa"/>
            <w:vAlign w:val="center"/>
          </w:tcPr>
          <w:p w14:paraId="755CF902" w14:textId="77777777" w:rsidR="00E6505E" w:rsidRDefault="00000000">
            <w:r>
              <w:rPr>
                <w:sz w:val="13"/>
              </w:rPr>
              <w:t>C</w:t>
            </w:r>
          </w:p>
        </w:tc>
      </w:tr>
      <w:tr w:rsidR="00E6505E" w14:paraId="2F806C71" w14:textId="77777777">
        <w:trPr>
          <w:jc w:val="center"/>
        </w:trPr>
        <w:tc>
          <w:tcPr>
            <w:tcW w:w="2131" w:type="dxa"/>
            <w:vAlign w:val="center"/>
          </w:tcPr>
          <w:p w14:paraId="75B7C085" w14:textId="77777777" w:rsidR="00E6505E" w:rsidRDefault="00000000">
            <w:r>
              <w:rPr>
                <w:sz w:val="13"/>
              </w:rPr>
              <w:t>Shoot K</w:t>
            </w:r>
          </w:p>
        </w:tc>
        <w:tc>
          <w:tcPr>
            <w:tcW w:w="2131" w:type="dxa"/>
            <w:vAlign w:val="center"/>
          </w:tcPr>
          <w:p w14:paraId="2561A7DA" w14:textId="77777777" w:rsidR="00E6505E" w:rsidRDefault="00000000">
            <w:r>
              <w:rPr>
                <w:sz w:val="13"/>
              </w:rPr>
              <w:t>T5</w:t>
            </w:r>
          </w:p>
        </w:tc>
        <w:tc>
          <w:tcPr>
            <w:tcW w:w="2131" w:type="dxa"/>
            <w:vAlign w:val="center"/>
          </w:tcPr>
          <w:p w14:paraId="2E712180" w14:textId="77777777" w:rsidR="00E6505E" w:rsidRDefault="00000000">
            <w:r>
              <w:rPr>
                <w:sz w:val="13"/>
              </w:rPr>
              <w:t>2.84 ± 0.23</w:t>
            </w:r>
          </w:p>
        </w:tc>
        <w:tc>
          <w:tcPr>
            <w:tcW w:w="2131" w:type="dxa"/>
            <w:vAlign w:val="center"/>
          </w:tcPr>
          <w:p w14:paraId="451EF408" w14:textId="77777777" w:rsidR="00E6505E" w:rsidRDefault="00000000">
            <w:r>
              <w:rPr>
                <w:sz w:val="13"/>
              </w:rPr>
              <w:t>3</w:t>
            </w:r>
          </w:p>
        </w:tc>
        <w:tc>
          <w:tcPr>
            <w:tcW w:w="2131" w:type="dxa"/>
            <w:vAlign w:val="center"/>
          </w:tcPr>
          <w:p w14:paraId="4F84AA27" w14:textId="77777777" w:rsidR="00E6505E" w:rsidRDefault="00000000">
            <w:r>
              <w:rPr>
                <w:sz w:val="13"/>
              </w:rPr>
              <w:t>B</w:t>
            </w:r>
          </w:p>
        </w:tc>
      </w:tr>
      <w:tr w:rsidR="00E6505E" w14:paraId="7B7A2CD6" w14:textId="77777777">
        <w:trPr>
          <w:jc w:val="center"/>
        </w:trPr>
        <w:tc>
          <w:tcPr>
            <w:tcW w:w="2131" w:type="dxa"/>
            <w:vAlign w:val="center"/>
          </w:tcPr>
          <w:p w14:paraId="6CCCEF75" w14:textId="77777777" w:rsidR="00E6505E" w:rsidRDefault="00000000">
            <w:r>
              <w:rPr>
                <w:sz w:val="13"/>
              </w:rPr>
              <w:t>Shoot K</w:t>
            </w:r>
          </w:p>
        </w:tc>
        <w:tc>
          <w:tcPr>
            <w:tcW w:w="2131" w:type="dxa"/>
            <w:vAlign w:val="center"/>
          </w:tcPr>
          <w:p w14:paraId="0D0B557E" w14:textId="77777777" w:rsidR="00E6505E" w:rsidRDefault="00000000">
            <w:r>
              <w:rPr>
                <w:sz w:val="13"/>
              </w:rPr>
              <w:t>T6</w:t>
            </w:r>
          </w:p>
        </w:tc>
        <w:tc>
          <w:tcPr>
            <w:tcW w:w="2131" w:type="dxa"/>
            <w:vAlign w:val="center"/>
          </w:tcPr>
          <w:p w14:paraId="06DB6B2A" w14:textId="77777777" w:rsidR="00E6505E" w:rsidRDefault="00000000">
            <w:r>
              <w:rPr>
                <w:sz w:val="13"/>
              </w:rPr>
              <w:t>2.63 ± 0.15</w:t>
            </w:r>
          </w:p>
        </w:tc>
        <w:tc>
          <w:tcPr>
            <w:tcW w:w="2131" w:type="dxa"/>
            <w:vAlign w:val="center"/>
          </w:tcPr>
          <w:p w14:paraId="2AAADA10" w14:textId="77777777" w:rsidR="00E6505E" w:rsidRDefault="00000000">
            <w:r>
              <w:rPr>
                <w:sz w:val="13"/>
              </w:rPr>
              <w:t>3</w:t>
            </w:r>
          </w:p>
        </w:tc>
        <w:tc>
          <w:tcPr>
            <w:tcW w:w="2131" w:type="dxa"/>
            <w:vAlign w:val="center"/>
          </w:tcPr>
          <w:p w14:paraId="777C6D4D" w14:textId="77777777" w:rsidR="00E6505E" w:rsidRDefault="00000000">
            <w:r>
              <w:rPr>
                <w:sz w:val="13"/>
              </w:rPr>
              <w:t>B</w:t>
            </w:r>
          </w:p>
        </w:tc>
      </w:tr>
      <w:tr w:rsidR="00E6505E" w14:paraId="25CE92CF" w14:textId="77777777">
        <w:trPr>
          <w:jc w:val="center"/>
        </w:trPr>
        <w:tc>
          <w:tcPr>
            <w:tcW w:w="2131" w:type="dxa"/>
            <w:vAlign w:val="center"/>
          </w:tcPr>
          <w:p w14:paraId="19171657" w14:textId="77777777" w:rsidR="00E6505E" w:rsidRDefault="00000000">
            <w:r>
              <w:rPr>
                <w:sz w:val="13"/>
              </w:rPr>
              <w:t>Shoot K</w:t>
            </w:r>
          </w:p>
        </w:tc>
        <w:tc>
          <w:tcPr>
            <w:tcW w:w="2131" w:type="dxa"/>
            <w:vAlign w:val="center"/>
          </w:tcPr>
          <w:p w14:paraId="25C0C02E" w14:textId="77777777" w:rsidR="00E6505E" w:rsidRDefault="00000000">
            <w:r>
              <w:rPr>
                <w:sz w:val="13"/>
              </w:rPr>
              <w:t>T7</w:t>
            </w:r>
          </w:p>
        </w:tc>
        <w:tc>
          <w:tcPr>
            <w:tcW w:w="2131" w:type="dxa"/>
            <w:vAlign w:val="center"/>
          </w:tcPr>
          <w:p w14:paraId="6E995D81" w14:textId="77777777" w:rsidR="00E6505E" w:rsidRDefault="00000000">
            <w:r>
              <w:rPr>
                <w:sz w:val="13"/>
              </w:rPr>
              <w:t>3.02 ± 0.22</w:t>
            </w:r>
          </w:p>
        </w:tc>
        <w:tc>
          <w:tcPr>
            <w:tcW w:w="2131" w:type="dxa"/>
            <w:vAlign w:val="center"/>
          </w:tcPr>
          <w:p w14:paraId="0CA511EE" w14:textId="77777777" w:rsidR="00E6505E" w:rsidRDefault="00000000">
            <w:r>
              <w:rPr>
                <w:sz w:val="13"/>
              </w:rPr>
              <w:t>3</w:t>
            </w:r>
          </w:p>
        </w:tc>
        <w:tc>
          <w:tcPr>
            <w:tcW w:w="2131" w:type="dxa"/>
            <w:vAlign w:val="center"/>
          </w:tcPr>
          <w:p w14:paraId="33AD98E0" w14:textId="77777777" w:rsidR="00E6505E" w:rsidRDefault="00000000">
            <w:r>
              <w:rPr>
                <w:sz w:val="13"/>
              </w:rPr>
              <w:t>B</w:t>
            </w:r>
          </w:p>
        </w:tc>
      </w:tr>
      <w:tr w:rsidR="00E6505E" w14:paraId="35AA34F2" w14:textId="77777777">
        <w:trPr>
          <w:jc w:val="center"/>
        </w:trPr>
        <w:tc>
          <w:tcPr>
            <w:tcW w:w="2131" w:type="dxa"/>
            <w:vAlign w:val="center"/>
          </w:tcPr>
          <w:p w14:paraId="00E2C2FB" w14:textId="77777777" w:rsidR="00E6505E" w:rsidRDefault="00000000">
            <w:r>
              <w:rPr>
                <w:sz w:val="13"/>
              </w:rPr>
              <w:t>Shoot K</w:t>
            </w:r>
          </w:p>
        </w:tc>
        <w:tc>
          <w:tcPr>
            <w:tcW w:w="2131" w:type="dxa"/>
            <w:vAlign w:val="center"/>
          </w:tcPr>
          <w:p w14:paraId="165EB801" w14:textId="77777777" w:rsidR="00E6505E" w:rsidRDefault="00000000">
            <w:r>
              <w:rPr>
                <w:sz w:val="13"/>
              </w:rPr>
              <w:t>T8</w:t>
            </w:r>
          </w:p>
        </w:tc>
        <w:tc>
          <w:tcPr>
            <w:tcW w:w="2131" w:type="dxa"/>
            <w:vAlign w:val="center"/>
          </w:tcPr>
          <w:p w14:paraId="4AC5C745" w14:textId="77777777" w:rsidR="00E6505E" w:rsidRDefault="00000000">
            <w:r>
              <w:rPr>
                <w:sz w:val="13"/>
              </w:rPr>
              <w:t>4.18 ± 0.08</w:t>
            </w:r>
          </w:p>
        </w:tc>
        <w:tc>
          <w:tcPr>
            <w:tcW w:w="2131" w:type="dxa"/>
            <w:vAlign w:val="center"/>
          </w:tcPr>
          <w:p w14:paraId="207A7D4B" w14:textId="77777777" w:rsidR="00E6505E" w:rsidRDefault="00000000">
            <w:r>
              <w:rPr>
                <w:sz w:val="13"/>
              </w:rPr>
              <w:t>3</w:t>
            </w:r>
          </w:p>
        </w:tc>
        <w:tc>
          <w:tcPr>
            <w:tcW w:w="2131" w:type="dxa"/>
            <w:vAlign w:val="center"/>
          </w:tcPr>
          <w:p w14:paraId="1625729A" w14:textId="77777777" w:rsidR="00E6505E" w:rsidRDefault="00000000">
            <w:r>
              <w:rPr>
                <w:sz w:val="13"/>
              </w:rPr>
              <w:t>A</w:t>
            </w:r>
          </w:p>
        </w:tc>
      </w:tr>
      <w:tr w:rsidR="00E6505E" w14:paraId="0784E30E" w14:textId="77777777">
        <w:trPr>
          <w:jc w:val="center"/>
        </w:trPr>
        <w:tc>
          <w:tcPr>
            <w:tcW w:w="2131" w:type="dxa"/>
            <w:vAlign w:val="center"/>
          </w:tcPr>
          <w:p w14:paraId="5DBDE7D4" w14:textId="77777777" w:rsidR="00E6505E" w:rsidRDefault="00000000">
            <w:r>
              <w:rPr>
                <w:sz w:val="13"/>
              </w:rPr>
              <w:t>Shoot K</w:t>
            </w:r>
          </w:p>
        </w:tc>
        <w:tc>
          <w:tcPr>
            <w:tcW w:w="2131" w:type="dxa"/>
            <w:vAlign w:val="center"/>
          </w:tcPr>
          <w:p w14:paraId="59738788" w14:textId="77777777" w:rsidR="00E6505E" w:rsidRDefault="00000000">
            <w:r>
              <w:rPr>
                <w:sz w:val="13"/>
              </w:rPr>
              <w:t>T9</w:t>
            </w:r>
          </w:p>
        </w:tc>
        <w:tc>
          <w:tcPr>
            <w:tcW w:w="2131" w:type="dxa"/>
            <w:vAlign w:val="center"/>
          </w:tcPr>
          <w:p w14:paraId="40234C3D" w14:textId="77777777" w:rsidR="00E6505E" w:rsidRDefault="00000000">
            <w:r>
              <w:rPr>
                <w:sz w:val="13"/>
              </w:rPr>
              <w:t>3.90 ± 0.42</w:t>
            </w:r>
          </w:p>
        </w:tc>
        <w:tc>
          <w:tcPr>
            <w:tcW w:w="2131" w:type="dxa"/>
            <w:vAlign w:val="center"/>
          </w:tcPr>
          <w:p w14:paraId="2530A637" w14:textId="77777777" w:rsidR="00E6505E" w:rsidRDefault="00000000">
            <w:r>
              <w:rPr>
                <w:sz w:val="13"/>
              </w:rPr>
              <w:t>3</w:t>
            </w:r>
          </w:p>
        </w:tc>
        <w:tc>
          <w:tcPr>
            <w:tcW w:w="2131" w:type="dxa"/>
            <w:vAlign w:val="center"/>
          </w:tcPr>
          <w:p w14:paraId="56654E97" w14:textId="77777777" w:rsidR="00E6505E" w:rsidRDefault="00000000">
            <w:r>
              <w:rPr>
                <w:sz w:val="13"/>
              </w:rPr>
              <w:t>A</w:t>
            </w:r>
          </w:p>
        </w:tc>
      </w:tr>
      <w:tr w:rsidR="00E6505E" w14:paraId="60B1EF78" w14:textId="77777777">
        <w:trPr>
          <w:jc w:val="center"/>
        </w:trPr>
        <w:tc>
          <w:tcPr>
            <w:tcW w:w="2131" w:type="dxa"/>
            <w:vAlign w:val="center"/>
          </w:tcPr>
          <w:p w14:paraId="10074EA8" w14:textId="77777777" w:rsidR="00E6505E" w:rsidRDefault="00000000">
            <w:r>
              <w:rPr>
                <w:sz w:val="13"/>
              </w:rPr>
              <w:t>Shoot Ca</w:t>
            </w:r>
          </w:p>
        </w:tc>
        <w:tc>
          <w:tcPr>
            <w:tcW w:w="2131" w:type="dxa"/>
            <w:vAlign w:val="center"/>
          </w:tcPr>
          <w:p w14:paraId="036129D9" w14:textId="77777777" w:rsidR="00E6505E" w:rsidRDefault="00000000">
            <w:r>
              <w:rPr>
                <w:sz w:val="13"/>
              </w:rPr>
              <w:t>T0</w:t>
            </w:r>
          </w:p>
        </w:tc>
        <w:tc>
          <w:tcPr>
            <w:tcW w:w="2131" w:type="dxa"/>
            <w:vAlign w:val="center"/>
          </w:tcPr>
          <w:p w14:paraId="418F20C1" w14:textId="77777777" w:rsidR="00E6505E" w:rsidRDefault="00000000">
            <w:r>
              <w:rPr>
                <w:sz w:val="13"/>
              </w:rPr>
              <w:t>2.40 ± 0.34</w:t>
            </w:r>
          </w:p>
        </w:tc>
        <w:tc>
          <w:tcPr>
            <w:tcW w:w="2131" w:type="dxa"/>
            <w:vAlign w:val="center"/>
          </w:tcPr>
          <w:p w14:paraId="2AE86B6C" w14:textId="77777777" w:rsidR="00E6505E" w:rsidRDefault="00000000">
            <w:r>
              <w:rPr>
                <w:sz w:val="13"/>
              </w:rPr>
              <w:t>3</w:t>
            </w:r>
          </w:p>
        </w:tc>
        <w:tc>
          <w:tcPr>
            <w:tcW w:w="2131" w:type="dxa"/>
            <w:vAlign w:val="center"/>
          </w:tcPr>
          <w:p w14:paraId="316DE9DF" w14:textId="77777777" w:rsidR="00E6505E" w:rsidRDefault="00000000">
            <w:r>
              <w:rPr>
                <w:sz w:val="13"/>
              </w:rPr>
              <w:t>A</w:t>
            </w:r>
          </w:p>
        </w:tc>
      </w:tr>
      <w:tr w:rsidR="00E6505E" w14:paraId="708A4A1E" w14:textId="77777777">
        <w:trPr>
          <w:jc w:val="center"/>
        </w:trPr>
        <w:tc>
          <w:tcPr>
            <w:tcW w:w="2131" w:type="dxa"/>
            <w:vAlign w:val="center"/>
          </w:tcPr>
          <w:p w14:paraId="253CB82B" w14:textId="77777777" w:rsidR="00E6505E" w:rsidRDefault="00000000">
            <w:r>
              <w:rPr>
                <w:sz w:val="13"/>
              </w:rPr>
              <w:t>Shoot Ca</w:t>
            </w:r>
          </w:p>
        </w:tc>
        <w:tc>
          <w:tcPr>
            <w:tcW w:w="2131" w:type="dxa"/>
            <w:vAlign w:val="center"/>
          </w:tcPr>
          <w:p w14:paraId="257220D7" w14:textId="77777777" w:rsidR="00E6505E" w:rsidRDefault="00000000">
            <w:r>
              <w:rPr>
                <w:sz w:val="13"/>
              </w:rPr>
              <w:t>T1</w:t>
            </w:r>
          </w:p>
        </w:tc>
        <w:tc>
          <w:tcPr>
            <w:tcW w:w="2131" w:type="dxa"/>
            <w:vAlign w:val="center"/>
          </w:tcPr>
          <w:p w14:paraId="26629C11" w14:textId="77777777" w:rsidR="00E6505E" w:rsidRDefault="00000000">
            <w:r>
              <w:rPr>
                <w:sz w:val="13"/>
              </w:rPr>
              <w:t>1.18 ± 0.15</w:t>
            </w:r>
          </w:p>
        </w:tc>
        <w:tc>
          <w:tcPr>
            <w:tcW w:w="2131" w:type="dxa"/>
            <w:vAlign w:val="center"/>
          </w:tcPr>
          <w:p w14:paraId="300A085A" w14:textId="77777777" w:rsidR="00E6505E" w:rsidRDefault="00000000">
            <w:r>
              <w:rPr>
                <w:sz w:val="13"/>
              </w:rPr>
              <w:t>3</w:t>
            </w:r>
          </w:p>
        </w:tc>
        <w:tc>
          <w:tcPr>
            <w:tcW w:w="2131" w:type="dxa"/>
            <w:vAlign w:val="center"/>
          </w:tcPr>
          <w:p w14:paraId="0BEF25D0" w14:textId="77777777" w:rsidR="00E6505E" w:rsidRDefault="00000000">
            <w:r>
              <w:rPr>
                <w:sz w:val="13"/>
              </w:rPr>
              <w:t>C</w:t>
            </w:r>
          </w:p>
        </w:tc>
      </w:tr>
      <w:tr w:rsidR="00E6505E" w14:paraId="22C89B63" w14:textId="77777777">
        <w:trPr>
          <w:jc w:val="center"/>
        </w:trPr>
        <w:tc>
          <w:tcPr>
            <w:tcW w:w="2131" w:type="dxa"/>
            <w:vAlign w:val="center"/>
          </w:tcPr>
          <w:p w14:paraId="044A4B86" w14:textId="77777777" w:rsidR="00E6505E" w:rsidRDefault="00000000">
            <w:r>
              <w:rPr>
                <w:sz w:val="13"/>
              </w:rPr>
              <w:t>Shoot Ca</w:t>
            </w:r>
          </w:p>
        </w:tc>
        <w:tc>
          <w:tcPr>
            <w:tcW w:w="2131" w:type="dxa"/>
            <w:vAlign w:val="center"/>
          </w:tcPr>
          <w:p w14:paraId="31401970" w14:textId="77777777" w:rsidR="00E6505E" w:rsidRDefault="00000000">
            <w:r>
              <w:rPr>
                <w:sz w:val="13"/>
              </w:rPr>
              <w:t>T10</w:t>
            </w:r>
          </w:p>
        </w:tc>
        <w:tc>
          <w:tcPr>
            <w:tcW w:w="2131" w:type="dxa"/>
            <w:vAlign w:val="center"/>
          </w:tcPr>
          <w:p w14:paraId="031CBBA7" w14:textId="77777777" w:rsidR="00E6505E" w:rsidRDefault="00000000">
            <w:r>
              <w:rPr>
                <w:sz w:val="13"/>
              </w:rPr>
              <w:t>0.76 ± 0.11</w:t>
            </w:r>
          </w:p>
        </w:tc>
        <w:tc>
          <w:tcPr>
            <w:tcW w:w="2131" w:type="dxa"/>
            <w:vAlign w:val="center"/>
          </w:tcPr>
          <w:p w14:paraId="0057A09B" w14:textId="77777777" w:rsidR="00E6505E" w:rsidRDefault="00000000">
            <w:r>
              <w:rPr>
                <w:sz w:val="13"/>
              </w:rPr>
              <w:t>3</w:t>
            </w:r>
          </w:p>
        </w:tc>
        <w:tc>
          <w:tcPr>
            <w:tcW w:w="2131" w:type="dxa"/>
            <w:vAlign w:val="center"/>
          </w:tcPr>
          <w:p w14:paraId="3CB910DC" w14:textId="77777777" w:rsidR="00E6505E" w:rsidRDefault="00000000">
            <w:r>
              <w:rPr>
                <w:sz w:val="13"/>
              </w:rPr>
              <w:t>C</w:t>
            </w:r>
          </w:p>
        </w:tc>
      </w:tr>
      <w:tr w:rsidR="00E6505E" w14:paraId="7A0FF05C" w14:textId="77777777">
        <w:trPr>
          <w:jc w:val="center"/>
        </w:trPr>
        <w:tc>
          <w:tcPr>
            <w:tcW w:w="2131" w:type="dxa"/>
            <w:vAlign w:val="center"/>
          </w:tcPr>
          <w:p w14:paraId="04FDFBE3" w14:textId="77777777" w:rsidR="00E6505E" w:rsidRDefault="00000000">
            <w:r>
              <w:rPr>
                <w:sz w:val="13"/>
              </w:rPr>
              <w:t>Shoot Ca</w:t>
            </w:r>
          </w:p>
        </w:tc>
        <w:tc>
          <w:tcPr>
            <w:tcW w:w="2131" w:type="dxa"/>
            <w:vAlign w:val="center"/>
          </w:tcPr>
          <w:p w14:paraId="1EB4DB8E" w14:textId="77777777" w:rsidR="00E6505E" w:rsidRDefault="00000000">
            <w:r>
              <w:rPr>
                <w:sz w:val="13"/>
              </w:rPr>
              <w:t>T2</w:t>
            </w:r>
          </w:p>
        </w:tc>
        <w:tc>
          <w:tcPr>
            <w:tcW w:w="2131" w:type="dxa"/>
            <w:vAlign w:val="center"/>
          </w:tcPr>
          <w:p w14:paraId="1B5790E2" w14:textId="77777777" w:rsidR="00E6505E" w:rsidRDefault="00000000">
            <w:r>
              <w:rPr>
                <w:sz w:val="13"/>
              </w:rPr>
              <w:t>1.80 ± 0.12</w:t>
            </w:r>
          </w:p>
        </w:tc>
        <w:tc>
          <w:tcPr>
            <w:tcW w:w="2131" w:type="dxa"/>
            <w:vAlign w:val="center"/>
          </w:tcPr>
          <w:p w14:paraId="095DEDB8" w14:textId="77777777" w:rsidR="00E6505E" w:rsidRDefault="00000000">
            <w:r>
              <w:rPr>
                <w:sz w:val="13"/>
              </w:rPr>
              <w:t>3</w:t>
            </w:r>
          </w:p>
        </w:tc>
        <w:tc>
          <w:tcPr>
            <w:tcW w:w="2131" w:type="dxa"/>
            <w:vAlign w:val="center"/>
          </w:tcPr>
          <w:p w14:paraId="7375677C" w14:textId="77777777" w:rsidR="00E6505E" w:rsidRDefault="00000000">
            <w:r>
              <w:rPr>
                <w:sz w:val="13"/>
              </w:rPr>
              <w:t>B</w:t>
            </w:r>
          </w:p>
        </w:tc>
      </w:tr>
      <w:tr w:rsidR="00E6505E" w14:paraId="1AAF0807" w14:textId="77777777">
        <w:trPr>
          <w:jc w:val="center"/>
        </w:trPr>
        <w:tc>
          <w:tcPr>
            <w:tcW w:w="2131" w:type="dxa"/>
            <w:vAlign w:val="center"/>
          </w:tcPr>
          <w:p w14:paraId="5085046A" w14:textId="77777777" w:rsidR="00E6505E" w:rsidRDefault="00000000">
            <w:r>
              <w:rPr>
                <w:sz w:val="13"/>
              </w:rPr>
              <w:t>Shoot Ca</w:t>
            </w:r>
          </w:p>
        </w:tc>
        <w:tc>
          <w:tcPr>
            <w:tcW w:w="2131" w:type="dxa"/>
            <w:vAlign w:val="center"/>
          </w:tcPr>
          <w:p w14:paraId="1A072E40" w14:textId="77777777" w:rsidR="00E6505E" w:rsidRDefault="00000000">
            <w:r>
              <w:rPr>
                <w:sz w:val="13"/>
              </w:rPr>
              <w:t>T3</w:t>
            </w:r>
          </w:p>
        </w:tc>
        <w:tc>
          <w:tcPr>
            <w:tcW w:w="2131" w:type="dxa"/>
            <w:vAlign w:val="center"/>
          </w:tcPr>
          <w:p w14:paraId="20861BA1" w14:textId="77777777" w:rsidR="00E6505E" w:rsidRDefault="00000000">
            <w:r>
              <w:rPr>
                <w:sz w:val="13"/>
              </w:rPr>
              <w:t>1.40 ± 0.13</w:t>
            </w:r>
          </w:p>
        </w:tc>
        <w:tc>
          <w:tcPr>
            <w:tcW w:w="2131" w:type="dxa"/>
            <w:vAlign w:val="center"/>
          </w:tcPr>
          <w:p w14:paraId="53DEA2D0" w14:textId="77777777" w:rsidR="00E6505E" w:rsidRDefault="00000000">
            <w:r>
              <w:rPr>
                <w:sz w:val="13"/>
              </w:rPr>
              <w:t>3</w:t>
            </w:r>
          </w:p>
        </w:tc>
        <w:tc>
          <w:tcPr>
            <w:tcW w:w="2131" w:type="dxa"/>
            <w:vAlign w:val="center"/>
          </w:tcPr>
          <w:p w14:paraId="1F18EFAA" w14:textId="77777777" w:rsidR="00E6505E" w:rsidRDefault="00000000">
            <w:r>
              <w:rPr>
                <w:sz w:val="13"/>
              </w:rPr>
              <w:t>B</w:t>
            </w:r>
          </w:p>
        </w:tc>
      </w:tr>
      <w:tr w:rsidR="00E6505E" w14:paraId="66B7BE0A" w14:textId="77777777">
        <w:trPr>
          <w:jc w:val="center"/>
        </w:trPr>
        <w:tc>
          <w:tcPr>
            <w:tcW w:w="2131" w:type="dxa"/>
            <w:vAlign w:val="center"/>
          </w:tcPr>
          <w:p w14:paraId="47D3C205" w14:textId="77777777" w:rsidR="00E6505E" w:rsidRDefault="00000000">
            <w:r>
              <w:rPr>
                <w:sz w:val="13"/>
              </w:rPr>
              <w:t>Shoot Ca</w:t>
            </w:r>
          </w:p>
        </w:tc>
        <w:tc>
          <w:tcPr>
            <w:tcW w:w="2131" w:type="dxa"/>
            <w:vAlign w:val="center"/>
          </w:tcPr>
          <w:p w14:paraId="21C70C9D" w14:textId="77777777" w:rsidR="00E6505E" w:rsidRDefault="00000000">
            <w:r>
              <w:rPr>
                <w:sz w:val="13"/>
              </w:rPr>
              <w:t>T4</w:t>
            </w:r>
          </w:p>
        </w:tc>
        <w:tc>
          <w:tcPr>
            <w:tcW w:w="2131" w:type="dxa"/>
            <w:vAlign w:val="center"/>
          </w:tcPr>
          <w:p w14:paraId="6C3BB1DB" w14:textId="77777777" w:rsidR="00E6505E" w:rsidRDefault="00000000">
            <w:r>
              <w:rPr>
                <w:sz w:val="13"/>
              </w:rPr>
              <w:t>0.92 ± 0.23</w:t>
            </w:r>
          </w:p>
        </w:tc>
        <w:tc>
          <w:tcPr>
            <w:tcW w:w="2131" w:type="dxa"/>
            <w:vAlign w:val="center"/>
          </w:tcPr>
          <w:p w14:paraId="4923220F" w14:textId="77777777" w:rsidR="00E6505E" w:rsidRDefault="00000000">
            <w:r>
              <w:rPr>
                <w:sz w:val="13"/>
              </w:rPr>
              <w:t>3</w:t>
            </w:r>
          </w:p>
        </w:tc>
        <w:tc>
          <w:tcPr>
            <w:tcW w:w="2131" w:type="dxa"/>
            <w:vAlign w:val="center"/>
          </w:tcPr>
          <w:p w14:paraId="63DE6AE5" w14:textId="77777777" w:rsidR="00E6505E" w:rsidRDefault="00000000">
            <w:r>
              <w:rPr>
                <w:sz w:val="13"/>
              </w:rPr>
              <w:t>C</w:t>
            </w:r>
          </w:p>
        </w:tc>
      </w:tr>
      <w:tr w:rsidR="00E6505E" w14:paraId="58E7D116" w14:textId="77777777">
        <w:trPr>
          <w:jc w:val="center"/>
        </w:trPr>
        <w:tc>
          <w:tcPr>
            <w:tcW w:w="2131" w:type="dxa"/>
            <w:vAlign w:val="center"/>
          </w:tcPr>
          <w:p w14:paraId="32026039" w14:textId="77777777" w:rsidR="00E6505E" w:rsidRDefault="00000000">
            <w:r>
              <w:rPr>
                <w:sz w:val="13"/>
              </w:rPr>
              <w:t>Shoot Ca</w:t>
            </w:r>
          </w:p>
        </w:tc>
        <w:tc>
          <w:tcPr>
            <w:tcW w:w="2131" w:type="dxa"/>
            <w:vAlign w:val="center"/>
          </w:tcPr>
          <w:p w14:paraId="20323556" w14:textId="77777777" w:rsidR="00E6505E" w:rsidRDefault="00000000">
            <w:r>
              <w:rPr>
                <w:sz w:val="13"/>
              </w:rPr>
              <w:t>T5</w:t>
            </w:r>
          </w:p>
        </w:tc>
        <w:tc>
          <w:tcPr>
            <w:tcW w:w="2131" w:type="dxa"/>
            <w:vAlign w:val="center"/>
          </w:tcPr>
          <w:p w14:paraId="4134FAC9" w14:textId="77777777" w:rsidR="00E6505E" w:rsidRDefault="00000000">
            <w:r>
              <w:rPr>
                <w:sz w:val="13"/>
              </w:rPr>
              <w:t>1.53 ± 0.12</w:t>
            </w:r>
          </w:p>
        </w:tc>
        <w:tc>
          <w:tcPr>
            <w:tcW w:w="2131" w:type="dxa"/>
            <w:vAlign w:val="center"/>
          </w:tcPr>
          <w:p w14:paraId="2885C2FE" w14:textId="77777777" w:rsidR="00E6505E" w:rsidRDefault="00000000">
            <w:r>
              <w:rPr>
                <w:sz w:val="13"/>
              </w:rPr>
              <w:t>3</w:t>
            </w:r>
          </w:p>
        </w:tc>
        <w:tc>
          <w:tcPr>
            <w:tcW w:w="2131" w:type="dxa"/>
            <w:vAlign w:val="center"/>
          </w:tcPr>
          <w:p w14:paraId="2E96592D" w14:textId="77777777" w:rsidR="00E6505E" w:rsidRDefault="00000000">
            <w:r>
              <w:rPr>
                <w:sz w:val="13"/>
              </w:rPr>
              <w:t>B</w:t>
            </w:r>
          </w:p>
        </w:tc>
      </w:tr>
      <w:tr w:rsidR="00E6505E" w14:paraId="79BAB802" w14:textId="77777777">
        <w:trPr>
          <w:jc w:val="center"/>
        </w:trPr>
        <w:tc>
          <w:tcPr>
            <w:tcW w:w="2131" w:type="dxa"/>
            <w:vAlign w:val="center"/>
          </w:tcPr>
          <w:p w14:paraId="504D2C9B" w14:textId="77777777" w:rsidR="00E6505E" w:rsidRDefault="00000000">
            <w:r>
              <w:rPr>
                <w:sz w:val="13"/>
              </w:rPr>
              <w:t>Shoot Ca</w:t>
            </w:r>
          </w:p>
        </w:tc>
        <w:tc>
          <w:tcPr>
            <w:tcW w:w="2131" w:type="dxa"/>
            <w:vAlign w:val="center"/>
          </w:tcPr>
          <w:p w14:paraId="3BB51A90" w14:textId="77777777" w:rsidR="00E6505E" w:rsidRDefault="00000000">
            <w:r>
              <w:rPr>
                <w:sz w:val="13"/>
              </w:rPr>
              <w:t>T6</w:t>
            </w:r>
          </w:p>
        </w:tc>
        <w:tc>
          <w:tcPr>
            <w:tcW w:w="2131" w:type="dxa"/>
            <w:vAlign w:val="center"/>
          </w:tcPr>
          <w:p w14:paraId="2DC8E180" w14:textId="77777777" w:rsidR="00E6505E" w:rsidRDefault="00000000">
            <w:r>
              <w:rPr>
                <w:sz w:val="13"/>
              </w:rPr>
              <w:t>1.22 ± 0.06</w:t>
            </w:r>
          </w:p>
        </w:tc>
        <w:tc>
          <w:tcPr>
            <w:tcW w:w="2131" w:type="dxa"/>
            <w:vAlign w:val="center"/>
          </w:tcPr>
          <w:p w14:paraId="0E7FC784" w14:textId="77777777" w:rsidR="00E6505E" w:rsidRDefault="00000000">
            <w:r>
              <w:rPr>
                <w:sz w:val="13"/>
              </w:rPr>
              <w:t>3</w:t>
            </w:r>
          </w:p>
        </w:tc>
        <w:tc>
          <w:tcPr>
            <w:tcW w:w="2131" w:type="dxa"/>
            <w:vAlign w:val="center"/>
          </w:tcPr>
          <w:p w14:paraId="5715C887" w14:textId="77777777" w:rsidR="00E6505E" w:rsidRDefault="00000000">
            <w:r>
              <w:rPr>
                <w:sz w:val="13"/>
              </w:rPr>
              <w:t>C</w:t>
            </w:r>
          </w:p>
        </w:tc>
      </w:tr>
      <w:tr w:rsidR="00E6505E" w14:paraId="484D27A5" w14:textId="77777777">
        <w:trPr>
          <w:jc w:val="center"/>
        </w:trPr>
        <w:tc>
          <w:tcPr>
            <w:tcW w:w="2131" w:type="dxa"/>
            <w:vAlign w:val="center"/>
          </w:tcPr>
          <w:p w14:paraId="0B32242F" w14:textId="77777777" w:rsidR="00E6505E" w:rsidRDefault="00000000">
            <w:r>
              <w:rPr>
                <w:sz w:val="13"/>
              </w:rPr>
              <w:t>Shoot Ca</w:t>
            </w:r>
          </w:p>
        </w:tc>
        <w:tc>
          <w:tcPr>
            <w:tcW w:w="2131" w:type="dxa"/>
            <w:vAlign w:val="center"/>
          </w:tcPr>
          <w:p w14:paraId="1DA2D181" w14:textId="77777777" w:rsidR="00E6505E" w:rsidRDefault="00000000">
            <w:r>
              <w:rPr>
                <w:sz w:val="13"/>
              </w:rPr>
              <w:t>T7</w:t>
            </w:r>
          </w:p>
        </w:tc>
        <w:tc>
          <w:tcPr>
            <w:tcW w:w="2131" w:type="dxa"/>
            <w:vAlign w:val="center"/>
          </w:tcPr>
          <w:p w14:paraId="0A4BFEB5" w14:textId="77777777" w:rsidR="00E6505E" w:rsidRDefault="00000000">
            <w:r>
              <w:rPr>
                <w:sz w:val="13"/>
              </w:rPr>
              <w:t>0.79 ± 0.06</w:t>
            </w:r>
          </w:p>
        </w:tc>
        <w:tc>
          <w:tcPr>
            <w:tcW w:w="2131" w:type="dxa"/>
            <w:vAlign w:val="center"/>
          </w:tcPr>
          <w:p w14:paraId="20772C1D" w14:textId="77777777" w:rsidR="00E6505E" w:rsidRDefault="00000000">
            <w:r>
              <w:rPr>
                <w:sz w:val="13"/>
              </w:rPr>
              <w:t>3</w:t>
            </w:r>
          </w:p>
        </w:tc>
        <w:tc>
          <w:tcPr>
            <w:tcW w:w="2131" w:type="dxa"/>
            <w:vAlign w:val="center"/>
          </w:tcPr>
          <w:p w14:paraId="16E41D85" w14:textId="77777777" w:rsidR="00E6505E" w:rsidRDefault="00000000">
            <w:r>
              <w:rPr>
                <w:sz w:val="13"/>
              </w:rPr>
              <w:t>C</w:t>
            </w:r>
          </w:p>
        </w:tc>
      </w:tr>
      <w:tr w:rsidR="00E6505E" w14:paraId="3C309F95" w14:textId="77777777">
        <w:trPr>
          <w:jc w:val="center"/>
        </w:trPr>
        <w:tc>
          <w:tcPr>
            <w:tcW w:w="2131" w:type="dxa"/>
            <w:vAlign w:val="center"/>
          </w:tcPr>
          <w:p w14:paraId="52F6C4D9" w14:textId="77777777" w:rsidR="00E6505E" w:rsidRDefault="00000000">
            <w:r>
              <w:rPr>
                <w:sz w:val="13"/>
              </w:rPr>
              <w:t>Shoot Ca</w:t>
            </w:r>
          </w:p>
        </w:tc>
        <w:tc>
          <w:tcPr>
            <w:tcW w:w="2131" w:type="dxa"/>
            <w:vAlign w:val="center"/>
          </w:tcPr>
          <w:p w14:paraId="5FEAA5DA" w14:textId="77777777" w:rsidR="00E6505E" w:rsidRDefault="00000000">
            <w:r>
              <w:rPr>
                <w:sz w:val="13"/>
              </w:rPr>
              <w:t>T8</w:t>
            </w:r>
          </w:p>
        </w:tc>
        <w:tc>
          <w:tcPr>
            <w:tcW w:w="2131" w:type="dxa"/>
            <w:vAlign w:val="center"/>
          </w:tcPr>
          <w:p w14:paraId="47E9810C" w14:textId="77777777" w:rsidR="00E6505E" w:rsidRDefault="00000000">
            <w:r>
              <w:rPr>
                <w:sz w:val="13"/>
              </w:rPr>
              <w:t>1.36 ± 0.07</w:t>
            </w:r>
          </w:p>
        </w:tc>
        <w:tc>
          <w:tcPr>
            <w:tcW w:w="2131" w:type="dxa"/>
            <w:vAlign w:val="center"/>
          </w:tcPr>
          <w:p w14:paraId="640895EE" w14:textId="77777777" w:rsidR="00E6505E" w:rsidRDefault="00000000">
            <w:r>
              <w:rPr>
                <w:sz w:val="13"/>
              </w:rPr>
              <w:t>3</w:t>
            </w:r>
          </w:p>
        </w:tc>
        <w:tc>
          <w:tcPr>
            <w:tcW w:w="2131" w:type="dxa"/>
            <w:vAlign w:val="center"/>
          </w:tcPr>
          <w:p w14:paraId="386CACDE" w14:textId="77777777" w:rsidR="00E6505E" w:rsidRDefault="00000000">
            <w:r>
              <w:rPr>
                <w:sz w:val="13"/>
              </w:rPr>
              <w:t>B</w:t>
            </w:r>
          </w:p>
        </w:tc>
      </w:tr>
      <w:tr w:rsidR="00E6505E" w14:paraId="1A8BB8F5" w14:textId="77777777">
        <w:trPr>
          <w:jc w:val="center"/>
        </w:trPr>
        <w:tc>
          <w:tcPr>
            <w:tcW w:w="2131" w:type="dxa"/>
            <w:vAlign w:val="center"/>
          </w:tcPr>
          <w:p w14:paraId="3066F64A" w14:textId="77777777" w:rsidR="00E6505E" w:rsidRDefault="00000000">
            <w:r>
              <w:rPr>
                <w:sz w:val="13"/>
              </w:rPr>
              <w:t>Shoot Ca</w:t>
            </w:r>
          </w:p>
        </w:tc>
        <w:tc>
          <w:tcPr>
            <w:tcW w:w="2131" w:type="dxa"/>
            <w:vAlign w:val="center"/>
          </w:tcPr>
          <w:p w14:paraId="79034295" w14:textId="77777777" w:rsidR="00E6505E" w:rsidRDefault="00000000">
            <w:r>
              <w:rPr>
                <w:sz w:val="13"/>
              </w:rPr>
              <w:t>T9</w:t>
            </w:r>
          </w:p>
        </w:tc>
        <w:tc>
          <w:tcPr>
            <w:tcW w:w="2131" w:type="dxa"/>
            <w:vAlign w:val="center"/>
          </w:tcPr>
          <w:p w14:paraId="0D1E35D5" w14:textId="77777777" w:rsidR="00E6505E" w:rsidRDefault="00000000">
            <w:r>
              <w:rPr>
                <w:sz w:val="13"/>
              </w:rPr>
              <w:t>1.09 ± 0.10</w:t>
            </w:r>
          </w:p>
        </w:tc>
        <w:tc>
          <w:tcPr>
            <w:tcW w:w="2131" w:type="dxa"/>
            <w:vAlign w:val="center"/>
          </w:tcPr>
          <w:p w14:paraId="5B03EED7" w14:textId="77777777" w:rsidR="00E6505E" w:rsidRDefault="00000000">
            <w:r>
              <w:rPr>
                <w:sz w:val="13"/>
              </w:rPr>
              <w:t>3</w:t>
            </w:r>
          </w:p>
        </w:tc>
        <w:tc>
          <w:tcPr>
            <w:tcW w:w="2131" w:type="dxa"/>
            <w:vAlign w:val="center"/>
          </w:tcPr>
          <w:p w14:paraId="40EE8C5E" w14:textId="77777777" w:rsidR="00E6505E" w:rsidRDefault="00000000">
            <w:r>
              <w:rPr>
                <w:sz w:val="13"/>
              </w:rPr>
              <w:t>C</w:t>
            </w:r>
          </w:p>
        </w:tc>
      </w:tr>
      <w:tr w:rsidR="00E6505E" w14:paraId="545E2CEC" w14:textId="77777777">
        <w:trPr>
          <w:jc w:val="center"/>
        </w:trPr>
        <w:tc>
          <w:tcPr>
            <w:tcW w:w="2131" w:type="dxa"/>
            <w:vAlign w:val="center"/>
          </w:tcPr>
          <w:p w14:paraId="7D435B6D" w14:textId="77777777" w:rsidR="00E6505E" w:rsidRDefault="00000000">
            <w:r>
              <w:rPr>
                <w:sz w:val="13"/>
              </w:rPr>
              <w:t>Shoot Mg</w:t>
            </w:r>
          </w:p>
        </w:tc>
        <w:tc>
          <w:tcPr>
            <w:tcW w:w="2131" w:type="dxa"/>
            <w:vAlign w:val="center"/>
          </w:tcPr>
          <w:p w14:paraId="1C176F4B" w14:textId="77777777" w:rsidR="00E6505E" w:rsidRDefault="00000000">
            <w:r>
              <w:rPr>
                <w:sz w:val="13"/>
              </w:rPr>
              <w:t>T0</w:t>
            </w:r>
          </w:p>
        </w:tc>
        <w:tc>
          <w:tcPr>
            <w:tcW w:w="2131" w:type="dxa"/>
            <w:vAlign w:val="center"/>
          </w:tcPr>
          <w:p w14:paraId="4A154C1D" w14:textId="77777777" w:rsidR="00E6505E" w:rsidRDefault="00000000">
            <w:r>
              <w:rPr>
                <w:sz w:val="13"/>
              </w:rPr>
              <w:t>0.50 ± 0.04</w:t>
            </w:r>
          </w:p>
        </w:tc>
        <w:tc>
          <w:tcPr>
            <w:tcW w:w="2131" w:type="dxa"/>
            <w:vAlign w:val="center"/>
          </w:tcPr>
          <w:p w14:paraId="2E15D365" w14:textId="77777777" w:rsidR="00E6505E" w:rsidRDefault="00000000">
            <w:r>
              <w:rPr>
                <w:sz w:val="13"/>
              </w:rPr>
              <w:t>3</w:t>
            </w:r>
          </w:p>
        </w:tc>
        <w:tc>
          <w:tcPr>
            <w:tcW w:w="2131" w:type="dxa"/>
            <w:vAlign w:val="center"/>
          </w:tcPr>
          <w:p w14:paraId="165BA1E3" w14:textId="77777777" w:rsidR="00E6505E" w:rsidRDefault="00000000">
            <w:r>
              <w:rPr>
                <w:sz w:val="13"/>
              </w:rPr>
              <w:t>B</w:t>
            </w:r>
          </w:p>
        </w:tc>
      </w:tr>
      <w:tr w:rsidR="00E6505E" w14:paraId="0F92B342" w14:textId="77777777">
        <w:trPr>
          <w:jc w:val="center"/>
        </w:trPr>
        <w:tc>
          <w:tcPr>
            <w:tcW w:w="2131" w:type="dxa"/>
            <w:vAlign w:val="center"/>
          </w:tcPr>
          <w:p w14:paraId="3BEE4110" w14:textId="77777777" w:rsidR="00E6505E" w:rsidRDefault="00000000">
            <w:r>
              <w:rPr>
                <w:sz w:val="13"/>
              </w:rPr>
              <w:t>Shoot Mg</w:t>
            </w:r>
          </w:p>
        </w:tc>
        <w:tc>
          <w:tcPr>
            <w:tcW w:w="2131" w:type="dxa"/>
            <w:vAlign w:val="center"/>
          </w:tcPr>
          <w:p w14:paraId="3E42C8CC" w14:textId="77777777" w:rsidR="00E6505E" w:rsidRDefault="00000000">
            <w:r>
              <w:rPr>
                <w:sz w:val="13"/>
              </w:rPr>
              <w:t>T1</w:t>
            </w:r>
          </w:p>
        </w:tc>
        <w:tc>
          <w:tcPr>
            <w:tcW w:w="2131" w:type="dxa"/>
            <w:vAlign w:val="center"/>
          </w:tcPr>
          <w:p w14:paraId="231E069D" w14:textId="77777777" w:rsidR="00E6505E" w:rsidRDefault="00000000">
            <w:r>
              <w:rPr>
                <w:sz w:val="13"/>
              </w:rPr>
              <w:t>0.58 ± 0.05</w:t>
            </w:r>
          </w:p>
        </w:tc>
        <w:tc>
          <w:tcPr>
            <w:tcW w:w="2131" w:type="dxa"/>
            <w:vAlign w:val="center"/>
          </w:tcPr>
          <w:p w14:paraId="51F079F8" w14:textId="77777777" w:rsidR="00E6505E" w:rsidRDefault="00000000">
            <w:r>
              <w:rPr>
                <w:sz w:val="13"/>
              </w:rPr>
              <w:t>3</w:t>
            </w:r>
          </w:p>
        </w:tc>
        <w:tc>
          <w:tcPr>
            <w:tcW w:w="2131" w:type="dxa"/>
            <w:vAlign w:val="center"/>
          </w:tcPr>
          <w:p w14:paraId="1183FD22" w14:textId="77777777" w:rsidR="00E6505E" w:rsidRDefault="00000000">
            <w:r>
              <w:rPr>
                <w:sz w:val="13"/>
              </w:rPr>
              <w:t>B</w:t>
            </w:r>
          </w:p>
        </w:tc>
      </w:tr>
      <w:tr w:rsidR="00E6505E" w14:paraId="2D832DB5" w14:textId="77777777">
        <w:trPr>
          <w:jc w:val="center"/>
        </w:trPr>
        <w:tc>
          <w:tcPr>
            <w:tcW w:w="2131" w:type="dxa"/>
            <w:vAlign w:val="center"/>
          </w:tcPr>
          <w:p w14:paraId="09F39D68" w14:textId="77777777" w:rsidR="00E6505E" w:rsidRDefault="00000000">
            <w:r>
              <w:rPr>
                <w:sz w:val="13"/>
              </w:rPr>
              <w:t>Shoot Mg</w:t>
            </w:r>
          </w:p>
        </w:tc>
        <w:tc>
          <w:tcPr>
            <w:tcW w:w="2131" w:type="dxa"/>
            <w:vAlign w:val="center"/>
          </w:tcPr>
          <w:p w14:paraId="61EA5B9F" w14:textId="77777777" w:rsidR="00E6505E" w:rsidRDefault="00000000">
            <w:r>
              <w:rPr>
                <w:sz w:val="13"/>
              </w:rPr>
              <w:t>T10</w:t>
            </w:r>
          </w:p>
        </w:tc>
        <w:tc>
          <w:tcPr>
            <w:tcW w:w="2131" w:type="dxa"/>
            <w:vAlign w:val="center"/>
          </w:tcPr>
          <w:p w14:paraId="76C9CF7B" w14:textId="77777777" w:rsidR="00E6505E" w:rsidRDefault="00000000">
            <w:r>
              <w:rPr>
                <w:sz w:val="13"/>
              </w:rPr>
              <w:t>0.71 ± 0.05</w:t>
            </w:r>
          </w:p>
        </w:tc>
        <w:tc>
          <w:tcPr>
            <w:tcW w:w="2131" w:type="dxa"/>
            <w:vAlign w:val="center"/>
          </w:tcPr>
          <w:p w14:paraId="37299107" w14:textId="77777777" w:rsidR="00E6505E" w:rsidRDefault="00000000">
            <w:r>
              <w:rPr>
                <w:sz w:val="13"/>
              </w:rPr>
              <w:t>3</w:t>
            </w:r>
          </w:p>
        </w:tc>
        <w:tc>
          <w:tcPr>
            <w:tcW w:w="2131" w:type="dxa"/>
            <w:vAlign w:val="center"/>
          </w:tcPr>
          <w:p w14:paraId="50AD903C" w14:textId="77777777" w:rsidR="00E6505E" w:rsidRDefault="00000000">
            <w:r>
              <w:rPr>
                <w:sz w:val="13"/>
              </w:rPr>
              <w:t>A</w:t>
            </w:r>
          </w:p>
        </w:tc>
      </w:tr>
      <w:tr w:rsidR="00E6505E" w14:paraId="1B1623AD" w14:textId="77777777">
        <w:trPr>
          <w:jc w:val="center"/>
        </w:trPr>
        <w:tc>
          <w:tcPr>
            <w:tcW w:w="2131" w:type="dxa"/>
            <w:vAlign w:val="center"/>
          </w:tcPr>
          <w:p w14:paraId="1C7D3F6A" w14:textId="77777777" w:rsidR="00E6505E" w:rsidRDefault="00000000">
            <w:r>
              <w:rPr>
                <w:sz w:val="13"/>
              </w:rPr>
              <w:t>Shoot Mg</w:t>
            </w:r>
          </w:p>
        </w:tc>
        <w:tc>
          <w:tcPr>
            <w:tcW w:w="2131" w:type="dxa"/>
            <w:vAlign w:val="center"/>
          </w:tcPr>
          <w:p w14:paraId="0BF68400" w14:textId="77777777" w:rsidR="00E6505E" w:rsidRDefault="00000000">
            <w:r>
              <w:rPr>
                <w:sz w:val="13"/>
              </w:rPr>
              <w:t>T2</w:t>
            </w:r>
          </w:p>
        </w:tc>
        <w:tc>
          <w:tcPr>
            <w:tcW w:w="2131" w:type="dxa"/>
            <w:vAlign w:val="center"/>
          </w:tcPr>
          <w:p w14:paraId="0B32BA36" w14:textId="77777777" w:rsidR="00E6505E" w:rsidRDefault="00000000">
            <w:r>
              <w:rPr>
                <w:sz w:val="13"/>
              </w:rPr>
              <w:t>0.56 ± 0.02</w:t>
            </w:r>
          </w:p>
        </w:tc>
        <w:tc>
          <w:tcPr>
            <w:tcW w:w="2131" w:type="dxa"/>
            <w:vAlign w:val="center"/>
          </w:tcPr>
          <w:p w14:paraId="341E64A9" w14:textId="77777777" w:rsidR="00E6505E" w:rsidRDefault="00000000">
            <w:r>
              <w:rPr>
                <w:sz w:val="13"/>
              </w:rPr>
              <w:t>3</w:t>
            </w:r>
          </w:p>
        </w:tc>
        <w:tc>
          <w:tcPr>
            <w:tcW w:w="2131" w:type="dxa"/>
            <w:vAlign w:val="center"/>
          </w:tcPr>
          <w:p w14:paraId="0D088655" w14:textId="77777777" w:rsidR="00E6505E" w:rsidRDefault="00000000">
            <w:r>
              <w:rPr>
                <w:sz w:val="13"/>
              </w:rPr>
              <w:t>B</w:t>
            </w:r>
          </w:p>
        </w:tc>
      </w:tr>
      <w:tr w:rsidR="00E6505E" w14:paraId="23F4A3FE" w14:textId="77777777">
        <w:trPr>
          <w:jc w:val="center"/>
        </w:trPr>
        <w:tc>
          <w:tcPr>
            <w:tcW w:w="2131" w:type="dxa"/>
            <w:vAlign w:val="center"/>
          </w:tcPr>
          <w:p w14:paraId="3B63718D" w14:textId="77777777" w:rsidR="00E6505E" w:rsidRDefault="00000000">
            <w:r>
              <w:rPr>
                <w:sz w:val="13"/>
              </w:rPr>
              <w:t>Shoot Mg</w:t>
            </w:r>
          </w:p>
        </w:tc>
        <w:tc>
          <w:tcPr>
            <w:tcW w:w="2131" w:type="dxa"/>
            <w:vAlign w:val="center"/>
          </w:tcPr>
          <w:p w14:paraId="7107EF8F" w14:textId="77777777" w:rsidR="00E6505E" w:rsidRDefault="00000000">
            <w:r>
              <w:rPr>
                <w:sz w:val="13"/>
              </w:rPr>
              <w:t>T3</w:t>
            </w:r>
          </w:p>
        </w:tc>
        <w:tc>
          <w:tcPr>
            <w:tcW w:w="2131" w:type="dxa"/>
            <w:vAlign w:val="center"/>
          </w:tcPr>
          <w:p w14:paraId="587E29C6" w14:textId="77777777" w:rsidR="00E6505E" w:rsidRDefault="00000000">
            <w:r>
              <w:rPr>
                <w:sz w:val="13"/>
              </w:rPr>
              <w:t>0.67 ± 0.06</w:t>
            </w:r>
          </w:p>
        </w:tc>
        <w:tc>
          <w:tcPr>
            <w:tcW w:w="2131" w:type="dxa"/>
            <w:vAlign w:val="center"/>
          </w:tcPr>
          <w:p w14:paraId="7B156F43" w14:textId="77777777" w:rsidR="00E6505E" w:rsidRDefault="00000000">
            <w:r>
              <w:rPr>
                <w:sz w:val="13"/>
              </w:rPr>
              <w:t>3</w:t>
            </w:r>
          </w:p>
        </w:tc>
        <w:tc>
          <w:tcPr>
            <w:tcW w:w="2131" w:type="dxa"/>
            <w:vAlign w:val="center"/>
          </w:tcPr>
          <w:p w14:paraId="005A517C" w14:textId="77777777" w:rsidR="00E6505E" w:rsidRDefault="00000000">
            <w:r>
              <w:rPr>
                <w:sz w:val="13"/>
              </w:rPr>
              <w:t>A</w:t>
            </w:r>
          </w:p>
        </w:tc>
      </w:tr>
      <w:tr w:rsidR="00E6505E" w14:paraId="02103F22" w14:textId="77777777">
        <w:trPr>
          <w:jc w:val="center"/>
        </w:trPr>
        <w:tc>
          <w:tcPr>
            <w:tcW w:w="2131" w:type="dxa"/>
            <w:vAlign w:val="center"/>
          </w:tcPr>
          <w:p w14:paraId="7B44059D" w14:textId="77777777" w:rsidR="00E6505E" w:rsidRDefault="00000000">
            <w:r>
              <w:rPr>
                <w:sz w:val="13"/>
              </w:rPr>
              <w:t>Shoot Mg</w:t>
            </w:r>
          </w:p>
        </w:tc>
        <w:tc>
          <w:tcPr>
            <w:tcW w:w="2131" w:type="dxa"/>
            <w:vAlign w:val="center"/>
          </w:tcPr>
          <w:p w14:paraId="7B98450D" w14:textId="77777777" w:rsidR="00E6505E" w:rsidRDefault="00000000">
            <w:r>
              <w:rPr>
                <w:sz w:val="13"/>
              </w:rPr>
              <w:t>T4</w:t>
            </w:r>
          </w:p>
        </w:tc>
        <w:tc>
          <w:tcPr>
            <w:tcW w:w="2131" w:type="dxa"/>
            <w:vAlign w:val="center"/>
          </w:tcPr>
          <w:p w14:paraId="1B9E0F04" w14:textId="77777777" w:rsidR="00E6505E" w:rsidRDefault="00000000">
            <w:r>
              <w:rPr>
                <w:sz w:val="13"/>
              </w:rPr>
              <w:t>0.83 ± 0.09</w:t>
            </w:r>
          </w:p>
        </w:tc>
        <w:tc>
          <w:tcPr>
            <w:tcW w:w="2131" w:type="dxa"/>
            <w:vAlign w:val="center"/>
          </w:tcPr>
          <w:p w14:paraId="19B2D9B5" w14:textId="77777777" w:rsidR="00E6505E" w:rsidRDefault="00000000">
            <w:r>
              <w:rPr>
                <w:sz w:val="13"/>
              </w:rPr>
              <w:t>3</w:t>
            </w:r>
          </w:p>
        </w:tc>
        <w:tc>
          <w:tcPr>
            <w:tcW w:w="2131" w:type="dxa"/>
            <w:vAlign w:val="center"/>
          </w:tcPr>
          <w:p w14:paraId="7D56B2A4" w14:textId="77777777" w:rsidR="00E6505E" w:rsidRDefault="00000000">
            <w:r>
              <w:rPr>
                <w:sz w:val="13"/>
              </w:rPr>
              <w:t>A</w:t>
            </w:r>
          </w:p>
        </w:tc>
      </w:tr>
      <w:tr w:rsidR="00E6505E" w14:paraId="6EE384B6" w14:textId="77777777">
        <w:trPr>
          <w:jc w:val="center"/>
        </w:trPr>
        <w:tc>
          <w:tcPr>
            <w:tcW w:w="2131" w:type="dxa"/>
            <w:vAlign w:val="center"/>
          </w:tcPr>
          <w:p w14:paraId="4452B113" w14:textId="77777777" w:rsidR="00E6505E" w:rsidRDefault="00000000">
            <w:r>
              <w:rPr>
                <w:sz w:val="13"/>
              </w:rPr>
              <w:t>Shoot Mg</w:t>
            </w:r>
          </w:p>
        </w:tc>
        <w:tc>
          <w:tcPr>
            <w:tcW w:w="2131" w:type="dxa"/>
            <w:vAlign w:val="center"/>
          </w:tcPr>
          <w:p w14:paraId="336008D0" w14:textId="77777777" w:rsidR="00E6505E" w:rsidRDefault="00000000">
            <w:r>
              <w:rPr>
                <w:sz w:val="13"/>
              </w:rPr>
              <w:t>T5</w:t>
            </w:r>
          </w:p>
        </w:tc>
        <w:tc>
          <w:tcPr>
            <w:tcW w:w="2131" w:type="dxa"/>
            <w:vAlign w:val="center"/>
          </w:tcPr>
          <w:p w14:paraId="063ED50E" w14:textId="77777777" w:rsidR="00E6505E" w:rsidRDefault="00000000">
            <w:r>
              <w:rPr>
                <w:sz w:val="13"/>
              </w:rPr>
              <w:t>0.57 ± 0.06</w:t>
            </w:r>
          </w:p>
        </w:tc>
        <w:tc>
          <w:tcPr>
            <w:tcW w:w="2131" w:type="dxa"/>
            <w:vAlign w:val="center"/>
          </w:tcPr>
          <w:p w14:paraId="3380241F" w14:textId="77777777" w:rsidR="00E6505E" w:rsidRDefault="00000000">
            <w:r>
              <w:rPr>
                <w:sz w:val="13"/>
              </w:rPr>
              <w:t>3</w:t>
            </w:r>
          </w:p>
        </w:tc>
        <w:tc>
          <w:tcPr>
            <w:tcW w:w="2131" w:type="dxa"/>
            <w:vAlign w:val="center"/>
          </w:tcPr>
          <w:p w14:paraId="55F68F47" w14:textId="77777777" w:rsidR="00E6505E" w:rsidRDefault="00000000">
            <w:r>
              <w:rPr>
                <w:sz w:val="13"/>
              </w:rPr>
              <w:t>B</w:t>
            </w:r>
          </w:p>
        </w:tc>
      </w:tr>
      <w:tr w:rsidR="00E6505E" w14:paraId="416FD176" w14:textId="77777777">
        <w:trPr>
          <w:jc w:val="center"/>
        </w:trPr>
        <w:tc>
          <w:tcPr>
            <w:tcW w:w="2131" w:type="dxa"/>
            <w:vAlign w:val="center"/>
          </w:tcPr>
          <w:p w14:paraId="296725DE" w14:textId="77777777" w:rsidR="00E6505E" w:rsidRDefault="00000000">
            <w:r>
              <w:rPr>
                <w:sz w:val="13"/>
              </w:rPr>
              <w:t>Shoot Mg</w:t>
            </w:r>
          </w:p>
        </w:tc>
        <w:tc>
          <w:tcPr>
            <w:tcW w:w="2131" w:type="dxa"/>
            <w:vAlign w:val="center"/>
          </w:tcPr>
          <w:p w14:paraId="752470C4" w14:textId="77777777" w:rsidR="00E6505E" w:rsidRDefault="00000000">
            <w:r>
              <w:rPr>
                <w:sz w:val="13"/>
              </w:rPr>
              <w:t>T6</w:t>
            </w:r>
          </w:p>
        </w:tc>
        <w:tc>
          <w:tcPr>
            <w:tcW w:w="2131" w:type="dxa"/>
            <w:vAlign w:val="center"/>
          </w:tcPr>
          <w:p w14:paraId="1206F51C" w14:textId="77777777" w:rsidR="00E6505E" w:rsidRDefault="00000000">
            <w:r>
              <w:rPr>
                <w:sz w:val="13"/>
              </w:rPr>
              <w:t>0.65 ± 0.08</w:t>
            </w:r>
          </w:p>
        </w:tc>
        <w:tc>
          <w:tcPr>
            <w:tcW w:w="2131" w:type="dxa"/>
            <w:vAlign w:val="center"/>
          </w:tcPr>
          <w:p w14:paraId="2FF5E7D9" w14:textId="77777777" w:rsidR="00E6505E" w:rsidRDefault="00000000">
            <w:r>
              <w:rPr>
                <w:sz w:val="13"/>
              </w:rPr>
              <w:t>3</w:t>
            </w:r>
          </w:p>
        </w:tc>
        <w:tc>
          <w:tcPr>
            <w:tcW w:w="2131" w:type="dxa"/>
            <w:vAlign w:val="center"/>
          </w:tcPr>
          <w:p w14:paraId="07CC3DE9" w14:textId="77777777" w:rsidR="00E6505E" w:rsidRDefault="00000000">
            <w:r>
              <w:rPr>
                <w:sz w:val="13"/>
              </w:rPr>
              <w:t>B</w:t>
            </w:r>
          </w:p>
        </w:tc>
      </w:tr>
      <w:tr w:rsidR="00E6505E" w14:paraId="651D8FDD" w14:textId="77777777">
        <w:trPr>
          <w:jc w:val="center"/>
        </w:trPr>
        <w:tc>
          <w:tcPr>
            <w:tcW w:w="2131" w:type="dxa"/>
            <w:vAlign w:val="center"/>
          </w:tcPr>
          <w:p w14:paraId="79C37015" w14:textId="77777777" w:rsidR="00E6505E" w:rsidRDefault="00000000">
            <w:r>
              <w:rPr>
                <w:sz w:val="13"/>
              </w:rPr>
              <w:t>Shoot Mg</w:t>
            </w:r>
          </w:p>
        </w:tc>
        <w:tc>
          <w:tcPr>
            <w:tcW w:w="2131" w:type="dxa"/>
            <w:vAlign w:val="center"/>
          </w:tcPr>
          <w:p w14:paraId="59AFDC20" w14:textId="77777777" w:rsidR="00E6505E" w:rsidRDefault="00000000">
            <w:r>
              <w:rPr>
                <w:sz w:val="13"/>
              </w:rPr>
              <w:t>T7</w:t>
            </w:r>
          </w:p>
        </w:tc>
        <w:tc>
          <w:tcPr>
            <w:tcW w:w="2131" w:type="dxa"/>
            <w:vAlign w:val="center"/>
          </w:tcPr>
          <w:p w14:paraId="4A9C9343" w14:textId="77777777" w:rsidR="00E6505E" w:rsidRDefault="00000000">
            <w:r>
              <w:rPr>
                <w:sz w:val="13"/>
              </w:rPr>
              <w:t>0.76 ± 0.05</w:t>
            </w:r>
          </w:p>
        </w:tc>
        <w:tc>
          <w:tcPr>
            <w:tcW w:w="2131" w:type="dxa"/>
            <w:vAlign w:val="center"/>
          </w:tcPr>
          <w:p w14:paraId="73CA50CC" w14:textId="77777777" w:rsidR="00E6505E" w:rsidRDefault="00000000">
            <w:r>
              <w:rPr>
                <w:sz w:val="13"/>
              </w:rPr>
              <w:t>3</w:t>
            </w:r>
          </w:p>
        </w:tc>
        <w:tc>
          <w:tcPr>
            <w:tcW w:w="2131" w:type="dxa"/>
            <w:vAlign w:val="center"/>
          </w:tcPr>
          <w:p w14:paraId="338A8BAF" w14:textId="77777777" w:rsidR="00E6505E" w:rsidRDefault="00000000">
            <w:r>
              <w:rPr>
                <w:sz w:val="13"/>
              </w:rPr>
              <w:t>A</w:t>
            </w:r>
          </w:p>
        </w:tc>
      </w:tr>
      <w:tr w:rsidR="00E6505E" w14:paraId="42FCEF59" w14:textId="77777777">
        <w:trPr>
          <w:jc w:val="center"/>
        </w:trPr>
        <w:tc>
          <w:tcPr>
            <w:tcW w:w="2131" w:type="dxa"/>
            <w:vAlign w:val="center"/>
          </w:tcPr>
          <w:p w14:paraId="3A250294" w14:textId="77777777" w:rsidR="00E6505E" w:rsidRDefault="00000000">
            <w:r>
              <w:rPr>
                <w:sz w:val="13"/>
              </w:rPr>
              <w:t>Shoot Mg</w:t>
            </w:r>
          </w:p>
        </w:tc>
        <w:tc>
          <w:tcPr>
            <w:tcW w:w="2131" w:type="dxa"/>
            <w:vAlign w:val="center"/>
          </w:tcPr>
          <w:p w14:paraId="38E0B3D2" w14:textId="77777777" w:rsidR="00E6505E" w:rsidRDefault="00000000">
            <w:r>
              <w:rPr>
                <w:sz w:val="13"/>
              </w:rPr>
              <w:t>T8</w:t>
            </w:r>
          </w:p>
        </w:tc>
        <w:tc>
          <w:tcPr>
            <w:tcW w:w="2131" w:type="dxa"/>
            <w:vAlign w:val="center"/>
          </w:tcPr>
          <w:p w14:paraId="1F5F40C7" w14:textId="77777777" w:rsidR="00E6505E" w:rsidRDefault="00000000">
            <w:r>
              <w:rPr>
                <w:sz w:val="13"/>
              </w:rPr>
              <w:t>0.46 ± 0.02</w:t>
            </w:r>
          </w:p>
        </w:tc>
        <w:tc>
          <w:tcPr>
            <w:tcW w:w="2131" w:type="dxa"/>
            <w:vAlign w:val="center"/>
          </w:tcPr>
          <w:p w14:paraId="2444E2B1" w14:textId="77777777" w:rsidR="00E6505E" w:rsidRDefault="00000000">
            <w:r>
              <w:rPr>
                <w:sz w:val="13"/>
              </w:rPr>
              <w:t>3</w:t>
            </w:r>
          </w:p>
        </w:tc>
        <w:tc>
          <w:tcPr>
            <w:tcW w:w="2131" w:type="dxa"/>
            <w:vAlign w:val="center"/>
          </w:tcPr>
          <w:p w14:paraId="01B97653" w14:textId="77777777" w:rsidR="00E6505E" w:rsidRDefault="00000000">
            <w:r>
              <w:rPr>
                <w:sz w:val="13"/>
              </w:rPr>
              <w:t>C</w:t>
            </w:r>
          </w:p>
        </w:tc>
      </w:tr>
      <w:tr w:rsidR="00E6505E" w14:paraId="7DE18B73" w14:textId="77777777">
        <w:trPr>
          <w:jc w:val="center"/>
        </w:trPr>
        <w:tc>
          <w:tcPr>
            <w:tcW w:w="2131" w:type="dxa"/>
            <w:vAlign w:val="center"/>
          </w:tcPr>
          <w:p w14:paraId="7C76EEB7" w14:textId="77777777" w:rsidR="00E6505E" w:rsidRDefault="00000000">
            <w:r>
              <w:rPr>
                <w:sz w:val="13"/>
              </w:rPr>
              <w:t>Shoot Mg</w:t>
            </w:r>
          </w:p>
        </w:tc>
        <w:tc>
          <w:tcPr>
            <w:tcW w:w="2131" w:type="dxa"/>
            <w:vAlign w:val="center"/>
          </w:tcPr>
          <w:p w14:paraId="79B0DAF6" w14:textId="77777777" w:rsidR="00E6505E" w:rsidRDefault="00000000">
            <w:r>
              <w:rPr>
                <w:sz w:val="13"/>
              </w:rPr>
              <w:t>T9</w:t>
            </w:r>
          </w:p>
        </w:tc>
        <w:tc>
          <w:tcPr>
            <w:tcW w:w="2131" w:type="dxa"/>
            <w:vAlign w:val="center"/>
          </w:tcPr>
          <w:p w14:paraId="10CD1292" w14:textId="77777777" w:rsidR="00E6505E" w:rsidRDefault="00000000">
            <w:r>
              <w:rPr>
                <w:sz w:val="13"/>
              </w:rPr>
              <w:t>0.59 ± 0.05</w:t>
            </w:r>
          </w:p>
        </w:tc>
        <w:tc>
          <w:tcPr>
            <w:tcW w:w="2131" w:type="dxa"/>
            <w:vAlign w:val="center"/>
          </w:tcPr>
          <w:p w14:paraId="264E209D" w14:textId="77777777" w:rsidR="00E6505E" w:rsidRDefault="00000000">
            <w:r>
              <w:rPr>
                <w:sz w:val="13"/>
              </w:rPr>
              <w:t>3</w:t>
            </w:r>
          </w:p>
        </w:tc>
        <w:tc>
          <w:tcPr>
            <w:tcW w:w="2131" w:type="dxa"/>
            <w:vAlign w:val="center"/>
          </w:tcPr>
          <w:p w14:paraId="1E45FC02" w14:textId="77777777" w:rsidR="00E6505E" w:rsidRDefault="00000000">
            <w:r>
              <w:rPr>
                <w:sz w:val="13"/>
              </w:rPr>
              <w:t>B</w:t>
            </w:r>
          </w:p>
        </w:tc>
      </w:tr>
      <w:tr w:rsidR="00E6505E" w14:paraId="32B043FE" w14:textId="77777777">
        <w:trPr>
          <w:jc w:val="center"/>
        </w:trPr>
        <w:tc>
          <w:tcPr>
            <w:tcW w:w="2131" w:type="dxa"/>
            <w:vAlign w:val="center"/>
          </w:tcPr>
          <w:p w14:paraId="50AFB9DB" w14:textId="77777777" w:rsidR="00E6505E" w:rsidRDefault="00000000">
            <w:r>
              <w:rPr>
                <w:sz w:val="13"/>
              </w:rPr>
              <w:t>Shoot Cl</w:t>
            </w:r>
          </w:p>
        </w:tc>
        <w:tc>
          <w:tcPr>
            <w:tcW w:w="2131" w:type="dxa"/>
            <w:vAlign w:val="center"/>
          </w:tcPr>
          <w:p w14:paraId="0079E2CD" w14:textId="77777777" w:rsidR="00E6505E" w:rsidRDefault="00000000">
            <w:r>
              <w:rPr>
                <w:sz w:val="13"/>
              </w:rPr>
              <w:t>T0</w:t>
            </w:r>
          </w:p>
        </w:tc>
        <w:tc>
          <w:tcPr>
            <w:tcW w:w="2131" w:type="dxa"/>
            <w:vAlign w:val="center"/>
          </w:tcPr>
          <w:p w14:paraId="5EFE7696" w14:textId="77777777" w:rsidR="00E6505E" w:rsidRDefault="00000000">
            <w:r>
              <w:rPr>
                <w:sz w:val="13"/>
              </w:rPr>
              <w:t>0.18 ± 0.04</w:t>
            </w:r>
          </w:p>
        </w:tc>
        <w:tc>
          <w:tcPr>
            <w:tcW w:w="2131" w:type="dxa"/>
            <w:vAlign w:val="center"/>
          </w:tcPr>
          <w:p w14:paraId="63184776" w14:textId="77777777" w:rsidR="00E6505E" w:rsidRDefault="00000000">
            <w:r>
              <w:rPr>
                <w:sz w:val="13"/>
              </w:rPr>
              <w:t>3</w:t>
            </w:r>
          </w:p>
        </w:tc>
        <w:tc>
          <w:tcPr>
            <w:tcW w:w="2131" w:type="dxa"/>
            <w:vAlign w:val="center"/>
          </w:tcPr>
          <w:p w14:paraId="357A5F8C" w14:textId="77777777" w:rsidR="00E6505E" w:rsidRDefault="00000000">
            <w:r>
              <w:rPr>
                <w:sz w:val="13"/>
              </w:rPr>
              <w:t>C</w:t>
            </w:r>
          </w:p>
        </w:tc>
      </w:tr>
      <w:tr w:rsidR="00E6505E" w14:paraId="164109FF" w14:textId="77777777">
        <w:trPr>
          <w:jc w:val="center"/>
        </w:trPr>
        <w:tc>
          <w:tcPr>
            <w:tcW w:w="2131" w:type="dxa"/>
            <w:vAlign w:val="center"/>
          </w:tcPr>
          <w:p w14:paraId="2F2D41B7" w14:textId="77777777" w:rsidR="00E6505E" w:rsidRDefault="00000000">
            <w:r>
              <w:rPr>
                <w:sz w:val="13"/>
              </w:rPr>
              <w:t>Shoot Cl</w:t>
            </w:r>
          </w:p>
        </w:tc>
        <w:tc>
          <w:tcPr>
            <w:tcW w:w="2131" w:type="dxa"/>
            <w:vAlign w:val="center"/>
          </w:tcPr>
          <w:p w14:paraId="763EC62B" w14:textId="77777777" w:rsidR="00E6505E" w:rsidRDefault="00000000">
            <w:r>
              <w:rPr>
                <w:sz w:val="13"/>
              </w:rPr>
              <w:t>T1</w:t>
            </w:r>
          </w:p>
        </w:tc>
        <w:tc>
          <w:tcPr>
            <w:tcW w:w="2131" w:type="dxa"/>
            <w:vAlign w:val="center"/>
          </w:tcPr>
          <w:p w14:paraId="614564C4" w14:textId="77777777" w:rsidR="00E6505E" w:rsidRDefault="00000000">
            <w:r>
              <w:rPr>
                <w:sz w:val="13"/>
              </w:rPr>
              <w:t>3.36 ± 0.31</w:t>
            </w:r>
          </w:p>
        </w:tc>
        <w:tc>
          <w:tcPr>
            <w:tcW w:w="2131" w:type="dxa"/>
            <w:vAlign w:val="center"/>
          </w:tcPr>
          <w:p w14:paraId="3E37AADD" w14:textId="77777777" w:rsidR="00E6505E" w:rsidRDefault="00000000">
            <w:r>
              <w:rPr>
                <w:sz w:val="13"/>
              </w:rPr>
              <w:t>3</w:t>
            </w:r>
          </w:p>
        </w:tc>
        <w:tc>
          <w:tcPr>
            <w:tcW w:w="2131" w:type="dxa"/>
            <w:vAlign w:val="center"/>
          </w:tcPr>
          <w:p w14:paraId="78A2BD31" w14:textId="77777777" w:rsidR="00E6505E" w:rsidRDefault="00000000">
            <w:r>
              <w:rPr>
                <w:sz w:val="13"/>
              </w:rPr>
              <w:t>A</w:t>
            </w:r>
          </w:p>
        </w:tc>
      </w:tr>
      <w:tr w:rsidR="00E6505E" w14:paraId="74A246C8" w14:textId="77777777">
        <w:trPr>
          <w:jc w:val="center"/>
        </w:trPr>
        <w:tc>
          <w:tcPr>
            <w:tcW w:w="2131" w:type="dxa"/>
            <w:vAlign w:val="center"/>
          </w:tcPr>
          <w:p w14:paraId="58294597" w14:textId="77777777" w:rsidR="00E6505E" w:rsidRDefault="00000000">
            <w:r>
              <w:rPr>
                <w:sz w:val="13"/>
              </w:rPr>
              <w:t>Shoot Cl</w:t>
            </w:r>
          </w:p>
        </w:tc>
        <w:tc>
          <w:tcPr>
            <w:tcW w:w="2131" w:type="dxa"/>
            <w:vAlign w:val="center"/>
          </w:tcPr>
          <w:p w14:paraId="425F9669" w14:textId="77777777" w:rsidR="00E6505E" w:rsidRDefault="00000000">
            <w:r>
              <w:rPr>
                <w:sz w:val="13"/>
              </w:rPr>
              <w:t>T10</w:t>
            </w:r>
          </w:p>
        </w:tc>
        <w:tc>
          <w:tcPr>
            <w:tcW w:w="2131" w:type="dxa"/>
            <w:vAlign w:val="center"/>
          </w:tcPr>
          <w:p w14:paraId="681A0AD7" w14:textId="77777777" w:rsidR="00E6505E" w:rsidRDefault="00000000">
            <w:r>
              <w:rPr>
                <w:sz w:val="13"/>
              </w:rPr>
              <w:t>2.42 ± 0.41</w:t>
            </w:r>
          </w:p>
        </w:tc>
        <w:tc>
          <w:tcPr>
            <w:tcW w:w="2131" w:type="dxa"/>
            <w:vAlign w:val="center"/>
          </w:tcPr>
          <w:p w14:paraId="4A1ECBFF" w14:textId="77777777" w:rsidR="00E6505E" w:rsidRDefault="00000000">
            <w:r>
              <w:rPr>
                <w:sz w:val="13"/>
              </w:rPr>
              <w:t>3</w:t>
            </w:r>
          </w:p>
        </w:tc>
        <w:tc>
          <w:tcPr>
            <w:tcW w:w="2131" w:type="dxa"/>
            <w:vAlign w:val="center"/>
          </w:tcPr>
          <w:p w14:paraId="1A84D313" w14:textId="77777777" w:rsidR="00E6505E" w:rsidRDefault="00000000">
            <w:r>
              <w:rPr>
                <w:sz w:val="13"/>
              </w:rPr>
              <w:t>B</w:t>
            </w:r>
          </w:p>
        </w:tc>
      </w:tr>
      <w:tr w:rsidR="00E6505E" w14:paraId="636D1C17" w14:textId="77777777">
        <w:trPr>
          <w:jc w:val="center"/>
        </w:trPr>
        <w:tc>
          <w:tcPr>
            <w:tcW w:w="2131" w:type="dxa"/>
            <w:vAlign w:val="center"/>
          </w:tcPr>
          <w:p w14:paraId="1082606B" w14:textId="77777777" w:rsidR="00E6505E" w:rsidRDefault="00000000">
            <w:r>
              <w:rPr>
                <w:sz w:val="13"/>
              </w:rPr>
              <w:t>Shoot Cl</w:t>
            </w:r>
          </w:p>
        </w:tc>
        <w:tc>
          <w:tcPr>
            <w:tcW w:w="2131" w:type="dxa"/>
            <w:vAlign w:val="center"/>
          </w:tcPr>
          <w:p w14:paraId="74B9A2CA" w14:textId="77777777" w:rsidR="00E6505E" w:rsidRDefault="00000000">
            <w:r>
              <w:rPr>
                <w:sz w:val="13"/>
              </w:rPr>
              <w:t>T2</w:t>
            </w:r>
          </w:p>
        </w:tc>
        <w:tc>
          <w:tcPr>
            <w:tcW w:w="2131" w:type="dxa"/>
            <w:vAlign w:val="center"/>
          </w:tcPr>
          <w:p w14:paraId="10A708E3" w14:textId="77777777" w:rsidR="00E6505E" w:rsidRDefault="00000000">
            <w:r>
              <w:rPr>
                <w:sz w:val="13"/>
              </w:rPr>
              <w:t>3.39 ± 0.13</w:t>
            </w:r>
          </w:p>
        </w:tc>
        <w:tc>
          <w:tcPr>
            <w:tcW w:w="2131" w:type="dxa"/>
            <w:vAlign w:val="center"/>
          </w:tcPr>
          <w:p w14:paraId="730C9659" w14:textId="77777777" w:rsidR="00E6505E" w:rsidRDefault="00000000">
            <w:r>
              <w:rPr>
                <w:sz w:val="13"/>
              </w:rPr>
              <w:t>3</w:t>
            </w:r>
          </w:p>
        </w:tc>
        <w:tc>
          <w:tcPr>
            <w:tcW w:w="2131" w:type="dxa"/>
            <w:vAlign w:val="center"/>
          </w:tcPr>
          <w:p w14:paraId="44F0C2C7" w14:textId="77777777" w:rsidR="00E6505E" w:rsidRDefault="00000000">
            <w:r>
              <w:rPr>
                <w:sz w:val="13"/>
              </w:rPr>
              <w:t>A</w:t>
            </w:r>
          </w:p>
        </w:tc>
      </w:tr>
      <w:tr w:rsidR="00E6505E" w14:paraId="0E911D13" w14:textId="77777777">
        <w:trPr>
          <w:jc w:val="center"/>
        </w:trPr>
        <w:tc>
          <w:tcPr>
            <w:tcW w:w="2131" w:type="dxa"/>
            <w:vAlign w:val="center"/>
          </w:tcPr>
          <w:p w14:paraId="6BDB895A" w14:textId="77777777" w:rsidR="00E6505E" w:rsidRDefault="00000000">
            <w:r>
              <w:rPr>
                <w:sz w:val="13"/>
              </w:rPr>
              <w:t>Shoot Cl</w:t>
            </w:r>
          </w:p>
        </w:tc>
        <w:tc>
          <w:tcPr>
            <w:tcW w:w="2131" w:type="dxa"/>
            <w:vAlign w:val="center"/>
          </w:tcPr>
          <w:p w14:paraId="60312A38" w14:textId="77777777" w:rsidR="00E6505E" w:rsidRDefault="00000000">
            <w:r>
              <w:rPr>
                <w:sz w:val="13"/>
              </w:rPr>
              <w:t>T3</w:t>
            </w:r>
          </w:p>
        </w:tc>
        <w:tc>
          <w:tcPr>
            <w:tcW w:w="2131" w:type="dxa"/>
            <w:vAlign w:val="center"/>
          </w:tcPr>
          <w:p w14:paraId="592D8F2B" w14:textId="77777777" w:rsidR="00E6505E" w:rsidRDefault="00000000">
            <w:r>
              <w:rPr>
                <w:sz w:val="13"/>
              </w:rPr>
              <w:t>2.95 ± 0.21</w:t>
            </w:r>
          </w:p>
        </w:tc>
        <w:tc>
          <w:tcPr>
            <w:tcW w:w="2131" w:type="dxa"/>
            <w:vAlign w:val="center"/>
          </w:tcPr>
          <w:p w14:paraId="43DA42E2" w14:textId="77777777" w:rsidR="00E6505E" w:rsidRDefault="00000000">
            <w:r>
              <w:rPr>
                <w:sz w:val="13"/>
              </w:rPr>
              <w:t>3</w:t>
            </w:r>
          </w:p>
        </w:tc>
        <w:tc>
          <w:tcPr>
            <w:tcW w:w="2131" w:type="dxa"/>
            <w:vAlign w:val="center"/>
          </w:tcPr>
          <w:p w14:paraId="27449EE9" w14:textId="77777777" w:rsidR="00E6505E" w:rsidRDefault="00000000">
            <w:r>
              <w:rPr>
                <w:sz w:val="13"/>
              </w:rPr>
              <w:t>A</w:t>
            </w:r>
          </w:p>
        </w:tc>
      </w:tr>
      <w:tr w:rsidR="00E6505E" w14:paraId="4BB4FC99" w14:textId="77777777">
        <w:trPr>
          <w:jc w:val="center"/>
        </w:trPr>
        <w:tc>
          <w:tcPr>
            <w:tcW w:w="2131" w:type="dxa"/>
            <w:vAlign w:val="center"/>
          </w:tcPr>
          <w:p w14:paraId="70151FDE" w14:textId="77777777" w:rsidR="00E6505E" w:rsidRDefault="00000000">
            <w:r>
              <w:rPr>
                <w:sz w:val="13"/>
              </w:rPr>
              <w:t>Shoot Cl</w:t>
            </w:r>
          </w:p>
        </w:tc>
        <w:tc>
          <w:tcPr>
            <w:tcW w:w="2131" w:type="dxa"/>
            <w:vAlign w:val="center"/>
          </w:tcPr>
          <w:p w14:paraId="757469CD" w14:textId="77777777" w:rsidR="00E6505E" w:rsidRDefault="00000000">
            <w:r>
              <w:rPr>
                <w:sz w:val="13"/>
              </w:rPr>
              <w:t>T4</w:t>
            </w:r>
          </w:p>
        </w:tc>
        <w:tc>
          <w:tcPr>
            <w:tcW w:w="2131" w:type="dxa"/>
            <w:vAlign w:val="center"/>
          </w:tcPr>
          <w:p w14:paraId="0E0BDBBB" w14:textId="77777777" w:rsidR="00E6505E" w:rsidRDefault="00000000">
            <w:r>
              <w:rPr>
                <w:sz w:val="13"/>
              </w:rPr>
              <w:t>2.79 ± 0.43</w:t>
            </w:r>
          </w:p>
        </w:tc>
        <w:tc>
          <w:tcPr>
            <w:tcW w:w="2131" w:type="dxa"/>
            <w:vAlign w:val="center"/>
          </w:tcPr>
          <w:p w14:paraId="77F94AF4" w14:textId="77777777" w:rsidR="00E6505E" w:rsidRDefault="00000000">
            <w:r>
              <w:rPr>
                <w:sz w:val="13"/>
              </w:rPr>
              <w:t>3</w:t>
            </w:r>
          </w:p>
        </w:tc>
        <w:tc>
          <w:tcPr>
            <w:tcW w:w="2131" w:type="dxa"/>
            <w:vAlign w:val="center"/>
          </w:tcPr>
          <w:p w14:paraId="31BD716C" w14:textId="77777777" w:rsidR="00E6505E" w:rsidRDefault="00000000">
            <w:r>
              <w:rPr>
                <w:sz w:val="13"/>
              </w:rPr>
              <w:t>A</w:t>
            </w:r>
          </w:p>
        </w:tc>
      </w:tr>
      <w:tr w:rsidR="00E6505E" w14:paraId="5A0DBBCA" w14:textId="77777777">
        <w:trPr>
          <w:jc w:val="center"/>
        </w:trPr>
        <w:tc>
          <w:tcPr>
            <w:tcW w:w="2131" w:type="dxa"/>
            <w:vAlign w:val="center"/>
          </w:tcPr>
          <w:p w14:paraId="794B548B" w14:textId="77777777" w:rsidR="00E6505E" w:rsidRDefault="00000000">
            <w:r>
              <w:rPr>
                <w:sz w:val="13"/>
              </w:rPr>
              <w:t>Shoot Cl</w:t>
            </w:r>
          </w:p>
        </w:tc>
        <w:tc>
          <w:tcPr>
            <w:tcW w:w="2131" w:type="dxa"/>
            <w:vAlign w:val="center"/>
          </w:tcPr>
          <w:p w14:paraId="59F745F7" w14:textId="77777777" w:rsidR="00E6505E" w:rsidRDefault="00000000">
            <w:r>
              <w:rPr>
                <w:sz w:val="13"/>
              </w:rPr>
              <w:t>T5</w:t>
            </w:r>
          </w:p>
        </w:tc>
        <w:tc>
          <w:tcPr>
            <w:tcW w:w="2131" w:type="dxa"/>
            <w:vAlign w:val="center"/>
          </w:tcPr>
          <w:p w14:paraId="7E43FD1A" w14:textId="77777777" w:rsidR="00E6505E" w:rsidRDefault="00000000">
            <w:r>
              <w:rPr>
                <w:sz w:val="13"/>
              </w:rPr>
              <w:t>2.90 ± 0.26</w:t>
            </w:r>
          </w:p>
        </w:tc>
        <w:tc>
          <w:tcPr>
            <w:tcW w:w="2131" w:type="dxa"/>
            <w:vAlign w:val="center"/>
          </w:tcPr>
          <w:p w14:paraId="1151CFA0" w14:textId="77777777" w:rsidR="00E6505E" w:rsidRDefault="00000000">
            <w:r>
              <w:rPr>
                <w:sz w:val="13"/>
              </w:rPr>
              <w:t>3</w:t>
            </w:r>
          </w:p>
        </w:tc>
        <w:tc>
          <w:tcPr>
            <w:tcW w:w="2131" w:type="dxa"/>
            <w:vAlign w:val="center"/>
          </w:tcPr>
          <w:p w14:paraId="0A96E64D" w14:textId="77777777" w:rsidR="00E6505E" w:rsidRDefault="00000000">
            <w:r>
              <w:rPr>
                <w:sz w:val="13"/>
              </w:rPr>
              <w:t>A</w:t>
            </w:r>
          </w:p>
        </w:tc>
      </w:tr>
      <w:tr w:rsidR="00E6505E" w14:paraId="07477633" w14:textId="77777777">
        <w:trPr>
          <w:jc w:val="center"/>
        </w:trPr>
        <w:tc>
          <w:tcPr>
            <w:tcW w:w="2131" w:type="dxa"/>
            <w:vAlign w:val="center"/>
          </w:tcPr>
          <w:p w14:paraId="5BEA077A" w14:textId="77777777" w:rsidR="00E6505E" w:rsidRDefault="00000000">
            <w:r>
              <w:rPr>
                <w:sz w:val="13"/>
              </w:rPr>
              <w:t>Shoot Cl</w:t>
            </w:r>
          </w:p>
        </w:tc>
        <w:tc>
          <w:tcPr>
            <w:tcW w:w="2131" w:type="dxa"/>
            <w:vAlign w:val="center"/>
          </w:tcPr>
          <w:p w14:paraId="3C2DBE05" w14:textId="77777777" w:rsidR="00E6505E" w:rsidRDefault="00000000">
            <w:r>
              <w:rPr>
                <w:sz w:val="13"/>
              </w:rPr>
              <w:t>T6</w:t>
            </w:r>
          </w:p>
        </w:tc>
        <w:tc>
          <w:tcPr>
            <w:tcW w:w="2131" w:type="dxa"/>
            <w:vAlign w:val="center"/>
          </w:tcPr>
          <w:p w14:paraId="41DF9278" w14:textId="77777777" w:rsidR="00E6505E" w:rsidRDefault="00000000">
            <w:r>
              <w:rPr>
                <w:sz w:val="13"/>
              </w:rPr>
              <w:t>2.69 ± 0.27</w:t>
            </w:r>
          </w:p>
        </w:tc>
        <w:tc>
          <w:tcPr>
            <w:tcW w:w="2131" w:type="dxa"/>
            <w:vAlign w:val="center"/>
          </w:tcPr>
          <w:p w14:paraId="3902D877" w14:textId="77777777" w:rsidR="00E6505E" w:rsidRDefault="00000000">
            <w:r>
              <w:rPr>
                <w:sz w:val="13"/>
              </w:rPr>
              <w:t>3</w:t>
            </w:r>
          </w:p>
        </w:tc>
        <w:tc>
          <w:tcPr>
            <w:tcW w:w="2131" w:type="dxa"/>
            <w:vAlign w:val="center"/>
          </w:tcPr>
          <w:p w14:paraId="3D372306" w14:textId="77777777" w:rsidR="00E6505E" w:rsidRDefault="00000000">
            <w:r>
              <w:rPr>
                <w:sz w:val="13"/>
              </w:rPr>
              <w:t>A</w:t>
            </w:r>
          </w:p>
        </w:tc>
      </w:tr>
      <w:tr w:rsidR="00E6505E" w14:paraId="687CEE4F" w14:textId="77777777">
        <w:trPr>
          <w:jc w:val="center"/>
        </w:trPr>
        <w:tc>
          <w:tcPr>
            <w:tcW w:w="2131" w:type="dxa"/>
            <w:vAlign w:val="center"/>
          </w:tcPr>
          <w:p w14:paraId="5B8E2DE9" w14:textId="77777777" w:rsidR="00E6505E" w:rsidRDefault="00000000">
            <w:r>
              <w:rPr>
                <w:sz w:val="13"/>
              </w:rPr>
              <w:t>Shoot Cl</w:t>
            </w:r>
          </w:p>
        </w:tc>
        <w:tc>
          <w:tcPr>
            <w:tcW w:w="2131" w:type="dxa"/>
            <w:vAlign w:val="center"/>
          </w:tcPr>
          <w:p w14:paraId="78842400" w14:textId="77777777" w:rsidR="00E6505E" w:rsidRDefault="00000000">
            <w:r>
              <w:rPr>
                <w:sz w:val="13"/>
              </w:rPr>
              <w:t>T7</w:t>
            </w:r>
          </w:p>
        </w:tc>
        <w:tc>
          <w:tcPr>
            <w:tcW w:w="2131" w:type="dxa"/>
            <w:vAlign w:val="center"/>
          </w:tcPr>
          <w:p w14:paraId="00660479" w14:textId="77777777" w:rsidR="00E6505E" w:rsidRDefault="00000000">
            <w:r>
              <w:rPr>
                <w:sz w:val="13"/>
              </w:rPr>
              <w:t>3.02 ± 0.48</w:t>
            </w:r>
          </w:p>
        </w:tc>
        <w:tc>
          <w:tcPr>
            <w:tcW w:w="2131" w:type="dxa"/>
            <w:vAlign w:val="center"/>
          </w:tcPr>
          <w:p w14:paraId="64C63BCB" w14:textId="77777777" w:rsidR="00E6505E" w:rsidRDefault="00000000">
            <w:r>
              <w:rPr>
                <w:sz w:val="13"/>
              </w:rPr>
              <w:t>3</w:t>
            </w:r>
          </w:p>
        </w:tc>
        <w:tc>
          <w:tcPr>
            <w:tcW w:w="2131" w:type="dxa"/>
            <w:vAlign w:val="center"/>
          </w:tcPr>
          <w:p w14:paraId="23F0D089" w14:textId="77777777" w:rsidR="00E6505E" w:rsidRDefault="00000000">
            <w:r>
              <w:rPr>
                <w:sz w:val="13"/>
              </w:rPr>
              <w:t>A</w:t>
            </w:r>
          </w:p>
        </w:tc>
      </w:tr>
      <w:tr w:rsidR="00E6505E" w14:paraId="12D059B0" w14:textId="77777777">
        <w:trPr>
          <w:jc w:val="center"/>
        </w:trPr>
        <w:tc>
          <w:tcPr>
            <w:tcW w:w="2131" w:type="dxa"/>
            <w:vAlign w:val="center"/>
          </w:tcPr>
          <w:p w14:paraId="1BCF4509" w14:textId="77777777" w:rsidR="00E6505E" w:rsidRDefault="00000000">
            <w:r>
              <w:rPr>
                <w:sz w:val="13"/>
              </w:rPr>
              <w:t>Shoot Cl</w:t>
            </w:r>
          </w:p>
        </w:tc>
        <w:tc>
          <w:tcPr>
            <w:tcW w:w="2131" w:type="dxa"/>
            <w:vAlign w:val="center"/>
          </w:tcPr>
          <w:p w14:paraId="7998392A" w14:textId="77777777" w:rsidR="00E6505E" w:rsidRDefault="00000000">
            <w:r>
              <w:rPr>
                <w:sz w:val="13"/>
              </w:rPr>
              <w:t>T8</w:t>
            </w:r>
          </w:p>
        </w:tc>
        <w:tc>
          <w:tcPr>
            <w:tcW w:w="2131" w:type="dxa"/>
            <w:vAlign w:val="center"/>
          </w:tcPr>
          <w:p w14:paraId="5FD60AB9" w14:textId="77777777" w:rsidR="00E6505E" w:rsidRDefault="00000000">
            <w:r>
              <w:rPr>
                <w:sz w:val="13"/>
              </w:rPr>
              <w:t>3.18 ± 0.12</w:t>
            </w:r>
          </w:p>
        </w:tc>
        <w:tc>
          <w:tcPr>
            <w:tcW w:w="2131" w:type="dxa"/>
            <w:vAlign w:val="center"/>
          </w:tcPr>
          <w:p w14:paraId="31664ED3" w14:textId="77777777" w:rsidR="00E6505E" w:rsidRDefault="00000000">
            <w:r>
              <w:rPr>
                <w:sz w:val="13"/>
              </w:rPr>
              <w:t>3</w:t>
            </w:r>
          </w:p>
        </w:tc>
        <w:tc>
          <w:tcPr>
            <w:tcW w:w="2131" w:type="dxa"/>
            <w:vAlign w:val="center"/>
          </w:tcPr>
          <w:p w14:paraId="3CEAB28B" w14:textId="77777777" w:rsidR="00E6505E" w:rsidRDefault="00000000">
            <w:r>
              <w:rPr>
                <w:sz w:val="13"/>
              </w:rPr>
              <w:t>A</w:t>
            </w:r>
          </w:p>
        </w:tc>
      </w:tr>
      <w:tr w:rsidR="00E6505E" w14:paraId="5E150B6C" w14:textId="77777777">
        <w:trPr>
          <w:jc w:val="center"/>
        </w:trPr>
        <w:tc>
          <w:tcPr>
            <w:tcW w:w="2131" w:type="dxa"/>
            <w:vAlign w:val="center"/>
          </w:tcPr>
          <w:p w14:paraId="5E0D6A96" w14:textId="77777777" w:rsidR="00E6505E" w:rsidRDefault="00000000">
            <w:r>
              <w:rPr>
                <w:sz w:val="13"/>
              </w:rPr>
              <w:t>Shoot Cl</w:t>
            </w:r>
          </w:p>
        </w:tc>
        <w:tc>
          <w:tcPr>
            <w:tcW w:w="2131" w:type="dxa"/>
            <w:vAlign w:val="center"/>
          </w:tcPr>
          <w:p w14:paraId="43BED86E" w14:textId="77777777" w:rsidR="00E6505E" w:rsidRDefault="00000000">
            <w:r>
              <w:rPr>
                <w:sz w:val="13"/>
              </w:rPr>
              <w:t>T9</w:t>
            </w:r>
          </w:p>
        </w:tc>
        <w:tc>
          <w:tcPr>
            <w:tcW w:w="2131" w:type="dxa"/>
            <w:vAlign w:val="center"/>
          </w:tcPr>
          <w:p w14:paraId="0B81C8EF" w14:textId="77777777" w:rsidR="00E6505E" w:rsidRDefault="00000000">
            <w:r>
              <w:rPr>
                <w:sz w:val="13"/>
              </w:rPr>
              <w:t>2.63 ± 0.26</w:t>
            </w:r>
          </w:p>
        </w:tc>
        <w:tc>
          <w:tcPr>
            <w:tcW w:w="2131" w:type="dxa"/>
            <w:vAlign w:val="center"/>
          </w:tcPr>
          <w:p w14:paraId="0D062B8E" w14:textId="77777777" w:rsidR="00E6505E" w:rsidRDefault="00000000">
            <w:r>
              <w:rPr>
                <w:sz w:val="13"/>
              </w:rPr>
              <w:t>3</w:t>
            </w:r>
          </w:p>
        </w:tc>
        <w:tc>
          <w:tcPr>
            <w:tcW w:w="2131" w:type="dxa"/>
            <w:vAlign w:val="center"/>
          </w:tcPr>
          <w:p w14:paraId="40C198F0" w14:textId="77777777" w:rsidR="00E6505E" w:rsidRDefault="00000000">
            <w:r>
              <w:rPr>
                <w:sz w:val="13"/>
              </w:rPr>
              <w:t>A</w:t>
            </w:r>
          </w:p>
        </w:tc>
      </w:tr>
    </w:tbl>
    <w:p w14:paraId="68641F13" w14:textId="77777777" w:rsidR="00E6505E" w:rsidRDefault="00E6505E"/>
    <w:sectPr w:rsidR="00E6505E" w:rsidSect="00034616">
      <w:pgSz w:w="12240" w:h="15840"/>
      <w:pgMar w:top="1008" w:right="792" w:bottom="100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697921141">
    <w:abstractNumId w:val="8"/>
  </w:num>
  <w:num w:numId="2" w16cid:durableId="1126508019">
    <w:abstractNumId w:val="6"/>
  </w:num>
  <w:num w:numId="3" w16cid:durableId="1561134140">
    <w:abstractNumId w:val="5"/>
  </w:num>
  <w:num w:numId="4" w16cid:durableId="1841970884">
    <w:abstractNumId w:val="4"/>
  </w:num>
  <w:num w:numId="5" w16cid:durableId="747727182">
    <w:abstractNumId w:val="7"/>
  </w:num>
  <w:num w:numId="6" w16cid:durableId="1802072842">
    <w:abstractNumId w:val="3"/>
  </w:num>
  <w:num w:numId="7" w16cid:durableId="543374622">
    <w:abstractNumId w:val="2"/>
  </w:num>
  <w:num w:numId="8" w16cid:durableId="901713424">
    <w:abstractNumId w:val="1"/>
  </w:num>
  <w:num w:numId="9" w16cid:durableId="171226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C3112"/>
    <w:rsid w:val="00AA1D8D"/>
    <w:rsid w:val="00B47730"/>
    <w:rsid w:val="00CB0664"/>
    <w:rsid w:val="00E648A1"/>
    <w:rsid w:val="00E650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C6744E"/>
  <w14:defaultImageDpi w14:val="300"/>
  <w15:docId w15:val="{C5AA7613-3882-4945-8DB7-ADA0E819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rPr>
      <w:rFonts w:ascii="Times New Roman" w:hAnsi="Times New Roman"/>
    </w:r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Times New Roman" w:hAnsi="Times New Roman"/>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rPr>
      <w:rFonts w:ascii="Times New Roman" w:hAnsi="Times New Roman"/>
    </w:r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1959</Words>
  <Characters>7485</Characters>
  <Application>Microsoft Office Word</Application>
  <DocSecurity>0</DocSecurity>
  <Lines>1069</Lines>
  <Paragraphs>1180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francisco pedrero salcedo</cp:lastModifiedBy>
  <cp:revision>2</cp:revision>
  <dcterms:created xsi:type="dcterms:W3CDTF">2026-06-03T20:50:00Z</dcterms:created>
  <dcterms:modified xsi:type="dcterms:W3CDTF">2026-06-03T20:50:00Z</dcterms:modified>
  <cp:category/>
</cp:coreProperties>
</file>