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B349" w14:textId="77777777" w:rsidR="00F57CE1" w:rsidRDefault="00F57CE1" w:rsidP="00F57CE1">
      <w:pPr>
        <w:pStyle w:val="Heading1"/>
        <w:rPr>
          <w:rFonts w:ascii="Times New Roman" w:hAnsi="Times New Roman" w:cs="Times New Roman"/>
        </w:rPr>
      </w:pPr>
      <w:r>
        <w:rPr>
          <w:rFonts w:ascii="Times New Roman" w:hAnsi="Times New Roman" w:cs="Times New Roman"/>
        </w:rPr>
        <w:t>Online Appendix</w:t>
      </w:r>
    </w:p>
    <w:p w14:paraId="6A3DC225" w14:textId="77777777" w:rsidR="00F57CE1" w:rsidRDefault="00F57CE1" w:rsidP="00F57CE1">
      <w:pPr>
        <w:spacing w:after="100" w:line="264" w:lineRule="auto"/>
        <w:jc w:val="both"/>
        <w:rPr>
          <w:rFonts w:cs="Times New Roman"/>
        </w:rPr>
      </w:pPr>
      <w:r>
        <w:rPr>
          <w:rFonts w:cs="Times New Roman"/>
        </w:rPr>
        <w:t>This appendix reports the detailed statistics, robustness results, standardized-shock responses, and heterogeneity extensions referenced in Section 4. Numerical values are reproduced from the accompanying estimation files. Province identifiers in the outlier audit correspond to the coding used in the estimation dataset.</w:t>
      </w:r>
    </w:p>
    <w:p w14:paraId="5E4E0258" w14:textId="77777777" w:rsidR="00F57CE1" w:rsidRDefault="00F57CE1" w:rsidP="00F57CE1">
      <w:pPr>
        <w:pStyle w:val="Heading2"/>
        <w:rPr>
          <w:rFonts w:ascii="Times New Roman" w:hAnsi="Times New Roman" w:cs="Times New Roman"/>
        </w:rPr>
      </w:pPr>
      <w:r>
        <w:rPr>
          <w:rFonts w:ascii="Times New Roman" w:hAnsi="Times New Roman" w:cs="Times New Roman"/>
        </w:rPr>
        <w:t>Table OA.1. Full descriptive statistics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368"/>
        <w:gridCol w:w="648"/>
        <w:gridCol w:w="893"/>
        <w:gridCol w:w="893"/>
        <w:gridCol w:w="893"/>
        <w:gridCol w:w="893"/>
        <w:gridCol w:w="893"/>
        <w:gridCol w:w="893"/>
        <w:gridCol w:w="893"/>
        <w:gridCol w:w="893"/>
        <w:gridCol w:w="893"/>
      </w:tblGrid>
      <w:tr w:rsidR="00F57CE1" w14:paraId="7B741C29" w14:textId="77777777" w:rsidTr="00573F18">
        <w:trPr>
          <w:tblHeader/>
          <w:jc w:val="center"/>
        </w:trPr>
        <w:tc>
          <w:tcPr>
            <w:tcW w:w="1368" w:type="dxa"/>
            <w:shd w:val="clear" w:color="auto" w:fill="E7E6E6"/>
            <w:tcMar>
              <w:top w:w="50" w:type="dxa"/>
              <w:left w:w="70" w:type="dxa"/>
              <w:bottom w:w="50" w:type="dxa"/>
              <w:right w:w="70" w:type="dxa"/>
            </w:tcMar>
            <w:vAlign w:val="center"/>
          </w:tcPr>
          <w:p w14:paraId="71BCE24D" w14:textId="77777777" w:rsidR="00F57CE1" w:rsidRDefault="00F57CE1" w:rsidP="00573F18">
            <w:pPr>
              <w:spacing w:after="0" w:line="240" w:lineRule="auto"/>
              <w:jc w:val="center"/>
              <w:rPr>
                <w:rFonts w:cs="Times New Roman"/>
              </w:rPr>
            </w:pPr>
            <w:r>
              <w:rPr>
                <w:rFonts w:cs="Times New Roman"/>
                <w:b/>
                <w:sz w:val="15"/>
              </w:rPr>
              <w:t>Variable</w:t>
            </w:r>
          </w:p>
        </w:tc>
        <w:tc>
          <w:tcPr>
            <w:tcW w:w="648" w:type="dxa"/>
            <w:shd w:val="clear" w:color="auto" w:fill="E7E6E6"/>
            <w:tcMar>
              <w:top w:w="50" w:type="dxa"/>
              <w:left w:w="70" w:type="dxa"/>
              <w:bottom w:w="50" w:type="dxa"/>
              <w:right w:w="70" w:type="dxa"/>
            </w:tcMar>
            <w:vAlign w:val="center"/>
          </w:tcPr>
          <w:p w14:paraId="7642993C" w14:textId="77777777" w:rsidR="00F57CE1" w:rsidRDefault="00F57CE1" w:rsidP="00573F18">
            <w:pPr>
              <w:spacing w:after="0" w:line="240" w:lineRule="auto"/>
              <w:jc w:val="center"/>
              <w:rPr>
                <w:rFonts w:cs="Times New Roman"/>
              </w:rPr>
            </w:pPr>
            <w:r>
              <w:rPr>
                <w:rFonts w:cs="Times New Roman"/>
                <w:b/>
                <w:sz w:val="15"/>
              </w:rPr>
              <w:t>N</w:t>
            </w:r>
          </w:p>
        </w:tc>
        <w:tc>
          <w:tcPr>
            <w:tcW w:w="893" w:type="dxa"/>
            <w:shd w:val="clear" w:color="auto" w:fill="E7E6E6"/>
            <w:tcMar>
              <w:top w:w="50" w:type="dxa"/>
              <w:left w:w="70" w:type="dxa"/>
              <w:bottom w:w="50" w:type="dxa"/>
              <w:right w:w="70" w:type="dxa"/>
            </w:tcMar>
            <w:vAlign w:val="center"/>
          </w:tcPr>
          <w:p w14:paraId="73FD76F9" w14:textId="77777777" w:rsidR="00F57CE1" w:rsidRDefault="00F57CE1" w:rsidP="00573F18">
            <w:pPr>
              <w:spacing w:after="0" w:line="240" w:lineRule="auto"/>
              <w:jc w:val="center"/>
              <w:rPr>
                <w:rFonts w:cs="Times New Roman"/>
              </w:rPr>
            </w:pPr>
            <w:r>
              <w:rPr>
                <w:rFonts w:cs="Times New Roman"/>
                <w:b/>
                <w:sz w:val="15"/>
              </w:rPr>
              <w:t>Mean</w:t>
            </w:r>
          </w:p>
        </w:tc>
        <w:tc>
          <w:tcPr>
            <w:tcW w:w="893" w:type="dxa"/>
            <w:shd w:val="clear" w:color="auto" w:fill="E7E6E6"/>
            <w:tcMar>
              <w:top w:w="50" w:type="dxa"/>
              <w:left w:w="70" w:type="dxa"/>
              <w:bottom w:w="50" w:type="dxa"/>
              <w:right w:w="70" w:type="dxa"/>
            </w:tcMar>
            <w:vAlign w:val="center"/>
          </w:tcPr>
          <w:p w14:paraId="5DCA291D" w14:textId="77777777" w:rsidR="00F57CE1" w:rsidRDefault="00F57CE1" w:rsidP="00573F18">
            <w:pPr>
              <w:spacing w:after="0" w:line="240" w:lineRule="auto"/>
              <w:jc w:val="center"/>
              <w:rPr>
                <w:rFonts w:cs="Times New Roman"/>
              </w:rPr>
            </w:pPr>
            <w:r>
              <w:rPr>
                <w:rFonts w:cs="Times New Roman"/>
                <w:b/>
                <w:sz w:val="15"/>
              </w:rPr>
              <w:t>SD</w:t>
            </w:r>
          </w:p>
        </w:tc>
        <w:tc>
          <w:tcPr>
            <w:tcW w:w="893" w:type="dxa"/>
            <w:shd w:val="clear" w:color="auto" w:fill="E7E6E6"/>
            <w:tcMar>
              <w:top w:w="50" w:type="dxa"/>
              <w:left w:w="70" w:type="dxa"/>
              <w:bottom w:w="50" w:type="dxa"/>
              <w:right w:w="70" w:type="dxa"/>
            </w:tcMar>
            <w:vAlign w:val="center"/>
          </w:tcPr>
          <w:p w14:paraId="2F9824B6" w14:textId="77777777" w:rsidR="00F57CE1" w:rsidRDefault="00F57CE1" w:rsidP="00573F18">
            <w:pPr>
              <w:spacing w:after="0" w:line="240" w:lineRule="auto"/>
              <w:jc w:val="center"/>
              <w:rPr>
                <w:rFonts w:cs="Times New Roman"/>
              </w:rPr>
            </w:pPr>
            <w:r>
              <w:rPr>
                <w:rFonts w:cs="Times New Roman"/>
                <w:b/>
                <w:sz w:val="15"/>
              </w:rPr>
              <w:t>Min</w:t>
            </w:r>
          </w:p>
        </w:tc>
        <w:tc>
          <w:tcPr>
            <w:tcW w:w="893" w:type="dxa"/>
            <w:shd w:val="clear" w:color="auto" w:fill="E7E6E6"/>
            <w:tcMar>
              <w:top w:w="50" w:type="dxa"/>
              <w:left w:w="70" w:type="dxa"/>
              <w:bottom w:w="50" w:type="dxa"/>
              <w:right w:w="70" w:type="dxa"/>
            </w:tcMar>
            <w:vAlign w:val="center"/>
          </w:tcPr>
          <w:p w14:paraId="7AC53886" w14:textId="77777777" w:rsidR="00F57CE1" w:rsidRDefault="00F57CE1" w:rsidP="00573F18">
            <w:pPr>
              <w:spacing w:after="0" w:line="240" w:lineRule="auto"/>
              <w:jc w:val="center"/>
              <w:rPr>
                <w:rFonts w:cs="Times New Roman"/>
              </w:rPr>
            </w:pPr>
            <w:r>
              <w:rPr>
                <w:rFonts w:cs="Times New Roman"/>
                <w:b/>
                <w:sz w:val="15"/>
              </w:rPr>
              <w:t>P25</w:t>
            </w:r>
          </w:p>
        </w:tc>
        <w:tc>
          <w:tcPr>
            <w:tcW w:w="893" w:type="dxa"/>
            <w:shd w:val="clear" w:color="auto" w:fill="E7E6E6"/>
            <w:tcMar>
              <w:top w:w="50" w:type="dxa"/>
              <w:left w:w="70" w:type="dxa"/>
              <w:bottom w:w="50" w:type="dxa"/>
              <w:right w:w="70" w:type="dxa"/>
            </w:tcMar>
            <w:vAlign w:val="center"/>
          </w:tcPr>
          <w:p w14:paraId="7B1667C9" w14:textId="77777777" w:rsidR="00F57CE1" w:rsidRDefault="00F57CE1" w:rsidP="00573F18">
            <w:pPr>
              <w:spacing w:after="0" w:line="240" w:lineRule="auto"/>
              <w:jc w:val="center"/>
              <w:rPr>
                <w:rFonts w:cs="Times New Roman"/>
              </w:rPr>
            </w:pPr>
            <w:r>
              <w:rPr>
                <w:rFonts w:cs="Times New Roman"/>
                <w:b/>
                <w:sz w:val="15"/>
              </w:rPr>
              <w:t>Median</w:t>
            </w:r>
          </w:p>
        </w:tc>
        <w:tc>
          <w:tcPr>
            <w:tcW w:w="893" w:type="dxa"/>
            <w:shd w:val="clear" w:color="auto" w:fill="E7E6E6"/>
            <w:tcMar>
              <w:top w:w="50" w:type="dxa"/>
              <w:left w:w="70" w:type="dxa"/>
              <w:bottom w:w="50" w:type="dxa"/>
              <w:right w:w="70" w:type="dxa"/>
            </w:tcMar>
            <w:vAlign w:val="center"/>
          </w:tcPr>
          <w:p w14:paraId="259874A5" w14:textId="77777777" w:rsidR="00F57CE1" w:rsidRDefault="00F57CE1" w:rsidP="00573F18">
            <w:pPr>
              <w:spacing w:after="0" w:line="240" w:lineRule="auto"/>
              <w:jc w:val="center"/>
              <w:rPr>
                <w:rFonts w:cs="Times New Roman"/>
              </w:rPr>
            </w:pPr>
            <w:r>
              <w:rPr>
                <w:rFonts w:cs="Times New Roman"/>
                <w:b/>
                <w:sz w:val="15"/>
              </w:rPr>
              <w:t>P75</w:t>
            </w:r>
          </w:p>
        </w:tc>
        <w:tc>
          <w:tcPr>
            <w:tcW w:w="893" w:type="dxa"/>
            <w:shd w:val="clear" w:color="auto" w:fill="E7E6E6"/>
            <w:tcMar>
              <w:top w:w="50" w:type="dxa"/>
              <w:left w:w="70" w:type="dxa"/>
              <w:bottom w:w="50" w:type="dxa"/>
              <w:right w:w="70" w:type="dxa"/>
            </w:tcMar>
            <w:vAlign w:val="center"/>
          </w:tcPr>
          <w:p w14:paraId="64BFA3B3" w14:textId="77777777" w:rsidR="00F57CE1" w:rsidRDefault="00F57CE1" w:rsidP="00573F18">
            <w:pPr>
              <w:spacing w:after="0" w:line="240" w:lineRule="auto"/>
              <w:jc w:val="center"/>
              <w:rPr>
                <w:rFonts w:cs="Times New Roman"/>
              </w:rPr>
            </w:pPr>
            <w:r>
              <w:rPr>
                <w:rFonts w:cs="Times New Roman"/>
                <w:b/>
                <w:sz w:val="15"/>
              </w:rPr>
              <w:t>Max</w:t>
            </w:r>
          </w:p>
        </w:tc>
        <w:tc>
          <w:tcPr>
            <w:tcW w:w="893" w:type="dxa"/>
            <w:shd w:val="clear" w:color="auto" w:fill="E7E6E6"/>
            <w:tcMar>
              <w:top w:w="50" w:type="dxa"/>
              <w:left w:w="70" w:type="dxa"/>
              <w:bottom w:w="50" w:type="dxa"/>
              <w:right w:w="70" w:type="dxa"/>
            </w:tcMar>
            <w:vAlign w:val="center"/>
          </w:tcPr>
          <w:p w14:paraId="26F7E7FD" w14:textId="77777777" w:rsidR="00F57CE1" w:rsidRDefault="00F57CE1" w:rsidP="00573F18">
            <w:pPr>
              <w:spacing w:after="0" w:line="240" w:lineRule="auto"/>
              <w:jc w:val="center"/>
              <w:rPr>
                <w:rFonts w:cs="Times New Roman"/>
              </w:rPr>
            </w:pPr>
            <w:r>
              <w:rPr>
                <w:rFonts w:cs="Times New Roman"/>
                <w:b/>
                <w:sz w:val="15"/>
              </w:rPr>
              <w:t>Skew.</w:t>
            </w:r>
          </w:p>
        </w:tc>
        <w:tc>
          <w:tcPr>
            <w:tcW w:w="893" w:type="dxa"/>
            <w:shd w:val="clear" w:color="auto" w:fill="E7E6E6"/>
            <w:tcMar>
              <w:top w:w="50" w:type="dxa"/>
              <w:left w:w="70" w:type="dxa"/>
              <w:bottom w:w="50" w:type="dxa"/>
              <w:right w:w="70" w:type="dxa"/>
            </w:tcMar>
            <w:vAlign w:val="center"/>
          </w:tcPr>
          <w:p w14:paraId="0F8BA636" w14:textId="77777777" w:rsidR="00F57CE1" w:rsidRDefault="00F57CE1" w:rsidP="00573F18">
            <w:pPr>
              <w:spacing w:after="0" w:line="240" w:lineRule="auto"/>
              <w:jc w:val="center"/>
              <w:rPr>
                <w:rFonts w:cs="Times New Roman"/>
              </w:rPr>
            </w:pPr>
            <w:r>
              <w:rPr>
                <w:rFonts w:cs="Times New Roman"/>
                <w:b/>
                <w:sz w:val="15"/>
              </w:rPr>
              <w:t>Kurt.</w:t>
            </w:r>
          </w:p>
        </w:tc>
      </w:tr>
      <w:tr w:rsidR="00F57CE1" w14:paraId="7760F6A5" w14:textId="77777777" w:rsidTr="00573F18">
        <w:trPr>
          <w:jc w:val="center"/>
        </w:trPr>
        <w:tc>
          <w:tcPr>
            <w:tcW w:w="1368" w:type="dxa"/>
            <w:tcMar>
              <w:top w:w="50" w:type="dxa"/>
              <w:left w:w="70" w:type="dxa"/>
              <w:bottom w:w="50" w:type="dxa"/>
              <w:right w:w="70" w:type="dxa"/>
            </w:tcMar>
            <w:vAlign w:val="center"/>
          </w:tcPr>
          <w:p w14:paraId="30695A17" w14:textId="77777777" w:rsidR="00F57CE1" w:rsidRDefault="00F57CE1" w:rsidP="00573F18">
            <w:pPr>
              <w:spacing w:after="0" w:line="240" w:lineRule="auto"/>
              <w:rPr>
                <w:rFonts w:cs="Times New Roman"/>
              </w:rPr>
            </w:pPr>
            <w:r>
              <w:rPr>
                <w:rFonts w:cs="Times New Roman"/>
                <w:sz w:val="15"/>
              </w:rPr>
              <w:t>lnnsld</w:t>
            </w:r>
          </w:p>
        </w:tc>
        <w:tc>
          <w:tcPr>
            <w:tcW w:w="648" w:type="dxa"/>
            <w:tcMar>
              <w:top w:w="50" w:type="dxa"/>
              <w:left w:w="70" w:type="dxa"/>
              <w:bottom w:w="50" w:type="dxa"/>
              <w:right w:w="70" w:type="dxa"/>
            </w:tcMar>
            <w:vAlign w:val="center"/>
          </w:tcPr>
          <w:p w14:paraId="54B1EE4F"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49103141" w14:textId="77777777" w:rsidR="00F57CE1" w:rsidRDefault="00F57CE1" w:rsidP="00573F18">
            <w:pPr>
              <w:spacing w:after="0" w:line="240" w:lineRule="auto"/>
              <w:jc w:val="right"/>
              <w:rPr>
                <w:rFonts w:cs="Times New Roman"/>
              </w:rPr>
            </w:pPr>
            <w:r>
              <w:rPr>
                <w:rFonts w:cs="Times New Roman"/>
                <w:sz w:val="15"/>
              </w:rPr>
              <w:t>4.219</w:t>
            </w:r>
          </w:p>
        </w:tc>
        <w:tc>
          <w:tcPr>
            <w:tcW w:w="893" w:type="dxa"/>
            <w:tcMar>
              <w:top w:w="50" w:type="dxa"/>
              <w:left w:w="70" w:type="dxa"/>
              <w:bottom w:w="50" w:type="dxa"/>
              <w:right w:w="70" w:type="dxa"/>
            </w:tcMar>
            <w:vAlign w:val="center"/>
          </w:tcPr>
          <w:p w14:paraId="0D3E5B51" w14:textId="77777777" w:rsidR="00F57CE1" w:rsidRDefault="00F57CE1" w:rsidP="00573F18">
            <w:pPr>
              <w:spacing w:after="0" w:line="240" w:lineRule="auto"/>
              <w:jc w:val="right"/>
              <w:rPr>
                <w:rFonts w:cs="Times New Roman"/>
              </w:rPr>
            </w:pPr>
            <w:r>
              <w:rPr>
                <w:rFonts w:cs="Times New Roman"/>
                <w:sz w:val="15"/>
              </w:rPr>
              <w:t>0.544</w:t>
            </w:r>
          </w:p>
        </w:tc>
        <w:tc>
          <w:tcPr>
            <w:tcW w:w="893" w:type="dxa"/>
            <w:tcMar>
              <w:top w:w="50" w:type="dxa"/>
              <w:left w:w="70" w:type="dxa"/>
              <w:bottom w:w="50" w:type="dxa"/>
              <w:right w:w="70" w:type="dxa"/>
            </w:tcMar>
            <w:vAlign w:val="center"/>
          </w:tcPr>
          <w:p w14:paraId="2C41D797" w14:textId="77777777" w:rsidR="00F57CE1" w:rsidRDefault="00F57CE1" w:rsidP="00573F18">
            <w:pPr>
              <w:spacing w:after="0" w:line="240" w:lineRule="auto"/>
              <w:jc w:val="right"/>
              <w:rPr>
                <w:rFonts w:cs="Times New Roman"/>
              </w:rPr>
            </w:pPr>
            <w:r>
              <w:rPr>
                <w:rFonts w:cs="Times New Roman"/>
                <w:sz w:val="15"/>
              </w:rPr>
              <w:t>2.633</w:t>
            </w:r>
          </w:p>
        </w:tc>
        <w:tc>
          <w:tcPr>
            <w:tcW w:w="893" w:type="dxa"/>
            <w:tcMar>
              <w:top w:w="50" w:type="dxa"/>
              <w:left w:w="70" w:type="dxa"/>
              <w:bottom w:w="50" w:type="dxa"/>
              <w:right w:w="70" w:type="dxa"/>
            </w:tcMar>
            <w:vAlign w:val="center"/>
          </w:tcPr>
          <w:p w14:paraId="74F8994A" w14:textId="77777777" w:rsidR="00F57CE1" w:rsidRDefault="00F57CE1" w:rsidP="00573F18">
            <w:pPr>
              <w:spacing w:after="0" w:line="240" w:lineRule="auto"/>
              <w:jc w:val="right"/>
              <w:rPr>
                <w:rFonts w:cs="Times New Roman"/>
              </w:rPr>
            </w:pPr>
            <w:r>
              <w:rPr>
                <w:rFonts w:cs="Times New Roman"/>
                <w:sz w:val="15"/>
              </w:rPr>
              <w:t>3.828</w:t>
            </w:r>
          </w:p>
        </w:tc>
        <w:tc>
          <w:tcPr>
            <w:tcW w:w="893" w:type="dxa"/>
            <w:tcMar>
              <w:top w:w="50" w:type="dxa"/>
              <w:left w:w="70" w:type="dxa"/>
              <w:bottom w:w="50" w:type="dxa"/>
              <w:right w:w="70" w:type="dxa"/>
            </w:tcMar>
            <w:vAlign w:val="center"/>
          </w:tcPr>
          <w:p w14:paraId="001D9922" w14:textId="77777777" w:rsidR="00F57CE1" w:rsidRDefault="00F57CE1" w:rsidP="00573F18">
            <w:pPr>
              <w:spacing w:after="0" w:line="240" w:lineRule="auto"/>
              <w:jc w:val="right"/>
              <w:rPr>
                <w:rFonts w:cs="Times New Roman"/>
              </w:rPr>
            </w:pPr>
            <w:r>
              <w:rPr>
                <w:rFonts w:cs="Times New Roman"/>
                <w:sz w:val="15"/>
              </w:rPr>
              <w:t>4.141</w:t>
            </w:r>
          </w:p>
        </w:tc>
        <w:tc>
          <w:tcPr>
            <w:tcW w:w="893" w:type="dxa"/>
            <w:tcMar>
              <w:top w:w="50" w:type="dxa"/>
              <w:left w:w="70" w:type="dxa"/>
              <w:bottom w:w="50" w:type="dxa"/>
              <w:right w:w="70" w:type="dxa"/>
            </w:tcMar>
            <w:vAlign w:val="center"/>
          </w:tcPr>
          <w:p w14:paraId="0A885A89" w14:textId="77777777" w:rsidR="00F57CE1" w:rsidRDefault="00F57CE1" w:rsidP="00573F18">
            <w:pPr>
              <w:spacing w:after="0" w:line="240" w:lineRule="auto"/>
              <w:jc w:val="right"/>
              <w:rPr>
                <w:rFonts w:cs="Times New Roman"/>
              </w:rPr>
            </w:pPr>
            <w:r>
              <w:rPr>
                <w:rFonts w:cs="Times New Roman"/>
                <w:sz w:val="15"/>
              </w:rPr>
              <w:t>4.560</w:t>
            </w:r>
          </w:p>
        </w:tc>
        <w:tc>
          <w:tcPr>
            <w:tcW w:w="893" w:type="dxa"/>
            <w:tcMar>
              <w:top w:w="50" w:type="dxa"/>
              <w:left w:w="70" w:type="dxa"/>
              <w:bottom w:w="50" w:type="dxa"/>
              <w:right w:w="70" w:type="dxa"/>
            </w:tcMar>
            <w:vAlign w:val="center"/>
          </w:tcPr>
          <w:p w14:paraId="2C06018E" w14:textId="77777777" w:rsidR="00F57CE1" w:rsidRDefault="00F57CE1" w:rsidP="00573F18">
            <w:pPr>
              <w:spacing w:after="0" w:line="240" w:lineRule="auto"/>
              <w:jc w:val="right"/>
              <w:rPr>
                <w:rFonts w:cs="Times New Roman"/>
              </w:rPr>
            </w:pPr>
            <w:r>
              <w:rPr>
                <w:rFonts w:cs="Times New Roman"/>
                <w:sz w:val="15"/>
              </w:rPr>
              <w:t>5.774</w:t>
            </w:r>
          </w:p>
        </w:tc>
        <w:tc>
          <w:tcPr>
            <w:tcW w:w="893" w:type="dxa"/>
            <w:tcMar>
              <w:top w:w="50" w:type="dxa"/>
              <w:left w:w="70" w:type="dxa"/>
              <w:bottom w:w="50" w:type="dxa"/>
              <w:right w:w="70" w:type="dxa"/>
            </w:tcMar>
            <w:vAlign w:val="center"/>
          </w:tcPr>
          <w:p w14:paraId="7D7666E2" w14:textId="77777777" w:rsidR="00F57CE1" w:rsidRDefault="00F57CE1" w:rsidP="00573F18">
            <w:pPr>
              <w:spacing w:after="0" w:line="240" w:lineRule="auto"/>
              <w:jc w:val="right"/>
              <w:rPr>
                <w:rFonts w:cs="Times New Roman"/>
              </w:rPr>
            </w:pPr>
            <w:r>
              <w:rPr>
                <w:rFonts w:cs="Times New Roman"/>
                <w:sz w:val="15"/>
              </w:rPr>
              <w:t>0.380</w:t>
            </w:r>
          </w:p>
        </w:tc>
        <w:tc>
          <w:tcPr>
            <w:tcW w:w="893" w:type="dxa"/>
            <w:tcMar>
              <w:top w:w="50" w:type="dxa"/>
              <w:left w:w="70" w:type="dxa"/>
              <w:bottom w:w="50" w:type="dxa"/>
              <w:right w:w="70" w:type="dxa"/>
            </w:tcMar>
            <w:vAlign w:val="center"/>
          </w:tcPr>
          <w:p w14:paraId="4255F9E7" w14:textId="77777777" w:rsidR="00F57CE1" w:rsidRDefault="00F57CE1" w:rsidP="00573F18">
            <w:pPr>
              <w:spacing w:after="0" w:line="240" w:lineRule="auto"/>
              <w:jc w:val="right"/>
              <w:rPr>
                <w:rFonts w:cs="Times New Roman"/>
              </w:rPr>
            </w:pPr>
            <w:r>
              <w:rPr>
                <w:rFonts w:cs="Times New Roman"/>
                <w:sz w:val="15"/>
              </w:rPr>
              <w:t>3.056</w:t>
            </w:r>
          </w:p>
        </w:tc>
      </w:tr>
      <w:tr w:rsidR="00F57CE1" w14:paraId="5CB68DEA" w14:textId="77777777" w:rsidTr="00573F18">
        <w:trPr>
          <w:jc w:val="center"/>
        </w:trPr>
        <w:tc>
          <w:tcPr>
            <w:tcW w:w="1368" w:type="dxa"/>
            <w:tcMar>
              <w:top w:w="50" w:type="dxa"/>
              <w:left w:w="70" w:type="dxa"/>
              <w:bottom w:w="50" w:type="dxa"/>
              <w:right w:w="70" w:type="dxa"/>
            </w:tcMar>
            <w:vAlign w:val="center"/>
          </w:tcPr>
          <w:p w14:paraId="5DE30F13" w14:textId="77777777" w:rsidR="00F57CE1" w:rsidRDefault="00F57CE1" w:rsidP="00573F18">
            <w:pPr>
              <w:spacing w:after="0" w:line="240" w:lineRule="auto"/>
              <w:rPr>
                <w:rFonts w:cs="Times New Roman"/>
              </w:rPr>
            </w:pPr>
            <w:r>
              <w:rPr>
                <w:rFonts w:cs="Times New Roman"/>
                <w:sz w:val="15"/>
              </w:rPr>
              <w:t>h</w:t>
            </w:r>
          </w:p>
        </w:tc>
        <w:tc>
          <w:tcPr>
            <w:tcW w:w="648" w:type="dxa"/>
            <w:tcMar>
              <w:top w:w="50" w:type="dxa"/>
              <w:left w:w="70" w:type="dxa"/>
              <w:bottom w:w="50" w:type="dxa"/>
              <w:right w:w="70" w:type="dxa"/>
            </w:tcMar>
            <w:vAlign w:val="center"/>
          </w:tcPr>
          <w:p w14:paraId="6AC644E9"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534E85E5" w14:textId="77777777" w:rsidR="00F57CE1" w:rsidRDefault="00F57CE1" w:rsidP="00573F18">
            <w:pPr>
              <w:spacing w:after="0" w:line="240" w:lineRule="auto"/>
              <w:jc w:val="right"/>
              <w:rPr>
                <w:rFonts w:cs="Times New Roman"/>
              </w:rPr>
            </w:pPr>
            <w:r>
              <w:rPr>
                <w:rFonts w:cs="Times New Roman"/>
                <w:sz w:val="15"/>
              </w:rPr>
              <w:t>19.534</w:t>
            </w:r>
          </w:p>
        </w:tc>
        <w:tc>
          <w:tcPr>
            <w:tcW w:w="893" w:type="dxa"/>
            <w:tcMar>
              <w:top w:w="50" w:type="dxa"/>
              <w:left w:w="70" w:type="dxa"/>
              <w:bottom w:w="50" w:type="dxa"/>
              <w:right w:w="70" w:type="dxa"/>
            </w:tcMar>
            <w:vAlign w:val="center"/>
          </w:tcPr>
          <w:p w14:paraId="067387B9" w14:textId="77777777" w:rsidR="00F57CE1" w:rsidRDefault="00F57CE1" w:rsidP="00573F18">
            <w:pPr>
              <w:spacing w:after="0" w:line="240" w:lineRule="auto"/>
              <w:jc w:val="right"/>
              <w:rPr>
                <w:rFonts w:cs="Times New Roman"/>
              </w:rPr>
            </w:pPr>
            <w:r>
              <w:rPr>
                <w:rFonts w:cs="Times New Roman"/>
                <w:sz w:val="15"/>
              </w:rPr>
              <w:t>8.923</w:t>
            </w:r>
          </w:p>
        </w:tc>
        <w:tc>
          <w:tcPr>
            <w:tcW w:w="893" w:type="dxa"/>
            <w:tcMar>
              <w:top w:w="50" w:type="dxa"/>
              <w:left w:w="70" w:type="dxa"/>
              <w:bottom w:w="50" w:type="dxa"/>
              <w:right w:w="70" w:type="dxa"/>
            </w:tcMar>
            <w:vAlign w:val="center"/>
          </w:tcPr>
          <w:p w14:paraId="192A7C68" w14:textId="77777777" w:rsidR="00F57CE1" w:rsidRDefault="00F57CE1" w:rsidP="00573F18">
            <w:pPr>
              <w:spacing w:after="0" w:line="240" w:lineRule="auto"/>
              <w:jc w:val="right"/>
              <w:rPr>
                <w:rFonts w:cs="Times New Roman"/>
              </w:rPr>
            </w:pPr>
            <w:r>
              <w:rPr>
                <w:rFonts w:cs="Times New Roman"/>
                <w:sz w:val="15"/>
              </w:rPr>
              <w:t>3.300</w:t>
            </w:r>
          </w:p>
        </w:tc>
        <w:tc>
          <w:tcPr>
            <w:tcW w:w="893" w:type="dxa"/>
            <w:tcMar>
              <w:top w:w="50" w:type="dxa"/>
              <w:left w:w="70" w:type="dxa"/>
              <w:bottom w:w="50" w:type="dxa"/>
              <w:right w:w="70" w:type="dxa"/>
            </w:tcMar>
            <w:vAlign w:val="center"/>
          </w:tcPr>
          <w:p w14:paraId="0DF35E1A" w14:textId="77777777" w:rsidR="00F57CE1" w:rsidRDefault="00F57CE1" w:rsidP="00573F18">
            <w:pPr>
              <w:spacing w:after="0" w:line="240" w:lineRule="auto"/>
              <w:jc w:val="right"/>
              <w:rPr>
                <w:rFonts w:cs="Times New Roman"/>
              </w:rPr>
            </w:pPr>
            <w:r>
              <w:rPr>
                <w:rFonts w:cs="Times New Roman"/>
                <w:sz w:val="15"/>
              </w:rPr>
              <w:t>13.875</w:t>
            </w:r>
          </w:p>
        </w:tc>
        <w:tc>
          <w:tcPr>
            <w:tcW w:w="893" w:type="dxa"/>
            <w:tcMar>
              <w:top w:w="50" w:type="dxa"/>
              <w:left w:w="70" w:type="dxa"/>
              <w:bottom w:w="50" w:type="dxa"/>
              <w:right w:w="70" w:type="dxa"/>
            </w:tcMar>
            <w:vAlign w:val="center"/>
          </w:tcPr>
          <w:p w14:paraId="4C6DC763" w14:textId="77777777" w:rsidR="00F57CE1" w:rsidRDefault="00F57CE1" w:rsidP="00573F18">
            <w:pPr>
              <w:spacing w:after="0" w:line="240" w:lineRule="auto"/>
              <w:jc w:val="right"/>
              <w:rPr>
                <w:rFonts w:cs="Times New Roman"/>
              </w:rPr>
            </w:pPr>
            <w:r>
              <w:rPr>
                <w:rFonts w:cs="Times New Roman"/>
                <w:sz w:val="15"/>
              </w:rPr>
              <w:t>17.578</w:t>
            </w:r>
          </w:p>
        </w:tc>
        <w:tc>
          <w:tcPr>
            <w:tcW w:w="893" w:type="dxa"/>
            <w:tcMar>
              <w:top w:w="50" w:type="dxa"/>
              <w:left w:w="70" w:type="dxa"/>
              <w:bottom w:w="50" w:type="dxa"/>
              <w:right w:w="70" w:type="dxa"/>
            </w:tcMar>
            <w:vAlign w:val="center"/>
          </w:tcPr>
          <w:p w14:paraId="2A8706CB" w14:textId="77777777" w:rsidR="00F57CE1" w:rsidRDefault="00F57CE1" w:rsidP="00573F18">
            <w:pPr>
              <w:spacing w:after="0" w:line="240" w:lineRule="auto"/>
              <w:jc w:val="right"/>
              <w:rPr>
                <w:rFonts w:cs="Times New Roman"/>
              </w:rPr>
            </w:pPr>
            <w:r>
              <w:rPr>
                <w:rFonts w:cs="Times New Roman"/>
                <w:sz w:val="15"/>
              </w:rPr>
              <w:t>23.305</w:t>
            </w:r>
          </w:p>
        </w:tc>
        <w:tc>
          <w:tcPr>
            <w:tcW w:w="893" w:type="dxa"/>
            <w:tcMar>
              <w:top w:w="50" w:type="dxa"/>
              <w:left w:w="70" w:type="dxa"/>
              <w:bottom w:w="50" w:type="dxa"/>
              <w:right w:w="70" w:type="dxa"/>
            </w:tcMar>
            <w:vAlign w:val="center"/>
          </w:tcPr>
          <w:p w14:paraId="191C6DD1" w14:textId="77777777" w:rsidR="00F57CE1" w:rsidRDefault="00F57CE1" w:rsidP="00573F18">
            <w:pPr>
              <w:spacing w:after="0" w:line="240" w:lineRule="auto"/>
              <w:jc w:val="right"/>
              <w:rPr>
                <w:rFonts w:cs="Times New Roman"/>
              </w:rPr>
            </w:pPr>
            <w:r>
              <w:rPr>
                <w:rFonts w:cs="Times New Roman"/>
                <w:sz w:val="15"/>
              </w:rPr>
              <w:t>55.000</w:t>
            </w:r>
          </w:p>
        </w:tc>
        <w:tc>
          <w:tcPr>
            <w:tcW w:w="893" w:type="dxa"/>
            <w:tcMar>
              <w:top w:w="50" w:type="dxa"/>
              <w:left w:w="70" w:type="dxa"/>
              <w:bottom w:w="50" w:type="dxa"/>
              <w:right w:w="70" w:type="dxa"/>
            </w:tcMar>
            <w:vAlign w:val="center"/>
          </w:tcPr>
          <w:p w14:paraId="72ADBD1F" w14:textId="77777777" w:rsidR="00F57CE1" w:rsidRDefault="00F57CE1" w:rsidP="00573F18">
            <w:pPr>
              <w:spacing w:after="0" w:line="240" w:lineRule="auto"/>
              <w:jc w:val="right"/>
              <w:rPr>
                <w:rFonts w:cs="Times New Roman"/>
              </w:rPr>
            </w:pPr>
            <w:r>
              <w:rPr>
                <w:rFonts w:cs="Times New Roman"/>
                <w:sz w:val="15"/>
              </w:rPr>
              <w:t>1.158</w:t>
            </w:r>
          </w:p>
        </w:tc>
        <w:tc>
          <w:tcPr>
            <w:tcW w:w="893" w:type="dxa"/>
            <w:tcMar>
              <w:top w:w="50" w:type="dxa"/>
              <w:left w:w="70" w:type="dxa"/>
              <w:bottom w:w="50" w:type="dxa"/>
              <w:right w:w="70" w:type="dxa"/>
            </w:tcMar>
            <w:vAlign w:val="center"/>
          </w:tcPr>
          <w:p w14:paraId="0E3D3212" w14:textId="77777777" w:rsidR="00F57CE1" w:rsidRDefault="00F57CE1" w:rsidP="00573F18">
            <w:pPr>
              <w:spacing w:after="0" w:line="240" w:lineRule="auto"/>
              <w:jc w:val="right"/>
              <w:rPr>
                <w:rFonts w:cs="Times New Roman"/>
              </w:rPr>
            </w:pPr>
            <w:r>
              <w:rPr>
                <w:rFonts w:cs="Times New Roman"/>
                <w:sz w:val="15"/>
              </w:rPr>
              <w:t>4.671</w:t>
            </w:r>
          </w:p>
        </w:tc>
      </w:tr>
      <w:tr w:rsidR="00F57CE1" w14:paraId="1AB8D5ED" w14:textId="77777777" w:rsidTr="00573F18">
        <w:trPr>
          <w:jc w:val="center"/>
        </w:trPr>
        <w:tc>
          <w:tcPr>
            <w:tcW w:w="1368" w:type="dxa"/>
            <w:tcMar>
              <w:top w:w="50" w:type="dxa"/>
              <w:left w:w="70" w:type="dxa"/>
              <w:bottom w:w="50" w:type="dxa"/>
              <w:right w:w="70" w:type="dxa"/>
            </w:tcMar>
            <w:vAlign w:val="center"/>
          </w:tcPr>
          <w:p w14:paraId="626F3EBF" w14:textId="77777777" w:rsidR="00F57CE1" w:rsidRDefault="00F57CE1" w:rsidP="00573F18">
            <w:pPr>
              <w:spacing w:after="0" w:line="240" w:lineRule="auto"/>
              <w:rPr>
                <w:rFonts w:cs="Times New Roman"/>
              </w:rPr>
            </w:pPr>
            <w:r>
              <w:rPr>
                <w:rFonts w:cs="Times New Roman"/>
                <w:sz w:val="15"/>
              </w:rPr>
              <w:t>lnhouse_pc</w:t>
            </w:r>
          </w:p>
        </w:tc>
        <w:tc>
          <w:tcPr>
            <w:tcW w:w="648" w:type="dxa"/>
            <w:tcMar>
              <w:top w:w="50" w:type="dxa"/>
              <w:left w:w="70" w:type="dxa"/>
              <w:bottom w:w="50" w:type="dxa"/>
              <w:right w:w="70" w:type="dxa"/>
            </w:tcMar>
            <w:vAlign w:val="center"/>
          </w:tcPr>
          <w:p w14:paraId="60C6FF13"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4D346600" w14:textId="77777777" w:rsidR="00F57CE1" w:rsidRDefault="00F57CE1" w:rsidP="00573F18">
            <w:pPr>
              <w:spacing w:after="0" w:line="240" w:lineRule="auto"/>
              <w:jc w:val="right"/>
              <w:rPr>
                <w:rFonts w:cs="Times New Roman"/>
              </w:rPr>
            </w:pPr>
            <w:r>
              <w:rPr>
                <w:rFonts w:cs="Times New Roman"/>
                <w:sz w:val="15"/>
              </w:rPr>
              <w:t>-0.022</w:t>
            </w:r>
          </w:p>
        </w:tc>
        <w:tc>
          <w:tcPr>
            <w:tcW w:w="893" w:type="dxa"/>
            <w:tcMar>
              <w:top w:w="50" w:type="dxa"/>
              <w:left w:w="70" w:type="dxa"/>
              <w:bottom w:w="50" w:type="dxa"/>
              <w:right w:w="70" w:type="dxa"/>
            </w:tcMar>
            <w:vAlign w:val="center"/>
          </w:tcPr>
          <w:p w14:paraId="6E39EFA1" w14:textId="77777777" w:rsidR="00F57CE1" w:rsidRDefault="00F57CE1" w:rsidP="00573F18">
            <w:pPr>
              <w:spacing w:after="0" w:line="240" w:lineRule="auto"/>
              <w:jc w:val="right"/>
              <w:rPr>
                <w:rFonts w:cs="Times New Roman"/>
              </w:rPr>
            </w:pPr>
            <w:r>
              <w:rPr>
                <w:rFonts w:cs="Times New Roman"/>
                <w:sz w:val="15"/>
              </w:rPr>
              <w:t>0.483</w:t>
            </w:r>
          </w:p>
        </w:tc>
        <w:tc>
          <w:tcPr>
            <w:tcW w:w="893" w:type="dxa"/>
            <w:tcMar>
              <w:top w:w="50" w:type="dxa"/>
              <w:left w:w="70" w:type="dxa"/>
              <w:bottom w:w="50" w:type="dxa"/>
              <w:right w:w="70" w:type="dxa"/>
            </w:tcMar>
            <w:vAlign w:val="center"/>
          </w:tcPr>
          <w:p w14:paraId="3FAAE754" w14:textId="77777777" w:rsidR="00F57CE1" w:rsidRDefault="00F57CE1" w:rsidP="00573F18">
            <w:pPr>
              <w:spacing w:after="0" w:line="240" w:lineRule="auto"/>
              <w:jc w:val="right"/>
              <w:rPr>
                <w:rFonts w:cs="Times New Roman"/>
              </w:rPr>
            </w:pPr>
            <w:r>
              <w:rPr>
                <w:rFonts w:cs="Times New Roman"/>
                <w:sz w:val="15"/>
              </w:rPr>
              <w:t>-2.279</w:t>
            </w:r>
          </w:p>
        </w:tc>
        <w:tc>
          <w:tcPr>
            <w:tcW w:w="893" w:type="dxa"/>
            <w:tcMar>
              <w:top w:w="50" w:type="dxa"/>
              <w:left w:w="70" w:type="dxa"/>
              <w:bottom w:w="50" w:type="dxa"/>
              <w:right w:w="70" w:type="dxa"/>
            </w:tcMar>
            <w:vAlign w:val="center"/>
          </w:tcPr>
          <w:p w14:paraId="1A795477" w14:textId="77777777" w:rsidR="00F57CE1" w:rsidRDefault="00F57CE1" w:rsidP="00573F18">
            <w:pPr>
              <w:spacing w:after="0" w:line="240" w:lineRule="auto"/>
              <w:jc w:val="right"/>
              <w:rPr>
                <w:rFonts w:cs="Times New Roman"/>
              </w:rPr>
            </w:pPr>
            <w:r>
              <w:rPr>
                <w:rFonts w:cs="Times New Roman"/>
                <w:sz w:val="15"/>
              </w:rPr>
              <w:t>-0.203</w:t>
            </w:r>
          </w:p>
        </w:tc>
        <w:tc>
          <w:tcPr>
            <w:tcW w:w="893" w:type="dxa"/>
            <w:tcMar>
              <w:top w:w="50" w:type="dxa"/>
              <w:left w:w="70" w:type="dxa"/>
              <w:bottom w:w="50" w:type="dxa"/>
              <w:right w:w="70" w:type="dxa"/>
            </w:tcMar>
            <w:vAlign w:val="center"/>
          </w:tcPr>
          <w:p w14:paraId="3BAA0FA1" w14:textId="77777777" w:rsidR="00F57CE1" w:rsidRDefault="00F57CE1" w:rsidP="00573F18">
            <w:pPr>
              <w:spacing w:after="0" w:line="240" w:lineRule="auto"/>
              <w:jc w:val="right"/>
              <w:rPr>
                <w:rFonts w:cs="Times New Roman"/>
              </w:rPr>
            </w:pPr>
            <w:r>
              <w:rPr>
                <w:rFonts w:cs="Times New Roman"/>
                <w:sz w:val="15"/>
              </w:rPr>
              <w:t>0.0000</w:t>
            </w:r>
          </w:p>
        </w:tc>
        <w:tc>
          <w:tcPr>
            <w:tcW w:w="893" w:type="dxa"/>
            <w:tcMar>
              <w:top w:w="50" w:type="dxa"/>
              <w:left w:w="70" w:type="dxa"/>
              <w:bottom w:w="50" w:type="dxa"/>
              <w:right w:w="70" w:type="dxa"/>
            </w:tcMar>
            <w:vAlign w:val="center"/>
          </w:tcPr>
          <w:p w14:paraId="06266863" w14:textId="77777777" w:rsidR="00F57CE1" w:rsidRDefault="00F57CE1" w:rsidP="00573F18">
            <w:pPr>
              <w:spacing w:after="0" w:line="240" w:lineRule="auto"/>
              <w:jc w:val="right"/>
              <w:rPr>
                <w:rFonts w:cs="Times New Roman"/>
              </w:rPr>
            </w:pPr>
            <w:r>
              <w:rPr>
                <w:rFonts w:cs="Times New Roman"/>
                <w:sz w:val="15"/>
              </w:rPr>
              <w:t>0.227</w:t>
            </w:r>
          </w:p>
        </w:tc>
        <w:tc>
          <w:tcPr>
            <w:tcW w:w="893" w:type="dxa"/>
            <w:tcMar>
              <w:top w:w="50" w:type="dxa"/>
              <w:left w:w="70" w:type="dxa"/>
              <w:bottom w:w="50" w:type="dxa"/>
              <w:right w:w="70" w:type="dxa"/>
            </w:tcMar>
            <w:vAlign w:val="center"/>
          </w:tcPr>
          <w:p w14:paraId="0A7F49BA" w14:textId="77777777" w:rsidR="00F57CE1" w:rsidRDefault="00F57CE1" w:rsidP="00573F18">
            <w:pPr>
              <w:spacing w:after="0" w:line="240" w:lineRule="auto"/>
              <w:jc w:val="right"/>
              <w:rPr>
                <w:rFonts w:cs="Times New Roman"/>
              </w:rPr>
            </w:pPr>
            <w:r>
              <w:rPr>
                <w:rFonts w:cs="Times New Roman"/>
                <w:sz w:val="15"/>
              </w:rPr>
              <w:t>1.590</w:t>
            </w:r>
          </w:p>
        </w:tc>
        <w:tc>
          <w:tcPr>
            <w:tcW w:w="893" w:type="dxa"/>
            <w:tcMar>
              <w:top w:w="50" w:type="dxa"/>
              <w:left w:w="70" w:type="dxa"/>
              <w:bottom w:w="50" w:type="dxa"/>
              <w:right w:w="70" w:type="dxa"/>
            </w:tcMar>
            <w:vAlign w:val="center"/>
          </w:tcPr>
          <w:p w14:paraId="503C1B0B" w14:textId="77777777" w:rsidR="00F57CE1" w:rsidRDefault="00F57CE1" w:rsidP="00573F18">
            <w:pPr>
              <w:spacing w:after="0" w:line="240" w:lineRule="auto"/>
              <w:jc w:val="right"/>
              <w:rPr>
                <w:rFonts w:cs="Times New Roman"/>
              </w:rPr>
            </w:pPr>
            <w:r>
              <w:rPr>
                <w:rFonts w:cs="Times New Roman"/>
                <w:sz w:val="15"/>
              </w:rPr>
              <w:t>-0.674</w:t>
            </w:r>
          </w:p>
        </w:tc>
        <w:tc>
          <w:tcPr>
            <w:tcW w:w="893" w:type="dxa"/>
            <w:tcMar>
              <w:top w:w="50" w:type="dxa"/>
              <w:left w:w="70" w:type="dxa"/>
              <w:bottom w:w="50" w:type="dxa"/>
              <w:right w:w="70" w:type="dxa"/>
            </w:tcMar>
            <w:vAlign w:val="center"/>
          </w:tcPr>
          <w:p w14:paraId="2CE650DC" w14:textId="77777777" w:rsidR="00F57CE1" w:rsidRDefault="00F57CE1" w:rsidP="00573F18">
            <w:pPr>
              <w:spacing w:after="0" w:line="240" w:lineRule="auto"/>
              <w:jc w:val="right"/>
              <w:rPr>
                <w:rFonts w:cs="Times New Roman"/>
              </w:rPr>
            </w:pPr>
            <w:r>
              <w:rPr>
                <w:rFonts w:cs="Times New Roman"/>
                <w:sz w:val="15"/>
              </w:rPr>
              <w:t>7.383</w:t>
            </w:r>
          </w:p>
        </w:tc>
      </w:tr>
      <w:tr w:rsidR="00F57CE1" w14:paraId="0F6B9D65" w14:textId="77777777" w:rsidTr="00573F18">
        <w:trPr>
          <w:jc w:val="center"/>
        </w:trPr>
        <w:tc>
          <w:tcPr>
            <w:tcW w:w="1368" w:type="dxa"/>
            <w:tcMar>
              <w:top w:w="50" w:type="dxa"/>
              <w:left w:w="70" w:type="dxa"/>
              <w:bottom w:w="50" w:type="dxa"/>
              <w:right w:w="70" w:type="dxa"/>
            </w:tcMar>
            <w:vAlign w:val="center"/>
          </w:tcPr>
          <w:p w14:paraId="3FF39BF2" w14:textId="77777777" w:rsidR="00F57CE1" w:rsidRDefault="00F57CE1" w:rsidP="00573F18">
            <w:pPr>
              <w:spacing w:after="0" w:line="240" w:lineRule="auto"/>
              <w:rPr>
                <w:rFonts w:cs="Times New Roman"/>
              </w:rPr>
            </w:pPr>
            <w:r>
              <w:rPr>
                <w:rFonts w:cs="Times New Roman"/>
                <w:sz w:val="15"/>
              </w:rPr>
              <w:t>lnpopu</w:t>
            </w:r>
          </w:p>
        </w:tc>
        <w:tc>
          <w:tcPr>
            <w:tcW w:w="648" w:type="dxa"/>
            <w:tcMar>
              <w:top w:w="50" w:type="dxa"/>
              <w:left w:w="70" w:type="dxa"/>
              <w:bottom w:w="50" w:type="dxa"/>
              <w:right w:w="70" w:type="dxa"/>
            </w:tcMar>
            <w:vAlign w:val="center"/>
          </w:tcPr>
          <w:p w14:paraId="7FB26B40"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7AC97C5E" w14:textId="77777777" w:rsidR="00F57CE1" w:rsidRDefault="00F57CE1" w:rsidP="00573F18">
            <w:pPr>
              <w:spacing w:after="0" w:line="240" w:lineRule="auto"/>
              <w:jc w:val="right"/>
              <w:rPr>
                <w:rFonts w:cs="Times New Roman"/>
              </w:rPr>
            </w:pPr>
            <w:r>
              <w:rPr>
                <w:rFonts w:cs="Times New Roman"/>
                <w:sz w:val="15"/>
              </w:rPr>
              <w:t>7.890</w:t>
            </w:r>
          </w:p>
        </w:tc>
        <w:tc>
          <w:tcPr>
            <w:tcW w:w="893" w:type="dxa"/>
            <w:tcMar>
              <w:top w:w="50" w:type="dxa"/>
              <w:left w:w="70" w:type="dxa"/>
              <w:bottom w:w="50" w:type="dxa"/>
              <w:right w:w="70" w:type="dxa"/>
            </w:tcMar>
            <w:vAlign w:val="center"/>
          </w:tcPr>
          <w:p w14:paraId="1EB527BF" w14:textId="77777777" w:rsidR="00F57CE1" w:rsidRDefault="00F57CE1" w:rsidP="00573F18">
            <w:pPr>
              <w:spacing w:after="0" w:line="240" w:lineRule="auto"/>
              <w:jc w:val="right"/>
              <w:rPr>
                <w:rFonts w:cs="Times New Roman"/>
              </w:rPr>
            </w:pPr>
            <w:r>
              <w:rPr>
                <w:rFonts w:cs="Times New Roman"/>
                <w:sz w:val="15"/>
              </w:rPr>
              <w:t>0.530</w:t>
            </w:r>
          </w:p>
        </w:tc>
        <w:tc>
          <w:tcPr>
            <w:tcW w:w="893" w:type="dxa"/>
            <w:tcMar>
              <w:top w:w="50" w:type="dxa"/>
              <w:left w:w="70" w:type="dxa"/>
              <w:bottom w:w="50" w:type="dxa"/>
              <w:right w:w="70" w:type="dxa"/>
            </w:tcMar>
            <w:vAlign w:val="center"/>
          </w:tcPr>
          <w:p w14:paraId="26C29F22" w14:textId="77777777" w:rsidR="00F57CE1" w:rsidRDefault="00F57CE1" w:rsidP="00573F18">
            <w:pPr>
              <w:spacing w:after="0" w:line="240" w:lineRule="auto"/>
              <w:jc w:val="right"/>
              <w:rPr>
                <w:rFonts w:cs="Times New Roman"/>
              </w:rPr>
            </w:pPr>
            <w:r>
              <w:rPr>
                <w:rFonts w:cs="Times New Roman"/>
                <w:sz w:val="15"/>
              </w:rPr>
              <w:t>6.997</w:t>
            </w:r>
          </w:p>
        </w:tc>
        <w:tc>
          <w:tcPr>
            <w:tcW w:w="893" w:type="dxa"/>
            <w:tcMar>
              <w:top w:w="50" w:type="dxa"/>
              <w:left w:w="70" w:type="dxa"/>
              <w:bottom w:w="50" w:type="dxa"/>
              <w:right w:w="70" w:type="dxa"/>
            </w:tcMar>
            <w:vAlign w:val="center"/>
          </w:tcPr>
          <w:p w14:paraId="135F9F8A" w14:textId="77777777" w:rsidR="00F57CE1" w:rsidRDefault="00F57CE1" w:rsidP="00573F18">
            <w:pPr>
              <w:spacing w:after="0" w:line="240" w:lineRule="auto"/>
              <w:jc w:val="right"/>
              <w:rPr>
                <w:rFonts w:cs="Times New Roman"/>
              </w:rPr>
            </w:pPr>
            <w:r>
              <w:rPr>
                <w:rFonts w:cs="Times New Roman"/>
                <w:sz w:val="15"/>
              </w:rPr>
              <w:t>7.432</w:t>
            </w:r>
          </w:p>
        </w:tc>
        <w:tc>
          <w:tcPr>
            <w:tcW w:w="893" w:type="dxa"/>
            <w:tcMar>
              <w:top w:w="50" w:type="dxa"/>
              <w:left w:w="70" w:type="dxa"/>
              <w:bottom w:w="50" w:type="dxa"/>
              <w:right w:w="70" w:type="dxa"/>
            </w:tcMar>
            <w:vAlign w:val="center"/>
          </w:tcPr>
          <w:p w14:paraId="56782FD9" w14:textId="77777777" w:rsidR="00F57CE1" w:rsidRDefault="00F57CE1" w:rsidP="00573F18">
            <w:pPr>
              <w:spacing w:after="0" w:line="240" w:lineRule="auto"/>
              <w:jc w:val="right"/>
              <w:rPr>
                <w:rFonts w:cs="Times New Roman"/>
              </w:rPr>
            </w:pPr>
            <w:r>
              <w:rPr>
                <w:rFonts w:cs="Times New Roman"/>
                <w:sz w:val="15"/>
              </w:rPr>
              <w:t>7.991</w:t>
            </w:r>
          </w:p>
        </w:tc>
        <w:tc>
          <w:tcPr>
            <w:tcW w:w="893" w:type="dxa"/>
            <w:tcMar>
              <w:top w:w="50" w:type="dxa"/>
              <w:left w:w="70" w:type="dxa"/>
              <w:bottom w:w="50" w:type="dxa"/>
              <w:right w:w="70" w:type="dxa"/>
            </w:tcMar>
            <w:vAlign w:val="center"/>
          </w:tcPr>
          <w:p w14:paraId="5BD072F2" w14:textId="77777777" w:rsidR="00F57CE1" w:rsidRDefault="00F57CE1" w:rsidP="00573F18">
            <w:pPr>
              <w:spacing w:after="0" w:line="240" w:lineRule="auto"/>
              <w:jc w:val="right"/>
              <w:rPr>
                <w:rFonts w:cs="Times New Roman"/>
              </w:rPr>
            </w:pPr>
            <w:r>
              <w:rPr>
                <w:rFonts w:cs="Times New Roman"/>
                <w:sz w:val="15"/>
              </w:rPr>
              <w:t>8.165</w:t>
            </w:r>
          </w:p>
        </w:tc>
        <w:tc>
          <w:tcPr>
            <w:tcW w:w="893" w:type="dxa"/>
            <w:tcMar>
              <w:top w:w="50" w:type="dxa"/>
              <w:left w:w="70" w:type="dxa"/>
              <w:bottom w:w="50" w:type="dxa"/>
              <w:right w:w="70" w:type="dxa"/>
            </w:tcMar>
            <w:vAlign w:val="center"/>
          </w:tcPr>
          <w:p w14:paraId="66D682F5" w14:textId="77777777" w:rsidR="00F57CE1" w:rsidRDefault="00F57CE1" w:rsidP="00573F18">
            <w:pPr>
              <w:spacing w:after="0" w:line="240" w:lineRule="auto"/>
              <w:jc w:val="right"/>
              <w:rPr>
                <w:rFonts w:cs="Times New Roman"/>
              </w:rPr>
            </w:pPr>
            <w:r>
              <w:rPr>
                <w:rFonts w:cs="Times New Roman"/>
                <w:sz w:val="15"/>
              </w:rPr>
              <w:t>9.508</w:t>
            </w:r>
          </w:p>
        </w:tc>
        <w:tc>
          <w:tcPr>
            <w:tcW w:w="893" w:type="dxa"/>
            <w:tcMar>
              <w:top w:w="50" w:type="dxa"/>
              <w:left w:w="70" w:type="dxa"/>
              <w:bottom w:w="50" w:type="dxa"/>
              <w:right w:w="70" w:type="dxa"/>
            </w:tcMar>
            <w:vAlign w:val="center"/>
          </w:tcPr>
          <w:p w14:paraId="4E6AD110" w14:textId="77777777" w:rsidR="00F57CE1" w:rsidRDefault="00F57CE1" w:rsidP="00573F18">
            <w:pPr>
              <w:spacing w:after="0" w:line="240" w:lineRule="auto"/>
              <w:jc w:val="right"/>
              <w:rPr>
                <w:rFonts w:cs="Times New Roman"/>
              </w:rPr>
            </w:pPr>
            <w:r>
              <w:rPr>
                <w:rFonts w:cs="Times New Roman"/>
                <w:sz w:val="15"/>
              </w:rPr>
              <w:t>0.512</w:t>
            </w:r>
          </w:p>
        </w:tc>
        <w:tc>
          <w:tcPr>
            <w:tcW w:w="893" w:type="dxa"/>
            <w:tcMar>
              <w:top w:w="50" w:type="dxa"/>
              <w:left w:w="70" w:type="dxa"/>
              <w:bottom w:w="50" w:type="dxa"/>
              <w:right w:w="70" w:type="dxa"/>
            </w:tcMar>
            <w:vAlign w:val="center"/>
          </w:tcPr>
          <w:p w14:paraId="72E32767" w14:textId="77777777" w:rsidR="00F57CE1" w:rsidRDefault="00F57CE1" w:rsidP="00573F18">
            <w:pPr>
              <w:spacing w:after="0" w:line="240" w:lineRule="auto"/>
              <w:jc w:val="right"/>
              <w:rPr>
                <w:rFonts w:cs="Times New Roman"/>
              </w:rPr>
            </w:pPr>
            <w:r>
              <w:rPr>
                <w:rFonts w:cs="Times New Roman"/>
                <w:sz w:val="15"/>
              </w:rPr>
              <w:t>3.582</w:t>
            </w:r>
          </w:p>
        </w:tc>
      </w:tr>
      <w:tr w:rsidR="00F57CE1" w14:paraId="2100226E" w14:textId="77777777" w:rsidTr="00573F18">
        <w:trPr>
          <w:jc w:val="center"/>
        </w:trPr>
        <w:tc>
          <w:tcPr>
            <w:tcW w:w="1368" w:type="dxa"/>
            <w:tcMar>
              <w:top w:w="50" w:type="dxa"/>
              <w:left w:w="70" w:type="dxa"/>
              <w:bottom w:w="50" w:type="dxa"/>
              <w:right w:w="70" w:type="dxa"/>
            </w:tcMar>
            <w:vAlign w:val="center"/>
          </w:tcPr>
          <w:p w14:paraId="2E81F2A6" w14:textId="77777777" w:rsidR="00F57CE1" w:rsidRDefault="00F57CE1" w:rsidP="00573F18">
            <w:pPr>
              <w:spacing w:after="0" w:line="240" w:lineRule="auto"/>
              <w:rPr>
                <w:rFonts w:cs="Times New Roman"/>
              </w:rPr>
            </w:pPr>
            <w:r>
              <w:rPr>
                <w:rFonts w:cs="Times New Roman"/>
                <w:sz w:val="15"/>
              </w:rPr>
              <w:t>ict_n</w:t>
            </w:r>
          </w:p>
        </w:tc>
        <w:tc>
          <w:tcPr>
            <w:tcW w:w="648" w:type="dxa"/>
            <w:tcMar>
              <w:top w:w="50" w:type="dxa"/>
              <w:left w:w="70" w:type="dxa"/>
              <w:bottom w:w="50" w:type="dxa"/>
              <w:right w:w="70" w:type="dxa"/>
            </w:tcMar>
            <w:vAlign w:val="center"/>
          </w:tcPr>
          <w:p w14:paraId="4A46A4AB"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13281036" w14:textId="77777777" w:rsidR="00F57CE1" w:rsidRDefault="00F57CE1" w:rsidP="00573F18">
            <w:pPr>
              <w:spacing w:after="0" w:line="240" w:lineRule="auto"/>
              <w:jc w:val="right"/>
              <w:rPr>
                <w:rFonts w:cs="Times New Roman"/>
              </w:rPr>
            </w:pPr>
            <w:r>
              <w:rPr>
                <w:rFonts w:cs="Times New Roman"/>
                <w:sz w:val="15"/>
              </w:rPr>
              <w:t>0.497</w:t>
            </w:r>
          </w:p>
        </w:tc>
        <w:tc>
          <w:tcPr>
            <w:tcW w:w="893" w:type="dxa"/>
            <w:tcMar>
              <w:top w:w="50" w:type="dxa"/>
              <w:left w:w="70" w:type="dxa"/>
              <w:bottom w:w="50" w:type="dxa"/>
              <w:right w:w="70" w:type="dxa"/>
            </w:tcMar>
            <w:vAlign w:val="center"/>
          </w:tcPr>
          <w:p w14:paraId="0302A42A" w14:textId="77777777" w:rsidR="00F57CE1" w:rsidRDefault="00F57CE1" w:rsidP="00573F18">
            <w:pPr>
              <w:spacing w:after="0" w:line="240" w:lineRule="auto"/>
              <w:jc w:val="right"/>
              <w:rPr>
                <w:rFonts w:cs="Times New Roman"/>
              </w:rPr>
            </w:pPr>
            <w:r>
              <w:rPr>
                <w:rFonts w:cs="Times New Roman"/>
                <w:sz w:val="15"/>
              </w:rPr>
              <w:t>0.096</w:t>
            </w:r>
          </w:p>
        </w:tc>
        <w:tc>
          <w:tcPr>
            <w:tcW w:w="893" w:type="dxa"/>
            <w:tcMar>
              <w:top w:w="50" w:type="dxa"/>
              <w:left w:w="70" w:type="dxa"/>
              <w:bottom w:w="50" w:type="dxa"/>
              <w:right w:w="70" w:type="dxa"/>
            </w:tcMar>
            <w:vAlign w:val="center"/>
          </w:tcPr>
          <w:p w14:paraId="176089BF" w14:textId="77777777" w:rsidR="00F57CE1" w:rsidRDefault="00F57CE1" w:rsidP="00573F18">
            <w:pPr>
              <w:spacing w:after="0" w:line="240" w:lineRule="auto"/>
              <w:jc w:val="right"/>
              <w:rPr>
                <w:rFonts w:cs="Times New Roman"/>
              </w:rPr>
            </w:pPr>
            <w:r>
              <w:rPr>
                <w:rFonts w:cs="Times New Roman"/>
                <w:sz w:val="15"/>
              </w:rPr>
              <w:t>0.267</w:t>
            </w:r>
          </w:p>
        </w:tc>
        <w:tc>
          <w:tcPr>
            <w:tcW w:w="893" w:type="dxa"/>
            <w:tcMar>
              <w:top w:w="50" w:type="dxa"/>
              <w:left w:w="70" w:type="dxa"/>
              <w:bottom w:w="50" w:type="dxa"/>
              <w:right w:w="70" w:type="dxa"/>
            </w:tcMar>
            <w:vAlign w:val="center"/>
          </w:tcPr>
          <w:p w14:paraId="6D91177D" w14:textId="77777777" w:rsidR="00F57CE1" w:rsidRDefault="00F57CE1" w:rsidP="00573F18">
            <w:pPr>
              <w:spacing w:after="0" w:line="240" w:lineRule="auto"/>
              <w:jc w:val="right"/>
              <w:rPr>
                <w:rFonts w:cs="Times New Roman"/>
              </w:rPr>
            </w:pPr>
            <w:r>
              <w:rPr>
                <w:rFonts w:cs="Times New Roman"/>
                <w:sz w:val="15"/>
              </w:rPr>
              <w:t>0.427</w:t>
            </w:r>
          </w:p>
        </w:tc>
        <w:tc>
          <w:tcPr>
            <w:tcW w:w="893" w:type="dxa"/>
            <w:tcMar>
              <w:top w:w="50" w:type="dxa"/>
              <w:left w:w="70" w:type="dxa"/>
              <w:bottom w:w="50" w:type="dxa"/>
              <w:right w:w="70" w:type="dxa"/>
            </w:tcMar>
            <w:vAlign w:val="center"/>
          </w:tcPr>
          <w:p w14:paraId="723F029B" w14:textId="77777777" w:rsidR="00F57CE1" w:rsidRDefault="00F57CE1" w:rsidP="00573F18">
            <w:pPr>
              <w:spacing w:after="0" w:line="240" w:lineRule="auto"/>
              <w:jc w:val="right"/>
              <w:rPr>
                <w:rFonts w:cs="Times New Roman"/>
              </w:rPr>
            </w:pPr>
            <w:r>
              <w:rPr>
                <w:rFonts w:cs="Times New Roman"/>
                <w:sz w:val="15"/>
              </w:rPr>
              <w:t>0.490</w:t>
            </w:r>
          </w:p>
        </w:tc>
        <w:tc>
          <w:tcPr>
            <w:tcW w:w="893" w:type="dxa"/>
            <w:tcMar>
              <w:top w:w="50" w:type="dxa"/>
              <w:left w:w="70" w:type="dxa"/>
              <w:bottom w:w="50" w:type="dxa"/>
              <w:right w:w="70" w:type="dxa"/>
            </w:tcMar>
            <w:vAlign w:val="center"/>
          </w:tcPr>
          <w:p w14:paraId="7653D93C" w14:textId="77777777" w:rsidR="00F57CE1" w:rsidRDefault="00F57CE1" w:rsidP="00573F18">
            <w:pPr>
              <w:spacing w:after="0" w:line="240" w:lineRule="auto"/>
              <w:jc w:val="right"/>
              <w:rPr>
                <w:rFonts w:cs="Times New Roman"/>
              </w:rPr>
            </w:pPr>
            <w:r>
              <w:rPr>
                <w:rFonts w:cs="Times New Roman"/>
                <w:sz w:val="15"/>
              </w:rPr>
              <w:t>0.559</w:t>
            </w:r>
          </w:p>
        </w:tc>
        <w:tc>
          <w:tcPr>
            <w:tcW w:w="893" w:type="dxa"/>
            <w:tcMar>
              <w:top w:w="50" w:type="dxa"/>
              <w:left w:w="70" w:type="dxa"/>
              <w:bottom w:w="50" w:type="dxa"/>
              <w:right w:w="70" w:type="dxa"/>
            </w:tcMar>
            <w:vAlign w:val="center"/>
          </w:tcPr>
          <w:p w14:paraId="09C1C66A" w14:textId="77777777" w:rsidR="00F57CE1" w:rsidRDefault="00F57CE1" w:rsidP="00573F18">
            <w:pPr>
              <w:spacing w:after="0" w:line="240" w:lineRule="auto"/>
              <w:jc w:val="right"/>
              <w:rPr>
                <w:rFonts w:cs="Times New Roman"/>
              </w:rPr>
            </w:pPr>
            <w:r>
              <w:rPr>
                <w:rFonts w:cs="Times New Roman"/>
                <w:sz w:val="15"/>
              </w:rPr>
              <w:t>0.711</w:t>
            </w:r>
          </w:p>
        </w:tc>
        <w:tc>
          <w:tcPr>
            <w:tcW w:w="893" w:type="dxa"/>
            <w:tcMar>
              <w:top w:w="50" w:type="dxa"/>
              <w:left w:w="70" w:type="dxa"/>
              <w:bottom w:w="50" w:type="dxa"/>
              <w:right w:w="70" w:type="dxa"/>
            </w:tcMar>
            <w:vAlign w:val="center"/>
          </w:tcPr>
          <w:p w14:paraId="69E58E79" w14:textId="77777777" w:rsidR="00F57CE1" w:rsidRDefault="00F57CE1" w:rsidP="00573F18">
            <w:pPr>
              <w:spacing w:after="0" w:line="240" w:lineRule="auto"/>
              <w:jc w:val="right"/>
              <w:rPr>
                <w:rFonts w:cs="Times New Roman"/>
              </w:rPr>
            </w:pPr>
            <w:r>
              <w:rPr>
                <w:rFonts w:cs="Times New Roman"/>
                <w:sz w:val="15"/>
              </w:rPr>
              <w:t>0.235</w:t>
            </w:r>
          </w:p>
        </w:tc>
        <w:tc>
          <w:tcPr>
            <w:tcW w:w="893" w:type="dxa"/>
            <w:tcMar>
              <w:top w:w="50" w:type="dxa"/>
              <w:left w:w="70" w:type="dxa"/>
              <w:bottom w:w="50" w:type="dxa"/>
              <w:right w:w="70" w:type="dxa"/>
            </w:tcMar>
            <w:vAlign w:val="center"/>
          </w:tcPr>
          <w:p w14:paraId="26979A1D" w14:textId="77777777" w:rsidR="00F57CE1" w:rsidRDefault="00F57CE1" w:rsidP="00573F18">
            <w:pPr>
              <w:spacing w:after="0" w:line="240" w:lineRule="auto"/>
              <w:jc w:val="right"/>
              <w:rPr>
                <w:rFonts w:cs="Times New Roman"/>
              </w:rPr>
            </w:pPr>
            <w:r>
              <w:rPr>
                <w:rFonts w:cs="Times New Roman"/>
                <w:sz w:val="15"/>
              </w:rPr>
              <w:t>2.395</w:t>
            </w:r>
          </w:p>
        </w:tc>
      </w:tr>
      <w:tr w:rsidR="00F57CE1" w14:paraId="01469BE2" w14:textId="77777777" w:rsidTr="00573F18">
        <w:trPr>
          <w:jc w:val="center"/>
        </w:trPr>
        <w:tc>
          <w:tcPr>
            <w:tcW w:w="1368" w:type="dxa"/>
            <w:tcMar>
              <w:top w:w="50" w:type="dxa"/>
              <w:left w:w="70" w:type="dxa"/>
              <w:bottom w:w="50" w:type="dxa"/>
              <w:right w:w="70" w:type="dxa"/>
            </w:tcMar>
            <w:vAlign w:val="center"/>
          </w:tcPr>
          <w:p w14:paraId="1D358BE9" w14:textId="77777777" w:rsidR="00F57CE1" w:rsidRDefault="00F57CE1" w:rsidP="00573F18">
            <w:pPr>
              <w:spacing w:after="0" w:line="240" w:lineRule="auto"/>
              <w:rPr>
                <w:rFonts w:cs="Times New Roman"/>
              </w:rPr>
            </w:pPr>
            <w:r>
              <w:rPr>
                <w:rFonts w:cs="Times New Roman"/>
                <w:sz w:val="15"/>
              </w:rPr>
              <w:t>lndth</w:t>
            </w:r>
          </w:p>
        </w:tc>
        <w:tc>
          <w:tcPr>
            <w:tcW w:w="648" w:type="dxa"/>
            <w:tcMar>
              <w:top w:w="50" w:type="dxa"/>
              <w:left w:w="70" w:type="dxa"/>
              <w:bottom w:w="50" w:type="dxa"/>
              <w:right w:w="70" w:type="dxa"/>
            </w:tcMar>
            <w:vAlign w:val="center"/>
          </w:tcPr>
          <w:p w14:paraId="2A453B18"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3CF8CC34" w14:textId="77777777" w:rsidR="00F57CE1" w:rsidRDefault="00F57CE1" w:rsidP="00573F18">
            <w:pPr>
              <w:spacing w:after="0" w:line="240" w:lineRule="auto"/>
              <w:jc w:val="right"/>
              <w:rPr>
                <w:rFonts w:cs="Times New Roman"/>
              </w:rPr>
            </w:pPr>
            <w:r>
              <w:rPr>
                <w:rFonts w:cs="Times New Roman"/>
                <w:sz w:val="15"/>
              </w:rPr>
              <w:t>6.642</w:t>
            </w:r>
          </w:p>
        </w:tc>
        <w:tc>
          <w:tcPr>
            <w:tcW w:w="893" w:type="dxa"/>
            <w:tcMar>
              <w:top w:w="50" w:type="dxa"/>
              <w:left w:w="70" w:type="dxa"/>
              <w:bottom w:w="50" w:type="dxa"/>
              <w:right w:w="70" w:type="dxa"/>
            </w:tcMar>
            <w:vAlign w:val="center"/>
          </w:tcPr>
          <w:p w14:paraId="2FBEC17B" w14:textId="77777777" w:rsidR="00F57CE1" w:rsidRDefault="00F57CE1" w:rsidP="00573F18">
            <w:pPr>
              <w:spacing w:after="0" w:line="240" w:lineRule="auto"/>
              <w:jc w:val="right"/>
              <w:rPr>
                <w:rFonts w:cs="Times New Roman"/>
              </w:rPr>
            </w:pPr>
            <w:r>
              <w:rPr>
                <w:rFonts w:cs="Times New Roman"/>
                <w:sz w:val="15"/>
              </w:rPr>
              <w:t>0.771</w:t>
            </w:r>
          </w:p>
        </w:tc>
        <w:tc>
          <w:tcPr>
            <w:tcW w:w="893" w:type="dxa"/>
            <w:tcMar>
              <w:top w:w="50" w:type="dxa"/>
              <w:left w:w="70" w:type="dxa"/>
              <w:bottom w:w="50" w:type="dxa"/>
              <w:right w:w="70" w:type="dxa"/>
            </w:tcMar>
            <w:vAlign w:val="center"/>
          </w:tcPr>
          <w:p w14:paraId="44115650" w14:textId="77777777" w:rsidR="00F57CE1" w:rsidRDefault="00F57CE1" w:rsidP="00573F18">
            <w:pPr>
              <w:spacing w:after="0" w:line="240" w:lineRule="auto"/>
              <w:jc w:val="right"/>
              <w:rPr>
                <w:rFonts w:cs="Times New Roman"/>
              </w:rPr>
            </w:pPr>
            <w:r>
              <w:rPr>
                <w:rFonts w:cs="Times New Roman"/>
                <w:sz w:val="15"/>
              </w:rPr>
              <w:t>5.243</w:t>
            </w:r>
          </w:p>
        </w:tc>
        <w:tc>
          <w:tcPr>
            <w:tcW w:w="893" w:type="dxa"/>
            <w:tcMar>
              <w:top w:w="50" w:type="dxa"/>
              <w:left w:w="70" w:type="dxa"/>
              <w:bottom w:w="50" w:type="dxa"/>
              <w:right w:w="70" w:type="dxa"/>
            </w:tcMar>
            <w:vAlign w:val="center"/>
          </w:tcPr>
          <w:p w14:paraId="6829119A" w14:textId="77777777" w:rsidR="00F57CE1" w:rsidRDefault="00F57CE1" w:rsidP="00573F18">
            <w:pPr>
              <w:spacing w:after="0" w:line="240" w:lineRule="auto"/>
              <w:jc w:val="right"/>
              <w:rPr>
                <w:rFonts w:cs="Times New Roman"/>
              </w:rPr>
            </w:pPr>
            <w:r>
              <w:rPr>
                <w:rFonts w:cs="Times New Roman"/>
                <w:sz w:val="15"/>
              </w:rPr>
              <w:t>6.146</w:t>
            </w:r>
          </w:p>
        </w:tc>
        <w:tc>
          <w:tcPr>
            <w:tcW w:w="893" w:type="dxa"/>
            <w:tcMar>
              <w:top w:w="50" w:type="dxa"/>
              <w:left w:w="70" w:type="dxa"/>
              <w:bottom w:w="50" w:type="dxa"/>
              <w:right w:w="70" w:type="dxa"/>
            </w:tcMar>
            <w:vAlign w:val="center"/>
          </w:tcPr>
          <w:p w14:paraId="0A953949" w14:textId="77777777" w:rsidR="00F57CE1" w:rsidRDefault="00F57CE1" w:rsidP="00573F18">
            <w:pPr>
              <w:spacing w:after="0" w:line="240" w:lineRule="auto"/>
              <w:jc w:val="right"/>
              <w:rPr>
                <w:rFonts w:cs="Times New Roman"/>
              </w:rPr>
            </w:pPr>
            <w:r>
              <w:rPr>
                <w:rFonts w:cs="Times New Roman"/>
                <w:sz w:val="15"/>
              </w:rPr>
              <w:t>6.456</w:t>
            </w:r>
          </w:p>
        </w:tc>
        <w:tc>
          <w:tcPr>
            <w:tcW w:w="893" w:type="dxa"/>
            <w:tcMar>
              <w:top w:w="50" w:type="dxa"/>
              <w:left w:w="70" w:type="dxa"/>
              <w:bottom w:w="50" w:type="dxa"/>
              <w:right w:w="70" w:type="dxa"/>
            </w:tcMar>
            <w:vAlign w:val="center"/>
          </w:tcPr>
          <w:p w14:paraId="19C34E0F" w14:textId="77777777" w:rsidR="00F57CE1" w:rsidRDefault="00F57CE1" w:rsidP="00573F18">
            <w:pPr>
              <w:spacing w:after="0" w:line="240" w:lineRule="auto"/>
              <w:jc w:val="right"/>
              <w:rPr>
                <w:rFonts w:cs="Times New Roman"/>
              </w:rPr>
            </w:pPr>
            <w:r>
              <w:rPr>
                <w:rFonts w:cs="Times New Roman"/>
                <w:sz w:val="15"/>
              </w:rPr>
              <w:t>6.994</w:t>
            </w:r>
          </w:p>
        </w:tc>
        <w:tc>
          <w:tcPr>
            <w:tcW w:w="893" w:type="dxa"/>
            <w:tcMar>
              <w:top w:w="50" w:type="dxa"/>
              <w:left w:w="70" w:type="dxa"/>
              <w:bottom w:w="50" w:type="dxa"/>
              <w:right w:w="70" w:type="dxa"/>
            </w:tcMar>
            <w:vAlign w:val="center"/>
          </w:tcPr>
          <w:p w14:paraId="74965330" w14:textId="77777777" w:rsidR="00F57CE1" w:rsidRDefault="00F57CE1" w:rsidP="00573F18">
            <w:pPr>
              <w:spacing w:after="0" w:line="240" w:lineRule="auto"/>
              <w:jc w:val="right"/>
              <w:rPr>
                <w:rFonts w:cs="Times New Roman"/>
              </w:rPr>
            </w:pPr>
            <w:r>
              <w:rPr>
                <w:rFonts w:cs="Times New Roman"/>
                <w:sz w:val="15"/>
              </w:rPr>
              <w:t>9.289</w:t>
            </w:r>
          </w:p>
        </w:tc>
        <w:tc>
          <w:tcPr>
            <w:tcW w:w="893" w:type="dxa"/>
            <w:tcMar>
              <w:top w:w="50" w:type="dxa"/>
              <w:left w:w="70" w:type="dxa"/>
              <w:bottom w:w="50" w:type="dxa"/>
              <w:right w:w="70" w:type="dxa"/>
            </w:tcMar>
            <w:vAlign w:val="center"/>
          </w:tcPr>
          <w:p w14:paraId="46024C0D" w14:textId="77777777" w:rsidR="00F57CE1" w:rsidRDefault="00F57CE1" w:rsidP="00573F18">
            <w:pPr>
              <w:spacing w:after="0" w:line="240" w:lineRule="auto"/>
              <w:jc w:val="right"/>
              <w:rPr>
                <w:rFonts w:cs="Times New Roman"/>
              </w:rPr>
            </w:pPr>
            <w:r>
              <w:rPr>
                <w:rFonts w:cs="Times New Roman"/>
                <w:sz w:val="15"/>
              </w:rPr>
              <w:t>1.391</w:t>
            </w:r>
          </w:p>
        </w:tc>
        <w:tc>
          <w:tcPr>
            <w:tcW w:w="893" w:type="dxa"/>
            <w:tcMar>
              <w:top w:w="50" w:type="dxa"/>
              <w:left w:w="70" w:type="dxa"/>
              <w:bottom w:w="50" w:type="dxa"/>
              <w:right w:w="70" w:type="dxa"/>
            </w:tcMar>
            <w:vAlign w:val="center"/>
          </w:tcPr>
          <w:p w14:paraId="612C730D" w14:textId="77777777" w:rsidR="00F57CE1" w:rsidRDefault="00F57CE1" w:rsidP="00573F18">
            <w:pPr>
              <w:spacing w:after="0" w:line="240" w:lineRule="auto"/>
              <w:jc w:val="right"/>
              <w:rPr>
                <w:rFonts w:cs="Times New Roman"/>
              </w:rPr>
            </w:pPr>
            <w:r>
              <w:rPr>
                <w:rFonts w:cs="Times New Roman"/>
                <w:sz w:val="15"/>
              </w:rPr>
              <w:t>5.305</w:t>
            </w:r>
          </w:p>
        </w:tc>
      </w:tr>
      <w:tr w:rsidR="00F57CE1" w14:paraId="6A558701" w14:textId="77777777" w:rsidTr="00573F18">
        <w:trPr>
          <w:jc w:val="center"/>
        </w:trPr>
        <w:tc>
          <w:tcPr>
            <w:tcW w:w="1368" w:type="dxa"/>
            <w:tcMar>
              <w:top w:w="50" w:type="dxa"/>
              <w:left w:w="70" w:type="dxa"/>
              <w:bottom w:w="50" w:type="dxa"/>
              <w:right w:w="70" w:type="dxa"/>
            </w:tcMar>
            <w:vAlign w:val="center"/>
          </w:tcPr>
          <w:p w14:paraId="0CD6DEA2" w14:textId="77777777" w:rsidR="00F57CE1" w:rsidRDefault="00F57CE1" w:rsidP="00573F18">
            <w:pPr>
              <w:spacing w:after="0" w:line="240" w:lineRule="auto"/>
              <w:rPr>
                <w:rFonts w:cs="Times New Roman"/>
              </w:rPr>
            </w:pPr>
            <w:r>
              <w:rPr>
                <w:rFonts w:cs="Times New Roman"/>
                <w:sz w:val="15"/>
              </w:rPr>
              <w:t>cpi</w:t>
            </w:r>
          </w:p>
        </w:tc>
        <w:tc>
          <w:tcPr>
            <w:tcW w:w="648" w:type="dxa"/>
            <w:tcMar>
              <w:top w:w="50" w:type="dxa"/>
              <w:left w:w="70" w:type="dxa"/>
              <w:bottom w:w="50" w:type="dxa"/>
              <w:right w:w="70" w:type="dxa"/>
            </w:tcMar>
            <w:vAlign w:val="center"/>
          </w:tcPr>
          <w:p w14:paraId="2A27A2CE" w14:textId="77777777" w:rsidR="00F57CE1" w:rsidRDefault="00F57CE1" w:rsidP="00573F18">
            <w:pPr>
              <w:spacing w:after="0" w:line="240" w:lineRule="auto"/>
              <w:jc w:val="right"/>
              <w:rPr>
                <w:rFonts w:cs="Times New Roman"/>
              </w:rPr>
            </w:pPr>
            <w:r>
              <w:rPr>
                <w:rFonts w:cs="Times New Roman"/>
                <w:sz w:val="15"/>
              </w:rPr>
              <w:t>448</w:t>
            </w:r>
          </w:p>
        </w:tc>
        <w:tc>
          <w:tcPr>
            <w:tcW w:w="893" w:type="dxa"/>
            <w:tcMar>
              <w:top w:w="50" w:type="dxa"/>
              <w:left w:w="70" w:type="dxa"/>
              <w:bottom w:w="50" w:type="dxa"/>
              <w:right w:w="70" w:type="dxa"/>
            </w:tcMar>
            <w:vAlign w:val="center"/>
          </w:tcPr>
          <w:p w14:paraId="4D9D6F6C" w14:textId="77777777" w:rsidR="00F57CE1" w:rsidRDefault="00F57CE1" w:rsidP="00573F18">
            <w:pPr>
              <w:spacing w:after="0" w:line="240" w:lineRule="auto"/>
              <w:jc w:val="right"/>
              <w:rPr>
                <w:rFonts w:cs="Times New Roman"/>
              </w:rPr>
            </w:pPr>
            <w:r>
              <w:rPr>
                <w:rFonts w:cs="Times New Roman"/>
                <w:sz w:val="15"/>
              </w:rPr>
              <w:t>91.860</w:t>
            </w:r>
          </w:p>
        </w:tc>
        <w:tc>
          <w:tcPr>
            <w:tcW w:w="893" w:type="dxa"/>
            <w:tcMar>
              <w:top w:w="50" w:type="dxa"/>
              <w:left w:w="70" w:type="dxa"/>
              <w:bottom w:w="50" w:type="dxa"/>
              <w:right w:w="70" w:type="dxa"/>
            </w:tcMar>
            <w:vAlign w:val="center"/>
          </w:tcPr>
          <w:p w14:paraId="2BC8555E" w14:textId="77777777" w:rsidR="00F57CE1" w:rsidRDefault="00F57CE1" w:rsidP="00573F18">
            <w:pPr>
              <w:spacing w:after="0" w:line="240" w:lineRule="auto"/>
              <w:jc w:val="right"/>
              <w:rPr>
                <w:rFonts w:cs="Times New Roman"/>
              </w:rPr>
            </w:pPr>
            <w:r>
              <w:rPr>
                <w:rFonts w:cs="Times New Roman"/>
                <w:sz w:val="15"/>
              </w:rPr>
              <w:t>3.882</w:t>
            </w:r>
          </w:p>
        </w:tc>
        <w:tc>
          <w:tcPr>
            <w:tcW w:w="893" w:type="dxa"/>
            <w:tcMar>
              <w:top w:w="50" w:type="dxa"/>
              <w:left w:w="70" w:type="dxa"/>
              <w:bottom w:w="50" w:type="dxa"/>
              <w:right w:w="70" w:type="dxa"/>
            </w:tcMar>
            <w:vAlign w:val="center"/>
          </w:tcPr>
          <w:p w14:paraId="3F7FD21D" w14:textId="77777777" w:rsidR="00F57CE1" w:rsidRDefault="00F57CE1" w:rsidP="00573F18">
            <w:pPr>
              <w:spacing w:after="0" w:line="240" w:lineRule="auto"/>
              <w:jc w:val="right"/>
              <w:rPr>
                <w:rFonts w:cs="Times New Roman"/>
              </w:rPr>
            </w:pPr>
            <w:r>
              <w:rPr>
                <w:rFonts w:cs="Times New Roman"/>
                <w:sz w:val="15"/>
              </w:rPr>
              <w:t>81.900</w:t>
            </w:r>
          </w:p>
        </w:tc>
        <w:tc>
          <w:tcPr>
            <w:tcW w:w="893" w:type="dxa"/>
            <w:tcMar>
              <w:top w:w="50" w:type="dxa"/>
              <w:left w:w="70" w:type="dxa"/>
              <w:bottom w:w="50" w:type="dxa"/>
              <w:right w:w="70" w:type="dxa"/>
            </w:tcMar>
            <w:vAlign w:val="center"/>
          </w:tcPr>
          <w:p w14:paraId="25AC69A5" w14:textId="77777777" w:rsidR="00F57CE1" w:rsidRDefault="00F57CE1" w:rsidP="00573F18">
            <w:pPr>
              <w:spacing w:after="0" w:line="240" w:lineRule="auto"/>
              <w:jc w:val="right"/>
              <w:rPr>
                <w:rFonts w:cs="Times New Roman"/>
              </w:rPr>
            </w:pPr>
            <w:r>
              <w:rPr>
                <w:rFonts w:cs="Times New Roman"/>
                <w:sz w:val="15"/>
              </w:rPr>
              <w:t>89.217</w:t>
            </w:r>
          </w:p>
        </w:tc>
        <w:tc>
          <w:tcPr>
            <w:tcW w:w="893" w:type="dxa"/>
            <w:tcMar>
              <w:top w:w="50" w:type="dxa"/>
              <w:left w:w="70" w:type="dxa"/>
              <w:bottom w:w="50" w:type="dxa"/>
              <w:right w:w="70" w:type="dxa"/>
            </w:tcMar>
            <w:vAlign w:val="center"/>
          </w:tcPr>
          <w:p w14:paraId="625DA0E0" w14:textId="77777777" w:rsidR="00F57CE1" w:rsidRDefault="00F57CE1" w:rsidP="00573F18">
            <w:pPr>
              <w:spacing w:after="0" w:line="240" w:lineRule="auto"/>
              <w:jc w:val="right"/>
              <w:rPr>
                <w:rFonts w:cs="Times New Roman"/>
              </w:rPr>
            </w:pPr>
            <w:r>
              <w:rPr>
                <w:rFonts w:cs="Times New Roman"/>
                <w:sz w:val="15"/>
              </w:rPr>
              <w:t>91.915</w:t>
            </w:r>
          </w:p>
        </w:tc>
        <w:tc>
          <w:tcPr>
            <w:tcW w:w="893" w:type="dxa"/>
            <w:tcMar>
              <w:top w:w="50" w:type="dxa"/>
              <w:left w:w="70" w:type="dxa"/>
              <w:bottom w:w="50" w:type="dxa"/>
              <w:right w:w="70" w:type="dxa"/>
            </w:tcMar>
            <w:vAlign w:val="center"/>
          </w:tcPr>
          <w:p w14:paraId="3CF1AB95" w14:textId="77777777" w:rsidR="00F57CE1" w:rsidRDefault="00F57CE1" w:rsidP="00573F18">
            <w:pPr>
              <w:spacing w:after="0" w:line="240" w:lineRule="auto"/>
              <w:jc w:val="right"/>
              <w:rPr>
                <w:rFonts w:cs="Times New Roman"/>
              </w:rPr>
            </w:pPr>
            <w:r>
              <w:rPr>
                <w:rFonts w:cs="Times New Roman"/>
                <w:sz w:val="15"/>
              </w:rPr>
              <w:t>94.090</w:t>
            </w:r>
          </w:p>
        </w:tc>
        <w:tc>
          <w:tcPr>
            <w:tcW w:w="893" w:type="dxa"/>
            <w:tcMar>
              <w:top w:w="50" w:type="dxa"/>
              <w:left w:w="70" w:type="dxa"/>
              <w:bottom w:w="50" w:type="dxa"/>
              <w:right w:w="70" w:type="dxa"/>
            </w:tcMar>
            <w:vAlign w:val="center"/>
          </w:tcPr>
          <w:p w14:paraId="1E5056C9" w14:textId="77777777" w:rsidR="00F57CE1" w:rsidRDefault="00F57CE1" w:rsidP="00573F18">
            <w:pPr>
              <w:spacing w:after="0" w:line="240" w:lineRule="auto"/>
              <w:jc w:val="right"/>
              <w:rPr>
                <w:rFonts w:cs="Times New Roman"/>
              </w:rPr>
            </w:pPr>
            <w:r>
              <w:rPr>
                <w:rFonts w:cs="Times New Roman"/>
                <w:sz w:val="15"/>
              </w:rPr>
              <w:t>101.500</w:t>
            </w:r>
          </w:p>
        </w:tc>
        <w:tc>
          <w:tcPr>
            <w:tcW w:w="893" w:type="dxa"/>
            <w:tcMar>
              <w:top w:w="50" w:type="dxa"/>
              <w:left w:w="70" w:type="dxa"/>
              <w:bottom w:w="50" w:type="dxa"/>
              <w:right w:w="70" w:type="dxa"/>
            </w:tcMar>
            <w:vAlign w:val="center"/>
          </w:tcPr>
          <w:p w14:paraId="0B1E26D4" w14:textId="77777777" w:rsidR="00F57CE1" w:rsidRDefault="00F57CE1" w:rsidP="00573F18">
            <w:pPr>
              <w:spacing w:after="0" w:line="240" w:lineRule="auto"/>
              <w:jc w:val="right"/>
              <w:rPr>
                <w:rFonts w:cs="Times New Roman"/>
              </w:rPr>
            </w:pPr>
            <w:r>
              <w:rPr>
                <w:rFonts w:cs="Times New Roman"/>
                <w:sz w:val="15"/>
              </w:rPr>
              <w:t>0.039</w:t>
            </w:r>
          </w:p>
        </w:tc>
        <w:tc>
          <w:tcPr>
            <w:tcW w:w="893" w:type="dxa"/>
            <w:tcMar>
              <w:top w:w="50" w:type="dxa"/>
              <w:left w:w="70" w:type="dxa"/>
              <w:bottom w:w="50" w:type="dxa"/>
              <w:right w:w="70" w:type="dxa"/>
            </w:tcMar>
            <w:vAlign w:val="center"/>
          </w:tcPr>
          <w:p w14:paraId="1EC44346" w14:textId="77777777" w:rsidR="00F57CE1" w:rsidRDefault="00F57CE1" w:rsidP="00573F18">
            <w:pPr>
              <w:spacing w:after="0" w:line="240" w:lineRule="auto"/>
              <w:jc w:val="right"/>
              <w:rPr>
                <w:rFonts w:cs="Times New Roman"/>
              </w:rPr>
            </w:pPr>
            <w:r>
              <w:rPr>
                <w:rFonts w:cs="Times New Roman"/>
                <w:sz w:val="15"/>
              </w:rPr>
              <w:t>2.905</w:t>
            </w:r>
          </w:p>
        </w:tc>
      </w:tr>
    </w:tbl>
    <w:p w14:paraId="6E292281"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Panel A: level variables. N = 448 for each variable.</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368"/>
        <w:gridCol w:w="648"/>
        <w:gridCol w:w="893"/>
        <w:gridCol w:w="893"/>
        <w:gridCol w:w="893"/>
        <w:gridCol w:w="893"/>
        <w:gridCol w:w="893"/>
        <w:gridCol w:w="893"/>
        <w:gridCol w:w="893"/>
        <w:gridCol w:w="893"/>
        <w:gridCol w:w="893"/>
      </w:tblGrid>
      <w:tr w:rsidR="00F57CE1" w14:paraId="3A57DFD4" w14:textId="77777777" w:rsidTr="00573F18">
        <w:trPr>
          <w:tblHeader/>
          <w:jc w:val="center"/>
        </w:trPr>
        <w:tc>
          <w:tcPr>
            <w:tcW w:w="1368" w:type="dxa"/>
            <w:shd w:val="clear" w:color="auto" w:fill="E7E6E6"/>
            <w:tcMar>
              <w:top w:w="50" w:type="dxa"/>
              <w:left w:w="70" w:type="dxa"/>
              <w:bottom w:w="50" w:type="dxa"/>
              <w:right w:w="70" w:type="dxa"/>
            </w:tcMar>
            <w:vAlign w:val="center"/>
          </w:tcPr>
          <w:p w14:paraId="3B1D9358" w14:textId="77777777" w:rsidR="00F57CE1" w:rsidRDefault="00F57CE1" w:rsidP="00573F18">
            <w:pPr>
              <w:spacing w:after="0" w:line="240" w:lineRule="auto"/>
              <w:jc w:val="center"/>
              <w:rPr>
                <w:rFonts w:cs="Times New Roman"/>
              </w:rPr>
            </w:pPr>
            <w:r>
              <w:rPr>
                <w:rFonts w:cs="Times New Roman"/>
                <w:b/>
                <w:sz w:val="15"/>
              </w:rPr>
              <w:t>Variable</w:t>
            </w:r>
          </w:p>
        </w:tc>
        <w:tc>
          <w:tcPr>
            <w:tcW w:w="648" w:type="dxa"/>
            <w:shd w:val="clear" w:color="auto" w:fill="E7E6E6"/>
            <w:tcMar>
              <w:top w:w="50" w:type="dxa"/>
              <w:left w:w="70" w:type="dxa"/>
              <w:bottom w:w="50" w:type="dxa"/>
              <w:right w:w="70" w:type="dxa"/>
            </w:tcMar>
            <w:vAlign w:val="center"/>
          </w:tcPr>
          <w:p w14:paraId="78AA60C5" w14:textId="77777777" w:rsidR="00F57CE1" w:rsidRDefault="00F57CE1" w:rsidP="00573F18">
            <w:pPr>
              <w:spacing w:after="0" w:line="240" w:lineRule="auto"/>
              <w:jc w:val="center"/>
              <w:rPr>
                <w:rFonts w:cs="Times New Roman"/>
              </w:rPr>
            </w:pPr>
            <w:r>
              <w:rPr>
                <w:rFonts w:cs="Times New Roman"/>
                <w:b/>
                <w:sz w:val="15"/>
              </w:rPr>
              <w:t>N</w:t>
            </w:r>
          </w:p>
        </w:tc>
        <w:tc>
          <w:tcPr>
            <w:tcW w:w="893" w:type="dxa"/>
            <w:shd w:val="clear" w:color="auto" w:fill="E7E6E6"/>
            <w:tcMar>
              <w:top w:w="50" w:type="dxa"/>
              <w:left w:w="70" w:type="dxa"/>
              <w:bottom w:w="50" w:type="dxa"/>
              <w:right w:w="70" w:type="dxa"/>
            </w:tcMar>
            <w:vAlign w:val="center"/>
          </w:tcPr>
          <w:p w14:paraId="3B4F628C" w14:textId="77777777" w:rsidR="00F57CE1" w:rsidRDefault="00F57CE1" w:rsidP="00573F18">
            <w:pPr>
              <w:spacing w:after="0" w:line="240" w:lineRule="auto"/>
              <w:jc w:val="center"/>
              <w:rPr>
                <w:rFonts w:cs="Times New Roman"/>
              </w:rPr>
            </w:pPr>
            <w:r>
              <w:rPr>
                <w:rFonts w:cs="Times New Roman"/>
                <w:b/>
                <w:sz w:val="15"/>
              </w:rPr>
              <w:t>Mean</w:t>
            </w:r>
          </w:p>
        </w:tc>
        <w:tc>
          <w:tcPr>
            <w:tcW w:w="893" w:type="dxa"/>
            <w:shd w:val="clear" w:color="auto" w:fill="E7E6E6"/>
            <w:tcMar>
              <w:top w:w="50" w:type="dxa"/>
              <w:left w:w="70" w:type="dxa"/>
              <w:bottom w:w="50" w:type="dxa"/>
              <w:right w:w="70" w:type="dxa"/>
            </w:tcMar>
            <w:vAlign w:val="center"/>
          </w:tcPr>
          <w:p w14:paraId="6F846DCC" w14:textId="77777777" w:rsidR="00F57CE1" w:rsidRDefault="00F57CE1" w:rsidP="00573F18">
            <w:pPr>
              <w:spacing w:after="0" w:line="240" w:lineRule="auto"/>
              <w:jc w:val="center"/>
              <w:rPr>
                <w:rFonts w:cs="Times New Roman"/>
              </w:rPr>
            </w:pPr>
            <w:r>
              <w:rPr>
                <w:rFonts w:cs="Times New Roman"/>
                <w:b/>
                <w:sz w:val="15"/>
              </w:rPr>
              <w:t>SD</w:t>
            </w:r>
          </w:p>
        </w:tc>
        <w:tc>
          <w:tcPr>
            <w:tcW w:w="893" w:type="dxa"/>
            <w:shd w:val="clear" w:color="auto" w:fill="E7E6E6"/>
            <w:tcMar>
              <w:top w:w="50" w:type="dxa"/>
              <w:left w:w="70" w:type="dxa"/>
              <w:bottom w:w="50" w:type="dxa"/>
              <w:right w:w="70" w:type="dxa"/>
            </w:tcMar>
            <w:vAlign w:val="center"/>
          </w:tcPr>
          <w:p w14:paraId="46751C40" w14:textId="77777777" w:rsidR="00F57CE1" w:rsidRDefault="00F57CE1" w:rsidP="00573F18">
            <w:pPr>
              <w:spacing w:after="0" w:line="240" w:lineRule="auto"/>
              <w:jc w:val="center"/>
              <w:rPr>
                <w:rFonts w:cs="Times New Roman"/>
              </w:rPr>
            </w:pPr>
            <w:r>
              <w:rPr>
                <w:rFonts w:cs="Times New Roman"/>
                <w:b/>
                <w:sz w:val="15"/>
              </w:rPr>
              <w:t>Min</w:t>
            </w:r>
          </w:p>
        </w:tc>
        <w:tc>
          <w:tcPr>
            <w:tcW w:w="893" w:type="dxa"/>
            <w:shd w:val="clear" w:color="auto" w:fill="E7E6E6"/>
            <w:tcMar>
              <w:top w:w="50" w:type="dxa"/>
              <w:left w:w="70" w:type="dxa"/>
              <w:bottom w:w="50" w:type="dxa"/>
              <w:right w:w="70" w:type="dxa"/>
            </w:tcMar>
            <w:vAlign w:val="center"/>
          </w:tcPr>
          <w:p w14:paraId="15C9A7E2" w14:textId="77777777" w:rsidR="00F57CE1" w:rsidRDefault="00F57CE1" w:rsidP="00573F18">
            <w:pPr>
              <w:spacing w:after="0" w:line="240" w:lineRule="auto"/>
              <w:jc w:val="center"/>
              <w:rPr>
                <w:rFonts w:cs="Times New Roman"/>
              </w:rPr>
            </w:pPr>
            <w:r>
              <w:rPr>
                <w:rFonts w:cs="Times New Roman"/>
                <w:b/>
                <w:sz w:val="15"/>
              </w:rPr>
              <w:t>P25</w:t>
            </w:r>
          </w:p>
        </w:tc>
        <w:tc>
          <w:tcPr>
            <w:tcW w:w="893" w:type="dxa"/>
            <w:shd w:val="clear" w:color="auto" w:fill="E7E6E6"/>
            <w:tcMar>
              <w:top w:w="50" w:type="dxa"/>
              <w:left w:w="70" w:type="dxa"/>
              <w:bottom w:w="50" w:type="dxa"/>
              <w:right w:w="70" w:type="dxa"/>
            </w:tcMar>
            <w:vAlign w:val="center"/>
          </w:tcPr>
          <w:p w14:paraId="743A3A67" w14:textId="77777777" w:rsidR="00F57CE1" w:rsidRDefault="00F57CE1" w:rsidP="00573F18">
            <w:pPr>
              <w:spacing w:after="0" w:line="240" w:lineRule="auto"/>
              <w:jc w:val="center"/>
              <w:rPr>
                <w:rFonts w:cs="Times New Roman"/>
              </w:rPr>
            </w:pPr>
            <w:r>
              <w:rPr>
                <w:rFonts w:cs="Times New Roman"/>
                <w:b/>
                <w:sz w:val="15"/>
              </w:rPr>
              <w:t>Median</w:t>
            </w:r>
          </w:p>
        </w:tc>
        <w:tc>
          <w:tcPr>
            <w:tcW w:w="893" w:type="dxa"/>
            <w:shd w:val="clear" w:color="auto" w:fill="E7E6E6"/>
            <w:tcMar>
              <w:top w:w="50" w:type="dxa"/>
              <w:left w:w="70" w:type="dxa"/>
              <w:bottom w:w="50" w:type="dxa"/>
              <w:right w:w="70" w:type="dxa"/>
            </w:tcMar>
            <w:vAlign w:val="center"/>
          </w:tcPr>
          <w:p w14:paraId="78DF6F2F" w14:textId="77777777" w:rsidR="00F57CE1" w:rsidRDefault="00F57CE1" w:rsidP="00573F18">
            <w:pPr>
              <w:spacing w:after="0" w:line="240" w:lineRule="auto"/>
              <w:jc w:val="center"/>
              <w:rPr>
                <w:rFonts w:cs="Times New Roman"/>
              </w:rPr>
            </w:pPr>
            <w:r>
              <w:rPr>
                <w:rFonts w:cs="Times New Roman"/>
                <w:b/>
                <w:sz w:val="15"/>
              </w:rPr>
              <w:t>P75</w:t>
            </w:r>
          </w:p>
        </w:tc>
        <w:tc>
          <w:tcPr>
            <w:tcW w:w="893" w:type="dxa"/>
            <w:shd w:val="clear" w:color="auto" w:fill="E7E6E6"/>
            <w:tcMar>
              <w:top w:w="50" w:type="dxa"/>
              <w:left w:w="70" w:type="dxa"/>
              <w:bottom w:w="50" w:type="dxa"/>
              <w:right w:w="70" w:type="dxa"/>
            </w:tcMar>
            <w:vAlign w:val="center"/>
          </w:tcPr>
          <w:p w14:paraId="2EB96253" w14:textId="77777777" w:rsidR="00F57CE1" w:rsidRDefault="00F57CE1" w:rsidP="00573F18">
            <w:pPr>
              <w:spacing w:after="0" w:line="240" w:lineRule="auto"/>
              <w:jc w:val="center"/>
              <w:rPr>
                <w:rFonts w:cs="Times New Roman"/>
              </w:rPr>
            </w:pPr>
            <w:r>
              <w:rPr>
                <w:rFonts w:cs="Times New Roman"/>
                <w:b/>
                <w:sz w:val="15"/>
              </w:rPr>
              <w:t>Max</w:t>
            </w:r>
          </w:p>
        </w:tc>
        <w:tc>
          <w:tcPr>
            <w:tcW w:w="893" w:type="dxa"/>
            <w:shd w:val="clear" w:color="auto" w:fill="E7E6E6"/>
            <w:tcMar>
              <w:top w:w="50" w:type="dxa"/>
              <w:left w:w="70" w:type="dxa"/>
              <w:bottom w:w="50" w:type="dxa"/>
              <w:right w:w="70" w:type="dxa"/>
            </w:tcMar>
            <w:vAlign w:val="center"/>
          </w:tcPr>
          <w:p w14:paraId="18FDD48F" w14:textId="77777777" w:rsidR="00F57CE1" w:rsidRDefault="00F57CE1" w:rsidP="00573F18">
            <w:pPr>
              <w:spacing w:after="0" w:line="240" w:lineRule="auto"/>
              <w:jc w:val="center"/>
              <w:rPr>
                <w:rFonts w:cs="Times New Roman"/>
              </w:rPr>
            </w:pPr>
            <w:r>
              <w:rPr>
                <w:rFonts w:cs="Times New Roman"/>
                <w:b/>
                <w:sz w:val="15"/>
              </w:rPr>
              <w:t>Skew.</w:t>
            </w:r>
          </w:p>
        </w:tc>
        <w:tc>
          <w:tcPr>
            <w:tcW w:w="893" w:type="dxa"/>
            <w:shd w:val="clear" w:color="auto" w:fill="E7E6E6"/>
            <w:tcMar>
              <w:top w:w="50" w:type="dxa"/>
              <w:left w:w="70" w:type="dxa"/>
              <w:bottom w:w="50" w:type="dxa"/>
              <w:right w:w="70" w:type="dxa"/>
            </w:tcMar>
            <w:vAlign w:val="center"/>
          </w:tcPr>
          <w:p w14:paraId="5CD03396" w14:textId="77777777" w:rsidR="00F57CE1" w:rsidRDefault="00F57CE1" w:rsidP="00573F18">
            <w:pPr>
              <w:spacing w:after="0" w:line="240" w:lineRule="auto"/>
              <w:jc w:val="center"/>
              <w:rPr>
                <w:rFonts w:cs="Times New Roman"/>
              </w:rPr>
            </w:pPr>
            <w:r>
              <w:rPr>
                <w:rFonts w:cs="Times New Roman"/>
                <w:b/>
                <w:sz w:val="15"/>
              </w:rPr>
              <w:t>Kurt.</w:t>
            </w:r>
          </w:p>
        </w:tc>
      </w:tr>
      <w:tr w:rsidR="00F57CE1" w14:paraId="3F11DD38" w14:textId="77777777" w:rsidTr="00573F18">
        <w:trPr>
          <w:jc w:val="center"/>
        </w:trPr>
        <w:tc>
          <w:tcPr>
            <w:tcW w:w="1368" w:type="dxa"/>
            <w:tcMar>
              <w:top w:w="50" w:type="dxa"/>
              <w:left w:w="70" w:type="dxa"/>
              <w:bottom w:w="50" w:type="dxa"/>
              <w:right w:w="70" w:type="dxa"/>
            </w:tcMar>
            <w:vAlign w:val="center"/>
          </w:tcPr>
          <w:p w14:paraId="583295CA" w14:textId="77777777" w:rsidR="00F57CE1" w:rsidRDefault="00F57CE1" w:rsidP="00573F18">
            <w:pPr>
              <w:spacing w:after="0" w:line="240" w:lineRule="auto"/>
              <w:rPr>
                <w:rFonts w:cs="Times New Roman"/>
              </w:rPr>
            </w:pPr>
            <w:r>
              <w:rPr>
                <w:rFonts w:cs="Times New Roman"/>
                <w:sz w:val="15"/>
              </w:rPr>
              <w:t>d_lnnsld</w:t>
            </w:r>
          </w:p>
        </w:tc>
        <w:tc>
          <w:tcPr>
            <w:tcW w:w="648" w:type="dxa"/>
            <w:tcMar>
              <w:top w:w="50" w:type="dxa"/>
              <w:left w:w="70" w:type="dxa"/>
              <w:bottom w:w="50" w:type="dxa"/>
              <w:right w:w="70" w:type="dxa"/>
            </w:tcMar>
            <w:vAlign w:val="center"/>
          </w:tcPr>
          <w:p w14:paraId="27A9550E"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2630B86E" w14:textId="77777777" w:rsidR="00F57CE1" w:rsidRDefault="00F57CE1" w:rsidP="00573F18">
            <w:pPr>
              <w:spacing w:after="0" w:line="240" w:lineRule="auto"/>
              <w:jc w:val="right"/>
              <w:rPr>
                <w:rFonts w:cs="Times New Roman"/>
              </w:rPr>
            </w:pPr>
            <w:r>
              <w:rPr>
                <w:rFonts w:cs="Times New Roman"/>
                <w:sz w:val="15"/>
              </w:rPr>
              <w:t>0.050</w:t>
            </w:r>
          </w:p>
        </w:tc>
        <w:tc>
          <w:tcPr>
            <w:tcW w:w="893" w:type="dxa"/>
            <w:tcMar>
              <w:top w:w="50" w:type="dxa"/>
              <w:left w:w="70" w:type="dxa"/>
              <w:bottom w:w="50" w:type="dxa"/>
              <w:right w:w="70" w:type="dxa"/>
            </w:tcMar>
            <w:vAlign w:val="center"/>
          </w:tcPr>
          <w:p w14:paraId="36200C3C" w14:textId="77777777" w:rsidR="00F57CE1" w:rsidRDefault="00F57CE1" w:rsidP="00573F18">
            <w:pPr>
              <w:spacing w:after="0" w:line="240" w:lineRule="auto"/>
              <w:jc w:val="right"/>
              <w:rPr>
                <w:rFonts w:cs="Times New Roman"/>
              </w:rPr>
            </w:pPr>
            <w:r>
              <w:rPr>
                <w:rFonts w:cs="Times New Roman"/>
                <w:sz w:val="15"/>
              </w:rPr>
              <w:t>0.095</w:t>
            </w:r>
          </w:p>
        </w:tc>
        <w:tc>
          <w:tcPr>
            <w:tcW w:w="893" w:type="dxa"/>
            <w:tcMar>
              <w:top w:w="50" w:type="dxa"/>
              <w:left w:w="70" w:type="dxa"/>
              <w:bottom w:w="50" w:type="dxa"/>
              <w:right w:w="70" w:type="dxa"/>
            </w:tcMar>
            <w:vAlign w:val="center"/>
          </w:tcPr>
          <w:p w14:paraId="06821D16" w14:textId="77777777" w:rsidR="00F57CE1" w:rsidRDefault="00F57CE1" w:rsidP="00573F18">
            <w:pPr>
              <w:spacing w:after="0" w:line="240" w:lineRule="auto"/>
              <w:jc w:val="right"/>
              <w:rPr>
                <w:rFonts w:cs="Times New Roman"/>
              </w:rPr>
            </w:pPr>
            <w:r>
              <w:rPr>
                <w:rFonts w:cs="Times New Roman"/>
                <w:sz w:val="15"/>
              </w:rPr>
              <w:t>-0.744</w:t>
            </w:r>
          </w:p>
        </w:tc>
        <w:tc>
          <w:tcPr>
            <w:tcW w:w="893" w:type="dxa"/>
            <w:tcMar>
              <w:top w:w="50" w:type="dxa"/>
              <w:left w:w="70" w:type="dxa"/>
              <w:bottom w:w="50" w:type="dxa"/>
              <w:right w:w="70" w:type="dxa"/>
            </w:tcMar>
            <w:vAlign w:val="center"/>
          </w:tcPr>
          <w:p w14:paraId="48A28CD0" w14:textId="77777777" w:rsidR="00F57CE1" w:rsidRDefault="00F57CE1" w:rsidP="00573F18">
            <w:pPr>
              <w:spacing w:after="0" w:line="240" w:lineRule="auto"/>
              <w:jc w:val="right"/>
              <w:rPr>
                <w:rFonts w:cs="Times New Roman"/>
              </w:rPr>
            </w:pPr>
            <w:r>
              <w:rPr>
                <w:rFonts w:cs="Times New Roman"/>
                <w:sz w:val="15"/>
              </w:rPr>
              <w:t>0.021</w:t>
            </w:r>
          </w:p>
        </w:tc>
        <w:tc>
          <w:tcPr>
            <w:tcW w:w="893" w:type="dxa"/>
            <w:tcMar>
              <w:top w:w="50" w:type="dxa"/>
              <w:left w:w="70" w:type="dxa"/>
              <w:bottom w:w="50" w:type="dxa"/>
              <w:right w:w="70" w:type="dxa"/>
            </w:tcMar>
            <w:vAlign w:val="center"/>
          </w:tcPr>
          <w:p w14:paraId="1F00EDC4" w14:textId="77777777" w:rsidR="00F57CE1" w:rsidRDefault="00F57CE1" w:rsidP="00573F18">
            <w:pPr>
              <w:spacing w:after="0" w:line="240" w:lineRule="auto"/>
              <w:jc w:val="right"/>
              <w:rPr>
                <w:rFonts w:cs="Times New Roman"/>
              </w:rPr>
            </w:pPr>
            <w:r>
              <w:rPr>
                <w:rFonts w:cs="Times New Roman"/>
                <w:sz w:val="15"/>
              </w:rPr>
              <w:t>0.054</w:t>
            </w:r>
          </w:p>
        </w:tc>
        <w:tc>
          <w:tcPr>
            <w:tcW w:w="893" w:type="dxa"/>
            <w:tcMar>
              <w:top w:w="50" w:type="dxa"/>
              <w:left w:w="70" w:type="dxa"/>
              <w:bottom w:w="50" w:type="dxa"/>
              <w:right w:w="70" w:type="dxa"/>
            </w:tcMar>
            <w:vAlign w:val="center"/>
          </w:tcPr>
          <w:p w14:paraId="01AE48C1" w14:textId="77777777" w:rsidR="00F57CE1" w:rsidRDefault="00F57CE1" w:rsidP="00573F18">
            <w:pPr>
              <w:spacing w:after="0" w:line="240" w:lineRule="auto"/>
              <w:jc w:val="right"/>
              <w:rPr>
                <w:rFonts w:cs="Times New Roman"/>
              </w:rPr>
            </w:pPr>
            <w:r>
              <w:rPr>
                <w:rFonts w:cs="Times New Roman"/>
                <w:sz w:val="15"/>
              </w:rPr>
              <w:t>0.075</w:t>
            </w:r>
          </w:p>
        </w:tc>
        <w:tc>
          <w:tcPr>
            <w:tcW w:w="893" w:type="dxa"/>
            <w:tcMar>
              <w:top w:w="50" w:type="dxa"/>
              <w:left w:w="70" w:type="dxa"/>
              <w:bottom w:w="50" w:type="dxa"/>
              <w:right w:w="70" w:type="dxa"/>
            </w:tcMar>
            <w:vAlign w:val="center"/>
          </w:tcPr>
          <w:p w14:paraId="1629D1B5" w14:textId="77777777" w:rsidR="00F57CE1" w:rsidRDefault="00F57CE1" w:rsidP="00573F18">
            <w:pPr>
              <w:spacing w:after="0" w:line="240" w:lineRule="auto"/>
              <w:jc w:val="right"/>
              <w:rPr>
                <w:rFonts w:cs="Times New Roman"/>
              </w:rPr>
            </w:pPr>
            <w:r>
              <w:rPr>
                <w:rFonts w:cs="Times New Roman"/>
                <w:sz w:val="15"/>
              </w:rPr>
              <w:t>0.802</w:t>
            </w:r>
          </w:p>
        </w:tc>
        <w:tc>
          <w:tcPr>
            <w:tcW w:w="893" w:type="dxa"/>
            <w:tcMar>
              <w:top w:w="50" w:type="dxa"/>
              <w:left w:w="70" w:type="dxa"/>
              <w:bottom w:w="50" w:type="dxa"/>
              <w:right w:w="70" w:type="dxa"/>
            </w:tcMar>
            <w:vAlign w:val="center"/>
          </w:tcPr>
          <w:p w14:paraId="5D5ECC12" w14:textId="77777777" w:rsidR="00F57CE1" w:rsidRDefault="00F57CE1" w:rsidP="00573F18">
            <w:pPr>
              <w:spacing w:after="0" w:line="240" w:lineRule="auto"/>
              <w:jc w:val="right"/>
              <w:rPr>
                <w:rFonts w:cs="Times New Roman"/>
              </w:rPr>
            </w:pPr>
            <w:r>
              <w:rPr>
                <w:rFonts w:cs="Times New Roman"/>
                <w:sz w:val="15"/>
              </w:rPr>
              <w:t>-0.002</w:t>
            </w:r>
          </w:p>
        </w:tc>
        <w:tc>
          <w:tcPr>
            <w:tcW w:w="893" w:type="dxa"/>
            <w:tcMar>
              <w:top w:w="50" w:type="dxa"/>
              <w:left w:w="70" w:type="dxa"/>
              <w:bottom w:w="50" w:type="dxa"/>
              <w:right w:w="70" w:type="dxa"/>
            </w:tcMar>
            <w:vAlign w:val="center"/>
          </w:tcPr>
          <w:p w14:paraId="18C7ABAD" w14:textId="77777777" w:rsidR="00F57CE1" w:rsidRDefault="00F57CE1" w:rsidP="00573F18">
            <w:pPr>
              <w:spacing w:after="0" w:line="240" w:lineRule="auto"/>
              <w:jc w:val="right"/>
              <w:rPr>
                <w:rFonts w:cs="Times New Roman"/>
              </w:rPr>
            </w:pPr>
            <w:r>
              <w:rPr>
                <w:rFonts w:cs="Times New Roman"/>
                <w:sz w:val="15"/>
              </w:rPr>
              <w:t>25.462</w:t>
            </w:r>
          </w:p>
        </w:tc>
      </w:tr>
      <w:tr w:rsidR="00F57CE1" w14:paraId="390D0B04" w14:textId="77777777" w:rsidTr="00573F18">
        <w:trPr>
          <w:jc w:val="center"/>
        </w:trPr>
        <w:tc>
          <w:tcPr>
            <w:tcW w:w="1368" w:type="dxa"/>
            <w:tcMar>
              <w:top w:w="50" w:type="dxa"/>
              <w:left w:w="70" w:type="dxa"/>
              <w:bottom w:w="50" w:type="dxa"/>
              <w:right w:w="70" w:type="dxa"/>
            </w:tcMar>
            <w:vAlign w:val="center"/>
          </w:tcPr>
          <w:p w14:paraId="2B60913A" w14:textId="77777777" w:rsidR="00F57CE1" w:rsidRDefault="00F57CE1" w:rsidP="00573F18">
            <w:pPr>
              <w:spacing w:after="0" w:line="240" w:lineRule="auto"/>
              <w:rPr>
                <w:rFonts w:cs="Times New Roman"/>
              </w:rPr>
            </w:pPr>
            <w:r>
              <w:rPr>
                <w:rFonts w:cs="Times New Roman"/>
                <w:sz w:val="15"/>
              </w:rPr>
              <w:t>d_h</w:t>
            </w:r>
          </w:p>
        </w:tc>
        <w:tc>
          <w:tcPr>
            <w:tcW w:w="648" w:type="dxa"/>
            <w:tcMar>
              <w:top w:w="50" w:type="dxa"/>
              <w:left w:w="70" w:type="dxa"/>
              <w:bottom w:w="50" w:type="dxa"/>
              <w:right w:w="70" w:type="dxa"/>
            </w:tcMar>
            <w:vAlign w:val="center"/>
          </w:tcPr>
          <w:p w14:paraId="32B0166B"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2858D120" w14:textId="77777777" w:rsidR="00F57CE1" w:rsidRDefault="00F57CE1" w:rsidP="00573F18">
            <w:pPr>
              <w:spacing w:after="0" w:line="240" w:lineRule="auto"/>
              <w:jc w:val="right"/>
              <w:rPr>
                <w:rFonts w:cs="Times New Roman"/>
              </w:rPr>
            </w:pPr>
            <w:r>
              <w:rPr>
                <w:rFonts w:cs="Times New Roman"/>
                <w:sz w:val="15"/>
              </w:rPr>
              <w:t>0.305</w:t>
            </w:r>
          </w:p>
        </w:tc>
        <w:tc>
          <w:tcPr>
            <w:tcW w:w="893" w:type="dxa"/>
            <w:tcMar>
              <w:top w:w="50" w:type="dxa"/>
              <w:left w:w="70" w:type="dxa"/>
              <w:bottom w:w="50" w:type="dxa"/>
              <w:right w:w="70" w:type="dxa"/>
            </w:tcMar>
            <w:vAlign w:val="center"/>
          </w:tcPr>
          <w:p w14:paraId="725B92B0" w14:textId="77777777" w:rsidR="00F57CE1" w:rsidRDefault="00F57CE1" w:rsidP="00573F18">
            <w:pPr>
              <w:spacing w:after="0" w:line="240" w:lineRule="auto"/>
              <w:jc w:val="right"/>
              <w:rPr>
                <w:rFonts w:cs="Times New Roman"/>
              </w:rPr>
            </w:pPr>
            <w:r>
              <w:rPr>
                <w:rFonts w:cs="Times New Roman"/>
                <w:sz w:val="15"/>
              </w:rPr>
              <w:t>1.640</w:t>
            </w:r>
          </w:p>
        </w:tc>
        <w:tc>
          <w:tcPr>
            <w:tcW w:w="893" w:type="dxa"/>
            <w:tcMar>
              <w:top w:w="50" w:type="dxa"/>
              <w:left w:w="70" w:type="dxa"/>
              <w:bottom w:w="50" w:type="dxa"/>
              <w:right w:w="70" w:type="dxa"/>
            </w:tcMar>
            <w:vAlign w:val="center"/>
          </w:tcPr>
          <w:p w14:paraId="3E175084" w14:textId="77777777" w:rsidR="00F57CE1" w:rsidRDefault="00F57CE1" w:rsidP="00573F18">
            <w:pPr>
              <w:spacing w:after="0" w:line="240" w:lineRule="auto"/>
              <w:jc w:val="right"/>
              <w:rPr>
                <w:rFonts w:cs="Times New Roman"/>
              </w:rPr>
            </w:pPr>
            <w:r>
              <w:rPr>
                <w:rFonts w:cs="Times New Roman"/>
                <w:sz w:val="15"/>
              </w:rPr>
              <w:t>-5.600</w:t>
            </w:r>
          </w:p>
        </w:tc>
        <w:tc>
          <w:tcPr>
            <w:tcW w:w="893" w:type="dxa"/>
            <w:tcMar>
              <w:top w:w="50" w:type="dxa"/>
              <w:left w:w="70" w:type="dxa"/>
              <w:bottom w:w="50" w:type="dxa"/>
              <w:right w:w="70" w:type="dxa"/>
            </w:tcMar>
            <w:vAlign w:val="center"/>
          </w:tcPr>
          <w:p w14:paraId="1F78A50F" w14:textId="77777777" w:rsidR="00F57CE1" w:rsidRDefault="00F57CE1" w:rsidP="00573F18">
            <w:pPr>
              <w:spacing w:after="0" w:line="240" w:lineRule="auto"/>
              <w:jc w:val="right"/>
              <w:rPr>
                <w:rFonts w:cs="Times New Roman"/>
              </w:rPr>
            </w:pPr>
            <w:r>
              <w:rPr>
                <w:rFonts w:cs="Times New Roman"/>
                <w:sz w:val="15"/>
              </w:rPr>
              <w:t>-0.500</w:t>
            </w:r>
          </w:p>
        </w:tc>
        <w:tc>
          <w:tcPr>
            <w:tcW w:w="893" w:type="dxa"/>
            <w:tcMar>
              <w:top w:w="50" w:type="dxa"/>
              <w:left w:w="70" w:type="dxa"/>
              <w:bottom w:w="50" w:type="dxa"/>
              <w:right w:w="70" w:type="dxa"/>
            </w:tcMar>
            <w:vAlign w:val="center"/>
          </w:tcPr>
          <w:p w14:paraId="7260E067" w14:textId="77777777" w:rsidR="00F57CE1" w:rsidRDefault="00F57CE1" w:rsidP="00573F18">
            <w:pPr>
              <w:spacing w:after="0" w:line="240" w:lineRule="auto"/>
              <w:jc w:val="right"/>
              <w:rPr>
                <w:rFonts w:cs="Times New Roman"/>
              </w:rPr>
            </w:pPr>
            <w:r>
              <w:rPr>
                <w:rFonts w:cs="Times New Roman"/>
                <w:sz w:val="15"/>
              </w:rPr>
              <w:t>0.200</w:t>
            </w:r>
          </w:p>
        </w:tc>
        <w:tc>
          <w:tcPr>
            <w:tcW w:w="893" w:type="dxa"/>
            <w:tcMar>
              <w:top w:w="50" w:type="dxa"/>
              <w:left w:w="70" w:type="dxa"/>
              <w:bottom w:w="50" w:type="dxa"/>
              <w:right w:w="70" w:type="dxa"/>
            </w:tcMar>
            <w:vAlign w:val="center"/>
          </w:tcPr>
          <w:p w14:paraId="098DB2DA" w14:textId="77777777" w:rsidR="00F57CE1" w:rsidRDefault="00F57CE1" w:rsidP="00573F18">
            <w:pPr>
              <w:spacing w:after="0" w:line="240" w:lineRule="auto"/>
              <w:jc w:val="right"/>
              <w:rPr>
                <w:rFonts w:cs="Times New Roman"/>
              </w:rPr>
            </w:pPr>
            <w:r>
              <w:rPr>
                <w:rFonts w:cs="Times New Roman"/>
                <w:sz w:val="15"/>
              </w:rPr>
              <w:t>1.127</w:t>
            </w:r>
          </w:p>
        </w:tc>
        <w:tc>
          <w:tcPr>
            <w:tcW w:w="893" w:type="dxa"/>
            <w:tcMar>
              <w:top w:w="50" w:type="dxa"/>
              <w:left w:w="70" w:type="dxa"/>
              <w:bottom w:w="50" w:type="dxa"/>
              <w:right w:w="70" w:type="dxa"/>
            </w:tcMar>
            <w:vAlign w:val="center"/>
          </w:tcPr>
          <w:p w14:paraId="1C130A2C" w14:textId="77777777" w:rsidR="00F57CE1" w:rsidRDefault="00F57CE1" w:rsidP="00573F18">
            <w:pPr>
              <w:spacing w:after="0" w:line="240" w:lineRule="auto"/>
              <w:jc w:val="right"/>
              <w:rPr>
                <w:rFonts w:cs="Times New Roman"/>
              </w:rPr>
            </w:pPr>
            <w:r>
              <w:rPr>
                <w:rFonts w:cs="Times New Roman"/>
                <w:sz w:val="15"/>
              </w:rPr>
              <w:t>8.250</w:t>
            </w:r>
          </w:p>
        </w:tc>
        <w:tc>
          <w:tcPr>
            <w:tcW w:w="893" w:type="dxa"/>
            <w:tcMar>
              <w:top w:w="50" w:type="dxa"/>
              <w:left w:w="70" w:type="dxa"/>
              <w:bottom w:w="50" w:type="dxa"/>
              <w:right w:w="70" w:type="dxa"/>
            </w:tcMar>
            <w:vAlign w:val="center"/>
          </w:tcPr>
          <w:p w14:paraId="2179FD92" w14:textId="77777777" w:rsidR="00F57CE1" w:rsidRDefault="00F57CE1" w:rsidP="00573F18">
            <w:pPr>
              <w:spacing w:after="0" w:line="240" w:lineRule="auto"/>
              <w:jc w:val="right"/>
              <w:rPr>
                <w:rFonts w:cs="Times New Roman"/>
              </w:rPr>
            </w:pPr>
            <w:r>
              <w:rPr>
                <w:rFonts w:cs="Times New Roman"/>
                <w:sz w:val="15"/>
              </w:rPr>
              <w:t>0.314</w:t>
            </w:r>
          </w:p>
        </w:tc>
        <w:tc>
          <w:tcPr>
            <w:tcW w:w="893" w:type="dxa"/>
            <w:tcMar>
              <w:top w:w="50" w:type="dxa"/>
              <w:left w:w="70" w:type="dxa"/>
              <w:bottom w:w="50" w:type="dxa"/>
              <w:right w:w="70" w:type="dxa"/>
            </w:tcMar>
            <w:vAlign w:val="center"/>
          </w:tcPr>
          <w:p w14:paraId="60019DBB" w14:textId="77777777" w:rsidR="00F57CE1" w:rsidRDefault="00F57CE1" w:rsidP="00573F18">
            <w:pPr>
              <w:spacing w:after="0" w:line="240" w:lineRule="auto"/>
              <w:jc w:val="right"/>
              <w:rPr>
                <w:rFonts w:cs="Times New Roman"/>
              </w:rPr>
            </w:pPr>
            <w:r>
              <w:rPr>
                <w:rFonts w:cs="Times New Roman"/>
                <w:sz w:val="15"/>
              </w:rPr>
              <w:t>6.003</w:t>
            </w:r>
          </w:p>
        </w:tc>
      </w:tr>
      <w:tr w:rsidR="00F57CE1" w14:paraId="48A13032" w14:textId="77777777" w:rsidTr="00573F18">
        <w:trPr>
          <w:jc w:val="center"/>
        </w:trPr>
        <w:tc>
          <w:tcPr>
            <w:tcW w:w="1368" w:type="dxa"/>
            <w:tcMar>
              <w:top w:w="50" w:type="dxa"/>
              <w:left w:w="70" w:type="dxa"/>
              <w:bottom w:w="50" w:type="dxa"/>
              <w:right w:w="70" w:type="dxa"/>
            </w:tcMar>
            <w:vAlign w:val="center"/>
          </w:tcPr>
          <w:p w14:paraId="446C6A80" w14:textId="77777777" w:rsidR="00F57CE1" w:rsidRDefault="00F57CE1" w:rsidP="00573F18">
            <w:pPr>
              <w:spacing w:after="0" w:line="240" w:lineRule="auto"/>
              <w:rPr>
                <w:rFonts w:cs="Times New Roman"/>
              </w:rPr>
            </w:pPr>
            <w:r>
              <w:rPr>
                <w:rFonts w:cs="Times New Roman"/>
                <w:sz w:val="15"/>
              </w:rPr>
              <w:t>d_lnhouse_pc</w:t>
            </w:r>
          </w:p>
        </w:tc>
        <w:tc>
          <w:tcPr>
            <w:tcW w:w="648" w:type="dxa"/>
            <w:tcMar>
              <w:top w:w="50" w:type="dxa"/>
              <w:left w:w="70" w:type="dxa"/>
              <w:bottom w:w="50" w:type="dxa"/>
              <w:right w:w="70" w:type="dxa"/>
            </w:tcMar>
            <w:vAlign w:val="center"/>
          </w:tcPr>
          <w:p w14:paraId="0E3E865F"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0FB5A423" w14:textId="77777777" w:rsidR="00F57CE1" w:rsidRDefault="00F57CE1" w:rsidP="00573F18">
            <w:pPr>
              <w:spacing w:after="0" w:line="240" w:lineRule="auto"/>
              <w:jc w:val="right"/>
              <w:rPr>
                <w:rFonts w:cs="Times New Roman"/>
              </w:rPr>
            </w:pPr>
            <w:r>
              <w:rPr>
                <w:rFonts w:cs="Times New Roman"/>
                <w:sz w:val="15"/>
              </w:rPr>
              <w:t>0.006</w:t>
            </w:r>
          </w:p>
        </w:tc>
        <w:tc>
          <w:tcPr>
            <w:tcW w:w="893" w:type="dxa"/>
            <w:tcMar>
              <w:top w:w="50" w:type="dxa"/>
              <w:left w:w="70" w:type="dxa"/>
              <w:bottom w:w="50" w:type="dxa"/>
              <w:right w:w="70" w:type="dxa"/>
            </w:tcMar>
            <w:vAlign w:val="center"/>
          </w:tcPr>
          <w:p w14:paraId="466679FA" w14:textId="77777777" w:rsidR="00F57CE1" w:rsidRDefault="00F57CE1" w:rsidP="00573F18">
            <w:pPr>
              <w:spacing w:after="0" w:line="240" w:lineRule="auto"/>
              <w:jc w:val="right"/>
              <w:rPr>
                <w:rFonts w:cs="Times New Roman"/>
              </w:rPr>
            </w:pPr>
            <w:r>
              <w:rPr>
                <w:rFonts w:cs="Times New Roman"/>
                <w:sz w:val="15"/>
              </w:rPr>
              <w:t>0.140</w:t>
            </w:r>
          </w:p>
        </w:tc>
        <w:tc>
          <w:tcPr>
            <w:tcW w:w="893" w:type="dxa"/>
            <w:tcMar>
              <w:top w:w="50" w:type="dxa"/>
              <w:left w:w="70" w:type="dxa"/>
              <w:bottom w:w="50" w:type="dxa"/>
              <w:right w:w="70" w:type="dxa"/>
            </w:tcMar>
            <w:vAlign w:val="center"/>
          </w:tcPr>
          <w:p w14:paraId="64624C8D" w14:textId="77777777" w:rsidR="00F57CE1" w:rsidRDefault="00F57CE1" w:rsidP="00573F18">
            <w:pPr>
              <w:spacing w:after="0" w:line="240" w:lineRule="auto"/>
              <w:jc w:val="right"/>
              <w:rPr>
                <w:rFonts w:cs="Times New Roman"/>
              </w:rPr>
            </w:pPr>
            <w:r>
              <w:rPr>
                <w:rFonts w:cs="Times New Roman"/>
                <w:sz w:val="15"/>
              </w:rPr>
              <w:t>-0.766</w:t>
            </w:r>
          </w:p>
        </w:tc>
        <w:tc>
          <w:tcPr>
            <w:tcW w:w="893" w:type="dxa"/>
            <w:tcMar>
              <w:top w:w="50" w:type="dxa"/>
              <w:left w:w="70" w:type="dxa"/>
              <w:bottom w:w="50" w:type="dxa"/>
              <w:right w:w="70" w:type="dxa"/>
            </w:tcMar>
            <w:vAlign w:val="center"/>
          </w:tcPr>
          <w:p w14:paraId="2A1FAA2C" w14:textId="77777777" w:rsidR="00F57CE1" w:rsidRDefault="00F57CE1" w:rsidP="00573F18">
            <w:pPr>
              <w:spacing w:after="0" w:line="240" w:lineRule="auto"/>
              <w:jc w:val="right"/>
              <w:rPr>
                <w:rFonts w:cs="Times New Roman"/>
              </w:rPr>
            </w:pPr>
            <w:r>
              <w:rPr>
                <w:rFonts w:cs="Times New Roman"/>
                <w:sz w:val="15"/>
              </w:rPr>
              <w:t>-0.059</w:t>
            </w:r>
          </w:p>
        </w:tc>
        <w:tc>
          <w:tcPr>
            <w:tcW w:w="893" w:type="dxa"/>
            <w:tcMar>
              <w:top w:w="50" w:type="dxa"/>
              <w:left w:w="70" w:type="dxa"/>
              <w:bottom w:w="50" w:type="dxa"/>
              <w:right w:w="70" w:type="dxa"/>
            </w:tcMar>
            <w:vAlign w:val="center"/>
          </w:tcPr>
          <w:p w14:paraId="1BD01182" w14:textId="77777777" w:rsidR="00F57CE1" w:rsidRDefault="00F57CE1" w:rsidP="00573F18">
            <w:pPr>
              <w:spacing w:after="0" w:line="240" w:lineRule="auto"/>
              <w:jc w:val="right"/>
              <w:rPr>
                <w:rFonts w:cs="Times New Roman"/>
              </w:rPr>
            </w:pPr>
            <w:r>
              <w:rPr>
                <w:rFonts w:cs="Times New Roman"/>
                <w:sz w:val="15"/>
              </w:rPr>
              <w:t>0.009</w:t>
            </w:r>
          </w:p>
        </w:tc>
        <w:tc>
          <w:tcPr>
            <w:tcW w:w="893" w:type="dxa"/>
            <w:tcMar>
              <w:top w:w="50" w:type="dxa"/>
              <w:left w:w="70" w:type="dxa"/>
              <w:bottom w:w="50" w:type="dxa"/>
              <w:right w:w="70" w:type="dxa"/>
            </w:tcMar>
            <w:vAlign w:val="center"/>
          </w:tcPr>
          <w:p w14:paraId="183C728F" w14:textId="77777777" w:rsidR="00F57CE1" w:rsidRDefault="00F57CE1" w:rsidP="00573F18">
            <w:pPr>
              <w:spacing w:after="0" w:line="240" w:lineRule="auto"/>
              <w:jc w:val="right"/>
              <w:rPr>
                <w:rFonts w:cs="Times New Roman"/>
              </w:rPr>
            </w:pPr>
            <w:r>
              <w:rPr>
                <w:rFonts w:cs="Times New Roman"/>
                <w:sz w:val="15"/>
              </w:rPr>
              <w:t>0.070</w:t>
            </w:r>
          </w:p>
        </w:tc>
        <w:tc>
          <w:tcPr>
            <w:tcW w:w="893" w:type="dxa"/>
            <w:tcMar>
              <w:top w:w="50" w:type="dxa"/>
              <w:left w:w="70" w:type="dxa"/>
              <w:bottom w:w="50" w:type="dxa"/>
              <w:right w:w="70" w:type="dxa"/>
            </w:tcMar>
            <w:vAlign w:val="center"/>
          </w:tcPr>
          <w:p w14:paraId="6203929E" w14:textId="77777777" w:rsidR="00F57CE1" w:rsidRDefault="00F57CE1" w:rsidP="00573F18">
            <w:pPr>
              <w:spacing w:after="0" w:line="240" w:lineRule="auto"/>
              <w:jc w:val="right"/>
              <w:rPr>
                <w:rFonts w:cs="Times New Roman"/>
              </w:rPr>
            </w:pPr>
            <w:r>
              <w:rPr>
                <w:rFonts w:cs="Times New Roman"/>
                <w:sz w:val="15"/>
              </w:rPr>
              <w:t>1.089</w:t>
            </w:r>
          </w:p>
        </w:tc>
        <w:tc>
          <w:tcPr>
            <w:tcW w:w="893" w:type="dxa"/>
            <w:tcMar>
              <w:top w:w="50" w:type="dxa"/>
              <w:left w:w="70" w:type="dxa"/>
              <w:bottom w:w="50" w:type="dxa"/>
              <w:right w:w="70" w:type="dxa"/>
            </w:tcMar>
            <w:vAlign w:val="center"/>
          </w:tcPr>
          <w:p w14:paraId="3E1C99DB" w14:textId="77777777" w:rsidR="00F57CE1" w:rsidRDefault="00F57CE1" w:rsidP="00573F18">
            <w:pPr>
              <w:spacing w:after="0" w:line="240" w:lineRule="auto"/>
              <w:jc w:val="right"/>
              <w:rPr>
                <w:rFonts w:cs="Times New Roman"/>
              </w:rPr>
            </w:pPr>
            <w:r>
              <w:rPr>
                <w:rFonts w:cs="Times New Roman"/>
                <w:sz w:val="15"/>
              </w:rPr>
              <w:t>0.585</w:t>
            </w:r>
          </w:p>
        </w:tc>
        <w:tc>
          <w:tcPr>
            <w:tcW w:w="893" w:type="dxa"/>
            <w:tcMar>
              <w:top w:w="50" w:type="dxa"/>
              <w:left w:w="70" w:type="dxa"/>
              <w:bottom w:w="50" w:type="dxa"/>
              <w:right w:w="70" w:type="dxa"/>
            </w:tcMar>
            <w:vAlign w:val="center"/>
          </w:tcPr>
          <w:p w14:paraId="6A4733F5" w14:textId="77777777" w:rsidR="00F57CE1" w:rsidRDefault="00F57CE1" w:rsidP="00573F18">
            <w:pPr>
              <w:spacing w:after="0" w:line="240" w:lineRule="auto"/>
              <w:jc w:val="right"/>
              <w:rPr>
                <w:rFonts w:cs="Times New Roman"/>
              </w:rPr>
            </w:pPr>
            <w:r>
              <w:rPr>
                <w:rFonts w:cs="Times New Roman"/>
                <w:sz w:val="15"/>
              </w:rPr>
              <w:t>13.989</w:t>
            </w:r>
          </w:p>
        </w:tc>
      </w:tr>
      <w:tr w:rsidR="00F57CE1" w14:paraId="53AC5CAD" w14:textId="77777777" w:rsidTr="00573F18">
        <w:trPr>
          <w:jc w:val="center"/>
        </w:trPr>
        <w:tc>
          <w:tcPr>
            <w:tcW w:w="1368" w:type="dxa"/>
            <w:tcMar>
              <w:top w:w="50" w:type="dxa"/>
              <w:left w:w="70" w:type="dxa"/>
              <w:bottom w:w="50" w:type="dxa"/>
              <w:right w:w="70" w:type="dxa"/>
            </w:tcMar>
            <w:vAlign w:val="center"/>
          </w:tcPr>
          <w:p w14:paraId="6AC2C11B" w14:textId="77777777" w:rsidR="00F57CE1" w:rsidRDefault="00F57CE1" w:rsidP="00573F18">
            <w:pPr>
              <w:spacing w:after="0" w:line="240" w:lineRule="auto"/>
              <w:rPr>
                <w:rFonts w:cs="Times New Roman"/>
              </w:rPr>
            </w:pPr>
            <w:r>
              <w:rPr>
                <w:rFonts w:cs="Times New Roman"/>
                <w:sz w:val="15"/>
              </w:rPr>
              <w:t>d_lnpopu</w:t>
            </w:r>
          </w:p>
        </w:tc>
        <w:tc>
          <w:tcPr>
            <w:tcW w:w="648" w:type="dxa"/>
            <w:tcMar>
              <w:top w:w="50" w:type="dxa"/>
              <w:left w:w="70" w:type="dxa"/>
              <w:bottom w:w="50" w:type="dxa"/>
              <w:right w:w="70" w:type="dxa"/>
            </w:tcMar>
            <w:vAlign w:val="center"/>
          </w:tcPr>
          <w:p w14:paraId="4C772BEF"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12DD44B9" w14:textId="77777777" w:rsidR="00F57CE1" w:rsidRDefault="00F57CE1" w:rsidP="00573F18">
            <w:pPr>
              <w:spacing w:after="0" w:line="240" w:lineRule="auto"/>
              <w:jc w:val="right"/>
              <w:rPr>
                <w:rFonts w:cs="Times New Roman"/>
              </w:rPr>
            </w:pPr>
            <w:r>
              <w:rPr>
                <w:rFonts w:cs="Times New Roman"/>
                <w:sz w:val="15"/>
              </w:rPr>
              <w:t>0.006</w:t>
            </w:r>
          </w:p>
        </w:tc>
        <w:tc>
          <w:tcPr>
            <w:tcW w:w="893" w:type="dxa"/>
            <w:tcMar>
              <w:top w:w="50" w:type="dxa"/>
              <w:left w:w="70" w:type="dxa"/>
              <w:bottom w:w="50" w:type="dxa"/>
              <w:right w:w="70" w:type="dxa"/>
            </w:tcMar>
            <w:vAlign w:val="center"/>
          </w:tcPr>
          <w:p w14:paraId="4DA218F7" w14:textId="77777777" w:rsidR="00F57CE1" w:rsidRDefault="00F57CE1" w:rsidP="00573F18">
            <w:pPr>
              <w:spacing w:after="0" w:line="240" w:lineRule="auto"/>
              <w:jc w:val="right"/>
              <w:rPr>
                <w:rFonts w:cs="Times New Roman"/>
              </w:rPr>
            </w:pPr>
            <w:r>
              <w:rPr>
                <w:rFonts w:cs="Times New Roman"/>
                <w:sz w:val="15"/>
              </w:rPr>
              <w:t>0.051</w:t>
            </w:r>
          </w:p>
        </w:tc>
        <w:tc>
          <w:tcPr>
            <w:tcW w:w="893" w:type="dxa"/>
            <w:tcMar>
              <w:top w:w="50" w:type="dxa"/>
              <w:left w:w="70" w:type="dxa"/>
              <w:bottom w:w="50" w:type="dxa"/>
              <w:right w:w="70" w:type="dxa"/>
            </w:tcMar>
            <w:vAlign w:val="center"/>
          </w:tcPr>
          <w:p w14:paraId="5EA49891" w14:textId="77777777" w:rsidR="00F57CE1" w:rsidRDefault="00F57CE1" w:rsidP="00573F18">
            <w:pPr>
              <w:spacing w:after="0" w:line="240" w:lineRule="auto"/>
              <w:jc w:val="right"/>
              <w:rPr>
                <w:rFonts w:cs="Times New Roman"/>
              </w:rPr>
            </w:pPr>
            <w:r>
              <w:rPr>
                <w:rFonts w:cs="Times New Roman"/>
                <w:sz w:val="15"/>
              </w:rPr>
              <w:t>-0.935</w:t>
            </w:r>
          </w:p>
        </w:tc>
        <w:tc>
          <w:tcPr>
            <w:tcW w:w="893" w:type="dxa"/>
            <w:tcMar>
              <w:top w:w="50" w:type="dxa"/>
              <w:left w:w="70" w:type="dxa"/>
              <w:bottom w:w="50" w:type="dxa"/>
              <w:right w:w="70" w:type="dxa"/>
            </w:tcMar>
            <w:vAlign w:val="center"/>
          </w:tcPr>
          <w:p w14:paraId="6B7DCE89" w14:textId="77777777" w:rsidR="00F57CE1" w:rsidRDefault="00F57CE1" w:rsidP="00573F18">
            <w:pPr>
              <w:spacing w:after="0" w:line="240" w:lineRule="auto"/>
              <w:jc w:val="right"/>
              <w:rPr>
                <w:rFonts w:cs="Times New Roman"/>
              </w:rPr>
            </w:pPr>
            <w:r>
              <w:rPr>
                <w:rFonts w:cs="Times New Roman"/>
                <w:sz w:val="15"/>
              </w:rPr>
              <w:t>0.005</w:t>
            </w:r>
          </w:p>
        </w:tc>
        <w:tc>
          <w:tcPr>
            <w:tcW w:w="893" w:type="dxa"/>
            <w:tcMar>
              <w:top w:w="50" w:type="dxa"/>
              <w:left w:w="70" w:type="dxa"/>
              <w:bottom w:w="50" w:type="dxa"/>
              <w:right w:w="70" w:type="dxa"/>
            </w:tcMar>
            <w:vAlign w:val="center"/>
          </w:tcPr>
          <w:p w14:paraId="54695222" w14:textId="77777777" w:rsidR="00F57CE1" w:rsidRDefault="00F57CE1" w:rsidP="00573F18">
            <w:pPr>
              <w:spacing w:after="0" w:line="240" w:lineRule="auto"/>
              <w:jc w:val="right"/>
              <w:rPr>
                <w:rFonts w:cs="Times New Roman"/>
              </w:rPr>
            </w:pPr>
            <w:r>
              <w:rPr>
                <w:rFonts w:cs="Times New Roman"/>
                <w:sz w:val="15"/>
              </w:rPr>
              <w:t>0.008</w:t>
            </w:r>
          </w:p>
        </w:tc>
        <w:tc>
          <w:tcPr>
            <w:tcW w:w="893" w:type="dxa"/>
            <w:tcMar>
              <w:top w:w="50" w:type="dxa"/>
              <w:left w:w="70" w:type="dxa"/>
              <w:bottom w:w="50" w:type="dxa"/>
              <w:right w:w="70" w:type="dxa"/>
            </w:tcMar>
            <w:vAlign w:val="center"/>
          </w:tcPr>
          <w:p w14:paraId="6780BFA3" w14:textId="77777777" w:rsidR="00F57CE1" w:rsidRDefault="00F57CE1" w:rsidP="00573F18">
            <w:pPr>
              <w:spacing w:after="0" w:line="240" w:lineRule="auto"/>
              <w:jc w:val="right"/>
              <w:rPr>
                <w:rFonts w:cs="Times New Roman"/>
              </w:rPr>
            </w:pPr>
            <w:r>
              <w:rPr>
                <w:rFonts w:cs="Times New Roman"/>
                <w:sz w:val="15"/>
              </w:rPr>
              <w:t>0.013</w:t>
            </w:r>
          </w:p>
        </w:tc>
        <w:tc>
          <w:tcPr>
            <w:tcW w:w="893" w:type="dxa"/>
            <w:tcMar>
              <w:top w:w="50" w:type="dxa"/>
              <w:left w:w="70" w:type="dxa"/>
              <w:bottom w:w="50" w:type="dxa"/>
              <w:right w:w="70" w:type="dxa"/>
            </w:tcMar>
            <w:vAlign w:val="center"/>
          </w:tcPr>
          <w:p w14:paraId="5144AF86" w14:textId="77777777" w:rsidR="00F57CE1" w:rsidRDefault="00F57CE1" w:rsidP="00573F18">
            <w:pPr>
              <w:spacing w:after="0" w:line="240" w:lineRule="auto"/>
              <w:jc w:val="right"/>
              <w:rPr>
                <w:rFonts w:cs="Times New Roman"/>
              </w:rPr>
            </w:pPr>
            <w:r>
              <w:rPr>
                <w:rFonts w:cs="Times New Roman"/>
                <w:sz w:val="15"/>
              </w:rPr>
              <w:t>0.031</w:t>
            </w:r>
          </w:p>
        </w:tc>
        <w:tc>
          <w:tcPr>
            <w:tcW w:w="893" w:type="dxa"/>
            <w:tcMar>
              <w:top w:w="50" w:type="dxa"/>
              <w:left w:w="70" w:type="dxa"/>
              <w:bottom w:w="50" w:type="dxa"/>
              <w:right w:w="70" w:type="dxa"/>
            </w:tcMar>
            <w:vAlign w:val="center"/>
          </w:tcPr>
          <w:p w14:paraId="530E8351" w14:textId="77777777" w:rsidR="00F57CE1" w:rsidRDefault="00F57CE1" w:rsidP="00573F18">
            <w:pPr>
              <w:spacing w:after="0" w:line="240" w:lineRule="auto"/>
              <w:jc w:val="right"/>
              <w:rPr>
                <w:rFonts w:cs="Times New Roman"/>
              </w:rPr>
            </w:pPr>
            <w:r>
              <w:rPr>
                <w:rFonts w:cs="Times New Roman"/>
                <w:sz w:val="15"/>
              </w:rPr>
              <w:t>-16.230</w:t>
            </w:r>
          </w:p>
        </w:tc>
        <w:tc>
          <w:tcPr>
            <w:tcW w:w="893" w:type="dxa"/>
            <w:tcMar>
              <w:top w:w="50" w:type="dxa"/>
              <w:left w:w="70" w:type="dxa"/>
              <w:bottom w:w="50" w:type="dxa"/>
              <w:right w:w="70" w:type="dxa"/>
            </w:tcMar>
            <w:vAlign w:val="center"/>
          </w:tcPr>
          <w:p w14:paraId="6ED099E2" w14:textId="77777777" w:rsidR="00F57CE1" w:rsidRDefault="00F57CE1" w:rsidP="00573F18">
            <w:pPr>
              <w:spacing w:after="0" w:line="240" w:lineRule="auto"/>
              <w:jc w:val="right"/>
              <w:rPr>
                <w:rFonts w:cs="Times New Roman"/>
              </w:rPr>
            </w:pPr>
            <w:r>
              <w:rPr>
                <w:rFonts w:cs="Times New Roman"/>
                <w:sz w:val="15"/>
              </w:rPr>
              <w:t>283.310</w:t>
            </w:r>
          </w:p>
        </w:tc>
      </w:tr>
      <w:tr w:rsidR="00F57CE1" w14:paraId="20C843D9" w14:textId="77777777" w:rsidTr="00573F18">
        <w:trPr>
          <w:jc w:val="center"/>
        </w:trPr>
        <w:tc>
          <w:tcPr>
            <w:tcW w:w="1368" w:type="dxa"/>
            <w:tcMar>
              <w:top w:w="50" w:type="dxa"/>
              <w:left w:w="70" w:type="dxa"/>
              <w:bottom w:w="50" w:type="dxa"/>
              <w:right w:w="70" w:type="dxa"/>
            </w:tcMar>
            <w:vAlign w:val="center"/>
          </w:tcPr>
          <w:p w14:paraId="166C3024" w14:textId="77777777" w:rsidR="00F57CE1" w:rsidRDefault="00F57CE1" w:rsidP="00573F18">
            <w:pPr>
              <w:spacing w:after="0" w:line="240" w:lineRule="auto"/>
              <w:rPr>
                <w:rFonts w:cs="Times New Roman"/>
              </w:rPr>
            </w:pPr>
            <w:r>
              <w:rPr>
                <w:rFonts w:cs="Times New Roman"/>
                <w:sz w:val="15"/>
              </w:rPr>
              <w:t>d_ict_n</w:t>
            </w:r>
          </w:p>
        </w:tc>
        <w:tc>
          <w:tcPr>
            <w:tcW w:w="648" w:type="dxa"/>
            <w:tcMar>
              <w:top w:w="50" w:type="dxa"/>
              <w:left w:w="70" w:type="dxa"/>
              <w:bottom w:w="50" w:type="dxa"/>
              <w:right w:w="70" w:type="dxa"/>
            </w:tcMar>
            <w:vAlign w:val="center"/>
          </w:tcPr>
          <w:p w14:paraId="4F7FA001"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6E2A38C7" w14:textId="77777777" w:rsidR="00F57CE1" w:rsidRDefault="00F57CE1" w:rsidP="00573F18">
            <w:pPr>
              <w:spacing w:after="0" w:line="240" w:lineRule="auto"/>
              <w:jc w:val="right"/>
              <w:rPr>
                <w:rFonts w:cs="Times New Roman"/>
              </w:rPr>
            </w:pPr>
            <w:r>
              <w:rPr>
                <w:rFonts w:cs="Times New Roman"/>
                <w:sz w:val="15"/>
              </w:rPr>
              <w:t>0.004</w:t>
            </w:r>
          </w:p>
        </w:tc>
        <w:tc>
          <w:tcPr>
            <w:tcW w:w="893" w:type="dxa"/>
            <w:tcMar>
              <w:top w:w="50" w:type="dxa"/>
              <w:left w:w="70" w:type="dxa"/>
              <w:bottom w:w="50" w:type="dxa"/>
              <w:right w:w="70" w:type="dxa"/>
            </w:tcMar>
            <w:vAlign w:val="center"/>
          </w:tcPr>
          <w:p w14:paraId="64D11224" w14:textId="77777777" w:rsidR="00F57CE1" w:rsidRDefault="00F57CE1" w:rsidP="00573F18">
            <w:pPr>
              <w:spacing w:after="0" w:line="240" w:lineRule="auto"/>
              <w:jc w:val="right"/>
              <w:rPr>
                <w:rFonts w:cs="Times New Roman"/>
              </w:rPr>
            </w:pPr>
            <w:r>
              <w:rPr>
                <w:rFonts w:cs="Times New Roman"/>
                <w:sz w:val="15"/>
              </w:rPr>
              <w:t>0.057</w:t>
            </w:r>
          </w:p>
        </w:tc>
        <w:tc>
          <w:tcPr>
            <w:tcW w:w="893" w:type="dxa"/>
            <w:tcMar>
              <w:top w:w="50" w:type="dxa"/>
              <w:left w:w="70" w:type="dxa"/>
              <w:bottom w:w="50" w:type="dxa"/>
              <w:right w:w="70" w:type="dxa"/>
            </w:tcMar>
            <w:vAlign w:val="center"/>
          </w:tcPr>
          <w:p w14:paraId="43B1E5FD" w14:textId="77777777" w:rsidR="00F57CE1" w:rsidRDefault="00F57CE1" w:rsidP="00573F18">
            <w:pPr>
              <w:spacing w:after="0" w:line="240" w:lineRule="auto"/>
              <w:jc w:val="right"/>
              <w:rPr>
                <w:rFonts w:cs="Times New Roman"/>
              </w:rPr>
            </w:pPr>
            <w:r>
              <w:rPr>
                <w:rFonts w:cs="Times New Roman"/>
                <w:sz w:val="15"/>
              </w:rPr>
              <w:t>-0.194</w:t>
            </w:r>
          </w:p>
        </w:tc>
        <w:tc>
          <w:tcPr>
            <w:tcW w:w="893" w:type="dxa"/>
            <w:tcMar>
              <w:top w:w="50" w:type="dxa"/>
              <w:left w:w="70" w:type="dxa"/>
              <w:bottom w:w="50" w:type="dxa"/>
              <w:right w:w="70" w:type="dxa"/>
            </w:tcMar>
            <w:vAlign w:val="center"/>
          </w:tcPr>
          <w:p w14:paraId="1AD0FEDE" w14:textId="77777777" w:rsidR="00F57CE1" w:rsidRDefault="00F57CE1" w:rsidP="00573F18">
            <w:pPr>
              <w:spacing w:after="0" w:line="240" w:lineRule="auto"/>
              <w:jc w:val="right"/>
              <w:rPr>
                <w:rFonts w:cs="Times New Roman"/>
              </w:rPr>
            </w:pPr>
            <w:r>
              <w:rPr>
                <w:rFonts w:cs="Times New Roman"/>
                <w:sz w:val="15"/>
              </w:rPr>
              <w:t>-0.023</w:t>
            </w:r>
          </w:p>
        </w:tc>
        <w:tc>
          <w:tcPr>
            <w:tcW w:w="893" w:type="dxa"/>
            <w:tcMar>
              <w:top w:w="50" w:type="dxa"/>
              <w:left w:w="70" w:type="dxa"/>
              <w:bottom w:w="50" w:type="dxa"/>
              <w:right w:w="70" w:type="dxa"/>
            </w:tcMar>
            <w:vAlign w:val="center"/>
          </w:tcPr>
          <w:p w14:paraId="5ECE49F6" w14:textId="77777777" w:rsidR="00F57CE1" w:rsidRDefault="00F57CE1" w:rsidP="00573F18">
            <w:pPr>
              <w:spacing w:after="0" w:line="240" w:lineRule="auto"/>
              <w:jc w:val="right"/>
              <w:rPr>
                <w:rFonts w:cs="Times New Roman"/>
              </w:rPr>
            </w:pPr>
            <w:r>
              <w:rPr>
                <w:rFonts w:cs="Times New Roman"/>
                <w:sz w:val="15"/>
              </w:rPr>
              <w:t>0.003</w:t>
            </w:r>
          </w:p>
        </w:tc>
        <w:tc>
          <w:tcPr>
            <w:tcW w:w="893" w:type="dxa"/>
            <w:tcMar>
              <w:top w:w="50" w:type="dxa"/>
              <w:left w:w="70" w:type="dxa"/>
              <w:bottom w:w="50" w:type="dxa"/>
              <w:right w:w="70" w:type="dxa"/>
            </w:tcMar>
            <w:vAlign w:val="center"/>
          </w:tcPr>
          <w:p w14:paraId="2AF84EDD" w14:textId="77777777" w:rsidR="00F57CE1" w:rsidRDefault="00F57CE1" w:rsidP="00573F18">
            <w:pPr>
              <w:spacing w:after="0" w:line="240" w:lineRule="auto"/>
              <w:jc w:val="right"/>
              <w:rPr>
                <w:rFonts w:cs="Times New Roman"/>
              </w:rPr>
            </w:pPr>
            <w:r>
              <w:rPr>
                <w:rFonts w:cs="Times New Roman"/>
                <w:sz w:val="15"/>
              </w:rPr>
              <w:t>0.029</w:t>
            </w:r>
          </w:p>
        </w:tc>
        <w:tc>
          <w:tcPr>
            <w:tcW w:w="893" w:type="dxa"/>
            <w:tcMar>
              <w:top w:w="50" w:type="dxa"/>
              <w:left w:w="70" w:type="dxa"/>
              <w:bottom w:w="50" w:type="dxa"/>
              <w:right w:w="70" w:type="dxa"/>
            </w:tcMar>
            <w:vAlign w:val="center"/>
          </w:tcPr>
          <w:p w14:paraId="12F64EBA" w14:textId="77777777" w:rsidR="00F57CE1" w:rsidRDefault="00F57CE1" w:rsidP="00573F18">
            <w:pPr>
              <w:spacing w:after="0" w:line="240" w:lineRule="auto"/>
              <w:jc w:val="right"/>
              <w:rPr>
                <w:rFonts w:cs="Times New Roman"/>
              </w:rPr>
            </w:pPr>
            <w:r>
              <w:rPr>
                <w:rFonts w:cs="Times New Roman"/>
                <w:sz w:val="15"/>
              </w:rPr>
              <w:t>0.241</w:t>
            </w:r>
          </w:p>
        </w:tc>
        <w:tc>
          <w:tcPr>
            <w:tcW w:w="893" w:type="dxa"/>
            <w:tcMar>
              <w:top w:w="50" w:type="dxa"/>
              <w:left w:w="70" w:type="dxa"/>
              <w:bottom w:w="50" w:type="dxa"/>
              <w:right w:w="70" w:type="dxa"/>
            </w:tcMar>
            <w:vAlign w:val="center"/>
          </w:tcPr>
          <w:p w14:paraId="0E36F244" w14:textId="77777777" w:rsidR="00F57CE1" w:rsidRDefault="00F57CE1" w:rsidP="00573F18">
            <w:pPr>
              <w:spacing w:after="0" w:line="240" w:lineRule="auto"/>
              <w:jc w:val="right"/>
              <w:rPr>
                <w:rFonts w:cs="Times New Roman"/>
              </w:rPr>
            </w:pPr>
            <w:r>
              <w:rPr>
                <w:rFonts w:cs="Times New Roman"/>
                <w:sz w:val="15"/>
              </w:rPr>
              <w:t>0.196</w:t>
            </w:r>
          </w:p>
        </w:tc>
        <w:tc>
          <w:tcPr>
            <w:tcW w:w="893" w:type="dxa"/>
            <w:tcMar>
              <w:top w:w="50" w:type="dxa"/>
              <w:left w:w="70" w:type="dxa"/>
              <w:bottom w:w="50" w:type="dxa"/>
              <w:right w:w="70" w:type="dxa"/>
            </w:tcMar>
            <w:vAlign w:val="center"/>
          </w:tcPr>
          <w:p w14:paraId="6CF8D31F" w14:textId="77777777" w:rsidR="00F57CE1" w:rsidRDefault="00F57CE1" w:rsidP="00573F18">
            <w:pPr>
              <w:spacing w:after="0" w:line="240" w:lineRule="auto"/>
              <w:jc w:val="right"/>
              <w:rPr>
                <w:rFonts w:cs="Times New Roman"/>
              </w:rPr>
            </w:pPr>
            <w:r>
              <w:rPr>
                <w:rFonts w:cs="Times New Roman"/>
                <w:sz w:val="15"/>
              </w:rPr>
              <w:t>5.321</w:t>
            </w:r>
          </w:p>
        </w:tc>
      </w:tr>
      <w:tr w:rsidR="00F57CE1" w14:paraId="569B382D" w14:textId="77777777" w:rsidTr="00573F18">
        <w:trPr>
          <w:jc w:val="center"/>
        </w:trPr>
        <w:tc>
          <w:tcPr>
            <w:tcW w:w="1368" w:type="dxa"/>
            <w:tcMar>
              <w:top w:w="50" w:type="dxa"/>
              <w:left w:w="70" w:type="dxa"/>
              <w:bottom w:w="50" w:type="dxa"/>
              <w:right w:w="70" w:type="dxa"/>
            </w:tcMar>
            <w:vAlign w:val="center"/>
          </w:tcPr>
          <w:p w14:paraId="3DDFB1C6" w14:textId="77777777" w:rsidR="00F57CE1" w:rsidRDefault="00F57CE1" w:rsidP="00573F18">
            <w:pPr>
              <w:spacing w:after="0" w:line="240" w:lineRule="auto"/>
              <w:rPr>
                <w:rFonts w:cs="Times New Roman"/>
              </w:rPr>
            </w:pPr>
            <w:r>
              <w:rPr>
                <w:rFonts w:cs="Times New Roman"/>
                <w:sz w:val="15"/>
              </w:rPr>
              <w:t>d_lndth</w:t>
            </w:r>
          </w:p>
        </w:tc>
        <w:tc>
          <w:tcPr>
            <w:tcW w:w="648" w:type="dxa"/>
            <w:tcMar>
              <w:top w:w="50" w:type="dxa"/>
              <w:left w:w="70" w:type="dxa"/>
              <w:bottom w:w="50" w:type="dxa"/>
              <w:right w:w="70" w:type="dxa"/>
            </w:tcMar>
            <w:vAlign w:val="center"/>
          </w:tcPr>
          <w:p w14:paraId="49B3DFE2"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14A0AA9C" w14:textId="77777777" w:rsidR="00F57CE1" w:rsidRDefault="00F57CE1" w:rsidP="00573F18">
            <w:pPr>
              <w:spacing w:after="0" w:line="240" w:lineRule="auto"/>
              <w:jc w:val="right"/>
              <w:rPr>
                <w:rFonts w:cs="Times New Roman"/>
              </w:rPr>
            </w:pPr>
            <w:r>
              <w:rPr>
                <w:rFonts w:cs="Times New Roman"/>
                <w:sz w:val="15"/>
              </w:rPr>
              <w:t>0.036</w:t>
            </w:r>
          </w:p>
        </w:tc>
        <w:tc>
          <w:tcPr>
            <w:tcW w:w="893" w:type="dxa"/>
            <w:tcMar>
              <w:top w:w="50" w:type="dxa"/>
              <w:left w:w="70" w:type="dxa"/>
              <w:bottom w:w="50" w:type="dxa"/>
              <w:right w:w="70" w:type="dxa"/>
            </w:tcMar>
            <w:vAlign w:val="center"/>
          </w:tcPr>
          <w:p w14:paraId="72BDDD6A" w14:textId="77777777" w:rsidR="00F57CE1" w:rsidRDefault="00F57CE1" w:rsidP="00573F18">
            <w:pPr>
              <w:spacing w:after="0" w:line="240" w:lineRule="auto"/>
              <w:jc w:val="right"/>
              <w:rPr>
                <w:rFonts w:cs="Times New Roman"/>
              </w:rPr>
            </w:pPr>
            <w:r>
              <w:rPr>
                <w:rFonts w:cs="Times New Roman"/>
                <w:sz w:val="15"/>
              </w:rPr>
              <w:t>0.101</w:t>
            </w:r>
          </w:p>
        </w:tc>
        <w:tc>
          <w:tcPr>
            <w:tcW w:w="893" w:type="dxa"/>
            <w:tcMar>
              <w:top w:w="50" w:type="dxa"/>
              <w:left w:w="70" w:type="dxa"/>
              <w:bottom w:w="50" w:type="dxa"/>
              <w:right w:w="70" w:type="dxa"/>
            </w:tcMar>
            <w:vAlign w:val="center"/>
          </w:tcPr>
          <w:p w14:paraId="78E414EE" w14:textId="77777777" w:rsidR="00F57CE1" w:rsidRDefault="00F57CE1" w:rsidP="00573F18">
            <w:pPr>
              <w:spacing w:after="0" w:line="240" w:lineRule="auto"/>
              <w:jc w:val="right"/>
              <w:rPr>
                <w:rFonts w:cs="Times New Roman"/>
              </w:rPr>
            </w:pPr>
            <w:r>
              <w:rPr>
                <w:rFonts w:cs="Times New Roman"/>
                <w:sz w:val="15"/>
              </w:rPr>
              <w:t>-0.002</w:t>
            </w:r>
          </w:p>
        </w:tc>
        <w:tc>
          <w:tcPr>
            <w:tcW w:w="893" w:type="dxa"/>
            <w:tcMar>
              <w:top w:w="50" w:type="dxa"/>
              <w:left w:w="70" w:type="dxa"/>
              <w:bottom w:w="50" w:type="dxa"/>
              <w:right w:w="70" w:type="dxa"/>
            </w:tcMar>
            <w:vAlign w:val="center"/>
          </w:tcPr>
          <w:p w14:paraId="6103DE2D" w14:textId="77777777" w:rsidR="00F57CE1" w:rsidRDefault="00F57CE1" w:rsidP="00573F18">
            <w:pPr>
              <w:spacing w:after="0" w:line="240" w:lineRule="auto"/>
              <w:jc w:val="right"/>
              <w:rPr>
                <w:rFonts w:cs="Times New Roman"/>
              </w:rPr>
            </w:pPr>
            <w:r>
              <w:rPr>
                <w:rFonts w:cs="Times New Roman"/>
                <w:sz w:val="15"/>
              </w:rPr>
              <w:t>0.009</w:t>
            </w:r>
          </w:p>
        </w:tc>
        <w:tc>
          <w:tcPr>
            <w:tcW w:w="893" w:type="dxa"/>
            <w:tcMar>
              <w:top w:w="50" w:type="dxa"/>
              <w:left w:w="70" w:type="dxa"/>
              <w:bottom w:w="50" w:type="dxa"/>
              <w:right w:w="70" w:type="dxa"/>
            </w:tcMar>
            <w:vAlign w:val="center"/>
          </w:tcPr>
          <w:p w14:paraId="6C6F5DF4" w14:textId="77777777" w:rsidR="00F57CE1" w:rsidRDefault="00F57CE1" w:rsidP="00573F18">
            <w:pPr>
              <w:spacing w:after="0" w:line="240" w:lineRule="auto"/>
              <w:jc w:val="right"/>
              <w:rPr>
                <w:rFonts w:cs="Times New Roman"/>
              </w:rPr>
            </w:pPr>
            <w:r>
              <w:rPr>
                <w:rFonts w:cs="Times New Roman"/>
                <w:sz w:val="15"/>
              </w:rPr>
              <w:t>0.017</w:t>
            </w:r>
          </w:p>
        </w:tc>
        <w:tc>
          <w:tcPr>
            <w:tcW w:w="893" w:type="dxa"/>
            <w:tcMar>
              <w:top w:w="50" w:type="dxa"/>
              <w:left w:w="70" w:type="dxa"/>
              <w:bottom w:w="50" w:type="dxa"/>
              <w:right w:w="70" w:type="dxa"/>
            </w:tcMar>
            <w:vAlign w:val="center"/>
          </w:tcPr>
          <w:p w14:paraId="07745247" w14:textId="77777777" w:rsidR="00F57CE1" w:rsidRDefault="00F57CE1" w:rsidP="00573F18">
            <w:pPr>
              <w:spacing w:after="0" w:line="240" w:lineRule="auto"/>
              <w:jc w:val="right"/>
              <w:rPr>
                <w:rFonts w:cs="Times New Roman"/>
              </w:rPr>
            </w:pPr>
            <w:r>
              <w:rPr>
                <w:rFonts w:cs="Times New Roman"/>
                <w:sz w:val="15"/>
              </w:rPr>
              <w:t>0.032</w:t>
            </w:r>
          </w:p>
        </w:tc>
        <w:tc>
          <w:tcPr>
            <w:tcW w:w="893" w:type="dxa"/>
            <w:tcMar>
              <w:top w:w="50" w:type="dxa"/>
              <w:left w:w="70" w:type="dxa"/>
              <w:bottom w:w="50" w:type="dxa"/>
              <w:right w:w="70" w:type="dxa"/>
            </w:tcMar>
            <w:vAlign w:val="center"/>
          </w:tcPr>
          <w:p w14:paraId="1485325B" w14:textId="77777777" w:rsidR="00F57CE1" w:rsidRDefault="00F57CE1" w:rsidP="00573F18">
            <w:pPr>
              <w:spacing w:after="0" w:line="240" w:lineRule="auto"/>
              <w:jc w:val="right"/>
              <w:rPr>
                <w:rFonts w:cs="Times New Roman"/>
              </w:rPr>
            </w:pPr>
            <w:r>
              <w:rPr>
                <w:rFonts w:cs="Times New Roman"/>
                <w:sz w:val="15"/>
              </w:rPr>
              <w:t>1.361</w:t>
            </w:r>
          </w:p>
        </w:tc>
        <w:tc>
          <w:tcPr>
            <w:tcW w:w="893" w:type="dxa"/>
            <w:tcMar>
              <w:top w:w="50" w:type="dxa"/>
              <w:left w:w="70" w:type="dxa"/>
              <w:bottom w:w="50" w:type="dxa"/>
              <w:right w:w="70" w:type="dxa"/>
            </w:tcMar>
            <w:vAlign w:val="center"/>
          </w:tcPr>
          <w:p w14:paraId="54E98840" w14:textId="77777777" w:rsidR="00F57CE1" w:rsidRDefault="00F57CE1" w:rsidP="00573F18">
            <w:pPr>
              <w:spacing w:after="0" w:line="240" w:lineRule="auto"/>
              <w:jc w:val="right"/>
              <w:rPr>
                <w:rFonts w:cs="Times New Roman"/>
              </w:rPr>
            </w:pPr>
            <w:r>
              <w:rPr>
                <w:rFonts w:cs="Times New Roman"/>
                <w:sz w:val="15"/>
              </w:rPr>
              <w:t>10.733</w:t>
            </w:r>
          </w:p>
        </w:tc>
        <w:tc>
          <w:tcPr>
            <w:tcW w:w="893" w:type="dxa"/>
            <w:tcMar>
              <w:top w:w="50" w:type="dxa"/>
              <w:left w:w="70" w:type="dxa"/>
              <w:bottom w:w="50" w:type="dxa"/>
              <w:right w:w="70" w:type="dxa"/>
            </w:tcMar>
            <w:vAlign w:val="center"/>
          </w:tcPr>
          <w:p w14:paraId="1E1CEC20" w14:textId="77777777" w:rsidR="00F57CE1" w:rsidRDefault="00F57CE1" w:rsidP="00573F18">
            <w:pPr>
              <w:spacing w:after="0" w:line="240" w:lineRule="auto"/>
              <w:jc w:val="right"/>
              <w:rPr>
                <w:rFonts w:cs="Times New Roman"/>
              </w:rPr>
            </w:pPr>
            <w:r>
              <w:rPr>
                <w:rFonts w:cs="Times New Roman"/>
                <w:sz w:val="15"/>
              </w:rPr>
              <w:t>135.526</w:t>
            </w:r>
          </w:p>
        </w:tc>
      </w:tr>
      <w:tr w:rsidR="00F57CE1" w14:paraId="17A14BE0" w14:textId="77777777" w:rsidTr="00573F18">
        <w:trPr>
          <w:jc w:val="center"/>
        </w:trPr>
        <w:tc>
          <w:tcPr>
            <w:tcW w:w="1368" w:type="dxa"/>
            <w:tcMar>
              <w:top w:w="50" w:type="dxa"/>
              <w:left w:w="70" w:type="dxa"/>
              <w:bottom w:w="50" w:type="dxa"/>
              <w:right w:w="70" w:type="dxa"/>
            </w:tcMar>
            <w:vAlign w:val="center"/>
          </w:tcPr>
          <w:p w14:paraId="1BC70B2A" w14:textId="77777777" w:rsidR="00F57CE1" w:rsidRDefault="00F57CE1" w:rsidP="00573F18">
            <w:pPr>
              <w:spacing w:after="0" w:line="240" w:lineRule="auto"/>
              <w:rPr>
                <w:rFonts w:cs="Times New Roman"/>
              </w:rPr>
            </w:pPr>
            <w:r>
              <w:rPr>
                <w:rFonts w:cs="Times New Roman"/>
                <w:sz w:val="15"/>
              </w:rPr>
              <w:t>d_cpi</w:t>
            </w:r>
          </w:p>
        </w:tc>
        <w:tc>
          <w:tcPr>
            <w:tcW w:w="648" w:type="dxa"/>
            <w:tcMar>
              <w:top w:w="50" w:type="dxa"/>
              <w:left w:w="70" w:type="dxa"/>
              <w:bottom w:w="50" w:type="dxa"/>
              <w:right w:w="70" w:type="dxa"/>
            </w:tcMar>
            <w:vAlign w:val="center"/>
          </w:tcPr>
          <w:p w14:paraId="3E04048D" w14:textId="77777777" w:rsidR="00F57CE1" w:rsidRDefault="00F57CE1" w:rsidP="00573F18">
            <w:pPr>
              <w:spacing w:after="0" w:line="240" w:lineRule="auto"/>
              <w:jc w:val="right"/>
              <w:rPr>
                <w:rFonts w:cs="Times New Roman"/>
              </w:rPr>
            </w:pPr>
            <w:r>
              <w:rPr>
                <w:rFonts w:cs="Times New Roman"/>
                <w:sz w:val="15"/>
              </w:rPr>
              <w:t>420</w:t>
            </w:r>
          </w:p>
        </w:tc>
        <w:tc>
          <w:tcPr>
            <w:tcW w:w="893" w:type="dxa"/>
            <w:tcMar>
              <w:top w:w="50" w:type="dxa"/>
              <w:left w:w="70" w:type="dxa"/>
              <w:bottom w:w="50" w:type="dxa"/>
              <w:right w:w="70" w:type="dxa"/>
            </w:tcMar>
            <w:vAlign w:val="center"/>
          </w:tcPr>
          <w:p w14:paraId="3B2F7B33" w14:textId="77777777" w:rsidR="00F57CE1" w:rsidRDefault="00F57CE1" w:rsidP="00573F18">
            <w:pPr>
              <w:spacing w:after="0" w:line="240" w:lineRule="auto"/>
              <w:jc w:val="right"/>
              <w:rPr>
                <w:rFonts w:cs="Times New Roman"/>
              </w:rPr>
            </w:pPr>
            <w:r>
              <w:rPr>
                <w:rFonts w:cs="Times New Roman"/>
                <w:sz w:val="15"/>
              </w:rPr>
              <w:t>0.301</w:t>
            </w:r>
          </w:p>
        </w:tc>
        <w:tc>
          <w:tcPr>
            <w:tcW w:w="893" w:type="dxa"/>
            <w:tcMar>
              <w:top w:w="50" w:type="dxa"/>
              <w:left w:w="70" w:type="dxa"/>
              <w:bottom w:w="50" w:type="dxa"/>
              <w:right w:w="70" w:type="dxa"/>
            </w:tcMar>
            <w:vAlign w:val="center"/>
          </w:tcPr>
          <w:p w14:paraId="27963589" w14:textId="77777777" w:rsidR="00F57CE1" w:rsidRDefault="00F57CE1" w:rsidP="00573F18">
            <w:pPr>
              <w:spacing w:after="0" w:line="240" w:lineRule="auto"/>
              <w:jc w:val="right"/>
              <w:rPr>
                <w:rFonts w:cs="Times New Roman"/>
              </w:rPr>
            </w:pPr>
            <w:r>
              <w:rPr>
                <w:rFonts w:cs="Times New Roman"/>
                <w:sz w:val="15"/>
              </w:rPr>
              <w:t>1.719</w:t>
            </w:r>
          </w:p>
        </w:tc>
        <w:tc>
          <w:tcPr>
            <w:tcW w:w="893" w:type="dxa"/>
            <w:tcMar>
              <w:top w:w="50" w:type="dxa"/>
              <w:left w:w="70" w:type="dxa"/>
              <w:bottom w:w="50" w:type="dxa"/>
              <w:right w:w="70" w:type="dxa"/>
            </w:tcMar>
            <w:vAlign w:val="center"/>
          </w:tcPr>
          <w:p w14:paraId="489092B9" w14:textId="77777777" w:rsidR="00F57CE1" w:rsidRDefault="00F57CE1" w:rsidP="00573F18">
            <w:pPr>
              <w:spacing w:after="0" w:line="240" w:lineRule="auto"/>
              <w:jc w:val="right"/>
              <w:rPr>
                <w:rFonts w:cs="Times New Roman"/>
              </w:rPr>
            </w:pPr>
            <w:r>
              <w:rPr>
                <w:rFonts w:cs="Times New Roman"/>
                <w:sz w:val="15"/>
              </w:rPr>
              <w:t>-3.460</w:t>
            </w:r>
          </w:p>
        </w:tc>
        <w:tc>
          <w:tcPr>
            <w:tcW w:w="893" w:type="dxa"/>
            <w:tcMar>
              <w:top w:w="50" w:type="dxa"/>
              <w:left w:w="70" w:type="dxa"/>
              <w:bottom w:w="50" w:type="dxa"/>
              <w:right w:w="70" w:type="dxa"/>
            </w:tcMar>
            <w:vAlign w:val="center"/>
          </w:tcPr>
          <w:p w14:paraId="6D59A7C2" w14:textId="77777777" w:rsidR="00F57CE1" w:rsidRDefault="00F57CE1" w:rsidP="00573F18">
            <w:pPr>
              <w:spacing w:after="0" w:line="240" w:lineRule="auto"/>
              <w:jc w:val="right"/>
              <w:rPr>
                <w:rFonts w:cs="Times New Roman"/>
              </w:rPr>
            </w:pPr>
            <w:r>
              <w:rPr>
                <w:rFonts w:cs="Times New Roman"/>
                <w:sz w:val="15"/>
              </w:rPr>
              <w:t>-0.620</w:t>
            </w:r>
          </w:p>
        </w:tc>
        <w:tc>
          <w:tcPr>
            <w:tcW w:w="893" w:type="dxa"/>
            <w:tcMar>
              <w:top w:w="50" w:type="dxa"/>
              <w:left w:w="70" w:type="dxa"/>
              <w:bottom w:w="50" w:type="dxa"/>
              <w:right w:w="70" w:type="dxa"/>
            </w:tcMar>
            <w:vAlign w:val="center"/>
          </w:tcPr>
          <w:p w14:paraId="2385B48A" w14:textId="77777777" w:rsidR="00F57CE1" w:rsidRDefault="00F57CE1" w:rsidP="00573F18">
            <w:pPr>
              <w:spacing w:after="0" w:line="240" w:lineRule="auto"/>
              <w:jc w:val="right"/>
              <w:rPr>
                <w:rFonts w:cs="Times New Roman"/>
              </w:rPr>
            </w:pPr>
            <w:r>
              <w:rPr>
                <w:rFonts w:cs="Times New Roman"/>
                <w:sz w:val="15"/>
              </w:rPr>
              <w:t>0.100</w:t>
            </w:r>
          </w:p>
        </w:tc>
        <w:tc>
          <w:tcPr>
            <w:tcW w:w="893" w:type="dxa"/>
            <w:tcMar>
              <w:top w:w="50" w:type="dxa"/>
              <w:left w:w="70" w:type="dxa"/>
              <w:bottom w:w="50" w:type="dxa"/>
              <w:right w:w="70" w:type="dxa"/>
            </w:tcMar>
            <w:vAlign w:val="center"/>
          </w:tcPr>
          <w:p w14:paraId="5B6BDDBC" w14:textId="77777777" w:rsidR="00F57CE1" w:rsidRDefault="00F57CE1" w:rsidP="00573F18">
            <w:pPr>
              <w:spacing w:after="0" w:line="240" w:lineRule="auto"/>
              <w:jc w:val="right"/>
              <w:rPr>
                <w:rFonts w:cs="Times New Roman"/>
              </w:rPr>
            </w:pPr>
            <w:r>
              <w:rPr>
                <w:rFonts w:cs="Times New Roman"/>
                <w:sz w:val="15"/>
              </w:rPr>
              <w:t>0.800</w:t>
            </w:r>
          </w:p>
        </w:tc>
        <w:tc>
          <w:tcPr>
            <w:tcW w:w="893" w:type="dxa"/>
            <w:tcMar>
              <w:top w:w="50" w:type="dxa"/>
              <w:left w:w="70" w:type="dxa"/>
              <w:bottom w:w="50" w:type="dxa"/>
              <w:right w:w="70" w:type="dxa"/>
            </w:tcMar>
            <w:vAlign w:val="center"/>
          </w:tcPr>
          <w:p w14:paraId="542659B3" w14:textId="77777777" w:rsidR="00F57CE1" w:rsidRDefault="00F57CE1" w:rsidP="00573F18">
            <w:pPr>
              <w:spacing w:after="0" w:line="240" w:lineRule="auto"/>
              <w:jc w:val="right"/>
              <w:rPr>
                <w:rFonts w:cs="Times New Roman"/>
              </w:rPr>
            </w:pPr>
            <w:r>
              <w:rPr>
                <w:rFonts w:cs="Times New Roman"/>
                <w:sz w:val="15"/>
              </w:rPr>
              <w:t>9.900</w:t>
            </w:r>
          </w:p>
        </w:tc>
        <w:tc>
          <w:tcPr>
            <w:tcW w:w="893" w:type="dxa"/>
            <w:tcMar>
              <w:top w:w="50" w:type="dxa"/>
              <w:left w:w="70" w:type="dxa"/>
              <w:bottom w:w="50" w:type="dxa"/>
              <w:right w:w="70" w:type="dxa"/>
            </w:tcMar>
            <w:vAlign w:val="center"/>
          </w:tcPr>
          <w:p w14:paraId="5E4C1126" w14:textId="77777777" w:rsidR="00F57CE1" w:rsidRDefault="00F57CE1" w:rsidP="00573F18">
            <w:pPr>
              <w:spacing w:after="0" w:line="240" w:lineRule="auto"/>
              <w:jc w:val="right"/>
              <w:rPr>
                <w:rFonts w:cs="Times New Roman"/>
              </w:rPr>
            </w:pPr>
            <w:r>
              <w:rPr>
                <w:rFonts w:cs="Times New Roman"/>
                <w:sz w:val="15"/>
              </w:rPr>
              <w:t>1.574</w:t>
            </w:r>
          </w:p>
        </w:tc>
        <w:tc>
          <w:tcPr>
            <w:tcW w:w="893" w:type="dxa"/>
            <w:tcMar>
              <w:top w:w="50" w:type="dxa"/>
              <w:left w:w="70" w:type="dxa"/>
              <w:bottom w:w="50" w:type="dxa"/>
              <w:right w:w="70" w:type="dxa"/>
            </w:tcMar>
            <w:vAlign w:val="center"/>
          </w:tcPr>
          <w:p w14:paraId="273AD8F1" w14:textId="77777777" w:rsidR="00F57CE1" w:rsidRDefault="00F57CE1" w:rsidP="00573F18">
            <w:pPr>
              <w:spacing w:after="0" w:line="240" w:lineRule="auto"/>
              <w:jc w:val="right"/>
              <w:rPr>
                <w:rFonts w:cs="Times New Roman"/>
              </w:rPr>
            </w:pPr>
            <w:r>
              <w:rPr>
                <w:rFonts w:cs="Times New Roman"/>
                <w:sz w:val="15"/>
              </w:rPr>
              <w:t>7.703</w:t>
            </w:r>
          </w:p>
        </w:tc>
      </w:tr>
    </w:tbl>
    <w:p w14:paraId="21E89E4D"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Panel B: first differences. N = 420 for each differenced variable. High kurtosis in several first-difference series motivates the outlier audit and winsorization sensitivity.</w:t>
      </w:r>
    </w:p>
    <w:p w14:paraId="740DC636" w14:textId="77777777" w:rsidR="00F57CE1" w:rsidRDefault="00F57CE1" w:rsidP="00F57CE1">
      <w:pPr>
        <w:pStyle w:val="Heading2"/>
        <w:rPr>
          <w:rFonts w:ascii="Times New Roman" w:hAnsi="Times New Roman" w:cs="Times New Roman"/>
        </w:rPr>
      </w:pPr>
      <w:r>
        <w:rPr>
          <w:rFonts w:ascii="Times New Roman" w:hAnsi="Times New Roman" w:cs="Times New Roman"/>
        </w:rPr>
        <w:t>Table OA.2. Correlation matrices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512"/>
        <w:gridCol w:w="1094"/>
        <w:gridCol w:w="1094"/>
        <w:gridCol w:w="1094"/>
        <w:gridCol w:w="1094"/>
        <w:gridCol w:w="1094"/>
        <w:gridCol w:w="1094"/>
        <w:gridCol w:w="1094"/>
      </w:tblGrid>
      <w:tr w:rsidR="00F57CE1" w14:paraId="3D866244" w14:textId="77777777" w:rsidTr="00573F18">
        <w:trPr>
          <w:tblHeader/>
          <w:jc w:val="center"/>
        </w:trPr>
        <w:tc>
          <w:tcPr>
            <w:tcW w:w="1512" w:type="dxa"/>
            <w:shd w:val="clear" w:color="auto" w:fill="E7E6E6"/>
            <w:tcMar>
              <w:top w:w="50" w:type="dxa"/>
              <w:left w:w="70" w:type="dxa"/>
              <w:bottom w:w="50" w:type="dxa"/>
              <w:right w:w="70" w:type="dxa"/>
            </w:tcMar>
            <w:vAlign w:val="center"/>
          </w:tcPr>
          <w:p w14:paraId="4F7A0871" w14:textId="77777777" w:rsidR="00F57CE1" w:rsidRDefault="00F57CE1" w:rsidP="00573F18">
            <w:pPr>
              <w:spacing w:after="0" w:line="240" w:lineRule="auto"/>
              <w:jc w:val="center"/>
              <w:rPr>
                <w:rFonts w:cs="Times New Roman"/>
              </w:rPr>
            </w:pPr>
          </w:p>
        </w:tc>
        <w:tc>
          <w:tcPr>
            <w:tcW w:w="1094" w:type="dxa"/>
            <w:shd w:val="clear" w:color="auto" w:fill="E7E6E6"/>
            <w:tcMar>
              <w:top w:w="50" w:type="dxa"/>
              <w:left w:w="70" w:type="dxa"/>
              <w:bottom w:w="50" w:type="dxa"/>
              <w:right w:w="70" w:type="dxa"/>
            </w:tcMar>
            <w:vAlign w:val="center"/>
          </w:tcPr>
          <w:p w14:paraId="17A2B696" w14:textId="77777777" w:rsidR="00F57CE1" w:rsidRDefault="00F57CE1" w:rsidP="00573F18">
            <w:pPr>
              <w:spacing w:after="0" w:line="240" w:lineRule="auto"/>
              <w:jc w:val="center"/>
              <w:rPr>
                <w:rFonts w:cs="Times New Roman"/>
              </w:rPr>
            </w:pPr>
            <w:r>
              <w:rPr>
                <w:rFonts w:cs="Times New Roman"/>
                <w:b/>
                <w:sz w:val="15"/>
              </w:rPr>
              <w:t>lnnsld</w:t>
            </w:r>
          </w:p>
        </w:tc>
        <w:tc>
          <w:tcPr>
            <w:tcW w:w="1094" w:type="dxa"/>
            <w:shd w:val="clear" w:color="auto" w:fill="E7E6E6"/>
            <w:tcMar>
              <w:top w:w="50" w:type="dxa"/>
              <w:left w:w="70" w:type="dxa"/>
              <w:bottom w:w="50" w:type="dxa"/>
              <w:right w:w="70" w:type="dxa"/>
            </w:tcMar>
            <w:vAlign w:val="center"/>
          </w:tcPr>
          <w:p w14:paraId="584362AC" w14:textId="77777777" w:rsidR="00F57CE1" w:rsidRDefault="00F57CE1" w:rsidP="00573F18">
            <w:pPr>
              <w:spacing w:after="0" w:line="240" w:lineRule="auto"/>
              <w:jc w:val="center"/>
              <w:rPr>
                <w:rFonts w:cs="Times New Roman"/>
              </w:rPr>
            </w:pPr>
            <w:r>
              <w:rPr>
                <w:rFonts w:cs="Times New Roman"/>
                <w:b/>
                <w:sz w:val="15"/>
              </w:rPr>
              <w:t>h</w:t>
            </w:r>
          </w:p>
        </w:tc>
        <w:tc>
          <w:tcPr>
            <w:tcW w:w="1094" w:type="dxa"/>
            <w:shd w:val="clear" w:color="auto" w:fill="E7E6E6"/>
            <w:tcMar>
              <w:top w:w="50" w:type="dxa"/>
              <w:left w:w="70" w:type="dxa"/>
              <w:bottom w:w="50" w:type="dxa"/>
              <w:right w:w="70" w:type="dxa"/>
            </w:tcMar>
            <w:vAlign w:val="center"/>
          </w:tcPr>
          <w:p w14:paraId="2C2D3395" w14:textId="77777777" w:rsidR="00F57CE1" w:rsidRDefault="00F57CE1" w:rsidP="00573F18">
            <w:pPr>
              <w:spacing w:after="0" w:line="240" w:lineRule="auto"/>
              <w:jc w:val="center"/>
              <w:rPr>
                <w:rFonts w:cs="Times New Roman"/>
              </w:rPr>
            </w:pPr>
            <w:r>
              <w:rPr>
                <w:rFonts w:cs="Times New Roman"/>
                <w:b/>
                <w:sz w:val="15"/>
              </w:rPr>
              <w:t>lnhouse_pc</w:t>
            </w:r>
          </w:p>
        </w:tc>
        <w:tc>
          <w:tcPr>
            <w:tcW w:w="1094" w:type="dxa"/>
            <w:shd w:val="clear" w:color="auto" w:fill="E7E6E6"/>
            <w:tcMar>
              <w:top w:w="50" w:type="dxa"/>
              <w:left w:w="70" w:type="dxa"/>
              <w:bottom w:w="50" w:type="dxa"/>
              <w:right w:w="70" w:type="dxa"/>
            </w:tcMar>
            <w:vAlign w:val="center"/>
          </w:tcPr>
          <w:p w14:paraId="5D209F76" w14:textId="77777777" w:rsidR="00F57CE1" w:rsidRDefault="00F57CE1" w:rsidP="00573F18">
            <w:pPr>
              <w:spacing w:after="0" w:line="240" w:lineRule="auto"/>
              <w:jc w:val="center"/>
              <w:rPr>
                <w:rFonts w:cs="Times New Roman"/>
              </w:rPr>
            </w:pPr>
            <w:r>
              <w:rPr>
                <w:rFonts w:cs="Times New Roman"/>
                <w:b/>
                <w:sz w:val="15"/>
              </w:rPr>
              <w:t>lnpopu</w:t>
            </w:r>
          </w:p>
        </w:tc>
        <w:tc>
          <w:tcPr>
            <w:tcW w:w="1094" w:type="dxa"/>
            <w:shd w:val="clear" w:color="auto" w:fill="E7E6E6"/>
            <w:tcMar>
              <w:top w:w="50" w:type="dxa"/>
              <w:left w:w="70" w:type="dxa"/>
              <w:bottom w:w="50" w:type="dxa"/>
              <w:right w:w="70" w:type="dxa"/>
            </w:tcMar>
            <w:vAlign w:val="center"/>
          </w:tcPr>
          <w:p w14:paraId="479264E2" w14:textId="77777777" w:rsidR="00F57CE1" w:rsidRDefault="00F57CE1" w:rsidP="00573F18">
            <w:pPr>
              <w:spacing w:after="0" w:line="240" w:lineRule="auto"/>
              <w:jc w:val="center"/>
              <w:rPr>
                <w:rFonts w:cs="Times New Roman"/>
              </w:rPr>
            </w:pPr>
            <w:r>
              <w:rPr>
                <w:rFonts w:cs="Times New Roman"/>
                <w:b/>
                <w:sz w:val="15"/>
              </w:rPr>
              <w:t>ict_n</w:t>
            </w:r>
          </w:p>
        </w:tc>
        <w:tc>
          <w:tcPr>
            <w:tcW w:w="1094" w:type="dxa"/>
            <w:shd w:val="clear" w:color="auto" w:fill="E7E6E6"/>
            <w:tcMar>
              <w:top w:w="50" w:type="dxa"/>
              <w:left w:w="70" w:type="dxa"/>
              <w:bottom w:w="50" w:type="dxa"/>
              <w:right w:w="70" w:type="dxa"/>
            </w:tcMar>
            <w:vAlign w:val="center"/>
          </w:tcPr>
          <w:p w14:paraId="563504F9" w14:textId="77777777" w:rsidR="00F57CE1" w:rsidRDefault="00F57CE1" w:rsidP="00573F18">
            <w:pPr>
              <w:spacing w:after="0" w:line="240" w:lineRule="auto"/>
              <w:jc w:val="center"/>
              <w:rPr>
                <w:rFonts w:cs="Times New Roman"/>
              </w:rPr>
            </w:pPr>
            <w:r>
              <w:rPr>
                <w:rFonts w:cs="Times New Roman"/>
                <w:b/>
                <w:sz w:val="15"/>
              </w:rPr>
              <w:t>lndth</w:t>
            </w:r>
          </w:p>
        </w:tc>
        <w:tc>
          <w:tcPr>
            <w:tcW w:w="1094" w:type="dxa"/>
            <w:shd w:val="clear" w:color="auto" w:fill="E7E6E6"/>
            <w:tcMar>
              <w:top w:w="50" w:type="dxa"/>
              <w:left w:w="70" w:type="dxa"/>
              <w:bottom w:w="50" w:type="dxa"/>
              <w:right w:w="70" w:type="dxa"/>
            </w:tcMar>
            <w:vAlign w:val="center"/>
          </w:tcPr>
          <w:p w14:paraId="4B0C9A40" w14:textId="77777777" w:rsidR="00F57CE1" w:rsidRDefault="00F57CE1" w:rsidP="00573F18">
            <w:pPr>
              <w:spacing w:after="0" w:line="240" w:lineRule="auto"/>
              <w:jc w:val="center"/>
              <w:rPr>
                <w:rFonts w:cs="Times New Roman"/>
              </w:rPr>
            </w:pPr>
            <w:r>
              <w:rPr>
                <w:rFonts w:cs="Times New Roman"/>
                <w:b/>
                <w:sz w:val="15"/>
              </w:rPr>
              <w:t>cpi</w:t>
            </w:r>
          </w:p>
        </w:tc>
      </w:tr>
      <w:tr w:rsidR="00F57CE1" w14:paraId="73C3D895" w14:textId="77777777" w:rsidTr="00573F18">
        <w:trPr>
          <w:jc w:val="center"/>
        </w:trPr>
        <w:tc>
          <w:tcPr>
            <w:tcW w:w="1512" w:type="dxa"/>
            <w:tcMar>
              <w:top w:w="50" w:type="dxa"/>
              <w:left w:w="70" w:type="dxa"/>
              <w:bottom w:w="50" w:type="dxa"/>
              <w:right w:w="70" w:type="dxa"/>
            </w:tcMar>
            <w:vAlign w:val="center"/>
          </w:tcPr>
          <w:p w14:paraId="67749C73" w14:textId="77777777" w:rsidR="00F57CE1" w:rsidRDefault="00F57CE1" w:rsidP="00573F18">
            <w:pPr>
              <w:spacing w:after="0" w:line="240" w:lineRule="auto"/>
              <w:rPr>
                <w:rFonts w:cs="Times New Roman"/>
              </w:rPr>
            </w:pPr>
            <w:r>
              <w:rPr>
                <w:rFonts w:cs="Times New Roman"/>
                <w:sz w:val="15"/>
              </w:rPr>
              <w:t>lnnsld</w:t>
            </w:r>
          </w:p>
        </w:tc>
        <w:tc>
          <w:tcPr>
            <w:tcW w:w="1094" w:type="dxa"/>
            <w:tcMar>
              <w:top w:w="50" w:type="dxa"/>
              <w:left w:w="70" w:type="dxa"/>
              <w:bottom w:w="50" w:type="dxa"/>
              <w:right w:w="70" w:type="dxa"/>
            </w:tcMar>
            <w:vAlign w:val="center"/>
          </w:tcPr>
          <w:p w14:paraId="7FA2C822"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22E4B0D2" w14:textId="77777777" w:rsidR="00F57CE1" w:rsidRDefault="00F57CE1" w:rsidP="00573F18">
            <w:pPr>
              <w:spacing w:after="0" w:line="240" w:lineRule="auto"/>
              <w:jc w:val="right"/>
              <w:rPr>
                <w:rFonts w:cs="Times New Roman"/>
              </w:rPr>
            </w:pPr>
            <w:r>
              <w:rPr>
                <w:rFonts w:cs="Times New Roman"/>
                <w:sz w:val="15"/>
              </w:rPr>
              <w:t>0.360</w:t>
            </w:r>
          </w:p>
        </w:tc>
        <w:tc>
          <w:tcPr>
            <w:tcW w:w="1094" w:type="dxa"/>
            <w:tcMar>
              <w:top w:w="50" w:type="dxa"/>
              <w:left w:w="70" w:type="dxa"/>
              <w:bottom w:w="50" w:type="dxa"/>
              <w:right w:w="70" w:type="dxa"/>
            </w:tcMar>
            <w:vAlign w:val="center"/>
          </w:tcPr>
          <w:p w14:paraId="3A60347E" w14:textId="77777777" w:rsidR="00F57CE1" w:rsidRDefault="00F57CE1" w:rsidP="00573F18">
            <w:pPr>
              <w:spacing w:after="0" w:line="240" w:lineRule="auto"/>
              <w:jc w:val="right"/>
              <w:rPr>
                <w:rFonts w:cs="Times New Roman"/>
              </w:rPr>
            </w:pPr>
            <w:r>
              <w:rPr>
                <w:rFonts w:cs="Times New Roman"/>
                <w:sz w:val="15"/>
              </w:rPr>
              <w:t>-0.198</w:t>
            </w:r>
          </w:p>
        </w:tc>
        <w:tc>
          <w:tcPr>
            <w:tcW w:w="1094" w:type="dxa"/>
            <w:tcMar>
              <w:top w:w="50" w:type="dxa"/>
              <w:left w:w="70" w:type="dxa"/>
              <w:bottom w:w="50" w:type="dxa"/>
              <w:right w:w="70" w:type="dxa"/>
            </w:tcMar>
            <w:vAlign w:val="center"/>
          </w:tcPr>
          <w:p w14:paraId="17CA9533" w14:textId="77777777" w:rsidR="00F57CE1" w:rsidRDefault="00F57CE1" w:rsidP="00573F18">
            <w:pPr>
              <w:spacing w:after="0" w:line="240" w:lineRule="auto"/>
              <w:jc w:val="right"/>
              <w:rPr>
                <w:rFonts w:cs="Times New Roman"/>
              </w:rPr>
            </w:pPr>
            <w:r>
              <w:rPr>
                <w:rFonts w:cs="Times New Roman"/>
                <w:sz w:val="15"/>
              </w:rPr>
              <w:t>0.449</w:t>
            </w:r>
          </w:p>
        </w:tc>
        <w:tc>
          <w:tcPr>
            <w:tcW w:w="1094" w:type="dxa"/>
            <w:tcMar>
              <w:top w:w="50" w:type="dxa"/>
              <w:left w:w="70" w:type="dxa"/>
              <w:bottom w:w="50" w:type="dxa"/>
              <w:right w:w="70" w:type="dxa"/>
            </w:tcMar>
            <w:vAlign w:val="center"/>
          </w:tcPr>
          <w:p w14:paraId="51CA8DAF" w14:textId="77777777" w:rsidR="00F57CE1" w:rsidRDefault="00F57CE1" w:rsidP="00573F18">
            <w:pPr>
              <w:spacing w:after="0" w:line="240" w:lineRule="auto"/>
              <w:jc w:val="right"/>
              <w:rPr>
                <w:rFonts w:cs="Times New Roman"/>
              </w:rPr>
            </w:pPr>
            <w:r>
              <w:rPr>
                <w:rFonts w:cs="Times New Roman"/>
                <w:sz w:val="15"/>
              </w:rPr>
              <w:t>0.392</w:t>
            </w:r>
          </w:p>
        </w:tc>
        <w:tc>
          <w:tcPr>
            <w:tcW w:w="1094" w:type="dxa"/>
            <w:tcMar>
              <w:top w:w="50" w:type="dxa"/>
              <w:left w:w="70" w:type="dxa"/>
              <w:bottom w:w="50" w:type="dxa"/>
              <w:right w:w="70" w:type="dxa"/>
            </w:tcMar>
            <w:vAlign w:val="center"/>
          </w:tcPr>
          <w:p w14:paraId="62AA4957" w14:textId="77777777" w:rsidR="00F57CE1" w:rsidRDefault="00F57CE1" w:rsidP="00573F18">
            <w:pPr>
              <w:spacing w:after="0" w:line="240" w:lineRule="auto"/>
              <w:jc w:val="right"/>
              <w:rPr>
                <w:rFonts w:cs="Times New Roman"/>
              </w:rPr>
            </w:pPr>
            <w:r>
              <w:rPr>
                <w:rFonts w:cs="Times New Roman"/>
                <w:sz w:val="15"/>
              </w:rPr>
              <w:t>0.499</w:t>
            </w:r>
          </w:p>
        </w:tc>
        <w:tc>
          <w:tcPr>
            <w:tcW w:w="1094" w:type="dxa"/>
            <w:tcMar>
              <w:top w:w="50" w:type="dxa"/>
              <w:left w:w="70" w:type="dxa"/>
              <w:bottom w:w="50" w:type="dxa"/>
              <w:right w:w="70" w:type="dxa"/>
            </w:tcMar>
            <w:vAlign w:val="center"/>
          </w:tcPr>
          <w:p w14:paraId="39CC757C" w14:textId="77777777" w:rsidR="00F57CE1" w:rsidRDefault="00F57CE1" w:rsidP="00573F18">
            <w:pPr>
              <w:spacing w:after="0" w:line="240" w:lineRule="auto"/>
              <w:jc w:val="right"/>
              <w:rPr>
                <w:rFonts w:cs="Times New Roman"/>
              </w:rPr>
            </w:pPr>
            <w:r>
              <w:rPr>
                <w:rFonts w:cs="Times New Roman"/>
                <w:sz w:val="15"/>
              </w:rPr>
              <w:t>0.417</w:t>
            </w:r>
          </w:p>
        </w:tc>
      </w:tr>
      <w:tr w:rsidR="00F57CE1" w14:paraId="0A448397" w14:textId="77777777" w:rsidTr="00573F18">
        <w:trPr>
          <w:jc w:val="center"/>
        </w:trPr>
        <w:tc>
          <w:tcPr>
            <w:tcW w:w="1512" w:type="dxa"/>
            <w:tcMar>
              <w:top w:w="50" w:type="dxa"/>
              <w:left w:w="70" w:type="dxa"/>
              <w:bottom w:w="50" w:type="dxa"/>
              <w:right w:w="70" w:type="dxa"/>
            </w:tcMar>
            <w:vAlign w:val="center"/>
          </w:tcPr>
          <w:p w14:paraId="3B58B15C" w14:textId="77777777" w:rsidR="00F57CE1" w:rsidRDefault="00F57CE1" w:rsidP="00573F18">
            <w:pPr>
              <w:spacing w:after="0" w:line="240" w:lineRule="auto"/>
              <w:rPr>
                <w:rFonts w:cs="Times New Roman"/>
              </w:rPr>
            </w:pPr>
            <w:r>
              <w:rPr>
                <w:rFonts w:cs="Times New Roman"/>
                <w:sz w:val="15"/>
              </w:rPr>
              <w:t>h</w:t>
            </w:r>
          </w:p>
        </w:tc>
        <w:tc>
          <w:tcPr>
            <w:tcW w:w="1094" w:type="dxa"/>
            <w:tcMar>
              <w:top w:w="50" w:type="dxa"/>
              <w:left w:w="70" w:type="dxa"/>
              <w:bottom w:w="50" w:type="dxa"/>
              <w:right w:w="70" w:type="dxa"/>
            </w:tcMar>
            <w:vAlign w:val="center"/>
          </w:tcPr>
          <w:p w14:paraId="5498D92F" w14:textId="77777777" w:rsidR="00F57CE1" w:rsidRDefault="00F57CE1" w:rsidP="00573F18">
            <w:pPr>
              <w:spacing w:after="0" w:line="240" w:lineRule="auto"/>
              <w:jc w:val="right"/>
              <w:rPr>
                <w:rFonts w:cs="Times New Roman"/>
              </w:rPr>
            </w:pPr>
            <w:r>
              <w:rPr>
                <w:rFonts w:cs="Times New Roman"/>
                <w:sz w:val="15"/>
              </w:rPr>
              <w:t>0.360</w:t>
            </w:r>
          </w:p>
        </w:tc>
        <w:tc>
          <w:tcPr>
            <w:tcW w:w="1094" w:type="dxa"/>
            <w:tcMar>
              <w:top w:w="50" w:type="dxa"/>
              <w:left w:w="70" w:type="dxa"/>
              <w:bottom w:w="50" w:type="dxa"/>
              <w:right w:w="70" w:type="dxa"/>
            </w:tcMar>
            <w:vAlign w:val="center"/>
          </w:tcPr>
          <w:p w14:paraId="06D0B3D9"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0F904229" w14:textId="77777777" w:rsidR="00F57CE1" w:rsidRDefault="00F57CE1" w:rsidP="00573F18">
            <w:pPr>
              <w:spacing w:after="0" w:line="240" w:lineRule="auto"/>
              <w:jc w:val="right"/>
              <w:rPr>
                <w:rFonts w:cs="Times New Roman"/>
              </w:rPr>
            </w:pPr>
            <w:r>
              <w:rPr>
                <w:rFonts w:cs="Times New Roman"/>
                <w:sz w:val="15"/>
              </w:rPr>
              <w:t>-0.117</w:t>
            </w:r>
          </w:p>
        </w:tc>
        <w:tc>
          <w:tcPr>
            <w:tcW w:w="1094" w:type="dxa"/>
            <w:tcMar>
              <w:top w:w="50" w:type="dxa"/>
              <w:left w:w="70" w:type="dxa"/>
              <w:bottom w:w="50" w:type="dxa"/>
              <w:right w:w="70" w:type="dxa"/>
            </w:tcMar>
            <w:vAlign w:val="center"/>
          </w:tcPr>
          <w:p w14:paraId="2C46C675" w14:textId="77777777" w:rsidR="00F57CE1" w:rsidRDefault="00F57CE1" w:rsidP="00573F18">
            <w:pPr>
              <w:spacing w:after="0" w:line="240" w:lineRule="auto"/>
              <w:jc w:val="right"/>
              <w:rPr>
                <w:rFonts w:cs="Times New Roman"/>
              </w:rPr>
            </w:pPr>
            <w:r>
              <w:rPr>
                <w:rFonts w:cs="Times New Roman"/>
                <w:sz w:val="15"/>
              </w:rPr>
              <w:t>0.329</w:t>
            </w:r>
          </w:p>
        </w:tc>
        <w:tc>
          <w:tcPr>
            <w:tcW w:w="1094" w:type="dxa"/>
            <w:tcMar>
              <w:top w:w="50" w:type="dxa"/>
              <w:left w:w="70" w:type="dxa"/>
              <w:bottom w:w="50" w:type="dxa"/>
              <w:right w:w="70" w:type="dxa"/>
            </w:tcMar>
            <w:vAlign w:val="center"/>
          </w:tcPr>
          <w:p w14:paraId="32384CBF" w14:textId="77777777" w:rsidR="00F57CE1" w:rsidRDefault="00F57CE1" w:rsidP="00573F18">
            <w:pPr>
              <w:spacing w:after="0" w:line="240" w:lineRule="auto"/>
              <w:jc w:val="right"/>
              <w:rPr>
                <w:rFonts w:cs="Times New Roman"/>
              </w:rPr>
            </w:pPr>
            <w:r>
              <w:rPr>
                <w:rFonts w:cs="Times New Roman"/>
                <w:sz w:val="15"/>
              </w:rPr>
              <w:t>0.449</w:t>
            </w:r>
          </w:p>
        </w:tc>
        <w:tc>
          <w:tcPr>
            <w:tcW w:w="1094" w:type="dxa"/>
            <w:tcMar>
              <w:top w:w="50" w:type="dxa"/>
              <w:left w:w="70" w:type="dxa"/>
              <w:bottom w:w="50" w:type="dxa"/>
              <w:right w:w="70" w:type="dxa"/>
            </w:tcMar>
            <w:vAlign w:val="center"/>
          </w:tcPr>
          <w:p w14:paraId="34E517D9" w14:textId="77777777" w:rsidR="00F57CE1" w:rsidRDefault="00F57CE1" w:rsidP="00573F18">
            <w:pPr>
              <w:spacing w:after="0" w:line="240" w:lineRule="auto"/>
              <w:jc w:val="right"/>
              <w:rPr>
                <w:rFonts w:cs="Times New Roman"/>
              </w:rPr>
            </w:pPr>
            <w:r>
              <w:rPr>
                <w:rFonts w:cs="Times New Roman"/>
                <w:sz w:val="15"/>
              </w:rPr>
              <w:t>0.486</w:t>
            </w:r>
          </w:p>
        </w:tc>
        <w:tc>
          <w:tcPr>
            <w:tcW w:w="1094" w:type="dxa"/>
            <w:tcMar>
              <w:top w:w="50" w:type="dxa"/>
              <w:left w:w="70" w:type="dxa"/>
              <w:bottom w:w="50" w:type="dxa"/>
              <w:right w:w="70" w:type="dxa"/>
            </w:tcMar>
            <w:vAlign w:val="center"/>
          </w:tcPr>
          <w:p w14:paraId="53D0BF37" w14:textId="77777777" w:rsidR="00F57CE1" w:rsidRDefault="00F57CE1" w:rsidP="00573F18">
            <w:pPr>
              <w:spacing w:after="0" w:line="240" w:lineRule="auto"/>
              <w:jc w:val="right"/>
              <w:rPr>
                <w:rFonts w:cs="Times New Roman"/>
              </w:rPr>
            </w:pPr>
            <w:r>
              <w:rPr>
                <w:rFonts w:cs="Times New Roman"/>
                <w:sz w:val="15"/>
              </w:rPr>
              <w:t>0.500</w:t>
            </w:r>
          </w:p>
        </w:tc>
      </w:tr>
      <w:tr w:rsidR="00F57CE1" w14:paraId="4DC7FEE9" w14:textId="77777777" w:rsidTr="00573F18">
        <w:trPr>
          <w:jc w:val="center"/>
        </w:trPr>
        <w:tc>
          <w:tcPr>
            <w:tcW w:w="1512" w:type="dxa"/>
            <w:tcMar>
              <w:top w:w="50" w:type="dxa"/>
              <w:left w:w="70" w:type="dxa"/>
              <w:bottom w:w="50" w:type="dxa"/>
              <w:right w:w="70" w:type="dxa"/>
            </w:tcMar>
            <w:vAlign w:val="center"/>
          </w:tcPr>
          <w:p w14:paraId="0178ECD5" w14:textId="77777777" w:rsidR="00F57CE1" w:rsidRDefault="00F57CE1" w:rsidP="00573F18">
            <w:pPr>
              <w:spacing w:after="0" w:line="240" w:lineRule="auto"/>
              <w:rPr>
                <w:rFonts w:cs="Times New Roman"/>
              </w:rPr>
            </w:pPr>
            <w:r>
              <w:rPr>
                <w:rFonts w:cs="Times New Roman"/>
                <w:sz w:val="15"/>
              </w:rPr>
              <w:t>lnhouse_pc</w:t>
            </w:r>
          </w:p>
        </w:tc>
        <w:tc>
          <w:tcPr>
            <w:tcW w:w="1094" w:type="dxa"/>
            <w:tcMar>
              <w:top w:w="50" w:type="dxa"/>
              <w:left w:w="70" w:type="dxa"/>
              <w:bottom w:w="50" w:type="dxa"/>
              <w:right w:w="70" w:type="dxa"/>
            </w:tcMar>
            <w:vAlign w:val="center"/>
          </w:tcPr>
          <w:p w14:paraId="17226AF8" w14:textId="77777777" w:rsidR="00F57CE1" w:rsidRDefault="00F57CE1" w:rsidP="00573F18">
            <w:pPr>
              <w:spacing w:after="0" w:line="240" w:lineRule="auto"/>
              <w:jc w:val="right"/>
              <w:rPr>
                <w:rFonts w:cs="Times New Roman"/>
              </w:rPr>
            </w:pPr>
            <w:r>
              <w:rPr>
                <w:rFonts w:cs="Times New Roman"/>
                <w:sz w:val="15"/>
              </w:rPr>
              <w:t>-0.198</w:t>
            </w:r>
          </w:p>
        </w:tc>
        <w:tc>
          <w:tcPr>
            <w:tcW w:w="1094" w:type="dxa"/>
            <w:tcMar>
              <w:top w:w="50" w:type="dxa"/>
              <w:left w:w="70" w:type="dxa"/>
              <w:bottom w:w="50" w:type="dxa"/>
              <w:right w:w="70" w:type="dxa"/>
            </w:tcMar>
            <w:vAlign w:val="center"/>
          </w:tcPr>
          <w:p w14:paraId="1E6E596E" w14:textId="77777777" w:rsidR="00F57CE1" w:rsidRDefault="00F57CE1" w:rsidP="00573F18">
            <w:pPr>
              <w:spacing w:after="0" w:line="240" w:lineRule="auto"/>
              <w:jc w:val="right"/>
              <w:rPr>
                <w:rFonts w:cs="Times New Roman"/>
              </w:rPr>
            </w:pPr>
            <w:r>
              <w:rPr>
                <w:rFonts w:cs="Times New Roman"/>
                <w:sz w:val="15"/>
              </w:rPr>
              <w:t>-0.117</w:t>
            </w:r>
          </w:p>
        </w:tc>
        <w:tc>
          <w:tcPr>
            <w:tcW w:w="1094" w:type="dxa"/>
            <w:tcMar>
              <w:top w:w="50" w:type="dxa"/>
              <w:left w:w="70" w:type="dxa"/>
              <w:bottom w:w="50" w:type="dxa"/>
              <w:right w:w="70" w:type="dxa"/>
            </w:tcMar>
            <w:vAlign w:val="center"/>
          </w:tcPr>
          <w:p w14:paraId="0A698BD2"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0E25B1A0" w14:textId="77777777" w:rsidR="00F57CE1" w:rsidRDefault="00F57CE1" w:rsidP="00573F18">
            <w:pPr>
              <w:spacing w:after="0" w:line="240" w:lineRule="auto"/>
              <w:jc w:val="right"/>
              <w:rPr>
                <w:rFonts w:cs="Times New Roman"/>
              </w:rPr>
            </w:pPr>
            <w:r>
              <w:rPr>
                <w:rFonts w:cs="Times New Roman"/>
                <w:sz w:val="15"/>
              </w:rPr>
              <w:t>-0.401</w:t>
            </w:r>
          </w:p>
        </w:tc>
        <w:tc>
          <w:tcPr>
            <w:tcW w:w="1094" w:type="dxa"/>
            <w:tcMar>
              <w:top w:w="50" w:type="dxa"/>
              <w:left w:w="70" w:type="dxa"/>
              <w:bottom w:w="50" w:type="dxa"/>
              <w:right w:w="70" w:type="dxa"/>
            </w:tcMar>
            <w:vAlign w:val="center"/>
          </w:tcPr>
          <w:p w14:paraId="571BF70A" w14:textId="77777777" w:rsidR="00F57CE1" w:rsidRDefault="00F57CE1" w:rsidP="00573F18">
            <w:pPr>
              <w:spacing w:after="0" w:line="240" w:lineRule="auto"/>
              <w:jc w:val="right"/>
              <w:rPr>
                <w:rFonts w:cs="Times New Roman"/>
              </w:rPr>
            </w:pPr>
            <w:r>
              <w:rPr>
                <w:rFonts w:cs="Times New Roman"/>
                <w:sz w:val="15"/>
              </w:rPr>
              <w:t>-0.287</w:t>
            </w:r>
          </w:p>
        </w:tc>
        <w:tc>
          <w:tcPr>
            <w:tcW w:w="1094" w:type="dxa"/>
            <w:tcMar>
              <w:top w:w="50" w:type="dxa"/>
              <w:left w:w="70" w:type="dxa"/>
              <w:bottom w:w="50" w:type="dxa"/>
              <w:right w:w="70" w:type="dxa"/>
            </w:tcMar>
            <w:vAlign w:val="center"/>
          </w:tcPr>
          <w:p w14:paraId="66E12DC2" w14:textId="77777777" w:rsidR="00F57CE1" w:rsidRDefault="00F57CE1" w:rsidP="00573F18">
            <w:pPr>
              <w:spacing w:after="0" w:line="240" w:lineRule="auto"/>
              <w:jc w:val="right"/>
              <w:rPr>
                <w:rFonts w:cs="Times New Roman"/>
              </w:rPr>
            </w:pPr>
            <w:r>
              <w:rPr>
                <w:rFonts w:cs="Times New Roman"/>
                <w:sz w:val="15"/>
              </w:rPr>
              <w:t>-0.513</w:t>
            </w:r>
          </w:p>
        </w:tc>
        <w:tc>
          <w:tcPr>
            <w:tcW w:w="1094" w:type="dxa"/>
            <w:tcMar>
              <w:top w:w="50" w:type="dxa"/>
              <w:left w:w="70" w:type="dxa"/>
              <w:bottom w:w="50" w:type="dxa"/>
              <w:right w:w="70" w:type="dxa"/>
            </w:tcMar>
            <w:vAlign w:val="center"/>
          </w:tcPr>
          <w:p w14:paraId="67A55C04" w14:textId="77777777" w:rsidR="00F57CE1" w:rsidRDefault="00F57CE1" w:rsidP="00573F18">
            <w:pPr>
              <w:spacing w:after="0" w:line="240" w:lineRule="auto"/>
              <w:jc w:val="right"/>
              <w:rPr>
                <w:rFonts w:cs="Times New Roman"/>
              </w:rPr>
            </w:pPr>
            <w:r>
              <w:rPr>
                <w:rFonts w:cs="Times New Roman"/>
                <w:sz w:val="15"/>
              </w:rPr>
              <w:t>-0.250</w:t>
            </w:r>
          </w:p>
        </w:tc>
      </w:tr>
      <w:tr w:rsidR="00F57CE1" w14:paraId="2911A246" w14:textId="77777777" w:rsidTr="00573F18">
        <w:trPr>
          <w:jc w:val="center"/>
        </w:trPr>
        <w:tc>
          <w:tcPr>
            <w:tcW w:w="1512" w:type="dxa"/>
            <w:tcMar>
              <w:top w:w="50" w:type="dxa"/>
              <w:left w:w="70" w:type="dxa"/>
              <w:bottom w:w="50" w:type="dxa"/>
              <w:right w:w="70" w:type="dxa"/>
            </w:tcMar>
            <w:vAlign w:val="center"/>
          </w:tcPr>
          <w:p w14:paraId="0C8B1B59" w14:textId="77777777" w:rsidR="00F57CE1" w:rsidRDefault="00F57CE1" w:rsidP="00573F18">
            <w:pPr>
              <w:spacing w:after="0" w:line="240" w:lineRule="auto"/>
              <w:rPr>
                <w:rFonts w:cs="Times New Roman"/>
              </w:rPr>
            </w:pPr>
            <w:r>
              <w:rPr>
                <w:rFonts w:cs="Times New Roman"/>
                <w:sz w:val="15"/>
              </w:rPr>
              <w:t>lnpopu</w:t>
            </w:r>
          </w:p>
        </w:tc>
        <w:tc>
          <w:tcPr>
            <w:tcW w:w="1094" w:type="dxa"/>
            <w:tcMar>
              <w:top w:w="50" w:type="dxa"/>
              <w:left w:w="70" w:type="dxa"/>
              <w:bottom w:w="50" w:type="dxa"/>
              <w:right w:w="70" w:type="dxa"/>
            </w:tcMar>
            <w:vAlign w:val="center"/>
          </w:tcPr>
          <w:p w14:paraId="4FA4CB9F" w14:textId="77777777" w:rsidR="00F57CE1" w:rsidRDefault="00F57CE1" w:rsidP="00573F18">
            <w:pPr>
              <w:spacing w:after="0" w:line="240" w:lineRule="auto"/>
              <w:jc w:val="right"/>
              <w:rPr>
                <w:rFonts w:cs="Times New Roman"/>
              </w:rPr>
            </w:pPr>
            <w:r>
              <w:rPr>
                <w:rFonts w:cs="Times New Roman"/>
                <w:sz w:val="15"/>
              </w:rPr>
              <w:t>0.449</w:t>
            </w:r>
          </w:p>
        </w:tc>
        <w:tc>
          <w:tcPr>
            <w:tcW w:w="1094" w:type="dxa"/>
            <w:tcMar>
              <w:top w:w="50" w:type="dxa"/>
              <w:left w:w="70" w:type="dxa"/>
              <w:bottom w:w="50" w:type="dxa"/>
              <w:right w:w="70" w:type="dxa"/>
            </w:tcMar>
            <w:vAlign w:val="center"/>
          </w:tcPr>
          <w:p w14:paraId="002465A3" w14:textId="77777777" w:rsidR="00F57CE1" w:rsidRDefault="00F57CE1" w:rsidP="00573F18">
            <w:pPr>
              <w:spacing w:after="0" w:line="240" w:lineRule="auto"/>
              <w:jc w:val="right"/>
              <w:rPr>
                <w:rFonts w:cs="Times New Roman"/>
              </w:rPr>
            </w:pPr>
            <w:r>
              <w:rPr>
                <w:rFonts w:cs="Times New Roman"/>
                <w:sz w:val="15"/>
              </w:rPr>
              <w:t>0.329</w:t>
            </w:r>
          </w:p>
        </w:tc>
        <w:tc>
          <w:tcPr>
            <w:tcW w:w="1094" w:type="dxa"/>
            <w:tcMar>
              <w:top w:w="50" w:type="dxa"/>
              <w:left w:w="70" w:type="dxa"/>
              <w:bottom w:w="50" w:type="dxa"/>
              <w:right w:w="70" w:type="dxa"/>
            </w:tcMar>
            <w:vAlign w:val="center"/>
          </w:tcPr>
          <w:p w14:paraId="0F5BCDA6" w14:textId="77777777" w:rsidR="00F57CE1" w:rsidRDefault="00F57CE1" w:rsidP="00573F18">
            <w:pPr>
              <w:spacing w:after="0" w:line="240" w:lineRule="auto"/>
              <w:jc w:val="right"/>
              <w:rPr>
                <w:rFonts w:cs="Times New Roman"/>
              </w:rPr>
            </w:pPr>
            <w:r>
              <w:rPr>
                <w:rFonts w:cs="Times New Roman"/>
                <w:sz w:val="15"/>
              </w:rPr>
              <w:t>-0.401</w:t>
            </w:r>
          </w:p>
        </w:tc>
        <w:tc>
          <w:tcPr>
            <w:tcW w:w="1094" w:type="dxa"/>
            <w:tcMar>
              <w:top w:w="50" w:type="dxa"/>
              <w:left w:w="70" w:type="dxa"/>
              <w:bottom w:w="50" w:type="dxa"/>
              <w:right w:w="70" w:type="dxa"/>
            </w:tcMar>
            <w:vAlign w:val="center"/>
          </w:tcPr>
          <w:p w14:paraId="4FED0BF5"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53F0961E" w14:textId="77777777" w:rsidR="00F57CE1" w:rsidRDefault="00F57CE1" w:rsidP="00573F18">
            <w:pPr>
              <w:spacing w:after="0" w:line="240" w:lineRule="auto"/>
              <w:jc w:val="right"/>
              <w:rPr>
                <w:rFonts w:cs="Times New Roman"/>
              </w:rPr>
            </w:pPr>
            <w:r>
              <w:rPr>
                <w:rFonts w:cs="Times New Roman"/>
                <w:sz w:val="15"/>
              </w:rPr>
              <w:t>0.384</w:t>
            </w:r>
          </w:p>
        </w:tc>
        <w:tc>
          <w:tcPr>
            <w:tcW w:w="1094" w:type="dxa"/>
            <w:tcMar>
              <w:top w:w="50" w:type="dxa"/>
              <w:left w:w="70" w:type="dxa"/>
              <w:bottom w:w="50" w:type="dxa"/>
              <w:right w:w="70" w:type="dxa"/>
            </w:tcMar>
            <w:vAlign w:val="center"/>
          </w:tcPr>
          <w:p w14:paraId="4FBBE054" w14:textId="77777777" w:rsidR="00F57CE1" w:rsidRDefault="00F57CE1" w:rsidP="00573F18">
            <w:pPr>
              <w:spacing w:after="0" w:line="240" w:lineRule="auto"/>
              <w:jc w:val="right"/>
              <w:rPr>
                <w:rFonts w:cs="Times New Roman"/>
              </w:rPr>
            </w:pPr>
            <w:r>
              <w:rPr>
                <w:rFonts w:cs="Times New Roman"/>
                <w:sz w:val="15"/>
              </w:rPr>
              <w:t>0.754</w:t>
            </w:r>
          </w:p>
        </w:tc>
        <w:tc>
          <w:tcPr>
            <w:tcW w:w="1094" w:type="dxa"/>
            <w:tcMar>
              <w:top w:w="50" w:type="dxa"/>
              <w:left w:w="70" w:type="dxa"/>
              <w:bottom w:w="50" w:type="dxa"/>
              <w:right w:w="70" w:type="dxa"/>
            </w:tcMar>
            <w:vAlign w:val="center"/>
          </w:tcPr>
          <w:p w14:paraId="7599D1C6" w14:textId="77777777" w:rsidR="00F57CE1" w:rsidRDefault="00F57CE1" w:rsidP="00573F18">
            <w:pPr>
              <w:spacing w:after="0" w:line="240" w:lineRule="auto"/>
              <w:jc w:val="right"/>
              <w:rPr>
                <w:rFonts w:cs="Times New Roman"/>
              </w:rPr>
            </w:pPr>
            <w:r>
              <w:rPr>
                <w:rFonts w:cs="Times New Roman"/>
                <w:sz w:val="15"/>
              </w:rPr>
              <w:t>0.237</w:t>
            </w:r>
          </w:p>
        </w:tc>
      </w:tr>
      <w:tr w:rsidR="00F57CE1" w14:paraId="5DB4A213" w14:textId="77777777" w:rsidTr="00573F18">
        <w:trPr>
          <w:jc w:val="center"/>
        </w:trPr>
        <w:tc>
          <w:tcPr>
            <w:tcW w:w="1512" w:type="dxa"/>
            <w:tcMar>
              <w:top w:w="50" w:type="dxa"/>
              <w:left w:w="70" w:type="dxa"/>
              <w:bottom w:w="50" w:type="dxa"/>
              <w:right w:w="70" w:type="dxa"/>
            </w:tcMar>
            <w:vAlign w:val="center"/>
          </w:tcPr>
          <w:p w14:paraId="248B2F53" w14:textId="77777777" w:rsidR="00F57CE1" w:rsidRDefault="00F57CE1" w:rsidP="00573F18">
            <w:pPr>
              <w:spacing w:after="0" w:line="240" w:lineRule="auto"/>
              <w:rPr>
                <w:rFonts w:cs="Times New Roman"/>
              </w:rPr>
            </w:pPr>
            <w:r>
              <w:rPr>
                <w:rFonts w:cs="Times New Roman"/>
                <w:sz w:val="15"/>
              </w:rPr>
              <w:t>ict_n</w:t>
            </w:r>
          </w:p>
        </w:tc>
        <w:tc>
          <w:tcPr>
            <w:tcW w:w="1094" w:type="dxa"/>
            <w:tcMar>
              <w:top w:w="50" w:type="dxa"/>
              <w:left w:w="70" w:type="dxa"/>
              <w:bottom w:w="50" w:type="dxa"/>
              <w:right w:w="70" w:type="dxa"/>
            </w:tcMar>
            <w:vAlign w:val="center"/>
          </w:tcPr>
          <w:p w14:paraId="0AA3391B" w14:textId="77777777" w:rsidR="00F57CE1" w:rsidRDefault="00F57CE1" w:rsidP="00573F18">
            <w:pPr>
              <w:spacing w:after="0" w:line="240" w:lineRule="auto"/>
              <w:jc w:val="right"/>
              <w:rPr>
                <w:rFonts w:cs="Times New Roman"/>
              </w:rPr>
            </w:pPr>
            <w:r>
              <w:rPr>
                <w:rFonts w:cs="Times New Roman"/>
                <w:sz w:val="15"/>
              </w:rPr>
              <w:t>0.392</w:t>
            </w:r>
          </w:p>
        </w:tc>
        <w:tc>
          <w:tcPr>
            <w:tcW w:w="1094" w:type="dxa"/>
            <w:tcMar>
              <w:top w:w="50" w:type="dxa"/>
              <w:left w:w="70" w:type="dxa"/>
              <w:bottom w:w="50" w:type="dxa"/>
              <w:right w:w="70" w:type="dxa"/>
            </w:tcMar>
            <w:vAlign w:val="center"/>
          </w:tcPr>
          <w:p w14:paraId="32D26BE5" w14:textId="77777777" w:rsidR="00F57CE1" w:rsidRDefault="00F57CE1" w:rsidP="00573F18">
            <w:pPr>
              <w:spacing w:after="0" w:line="240" w:lineRule="auto"/>
              <w:jc w:val="right"/>
              <w:rPr>
                <w:rFonts w:cs="Times New Roman"/>
              </w:rPr>
            </w:pPr>
            <w:r>
              <w:rPr>
                <w:rFonts w:cs="Times New Roman"/>
                <w:sz w:val="15"/>
              </w:rPr>
              <w:t>0.449</w:t>
            </w:r>
          </w:p>
        </w:tc>
        <w:tc>
          <w:tcPr>
            <w:tcW w:w="1094" w:type="dxa"/>
            <w:tcMar>
              <w:top w:w="50" w:type="dxa"/>
              <w:left w:w="70" w:type="dxa"/>
              <w:bottom w:w="50" w:type="dxa"/>
              <w:right w:w="70" w:type="dxa"/>
            </w:tcMar>
            <w:vAlign w:val="center"/>
          </w:tcPr>
          <w:p w14:paraId="4D81F4AD" w14:textId="77777777" w:rsidR="00F57CE1" w:rsidRDefault="00F57CE1" w:rsidP="00573F18">
            <w:pPr>
              <w:spacing w:after="0" w:line="240" w:lineRule="auto"/>
              <w:jc w:val="right"/>
              <w:rPr>
                <w:rFonts w:cs="Times New Roman"/>
              </w:rPr>
            </w:pPr>
            <w:r>
              <w:rPr>
                <w:rFonts w:cs="Times New Roman"/>
                <w:sz w:val="15"/>
              </w:rPr>
              <w:t>-0.287</w:t>
            </w:r>
          </w:p>
        </w:tc>
        <w:tc>
          <w:tcPr>
            <w:tcW w:w="1094" w:type="dxa"/>
            <w:tcMar>
              <w:top w:w="50" w:type="dxa"/>
              <w:left w:w="70" w:type="dxa"/>
              <w:bottom w:w="50" w:type="dxa"/>
              <w:right w:w="70" w:type="dxa"/>
            </w:tcMar>
            <w:vAlign w:val="center"/>
          </w:tcPr>
          <w:p w14:paraId="0D946B70" w14:textId="77777777" w:rsidR="00F57CE1" w:rsidRDefault="00F57CE1" w:rsidP="00573F18">
            <w:pPr>
              <w:spacing w:after="0" w:line="240" w:lineRule="auto"/>
              <w:jc w:val="right"/>
              <w:rPr>
                <w:rFonts w:cs="Times New Roman"/>
              </w:rPr>
            </w:pPr>
            <w:r>
              <w:rPr>
                <w:rFonts w:cs="Times New Roman"/>
                <w:sz w:val="15"/>
              </w:rPr>
              <w:t>0.384</w:t>
            </w:r>
          </w:p>
        </w:tc>
        <w:tc>
          <w:tcPr>
            <w:tcW w:w="1094" w:type="dxa"/>
            <w:tcMar>
              <w:top w:w="50" w:type="dxa"/>
              <w:left w:w="70" w:type="dxa"/>
              <w:bottom w:w="50" w:type="dxa"/>
              <w:right w:w="70" w:type="dxa"/>
            </w:tcMar>
            <w:vAlign w:val="center"/>
          </w:tcPr>
          <w:p w14:paraId="11EA7252"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6A3063F7" w14:textId="77777777" w:rsidR="00F57CE1" w:rsidRDefault="00F57CE1" w:rsidP="00573F18">
            <w:pPr>
              <w:spacing w:after="0" w:line="240" w:lineRule="auto"/>
              <w:jc w:val="right"/>
              <w:rPr>
                <w:rFonts w:cs="Times New Roman"/>
              </w:rPr>
            </w:pPr>
            <w:r>
              <w:rPr>
                <w:rFonts w:cs="Times New Roman"/>
                <w:sz w:val="15"/>
              </w:rPr>
              <w:t>0.518</w:t>
            </w:r>
          </w:p>
        </w:tc>
        <w:tc>
          <w:tcPr>
            <w:tcW w:w="1094" w:type="dxa"/>
            <w:tcMar>
              <w:top w:w="50" w:type="dxa"/>
              <w:left w:w="70" w:type="dxa"/>
              <w:bottom w:w="50" w:type="dxa"/>
              <w:right w:w="70" w:type="dxa"/>
            </w:tcMar>
            <w:vAlign w:val="center"/>
          </w:tcPr>
          <w:p w14:paraId="5D77F310" w14:textId="77777777" w:rsidR="00F57CE1" w:rsidRDefault="00F57CE1" w:rsidP="00573F18">
            <w:pPr>
              <w:spacing w:after="0" w:line="240" w:lineRule="auto"/>
              <w:jc w:val="right"/>
              <w:rPr>
                <w:rFonts w:cs="Times New Roman"/>
              </w:rPr>
            </w:pPr>
            <w:r>
              <w:rPr>
                <w:rFonts w:cs="Times New Roman"/>
                <w:sz w:val="15"/>
              </w:rPr>
              <w:t>0.460</w:t>
            </w:r>
          </w:p>
        </w:tc>
      </w:tr>
      <w:tr w:rsidR="00F57CE1" w14:paraId="53F7525F" w14:textId="77777777" w:rsidTr="00573F18">
        <w:trPr>
          <w:jc w:val="center"/>
        </w:trPr>
        <w:tc>
          <w:tcPr>
            <w:tcW w:w="1512" w:type="dxa"/>
            <w:tcMar>
              <w:top w:w="50" w:type="dxa"/>
              <w:left w:w="70" w:type="dxa"/>
              <w:bottom w:w="50" w:type="dxa"/>
              <w:right w:w="70" w:type="dxa"/>
            </w:tcMar>
            <w:vAlign w:val="center"/>
          </w:tcPr>
          <w:p w14:paraId="75BA9701" w14:textId="77777777" w:rsidR="00F57CE1" w:rsidRDefault="00F57CE1" w:rsidP="00573F18">
            <w:pPr>
              <w:spacing w:after="0" w:line="240" w:lineRule="auto"/>
              <w:rPr>
                <w:rFonts w:cs="Times New Roman"/>
              </w:rPr>
            </w:pPr>
            <w:r>
              <w:rPr>
                <w:rFonts w:cs="Times New Roman"/>
                <w:sz w:val="15"/>
              </w:rPr>
              <w:t>lndth</w:t>
            </w:r>
          </w:p>
        </w:tc>
        <w:tc>
          <w:tcPr>
            <w:tcW w:w="1094" w:type="dxa"/>
            <w:tcMar>
              <w:top w:w="50" w:type="dxa"/>
              <w:left w:w="70" w:type="dxa"/>
              <w:bottom w:w="50" w:type="dxa"/>
              <w:right w:w="70" w:type="dxa"/>
            </w:tcMar>
            <w:vAlign w:val="center"/>
          </w:tcPr>
          <w:p w14:paraId="123FF4FB" w14:textId="77777777" w:rsidR="00F57CE1" w:rsidRDefault="00F57CE1" w:rsidP="00573F18">
            <w:pPr>
              <w:spacing w:after="0" w:line="240" w:lineRule="auto"/>
              <w:jc w:val="right"/>
              <w:rPr>
                <w:rFonts w:cs="Times New Roman"/>
              </w:rPr>
            </w:pPr>
            <w:r>
              <w:rPr>
                <w:rFonts w:cs="Times New Roman"/>
                <w:sz w:val="15"/>
              </w:rPr>
              <w:t>0.499</w:t>
            </w:r>
          </w:p>
        </w:tc>
        <w:tc>
          <w:tcPr>
            <w:tcW w:w="1094" w:type="dxa"/>
            <w:tcMar>
              <w:top w:w="50" w:type="dxa"/>
              <w:left w:w="70" w:type="dxa"/>
              <w:bottom w:w="50" w:type="dxa"/>
              <w:right w:w="70" w:type="dxa"/>
            </w:tcMar>
            <w:vAlign w:val="center"/>
          </w:tcPr>
          <w:p w14:paraId="3AA5FF26" w14:textId="77777777" w:rsidR="00F57CE1" w:rsidRDefault="00F57CE1" w:rsidP="00573F18">
            <w:pPr>
              <w:spacing w:after="0" w:line="240" w:lineRule="auto"/>
              <w:jc w:val="right"/>
              <w:rPr>
                <w:rFonts w:cs="Times New Roman"/>
              </w:rPr>
            </w:pPr>
            <w:r>
              <w:rPr>
                <w:rFonts w:cs="Times New Roman"/>
                <w:sz w:val="15"/>
              </w:rPr>
              <w:t>0.486</w:t>
            </w:r>
          </w:p>
        </w:tc>
        <w:tc>
          <w:tcPr>
            <w:tcW w:w="1094" w:type="dxa"/>
            <w:tcMar>
              <w:top w:w="50" w:type="dxa"/>
              <w:left w:w="70" w:type="dxa"/>
              <w:bottom w:w="50" w:type="dxa"/>
              <w:right w:w="70" w:type="dxa"/>
            </w:tcMar>
            <w:vAlign w:val="center"/>
          </w:tcPr>
          <w:p w14:paraId="0D3A36F7" w14:textId="77777777" w:rsidR="00F57CE1" w:rsidRDefault="00F57CE1" w:rsidP="00573F18">
            <w:pPr>
              <w:spacing w:after="0" w:line="240" w:lineRule="auto"/>
              <w:jc w:val="right"/>
              <w:rPr>
                <w:rFonts w:cs="Times New Roman"/>
              </w:rPr>
            </w:pPr>
            <w:r>
              <w:rPr>
                <w:rFonts w:cs="Times New Roman"/>
                <w:sz w:val="15"/>
              </w:rPr>
              <w:t>-0.513</w:t>
            </w:r>
          </w:p>
        </w:tc>
        <w:tc>
          <w:tcPr>
            <w:tcW w:w="1094" w:type="dxa"/>
            <w:tcMar>
              <w:top w:w="50" w:type="dxa"/>
              <w:left w:w="70" w:type="dxa"/>
              <w:bottom w:w="50" w:type="dxa"/>
              <w:right w:w="70" w:type="dxa"/>
            </w:tcMar>
            <w:vAlign w:val="center"/>
          </w:tcPr>
          <w:p w14:paraId="0D5B5343" w14:textId="77777777" w:rsidR="00F57CE1" w:rsidRDefault="00F57CE1" w:rsidP="00573F18">
            <w:pPr>
              <w:spacing w:after="0" w:line="240" w:lineRule="auto"/>
              <w:jc w:val="right"/>
              <w:rPr>
                <w:rFonts w:cs="Times New Roman"/>
              </w:rPr>
            </w:pPr>
            <w:r>
              <w:rPr>
                <w:rFonts w:cs="Times New Roman"/>
                <w:sz w:val="15"/>
              </w:rPr>
              <w:t>0.754</w:t>
            </w:r>
          </w:p>
        </w:tc>
        <w:tc>
          <w:tcPr>
            <w:tcW w:w="1094" w:type="dxa"/>
            <w:tcMar>
              <w:top w:w="50" w:type="dxa"/>
              <w:left w:w="70" w:type="dxa"/>
              <w:bottom w:w="50" w:type="dxa"/>
              <w:right w:w="70" w:type="dxa"/>
            </w:tcMar>
            <w:vAlign w:val="center"/>
          </w:tcPr>
          <w:p w14:paraId="0395E74B" w14:textId="77777777" w:rsidR="00F57CE1" w:rsidRDefault="00F57CE1" w:rsidP="00573F18">
            <w:pPr>
              <w:spacing w:after="0" w:line="240" w:lineRule="auto"/>
              <w:jc w:val="right"/>
              <w:rPr>
                <w:rFonts w:cs="Times New Roman"/>
              </w:rPr>
            </w:pPr>
            <w:r>
              <w:rPr>
                <w:rFonts w:cs="Times New Roman"/>
                <w:sz w:val="15"/>
              </w:rPr>
              <w:t>0.518</w:t>
            </w:r>
          </w:p>
        </w:tc>
        <w:tc>
          <w:tcPr>
            <w:tcW w:w="1094" w:type="dxa"/>
            <w:tcMar>
              <w:top w:w="50" w:type="dxa"/>
              <w:left w:w="70" w:type="dxa"/>
              <w:bottom w:w="50" w:type="dxa"/>
              <w:right w:w="70" w:type="dxa"/>
            </w:tcMar>
            <w:vAlign w:val="center"/>
          </w:tcPr>
          <w:p w14:paraId="28D6D355"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5476285D" w14:textId="77777777" w:rsidR="00F57CE1" w:rsidRDefault="00F57CE1" w:rsidP="00573F18">
            <w:pPr>
              <w:spacing w:after="0" w:line="240" w:lineRule="auto"/>
              <w:jc w:val="right"/>
              <w:rPr>
                <w:rFonts w:cs="Times New Roman"/>
              </w:rPr>
            </w:pPr>
            <w:r>
              <w:rPr>
                <w:rFonts w:cs="Times New Roman"/>
                <w:sz w:val="15"/>
              </w:rPr>
              <w:t>0.446</w:t>
            </w:r>
          </w:p>
        </w:tc>
      </w:tr>
      <w:tr w:rsidR="00F57CE1" w14:paraId="46CE2CA1" w14:textId="77777777" w:rsidTr="00573F18">
        <w:trPr>
          <w:jc w:val="center"/>
        </w:trPr>
        <w:tc>
          <w:tcPr>
            <w:tcW w:w="1512" w:type="dxa"/>
            <w:tcMar>
              <w:top w:w="50" w:type="dxa"/>
              <w:left w:w="70" w:type="dxa"/>
              <w:bottom w:w="50" w:type="dxa"/>
              <w:right w:w="70" w:type="dxa"/>
            </w:tcMar>
            <w:vAlign w:val="center"/>
          </w:tcPr>
          <w:p w14:paraId="521FF781" w14:textId="77777777" w:rsidR="00F57CE1" w:rsidRDefault="00F57CE1" w:rsidP="00573F18">
            <w:pPr>
              <w:spacing w:after="0" w:line="240" w:lineRule="auto"/>
              <w:rPr>
                <w:rFonts w:cs="Times New Roman"/>
              </w:rPr>
            </w:pPr>
            <w:r>
              <w:rPr>
                <w:rFonts w:cs="Times New Roman"/>
                <w:sz w:val="15"/>
              </w:rPr>
              <w:t>cpi</w:t>
            </w:r>
          </w:p>
        </w:tc>
        <w:tc>
          <w:tcPr>
            <w:tcW w:w="1094" w:type="dxa"/>
            <w:tcMar>
              <w:top w:w="50" w:type="dxa"/>
              <w:left w:w="70" w:type="dxa"/>
              <w:bottom w:w="50" w:type="dxa"/>
              <w:right w:w="70" w:type="dxa"/>
            </w:tcMar>
            <w:vAlign w:val="center"/>
          </w:tcPr>
          <w:p w14:paraId="2F66E668" w14:textId="77777777" w:rsidR="00F57CE1" w:rsidRDefault="00F57CE1" w:rsidP="00573F18">
            <w:pPr>
              <w:spacing w:after="0" w:line="240" w:lineRule="auto"/>
              <w:jc w:val="right"/>
              <w:rPr>
                <w:rFonts w:cs="Times New Roman"/>
              </w:rPr>
            </w:pPr>
            <w:r>
              <w:rPr>
                <w:rFonts w:cs="Times New Roman"/>
                <w:sz w:val="15"/>
              </w:rPr>
              <w:t>0.417</w:t>
            </w:r>
          </w:p>
        </w:tc>
        <w:tc>
          <w:tcPr>
            <w:tcW w:w="1094" w:type="dxa"/>
            <w:tcMar>
              <w:top w:w="50" w:type="dxa"/>
              <w:left w:w="70" w:type="dxa"/>
              <w:bottom w:w="50" w:type="dxa"/>
              <w:right w:w="70" w:type="dxa"/>
            </w:tcMar>
            <w:vAlign w:val="center"/>
          </w:tcPr>
          <w:p w14:paraId="19A1F5C1" w14:textId="77777777" w:rsidR="00F57CE1" w:rsidRDefault="00F57CE1" w:rsidP="00573F18">
            <w:pPr>
              <w:spacing w:after="0" w:line="240" w:lineRule="auto"/>
              <w:jc w:val="right"/>
              <w:rPr>
                <w:rFonts w:cs="Times New Roman"/>
              </w:rPr>
            </w:pPr>
            <w:r>
              <w:rPr>
                <w:rFonts w:cs="Times New Roman"/>
                <w:sz w:val="15"/>
              </w:rPr>
              <w:t>0.500</w:t>
            </w:r>
          </w:p>
        </w:tc>
        <w:tc>
          <w:tcPr>
            <w:tcW w:w="1094" w:type="dxa"/>
            <w:tcMar>
              <w:top w:w="50" w:type="dxa"/>
              <w:left w:w="70" w:type="dxa"/>
              <w:bottom w:w="50" w:type="dxa"/>
              <w:right w:w="70" w:type="dxa"/>
            </w:tcMar>
            <w:vAlign w:val="center"/>
          </w:tcPr>
          <w:p w14:paraId="755DBC03" w14:textId="77777777" w:rsidR="00F57CE1" w:rsidRDefault="00F57CE1" w:rsidP="00573F18">
            <w:pPr>
              <w:spacing w:after="0" w:line="240" w:lineRule="auto"/>
              <w:jc w:val="right"/>
              <w:rPr>
                <w:rFonts w:cs="Times New Roman"/>
              </w:rPr>
            </w:pPr>
            <w:r>
              <w:rPr>
                <w:rFonts w:cs="Times New Roman"/>
                <w:sz w:val="15"/>
              </w:rPr>
              <w:t>-0.250</w:t>
            </w:r>
          </w:p>
        </w:tc>
        <w:tc>
          <w:tcPr>
            <w:tcW w:w="1094" w:type="dxa"/>
            <w:tcMar>
              <w:top w:w="50" w:type="dxa"/>
              <w:left w:w="70" w:type="dxa"/>
              <w:bottom w:w="50" w:type="dxa"/>
              <w:right w:w="70" w:type="dxa"/>
            </w:tcMar>
            <w:vAlign w:val="center"/>
          </w:tcPr>
          <w:p w14:paraId="2802A332" w14:textId="77777777" w:rsidR="00F57CE1" w:rsidRDefault="00F57CE1" w:rsidP="00573F18">
            <w:pPr>
              <w:spacing w:after="0" w:line="240" w:lineRule="auto"/>
              <w:jc w:val="right"/>
              <w:rPr>
                <w:rFonts w:cs="Times New Roman"/>
              </w:rPr>
            </w:pPr>
            <w:r>
              <w:rPr>
                <w:rFonts w:cs="Times New Roman"/>
                <w:sz w:val="15"/>
              </w:rPr>
              <w:t>0.237</w:t>
            </w:r>
          </w:p>
        </w:tc>
        <w:tc>
          <w:tcPr>
            <w:tcW w:w="1094" w:type="dxa"/>
            <w:tcMar>
              <w:top w:w="50" w:type="dxa"/>
              <w:left w:w="70" w:type="dxa"/>
              <w:bottom w:w="50" w:type="dxa"/>
              <w:right w:w="70" w:type="dxa"/>
            </w:tcMar>
            <w:vAlign w:val="center"/>
          </w:tcPr>
          <w:p w14:paraId="083B826B" w14:textId="77777777" w:rsidR="00F57CE1" w:rsidRDefault="00F57CE1" w:rsidP="00573F18">
            <w:pPr>
              <w:spacing w:after="0" w:line="240" w:lineRule="auto"/>
              <w:jc w:val="right"/>
              <w:rPr>
                <w:rFonts w:cs="Times New Roman"/>
              </w:rPr>
            </w:pPr>
            <w:r>
              <w:rPr>
                <w:rFonts w:cs="Times New Roman"/>
                <w:sz w:val="15"/>
              </w:rPr>
              <w:t>0.460</w:t>
            </w:r>
          </w:p>
        </w:tc>
        <w:tc>
          <w:tcPr>
            <w:tcW w:w="1094" w:type="dxa"/>
            <w:tcMar>
              <w:top w:w="50" w:type="dxa"/>
              <w:left w:w="70" w:type="dxa"/>
              <w:bottom w:w="50" w:type="dxa"/>
              <w:right w:w="70" w:type="dxa"/>
            </w:tcMar>
            <w:vAlign w:val="center"/>
          </w:tcPr>
          <w:p w14:paraId="6E0700C2" w14:textId="77777777" w:rsidR="00F57CE1" w:rsidRDefault="00F57CE1" w:rsidP="00573F18">
            <w:pPr>
              <w:spacing w:after="0" w:line="240" w:lineRule="auto"/>
              <w:jc w:val="right"/>
              <w:rPr>
                <w:rFonts w:cs="Times New Roman"/>
              </w:rPr>
            </w:pPr>
            <w:r>
              <w:rPr>
                <w:rFonts w:cs="Times New Roman"/>
                <w:sz w:val="15"/>
              </w:rPr>
              <w:t>0.446</w:t>
            </w:r>
          </w:p>
        </w:tc>
        <w:tc>
          <w:tcPr>
            <w:tcW w:w="1094" w:type="dxa"/>
            <w:tcMar>
              <w:top w:w="50" w:type="dxa"/>
              <w:left w:w="70" w:type="dxa"/>
              <w:bottom w:w="50" w:type="dxa"/>
              <w:right w:w="70" w:type="dxa"/>
            </w:tcMar>
            <w:vAlign w:val="center"/>
          </w:tcPr>
          <w:p w14:paraId="1DB51408" w14:textId="77777777" w:rsidR="00F57CE1" w:rsidRDefault="00F57CE1" w:rsidP="00573F18">
            <w:pPr>
              <w:spacing w:after="0" w:line="240" w:lineRule="auto"/>
              <w:jc w:val="right"/>
              <w:rPr>
                <w:rFonts w:cs="Times New Roman"/>
              </w:rPr>
            </w:pPr>
            <w:r>
              <w:rPr>
                <w:rFonts w:cs="Times New Roman"/>
                <w:sz w:val="15"/>
              </w:rPr>
              <w:t>1.000</w:t>
            </w:r>
          </w:p>
        </w:tc>
      </w:tr>
    </w:tbl>
    <w:p w14:paraId="6E92FF64"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Panel A: correlations among level variables.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512"/>
        <w:gridCol w:w="1094"/>
        <w:gridCol w:w="1094"/>
        <w:gridCol w:w="1094"/>
        <w:gridCol w:w="1094"/>
        <w:gridCol w:w="1094"/>
        <w:gridCol w:w="1094"/>
        <w:gridCol w:w="1094"/>
      </w:tblGrid>
      <w:tr w:rsidR="00F57CE1" w14:paraId="34B78DE2" w14:textId="77777777" w:rsidTr="00573F18">
        <w:trPr>
          <w:tblHeader/>
          <w:jc w:val="center"/>
        </w:trPr>
        <w:tc>
          <w:tcPr>
            <w:tcW w:w="1512" w:type="dxa"/>
            <w:shd w:val="clear" w:color="auto" w:fill="E7E6E6"/>
            <w:tcMar>
              <w:top w:w="50" w:type="dxa"/>
              <w:left w:w="70" w:type="dxa"/>
              <w:bottom w:w="50" w:type="dxa"/>
              <w:right w:w="70" w:type="dxa"/>
            </w:tcMar>
            <w:vAlign w:val="center"/>
          </w:tcPr>
          <w:p w14:paraId="185C968B" w14:textId="77777777" w:rsidR="00F57CE1" w:rsidRDefault="00F57CE1" w:rsidP="00573F18">
            <w:pPr>
              <w:spacing w:after="0" w:line="240" w:lineRule="auto"/>
              <w:jc w:val="center"/>
              <w:rPr>
                <w:rFonts w:cs="Times New Roman"/>
              </w:rPr>
            </w:pPr>
          </w:p>
        </w:tc>
        <w:tc>
          <w:tcPr>
            <w:tcW w:w="1094" w:type="dxa"/>
            <w:shd w:val="clear" w:color="auto" w:fill="E7E6E6"/>
            <w:tcMar>
              <w:top w:w="50" w:type="dxa"/>
              <w:left w:w="70" w:type="dxa"/>
              <w:bottom w:w="50" w:type="dxa"/>
              <w:right w:w="70" w:type="dxa"/>
            </w:tcMar>
            <w:vAlign w:val="center"/>
          </w:tcPr>
          <w:p w14:paraId="330805AC" w14:textId="77777777" w:rsidR="00F57CE1" w:rsidRDefault="00F57CE1" w:rsidP="00573F18">
            <w:pPr>
              <w:spacing w:after="0" w:line="240" w:lineRule="auto"/>
              <w:jc w:val="center"/>
              <w:rPr>
                <w:rFonts w:cs="Times New Roman"/>
              </w:rPr>
            </w:pPr>
            <w:r>
              <w:rPr>
                <w:rFonts w:cs="Times New Roman"/>
                <w:b/>
                <w:sz w:val="15"/>
              </w:rPr>
              <w:t>d_lnnsld</w:t>
            </w:r>
          </w:p>
        </w:tc>
        <w:tc>
          <w:tcPr>
            <w:tcW w:w="1094" w:type="dxa"/>
            <w:shd w:val="clear" w:color="auto" w:fill="E7E6E6"/>
            <w:tcMar>
              <w:top w:w="50" w:type="dxa"/>
              <w:left w:w="70" w:type="dxa"/>
              <w:bottom w:w="50" w:type="dxa"/>
              <w:right w:w="70" w:type="dxa"/>
            </w:tcMar>
            <w:vAlign w:val="center"/>
          </w:tcPr>
          <w:p w14:paraId="55CE73A5" w14:textId="77777777" w:rsidR="00F57CE1" w:rsidRDefault="00F57CE1" w:rsidP="00573F18">
            <w:pPr>
              <w:spacing w:after="0" w:line="240" w:lineRule="auto"/>
              <w:jc w:val="center"/>
              <w:rPr>
                <w:rFonts w:cs="Times New Roman"/>
              </w:rPr>
            </w:pPr>
            <w:r>
              <w:rPr>
                <w:rFonts w:cs="Times New Roman"/>
                <w:b/>
                <w:sz w:val="15"/>
              </w:rPr>
              <w:t>d_h</w:t>
            </w:r>
          </w:p>
        </w:tc>
        <w:tc>
          <w:tcPr>
            <w:tcW w:w="1094" w:type="dxa"/>
            <w:shd w:val="clear" w:color="auto" w:fill="E7E6E6"/>
            <w:tcMar>
              <w:top w:w="50" w:type="dxa"/>
              <w:left w:w="70" w:type="dxa"/>
              <w:bottom w:w="50" w:type="dxa"/>
              <w:right w:w="70" w:type="dxa"/>
            </w:tcMar>
            <w:vAlign w:val="center"/>
          </w:tcPr>
          <w:p w14:paraId="6C376AD0" w14:textId="77777777" w:rsidR="00F57CE1" w:rsidRDefault="00F57CE1" w:rsidP="00573F18">
            <w:pPr>
              <w:spacing w:after="0" w:line="240" w:lineRule="auto"/>
              <w:jc w:val="center"/>
              <w:rPr>
                <w:rFonts w:cs="Times New Roman"/>
              </w:rPr>
            </w:pPr>
            <w:r>
              <w:rPr>
                <w:rFonts w:cs="Times New Roman"/>
                <w:b/>
                <w:sz w:val="15"/>
              </w:rPr>
              <w:t>d_lnhouse_pc</w:t>
            </w:r>
          </w:p>
        </w:tc>
        <w:tc>
          <w:tcPr>
            <w:tcW w:w="1094" w:type="dxa"/>
            <w:shd w:val="clear" w:color="auto" w:fill="E7E6E6"/>
            <w:tcMar>
              <w:top w:w="50" w:type="dxa"/>
              <w:left w:w="70" w:type="dxa"/>
              <w:bottom w:w="50" w:type="dxa"/>
              <w:right w:w="70" w:type="dxa"/>
            </w:tcMar>
            <w:vAlign w:val="center"/>
          </w:tcPr>
          <w:p w14:paraId="2509A0A8" w14:textId="77777777" w:rsidR="00F57CE1" w:rsidRDefault="00F57CE1" w:rsidP="00573F18">
            <w:pPr>
              <w:spacing w:after="0" w:line="240" w:lineRule="auto"/>
              <w:jc w:val="center"/>
              <w:rPr>
                <w:rFonts w:cs="Times New Roman"/>
              </w:rPr>
            </w:pPr>
            <w:r>
              <w:rPr>
                <w:rFonts w:cs="Times New Roman"/>
                <w:b/>
                <w:sz w:val="15"/>
              </w:rPr>
              <w:t>d_lnpopu</w:t>
            </w:r>
          </w:p>
        </w:tc>
        <w:tc>
          <w:tcPr>
            <w:tcW w:w="1094" w:type="dxa"/>
            <w:shd w:val="clear" w:color="auto" w:fill="E7E6E6"/>
            <w:tcMar>
              <w:top w:w="50" w:type="dxa"/>
              <w:left w:w="70" w:type="dxa"/>
              <w:bottom w:w="50" w:type="dxa"/>
              <w:right w:w="70" w:type="dxa"/>
            </w:tcMar>
            <w:vAlign w:val="center"/>
          </w:tcPr>
          <w:p w14:paraId="7D650081" w14:textId="77777777" w:rsidR="00F57CE1" w:rsidRDefault="00F57CE1" w:rsidP="00573F18">
            <w:pPr>
              <w:spacing w:after="0" w:line="240" w:lineRule="auto"/>
              <w:jc w:val="center"/>
              <w:rPr>
                <w:rFonts w:cs="Times New Roman"/>
              </w:rPr>
            </w:pPr>
            <w:r>
              <w:rPr>
                <w:rFonts w:cs="Times New Roman"/>
                <w:b/>
                <w:sz w:val="15"/>
              </w:rPr>
              <w:t>d_ict_n</w:t>
            </w:r>
          </w:p>
        </w:tc>
        <w:tc>
          <w:tcPr>
            <w:tcW w:w="1094" w:type="dxa"/>
            <w:shd w:val="clear" w:color="auto" w:fill="E7E6E6"/>
            <w:tcMar>
              <w:top w:w="50" w:type="dxa"/>
              <w:left w:w="70" w:type="dxa"/>
              <w:bottom w:w="50" w:type="dxa"/>
              <w:right w:w="70" w:type="dxa"/>
            </w:tcMar>
            <w:vAlign w:val="center"/>
          </w:tcPr>
          <w:p w14:paraId="26D14CE6" w14:textId="77777777" w:rsidR="00F57CE1" w:rsidRDefault="00F57CE1" w:rsidP="00573F18">
            <w:pPr>
              <w:spacing w:after="0" w:line="240" w:lineRule="auto"/>
              <w:jc w:val="center"/>
              <w:rPr>
                <w:rFonts w:cs="Times New Roman"/>
              </w:rPr>
            </w:pPr>
            <w:r>
              <w:rPr>
                <w:rFonts w:cs="Times New Roman"/>
                <w:b/>
                <w:sz w:val="15"/>
              </w:rPr>
              <w:t>d_lndth</w:t>
            </w:r>
          </w:p>
        </w:tc>
        <w:tc>
          <w:tcPr>
            <w:tcW w:w="1094" w:type="dxa"/>
            <w:shd w:val="clear" w:color="auto" w:fill="E7E6E6"/>
            <w:tcMar>
              <w:top w:w="50" w:type="dxa"/>
              <w:left w:w="70" w:type="dxa"/>
              <w:bottom w:w="50" w:type="dxa"/>
              <w:right w:w="70" w:type="dxa"/>
            </w:tcMar>
            <w:vAlign w:val="center"/>
          </w:tcPr>
          <w:p w14:paraId="467FED18" w14:textId="77777777" w:rsidR="00F57CE1" w:rsidRDefault="00F57CE1" w:rsidP="00573F18">
            <w:pPr>
              <w:spacing w:after="0" w:line="240" w:lineRule="auto"/>
              <w:jc w:val="center"/>
              <w:rPr>
                <w:rFonts w:cs="Times New Roman"/>
              </w:rPr>
            </w:pPr>
            <w:r>
              <w:rPr>
                <w:rFonts w:cs="Times New Roman"/>
                <w:b/>
                <w:sz w:val="15"/>
              </w:rPr>
              <w:t>d_cpi</w:t>
            </w:r>
          </w:p>
        </w:tc>
      </w:tr>
      <w:tr w:rsidR="00F57CE1" w14:paraId="3FFAC7ED" w14:textId="77777777" w:rsidTr="00573F18">
        <w:trPr>
          <w:jc w:val="center"/>
        </w:trPr>
        <w:tc>
          <w:tcPr>
            <w:tcW w:w="1512" w:type="dxa"/>
            <w:tcMar>
              <w:top w:w="50" w:type="dxa"/>
              <w:left w:w="70" w:type="dxa"/>
              <w:bottom w:w="50" w:type="dxa"/>
              <w:right w:w="70" w:type="dxa"/>
            </w:tcMar>
            <w:vAlign w:val="center"/>
          </w:tcPr>
          <w:p w14:paraId="00CADA9E" w14:textId="77777777" w:rsidR="00F57CE1" w:rsidRDefault="00F57CE1" w:rsidP="00573F18">
            <w:pPr>
              <w:spacing w:after="0" w:line="240" w:lineRule="auto"/>
              <w:rPr>
                <w:rFonts w:cs="Times New Roman"/>
              </w:rPr>
            </w:pPr>
            <w:r>
              <w:rPr>
                <w:rFonts w:cs="Times New Roman"/>
                <w:sz w:val="15"/>
              </w:rPr>
              <w:t>d_lnnsld</w:t>
            </w:r>
          </w:p>
        </w:tc>
        <w:tc>
          <w:tcPr>
            <w:tcW w:w="1094" w:type="dxa"/>
            <w:tcMar>
              <w:top w:w="50" w:type="dxa"/>
              <w:left w:w="70" w:type="dxa"/>
              <w:bottom w:w="50" w:type="dxa"/>
              <w:right w:w="70" w:type="dxa"/>
            </w:tcMar>
            <w:vAlign w:val="center"/>
          </w:tcPr>
          <w:p w14:paraId="013185C4"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63E563AE" w14:textId="77777777" w:rsidR="00F57CE1" w:rsidRDefault="00F57CE1" w:rsidP="00573F18">
            <w:pPr>
              <w:spacing w:after="0" w:line="240" w:lineRule="auto"/>
              <w:jc w:val="right"/>
              <w:rPr>
                <w:rFonts w:cs="Times New Roman"/>
              </w:rPr>
            </w:pPr>
            <w:r>
              <w:rPr>
                <w:rFonts w:cs="Times New Roman"/>
                <w:sz w:val="15"/>
              </w:rPr>
              <w:t>0.053</w:t>
            </w:r>
          </w:p>
        </w:tc>
        <w:tc>
          <w:tcPr>
            <w:tcW w:w="1094" w:type="dxa"/>
            <w:tcMar>
              <w:top w:w="50" w:type="dxa"/>
              <w:left w:w="70" w:type="dxa"/>
              <w:bottom w:w="50" w:type="dxa"/>
              <w:right w:w="70" w:type="dxa"/>
            </w:tcMar>
            <w:vAlign w:val="center"/>
          </w:tcPr>
          <w:p w14:paraId="722DE761" w14:textId="77777777" w:rsidR="00F57CE1" w:rsidRDefault="00F57CE1" w:rsidP="00573F18">
            <w:pPr>
              <w:spacing w:after="0" w:line="240" w:lineRule="auto"/>
              <w:jc w:val="right"/>
              <w:rPr>
                <w:rFonts w:cs="Times New Roman"/>
              </w:rPr>
            </w:pPr>
            <w:r>
              <w:rPr>
                <w:rFonts w:cs="Times New Roman"/>
                <w:sz w:val="15"/>
              </w:rPr>
              <w:t>-0.012</w:t>
            </w:r>
          </w:p>
        </w:tc>
        <w:tc>
          <w:tcPr>
            <w:tcW w:w="1094" w:type="dxa"/>
            <w:tcMar>
              <w:top w:w="50" w:type="dxa"/>
              <w:left w:w="70" w:type="dxa"/>
              <w:bottom w:w="50" w:type="dxa"/>
              <w:right w:w="70" w:type="dxa"/>
            </w:tcMar>
            <w:vAlign w:val="center"/>
          </w:tcPr>
          <w:p w14:paraId="66126BAC" w14:textId="77777777" w:rsidR="00F57CE1" w:rsidRDefault="00F57CE1" w:rsidP="00573F18">
            <w:pPr>
              <w:spacing w:after="0" w:line="240" w:lineRule="auto"/>
              <w:jc w:val="right"/>
              <w:rPr>
                <w:rFonts w:cs="Times New Roman"/>
              </w:rPr>
            </w:pPr>
            <w:r>
              <w:rPr>
                <w:rFonts w:cs="Times New Roman"/>
                <w:sz w:val="15"/>
              </w:rPr>
              <w:t>0.050</w:t>
            </w:r>
          </w:p>
        </w:tc>
        <w:tc>
          <w:tcPr>
            <w:tcW w:w="1094" w:type="dxa"/>
            <w:tcMar>
              <w:top w:w="50" w:type="dxa"/>
              <w:left w:w="70" w:type="dxa"/>
              <w:bottom w:w="50" w:type="dxa"/>
              <w:right w:w="70" w:type="dxa"/>
            </w:tcMar>
            <w:vAlign w:val="center"/>
          </w:tcPr>
          <w:p w14:paraId="6BB99400" w14:textId="77777777" w:rsidR="00F57CE1" w:rsidRDefault="00F57CE1" w:rsidP="00573F18">
            <w:pPr>
              <w:spacing w:after="0" w:line="240" w:lineRule="auto"/>
              <w:jc w:val="right"/>
              <w:rPr>
                <w:rFonts w:cs="Times New Roman"/>
              </w:rPr>
            </w:pPr>
            <w:r>
              <w:rPr>
                <w:rFonts w:cs="Times New Roman"/>
                <w:sz w:val="15"/>
              </w:rPr>
              <w:t>-0.010</w:t>
            </w:r>
          </w:p>
        </w:tc>
        <w:tc>
          <w:tcPr>
            <w:tcW w:w="1094" w:type="dxa"/>
            <w:tcMar>
              <w:top w:w="50" w:type="dxa"/>
              <w:left w:w="70" w:type="dxa"/>
              <w:bottom w:w="50" w:type="dxa"/>
              <w:right w:w="70" w:type="dxa"/>
            </w:tcMar>
            <w:vAlign w:val="center"/>
          </w:tcPr>
          <w:p w14:paraId="496FC121" w14:textId="77777777" w:rsidR="00F57CE1" w:rsidRDefault="00F57CE1" w:rsidP="00573F18">
            <w:pPr>
              <w:spacing w:after="0" w:line="240" w:lineRule="auto"/>
              <w:jc w:val="right"/>
              <w:rPr>
                <w:rFonts w:cs="Times New Roman"/>
              </w:rPr>
            </w:pPr>
            <w:r>
              <w:rPr>
                <w:rFonts w:cs="Times New Roman"/>
                <w:sz w:val="15"/>
              </w:rPr>
              <w:t>0.012</w:t>
            </w:r>
          </w:p>
        </w:tc>
        <w:tc>
          <w:tcPr>
            <w:tcW w:w="1094" w:type="dxa"/>
            <w:tcMar>
              <w:top w:w="50" w:type="dxa"/>
              <w:left w:w="70" w:type="dxa"/>
              <w:bottom w:w="50" w:type="dxa"/>
              <w:right w:w="70" w:type="dxa"/>
            </w:tcMar>
            <w:vAlign w:val="center"/>
          </w:tcPr>
          <w:p w14:paraId="5F50F603" w14:textId="77777777" w:rsidR="00F57CE1" w:rsidRDefault="00F57CE1" w:rsidP="00573F18">
            <w:pPr>
              <w:spacing w:after="0" w:line="240" w:lineRule="auto"/>
              <w:jc w:val="right"/>
              <w:rPr>
                <w:rFonts w:cs="Times New Roman"/>
              </w:rPr>
            </w:pPr>
            <w:r>
              <w:rPr>
                <w:rFonts w:cs="Times New Roman"/>
                <w:sz w:val="15"/>
              </w:rPr>
              <w:t>-0.017</w:t>
            </w:r>
          </w:p>
        </w:tc>
      </w:tr>
      <w:tr w:rsidR="00F57CE1" w14:paraId="0C42E59D" w14:textId="77777777" w:rsidTr="00573F18">
        <w:trPr>
          <w:jc w:val="center"/>
        </w:trPr>
        <w:tc>
          <w:tcPr>
            <w:tcW w:w="1512" w:type="dxa"/>
            <w:tcMar>
              <w:top w:w="50" w:type="dxa"/>
              <w:left w:w="70" w:type="dxa"/>
              <w:bottom w:w="50" w:type="dxa"/>
              <w:right w:w="70" w:type="dxa"/>
            </w:tcMar>
            <w:vAlign w:val="center"/>
          </w:tcPr>
          <w:p w14:paraId="12D4AC16" w14:textId="77777777" w:rsidR="00F57CE1" w:rsidRDefault="00F57CE1" w:rsidP="00573F18">
            <w:pPr>
              <w:spacing w:after="0" w:line="240" w:lineRule="auto"/>
              <w:rPr>
                <w:rFonts w:cs="Times New Roman"/>
              </w:rPr>
            </w:pPr>
            <w:r>
              <w:rPr>
                <w:rFonts w:cs="Times New Roman"/>
                <w:sz w:val="15"/>
              </w:rPr>
              <w:t>d_h</w:t>
            </w:r>
          </w:p>
        </w:tc>
        <w:tc>
          <w:tcPr>
            <w:tcW w:w="1094" w:type="dxa"/>
            <w:tcMar>
              <w:top w:w="50" w:type="dxa"/>
              <w:left w:w="70" w:type="dxa"/>
              <w:bottom w:w="50" w:type="dxa"/>
              <w:right w:w="70" w:type="dxa"/>
            </w:tcMar>
            <w:vAlign w:val="center"/>
          </w:tcPr>
          <w:p w14:paraId="03DA8B6F" w14:textId="77777777" w:rsidR="00F57CE1" w:rsidRDefault="00F57CE1" w:rsidP="00573F18">
            <w:pPr>
              <w:spacing w:after="0" w:line="240" w:lineRule="auto"/>
              <w:jc w:val="right"/>
              <w:rPr>
                <w:rFonts w:cs="Times New Roman"/>
              </w:rPr>
            </w:pPr>
            <w:r>
              <w:rPr>
                <w:rFonts w:cs="Times New Roman"/>
                <w:sz w:val="15"/>
              </w:rPr>
              <w:t>0.053</w:t>
            </w:r>
          </w:p>
        </w:tc>
        <w:tc>
          <w:tcPr>
            <w:tcW w:w="1094" w:type="dxa"/>
            <w:tcMar>
              <w:top w:w="50" w:type="dxa"/>
              <w:left w:w="70" w:type="dxa"/>
              <w:bottom w:w="50" w:type="dxa"/>
              <w:right w:w="70" w:type="dxa"/>
            </w:tcMar>
            <w:vAlign w:val="center"/>
          </w:tcPr>
          <w:p w14:paraId="7223C0B7"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60A530CD" w14:textId="77777777" w:rsidR="00F57CE1" w:rsidRDefault="00F57CE1" w:rsidP="00573F18">
            <w:pPr>
              <w:spacing w:after="0" w:line="240" w:lineRule="auto"/>
              <w:jc w:val="right"/>
              <w:rPr>
                <w:rFonts w:cs="Times New Roman"/>
              </w:rPr>
            </w:pPr>
            <w:r>
              <w:rPr>
                <w:rFonts w:cs="Times New Roman"/>
                <w:sz w:val="15"/>
              </w:rPr>
              <w:t>-0.038</w:t>
            </w:r>
          </w:p>
        </w:tc>
        <w:tc>
          <w:tcPr>
            <w:tcW w:w="1094" w:type="dxa"/>
            <w:tcMar>
              <w:top w:w="50" w:type="dxa"/>
              <w:left w:w="70" w:type="dxa"/>
              <w:bottom w:w="50" w:type="dxa"/>
              <w:right w:w="70" w:type="dxa"/>
            </w:tcMar>
            <w:vAlign w:val="center"/>
          </w:tcPr>
          <w:p w14:paraId="3C4E2049" w14:textId="77777777" w:rsidR="00F57CE1" w:rsidRDefault="00F57CE1" w:rsidP="00573F18">
            <w:pPr>
              <w:spacing w:after="0" w:line="240" w:lineRule="auto"/>
              <w:jc w:val="right"/>
              <w:rPr>
                <w:rFonts w:cs="Times New Roman"/>
              </w:rPr>
            </w:pPr>
            <w:r>
              <w:rPr>
                <w:rFonts w:cs="Times New Roman"/>
                <w:sz w:val="15"/>
              </w:rPr>
              <w:t>0.050</w:t>
            </w:r>
          </w:p>
        </w:tc>
        <w:tc>
          <w:tcPr>
            <w:tcW w:w="1094" w:type="dxa"/>
            <w:tcMar>
              <w:top w:w="50" w:type="dxa"/>
              <w:left w:w="70" w:type="dxa"/>
              <w:bottom w:w="50" w:type="dxa"/>
              <w:right w:w="70" w:type="dxa"/>
            </w:tcMar>
            <w:vAlign w:val="center"/>
          </w:tcPr>
          <w:p w14:paraId="1C395502" w14:textId="77777777" w:rsidR="00F57CE1" w:rsidRDefault="00F57CE1" w:rsidP="00573F18">
            <w:pPr>
              <w:spacing w:after="0" w:line="240" w:lineRule="auto"/>
              <w:jc w:val="right"/>
              <w:rPr>
                <w:rFonts w:cs="Times New Roman"/>
              </w:rPr>
            </w:pPr>
            <w:r>
              <w:rPr>
                <w:rFonts w:cs="Times New Roman"/>
                <w:sz w:val="15"/>
              </w:rPr>
              <w:t>0.004</w:t>
            </w:r>
          </w:p>
        </w:tc>
        <w:tc>
          <w:tcPr>
            <w:tcW w:w="1094" w:type="dxa"/>
            <w:tcMar>
              <w:top w:w="50" w:type="dxa"/>
              <w:left w:w="70" w:type="dxa"/>
              <w:bottom w:w="50" w:type="dxa"/>
              <w:right w:w="70" w:type="dxa"/>
            </w:tcMar>
            <w:vAlign w:val="center"/>
          </w:tcPr>
          <w:p w14:paraId="5E7EE1F3" w14:textId="77777777" w:rsidR="00F57CE1" w:rsidRDefault="00F57CE1" w:rsidP="00573F18">
            <w:pPr>
              <w:spacing w:after="0" w:line="240" w:lineRule="auto"/>
              <w:jc w:val="right"/>
              <w:rPr>
                <w:rFonts w:cs="Times New Roman"/>
              </w:rPr>
            </w:pPr>
            <w:r>
              <w:rPr>
                <w:rFonts w:cs="Times New Roman"/>
                <w:sz w:val="15"/>
              </w:rPr>
              <w:t>0.028</w:t>
            </w:r>
          </w:p>
        </w:tc>
        <w:tc>
          <w:tcPr>
            <w:tcW w:w="1094" w:type="dxa"/>
            <w:tcMar>
              <w:top w:w="50" w:type="dxa"/>
              <w:left w:w="70" w:type="dxa"/>
              <w:bottom w:w="50" w:type="dxa"/>
              <w:right w:w="70" w:type="dxa"/>
            </w:tcMar>
            <w:vAlign w:val="center"/>
          </w:tcPr>
          <w:p w14:paraId="44AF1845" w14:textId="77777777" w:rsidR="00F57CE1" w:rsidRDefault="00F57CE1" w:rsidP="00573F18">
            <w:pPr>
              <w:spacing w:after="0" w:line="240" w:lineRule="auto"/>
              <w:jc w:val="right"/>
              <w:rPr>
                <w:rFonts w:cs="Times New Roman"/>
              </w:rPr>
            </w:pPr>
            <w:r>
              <w:rPr>
                <w:rFonts w:cs="Times New Roman"/>
                <w:sz w:val="15"/>
              </w:rPr>
              <w:t>-0.018</w:t>
            </w:r>
          </w:p>
        </w:tc>
      </w:tr>
      <w:tr w:rsidR="00F57CE1" w14:paraId="0E5C4911" w14:textId="77777777" w:rsidTr="00573F18">
        <w:trPr>
          <w:jc w:val="center"/>
        </w:trPr>
        <w:tc>
          <w:tcPr>
            <w:tcW w:w="1512" w:type="dxa"/>
            <w:tcMar>
              <w:top w:w="50" w:type="dxa"/>
              <w:left w:w="70" w:type="dxa"/>
              <w:bottom w:w="50" w:type="dxa"/>
              <w:right w:w="70" w:type="dxa"/>
            </w:tcMar>
            <w:vAlign w:val="center"/>
          </w:tcPr>
          <w:p w14:paraId="7D6F63A4" w14:textId="77777777" w:rsidR="00F57CE1" w:rsidRDefault="00F57CE1" w:rsidP="00573F18">
            <w:pPr>
              <w:spacing w:after="0" w:line="240" w:lineRule="auto"/>
              <w:rPr>
                <w:rFonts w:cs="Times New Roman"/>
              </w:rPr>
            </w:pPr>
            <w:r>
              <w:rPr>
                <w:rFonts w:cs="Times New Roman"/>
                <w:sz w:val="15"/>
              </w:rPr>
              <w:t>d_lnhouse_pc</w:t>
            </w:r>
          </w:p>
        </w:tc>
        <w:tc>
          <w:tcPr>
            <w:tcW w:w="1094" w:type="dxa"/>
            <w:tcMar>
              <w:top w:w="50" w:type="dxa"/>
              <w:left w:w="70" w:type="dxa"/>
              <w:bottom w:w="50" w:type="dxa"/>
              <w:right w:w="70" w:type="dxa"/>
            </w:tcMar>
            <w:vAlign w:val="center"/>
          </w:tcPr>
          <w:p w14:paraId="354E7FD8" w14:textId="77777777" w:rsidR="00F57CE1" w:rsidRDefault="00F57CE1" w:rsidP="00573F18">
            <w:pPr>
              <w:spacing w:after="0" w:line="240" w:lineRule="auto"/>
              <w:jc w:val="right"/>
              <w:rPr>
                <w:rFonts w:cs="Times New Roman"/>
              </w:rPr>
            </w:pPr>
            <w:r>
              <w:rPr>
                <w:rFonts w:cs="Times New Roman"/>
                <w:sz w:val="15"/>
              </w:rPr>
              <w:t>-0.012</w:t>
            </w:r>
          </w:p>
        </w:tc>
        <w:tc>
          <w:tcPr>
            <w:tcW w:w="1094" w:type="dxa"/>
            <w:tcMar>
              <w:top w:w="50" w:type="dxa"/>
              <w:left w:w="70" w:type="dxa"/>
              <w:bottom w:w="50" w:type="dxa"/>
              <w:right w:w="70" w:type="dxa"/>
            </w:tcMar>
            <w:vAlign w:val="center"/>
          </w:tcPr>
          <w:p w14:paraId="1F8B3F49" w14:textId="77777777" w:rsidR="00F57CE1" w:rsidRDefault="00F57CE1" w:rsidP="00573F18">
            <w:pPr>
              <w:spacing w:after="0" w:line="240" w:lineRule="auto"/>
              <w:jc w:val="right"/>
              <w:rPr>
                <w:rFonts w:cs="Times New Roman"/>
              </w:rPr>
            </w:pPr>
            <w:r>
              <w:rPr>
                <w:rFonts w:cs="Times New Roman"/>
                <w:sz w:val="15"/>
              </w:rPr>
              <w:t>-0.038</w:t>
            </w:r>
          </w:p>
        </w:tc>
        <w:tc>
          <w:tcPr>
            <w:tcW w:w="1094" w:type="dxa"/>
            <w:tcMar>
              <w:top w:w="50" w:type="dxa"/>
              <w:left w:w="70" w:type="dxa"/>
              <w:bottom w:w="50" w:type="dxa"/>
              <w:right w:w="70" w:type="dxa"/>
            </w:tcMar>
            <w:vAlign w:val="center"/>
          </w:tcPr>
          <w:p w14:paraId="3C07A7BD"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0CBADDCC" w14:textId="77777777" w:rsidR="00F57CE1" w:rsidRDefault="00F57CE1" w:rsidP="00573F18">
            <w:pPr>
              <w:spacing w:after="0" w:line="240" w:lineRule="auto"/>
              <w:jc w:val="right"/>
              <w:rPr>
                <w:rFonts w:cs="Times New Roman"/>
              </w:rPr>
            </w:pPr>
            <w:r>
              <w:rPr>
                <w:rFonts w:cs="Times New Roman"/>
                <w:sz w:val="15"/>
              </w:rPr>
              <w:t>-0.368</w:t>
            </w:r>
          </w:p>
        </w:tc>
        <w:tc>
          <w:tcPr>
            <w:tcW w:w="1094" w:type="dxa"/>
            <w:tcMar>
              <w:top w:w="50" w:type="dxa"/>
              <w:left w:w="70" w:type="dxa"/>
              <w:bottom w:w="50" w:type="dxa"/>
              <w:right w:w="70" w:type="dxa"/>
            </w:tcMar>
            <w:vAlign w:val="center"/>
          </w:tcPr>
          <w:p w14:paraId="77DB904E" w14:textId="77777777" w:rsidR="00F57CE1" w:rsidRDefault="00F57CE1" w:rsidP="00573F18">
            <w:pPr>
              <w:spacing w:after="0" w:line="240" w:lineRule="auto"/>
              <w:jc w:val="right"/>
              <w:rPr>
                <w:rFonts w:cs="Times New Roman"/>
              </w:rPr>
            </w:pPr>
            <w:r>
              <w:rPr>
                <w:rFonts w:cs="Times New Roman"/>
                <w:sz w:val="15"/>
              </w:rPr>
              <w:t>0.079</w:t>
            </w:r>
          </w:p>
        </w:tc>
        <w:tc>
          <w:tcPr>
            <w:tcW w:w="1094" w:type="dxa"/>
            <w:tcMar>
              <w:top w:w="50" w:type="dxa"/>
              <w:left w:w="70" w:type="dxa"/>
              <w:bottom w:w="50" w:type="dxa"/>
              <w:right w:w="70" w:type="dxa"/>
            </w:tcMar>
            <w:vAlign w:val="center"/>
          </w:tcPr>
          <w:p w14:paraId="3D3BFF31" w14:textId="77777777" w:rsidR="00F57CE1" w:rsidRDefault="00F57CE1" w:rsidP="00573F18">
            <w:pPr>
              <w:spacing w:after="0" w:line="240" w:lineRule="auto"/>
              <w:jc w:val="right"/>
              <w:rPr>
                <w:rFonts w:cs="Times New Roman"/>
              </w:rPr>
            </w:pPr>
            <w:r>
              <w:rPr>
                <w:rFonts w:cs="Times New Roman"/>
                <w:sz w:val="15"/>
              </w:rPr>
              <w:t>-0.044</w:t>
            </w:r>
          </w:p>
        </w:tc>
        <w:tc>
          <w:tcPr>
            <w:tcW w:w="1094" w:type="dxa"/>
            <w:tcMar>
              <w:top w:w="50" w:type="dxa"/>
              <w:left w:w="70" w:type="dxa"/>
              <w:bottom w:w="50" w:type="dxa"/>
              <w:right w:w="70" w:type="dxa"/>
            </w:tcMar>
            <w:vAlign w:val="center"/>
          </w:tcPr>
          <w:p w14:paraId="41B9C235" w14:textId="77777777" w:rsidR="00F57CE1" w:rsidRDefault="00F57CE1" w:rsidP="00573F18">
            <w:pPr>
              <w:spacing w:after="0" w:line="240" w:lineRule="auto"/>
              <w:jc w:val="right"/>
              <w:rPr>
                <w:rFonts w:cs="Times New Roman"/>
              </w:rPr>
            </w:pPr>
            <w:r>
              <w:rPr>
                <w:rFonts w:cs="Times New Roman"/>
                <w:sz w:val="15"/>
              </w:rPr>
              <w:t>0.086</w:t>
            </w:r>
          </w:p>
        </w:tc>
      </w:tr>
      <w:tr w:rsidR="00F57CE1" w14:paraId="65487A85" w14:textId="77777777" w:rsidTr="00573F18">
        <w:trPr>
          <w:jc w:val="center"/>
        </w:trPr>
        <w:tc>
          <w:tcPr>
            <w:tcW w:w="1512" w:type="dxa"/>
            <w:tcMar>
              <w:top w:w="50" w:type="dxa"/>
              <w:left w:w="70" w:type="dxa"/>
              <w:bottom w:w="50" w:type="dxa"/>
              <w:right w:w="70" w:type="dxa"/>
            </w:tcMar>
            <w:vAlign w:val="center"/>
          </w:tcPr>
          <w:p w14:paraId="056BD48A" w14:textId="77777777" w:rsidR="00F57CE1" w:rsidRDefault="00F57CE1" w:rsidP="00573F18">
            <w:pPr>
              <w:spacing w:after="0" w:line="240" w:lineRule="auto"/>
              <w:rPr>
                <w:rFonts w:cs="Times New Roman"/>
              </w:rPr>
            </w:pPr>
            <w:r>
              <w:rPr>
                <w:rFonts w:cs="Times New Roman"/>
                <w:sz w:val="15"/>
              </w:rPr>
              <w:t>d_lnpopu</w:t>
            </w:r>
          </w:p>
        </w:tc>
        <w:tc>
          <w:tcPr>
            <w:tcW w:w="1094" w:type="dxa"/>
            <w:tcMar>
              <w:top w:w="50" w:type="dxa"/>
              <w:left w:w="70" w:type="dxa"/>
              <w:bottom w:w="50" w:type="dxa"/>
              <w:right w:w="70" w:type="dxa"/>
            </w:tcMar>
            <w:vAlign w:val="center"/>
          </w:tcPr>
          <w:p w14:paraId="14C570ED" w14:textId="77777777" w:rsidR="00F57CE1" w:rsidRDefault="00F57CE1" w:rsidP="00573F18">
            <w:pPr>
              <w:spacing w:after="0" w:line="240" w:lineRule="auto"/>
              <w:jc w:val="right"/>
              <w:rPr>
                <w:rFonts w:cs="Times New Roman"/>
              </w:rPr>
            </w:pPr>
            <w:r>
              <w:rPr>
                <w:rFonts w:cs="Times New Roman"/>
                <w:sz w:val="15"/>
              </w:rPr>
              <w:t>0.050</w:t>
            </w:r>
          </w:p>
        </w:tc>
        <w:tc>
          <w:tcPr>
            <w:tcW w:w="1094" w:type="dxa"/>
            <w:tcMar>
              <w:top w:w="50" w:type="dxa"/>
              <w:left w:w="70" w:type="dxa"/>
              <w:bottom w:w="50" w:type="dxa"/>
              <w:right w:w="70" w:type="dxa"/>
            </w:tcMar>
            <w:vAlign w:val="center"/>
          </w:tcPr>
          <w:p w14:paraId="7589EFD0" w14:textId="77777777" w:rsidR="00F57CE1" w:rsidRDefault="00F57CE1" w:rsidP="00573F18">
            <w:pPr>
              <w:spacing w:after="0" w:line="240" w:lineRule="auto"/>
              <w:jc w:val="right"/>
              <w:rPr>
                <w:rFonts w:cs="Times New Roman"/>
              </w:rPr>
            </w:pPr>
            <w:r>
              <w:rPr>
                <w:rFonts w:cs="Times New Roman"/>
                <w:sz w:val="15"/>
              </w:rPr>
              <w:t>0.050</w:t>
            </w:r>
          </w:p>
        </w:tc>
        <w:tc>
          <w:tcPr>
            <w:tcW w:w="1094" w:type="dxa"/>
            <w:tcMar>
              <w:top w:w="50" w:type="dxa"/>
              <w:left w:w="70" w:type="dxa"/>
              <w:bottom w:w="50" w:type="dxa"/>
              <w:right w:w="70" w:type="dxa"/>
            </w:tcMar>
            <w:vAlign w:val="center"/>
          </w:tcPr>
          <w:p w14:paraId="47C1F5D9" w14:textId="77777777" w:rsidR="00F57CE1" w:rsidRDefault="00F57CE1" w:rsidP="00573F18">
            <w:pPr>
              <w:spacing w:after="0" w:line="240" w:lineRule="auto"/>
              <w:jc w:val="right"/>
              <w:rPr>
                <w:rFonts w:cs="Times New Roman"/>
              </w:rPr>
            </w:pPr>
            <w:r>
              <w:rPr>
                <w:rFonts w:cs="Times New Roman"/>
                <w:sz w:val="15"/>
              </w:rPr>
              <w:t>-0.368</w:t>
            </w:r>
          </w:p>
        </w:tc>
        <w:tc>
          <w:tcPr>
            <w:tcW w:w="1094" w:type="dxa"/>
            <w:tcMar>
              <w:top w:w="50" w:type="dxa"/>
              <w:left w:w="70" w:type="dxa"/>
              <w:bottom w:w="50" w:type="dxa"/>
              <w:right w:w="70" w:type="dxa"/>
            </w:tcMar>
            <w:vAlign w:val="center"/>
          </w:tcPr>
          <w:p w14:paraId="77016643"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0BBD0FC7" w14:textId="77777777" w:rsidR="00F57CE1" w:rsidRDefault="00F57CE1" w:rsidP="00573F18">
            <w:pPr>
              <w:spacing w:after="0" w:line="240" w:lineRule="auto"/>
              <w:jc w:val="right"/>
              <w:rPr>
                <w:rFonts w:cs="Times New Roman"/>
              </w:rPr>
            </w:pPr>
            <w:r>
              <w:rPr>
                <w:rFonts w:cs="Times New Roman"/>
                <w:sz w:val="15"/>
              </w:rPr>
              <w:t>-0.087</w:t>
            </w:r>
          </w:p>
        </w:tc>
        <w:tc>
          <w:tcPr>
            <w:tcW w:w="1094" w:type="dxa"/>
            <w:tcMar>
              <w:top w:w="50" w:type="dxa"/>
              <w:left w:w="70" w:type="dxa"/>
              <w:bottom w:w="50" w:type="dxa"/>
              <w:right w:w="70" w:type="dxa"/>
            </w:tcMar>
            <w:vAlign w:val="center"/>
          </w:tcPr>
          <w:p w14:paraId="6F130D72" w14:textId="77777777" w:rsidR="00F57CE1" w:rsidRDefault="00F57CE1" w:rsidP="00573F18">
            <w:pPr>
              <w:spacing w:after="0" w:line="240" w:lineRule="auto"/>
              <w:jc w:val="right"/>
              <w:rPr>
                <w:rFonts w:cs="Times New Roman"/>
              </w:rPr>
            </w:pPr>
            <w:r>
              <w:rPr>
                <w:rFonts w:cs="Times New Roman"/>
                <w:sz w:val="15"/>
              </w:rPr>
              <w:t>0.031</w:t>
            </w:r>
          </w:p>
        </w:tc>
        <w:tc>
          <w:tcPr>
            <w:tcW w:w="1094" w:type="dxa"/>
            <w:tcMar>
              <w:top w:w="50" w:type="dxa"/>
              <w:left w:w="70" w:type="dxa"/>
              <w:bottom w:w="50" w:type="dxa"/>
              <w:right w:w="70" w:type="dxa"/>
            </w:tcMar>
            <w:vAlign w:val="center"/>
          </w:tcPr>
          <w:p w14:paraId="48F7CB8B" w14:textId="77777777" w:rsidR="00F57CE1" w:rsidRDefault="00F57CE1" w:rsidP="00573F18">
            <w:pPr>
              <w:spacing w:after="0" w:line="240" w:lineRule="auto"/>
              <w:jc w:val="right"/>
              <w:rPr>
                <w:rFonts w:cs="Times New Roman"/>
              </w:rPr>
            </w:pPr>
            <w:r>
              <w:rPr>
                <w:rFonts w:cs="Times New Roman"/>
                <w:sz w:val="15"/>
              </w:rPr>
              <w:t>0.005</w:t>
            </w:r>
          </w:p>
        </w:tc>
      </w:tr>
      <w:tr w:rsidR="00F57CE1" w14:paraId="23B55B58" w14:textId="77777777" w:rsidTr="00573F18">
        <w:trPr>
          <w:jc w:val="center"/>
        </w:trPr>
        <w:tc>
          <w:tcPr>
            <w:tcW w:w="1512" w:type="dxa"/>
            <w:tcMar>
              <w:top w:w="50" w:type="dxa"/>
              <w:left w:w="70" w:type="dxa"/>
              <w:bottom w:w="50" w:type="dxa"/>
              <w:right w:w="70" w:type="dxa"/>
            </w:tcMar>
            <w:vAlign w:val="center"/>
          </w:tcPr>
          <w:p w14:paraId="28913728" w14:textId="77777777" w:rsidR="00F57CE1" w:rsidRDefault="00F57CE1" w:rsidP="00573F18">
            <w:pPr>
              <w:spacing w:after="0" w:line="240" w:lineRule="auto"/>
              <w:rPr>
                <w:rFonts w:cs="Times New Roman"/>
              </w:rPr>
            </w:pPr>
            <w:r>
              <w:rPr>
                <w:rFonts w:cs="Times New Roman"/>
                <w:sz w:val="15"/>
              </w:rPr>
              <w:t>d_ict_n</w:t>
            </w:r>
          </w:p>
        </w:tc>
        <w:tc>
          <w:tcPr>
            <w:tcW w:w="1094" w:type="dxa"/>
            <w:tcMar>
              <w:top w:w="50" w:type="dxa"/>
              <w:left w:w="70" w:type="dxa"/>
              <w:bottom w:w="50" w:type="dxa"/>
              <w:right w:w="70" w:type="dxa"/>
            </w:tcMar>
            <w:vAlign w:val="center"/>
          </w:tcPr>
          <w:p w14:paraId="65FDB027" w14:textId="77777777" w:rsidR="00F57CE1" w:rsidRDefault="00F57CE1" w:rsidP="00573F18">
            <w:pPr>
              <w:spacing w:after="0" w:line="240" w:lineRule="auto"/>
              <w:jc w:val="right"/>
              <w:rPr>
                <w:rFonts w:cs="Times New Roman"/>
              </w:rPr>
            </w:pPr>
            <w:r>
              <w:rPr>
                <w:rFonts w:cs="Times New Roman"/>
                <w:sz w:val="15"/>
              </w:rPr>
              <w:t>-0.010</w:t>
            </w:r>
          </w:p>
        </w:tc>
        <w:tc>
          <w:tcPr>
            <w:tcW w:w="1094" w:type="dxa"/>
            <w:tcMar>
              <w:top w:w="50" w:type="dxa"/>
              <w:left w:w="70" w:type="dxa"/>
              <w:bottom w:w="50" w:type="dxa"/>
              <w:right w:w="70" w:type="dxa"/>
            </w:tcMar>
            <w:vAlign w:val="center"/>
          </w:tcPr>
          <w:p w14:paraId="505BB1F7" w14:textId="77777777" w:rsidR="00F57CE1" w:rsidRDefault="00F57CE1" w:rsidP="00573F18">
            <w:pPr>
              <w:spacing w:after="0" w:line="240" w:lineRule="auto"/>
              <w:jc w:val="right"/>
              <w:rPr>
                <w:rFonts w:cs="Times New Roman"/>
              </w:rPr>
            </w:pPr>
            <w:r>
              <w:rPr>
                <w:rFonts w:cs="Times New Roman"/>
                <w:sz w:val="15"/>
              </w:rPr>
              <w:t>0.004</w:t>
            </w:r>
          </w:p>
        </w:tc>
        <w:tc>
          <w:tcPr>
            <w:tcW w:w="1094" w:type="dxa"/>
            <w:tcMar>
              <w:top w:w="50" w:type="dxa"/>
              <w:left w:w="70" w:type="dxa"/>
              <w:bottom w:w="50" w:type="dxa"/>
              <w:right w:w="70" w:type="dxa"/>
            </w:tcMar>
            <w:vAlign w:val="center"/>
          </w:tcPr>
          <w:p w14:paraId="68C73CDA" w14:textId="77777777" w:rsidR="00F57CE1" w:rsidRDefault="00F57CE1" w:rsidP="00573F18">
            <w:pPr>
              <w:spacing w:after="0" w:line="240" w:lineRule="auto"/>
              <w:jc w:val="right"/>
              <w:rPr>
                <w:rFonts w:cs="Times New Roman"/>
              </w:rPr>
            </w:pPr>
            <w:r>
              <w:rPr>
                <w:rFonts w:cs="Times New Roman"/>
                <w:sz w:val="15"/>
              </w:rPr>
              <w:t>0.079</w:t>
            </w:r>
          </w:p>
        </w:tc>
        <w:tc>
          <w:tcPr>
            <w:tcW w:w="1094" w:type="dxa"/>
            <w:tcMar>
              <w:top w:w="50" w:type="dxa"/>
              <w:left w:w="70" w:type="dxa"/>
              <w:bottom w:w="50" w:type="dxa"/>
              <w:right w:w="70" w:type="dxa"/>
            </w:tcMar>
            <w:vAlign w:val="center"/>
          </w:tcPr>
          <w:p w14:paraId="3E765528" w14:textId="77777777" w:rsidR="00F57CE1" w:rsidRDefault="00F57CE1" w:rsidP="00573F18">
            <w:pPr>
              <w:spacing w:after="0" w:line="240" w:lineRule="auto"/>
              <w:jc w:val="right"/>
              <w:rPr>
                <w:rFonts w:cs="Times New Roman"/>
              </w:rPr>
            </w:pPr>
            <w:r>
              <w:rPr>
                <w:rFonts w:cs="Times New Roman"/>
                <w:sz w:val="15"/>
              </w:rPr>
              <w:t>-0.087</w:t>
            </w:r>
          </w:p>
        </w:tc>
        <w:tc>
          <w:tcPr>
            <w:tcW w:w="1094" w:type="dxa"/>
            <w:tcMar>
              <w:top w:w="50" w:type="dxa"/>
              <w:left w:w="70" w:type="dxa"/>
              <w:bottom w:w="50" w:type="dxa"/>
              <w:right w:w="70" w:type="dxa"/>
            </w:tcMar>
            <w:vAlign w:val="center"/>
          </w:tcPr>
          <w:p w14:paraId="5CADB0D4"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0E6591EE" w14:textId="77777777" w:rsidR="00F57CE1" w:rsidRDefault="00F57CE1" w:rsidP="00573F18">
            <w:pPr>
              <w:spacing w:after="0" w:line="240" w:lineRule="auto"/>
              <w:jc w:val="right"/>
              <w:rPr>
                <w:rFonts w:cs="Times New Roman"/>
              </w:rPr>
            </w:pPr>
            <w:r>
              <w:rPr>
                <w:rFonts w:cs="Times New Roman"/>
                <w:sz w:val="15"/>
              </w:rPr>
              <w:t>-0.018</w:t>
            </w:r>
          </w:p>
        </w:tc>
        <w:tc>
          <w:tcPr>
            <w:tcW w:w="1094" w:type="dxa"/>
            <w:tcMar>
              <w:top w:w="50" w:type="dxa"/>
              <w:left w:w="70" w:type="dxa"/>
              <w:bottom w:w="50" w:type="dxa"/>
              <w:right w:w="70" w:type="dxa"/>
            </w:tcMar>
            <w:vAlign w:val="center"/>
          </w:tcPr>
          <w:p w14:paraId="699C13ED" w14:textId="77777777" w:rsidR="00F57CE1" w:rsidRDefault="00F57CE1" w:rsidP="00573F18">
            <w:pPr>
              <w:spacing w:after="0" w:line="240" w:lineRule="auto"/>
              <w:jc w:val="right"/>
              <w:rPr>
                <w:rFonts w:cs="Times New Roman"/>
              </w:rPr>
            </w:pPr>
            <w:r>
              <w:rPr>
                <w:rFonts w:cs="Times New Roman"/>
                <w:sz w:val="15"/>
              </w:rPr>
              <w:t>-0.062</w:t>
            </w:r>
          </w:p>
        </w:tc>
      </w:tr>
      <w:tr w:rsidR="00F57CE1" w14:paraId="3A975003" w14:textId="77777777" w:rsidTr="00573F18">
        <w:trPr>
          <w:jc w:val="center"/>
        </w:trPr>
        <w:tc>
          <w:tcPr>
            <w:tcW w:w="1512" w:type="dxa"/>
            <w:tcMar>
              <w:top w:w="50" w:type="dxa"/>
              <w:left w:w="70" w:type="dxa"/>
              <w:bottom w:w="50" w:type="dxa"/>
              <w:right w:w="70" w:type="dxa"/>
            </w:tcMar>
            <w:vAlign w:val="center"/>
          </w:tcPr>
          <w:p w14:paraId="7F7DF630" w14:textId="77777777" w:rsidR="00F57CE1" w:rsidRDefault="00F57CE1" w:rsidP="00573F18">
            <w:pPr>
              <w:spacing w:after="0" w:line="240" w:lineRule="auto"/>
              <w:rPr>
                <w:rFonts w:cs="Times New Roman"/>
              </w:rPr>
            </w:pPr>
            <w:r>
              <w:rPr>
                <w:rFonts w:cs="Times New Roman"/>
                <w:sz w:val="15"/>
              </w:rPr>
              <w:t>d_lndth</w:t>
            </w:r>
          </w:p>
        </w:tc>
        <w:tc>
          <w:tcPr>
            <w:tcW w:w="1094" w:type="dxa"/>
            <w:tcMar>
              <w:top w:w="50" w:type="dxa"/>
              <w:left w:w="70" w:type="dxa"/>
              <w:bottom w:w="50" w:type="dxa"/>
              <w:right w:w="70" w:type="dxa"/>
            </w:tcMar>
            <w:vAlign w:val="center"/>
          </w:tcPr>
          <w:p w14:paraId="1E5A8A9F" w14:textId="77777777" w:rsidR="00F57CE1" w:rsidRDefault="00F57CE1" w:rsidP="00573F18">
            <w:pPr>
              <w:spacing w:after="0" w:line="240" w:lineRule="auto"/>
              <w:jc w:val="right"/>
              <w:rPr>
                <w:rFonts w:cs="Times New Roman"/>
              </w:rPr>
            </w:pPr>
            <w:r>
              <w:rPr>
                <w:rFonts w:cs="Times New Roman"/>
                <w:sz w:val="15"/>
              </w:rPr>
              <w:t>0.012</w:t>
            </w:r>
          </w:p>
        </w:tc>
        <w:tc>
          <w:tcPr>
            <w:tcW w:w="1094" w:type="dxa"/>
            <w:tcMar>
              <w:top w:w="50" w:type="dxa"/>
              <w:left w:w="70" w:type="dxa"/>
              <w:bottom w:w="50" w:type="dxa"/>
              <w:right w:w="70" w:type="dxa"/>
            </w:tcMar>
            <w:vAlign w:val="center"/>
          </w:tcPr>
          <w:p w14:paraId="1284C0EB" w14:textId="77777777" w:rsidR="00F57CE1" w:rsidRDefault="00F57CE1" w:rsidP="00573F18">
            <w:pPr>
              <w:spacing w:after="0" w:line="240" w:lineRule="auto"/>
              <w:jc w:val="right"/>
              <w:rPr>
                <w:rFonts w:cs="Times New Roman"/>
              </w:rPr>
            </w:pPr>
            <w:r>
              <w:rPr>
                <w:rFonts w:cs="Times New Roman"/>
                <w:sz w:val="15"/>
              </w:rPr>
              <w:t>0.028</w:t>
            </w:r>
          </w:p>
        </w:tc>
        <w:tc>
          <w:tcPr>
            <w:tcW w:w="1094" w:type="dxa"/>
            <w:tcMar>
              <w:top w:w="50" w:type="dxa"/>
              <w:left w:w="70" w:type="dxa"/>
              <w:bottom w:w="50" w:type="dxa"/>
              <w:right w:w="70" w:type="dxa"/>
            </w:tcMar>
            <w:vAlign w:val="center"/>
          </w:tcPr>
          <w:p w14:paraId="09E9B1F8" w14:textId="77777777" w:rsidR="00F57CE1" w:rsidRDefault="00F57CE1" w:rsidP="00573F18">
            <w:pPr>
              <w:spacing w:after="0" w:line="240" w:lineRule="auto"/>
              <w:jc w:val="right"/>
              <w:rPr>
                <w:rFonts w:cs="Times New Roman"/>
              </w:rPr>
            </w:pPr>
            <w:r>
              <w:rPr>
                <w:rFonts w:cs="Times New Roman"/>
                <w:sz w:val="15"/>
              </w:rPr>
              <w:t>-0.044</w:t>
            </w:r>
          </w:p>
        </w:tc>
        <w:tc>
          <w:tcPr>
            <w:tcW w:w="1094" w:type="dxa"/>
            <w:tcMar>
              <w:top w:w="50" w:type="dxa"/>
              <w:left w:w="70" w:type="dxa"/>
              <w:bottom w:w="50" w:type="dxa"/>
              <w:right w:w="70" w:type="dxa"/>
            </w:tcMar>
            <w:vAlign w:val="center"/>
          </w:tcPr>
          <w:p w14:paraId="655D2C37" w14:textId="77777777" w:rsidR="00F57CE1" w:rsidRDefault="00F57CE1" w:rsidP="00573F18">
            <w:pPr>
              <w:spacing w:after="0" w:line="240" w:lineRule="auto"/>
              <w:jc w:val="right"/>
              <w:rPr>
                <w:rFonts w:cs="Times New Roman"/>
              </w:rPr>
            </w:pPr>
            <w:r>
              <w:rPr>
                <w:rFonts w:cs="Times New Roman"/>
                <w:sz w:val="15"/>
              </w:rPr>
              <w:t>0.031</w:t>
            </w:r>
          </w:p>
        </w:tc>
        <w:tc>
          <w:tcPr>
            <w:tcW w:w="1094" w:type="dxa"/>
            <w:tcMar>
              <w:top w:w="50" w:type="dxa"/>
              <w:left w:w="70" w:type="dxa"/>
              <w:bottom w:w="50" w:type="dxa"/>
              <w:right w:w="70" w:type="dxa"/>
            </w:tcMar>
            <w:vAlign w:val="center"/>
          </w:tcPr>
          <w:p w14:paraId="427631DE" w14:textId="77777777" w:rsidR="00F57CE1" w:rsidRDefault="00F57CE1" w:rsidP="00573F18">
            <w:pPr>
              <w:spacing w:after="0" w:line="240" w:lineRule="auto"/>
              <w:jc w:val="right"/>
              <w:rPr>
                <w:rFonts w:cs="Times New Roman"/>
              </w:rPr>
            </w:pPr>
            <w:r>
              <w:rPr>
                <w:rFonts w:cs="Times New Roman"/>
                <w:sz w:val="15"/>
              </w:rPr>
              <w:t>-0.018</w:t>
            </w:r>
          </w:p>
        </w:tc>
        <w:tc>
          <w:tcPr>
            <w:tcW w:w="1094" w:type="dxa"/>
            <w:tcMar>
              <w:top w:w="50" w:type="dxa"/>
              <w:left w:w="70" w:type="dxa"/>
              <w:bottom w:w="50" w:type="dxa"/>
              <w:right w:w="70" w:type="dxa"/>
            </w:tcMar>
            <w:vAlign w:val="center"/>
          </w:tcPr>
          <w:p w14:paraId="4B63DD1A" w14:textId="77777777" w:rsidR="00F57CE1" w:rsidRDefault="00F57CE1" w:rsidP="00573F18">
            <w:pPr>
              <w:spacing w:after="0" w:line="240" w:lineRule="auto"/>
              <w:jc w:val="right"/>
              <w:rPr>
                <w:rFonts w:cs="Times New Roman"/>
              </w:rPr>
            </w:pPr>
            <w:r>
              <w:rPr>
                <w:rFonts w:cs="Times New Roman"/>
                <w:sz w:val="15"/>
              </w:rPr>
              <w:t>1.000</w:t>
            </w:r>
          </w:p>
        </w:tc>
        <w:tc>
          <w:tcPr>
            <w:tcW w:w="1094" w:type="dxa"/>
            <w:tcMar>
              <w:top w:w="50" w:type="dxa"/>
              <w:left w:w="70" w:type="dxa"/>
              <w:bottom w:w="50" w:type="dxa"/>
              <w:right w:w="70" w:type="dxa"/>
            </w:tcMar>
            <w:vAlign w:val="center"/>
          </w:tcPr>
          <w:p w14:paraId="512604E9" w14:textId="77777777" w:rsidR="00F57CE1" w:rsidRDefault="00F57CE1" w:rsidP="00573F18">
            <w:pPr>
              <w:spacing w:after="0" w:line="240" w:lineRule="auto"/>
              <w:jc w:val="right"/>
              <w:rPr>
                <w:rFonts w:cs="Times New Roman"/>
              </w:rPr>
            </w:pPr>
            <w:r>
              <w:rPr>
                <w:rFonts w:cs="Times New Roman"/>
                <w:sz w:val="15"/>
              </w:rPr>
              <w:t>-0.026</w:t>
            </w:r>
          </w:p>
        </w:tc>
      </w:tr>
      <w:tr w:rsidR="00F57CE1" w14:paraId="756B5693" w14:textId="77777777" w:rsidTr="00573F18">
        <w:trPr>
          <w:jc w:val="center"/>
        </w:trPr>
        <w:tc>
          <w:tcPr>
            <w:tcW w:w="1512" w:type="dxa"/>
            <w:tcMar>
              <w:top w:w="50" w:type="dxa"/>
              <w:left w:w="70" w:type="dxa"/>
              <w:bottom w:w="50" w:type="dxa"/>
              <w:right w:w="70" w:type="dxa"/>
            </w:tcMar>
            <w:vAlign w:val="center"/>
          </w:tcPr>
          <w:p w14:paraId="59E5561C" w14:textId="77777777" w:rsidR="00F57CE1" w:rsidRDefault="00F57CE1" w:rsidP="00573F18">
            <w:pPr>
              <w:spacing w:after="0" w:line="240" w:lineRule="auto"/>
              <w:rPr>
                <w:rFonts w:cs="Times New Roman"/>
              </w:rPr>
            </w:pPr>
            <w:r>
              <w:rPr>
                <w:rFonts w:cs="Times New Roman"/>
                <w:sz w:val="15"/>
              </w:rPr>
              <w:t>d_cpi</w:t>
            </w:r>
          </w:p>
        </w:tc>
        <w:tc>
          <w:tcPr>
            <w:tcW w:w="1094" w:type="dxa"/>
            <w:tcMar>
              <w:top w:w="50" w:type="dxa"/>
              <w:left w:w="70" w:type="dxa"/>
              <w:bottom w:w="50" w:type="dxa"/>
              <w:right w:w="70" w:type="dxa"/>
            </w:tcMar>
            <w:vAlign w:val="center"/>
          </w:tcPr>
          <w:p w14:paraId="4E2553E7" w14:textId="77777777" w:rsidR="00F57CE1" w:rsidRDefault="00F57CE1" w:rsidP="00573F18">
            <w:pPr>
              <w:spacing w:after="0" w:line="240" w:lineRule="auto"/>
              <w:jc w:val="right"/>
              <w:rPr>
                <w:rFonts w:cs="Times New Roman"/>
              </w:rPr>
            </w:pPr>
            <w:r>
              <w:rPr>
                <w:rFonts w:cs="Times New Roman"/>
                <w:sz w:val="15"/>
              </w:rPr>
              <w:t>-0.017</w:t>
            </w:r>
          </w:p>
        </w:tc>
        <w:tc>
          <w:tcPr>
            <w:tcW w:w="1094" w:type="dxa"/>
            <w:tcMar>
              <w:top w:w="50" w:type="dxa"/>
              <w:left w:w="70" w:type="dxa"/>
              <w:bottom w:w="50" w:type="dxa"/>
              <w:right w:w="70" w:type="dxa"/>
            </w:tcMar>
            <w:vAlign w:val="center"/>
          </w:tcPr>
          <w:p w14:paraId="091095B2" w14:textId="77777777" w:rsidR="00F57CE1" w:rsidRDefault="00F57CE1" w:rsidP="00573F18">
            <w:pPr>
              <w:spacing w:after="0" w:line="240" w:lineRule="auto"/>
              <w:jc w:val="right"/>
              <w:rPr>
                <w:rFonts w:cs="Times New Roman"/>
              </w:rPr>
            </w:pPr>
            <w:r>
              <w:rPr>
                <w:rFonts w:cs="Times New Roman"/>
                <w:sz w:val="15"/>
              </w:rPr>
              <w:t>-0.018</w:t>
            </w:r>
          </w:p>
        </w:tc>
        <w:tc>
          <w:tcPr>
            <w:tcW w:w="1094" w:type="dxa"/>
            <w:tcMar>
              <w:top w:w="50" w:type="dxa"/>
              <w:left w:w="70" w:type="dxa"/>
              <w:bottom w:w="50" w:type="dxa"/>
              <w:right w:w="70" w:type="dxa"/>
            </w:tcMar>
            <w:vAlign w:val="center"/>
          </w:tcPr>
          <w:p w14:paraId="5C4B79CC" w14:textId="77777777" w:rsidR="00F57CE1" w:rsidRDefault="00F57CE1" w:rsidP="00573F18">
            <w:pPr>
              <w:spacing w:after="0" w:line="240" w:lineRule="auto"/>
              <w:jc w:val="right"/>
              <w:rPr>
                <w:rFonts w:cs="Times New Roman"/>
              </w:rPr>
            </w:pPr>
            <w:r>
              <w:rPr>
                <w:rFonts w:cs="Times New Roman"/>
                <w:sz w:val="15"/>
              </w:rPr>
              <w:t>0.086</w:t>
            </w:r>
          </w:p>
        </w:tc>
        <w:tc>
          <w:tcPr>
            <w:tcW w:w="1094" w:type="dxa"/>
            <w:tcMar>
              <w:top w:w="50" w:type="dxa"/>
              <w:left w:w="70" w:type="dxa"/>
              <w:bottom w:w="50" w:type="dxa"/>
              <w:right w:w="70" w:type="dxa"/>
            </w:tcMar>
            <w:vAlign w:val="center"/>
          </w:tcPr>
          <w:p w14:paraId="568C606C" w14:textId="77777777" w:rsidR="00F57CE1" w:rsidRDefault="00F57CE1" w:rsidP="00573F18">
            <w:pPr>
              <w:spacing w:after="0" w:line="240" w:lineRule="auto"/>
              <w:jc w:val="right"/>
              <w:rPr>
                <w:rFonts w:cs="Times New Roman"/>
              </w:rPr>
            </w:pPr>
            <w:r>
              <w:rPr>
                <w:rFonts w:cs="Times New Roman"/>
                <w:sz w:val="15"/>
              </w:rPr>
              <w:t>0.005</w:t>
            </w:r>
          </w:p>
        </w:tc>
        <w:tc>
          <w:tcPr>
            <w:tcW w:w="1094" w:type="dxa"/>
            <w:tcMar>
              <w:top w:w="50" w:type="dxa"/>
              <w:left w:w="70" w:type="dxa"/>
              <w:bottom w:w="50" w:type="dxa"/>
              <w:right w:w="70" w:type="dxa"/>
            </w:tcMar>
            <w:vAlign w:val="center"/>
          </w:tcPr>
          <w:p w14:paraId="625BFCDA" w14:textId="77777777" w:rsidR="00F57CE1" w:rsidRDefault="00F57CE1" w:rsidP="00573F18">
            <w:pPr>
              <w:spacing w:after="0" w:line="240" w:lineRule="auto"/>
              <w:jc w:val="right"/>
              <w:rPr>
                <w:rFonts w:cs="Times New Roman"/>
              </w:rPr>
            </w:pPr>
            <w:r>
              <w:rPr>
                <w:rFonts w:cs="Times New Roman"/>
                <w:sz w:val="15"/>
              </w:rPr>
              <w:t>-0.062</w:t>
            </w:r>
          </w:p>
        </w:tc>
        <w:tc>
          <w:tcPr>
            <w:tcW w:w="1094" w:type="dxa"/>
            <w:tcMar>
              <w:top w:w="50" w:type="dxa"/>
              <w:left w:w="70" w:type="dxa"/>
              <w:bottom w:w="50" w:type="dxa"/>
              <w:right w:w="70" w:type="dxa"/>
            </w:tcMar>
            <w:vAlign w:val="center"/>
          </w:tcPr>
          <w:p w14:paraId="7E002D6E" w14:textId="77777777" w:rsidR="00F57CE1" w:rsidRDefault="00F57CE1" w:rsidP="00573F18">
            <w:pPr>
              <w:spacing w:after="0" w:line="240" w:lineRule="auto"/>
              <w:jc w:val="right"/>
              <w:rPr>
                <w:rFonts w:cs="Times New Roman"/>
              </w:rPr>
            </w:pPr>
            <w:r>
              <w:rPr>
                <w:rFonts w:cs="Times New Roman"/>
                <w:sz w:val="15"/>
              </w:rPr>
              <w:t>-0.026</w:t>
            </w:r>
          </w:p>
        </w:tc>
        <w:tc>
          <w:tcPr>
            <w:tcW w:w="1094" w:type="dxa"/>
            <w:tcMar>
              <w:top w:w="50" w:type="dxa"/>
              <w:left w:w="70" w:type="dxa"/>
              <w:bottom w:w="50" w:type="dxa"/>
              <w:right w:w="70" w:type="dxa"/>
            </w:tcMar>
            <w:vAlign w:val="center"/>
          </w:tcPr>
          <w:p w14:paraId="67DBC6ED" w14:textId="77777777" w:rsidR="00F57CE1" w:rsidRDefault="00F57CE1" w:rsidP="00573F18">
            <w:pPr>
              <w:spacing w:after="0" w:line="240" w:lineRule="auto"/>
              <w:jc w:val="right"/>
              <w:rPr>
                <w:rFonts w:cs="Times New Roman"/>
              </w:rPr>
            </w:pPr>
            <w:r>
              <w:rPr>
                <w:rFonts w:cs="Times New Roman"/>
                <w:sz w:val="15"/>
              </w:rPr>
              <w:t>1.000</w:t>
            </w:r>
          </w:p>
        </w:tc>
      </w:tr>
    </w:tbl>
    <w:p w14:paraId="31E5357F" w14:textId="77777777" w:rsidR="00F57CE1" w:rsidRDefault="00F57CE1" w:rsidP="00F57CE1">
      <w:pPr>
        <w:spacing w:before="40" w:after="120" w:line="240" w:lineRule="auto"/>
        <w:rPr>
          <w:rFonts w:cs="Times New Roman"/>
        </w:rPr>
      </w:pPr>
      <w:r>
        <w:rPr>
          <w:rFonts w:cs="Times New Roman"/>
          <w:b/>
          <w:sz w:val="17"/>
        </w:rPr>
        <w:lastRenderedPageBreak/>
        <w:t xml:space="preserve">Notes: </w:t>
      </w:r>
      <w:r>
        <w:rPr>
          <w:rFonts w:cs="Times New Roman"/>
          <w:sz w:val="17"/>
        </w:rPr>
        <w:t>Panel B: correlations among first differences. The largest absolute correlation is approximately 0.368 between ΔlnHouse_pc and ΔlnPopulation.</w:t>
      </w:r>
    </w:p>
    <w:p w14:paraId="414218C9" w14:textId="77777777" w:rsidR="00F57CE1" w:rsidRDefault="00F57CE1" w:rsidP="00F57CE1">
      <w:pPr>
        <w:pStyle w:val="Heading2"/>
        <w:rPr>
          <w:rFonts w:ascii="Times New Roman" w:hAnsi="Times New Roman" w:cs="Times New Roman"/>
        </w:rPr>
      </w:pPr>
      <w:r>
        <w:rPr>
          <w:rFonts w:ascii="Times New Roman" w:hAnsi="Times New Roman" w:cs="Times New Roman"/>
        </w:rPr>
        <w:t>Table OA.3. Preliminary panel-data diagnostics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944"/>
        <w:gridCol w:w="2376"/>
        <w:gridCol w:w="2088"/>
        <w:gridCol w:w="936"/>
        <w:gridCol w:w="3096"/>
      </w:tblGrid>
      <w:tr w:rsidR="00F57CE1" w14:paraId="488F7DA7" w14:textId="77777777" w:rsidTr="00573F18">
        <w:trPr>
          <w:tblHeader/>
          <w:jc w:val="center"/>
        </w:trPr>
        <w:tc>
          <w:tcPr>
            <w:tcW w:w="1944" w:type="dxa"/>
            <w:shd w:val="clear" w:color="auto" w:fill="E7E6E6"/>
            <w:tcMar>
              <w:top w:w="50" w:type="dxa"/>
              <w:left w:w="70" w:type="dxa"/>
              <w:bottom w:w="50" w:type="dxa"/>
              <w:right w:w="70" w:type="dxa"/>
            </w:tcMar>
            <w:vAlign w:val="center"/>
          </w:tcPr>
          <w:p w14:paraId="1FBDB415" w14:textId="77777777" w:rsidR="00F57CE1" w:rsidRDefault="00F57CE1" w:rsidP="00573F18">
            <w:pPr>
              <w:spacing w:after="0" w:line="240" w:lineRule="auto"/>
              <w:jc w:val="center"/>
              <w:rPr>
                <w:rFonts w:cs="Times New Roman"/>
              </w:rPr>
            </w:pPr>
            <w:r>
              <w:rPr>
                <w:rFonts w:cs="Times New Roman"/>
                <w:b/>
                <w:sz w:val="15"/>
              </w:rPr>
              <w:t>Test</w:t>
            </w:r>
          </w:p>
        </w:tc>
        <w:tc>
          <w:tcPr>
            <w:tcW w:w="2376" w:type="dxa"/>
            <w:shd w:val="clear" w:color="auto" w:fill="E7E6E6"/>
            <w:tcMar>
              <w:top w:w="50" w:type="dxa"/>
              <w:left w:w="70" w:type="dxa"/>
              <w:bottom w:w="50" w:type="dxa"/>
              <w:right w:w="70" w:type="dxa"/>
            </w:tcMar>
            <w:vAlign w:val="center"/>
          </w:tcPr>
          <w:p w14:paraId="4BB25408" w14:textId="77777777" w:rsidR="00F57CE1" w:rsidRDefault="00F57CE1" w:rsidP="00573F18">
            <w:pPr>
              <w:spacing w:after="0" w:line="240" w:lineRule="auto"/>
              <w:jc w:val="center"/>
              <w:rPr>
                <w:rFonts w:cs="Times New Roman"/>
              </w:rPr>
            </w:pPr>
            <w:r>
              <w:rPr>
                <w:rFonts w:cs="Times New Roman"/>
                <w:b/>
                <w:sz w:val="15"/>
              </w:rPr>
              <w:t>Null hypothesis</w:t>
            </w:r>
          </w:p>
        </w:tc>
        <w:tc>
          <w:tcPr>
            <w:tcW w:w="2088" w:type="dxa"/>
            <w:shd w:val="clear" w:color="auto" w:fill="E7E6E6"/>
            <w:tcMar>
              <w:top w:w="50" w:type="dxa"/>
              <w:left w:w="70" w:type="dxa"/>
              <w:bottom w:w="50" w:type="dxa"/>
              <w:right w:w="70" w:type="dxa"/>
            </w:tcMar>
            <w:vAlign w:val="center"/>
          </w:tcPr>
          <w:p w14:paraId="134E9EE9" w14:textId="77777777" w:rsidR="00F57CE1" w:rsidRDefault="00F57CE1" w:rsidP="00573F18">
            <w:pPr>
              <w:spacing w:after="0" w:line="240" w:lineRule="auto"/>
              <w:jc w:val="center"/>
              <w:rPr>
                <w:rFonts w:cs="Times New Roman"/>
              </w:rPr>
            </w:pPr>
            <w:r>
              <w:rPr>
                <w:rFonts w:cs="Times New Roman"/>
                <w:b/>
                <w:sz w:val="15"/>
              </w:rPr>
              <w:t>Statistic</w:t>
            </w:r>
          </w:p>
        </w:tc>
        <w:tc>
          <w:tcPr>
            <w:tcW w:w="936" w:type="dxa"/>
            <w:shd w:val="clear" w:color="auto" w:fill="E7E6E6"/>
            <w:tcMar>
              <w:top w:w="50" w:type="dxa"/>
              <w:left w:w="70" w:type="dxa"/>
              <w:bottom w:w="50" w:type="dxa"/>
              <w:right w:w="70" w:type="dxa"/>
            </w:tcMar>
            <w:vAlign w:val="center"/>
          </w:tcPr>
          <w:p w14:paraId="4A33089E" w14:textId="77777777" w:rsidR="00F57CE1" w:rsidRDefault="00F57CE1" w:rsidP="00573F18">
            <w:pPr>
              <w:spacing w:after="0" w:line="240" w:lineRule="auto"/>
              <w:jc w:val="center"/>
              <w:rPr>
                <w:rFonts w:cs="Times New Roman"/>
              </w:rPr>
            </w:pPr>
            <w:r>
              <w:rPr>
                <w:rFonts w:cs="Times New Roman"/>
                <w:b/>
                <w:sz w:val="15"/>
              </w:rPr>
              <w:t>p-value</w:t>
            </w:r>
          </w:p>
        </w:tc>
        <w:tc>
          <w:tcPr>
            <w:tcW w:w="3096" w:type="dxa"/>
            <w:shd w:val="clear" w:color="auto" w:fill="E7E6E6"/>
            <w:tcMar>
              <w:top w:w="50" w:type="dxa"/>
              <w:left w:w="70" w:type="dxa"/>
              <w:bottom w:w="50" w:type="dxa"/>
              <w:right w:w="70" w:type="dxa"/>
            </w:tcMar>
            <w:vAlign w:val="center"/>
          </w:tcPr>
          <w:p w14:paraId="22DE632D" w14:textId="77777777" w:rsidR="00F57CE1" w:rsidRDefault="00F57CE1" w:rsidP="00573F18">
            <w:pPr>
              <w:spacing w:after="0" w:line="240" w:lineRule="auto"/>
              <w:jc w:val="center"/>
              <w:rPr>
                <w:rFonts w:cs="Times New Roman"/>
              </w:rPr>
            </w:pPr>
            <w:r>
              <w:rPr>
                <w:rFonts w:cs="Times New Roman"/>
                <w:b/>
                <w:sz w:val="15"/>
              </w:rPr>
              <w:t>Interpretation</w:t>
            </w:r>
          </w:p>
        </w:tc>
      </w:tr>
      <w:tr w:rsidR="00F57CE1" w14:paraId="09275FCB" w14:textId="77777777" w:rsidTr="00573F18">
        <w:trPr>
          <w:jc w:val="center"/>
        </w:trPr>
        <w:tc>
          <w:tcPr>
            <w:tcW w:w="1944" w:type="dxa"/>
            <w:tcMar>
              <w:top w:w="50" w:type="dxa"/>
              <w:left w:w="70" w:type="dxa"/>
              <w:bottom w:w="50" w:type="dxa"/>
              <w:right w:w="70" w:type="dxa"/>
            </w:tcMar>
            <w:vAlign w:val="center"/>
          </w:tcPr>
          <w:p w14:paraId="43D4545F" w14:textId="77777777" w:rsidR="00F57CE1" w:rsidRDefault="00F57CE1" w:rsidP="00573F18">
            <w:pPr>
              <w:spacing w:after="0" w:line="240" w:lineRule="auto"/>
              <w:rPr>
                <w:rFonts w:cs="Times New Roman"/>
              </w:rPr>
            </w:pPr>
            <w:r>
              <w:rPr>
                <w:rFonts w:cs="Times New Roman"/>
                <w:sz w:val="15"/>
              </w:rPr>
              <w:t>Mean VIF</w:t>
            </w:r>
          </w:p>
        </w:tc>
        <w:tc>
          <w:tcPr>
            <w:tcW w:w="2376" w:type="dxa"/>
            <w:tcMar>
              <w:top w:w="50" w:type="dxa"/>
              <w:left w:w="70" w:type="dxa"/>
              <w:bottom w:w="50" w:type="dxa"/>
              <w:right w:w="70" w:type="dxa"/>
            </w:tcMar>
            <w:vAlign w:val="center"/>
          </w:tcPr>
          <w:p w14:paraId="43B59F25" w14:textId="77777777" w:rsidR="00F57CE1" w:rsidRDefault="00F57CE1" w:rsidP="00573F18">
            <w:pPr>
              <w:spacing w:after="0" w:line="240" w:lineRule="auto"/>
              <w:rPr>
                <w:rFonts w:cs="Times New Roman"/>
              </w:rPr>
            </w:pPr>
            <w:r>
              <w:rPr>
                <w:rFonts w:cs="Times New Roman"/>
                <w:sz w:val="15"/>
              </w:rPr>
              <w:t>Multicollinearity</w:t>
            </w:r>
          </w:p>
        </w:tc>
        <w:tc>
          <w:tcPr>
            <w:tcW w:w="2088" w:type="dxa"/>
            <w:tcMar>
              <w:top w:w="50" w:type="dxa"/>
              <w:left w:w="70" w:type="dxa"/>
              <w:bottom w:w="50" w:type="dxa"/>
              <w:right w:w="70" w:type="dxa"/>
            </w:tcMar>
            <w:vAlign w:val="center"/>
          </w:tcPr>
          <w:p w14:paraId="29A73818" w14:textId="77777777" w:rsidR="00F57CE1" w:rsidRDefault="00F57CE1" w:rsidP="00573F18">
            <w:pPr>
              <w:spacing w:after="0" w:line="240" w:lineRule="auto"/>
              <w:rPr>
                <w:rFonts w:cs="Times New Roman"/>
              </w:rPr>
            </w:pPr>
            <w:r>
              <w:rPr>
                <w:rFonts w:cs="Times New Roman"/>
                <w:sz w:val="15"/>
              </w:rPr>
              <w:t>1.06</w:t>
            </w:r>
          </w:p>
        </w:tc>
        <w:tc>
          <w:tcPr>
            <w:tcW w:w="936" w:type="dxa"/>
            <w:tcMar>
              <w:top w:w="50" w:type="dxa"/>
              <w:left w:w="70" w:type="dxa"/>
              <w:bottom w:w="50" w:type="dxa"/>
              <w:right w:w="70" w:type="dxa"/>
            </w:tcMar>
            <w:vAlign w:val="center"/>
          </w:tcPr>
          <w:p w14:paraId="0F1FA88B" w14:textId="77777777" w:rsidR="00F57CE1" w:rsidRDefault="00F57CE1" w:rsidP="00573F18">
            <w:pPr>
              <w:spacing w:after="0" w:line="240" w:lineRule="auto"/>
              <w:jc w:val="right"/>
              <w:rPr>
                <w:rFonts w:cs="Times New Roman"/>
              </w:rPr>
            </w:pPr>
            <w:r>
              <w:rPr>
                <w:rFonts w:cs="Times New Roman"/>
                <w:sz w:val="15"/>
              </w:rPr>
              <w:t>-</w:t>
            </w:r>
          </w:p>
        </w:tc>
        <w:tc>
          <w:tcPr>
            <w:tcW w:w="3096" w:type="dxa"/>
            <w:tcMar>
              <w:top w:w="50" w:type="dxa"/>
              <w:left w:w="70" w:type="dxa"/>
              <w:bottom w:w="50" w:type="dxa"/>
              <w:right w:w="70" w:type="dxa"/>
            </w:tcMar>
            <w:vAlign w:val="center"/>
          </w:tcPr>
          <w:p w14:paraId="4C919C56" w14:textId="77777777" w:rsidR="00F57CE1" w:rsidRDefault="00F57CE1" w:rsidP="00573F18">
            <w:pPr>
              <w:spacing w:after="0" w:line="240" w:lineRule="auto"/>
              <w:rPr>
                <w:rFonts w:cs="Times New Roman"/>
              </w:rPr>
            </w:pPr>
            <w:r>
              <w:rPr>
                <w:rFonts w:cs="Times New Roman"/>
                <w:sz w:val="15"/>
              </w:rPr>
              <w:t>Little evidence of problematic multicollinearity</w:t>
            </w:r>
          </w:p>
        </w:tc>
      </w:tr>
      <w:tr w:rsidR="00F57CE1" w14:paraId="4BE94825" w14:textId="77777777" w:rsidTr="00573F18">
        <w:trPr>
          <w:jc w:val="center"/>
        </w:trPr>
        <w:tc>
          <w:tcPr>
            <w:tcW w:w="1944" w:type="dxa"/>
            <w:tcMar>
              <w:top w:w="50" w:type="dxa"/>
              <w:left w:w="70" w:type="dxa"/>
              <w:bottom w:w="50" w:type="dxa"/>
              <w:right w:w="70" w:type="dxa"/>
            </w:tcMar>
            <w:vAlign w:val="center"/>
          </w:tcPr>
          <w:p w14:paraId="4692AC56" w14:textId="77777777" w:rsidR="00F57CE1" w:rsidRDefault="00F57CE1" w:rsidP="00573F18">
            <w:pPr>
              <w:spacing w:after="0" w:line="240" w:lineRule="auto"/>
              <w:rPr>
                <w:rFonts w:cs="Times New Roman"/>
              </w:rPr>
            </w:pPr>
            <w:r>
              <w:rPr>
                <w:rFonts w:cs="Times New Roman"/>
                <w:sz w:val="15"/>
              </w:rPr>
              <w:t>FE group-effects F test</w:t>
            </w:r>
          </w:p>
        </w:tc>
        <w:tc>
          <w:tcPr>
            <w:tcW w:w="2376" w:type="dxa"/>
            <w:tcMar>
              <w:top w:w="50" w:type="dxa"/>
              <w:left w:w="70" w:type="dxa"/>
              <w:bottom w:w="50" w:type="dxa"/>
              <w:right w:w="70" w:type="dxa"/>
            </w:tcMar>
            <w:vAlign w:val="center"/>
          </w:tcPr>
          <w:p w14:paraId="03EA44ED" w14:textId="77777777" w:rsidR="00F57CE1" w:rsidRDefault="00F57CE1" w:rsidP="00573F18">
            <w:pPr>
              <w:spacing w:after="0" w:line="240" w:lineRule="auto"/>
              <w:rPr>
                <w:rFonts w:cs="Times New Roman"/>
              </w:rPr>
            </w:pPr>
            <w:r>
              <w:rPr>
                <w:rFonts w:cs="Times New Roman"/>
                <w:sz w:val="15"/>
              </w:rPr>
              <w:t>H0: all province effects = 0</w:t>
            </w:r>
          </w:p>
        </w:tc>
        <w:tc>
          <w:tcPr>
            <w:tcW w:w="2088" w:type="dxa"/>
            <w:tcMar>
              <w:top w:w="50" w:type="dxa"/>
              <w:left w:w="70" w:type="dxa"/>
              <w:bottom w:w="50" w:type="dxa"/>
              <w:right w:w="70" w:type="dxa"/>
            </w:tcMar>
            <w:vAlign w:val="center"/>
          </w:tcPr>
          <w:p w14:paraId="4D62D7DE" w14:textId="77777777" w:rsidR="00F57CE1" w:rsidRDefault="00F57CE1" w:rsidP="00573F18">
            <w:pPr>
              <w:spacing w:after="0" w:line="240" w:lineRule="auto"/>
              <w:rPr>
                <w:rFonts w:cs="Times New Roman"/>
              </w:rPr>
            </w:pPr>
            <w:r>
              <w:rPr>
                <w:rFonts w:cs="Times New Roman"/>
                <w:sz w:val="15"/>
              </w:rPr>
              <w:t>F(27,342) = 0.81</w:t>
            </w:r>
          </w:p>
        </w:tc>
        <w:tc>
          <w:tcPr>
            <w:tcW w:w="936" w:type="dxa"/>
            <w:tcMar>
              <w:top w:w="50" w:type="dxa"/>
              <w:left w:w="70" w:type="dxa"/>
              <w:bottom w:w="50" w:type="dxa"/>
              <w:right w:w="70" w:type="dxa"/>
            </w:tcMar>
            <w:vAlign w:val="center"/>
          </w:tcPr>
          <w:p w14:paraId="64003A16" w14:textId="77777777" w:rsidR="00F57CE1" w:rsidRDefault="00F57CE1" w:rsidP="00573F18">
            <w:pPr>
              <w:spacing w:after="0" w:line="240" w:lineRule="auto"/>
              <w:jc w:val="right"/>
              <w:rPr>
                <w:rFonts w:cs="Times New Roman"/>
              </w:rPr>
            </w:pPr>
            <w:r>
              <w:rPr>
                <w:rFonts w:cs="Times New Roman"/>
                <w:sz w:val="15"/>
              </w:rPr>
              <w:t>0.736</w:t>
            </w:r>
          </w:p>
        </w:tc>
        <w:tc>
          <w:tcPr>
            <w:tcW w:w="3096" w:type="dxa"/>
            <w:tcMar>
              <w:top w:w="50" w:type="dxa"/>
              <w:left w:w="70" w:type="dxa"/>
              <w:bottom w:w="50" w:type="dxa"/>
              <w:right w:w="70" w:type="dxa"/>
            </w:tcMar>
            <w:vAlign w:val="center"/>
          </w:tcPr>
          <w:p w14:paraId="77C1410B" w14:textId="77777777" w:rsidR="00F57CE1" w:rsidRDefault="00F57CE1" w:rsidP="00573F18">
            <w:pPr>
              <w:spacing w:after="0" w:line="240" w:lineRule="auto"/>
              <w:rPr>
                <w:rFonts w:cs="Times New Roman"/>
              </w:rPr>
            </w:pPr>
            <w:r>
              <w:rPr>
                <w:rFonts w:cs="Times New Roman"/>
                <w:sz w:val="15"/>
              </w:rPr>
              <w:t>Do not reject in the diagnostic equation</w:t>
            </w:r>
          </w:p>
        </w:tc>
      </w:tr>
      <w:tr w:rsidR="00F57CE1" w14:paraId="2D72D567" w14:textId="77777777" w:rsidTr="00573F18">
        <w:trPr>
          <w:jc w:val="center"/>
        </w:trPr>
        <w:tc>
          <w:tcPr>
            <w:tcW w:w="1944" w:type="dxa"/>
            <w:tcMar>
              <w:top w:w="50" w:type="dxa"/>
              <w:left w:w="70" w:type="dxa"/>
              <w:bottom w:w="50" w:type="dxa"/>
              <w:right w:w="70" w:type="dxa"/>
            </w:tcMar>
            <w:vAlign w:val="center"/>
          </w:tcPr>
          <w:p w14:paraId="4F8184BD" w14:textId="77777777" w:rsidR="00F57CE1" w:rsidRDefault="00F57CE1" w:rsidP="00573F18">
            <w:pPr>
              <w:spacing w:after="0" w:line="240" w:lineRule="auto"/>
              <w:rPr>
                <w:rFonts w:cs="Times New Roman"/>
              </w:rPr>
            </w:pPr>
            <w:r>
              <w:rPr>
                <w:rFonts w:cs="Times New Roman"/>
                <w:sz w:val="15"/>
              </w:rPr>
              <w:t>Modified Wald</w:t>
            </w:r>
          </w:p>
        </w:tc>
        <w:tc>
          <w:tcPr>
            <w:tcW w:w="2376" w:type="dxa"/>
            <w:tcMar>
              <w:top w:w="50" w:type="dxa"/>
              <w:left w:w="70" w:type="dxa"/>
              <w:bottom w:w="50" w:type="dxa"/>
              <w:right w:w="70" w:type="dxa"/>
            </w:tcMar>
            <w:vAlign w:val="center"/>
          </w:tcPr>
          <w:p w14:paraId="36CE2392" w14:textId="77777777" w:rsidR="00F57CE1" w:rsidRDefault="00F57CE1" w:rsidP="00573F18">
            <w:pPr>
              <w:spacing w:after="0" w:line="240" w:lineRule="auto"/>
              <w:rPr>
                <w:rFonts w:cs="Times New Roman"/>
              </w:rPr>
            </w:pPr>
            <w:r>
              <w:rPr>
                <w:rFonts w:cs="Times New Roman"/>
                <w:sz w:val="15"/>
              </w:rPr>
              <w:t>H0: homoskedasticity</w:t>
            </w:r>
          </w:p>
        </w:tc>
        <w:tc>
          <w:tcPr>
            <w:tcW w:w="2088" w:type="dxa"/>
            <w:tcMar>
              <w:top w:w="50" w:type="dxa"/>
              <w:left w:w="70" w:type="dxa"/>
              <w:bottom w:w="50" w:type="dxa"/>
              <w:right w:w="70" w:type="dxa"/>
            </w:tcMar>
            <w:vAlign w:val="center"/>
          </w:tcPr>
          <w:p w14:paraId="1D377ADF" w14:textId="77777777" w:rsidR="00F57CE1" w:rsidRDefault="00F57CE1" w:rsidP="00573F18">
            <w:pPr>
              <w:spacing w:after="0" w:line="240" w:lineRule="auto"/>
              <w:rPr>
                <w:rFonts w:cs="Times New Roman"/>
              </w:rPr>
            </w:pPr>
            <w:r>
              <w:rPr>
                <w:rFonts w:cs="Times New Roman"/>
                <w:sz w:val="15"/>
              </w:rPr>
              <w:t>chi-squared(28) = 7,524.96</w:t>
            </w:r>
          </w:p>
        </w:tc>
        <w:tc>
          <w:tcPr>
            <w:tcW w:w="936" w:type="dxa"/>
            <w:tcMar>
              <w:top w:w="50" w:type="dxa"/>
              <w:left w:w="70" w:type="dxa"/>
              <w:bottom w:w="50" w:type="dxa"/>
              <w:right w:w="70" w:type="dxa"/>
            </w:tcMar>
            <w:vAlign w:val="center"/>
          </w:tcPr>
          <w:p w14:paraId="747186E3" w14:textId="77777777" w:rsidR="00F57CE1" w:rsidRDefault="00F57CE1" w:rsidP="00573F18">
            <w:pPr>
              <w:spacing w:after="0" w:line="240" w:lineRule="auto"/>
              <w:jc w:val="right"/>
              <w:rPr>
                <w:rFonts w:cs="Times New Roman"/>
              </w:rPr>
            </w:pPr>
            <w:r>
              <w:rPr>
                <w:rFonts w:cs="Times New Roman"/>
                <w:sz w:val="15"/>
              </w:rPr>
              <w:t>&lt;0.001</w:t>
            </w:r>
          </w:p>
        </w:tc>
        <w:tc>
          <w:tcPr>
            <w:tcW w:w="3096" w:type="dxa"/>
            <w:tcMar>
              <w:top w:w="50" w:type="dxa"/>
              <w:left w:w="70" w:type="dxa"/>
              <w:bottom w:w="50" w:type="dxa"/>
              <w:right w:w="70" w:type="dxa"/>
            </w:tcMar>
            <w:vAlign w:val="center"/>
          </w:tcPr>
          <w:p w14:paraId="4250B66A" w14:textId="77777777" w:rsidR="00F57CE1" w:rsidRDefault="00F57CE1" w:rsidP="00573F18">
            <w:pPr>
              <w:spacing w:after="0" w:line="240" w:lineRule="auto"/>
              <w:rPr>
                <w:rFonts w:cs="Times New Roman"/>
              </w:rPr>
            </w:pPr>
            <w:r>
              <w:rPr>
                <w:rFonts w:cs="Times New Roman"/>
                <w:sz w:val="15"/>
              </w:rPr>
              <w:t>Reject; motivates robust inference</w:t>
            </w:r>
          </w:p>
        </w:tc>
      </w:tr>
      <w:tr w:rsidR="00F57CE1" w14:paraId="0E5620BF" w14:textId="77777777" w:rsidTr="00573F18">
        <w:trPr>
          <w:jc w:val="center"/>
        </w:trPr>
        <w:tc>
          <w:tcPr>
            <w:tcW w:w="1944" w:type="dxa"/>
            <w:tcMar>
              <w:top w:w="50" w:type="dxa"/>
              <w:left w:w="70" w:type="dxa"/>
              <w:bottom w:w="50" w:type="dxa"/>
              <w:right w:w="70" w:type="dxa"/>
            </w:tcMar>
            <w:vAlign w:val="center"/>
          </w:tcPr>
          <w:p w14:paraId="2971A28B" w14:textId="77777777" w:rsidR="00F57CE1" w:rsidRDefault="00F57CE1" w:rsidP="00573F18">
            <w:pPr>
              <w:spacing w:after="0" w:line="240" w:lineRule="auto"/>
              <w:rPr>
                <w:rFonts w:cs="Times New Roman"/>
              </w:rPr>
            </w:pPr>
            <w:r>
              <w:rPr>
                <w:rFonts w:cs="Times New Roman"/>
                <w:sz w:val="15"/>
              </w:rPr>
              <w:t>Pesaran CD</w:t>
            </w:r>
          </w:p>
        </w:tc>
        <w:tc>
          <w:tcPr>
            <w:tcW w:w="2376" w:type="dxa"/>
            <w:tcMar>
              <w:top w:w="50" w:type="dxa"/>
              <w:left w:w="70" w:type="dxa"/>
              <w:bottom w:w="50" w:type="dxa"/>
              <w:right w:w="70" w:type="dxa"/>
            </w:tcMar>
            <w:vAlign w:val="center"/>
          </w:tcPr>
          <w:p w14:paraId="077564F9" w14:textId="77777777" w:rsidR="00F57CE1" w:rsidRDefault="00F57CE1" w:rsidP="00573F18">
            <w:pPr>
              <w:spacing w:after="0" w:line="240" w:lineRule="auto"/>
              <w:rPr>
                <w:rFonts w:cs="Times New Roman"/>
              </w:rPr>
            </w:pPr>
            <w:r>
              <w:rPr>
                <w:rFonts w:cs="Times New Roman"/>
                <w:sz w:val="15"/>
              </w:rPr>
              <w:t>H0: cross-sectional independence</w:t>
            </w:r>
          </w:p>
        </w:tc>
        <w:tc>
          <w:tcPr>
            <w:tcW w:w="2088" w:type="dxa"/>
            <w:tcMar>
              <w:top w:w="50" w:type="dxa"/>
              <w:left w:w="70" w:type="dxa"/>
              <w:bottom w:w="50" w:type="dxa"/>
              <w:right w:w="70" w:type="dxa"/>
            </w:tcMar>
            <w:vAlign w:val="center"/>
          </w:tcPr>
          <w:p w14:paraId="3DAF59F5" w14:textId="77777777" w:rsidR="00F57CE1" w:rsidRDefault="00F57CE1" w:rsidP="00573F18">
            <w:pPr>
              <w:spacing w:after="0" w:line="240" w:lineRule="auto"/>
              <w:rPr>
                <w:rFonts w:cs="Times New Roman"/>
              </w:rPr>
            </w:pPr>
            <w:r>
              <w:rPr>
                <w:rFonts w:cs="Times New Roman"/>
                <w:sz w:val="15"/>
              </w:rPr>
              <w:t>CD = 1.845</w:t>
            </w:r>
          </w:p>
        </w:tc>
        <w:tc>
          <w:tcPr>
            <w:tcW w:w="936" w:type="dxa"/>
            <w:tcMar>
              <w:top w:w="50" w:type="dxa"/>
              <w:left w:w="70" w:type="dxa"/>
              <w:bottom w:w="50" w:type="dxa"/>
              <w:right w:w="70" w:type="dxa"/>
            </w:tcMar>
            <w:vAlign w:val="center"/>
          </w:tcPr>
          <w:p w14:paraId="0B1ADA02" w14:textId="77777777" w:rsidR="00F57CE1" w:rsidRDefault="00F57CE1" w:rsidP="00573F18">
            <w:pPr>
              <w:spacing w:after="0" w:line="240" w:lineRule="auto"/>
              <w:jc w:val="right"/>
              <w:rPr>
                <w:rFonts w:cs="Times New Roman"/>
              </w:rPr>
            </w:pPr>
            <w:r>
              <w:rPr>
                <w:rFonts w:cs="Times New Roman"/>
                <w:sz w:val="15"/>
              </w:rPr>
              <w:t>0.065</w:t>
            </w:r>
          </w:p>
        </w:tc>
        <w:tc>
          <w:tcPr>
            <w:tcW w:w="3096" w:type="dxa"/>
            <w:tcMar>
              <w:top w:w="50" w:type="dxa"/>
              <w:left w:w="70" w:type="dxa"/>
              <w:bottom w:w="50" w:type="dxa"/>
              <w:right w:w="70" w:type="dxa"/>
            </w:tcMar>
            <w:vAlign w:val="center"/>
          </w:tcPr>
          <w:p w14:paraId="202A3594" w14:textId="77777777" w:rsidR="00F57CE1" w:rsidRDefault="00F57CE1" w:rsidP="00573F18">
            <w:pPr>
              <w:spacing w:after="0" w:line="240" w:lineRule="auto"/>
              <w:rPr>
                <w:rFonts w:cs="Times New Roman"/>
              </w:rPr>
            </w:pPr>
            <w:r>
              <w:rPr>
                <w:rFonts w:cs="Times New Roman"/>
                <w:sz w:val="15"/>
              </w:rPr>
              <w:t>Marginal evidence of dependence</w:t>
            </w:r>
          </w:p>
        </w:tc>
      </w:tr>
      <w:tr w:rsidR="00F57CE1" w14:paraId="22A5BD37" w14:textId="77777777" w:rsidTr="00573F18">
        <w:trPr>
          <w:jc w:val="center"/>
        </w:trPr>
        <w:tc>
          <w:tcPr>
            <w:tcW w:w="1944" w:type="dxa"/>
            <w:tcMar>
              <w:top w:w="50" w:type="dxa"/>
              <w:left w:w="70" w:type="dxa"/>
              <w:bottom w:w="50" w:type="dxa"/>
              <w:right w:w="70" w:type="dxa"/>
            </w:tcMar>
            <w:vAlign w:val="center"/>
          </w:tcPr>
          <w:p w14:paraId="1932F8C9" w14:textId="77777777" w:rsidR="00F57CE1" w:rsidRDefault="00F57CE1" w:rsidP="00573F18">
            <w:pPr>
              <w:spacing w:after="0" w:line="240" w:lineRule="auto"/>
              <w:rPr>
                <w:rFonts w:cs="Times New Roman"/>
              </w:rPr>
            </w:pPr>
            <w:r>
              <w:rPr>
                <w:rFonts w:cs="Times New Roman"/>
                <w:sz w:val="15"/>
              </w:rPr>
              <w:t>Breusch-Pagan LM</w:t>
            </w:r>
          </w:p>
        </w:tc>
        <w:tc>
          <w:tcPr>
            <w:tcW w:w="2376" w:type="dxa"/>
            <w:tcMar>
              <w:top w:w="50" w:type="dxa"/>
              <w:left w:w="70" w:type="dxa"/>
              <w:bottom w:w="50" w:type="dxa"/>
              <w:right w:w="70" w:type="dxa"/>
            </w:tcMar>
            <w:vAlign w:val="center"/>
          </w:tcPr>
          <w:p w14:paraId="537EEFBD" w14:textId="77777777" w:rsidR="00F57CE1" w:rsidRDefault="00F57CE1" w:rsidP="00573F18">
            <w:pPr>
              <w:spacing w:after="0" w:line="240" w:lineRule="auto"/>
              <w:rPr>
                <w:rFonts w:cs="Times New Roman"/>
              </w:rPr>
            </w:pPr>
            <w:r>
              <w:rPr>
                <w:rFonts w:cs="Times New Roman"/>
                <w:sz w:val="15"/>
              </w:rPr>
              <w:t>H0: Var(u_i) = 0</w:t>
            </w:r>
          </w:p>
        </w:tc>
        <w:tc>
          <w:tcPr>
            <w:tcW w:w="2088" w:type="dxa"/>
            <w:tcMar>
              <w:top w:w="50" w:type="dxa"/>
              <w:left w:w="70" w:type="dxa"/>
              <w:bottom w:w="50" w:type="dxa"/>
              <w:right w:w="70" w:type="dxa"/>
            </w:tcMar>
            <w:vAlign w:val="center"/>
          </w:tcPr>
          <w:p w14:paraId="47C012C1" w14:textId="77777777" w:rsidR="00F57CE1" w:rsidRDefault="00F57CE1" w:rsidP="00573F18">
            <w:pPr>
              <w:spacing w:after="0" w:line="240" w:lineRule="auto"/>
              <w:rPr>
                <w:rFonts w:cs="Times New Roman"/>
              </w:rPr>
            </w:pPr>
            <w:r>
              <w:rPr>
                <w:rFonts w:cs="Times New Roman"/>
                <w:sz w:val="15"/>
              </w:rPr>
              <w:t>chibar2 = 0.00</w:t>
            </w:r>
          </w:p>
        </w:tc>
        <w:tc>
          <w:tcPr>
            <w:tcW w:w="936" w:type="dxa"/>
            <w:tcMar>
              <w:top w:w="50" w:type="dxa"/>
              <w:left w:w="70" w:type="dxa"/>
              <w:bottom w:w="50" w:type="dxa"/>
              <w:right w:w="70" w:type="dxa"/>
            </w:tcMar>
            <w:vAlign w:val="center"/>
          </w:tcPr>
          <w:p w14:paraId="2E9C61F0" w14:textId="77777777" w:rsidR="00F57CE1" w:rsidRDefault="00F57CE1" w:rsidP="00573F18">
            <w:pPr>
              <w:spacing w:after="0" w:line="240" w:lineRule="auto"/>
              <w:jc w:val="right"/>
              <w:rPr>
                <w:rFonts w:cs="Times New Roman"/>
              </w:rPr>
            </w:pPr>
            <w:r>
              <w:rPr>
                <w:rFonts w:cs="Times New Roman"/>
                <w:sz w:val="15"/>
              </w:rPr>
              <w:t>1.000</w:t>
            </w:r>
          </w:p>
        </w:tc>
        <w:tc>
          <w:tcPr>
            <w:tcW w:w="3096" w:type="dxa"/>
            <w:tcMar>
              <w:top w:w="50" w:type="dxa"/>
              <w:left w:w="70" w:type="dxa"/>
              <w:bottom w:w="50" w:type="dxa"/>
              <w:right w:w="70" w:type="dxa"/>
            </w:tcMar>
            <w:vAlign w:val="center"/>
          </w:tcPr>
          <w:p w14:paraId="4065F646" w14:textId="77777777" w:rsidR="00F57CE1" w:rsidRDefault="00F57CE1" w:rsidP="00573F18">
            <w:pPr>
              <w:spacing w:after="0" w:line="240" w:lineRule="auto"/>
              <w:rPr>
                <w:rFonts w:cs="Times New Roman"/>
              </w:rPr>
            </w:pPr>
            <w:r>
              <w:rPr>
                <w:rFonts w:cs="Times New Roman"/>
                <w:sz w:val="15"/>
              </w:rPr>
              <w:t>Do not reject in RE diagnostic</w:t>
            </w:r>
          </w:p>
        </w:tc>
      </w:tr>
      <w:tr w:rsidR="00F57CE1" w14:paraId="50BD3C3A" w14:textId="77777777" w:rsidTr="00573F18">
        <w:trPr>
          <w:jc w:val="center"/>
        </w:trPr>
        <w:tc>
          <w:tcPr>
            <w:tcW w:w="1944" w:type="dxa"/>
            <w:tcMar>
              <w:top w:w="50" w:type="dxa"/>
              <w:left w:w="70" w:type="dxa"/>
              <w:bottom w:w="50" w:type="dxa"/>
              <w:right w:w="70" w:type="dxa"/>
            </w:tcMar>
            <w:vAlign w:val="center"/>
          </w:tcPr>
          <w:p w14:paraId="4B589C08" w14:textId="77777777" w:rsidR="00F57CE1" w:rsidRDefault="00F57CE1" w:rsidP="00573F18">
            <w:pPr>
              <w:spacing w:after="0" w:line="240" w:lineRule="auto"/>
              <w:rPr>
                <w:rFonts w:cs="Times New Roman"/>
              </w:rPr>
            </w:pPr>
            <w:r>
              <w:rPr>
                <w:rFonts w:cs="Times New Roman"/>
                <w:sz w:val="15"/>
              </w:rPr>
              <w:t>Hausman</w:t>
            </w:r>
          </w:p>
        </w:tc>
        <w:tc>
          <w:tcPr>
            <w:tcW w:w="2376" w:type="dxa"/>
            <w:tcMar>
              <w:top w:w="50" w:type="dxa"/>
              <w:left w:w="70" w:type="dxa"/>
              <w:bottom w:w="50" w:type="dxa"/>
              <w:right w:w="70" w:type="dxa"/>
            </w:tcMar>
            <w:vAlign w:val="center"/>
          </w:tcPr>
          <w:p w14:paraId="2166A976" w14:textId="77777777" w:rsidR="00F57CE1" w:rsidRDefault="00F57CE1" w:rsidP="00573F18">
            <w:pPr>
              <w:spacing w:after="0" w:line="240" w:lineRule="auto"/>
              <w:rPr>
                <w:rFonts w:cs="Times New Roman"/>
              </w:rPr>
            </w:pPr>
            <w:r>
              <w:rPr>
                <w:rFonts w:cs="Times New Roman"/>
                <w:sz w:val="15"/>
              </w:rPr>
              <w:t>H0: RE consistent</w:t>
            </w:r>
          </w:p>
        </w:tc>
        <w:tc>
          <w:tcPr>
            <w:tcW w:w="2088" w:type="dxa"/>
            <w:tcMar>
              <w:top w:w="50" w:type="dxa"/>
              <w:left w:w="70" w:type="dxa"/>
              <w:bottom w:w="50" w:type="dxa"/>
              <w:right w:w="70" w:type="dxa"/>
            </w:tcMar>
            <w:vAlign w:val="center"/>
          </w:tcPr>
          <w:p w14:paraId="7A7FE370" w14:textId="77777777" w:rsidR="00F57CE1" w:rsidRDefault="00F57CE1" w:rsidP="00573F18">
            <w:pPr>
              <w:spacing w:after="0" w:line="240" w:lineRule="auto"/>
              <w:rPr>
                <w:rFonts w:cs="Times New Roman"/>
              </w:rPr>
            </w:pPr>
            <w:r>
              <w:rPr>
                <w:rFonts w:cs="Times New Roman"/>
                <w:sz w:val="15"/>
              </w:rPr>
              <w:t>chi-squared(9) = 21.31</w:t>
            </w:r>
          </w:p>
        </w:tc>
        <w:tc>
          <w:tcPr>
            <w:tcW w:w="936" w:type="dxa"/>
            <w:tcMar>
              <w:top w:w="50" w:type="dxa"/>
              <w:left w:w="70" w:type="dxa"/>
              <w:bottom w:w="50" w:type="dxa"/>
              <w:right w:w="70" w:type="dxa"/>
            </w:tcMar>
            <w:vAlign w:val="center"/>
          </w:tcPr>
          <w:p w14:paraId="17453C25" w14:textId="77777777" w:rsidR="00F57CE1" w:rsidRDefault="00F57CE1" w:rsidP="00573F18">
            <w:pPr>
              <w:spacing w:after="0" w:line="240" w:lineRule="auto"/>
              <w:jc w:val="right"/>
              <w:rPr>
                <w:rFonts w:cs="Times New Roman"/>
              </w:rPr>
            </w:pPr>
            <w:r>
              <w:rPr>
                <w:rFonts w:cs="Times New Roman"/>
                <w:sz w:val="15"/>
              </w:rPr>
              <w:t>0.011</w:t>
            </w:r>
          </w:p>
        </w:tc>
        <w:tc>
          <w:tcPr>
            <w:tcW w:w="3096" w:type="dxa"/>
            <w:tcMar>
              <w:top w:w="50" w:type="dxa"/>
              <w:left w:w="70" w:type="dxa"/>
              <w:bottom w:w="50" w:type="dxa"/>
              <w:right w:w="70" w:type="dxa"/>
            </w:tcMar>
            <w:vAlign w:val="center"/>
          </w:tcPr>
          <w:p w14:paraId="5621260A" w14:textId="77777777" w:rsidR="00F57CE1" w:rsidRDefault="00F57CE1" w:rsidP="00573F18">
            <w:pPr>
              <w:spacing w:after="0" w:line="240" w:lineRule="auto"/>
              <w:rPr>
                <w:rFonts w:cs="Times New Roman"/>
              </w:rPr>
            </w:pPr>
            <w:r>
              <w:rPr>
                <w:rFonts w:cs="Times New Roman"/>
                <w:sz w:val="15"/>
              </w:rPr>
              <w:t>Reject, but variance matrix warning applies</w:t>
            </w:r>
          </w:p>
        </w:tc>
      </w:tr>
      <w:tr w:rsidR="00F57CE1" w14:paraId="5D247603" w14:textId="77777777" w:rsidTr="00573F18">
        <w:trPr>
          <w:jc w:val="center"/>
        </w:trPr>
        <w:tc>
          <w:tcPr>
            <w:tcW w:w="1944" w:type="dxa"/>
            <w:tcMar>
              <w:top w:w="50" w:type="dxa"/>
              <w:left w:w="70" w:type="dxa"/>
              <w:bottom w:w="50" w:type="dxa"/>
              <w:right w:w="70" w:type="dxa"/>
            </w:tcMar>
            <w:vAlign w:val="center"/>
          </w:tcPr>
          <w:p w14:paraId="06BC5ACF" w14:textId="77777777" w:rsidR="00F57CE1" w:rsidRDefault="00F57CE1" w:rsidP="00573F18">
            <w:pPr>
              <w:spacing w:after="0" w:line="240" w:lineRule="auto"/>
              <w:rPr>
                <w:rFonts w:cs="Times New Roman"/>
              </w:rPr>
            </w:pPr>
            <w:r>
              <w:rPr>
                <w:rFonts w:cs="Times New Roman"/>
                <w:sz w:val="15"/>
              </w:rPr>
              <w:t>Wooldridge serial correlation</w:t>
            </w:r>
          </w:p>
        </w:tc>
        <w:tc>
          <w:tcPr>
            <w:tcW w:w="2376" w:type="dxa"/>
            <w:tcMar>
              <w:top w:w="50" w:type="dxa"/>
              <w:left w:w="70" w:type="dxa"/>
              <w:bottom w:w="50" w:type="dxa"/>
              <w:right w:w="70" w:type="dxa"/>
            </w:tcMar>
            <w:vAlign w:val="center"/>
          </w:tcPr>
          <w:p w14:paraId="02F47398" w14:textId="77777777" w:rsidR="00F57CE1" w:rsidRDefault="00F57CE1" w:rsidP="00573F18">
            <w:pPr>
              <w:spacing w:after="0" w:line="240" w:lineRule="auto"/>
              <w:rPr>
                <w:rFonts w:cs="Times New Roman"/>
              </w:rPr>
            </w:pPr>
            <w:r>
              <w:rPr>
                <w:rFonts w:cs="Times New Roman"/>
                <w:sz w:val="15"/>
              </w:rPr>
              <w:t>H0: no AR(1)</w:t>
            </w:r>
          </w:p>
        </w:tc>
        <w:tc>
          <w:tcPr>
            <w:tcW w:w="2088" w:type="dxa"/>
            <w:tcMar>
              <w:top w:w="50" w:type="dxa"/>
              <w:left w:w="70" w:type="dxa"/>
              <w:bottom w:w="50" w:type="dxa"/>
              <w:right w:w="70" w:type="dxa"/>
            </w:tcMar>
            <w:vAlign w:val="center"/>
          </w:tcPr>
          <w:p w14:paraId="77035120" w14:textId="77777777" w:rsidR="00F57CE1" w:rsidRDefault="00F57CE1" w:rsidP="00573F18">
            <w:pPr>
              <w:spacing w:after="0" w:line="240" w:lineRule="auto"/>
              <w:rPr>
                <w:rFonts w:cs="Times New Roman"/>
              </w:rPr>
            </w:pPr>
            <w:r>
              <w:rPr>
                <w:rFonts w:cs="Times New Roman"/>
                <w:sz w:val="15"/>
              </w:rPr>
              <w:t>F(1,27) = 0.060</w:t>
            </w:r>
          </w:p>
        </w:tc>
        <w:tc>
          <w:tcPr>
            <w:tcW w:w="936" w:type="dxa"/>
            <w:tcMar>
              <w:top w:w="50" w:type="dxa"/>
              <w:left w:w="70" w:type="dxa"/>
              <w:bottom w:w="50" w:type="dxa"/>
              <w:right w:w="70" w:type="dxa"/>
            </w:tcMar>
            <w:vAlign w:val="center"/>
          </w:tcPr>
          <w:p w14:paraId="554C40B2" w14:textId="77777777" w:rsidR="00F57CE1" w:rsidRDefault="00F57CE1" w:rsidP="00573F18">
            <w:pPr>
              <w:spacing w:after="0" w:line="240" w:lineRule="auto"/>
              <w:jc w:val="right"/>
              <w:rPr>
                <w:rFonts w:cs="Times New Roman"/>
              </w:rPr>
            </w:pPr>
            <w:r>
              <w:rPr>
                <w:rFonts w:cs="Times New Roman"/>
                <w:sz w:val="15"/>
              </w:rPr>
              <w:t>0.809</w:t>
            </w:r>
          </w:p>
        </w:tc>
        <w:tc>
          <w:tcPr>
            <w:tcW w:w="3096" w:type="dxa"/>
            <w:tcMar>
              <w:top w:w="50" w:type="dxa"/>
              <w:left w:w="70" w:type="dxa"/>
              <w:bottom w:w="50" w:type="dxa"/>
              <w:right w:w="70" w:type="dxa"/>
            </w:tcMar>
            <w:vAlign w:val="center"/>
          </w:tcPr>
          <w:p w14:paraId="695AD82F" w14:textId="77777777" w:rsidR="00F57CE1" w:rsidRDefault="00F57CE1" w:rsidP="00573F18">
            <w:pPr>
              <w:spacing w:after="0" w:line="240" w:lineRule="auto"/>
              <w:rPr>
                <w:rFonts w:cs="Times New Roman"/>
              </w:rPr>
            </w:pPr>
            <w:r>
              <w:rPr>
                <w:rFonts w:cs="Times New Roman"/>
                <w:sz w:val="15"/>
              </w:rPr>
              <w:t>Do not reject</w:t>
            </w:r>
          </w:p>
        </w:tc>
      </w:tr>
    </w:tbl>
    <w:p w14:paraId="5AD0435B"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The Hausman test output reports that the differenced variance matrix is not positive definite; it is therefore treated as diagnostic rather than decisive. Province and year fixed effects are retained by design in the LP specifications.</w:t>
      </w:r>
    </w:p>
    <w:p w14:paraId="02B4D3FA" w14:textId="77777777" w:rsidR="00F57CE1" w:rsidRDefault="00F57CE1" w:rsidP="00F57CE1">
      <w:pPr>
        <w:rPr>
          <w:rFonts w:cs="Times New Roman"/>
        </w:rPr>
        <w:sectPr w:rsidR="00F57CE1" w:rsidSect="00F57CE1">
          <w:footerReference w:type="default" r:id="rId5"/>
          <w:pgSz w:w="12240" w:h="15840"/>
          <w:pgMar w:top="1152" w:right="1224" w:bottom="1152" w:left="1224" w:header="720" w:footer="720" w:gutter="0"/>
          <w:cols w:space="720"/>
          <w:docGrid w:linePitch="360"/>
        </w:sectPr>
      </w:pPr>
    </w:p>
    <w:p w14:paraId="6E34D018" w14:textId="77777777" w:rsidR="00F57CE1" w:rsidRDefault="00F57CE1" w:rsidP="00F57CE1">
      <w:pPr>
        <w:pStyle w:val="Heading2"/>
        <w:rPr>
          <w:rFonts w:ascii="Times New Roman" w:hAnsi="Times New Roman" w:cs="Times New Roman"/>
        </w:rPr>
      </w:pPr>
      <w:r>
        <w:rPr>
          <w:rFonts w:ascii="Times New Roman" w:hAnsi="Times New Roman" w:cs="Times New Roman"/>
        </w:rPr>
        <w:lastRenderedPageBreak/>
        <w:t>Table OA.4. Panel unit-root tests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800"/>
        <w:gridCol w:w="1440"/>
        <w:gridCol w:w="936"/>
        <w:gridCol w:w="1728"/>
        <w:gridCol w:w="1008"/>
        <w:gridCol w:w="1152"/>
        <w:gridCol w:w="1296"/>
      </w:tblGrid>
      <w:tr w:rsidR="00F57CE1" w14:paraId="1CD59B03" w14:textId="77777777" w:rsidTr="00573F18">
        <w:trPr>
          <w:tblHeader/>
          <w:jc w:val="center"/>
        </w:trPr>
        <w:tc>
          <w:tcPr>
            <w:tcW w:w="1800" w:type="dxa"/>
            <w:shd w:val="clear" w:color="auto" w:fill="E7E6E6"/>
            <w:tcMar>
              <w:top w:w="50" w:type="dxa"/>
              <w:left w:w="70" w:type="dxa"/>
              <w:bottom w:w="50" w:type="dxa"/>
              <w:right w:w="70" w:type="dxa"/>
            </w:tcMar>
            <w:vAlign w:val="center"/>
          </w:tcPr>
          <w:p w14:paraId="7B202459" w14:textId="77777777" w:rsidR="00F57CE1" w:rsidRDefault="00F57CE1" w:rsidP="00573F18">
            <w:pPr>
              <w:spacing w:after="0" w:line="240" w:lineRule="auto"/>
              <w:jc w:val="center"/>
              <w:rPr>
                <w:rFonts w:cs="Times New Roman"/>
              </w:rPr>
            </w:pPr>
            <w:r>
              <w:rPr>
                <w:rFonts w:cs="Times New Roman"/>
                <w:b/>
                <w:sz w:val="16"/>
              </w:rPr>
              <w:t>Variable</w:t>
            </w:r>
          </w:p>
        </w:tc>
        <w:tc>
          <w:tcPr>
            <w:tcW w:w="1440" w:type="dxa"/>
            <w:shd w:val="clear" w:color="auto" w:fill="E7E6E6"/>
            <w:tcMar>
              <w:top w:w="50" w:type="dxa"/>
              <w:left w:w="70" w:type="dxa"/>
              <w:bottom w:w="50" w:type="dxa"/>
              <w:right w:w="70" w:type="dxa"/>
            </w:tcMar>
            <w:vAlign w:val="center"/>
          </w:tcPr>
          <w:p w14:paraId="1B1F7660" w14:textId="77777777" w:rsidR="00F57CE1" w:rsidRDefault="00F57CE1" w:rsidP="00573F18">
            <w:pPr>
              <w:spacing w:after="0" w:line="240" w:lineRule="auto"/>
              <w:jc w:val="center"/>
              <w:rPr>
                <w:rFonts w:cs="Times New Roman"/>
              </w:rPr>
            </w:pPr>
            <w:r>
              <w:rPr>
                <w:rFonts w:cs="Times New Roman"/>
                <w:b/>
                <w:sz w:val="16"/>
              </w:rPr>
              <w:t>IPS W-t-bar</w:t>
            </w:r>
          </w:p>
        </w:tc>
        <w:tc>
          <w:tcPr>
            <w:tcW w:w="936" w:type="dxa"/>
            <w:shd w:val="clear" w:color="auto" w:fill="E7E6E6"/>
            <w:tcMar>
              <w:top w:w="50" w:type="dxa"/>
              <w:left w:w="70" w:type="dxa"/>
              <w:bottom w:w="50" w:type="dxa"/>
              <w:right w:w="70" w:type="dxa"/>
            </w:tcMar>
            <w:vAlign w:val="center"/>
          </w:tcPr>
          <w:p w14:paraId="210D0716" w14:textId="77777777" w:rsidR="00F57CE1" w:rsidRDefault="00F57CE1" w:rsidP="00573F18">
            <w:pPr>
              <w:spacing w:after="0" w:line="240" w:lineRule="auto"/>
              <w:jc w:val="center"/>
              <w:rPr>
                <w:rFonts w:cs="Times New Roman"/>
              </w:rPr>
            </w:pPr>
            <w:r>
              <w:rPr>
                <w:rFonts w:cs="Times New Roman"/>
                <w:b/>
                <w:sz w:val="16"/>
              </w:rPr>
              <w:t>IPS p</w:t>
            </w:r>
          </w:p>
        </w:tc>
        <w:tc>
          <w:tcPr>
            <w:tcW w:w="1728" w:type="dxa"/>
            <w:shd w:val="clear" w:color="auto" w:fill="E7E6E6"/>
            <w:tcMar>
              <w:top w:w="50" w:type="dxa"/>
              <w:left w:w="70" w:type="dxa"/>
              <w:bottom w:w="50" w:type="dxa"/>
              <w:right w:w="70" w:type="dxa"/>
            </w:tcMar>
            <w:vAlign w:val="center"/>
          </w:tcPr>
          <w:p w14:paraId="0BD5920A" w14:textId="77777777" w:rsidR="00F57CE1" w:rsidRDefault="00F57CE1" w:rsidP="00573F18">
            <w:pPr>
              <w:spacing w:after="0" w:line="240" w:lineRule="auto"/>
              <w:jc w:val="center"/>
              <w:rPr>
                <w:rFonts w:cs="Times New Roman"/>
              </w:rPr>
            </w:pPr>
            <w:r>
              <w:rPr>
                <w:rFonts w:cs="Times New Roman"/>
                <w:b/>
                <w:sz w:val="16"/>
              </w:rPr>
              <w:t>IPS trend W-t-bar</w:t>
            </w:r>
          </w:p>
        </w:tc>
        <w:tc>
          <w:tcPr>
            <w:tcW w:w="1008" w:type="dxa"/>
            <w:shd w:val="clear" w:color="auto" w:fill="E7E6E6"/>
            <w:tcMar>
              <w:top w:w="50" w:type="dxa"/>
              <w:left w:w="70" w:type="dxa"/>
              <w:bottom w:w="50" w:type="dxa"/>
              <w:right w:w="70" w:type="dxa"/>
            </w:tcMar>
            <w:vAlign w:val="center"/>
          </w:tcPr>
          <w:p w14:paraId="1B504235" w14:textId="77777777" w:rsidR="00F57CE1" w:rsidRDefault="00F57CE1" w:rsidP="00573F18">
            <w:pPr>
              <w:spacing w:after="0" w:line="240" w:lineRule="auto"/>
              <w:jc w:val="center"/>
              <w:rPr>
                <w:rFonts w:cs="Times New Roman"/>
              </w:rPr>
            </w:pPr>
            <w:r>
              <w:rPr>
                <w:rFonts w:cs="Times New Roman"/>
                <w:b/>
                <w:sz w:val="16"/>
              </w:rPr>
              <w:t>IPS trend p</w:t>
            </w:r>
          </w:p>
        </w:tc>
        <w:tc>
          <w:tcPr>
            <w:tcW w:w="1152" w:type="dxa"/>
            <w:shd w:val="clear" w:color="auto" w:fill="E7E6E6"/>
            <w:tcMar>
              <w:top w:w="50" w:type="dxa"/>
              <w:left w:w="70" w:type="dxa"/>
              <w:bottom w:w="50" w:type="dxa"/>
              <w:right w:w="70" w:type="dxa"/>
            </w:tcMar>
            <w:vAlign w:val="center"/>
          </w:tcPr>
          <w:p w14:paraId="7108A40C" w14:textId="77777777" w:rsidR="00F57CE1" w:rsidRDefault="00F57CE1" w:rsidP="00573F18">
            <w:pPr>
              <w:spacing w:after="0" w:line="240" w:lineRule="auto"/>
              <w:jc w:val="center"/>
              <w:rPr>
                <w:rFonts w:cs="Times New Roman"/>
              </w:rPr>
            </w:pPr>
            <w:r>
              <w:rPr>
                <w:rFonts w:cs="Times New Roman"/>
                <w:b/>
                <w:sz w:val="16"/>
              </w:rPr>
              <w:t>CIPS</w:t>
            </w:r>
          </w:p>
        </w:tc>
        <w:tc>
          <w:tcPr>
            <w:tcW w:w="1296" w:type="dxa"/>
            <w:shd w:val="clear" w:color="auto" w:fill="E7E6E6"/>
            <w:tcMar>
              <w:top w:w="50" w:type="dxa"/>
              <w:left w:w="70" w:type="dxa"/>
              <w:bottom w:w="50" w:type="dxa"/>
              <w:right w:w="70" w:type="dxa"/>
            </w:tcMar>
            <w:vAlign w:val="center"/>
          </w:tcPr>
          <w:p w14:paraId="738A546C" w14:textId="77777777" w:rsidR="00F57CE1" w:rsidRDefault="00F57CE1" w:rsidP="00573F18">
            <w:pPr>
              <w:spacing w:after="0" w:line="240" w:lineRule="auto"/>
              <w:jc w:val="center"/>
              <w:rPr>
                <w:rFonts w:cs="Times New Roman"/>
              </w:rPr>
            </w:pPr>
            <w:r>
              <w:rPr>
                <w:rFonts w:cs="Times New Roman"/>
                <w:b/>
                <w:sz w:val="16"/>
              </w:rPr>
              <w:t>CIPS trend</w:t>
            </w:r>
          </w:p>
        </w:tc>
      </w:tr>
      <w:tr w:rsidR="00F57CE1" w14:paraId="168A28B2" w14:textId="77777777" w:rsidTr="00573F18">
        <w:trPr>
          <w:jc w:val="center"/>
        </w:trPr>
        <w:tc>
          <w:tcPr>
            <w:tcW w:w="1800" w:type="dxa"/>
            <w:tcMar>
              <w:top w:w="50" w:type="dxa"/>
              <w:left w:w="70" w:type="dxa"/>
              <w:bottom w:w="50" w:type="dxa"/>
              <w:right w:w="70" w:type="dxa"/>
            </w:tcMar>
            <w:vAlign w:val="center"/>
          </w:tcPr>
          <w:p w14:paraId="49A88B98" w14:textId="77777777" w:rsidR="00F57CE1" w:rsidRDefault="00F57CE1" w:rsidP="00573F18">
            <w:pPr>
              <w:spacing w:after="0" w:line="240" w:lineRule="auto"/>
              <w:rPr>
                <w:rFonts w:cs="Times New Roman"/>
              </w:rPr>
            </w:pPr>
            <w:r>
              <w:rPr>
                <w:rFonts w:cs="Times New Roman"/>
                <w:sz w:val="16"/>
              </w:rPr>
              <w:t>lnLP</w:t>
            </w:r>
          </w:p>
        </w:tc>
        <w:tc>
          <w:tcPr>
            <w:tcW w:w="1440" w:type="dxa"/>
            <w:tcMar>
              <w:top w:w="50" w:type="dxa"/>
              <w:left w:w="70" w:type="dxa"/>
              <w:bottom w:w="50" w:type="dxa"/>
              <w:right w:w="70" w:type="dxa"/>
            </w:tcMar>
            <w:vAlign w:val="center"/>
          </w:tcPr>
          <w:p w14:paraId="62002753" w14:textId="77777777" w:rsidR="00F57CE1" w:rsidRDefault="00F57CE1" w:rsidP="00573F18">
            <w:pPr>
              <w:spacing w:after="0" w:line="240" w:lineRule="auto"/>
              <w:jc w:val="right"/>
              <w:rPr>
                <w:rFonts w:cs="Times New Roman"/>
              </w:rPr>
            </w:pPr>
            <w:r>
              <w:rPr>
                <w:rFonts w:cs="Times New Roman"/>
                <w:sz w:val="16"/>
              </w:rPr>
              <w:t>1.0151</w:t>
            </w:r>
          </w:p>
        </w:tc>
        <w:tc>
          <w:tcPr>
            <w:tcW w:w="936" w:type="dxa"/>
            <w:tcMar>
              <w:top w:w="50" w:type="dxa"/>
              <w:left w:w="70" w:type="dxa"/>
              <w:bottom w:w="50" w:type="dxa"/>
              <w:right w:w="70" w:type="dxa"/>
            </w:tcMar>
            <w:vAlign w:val="center"/>
          </w:tcPr>
          <w:p w14:paraId="3AF18494" w14:textId="77777777" w:rsidR="00F57CE1" w:rsidRDefault="00F57CE1" w:rsidP="00573F18">
            <w:pPr>
              <w:spacing w:after="0" w:line="240" w:lineRule="auto"/>
              <w:jc w:val="right"/>
              <w:rPr>
                <w:rFonts w:cs="Times New Roman"/>
              </w:rPr>
            </w:pPr>
            <w:r>
              <w:rPr>
                <w:rFonts w:cs="Times New Roman"/>
                <w:sz w:val="16"/>
              </w:rPr>
              <w:t>0.845</w:t>
            </w:r>
          </w:p>
        </w:tc>
        <w:tc>
          <w:tcPr>
            <w:tcW w:w="1728" w:type="dxa"/>
            <w:tcMar>
              <w:top w:w="50" w:type="dxa"/>
              <w:left w:w="70" w:type="dxa"/>
              <w:bottom w:w="50" w:type="dxa"/>
              <w:right w:w="70" w:type="dxa"/>
            </w:tcMar>
            <w:vAlign w:val="center"/>
          </w:tcPr>
          <w:p w14:paraId="5E77EB0B" w14:textId="77777777" w:rsidR="00F57CE1" w:rsidRDefault="00F57CE1" w:rsidP="00573F18">
            <w:pPr>
              <w:spacing w:after="0" w:line="240" w:lineRule="auto"/>
              <w:jc w:val="right"/>
              <w:rPr>
                <w:rFonts w:cs="Times New Roman"/>
              </w:rPr>
            </w:pPr>
            <w:r>
              <w:rPr>
                <w:rFonts w:cs="Times New Roman"/>
                <w:sz w:val="16"/>
              </w:rPr>
              <w:t>0.1313</w:t>
            </w:r>
          </w:p>
        </w:tc>
        <w:tc>
          <w:tcPr>
            <w:tcW w:w="1008" w:type="dxa"/>
            <w:tcMar>
              <w:top w:w="50" w:type="dxa"/>
              <w:left w:w="70" w:type="dxa"/>
              <w:bottom w:w="50" w:type="dxa"/>
              <w:right w:w="70" w:type="dxa"/>
            </w:tcMar>
            <w:vAlign w:val="center"/>
          </w:tcPr>
          <w:p w14:paraId="3980F790" w14:textId="77777777" w:rsidR="00F57CE1" w:rsidRDefault="00F57CE1" w:rsidP="00573F18">
            <w:pPr>
              <w:spacing w:after="0" w:line="240" w:lineRule="auto"/>
              <w:jc w:val="right"/>
              <w:rPr>
                <w:rFonts w:cs="Times New Roman"/>
              </w:rPr>
            </w:pPr>
            <w:r>
              <w:rPr>
                <w:rFonts w:cs="Times New Roman"/>
                <w:sz w:val="16"/>
              </w:rPr>
              <w:t>0.552</w:t>
            </w:r>
          </w:p>
        </w:tc>
        <w:tc>
          <w:tcPr>
            <w:tcW w:w="1152" w:type="dxa"/>
            <w:tcMar>
              <w:top w:w="50" w:type="dxa"/>
              <w:left w:w="70" w:type="dxa"/>
              <w:bottom w:w="50" w:type="dxa"/>
              <w:right w:w="70" w:type="dxa"/>
            </w:tcMar>
            <w:vAlign w:val="center"/>
          </w:tcPr>
          <w:p w14:paraId="23A61EBD" w14:textId="77777777" w:rsidR="00F57CE1" w:rsidRDefault="00F57CE1" w:rsidP="00573F18">
            <w:pPr>
              <w:spacing w:after="0" w:line="240" w:lineRule="auto"/>
              <w:jc w:val="right"/>
              <w:rPr>
                <w:rFonts w:cs="Times New Roman"/>
              </w:rPr>
            </w:pPr>
            <w:r>
              <w:rPr>
                <w:rFonts w:cs="Times New Roman"/>
                <w:sz w:val="16"/>
              </w:rPr>
              <w:t>-2.044</w:t>
            </w:r>
          </w:p>
        </w:tc>
        <w:tc>
          <w:tcPr>
            <w:tcW w:w="1296" w:type="dxa"/>
            <w:tcMar>
              <w:top w:w="50" w:type="dxa"/>
              <w:left w:w="70" w:type="dxa"/>
              <w:bottom w:w="50" w:type="dxa"/>
              <w:right w:w="70" w:type="dxa"/>
            </w:tcMar>
            <w:vAlign w:val="center"/>
          </w:tcPr>
          <w:p w14:paraId="36F600D1" w14:textId="77777777" w:rsidR="00F57CE1" w:rsidRDefault="00F57CE1" w:rsidP="00573F18">
            <w:pPr>
              <w:spacing w:after="0" w:line="240" w:lineRule="auto"/>
              <w:jc w:val="right"/>
              <w:rPr>
                <w:rFonts w:cs="Times New Roman"/>
              </w:rPr>
            </w:pPr>
            <w:r>
              <w:rPr>
                <w:rFonts w:cs="Times New Roman"/>
                <w:sz w:val="16"/>
              </w:rPr>
              <w:t>-2.196</w:t>
            </w:r>
          </w:p>
        </w:tc>
      </w:tr>
      <w:tr w:rsidR="00F57CE1" w14:paraId="42B97D62" w14:textId="77777777" w:rsidTr="00573F18">
        <w:trPr>
          <w:jc w:val="center"/>
        </w:trPr>
        <w:tc>
          <w:tcPr>
            <w:tcW w:w="1800" w:type="dxa"/>
            <w:tcMar>
              <w:top w:w="50" w:type="dxa"/>
              <w:left w:w="70" w:type="dxa"/>
              <w:bottom w:w="50" w:type="dxa"/>
              <w:right w:w="70" w:type="dxa"/>
            </w:tcMar>
            <w:vAlign w:val="center"/>
          </w:tcPr>
          <w:p w14:paraId="4D47F52D" w14:textId="77777777" w:rsidR="00F57CE1" w:rsidRDefault="00F57CE1" w:rsidP="00573F18">
            <w:pPr>
              <w:spacing w:after="0" w:line="240" w:lineRule="auto"/>
              <w:rPr>
                <w:rFonts w:cs="Times New Roman"/>
              </w:rPr>
            </w:pPr>
            <w:r>
              <w:rPr>
                <w:rFonts w:cs="Times New Roman"/>
                <w:sz w:val="16"/>
              </w:rPr>
              <w:t>h</w:t>
            </w:r>
          </w:p>
        </w:tc>
        <w:tc>
          <w:tcPr>
            <w:tcW w:w="1440" w:type="dxa"/>
            <w:tcMar>
              <w:top w:w="50" w:type="dxa"/>
              <w:left w:w="70" w:type="dxa"/>
              <w:bottom w:w="50" w:type="dxa"/>
              <w:right w:w="70" w:type="dxa"/>
            </w:tcMar>
            <w:vAlign w:val="center"/>
          </w:tcPr>
          <w:p w14:paraId="5C95A83F" w14:textId="77777777" w:rsidR="00F57CE1" w:rsidRDefault="00F57CE1" w:rsidP="00573F18">
            <w:pPr>
              <w:spacing w:after="0" w:line="240" w:lineRule="auto"/>
              <w:jc w:val="right"/>
              <w:rPr>
                <w:rFonts w:cs="Times New Roman"/>
              </w:rPr>
            </w:pPr>
            <w:r>
              <w:rPr>
                <w:rFonts w:cs="Times New Roman"/>
                <w:sz w:val="16"/>
              </w:rPr>
              <w:t>6.2868</w:t>
            </w:r>
          </w:p>
        </w:tc>
        <w:tc>
          <w:tcPr>
            <w:tcW w:w="936" w:type="dxa"/>
            <w:tcMar>
              <w:top w:w="50" w:type="dxa"/>
              <w:left w:w="70" w:type="dxa"/>
              <w:bottom w:w="50" w:type="dxa"/>
              <w:right w:w="70" w:type="dxa"/>
            </w:tcMar>
            <w:vAlign w:val="center"/>
          </w:tcPr>
          <w:p w14:paraId="74645E1D" w14:textId="77777777" w:rsidR="00F57CE1" w:rsidRDefault="00F57CE1" w:rsidP="00573F18">
            <w:pPr>
              <w:spacing w:after="0" w:line="240" w:lineRule="auto"/>
              <w:jc w:val="right"/>
              <w:rPr>
                <w:rFonts w:cs="Times New Roman"/>
              </w:rPr>
            </w:pPr>
            <w:r>
              <w:rPr>
                <w:rFonts w:cs="Times New Roman"/>
                <w:sz w:val="16"/>
              </w:rPr>
              <w:t>1.000</w:t>
            </w:r>
          </w:p>
        </w:tc>
        <w:tc>
          <w:tcPr>
            <w:tcW w:w="1728" w:type="dxa"/>
            <w:tcMar>
              <w:top w:w="50" w:type="dxa"/>
              <w:left w:w="70" w:type="dxa"/>
              <w:bottom w:w="50" w:type="dxa"/>
              <w:right w:w="70" w:type="dxa"/>
            </w:tcMar>
            <w:vAlign w:val="center"/>
          </w:tcPr>
          <w:p w14:paraId="497B6796" w14:textId="77777777" w:rsidR="00F57CE1" w:rsidRDefault="00F57CE1" w:rsidP="00573F18">
            <w:pPr>
              <w:spacing w:after="0" w:line="240" w:lineRule="auto"/>
              <w:jc w:val="right"/>
              <w:rPr>
                <w:rFonts w:cs="Times New Roman"/>
              </w:rPr>
            </w:pPr>
            <w:r>
              <w:rPr>
                <w:rFonts w:cs="Times New Roman"/>
                <w:sz w:val="16"/>
              </w:rPr>
              <w:t>-0.3235</w:t>
            </w:r>
          </w:p>
        </w:tc>
        <w:tc>
          <w:tcPr>
            <w:tcW w:w="1008" w:type="dxa"/>
            <w:tcMar>
              <w:top w:w="50" w:type="dxa"/>
              <w:left w:w="70" w:type="dxa"/>
              <w:bottom w:w="50" w:type="dxa"/>
              <w:right w:w="70" w:type="dxa"/>
            </w:tcMar>
            <w:vAlign w:val="center"/>
          </w:tcPr>
          <w:p w14:paraId="1E41B272" w14:textId="77777777" w:rsidR="00F57CE1" w:rsidRDefault="00F57CE1" w:rsidP="00573F18">
            <w:pPr>
              <w:spacing w:after="0" w:line="240" w:lineRule="auto"/>
              <w:jc w:val="right"/>
              <w:rPr>
                <w:rFonts w:cs="Times New Roman"/>
              </w:rPr>
            </w:pPr>
            <w:r>
              <w:rPr>
                <w:rFonts w:cs="Times New Roman"/>
                <w:sz w:val="16"/>
              </w:rPr>
              <w:t>0.373</w:t>
            </w:r>
          </w:p>
        </w:tc>
        <w:tc>
          <w:tcPr>
            <w:tcW w:w="1152" w:type="dxa"/>
            <w:tcMar>
              <w:top w:w="50" w:type="dxa"/>
              <w:left w:w="70" w:type="dxa"/>
              <w:bottom w:w="50" w:type="dxa"/>
              <w:right w:w="70" w:type="dxa"/>
            </w:tcMar>
            <w:vAlign w:val="center"/>
          </w:tcPr>
          <w:p w14:paraId="596787CB" w14:textId="77777777" w:rsidR="00F57CE1" w:rsidRDefault="00F57CE1" w:rsidP="00573F18">
            <w:pPr>
              <w:spacing w:after="0" w:line="240" w:lineRule="auto"/>
              <w:jc w:val="right"/>
              <w:rPr>
                <w:rFonts w:cs="Times New Roman"/>
              </w:rPr>
            </w:pPr>
            <w:r>
              <w:rPr>
                <w:rFonts w:cs="Times New Roman"/>
                <w:sz w:val="16"/>
              </w:rPr>
              <w:t>-1.865</w:t>
            </w:r>
          </w:p>
        </w:tc>
        <w:tc>
          <w:tcPr>
            <w:tcW w:w="1296" w:type="dxa"/>
            <w:tcMar>
              <w:top w:w="50" w:type="dxa"/>
              <w:left w:w="70" w:type="dxa"/>
              <w:bottom w:w="50" w:type="dxa"/>
              <w:right w:w="70" w:type="dxa"/>
            </w:tcMar>
            <w:vAlign w:val="center"/>
          </w:tcPr>
          <w:p w14:paraId="73D1626A" w14:textId="77777777" w:rsidR="00F57CE1" w:rsidRDefault="00F57CE1" w:rsidP="00573F18">
            <w:pPr>
              <w:spacing w:after="0" w:line="240" w:lineRule="auto"/>
              <w:jc w:val="right"/>
              <w:rPr>
                <w:rFonts w:cs="Times New Roman"/>
              </w:rPr>
            </w:pPr>
            <w:r>
              <w:rPr>
                <w:rFonts w:cs="Times New Roman"/>
                <w:sz w:val="16"/>
              </w:rPr>
              <w:t>-2.415</w:t>
            </w:r>
          </w:p>
        </w:tc>
      </w:tr>
      <w:tr w:rsidR="00F57CE1" w14:paraId="14BC40F6" w14:textId="77777777" w:rsidTr="00573F18">
        <w:trPr>
          <w:jc w:val="center"/>
        </w:trPr>
        <w:tc>
          <w:tcPr>
            <w:tcW w:w="1800" w:type="dxa"/>
            <w:tcMar>
              <w:top w:w="50" w:type="dxa"/>
              <w:left w:w="70" w:type="dxa"/>
              <w:bottom w:w="50" w:type="dxa"/>
              <w:right w:w="70" w:type="dxa"/>
            </w:tcMar>
            <w:vAlign w:val="center"/>
          </w:tcPr>
          <w:p w14:paraId="610C02A0" w14:textId="77777777" w:rsidR="00F57CE1" w:rsidRDefault="00F57CE1" w:rsidP="00573F18">
            <w:pPr>
              <w:spacing w:after="0" w:line="240" w:lineRule="auto"/>
              <w:rPr>
                <w:rFonts w:cs="Times New Roman"/>
              </w:rPr>
            </w:pPr>
            <w:r>
              <w:rPr>
                <w:rFonts w:cs="Times New Roman"/>
                <w:sz w:val="16"/>
              </w:rPr>
              <w:t>lnHouse_pc</w:t>
            </w:r>
          </w:p>
        </w:tc>
        <w:tc>
          <w:tcPr>
            <w:tcW w:w="1440" w:type="dxa"/>
            <w:tcMar>
              <w:top w:w="50" w:type="dxa"/>
              <w:left w:w="70" w:type="dxa"/>
              <w:bottom w:w="50" w:type="dxa"/>
              <w:right w:w="70" w:type="dxa"/>
            </w:tcMar>
            <w:vAlign w:val="center"/>
          </w:tcPr>
          <w:p w14:paraId="24CD8ECA" w14:textId="77777777" w:rsidR="00F57CE1" w:rsidRDefault="00F57CE1" w:rsidP="00573F18">
            <w:pPr>
              <w:spacing w:after="0" w:line="240" w:lineRule="auto"/>
              <w:jc w:val="right"/>
              <w:rPr>
                <w:rFonts w:cs="Times New Roman"/>
              </w:rPr>
            </w:pPr>
            <w:r>
              <w:rPr>
                <w:rFonts w:cs="Times New Roman"/>
                <w:sz w:val="16"/>
              </w:rPr>
              <w:t>1.9097</w:t>
            </w:r>
          </w:p>
        </w:tc>
        <w:tc>
          <w:tcPr>
            <w:tcW w:w="936" w:type="dxa"/>
            <w:tcMar>
              <w:top w:w="50" w:type="dxa"/>
              <w:left w:w="70" w:type="dxa"/>
              <w:bottom w:w="50" w:type="dxa"/>
              <w:right w:w="70" w:type="dxa"/>
            </w:tcMar>
            <w:vAlign w:val="center"/>
          </w:tcPr>
          <w:p w14:paraId="7CEBACFA" w14:textId="77777777" w:rsidR="00F57CE1" w:rsidRDefault="00F57CE1" w:rsidP="00573F18">
            <w:pPr>
              <w:spacing w:after="0" w:line="240" w:lineRule="auto"/>
              <w:jc w:val="right"/>
              <w:rPr>
                <w:rFonts w:cs="Times New Roman"/>
              </w:rPr>
            </w:pPr>
            <w:r>
              <w:rPr>
                <w:rFonts w:cs="Times New Roman"/>
                <w:sz w:val="16"/>
              </w:rPr>
              <w:t>0.972</w:t>
            </w:r>
          </w:p>
        </w:tc>
        <w:tc>
          <w:tcPr>
            <w:tcW w:w="1728" w:type="dxa"/>
            <w:tcMar>
              <w:top w:w="50" w:type="dxa"/>
              <w:left w:w="70" w:type="dxa"/>
              <w:bottom w:w="50" w:type="dxa"/>
              <w:right w:w="70" w:type="dxa"/>
            </w:tcMar>
            <w:vAlign w:val="center"/>
          </w:tcPr>
          <w:p w14:paraId="7857EB9A" w14:textId="77777777" w:rsidR="00F57CE1" w:rsidRDefault="00F57CE1" w:rsidP="00573F18">
            <w:pPr>
              <w:spacing w:after="0" w:line="240" w:lineRule="auto"/>
              <w:jc w:val="right"/>
              <w:rPr>
                <w:rFonts w:cs="Times New Roman"/>
              </w:rPr>
            </w:pPr>
            <w:r>
              <w:rPr>
                <w:rFonts w:cs="Times New Roman"/>
                <w:sz w:val="16"/>
              </w:rPr>
              <w:t>-0.0965</w:t>
            </w:r>
          </w:p>
        </w:tc>
        <w:tc>
          <w:tcPr>
            <w:tcW w:w="1008" w:type="dxa"/>
            <w:tcMar>
              <w:top w:w="50" w:type="dxa"/>
              <w:left w:w="70" w:type="dxa"/>
              <w:bottom w:w="50" w:type="dxa"/>
              <w:right w:w="70" w:type="dxa"/>
            </w:tcMar>
            <w:vAlign w:val="center"/>
          </w:tcPr>
          <w:p w14:paraId="5FF66BA7" w14:textId="77777777" w:rsidR="00F57CE1" w:rsidRDefault="00F57CE1" w:rsidP="00573F18">
            <w:pPr>
              <w:spacing w:after="0" w:line="240" w:lineRule="auto"/>
              <w:jc w:val="right"/>
              <w:rPr>
                <w:rFonts w:cs="Times New Roman"/>
              </w:rPr>
            </w:pPr>
            <w:r>
              <w:rPr>
                <w:rFonts w:cs="Times New Roman"/>
                <w:sz w:val="16"/>
              </w:rPr>
              <w:t>0.462</w:t>
            </w:r>
          </w:p>
        </w:tc>
        <w:tc>
          <w:tcPr>
            <w:tcW w:w="1152" w:type="dxa"/>
            <w:tcMar>
              <w:top w:w="50" w:type="dxa"/>
              <w:left w:w="70" w:type="dxa"/>
              <w:bottom w:w="50" w:type="dxa"/>
              <w:right w:w="70" w:type="dxa"/>
            </w:tcMar>
            <w:vAlign w:val="center"/>
          </w:tcPr>
          <w:p w14:paraId="0B8CD77D" w14:textId="77777777" w:rsidR="00F57CE1" w:rsidRDefault="00F57CE1" w:rsidP="00573F18">
            <w:pPr>
              <w:spacing w:after="0" w:line="240" w:lineRule="auto"/>
              <w:jc w:val="right"/>
              <w:rPr>
                <w:rFonts w:cs="Times New Roman"/>
              </w:rPr>
            </w:pPr>
            <w:r>
              <w:rPr>
                <w:rFonts w:cs="Times New Roman"/>
                <w:sz w:val="16"/>
              </w:rPr>
              <w:t>-2.029</w:t>
            </w:r>
          </w:p>
        </w:tc>
        <w:tc>
          <w:tcPr>
            <w:tcW w:w="1296" w:type="dxa"/>
            <w:tcMar>
              <w:top w:w="50" w:type="dxa"/>
              <w:left w:w="70" w:type="dxa"/>
              <w:bottom w:w="50" w:type="dxa"/>
              <w:right w:w="70" w:type="dxa"/>
            </w:tcMar>
            <w:vAlign w:val="center"/>
          </w:tcPr>
          <w:p w14:paraId="35338684" w14:textId="77777777" w:rsidR="00F57CE1" w:rsidRDefault="00F57CE1" w:rsidP="00573F18">
            <w:pPr>
              <w:spacing w:after="0" w:line="240" w:lineRule="auto"/>
              <w:jc w:val="right"/>
              <w:rPr>
                <w:rFonts w:cs="Times New Roman"/>
              </w:rPr>
            </w:pPr>
            <w:r>
              <w:rPr>
                <w:rFonts w:cs="Times New Roman"/>
                <w:sz w:val="16"/>
              </w:rPr>
              <w:t>-3.109</w:t>
            </w:r>
          </w:p>
        </w:tc>
      </w:tr>
      <w:tr w:rsidR="00F57CE1" w14:paraId="56857F1F" w14:textId="77777777" w:rsidTr="00573F18">
        <w:trPr>
          <w:jc w:val="center"/>
        </w:trPr>
        <w:tc>
          <w:tcPr>
            <w:tcW w:w="1800" w:type="dxa"/>
            <w:tcMar>
              <w:top w:w="50" w:type="dxa"/>
              <w:left w:w="70" w:type="dxa"/>
              <w:bottom w:w="50" w:type="dxa"/>
              <w:right w:w="70" w:type="dxa"/>
            </w:tcMar>
            <w:vAlign w:val="center"/>
          </w:tcPr>
          <w:p w14:paraId="1514CA07" w14:textId="77777777" w:rsidR="00F57CE1" w:rsidRDefault="00F57CE1" w:rsidP="00573F18">
            <w:pPr>
              <w:spacing w:after="0" w:line="240" w:lineRule="auto"/>
              <w:rPr>
                <w:rFonts w:cs="Times New Roman"/>
              </w:rPr>
            </w:pPr>
            <w:r>
              <w:rPr>
                <w:rFonts w:cs="Times New Roman"/>
                <w:sz w:val="16"/>
              </w:rPr>
              <w:t>lnPopulation</w:t>
            </w:r>
          </w:p>
        </w:tc>
        <w:tc>
          <w:tcPr>
            <w:tcW w:w="1440" w:type="dxa"/>
            <w:tcMar>
              <w:top w:w="50" w:type="dxa"/>
              <w:left w:w="70" w:type="dxa"/>
              <w:bottom w:w="50" w:type="dxa"/>
              <w:right w:w="70" w:type="dxa"/>
            </w:tcMar>
            <w:vAlign w:val="center"/>
          </w:tcPr>
          <w:p w14:paraId="59972BE8" w14:textId="77777777" w:rsidR="00F57CE1" w:rsidRDefault="00F57CE1" w:rsidP="00573F18">
            <w:pPr>
              <w:spacing w:after="0" w:line="240" w:lineRule="auto"/>
              <w:jc w:val="right"/>
              <w:rPr>
                <w:rFonts w:cs="Times New Roman"/>
              </w:rPr>
            </w:pPr>
            <w:r>
              <w:rPr>
                <w:rFonts w:cs="Times New Roman"/>
                <w:sz w:val="16"/>
              </w:rPr>
              <w:t>1.7560</w:t>
            </w:r>
          </w:p>
        </w:tc>
        <w:tc>
          <w:tcPr>
            <w:tcW w:w="936" w:type="dxa"/>
            <w:tcMar>
              <w:top w:w="50" w:type="dxa"/>
              <w:left w:w="70" w:type="dxa"/>
              <w:bottom w:w="50" w:type="dxa"/>
              <w:right w:w="70" w:type="dxa"/>
            </w:tcMar>
            <w:vAlign w:val="center"/>
          </w:tcPr>
          <w:p w14:paraId="177C5A6C" w14:textId="77777777" w:rsidR="00F57CE1" w:rsidRDefault="00F57CE1" w:rsidP="00573F18">
            <w:pPr>
              <w:spacing w:after="0" w:line="240" w:lineRule="auto"/>
              <w:jc w:val="right"/>
              <w:rPr>
                <w:rFonts w:cs="Times New Roman"/>
              </w:rPr>
            </w:pPr>
            <w:r>
              <w:rPr>
                <w:rFonts w:cs="Times New Roman"/>
                <w:sz w:val="16"/>
              </w:rPr>
              <w:t>0.961</w:t>
            </w:r>
          </w:p>
        </w:tc>
        <w:tc>
          <w:tcPr>
            <w:tcW w:w="1728" w:type="dxa"/>
            <w:tcMar>
              <w:top w:w="50" w:type="dxa"/>
              <w:left w:w="70" w:type="dxa"/>
              <w:bottom w:w="50" w:type="dxa"/>
              <w:right w:w="70" w:type="dxa"/>
            </w:tcMar>
            <w:vAlign w:val="center"/>
          </w:tcPr>
          <w:p w14:paraId="18A58D5F" w14:textId="77777777" w:rsidR="00F57CE1" w:rsidRDefault="00F57CE1" w:rsidP="00573F18">
            <w:pPr>
              <w:spacing w:after="0" w:line="240" w:lineRule="auto"/>
              <w:jc w:val="right"/>
              <w:rPr>
                <w:rFonts w:cs="Times New Roman"/>
              </w:rPr>
            </w:pPr>
            <w:r>
              <w:rPr>
                <w:rFonts w:cs="Times New Roman"/>
                <w:sz w:val="16"/>
              </w:rPr>
              <w:t>5.4911</w:t>
            </w:r>
          </w:p>
        </w:tc>
        <w:tc>
          <w:tcPr>
            <w:tcW w:w="1008" w:type="dxa"/>
            <w:tcMar>
              <w:top w:w="50" w:type="dxa"/>
              <w:left w:w="70" w:type="dxa"/>
              <w:bottom w:w="50" w:type="dxa"/>
              <w:right w:w="70" w:type="dxa"/>
            </w:tcMar>
            <w:vAlign w:val="center"/>
          </w:tcPr>
          <w:p w14:paraId="222D2877" w14:textId="77777777" w:rsidR="00F57CE1" w:rsidRDefault="00F57CE1" w:rsidP="00573F18">
            <w:pPr>
              <w:spacing w:after="0" w:line="240" w:lineRule="auto"/>
              <w:jc w:val="right"/>
              <w:rPr>
                <w:rFonts w:cs="Times New Roman"/>
              </w:rPr>
            </w:pPr>
            <w:r>
              <w:rPr>
                <w:rFonts w:cs="Times New Roman"/>
                <w:sz w:val="16"/>
              </w:rPr>
              <w:t>1.000</w:t>
            </w:r>
          </w:p>
        </w:tc>
        <w:tc>
          <w:tcPr>
            <w:tcW w:w="1152" w:type="dxa"/>
            <w:tcMar>
              <w:top w:w="50" w:type="dxa"/>
              <w:left w:w="70" w:type="dxa"/>
              <w:bottom w:w="50" w:type="dxa"/>
              <w:right w:w="70" w:type="dxa"/>
            </w:tcMar>
            <w:vAlign w:val="center"/>
          </w:tcPr>
          <w:p w14:paraId="3976247D" w14:textId="77777777" w:rsidR="00F57CE1" w:rsidRDefault="00F57CE1" w:rsidP="00573F18">
            <w:pPr>
              <w:spacing w:after="0" w:line="240" w:lineRule="auto"/>
              <w:jc w:val="right"/>
              <w:rPr>
                <w:rFonts w:cs="Times New Roman"/>
              </w:rPr>
            </w:pPr>
            <w:r>
              <w:rPr>
                <w:rFonts w:cs="Times New Roman"/>
                <w:sz w:val="16"/>
              </w:rPr>
              <w:t>-0.798</w:t>
            </w:r>
          </w:p>
        </w:tc>
        <w:tc>
          <w:tcPr>
            <w:tcW w:w="1296" w:type="dxa"/>
            <w:tcMar>
              <w:top w:w="50" w:type="dxa"/>
              <w:left w:w="70" w:type="dxa"/>
              <w:bottom w:w="50" w:type="dxa"/>
              <w:right w:w="70" w:type="dxa"/>
            </w:tcMar>
            <w:vAlign w:val="center"/>
          </w:tcPr>
          <w:p w14:paraId="04629F4A" w14:textId="77777777" w:rsidR="00F57CE1" w:rsidRDefault="00F57CE1" w:rsidP="00573F18">
            <w:pPr>
              <w:spacing w:after="0" w:line="240" w:lineRule="auto"/>
              <w:jc w:val="right"/>
              <w:rPr>
                <w:rFonts w:cs="Times New Roman"/>
              </w:rPr>
            </w:pPr>
            <w:r>
              <w:rPr>
                <w:rFonts w:cs="Times New Roman"/>
                <w:sz w:val="16"/>
              </w:rPr>
              <w:t>-1.888</w:t>
            </w:r>
          </w:p>
        </w:tc>
      </w:tr>
      <w:tr w:rsidR="00F57CE1" w14:paraId="3B57BDB2" w14:textId="77777777" w:rsidTr="00573F18">
        <w:trPr>
          <w:jc w:val="center"/>
        </w:trPr>
        <w:tc>
          <w:tcPr>
            <w:tcW w:w="1800" w:type="dxa"/>
            <w:tcMar>
              <w:top w:w="50" w:type="dxa"/>
              <w:left w:w="70" w:type="dxa"/>
              <w:bottom w:w="50" w:type="dxa"/>
              <w:right w:w="70" w:type="dxa"/>
            </w:tcMar>
            <w:vAlign w:val="center"/>
          </w:tcPr>
          <w:p w14:paraId="5A6AACAA" w14:textId="77777777" w:rsidR="00F57CE1" w:rsidRDefault="00F57CE1" w:rsidP="00573F18">
            <w:pPr>
              <w:spacing w:after="0" w:line="240" w:lineRule="auto"/>
              <w:rPr>
                <w:rFonts w:cs="Times New Roman"/>
              </w:rPr>
            </w:pPr>
            <w:r>
              <w:rPr>
                <w:rFonts w:cs="Times New Roman"/>
                <w:sz w:val="16"/>
              </w:rPr>
              <w:t>ICT</w:t>
            </w:r>
          </w:p>
        </w:tc>
        <w:tc>
          <w:tcPr>
            <w:tcW w:w="1440" w:type="dxa"/>
            <w:tcMar>
              <w:top w:w="50" w:type="dxa"/>
              <w:left w:w="70" w:type="dxa"/>
              <w:bottom w:w="50" w:type="dxa"/>
              <w:right w:w="70" w:type="dxa"/>
            </w:tcMar>
            <w:vAlign w:val="center"/>
          </w:tcPr>
          <w:p w14:paraId="496EDEE2" w14:textId="77777777" w:rsidR="00F57CE1" w:rsidRDefault="00F57CE1" w:rsidP="00573F18">
            <w:pPr>
              <w:spacing w:after="0" w:line="240" w:lineRule="auto"/>
              <w:jc w:val="right"/>
              <w:rPr>
                <w:rFonts w:cs="Times New Roman"/>
              </w:rPr>
            </w:pPr>
            <w:r>
              <w:rPr>
                <w:rFonts w:cs="Times New Roman"/>
                <w:sz w:val="16"/>
              </w:rPr>
              <w:t>-2.3197</w:t>
            </w:r>
          </w:p>
        </w:tc>
        <w:tc>
          <w:tcPr>
            <w:tcW w:w="936" w:type="dxa"/>
            <w:tcMar>
              <w:top w:w="50" w:type="dxa"/>
              <w:left w:w="70" w:type="dxa"/>
              <w:bottom w:w="50" w:type="dxa"/>
              <w:right w:w="70" w:type="dxa"/>
            </w:tcMar>
            <w:vAlign w:val="center"/>
          </w:tcPr>
          <w:p w14:paraId="3D6957DF" w14:textId="77777777" w:rsidR="00F57CE1" w:rsidRDefault="00F57CE1" w:rsidP="00573F18">
            <w:pPr>
              <w:spacing w:after="0" w:line="240" w:lineRule="auto"/>
              <w:jc w:val="right"/>
              <w:rPr>
                <w:rFonts w:cs="Times New Roman"/>
              </w:rPr>
            </w:pPr>
            <w:r>
              <w:rPr>
                <w:rFonts w:cs="Times New Roman"/>
                <w:sz w:val="16"/>
              </w:rPr>
              <w:t>0.010</w:t>
            </w:r>
          </w:p>
        </w:tc>
        <w:tc>
          <w:tcPr>
            <w:tcW w:w="1728" w:type="dxa"/>
            <w:tcMar>
              <w:top w:w="50" w:type="dxa"/>
              <w:left w:w="70" w:type="dxa"/>
              <w:bottom w:w="50" w:type="dxa"/>
              <w:right w:w="70" w:type="dxa"/>
            </w:tcMar>
            <w:vAlign w:val="center"/>
          </w:tcPr>
          <w:p w14:paraId="0D5CE2B4" w14:textId="77777777" w:rsidR="00F57CE1" w:rsidRDefault="00F57CE1" w:rsidP="00573F18">
            <w:pPr>
              <w:spacing w:after="0" w:line="240" w:lineRule="auto"/>
              <w:jc w:val="right"/>
              <w:rPr>
                <w:rFonts w:cs="Times New Roman"/>
              </w:rPr>
            </w:pPr>
            <w:r>
              <w:rPr>
                <w:rFonts w:cs="Times New Roman"/>
                <w:sz w:val="16"/>
              </w:rPr>
              <w:t>-1.9652</w:t>
            </w:r>
          </w:p>
        </w:tc>
        <w:tc>
          <w:tcPr>
            <w:tcW w:w="1008" w:type="dxa"/>
            <w:tcMar>
              <w:top w:w="50" w:type="dxa"/>
              <w:left w:w="70" w:type="dxa"/>
              <w:bottom w:w="50" w:type="dxa"/>
              <w:right w:w="70" w:type="dxa"/>
            </w:tcMar>
            <w:vAlign w:val="center"/>
          </w:tcPr>
          <w:p w14:paraId="3F71BAF4" w14:textId="77777777" w:rsidR="00F57CE1" w:rsidRDefault="00F57CE1" w:rsidP="00573F18">
            <w:pPr>
              <w:spacing w:after="0" w:line="240" w:lineRule="auto"/>
              <w:jc w:val="right"/>
              <w:rPr>
                <w:rFonts w:cs="Times New Roman"/>
              </w:rPr>
            </w:pPr>
            <w:r>
              <w:rPr>
                <w:rFonts w:cs="Times New Roman"/>
                <w:sz w:val="16"/>
              </w:rPr>
              <w:t>0.025</w:t>
            </w:r>
          </w:p>
        </w:tc>
        <w:tc>
          <w:tcPr>
            <w:tcW w:w="1152" w:type="dxa"/>
            <w:tcMar>
              <w:top w:w="50" w:type="dxa"/>
              <w:left w:w="70" w:type="dxa"/>
              <w:bottom w:w="50" w:type="dxa"/>
              <w:right w:w="70" w:type="dxa"/>
            </w:tcMar>
            <w:vAlign w:val="center"/>
          </w:tcPr>
          <w:p w14:paraId="091DF8E3" w14:textId="77777777" w:rsidR="00F57CE1" w:rsidRDefault="00F57CE1" w:rsidP="00573F18">
            <w:pPr>
              <w:spacing w:after="0" w:line="240" w:lineRule="auto"/>
              <w:jc w:val="right"/>
              <w:rPr>
                <w:rFonts w:cs="Times New Roman"/>
              </w:rPr>
            </w:pPr>
            <w:r>
              <w:rPr>
                <w:rFonts w:cs="Times New Roman"/>
                <w:sz w:val="16"/>
              </w:rPr>
              <w:t>-2.749</w:t>
            </w:r>
          </w:p>
        </w:tc>
        <w:tc>
          <w:tcPr>
            <w:tcW w:w="1296" w:type="dxa"/>
            <w:tcMar>
              <w:top w:w="50" w:type="dxa"/>
              <w:left w:w="70" w:type="dxa"/>
              <w:bottom w:w="50" w:type="dxa"/>
              <w:right w:w="70" w:type="dxa"/>
            </w:tcMar>
            <w:vAlign w:val="center"/>
          </w:tcPr>
          <w:p w14:paraId="5DE1D290" w14:textId="77777777" w:rsidR="00F57CE1" w:rsidRDefault="00F57CE1" w:rsidP="00573F18">
            <w:pPr>
              <w:spacing w:after="0" w:line="240" w:lineRule="auto"/>
              <w:jc w:val="right"/>
              <w:rPr>
                <w:rFonts w:cs="Times New Roman"/>
              </w:rPr>
            </w:pPr>
            <w:r>
              <w:rPr>
                <w:rFonts w:cs="Times New Roman"/>
                <w:sz w:val="16"/>
              </w:rPr>
              <w:t>-2.907</w:t>
            </w:r>
          </w:p>
        </w:tc>
      </w:tr>
      <w:tr w:rsidR="00F57CE1" w14:paraId="0CFFE9FF" w14:textId="77777777" w:rsidTr="00573F18">
        <w:trPr>
          <w:jc w:val="center"/>
        </w:trPr>
        <w:tc>
          <w:tcPr>
            <w:tcW w:w="1800" w:type="dxa"/>
            <w:tcMar>
              <w:top w:w="50" w:type="dxa"/>
              <w:left w:w="70" w:type="dxa"/>
              <w:bottom w:w="50" w:type="dxa"/>
              <w:right w:w="70" w:type="dxa"/>
            </w:tcMar>
            <w:vAlign w:val="center"/>
          </w:tcPr>
          <w:p w14:paraId="30153845" w14:textId="77777777" w:rsidR="00F57CE1" w:rsidRDefault="00F57CE1" w:rsidP="00573F18">
            <w:pPr>
              <w:spacing w:after="0" w:line="240" w:lineRule="auto"/>
              <w:rPr>
                <w:rFonts w:cs="Times New Roman"/>
              </w:rPr>
            </w:pPr>
            <w:r>
              <w:rPr>
                <w:rFonts w:cs="Times New Roman"/>
                <w:sz w:val="16"/>
              </w:rPr>
              <w:t>lnUrbanPop</w:t>
            </w:r>
          </w:p>
        </w:tc>
        <w:tc>
          <w:tcPr>
            <w:tcW w:w="1440" w:type="dxa"/>
            <w:tcMar>
              <w:top w:w="50" w:type="dxa"/>
              <w:left w:w="70" w:type="dxa"/>
              <w:bottom w:w="50" w:type="dxa"/>
              <w:right w:w="70" w:type="dxa"/>
            </w:tcMar>
            <w:vAlign w:val="center"/>
          </w:tcPr>
          <w:p w14:paraId="391C8A68" w14:textId="77777777" w:rsidR="00F57CE1" w:rsidRDefault="00F57CE1" w:rsidP="00573F18">
            <w:pPr>
              <w:spacing w:after="0" w:line="240" w:lineRule="auto"/>
              <w:jc w:val="right"/>
              <w:rPr>
                <w:rFonts w:cs="Times New Roman"/>
              </w:rPr>
            </w:pPr>
            <w:r>
              <w:rPr>
                <w:rFonts w:cs="Times New Roman"/>
                <w:sz w:val="16"/>
              </w:rPr>
              <w:t>7.9135</w:t>
            </w:r>
          </w:p>
        </w:tc>
        <w:tc>
          <w:tcPr>
            <w:tcW w:w="936" w:type="dxa"/>
            <w:tcMar>
              <w:top w:w="50" w:type="dxa"/>
              <w:left w:w="70" w:type="dxa"/>
              <w:bottom w:w="50" w:type="dxa"/>
              <w:right w:w="70" w:type="dxa"/>
            </w:tcMar>
            <w:vAlign w:val="center"/>
          </w:tcPr>
          <w:p w14:paraId="16F67B5F" w14:textId="77777777" w:rsidR="00F57CE1" w:rsidRDefault="00F57CE1" w:rsidP="00573F18">
            <w:pPr>
              <w:spacing w:after="0" w:line="240" w:lineRule="auto"/>
              <w:jc w:val="right"/>
              <w:rPr>
                <w:rFonts w:cs="Times New Roman"/>
              </w:rPr>
            </w:pPr>
            <w:r>
              <w:rPr>
                <w:rFonts w:cs="Times New Roman"/>
                <w:sz w:val="16"/>
              </w:rPr>
              <w:t>1.000</w:t>
            </w:r>
          </w:p>
        </w:tc>
        <w:tc>
          <w:tcPr>
            <w:tcW w:w="1728" w:type="dxa"/>
            <w:tcMar>
              <w:top w:w="50" w:type="dxa"/>
              <w:left w:w="70" w:type="dxa"/>
              <w:bottom w:w="50" w:type="dxa"/>
              <w:right w:w="70" w:type="dxa"/>
            </w:tcMar>
            <w:vAlign w:val="center"/>
          </w:tcPr>
          <w:p w14:paraId="08E798D9" w14:textId="77777777" w:rsidR="00F57CE1" w:rsidRDefault="00F57CE1" w:rsidP="00573F18">
            <w:pPr>
              <w:spacing w:after="0" w:line="240" w:lineRule="auto"/>
              <w:jc w:val="right"/>
              <w:rPr>
                <w:rFonts w:cs="Times New Roman"/>
              </w:rPr>
            </w:pPr>
            <w:r>
              <w:rPr>
                <w:rFonts w:cs="Times New Roman"/>
                <w:sz w:val="16"/>
              </w:rPr>
              <w:t>6.2226</w:t>
            </w:r>
          </w:p>
        </w:tc>
        <w:tc>
          <w:tcPr>
            <w:tcW w:w="1008" w:type="dxa"/>
            <w:tcMar>
              <w:top w:w="50" w:type="dxa"/>
              <w:left w:w="70" w:type="dxa"/>
              <w:bottom w:w="50" w:type="dxa"/>
              <w:right w:w="70" w:type="dxa"/>
            </w:tcMar>
            <w:vAlign w:val="center"/>
          </w:tcPr>
          <w:p w14:paraId="37DF6C30" w14:textId="77777777" w:rsidR="00F57CE1" w:rsidRDefault="00F57CE1" w:rsidP="00573F18">
            <w:pPr>
              <w:spacing w:after="0" w:line="240" w:lineRule="auto"/>
              <w:jc w:val="right"/>
              <w:rPr>
                <w:rFonts w:cs="Times New Roman"/>
              </w:rPr>
            </w:pPr>
            <w:r>
              <w:rPr>
                <w:rFonts w:cs="Times New Roman"/>
                <w:sz w:val="16"/>
              </w:rPr>
              <w:t>1.000</w:t>
            </w:r>
          </w:p>
        </w:tc>
        <w:tc>
          <w:tcPr>
            <w:tcW w:w="1152" w:type="dxa"/>
            <w:tcMar>
              <w:top w:w="50" w:type="dxa"/>
              <w:left w:w="70" w:type="dxa"/>
              <w:bottom w:w="50" w:type="dxa"/>
              <w:right w:w="70" w:type="dxa"/>
            </w:tcMar>
            <w:vAlign w:val="center"/>
          </w:tcPr>
          <w:p w14:paraId="11463F7D" w14:textId="77777777" w:rsidR="00F57CE1" w:rsidRDefault="00F57CE1" w:rsidP="00573F18">
            <w:pPr>
              <w:spacing w:after="0" w:line="240" w:lineRule="auto"/>
              <w:jc w:val="right"/>
              <w:rPr>
                <w:rFonts w:cs="Times New Roman"/>
              </w:rPr>
            </w:pPr>
            <w:r>
              <w:rPr>
                <w:rFonts w:cs="Times New Roman"/>
                <w:sz w:val="16"/>
              </w:rPr>
              <w:t>-1.683</w:t>
            </w:r>
          </w:p>
        </w:tc>
        <w:tc>
          <w:tcPr>
            <w:tcW w:w="1296" w:type="dxa"/>
            <w:tcMar>
              <w:top w:w="50" w:type="dxa"/>
              <w:left w:w="70" w:type="dxa"/>
              <w:bottom w:w="50" w:type="dxa"/>
              <w:right w:w="70" w:type="dxa"/>
            </w:tcMar>
            <w:vAlign w:val="center"/>
          </w:tcPr>
          <w:p w14:paraId="4EFE4DEA" w14:textId="77777777" w:rsidR="00F57CE1" w:rsidRDefault="00F57CE1" w:rsidP="00573F18">
            <w:pPr>
              <w:spacing w:after="0" w:line="240" w:lineRule="auto"/>
              <w:jc w:val="right"/>
              <w:rPr>
                <w:rFonts w:cs="Times New Roman"/>
              </w:rPr>
            </w:pPr>
            <w:r>
              <w:rPr>
                <w:rFonts w:cs="Times New Roman"/>
                <w:sz w:val="16"/>
              </w:rPr>
              <w:t>-2.543</w:t>
            </w:r>
          </w:p>
        </w:tc>
      </w:tr>
      <w:tr w:rsidR="00F57CE1" w14:paraId="4E6DA330" w14:textId="77777777" w:rsidTr="00573F18">
        <w:trPr>
          <w:jc w:val="center"/>
        </w:trPr>
        <w:tc>
          <w:tcPr>
            <w:tcW w:w="1800" w:type="dxa"/>
            <w:tcMar>
              <w:top w:w="50" w:type="dxa"/>
              <w:left w:w="70" w:type="dxa"/>
              <w:bottom w:w="50" w:type="dxa"/>
              <w:right w:w="70" w:type="dxa"/>
            </w:tcMar>
            <w:vAlign w:val="center"/>
          </w:tcPr>
          <w:p w14:paraId="50C082E6" w14:textId="77777777" w:rsidR="00F57CE1" w:rsidRDefault="00F57CE1" w:rsidP="00573F18">
            <w:pPr>
              <w:spacing w:after="0" w:line="240" w:lineRule="auto"/>
              <w:rPr>
                <w:rFonts w:cs="Times New Roman"/>
              </w:rPr>
            </w:pPr>
            <w:r>
              <w:rPr>
                <w:rFonts w:cs="Times New Roman"/>
                <w:sz w:val="16"/>
              </w:rPr>
              <w:t>CPI</w:t>
            </w:r>
          </w:p>
        </w:tc>
        <w:tc>
          <w:tcPr>
            <w:tcW w:w="1440" w:type="dxa"/>
            <w:tcMar>
              <w:top w:w="50" w:type="dxa"/>
              <w:left w:w="70" w:type="dxa"/>
              <w:bottom w:w="50" w:type="dxa"/>
              <w:right w:w="70" w:type="dxa"/>
            </w:tcMar>
            <w:vAlign w:val="center"/>
          </w:tcPr>
          <w:p w14:paraId="046A924B" w14:textId="77777777" w:rsidR="00F57CE1" w:rsidRDefault="00F57CE1" w:rsidP="00573F18">
            <w:pPr>
              <w:spacing w:after="0" w:line="240" w:lineRule="auto"/>
              <w:jc w:val="right"/>
              <w:rPr>
                <w:rFonts w:cs="Times New Roman"/>
              </w:rPr>
            </w:pPr>
            <w:r>
              <w:rPr>
                <w:rFonts w:cs="Times New Roman"/>
                <w:sz w:val="16"/>
              </w:rPr>
              <w:t>-2.0661</w:t>
            </w:r>
          </w:p>
        </w:tc>
        <w:tc>
          <w:tcPr>
            <w:tcW w:w="936" w:type="dxa"/>
            <w:tcMar>
              <w:top w:w="50" w:type="dxa"/>
              <w:left w:w="70" w:type="dxa"/>
              <w:bottom w:w="50" w:type="dxa"/>
              <w:right w:w="70" w:type="dxa"/>
            </w:tcMar>
            <w:vAlign w:val="center"/>
          </w:tcPr>
          <w:p w14:paraId="077AE778" w14:textId="77777777" w:rsidR="00F57CE1" w:rsidRDefault="00F57CE1" w:rsidP="00573F18">
            <w:pPr>
              <w:spacing w:after="0" w:line="240" w:lineRule="auto"/>
              <w:jc w:val="right"/>
              <w:rPr>
                <w:rFonts w:cs="Times New Roman"/>
              </w:rPr>
            </w:pPr>
            <w:r>
              <w:rPr>
                <w:rFonts w:cs="Times New Roman"/>
                <w:sz w:val="16"/>
              </w:rPr>
              <w:t>0.019</w:t>
            </w:r>
          </w:p>
        </w:tc>
        <w:tc>
          <w:tcPr>
            <w:tcW w:w="1728" w:type="dxa"/>
            <w:tcMar>
              <w:top w:w="50" w:type="dxa"/>
              <w:left w:w="70" w:type="dxa"/>
              <w:bottom w:w="50" w:type="dxa"/>
              <w:right w:w="70" w:type="dxa"/>
            </w:tcMar>
            <w:vAlign w:val="center"/>
          </w:tcPr>
          <w:p w14:paraId="110E9E1E" w14:textId="77777777" w:rsidR="00F57CE1" w:rsidRDefault="00F57CE1" w:rsidP="00573F18">
            <w:pPr>
              <w:spacing w:after="0" w:line="240" w:lineRule="auto"/>
              <w:jc w:val="right"/>
              <w:rPr>
                <w:rFonts w:cs="Times New Roman"/>
              </w:rPr>
            </w:pPr>
            <w:r>
              <w:rPr>
                <w:rFonts w:cs="Times New Roman"/>
                <w:sz w:val="16"/>
              </w:rPr>
              <w:t>-2.4486</w:t>
            </w:r>
          </w:p>
        </w:tc>
        <w:tc>
          <w:tcPr>
            <w:tcW w:w="1008" w:type="dxa"/>
            <w:tcMar>
              <w:top w:w="50" w:type="dxa"/>
              <w:left w:w="70" w:type="dxa"/>
              <w:bottom w:w="50" w:type="dxa"/>
              <w:right w:w="70" w:type="dxa"/>
            </w:tcMar>
            <w:vAlign w:val="center"/>
          </w:tcPr>
          <w:p w14:paraId="78D4AF39" w14:textId="77777777" w:rsidR="00F57CE1" w:rsidRDefault="00F57CE1" w:rsidP="00573F18">
            <w:pPr>
              <w:spacing w:after="0" w:line="240" w:lineRule="auto"/>
              <w:jc w:val="right"/>
              <w:rPr>
                <w:rFonts w:cs="Times New Roman"/>
              </w:rPr>
            </w:pPr>
            <w:r>
              <w:rPr>
                <w:rFonts w:cs="Times New Roman"/>
                <w:sz w:val="16"/>
              </w:rPr>
              <w:t>0.007</w:t>
            </w:r>
          </w:p>
        </w:tc>
        <w:tc>
          <w:tcPr>
            <w:tcW w:w="1152" w:type="dxa"/>
            <w:tcMar>
              <w:top w:w="50" w:type="dxa"/>
              <w:left w:w="70" w:type="dxa"/>
              <w:bottom w:w="50" w:type="dxa"/>
              <w:right w:w="70" w:type="dxa"/>
            </w:tcMar>
            <w:vAlign w:val="center"/>
          </w:tcPr>
          <w:p w14:paraId="1253251B" w14:textId="77777777" w:rsidR="00F57CE1" w:rsidRDefault="00F57CE1" w:rsidP="00573F18">
            <w:pPr>
              <w:spacing w:after="0" w:line="240" w:lineRule="auto"/>
              <w:jc w:val="right"/>
              <w:rPr>
                <w:rFonts w:cs="Times New Roman"/>
              </w:rPr>
            </w:pPr>
            <w:r>
              <w:rPr>
                <w:rFonts w:cs="Times New Roman"/>
                <w:sz w:val="16"/>
              </w:rPr>
              <w:t>-1.924</w:t>
            </w:r>
          </w:p>
        </w:tc>
        <w:tc>
          <w:tcPr>
            <w:tcW w:w="1296" w:type="dxa"/>
            <w:tcMar>
              <w:top w:w="50" w:type="dxa"/>
              <w:left w:w="70" w:type="dxa"/>
              <w:bottom w:w="50" w:type="dxa"/>
              <w:right w:w="70" w:type="dxa"/>
            </w:tcMar>
            <w:vAlign w:val="center"/>
          </w:tcPr>
          <w:p w14:paraId="1AC338FB" w14:textId="77777777" w:rsidR="00F57CE1" w:rsidRDefault="00F57CE1" w:rsidP="00573F18">
            <w:pPr>
              <w:spacing w:after="0" w:line="240" w:lineRule="auto"/>
              <w:jc w:val="right"/>
              <w:rPr>
                <w:rFonts w:cs="Times New Roman"/>
              </w:rPr>
            </w:pPr>
            <w:r>
              <w:rPr>
                <w:rFonts w:cs="Times New Roman"/>
                <w:sz w:val="16"/>
              </w:rPr>
              <w:t>-2.431</w:t>
            </w:r>
          </w:p>
        </w:tc>
      </w:tr>
    </w:tbl>
    <w:p w14:paraId="5F1A5681"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Panel A: level variables. IPS is reported as a first-generation benchmark; CIPS is preferred when cross-sectional dependence is relevant. Level results are mixed across variables and deterministic specifications.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2304"/>
        <w:gridCol w:w="2016"/>
        <w:gridCol w:w="1296"/>
        <w:gridCol w:w="1728"/>
      </w:tblGrid>
      <w:tr w:rsidR="00F57CE1" w14:paraId="2074057A" w14:textId="77777777" w:rsidTr="00573F18">
        <w:trPr>
          <w:tblHeader/>
          <w:jc w:val="center"/>
        </w:trPr>
        <w:tc>
          <w:tcPr>
            <w:tcW w:w="2304" w:type="dxa"/>
            <w:shd w:val="clear" w:color="auto" w:fill="E7E6E6"/>
            <w:tcMar>
              <w:top w:w="50" w:type="dxa"/>
              <w:left w:w="70" w:type="dxa"/>
              <w:bottom w:w="50" w:type="dxa"/>
              <w:right w:w="70" w:type="dxa"/>
            </w:tcMar>
            <w:vAlign w:val="center"/>
          </w:tcPr>
          <w:p w14:paraId="10758C8D" w14:textId="77777777" w:rsidR="00F57CE1" w:rsidRDefault="00F57CE1" w:rsidP="00573F18">
            <w:pPr>
              <w:spacing w:after="0" w:line="240" w:lineRule="auto"/>
              <w:jc w:val="center"/>
              <w:rPr>
                <w:rFonts w:cs="Times New Roman"/>
              </w:rPr>
            </w:pPr>
            <w:r>
              <w:rPr>
                <w:rFonts w:cs="Times New Roman"/>
                <w:b/>
                <w:sz w:val="16"/>
              </w:rPr>
              <w:t>Variable</w:t>
            </w:r>
          </w:p>
        </w:tc>
        <w:tc>
          <w:tcPr>
            <w:tcW w:w="2016" w:type="dxa"/>
            <w:shd w:val="clear" w:color="auto" w:fill="E7E6E6"/>
            <w:tcMar>
              <w:top w:w="50" w:type="dxa"/>
              <w:left w:w="70" w:type="dxa"/>
              <w:bottom w:w="50" w:type="dxa"/>
              <w:right w:w="70" w:type="dxa"/>
            </w:tcMar>
            <w:vAlign w:val="center"/>
          </w:tcPr>
          <w:p w14:paraId="089DB01A" w14:textId="77777777" w:rsidR="00F57CE1" w:rsidRDefault="00F57CE1" w:rsidP="00573F18">
            <w:pPr>
              <w:spacing w:after="0" w:line="240" w:lineRule="auto"/>
              <w:jc w:val="center"/>
              <w:rPr>
                <w:rFonts w:cs="Times New Roman"/>
              </w:rPr>
            </w:pPr>
            <w:r>
              <w:rPr>
                <w:rFonts w:cs="Times New Roman"/>
                <w:b/>
                <w:sz w:val="16"/>
              </w:rPr>
              <w:t>IPS W-t-bar</w:t>
            </w:r>
          </w:p>
        </w:tc>
        <w:tc>
          <w:tcPr>
            <w:tcW w:w="1296" w:type="dxa"/>
            <w:shd w:val="clear" w:color="auto" w:fill="E7E6E6"/>
            <w:tcMar>
              <w:top w:w="50" w:type="dxa"/>
              <w:left w:w="70" w:type="dxa"/>
              <w:bottom w:w="50" w:type="dxa"/>
              <w:right w:w="70" w:type="dxa"/>
            </w:tcMar>
            <w:vAlign w:val="center"/>
          </w:tcPr>
          <w:p w14:paraId="247995BC" w14:textId="77777777" w:rsidR="00F57CE1" w:rsidRDefault="00F57CE1" w:rsidP="00573F18">
            <w:pPr>
              <w:spacing w:after="0" w:line="240" w:lineRule="auto"/>
              <w:jc w:val="center"/>
              <w:rPr>
                <w:rFonts w:cs="Times New Roman"/>
              </w:rPr>
            </w:pPr>
            <w:r>
              <w:rPr>
                <w:rFonts w:cs="Times New Roman"/>
                <w:b/>
                <w:sz w:val="16"/>
              </w:rPr>
              <w:t>IPS p</w:t>
            </w:r>
          </w:p>
        </w:tc>
        <w:tc>
          <w:tcPr>
            <w:tcW w:w="1728" w:type="dxa"/>
            <w:shd w:val="clear" w:color="auto" w:fill="E7E6E6"/>
            <w:tcMar>
              <w:top w:w="50" w:type="dxa"/>
              <w:left w:w="70" w:type="dxa"/>
              <w:bottom w:w="50" w:type="dxa"/>
              <w:right w:w="70" w:type="dxa"/>
            </w:tcMar>
            <w:vAlign w:val="center"/>
          </w:tcPr>
          <w:p w14:paraId="6772214A" w14:textId="77777777" w:rsidR="00F57CE1" w:rsidRDefault="00F57CE1" w:rsidP="00573F18">
            <w:pPr>
              <w:spacing w:after="0" w:line="240" w:lineRule="auto"/>
              <w:jc w:val="center"/>
              <w:rPr>
                <w:rFonts w:cs="Times New Roman"/>
              </w:rPr>
            </w:pPr>
            <w:r>
              <w:rPr>
                <w:rFonts w:cs="Times New Roman"/>
                <w:b/>
                <w:sz w:val="16"/>
              </w:rPr>
              <w:t>CIPS</w:t>
            </w:r>
          </w:p>
        </w:tc>
      </w:tr>
      <w:tr w:rsidR="00F57CE1" w14:paraId="3EA49E7D" w14:textId="77777777" w:rsidTr="00573F18">
        <w:trPr>
          <w:jc w:val="center"/>
        </w:trPr>
        <w:tc>
          <w:tcPr>
            <w:tcW w:w="2304" w:type="dxa"/>
            <w:tcMar>
              <w:top w:w="50" w:type="dxa"/>
              <w:left w:w="70" w:type="dxa"/>
              <w:bottom w:w="50" w:type="dxa"/>
              <w:right w:w="70" w:type="dxa"/>
            </w:tcMar>
            <w:vAlign w:val="center"/>
          </w:tcPr>
          <w:p w14:paraId="1E02DAE3" w14:textId="77777777" w:rsidR="00F57CE1" w:rsidRDefault="00F57CE1" w:rsidP="00573F18">
            <w:pPr>
              <w:spacing w:after="0" w:line="240" w:lineRule="auto"/>
              <w:rPr>
                <w:rFonts w:cs="Times New Roman"/>
              </w:rPr>
            </w:pPr>
            <w:r>
              <w:rPr>
                <w:rFonts w:cs="Times New Roman"/>
                <w:sz w:val="16"/>
              </w:rPr>
              <w:t>ΔlnLP</w:t>
            </w:r>
          </w:p>
        </w:tc>
        <w:tc>
          <w:tcPr>
            <w:tcW w:w="2016" w:type="dxa"/>
            <w:tcMar>
              <w:top w:w="50" w:type="dxa"/>
              <w:left w:w="70" w:type="dxa"/>
              <w:bottom w:w="50" w:type="dxa"/>
              <w:right w:w="70" w:type="dxa"/>
            </w:tcMar>
            <w:vAlign w:val="center"/>
          </w:tcPr>
          <w:p w14:paraId="6E93E777" w14:textId="77777777" w:rsidR="00F57CE1" w:rsidRDefault="00F57CE1" w:rsidP="00573F18">
            <w:pPr>
              <w:spacing w:after="0" w:line="240" w:lineRule="auto"/>
              <w:jc w:val="right"/>
              <w:rPr>
                <w:rFonts w:cs="Times New Roman"/>
              </w:rPr>
            </w:pPr>
            <w:r>
              <w:rPr>
                <w:rFonts w:cs="Times New Roman"/>
                <w:sz w:val="16"/>
              </w:rPr>
              <w:t>-5.3059</w:t>
            </w:r>
          </w:p>
        </w:tc>
        <w:tc>
          <w:tcPr>
            <w:tcW w:w="1296" w:type="dxa"/>
            <w:tcMar>
              <w:top w:w="50" w:type="dxa"/>
              <w:left w:w="70" w:type="dxa"/>
              <w:bottom w:w="50" w:type="dxa"/>
              <w:right w:w="70" w:type="dxa"/>
            </w:tcMar>
            <w:vAlign w:val="center"/>
          </w:tcPr>
          <w:p w14:paraId="3B23B87E"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646981C7" w14:textId="77777777" w:rsidR="00F57CE1" w:rsidRDefault="00F57CE1" w:rsidP="00573F18">
            <w:pPr>
              <w:spacing w:after="0" w:line="240" w:lineRule="auto"/>
              <w:jc w:val="right"/>
              <w:rPr>
                <w:rFonts w:cs="Times New Roman"/>
              </w:rPr>
            </w:pPr>
            <w:r>
              <w:rPr>
                <w:rFonts w:cs="Times New Roman"/>
                <w:sz w:val="16"/>
              </w:rPr>
              <w:t>-3.298</w:t>
            </w:r>
          </w:p>
        </w:tc>
      </w:tr>
      <w:tr w:rsidR="00F57CE1" w14:paraId="21585DD2" w14:textId="77777777" w:rsidTr="00573F18">
        <w:trPr>
          <w:jc w:val="center"/>
        </w:trPr>
        <w:tc>
          <w:tcPr>
            <w:tcW w:w="2304" w:type="dxa"/>
            <w:tcMar>
              <w:top w:w="50" w:type="dxa"/>
              <w:left w:w="70" w:type="dxa"/>
              <w:bottom w:w="50" w:type="dxa"/>
              <w:right w:w="70" w:type="dxa"/>
            </w:tcMar>
            <w:vAlign w:val="center"/>
          </w:tcPr>
          <w:p w14:paraId="4C60EA2A" w14:textId="77777777" w:rsidR="00F57CE1" w:rsidRDefault="00F57CE1" w:rsidP="00573F18">
            <w:pPr>
              <w:spacing w:after="0" w:line="240" w:lineRule="auto"/>
              <w:rPr>
                <w:rFonts w:cs="Times New Roman"/>
              </w:rPr>
            </w:pPr>
            <w:r>
              <w:rPr>
                <w:rFonts w:cs="Times New Roman"/>
                <w:sz w:val="16"/>
              </w:rPr>
              <w:t>Δh</w:t>
            </w:r>
          </w:p>
        </w:tc>
        <w:tc>
          <w:tcPr>
            <w:tcW w:w="2016" w:type="dxa"/>
            <w:tcMar>
              <w:top w:w="50" w:type="dxa"/>
              <w:left w:w="70" w:type="dxa"/>
              <w:bottom w:w="50" w:type="dxa"/>
              <w:right w:w="70" w:type="dxa"/>
            </w:tcMar>
            <w:vAlign w:val="center"/>
          </w:tcPr>
          <w:p w14:paraId="3D043569" w14:textId="77777777" w:rsidR="00F57CE1" w:rsidRDefault="00F57CE1" w:rsidP="00573F18">
            <w:pPr>
              <w:spacing w:after="0" w:line="240" w:lineRule="auto"/>
              <w:jc w:val="right"/>
              <w:rPr>
                <w:rFonts w:cs="Times New Roman"/>
              </w:rPr>
            </w:pPr>
            <w:r>
              <w:rPr>
                <w:rFonts w:cs="Times New Roman"/>
                <w:sz w:val="16"/>
              </w:rPr>
              <w:t>-7.8342</w:t>
            </w:r>
          </w:p>
        </w:tc>
        <w:tc>
          <w:tcPr>
            <w:tcW w:w="1296" w:type="dxa"/>
            <w:tcMar>
              <w:top w:w="50" w:type="dxa"/>
              <w:left w:w="70" w:type="dxa"/>
              <w:bottom w:w="50" w:type="dxa"/>
              <w:right w:w="70" w:type="dxa"/>
            </w:tcMar>
            <w:vAlign w:val="center"/>
          </w:tcPr>
          <w:p w14:paraId="6581C30D"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3E24B59F" w14:textId="77777777" w:rsidR="00F57CE1" w:rsidRDefault="00F57CE1" w:rsidP="00573F18">
            <w:pPr>
              <w:spacing w:after="0" w:line="240" w:lineRule="auto"/>
              <w:jc w:val="right"/>
              <w:rPr>
                <w:rFonts w:cs="Times New Roman"/>
              </w:rPr>
            </w:pPr>
            <w:r>
              <w:rPr>
                <w:rFonts w:cs="Times New Roman"/>
                <w:sz w:val="16"/>
              </w:rPr>
              <w:t>-3.987</w:t>
            </w:r>
          </w:p>
        </w:tc>
      </w:tr>
      <w:tr w:rsidR="00F57CE1" w14:paraId="1AA4E689" w14:textId="77777777" w:rsidTr="00573F18">
        <w:trPr>
          <w:jc w:val="center"/>
        </w:trPr>
        <w:tc>
          <w:tcPr>
            <w:tcW w:w="2304" w:type="dxa"/>
            <w:tcMar>
              <w:top w:w="50" w:type="dxa"/>
              <w:left w:w="70" w:type="dxa"/>
              <w:bottom w:w="50" w:type="dxa"/>
              <w:right w:w="70" w:type="dxa"/>
            </w:tcMar>
            <w:vAlign w:val="center"/>
          </w:tcPr>
          <w:p w14:paraId="5613F896" w14:textId="77777777" w:rsidR="00F57CE1" w:rsidRDefault="00F57CE1" w:rsidP="00573F18">
            <w:pPr>
              <w:spacing w:after="0" w:line="240" w:lineRule="auto"/>
              <w:rPr>
                <w:rFonts w:cs="Times New Roman"/>
              </w:rPr>
            </w:pPr>
            <w:r>
              <w:rPr>
                <w:rFonts w:cs="Times New Roman"/>
                <w:sz w:val="16"/>
              </w:rPr>
              <w:t>ΔlnHouse_pc</w:t>
            </w:r>
          </w:p>
        </w:tc>
        <w:tc>
          <w:tcPr>
            <w:tcW w:w="2016" w:type="dxa"/>
            <w:tcMar>
              <w:top w:w="50" w:type="dxa"/>
              <w:left w:w="70" w:type="dxa"/>
              <w:bottom w:w="50" w:type="dxa"/>
              <w:right w:w="70" w:type="dxa"/>
            </w:tcMar>
            <w:vAlign w:val="center"/>
          </w:tcPr>
          <w:p w14:paraId="57346E47" w14:textId="77777777" w:rsidR="00F57CE1" w:rsidRDefault="00F57CE1" w:rsidP="00573F18">
            <w:pPr>
              <w:spacing w:after="0" w:line="240" w:lineRule="auto"/>
              <w:jc w:val="right"/>
              <w:rPr>
                <w:rFonts w:cs="Times New Roman"/>
              </w:rPr>
            </w:pPr>
            <w:r>
              <w:rPr>
                <w:rFonts w:cs="Times New Roman"/>
                <w:sz w:val="16"/>
              </w:rPr>
              <w:t>-8.7097</w:t>
            </w:r>
          </w:p>
        </w:tc>
        <w:tc>
          <w:tcPr>
            <w:tcW w:w="1296" w:type="dxa"/>
            <w:tcMar>
              <w:top w:w="50" w:type="dxa"/>
              <w:left w:w="70" w:type="dxa"/>
              <w:bottom w:w="50" w:type="dxa"/>
              <w:right w:w="70" w:type="dxa"/>
            </w:tcMar>
            <w:vAlign w:val="center"/>
          </w:tcPr>
          <w:p w14:paraId="11778731"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318A1DC5" w14:textId="77777777" w:rsidR="00F57CE1" w:rsidRDefault="00F57CE1" w:rsidP="00573F18">
            <w:pPr>
              <w:spacing w:after="0" w:line="240" w:lineRule="auto"/>
              <w:jc w:val="right"/>
              <w:rPr>
                <w:rFonts w:cs="Times New Roman"/>
              </w:rPr>
            </w:pPr>
            <w:r>
              <w:rPr>
                <w:rFonts w:cs="Times New Roman"/>
                <w:sz w:val="16"/>
              </w:rPr>
              <w:t>-4.102</w:t>
            </w:r>
          </w:p>
        </w:tc>
      </w:tr>
      <w:tr w:rsidR="00F57CE1" w14:paraId="6F66F49F" w14:textId="77777777" w:rsidTr="00573F18">
        <w:trPr>
          <w:jc w:val="center"/>
        </w:trPr>
        <w:tc>
          <w:tcPr>
            <w:tcW w:w="2304" w:type="dxa"/>
            <w:tcMar>
              <w:top w:w="50" w:type="dxa"/>
              <w:left w:w="70" w:type="dxa"/>
              <w:bottom w:w="50" w:type="dxa"/>
              <w:right w:w="70" w:type="dxa"/>
            </w:tcMar>
            <w:vAlign w:val="center"/>
          </w:tcPr>
          <w:p w14:paraId="432CD2B0" w14:textId="77777777" w:rsidR="00F57CE1" w:rsidRDefault="00F57CE1" w:rsidP="00573F18">
            <w:pPr>
              <w:spacing w:after="0" w:line="240" w:lineRule="auto"/>
              <w:rPr>
                <w:rFonts w:cs="Times New Roman"/>
              </w:rPr>
            </w:pPr>
            <w:r>
              <w:rPr>
                <w:rFonts w:cs="Times New Roman"/>
                <w:sz w:val="16"/>
              </w:rPr>
              <w:t>ΔlnPopulation</w:t>
            </w:r>
          </w:p>
        </w:tc>
        <w:tc>
          <w:tcPr>
            <w:tcW w:w="2016" w:type="dxa"/>
            <w:tcMar>
              <w:top w:w="50" w:type="dxa"/>
              <w:left w:w="70" w:type="dxa"/>
              <w:bottom w:w="50" w:type="dxa"/>
              <w:right w:w="70" w:type="dxa"/>
            </w:tcMar>
            <w:vAlign w:val="center"/>
          </w:tcPr>
          <w:p w14:paraId="299B7744" w14:textId="77777777" w:rsidR="00F57CE1" w:rsidRDefault="00F57CE1" w:rsidP="00573F18">
            <w:pPr>
              <w:spacing w:after="0" w:line="240" w:lineRule="auto"/>
              <w:jc w:val="right"/>
              <w:rPr>
                <w:rFonts w:cs="Times New Roman"/>
              </w:rPr>
            </w:pPr>
            <w:r>
              <w:rPr>
                <w:rFonts w:cs="Times New Roman"/>
                <w:sz w:val="16"/>
              </w:rPr>
              <w:t>-7.3984</w:t>
            </w:r>
          </w:p>
        </w:tc>
        <w:tc>
          <w:tcPr>
            <w:tcW w:w="1296" w:type="dxa"/>
            <w:tcMar>
              <w:top w:w="50" w:type="dxa"/>
              <w:left w:w="70" w:type="dxa"/>
              <w:bottom w:w="50" w:type="dxa"/>
              <w:right w:w="70" w:type="dxa"/>
            </w:tcMar>
            <w:vAlign w:val="center"/>
          </w:tcPr>
          <w:p w14:paraId="4C3B3090"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15C2DB62" w14:textId="77777777" w:rsidR="00F57CE1" w:rsidRDefault="00F57CE1" w:rsidP="00573F18">
            <w:pPr>
              <w:spacing w:after="0" w:line="240" w:lineRule="auto"/>
              <w:jc w:val="right"/>
              <w:rPr>
                <w:rFonts w:cs="Times New Roman"/>
              </w:rPr>
            </w:pPr>
            <w:r>
              <w:rPr>
                <w:rFonts w:cs="Times New Roman"/>
                <w:sz w:val="16"/>
              </w:rPr>
              <w:t>-3.260</w:t>
            </w:r>
          </w:p>
        </w:tc>
      </w:tr>
      <w:tr w:rsidR="00F57CE1" w14:paraId="54A36414" w14:textId="77777777" w:rsidTr="00573F18">
        <w:trPr>
          <w:jc w:val="center"/>
        </w:trPr>
        <w:tc>
          <w:tcPr>
            <w:tcW w:w="2304" w:type="dxa"/>
            <w:tcMar>
              <w:top w:w="50" w:type="dxa"/>
              <w:left w:w="70" w:type="dxa"/>
              <w:bottom w:w="50" w:type="dxa"/>
              <w:right w:w="70" w:type="dxa"/>
            </w:tcMar>
            <w:vAlign w:val="center"/>
          </w:tcPr>
          <w:p w14:paraId="5BC3768A" w14:textId="77777777" w:rsidR="00F57CE1" w:rsidRDefault="00F57CE1" w:rsidP="00573F18">
            <w:pPr>
              <w:spacing w:after="0" w:line="240" w:lineRule="auto"/>
              <w:rPr>
                <w:rFonts w:cs="Times New Roman"/>
              </w:rPr>
            </w:pPr>
            <w:r>
              <w:rPr>
                <w:rFonts w:cs="Times New Roman"/>
                <w:sz w:val="16"/>
              </w:rPr>
              <w:t>ΔICT</w:t>
            </w:r>
          </w:p>
        </w:tc>
        <w:tc>
          <w:tcPr>
            <w:tcW w:w="2016" w:type="dxa"/>
            <w:tcMar>
              <w:top w:w="50" w:type="dxa"/>
              <w:left w:w="70" w:type="dxa"/>
              <w:bottom w:w="50" w:type="dxa"/>
              <w:right w:w="70" w:type="dxa"/>
            </w:tcMar>
            <w:vAlign w:val="center"/>
          </w:tcPr>
          <w:p w14:paraId="74A772DB" w14:textId="77777777" w:rsidR="00F57CE1" w:rsidRDefault="00F57CE1" w:rsidP="00573F18">
            <w:pPr>
              <w:spacing w:after="0" w:line="240" w:lineRule="auto"/>
              <w:jc w:val="right"/>
              <w:rPr>
                <w:rFonts w:cs="Times New Roman"/>
              </w:rPr>
            </w:pPr>
            <w:r>
              <w:rPr>
                <w:rFonts w:cs="Times New Roman"/>
                <w:sz w:val="16"/>
              </w:rPr>
              <w:t>-11.8596</w:t>
            </w:r>
          </w:p>
        </w:tc>
        <w:tc>
          <w:tcPr>
            <w:tcW w:w="1296" w:type="dxa"/>
            <w:tcMar>
              <w:top w:w="50" w:type="dxa"/>
              <w:left w:w="70" w:type="dxa"/>
              <w:bottom w:w="50" w:type="dxa"/>
              <w:right w:w="70" w:type="dxa"/>
            </w:tcMar>
            <w:vAlign w:val="center"/>
          </w:tcPr>
          <w:p w14:paraId="56EE3CE2"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0CA297BA" w14:textId="77777777" w:rsidR="00F57CE1" w:rsidRDefault="00F57CE1" w:rsidP="00573F18">
            <w:pPr>
              <w:spacing w:after="0" w:line="240" w:lineRule="auto"/>
              <w:jc w:val="right"/>
              <w:rPr>
                <w:rFonts w:cs="Times New Roman"/>
              </w:rPr>
            </w:pPr>
            <w:r>
              <w:rPr>
                <w:rFonts w:cs="Times New Roman"/>
                <w:sz w:val="16"/>
              </w:rPr>
              <w:t>-4.306</w:t>
            </w:r>
          </w:p>
        </w:tc>
      </w:tr>
      <w:tr w:rsidR="00F57CE1" w14:paraId="7883C36D" w14:textId="77777777" w:rsidTr="00573F18">
        <w:trPr>
          <w:jc w:val="center"/>
        </w:trPr>
        <w:tc>
          <w:tcPr>
            <w:tcW w:w="2304" w:type="dxa"/>
            <w:tcMar>
              <w:top w:w="50" w:type="dxa"/>
              <w:left w:w="70" w:type="dxa"/>
              <w:bottom w:w="50" w:type="dxa"/>
              <w:right w:w="70" w:type="dxa"/>
            </w:tcMar>
            <w:vAlign w:val="center"/>
          </w:tcPr>
          <w:p w14:paraId="1B43453C" w14:textId="77777777" w:rsidR="00F57CE1" w:rsidRDefault="00F57CE1" w:rsidP="00573F18">
            <w:pPr>
              <w:spacing w:after="0" w:line="240" w:lineRule="auto"/>
              <w:rPr>
                <w:rFonts w:cs="Times New Roman"/>
              </w:rPr>
            </w:pPr>
            <w:r>
              <w:rPr>
                <w:rFonts w:cs="Times New Roman"/>
                <w:sz w:val="16"/>
              </w:rPr>
              <w:t>ΔlnUrbanPop</w:t>
            </w:r>
          </w:p>
        </w:tc>
        <w:tc>
          <w:tcPr>
            <w:tcW w:w="2016" w:type="dxa"/>
            <w:tcMar>
              <w:top w:w="50" w:type="dxa"/>
              <w:left w:w="70" w:type="dxa"/>
              <w:bottom w:w="50" w:type="dxa"/>
              <w:right w:w="70" w:type="dxa"/>
            </w:tcMar>
            <w:vAlign w:val="center"/>
          </w:tcPr>
          <w:p w14:paraId="7EC3CCD6" w14:textId="77777777" w:rsidR="00F57CE1" w:rsidRDefault="00F57CE1" w:rsidP="00573F18">
            <w:pPr>
              <w:spacing w:after="0" w:line="240" w:lineRule="auto"/>
              <w:jc w:val="right"/>
              <w:rPr>
                <w:rFonts w:cs="Times New Roman"/>
              </w:rPr>
            </w:pPr>
            <w:r>
              <w:rPr>
                <w:rFonts w:cs="Times New Roman"/>
                <w:sz w:val="16"/>
              </w:rPr>
              <w:t>-3.4090</w:t>
            </w:r>
          </w:p>
        </w:tc>
        <w:tc>
          <w:tcPr>
            <w:tcW w:w="1296" w:type="dxa"/>
            <w:tcMar>
              <w:top w:w="50" w:type="dxa"/>
              <w:left w:w="70" w:type="dxa"/>
              <w:bottom w:w="50" w:type="dxa"/>
              <w:right w:w="70" w:type="dxa"/>
            </w:tcMar>
            <w:vAlign w:val="center"/>
          </w:tcPr>
          <w:p w14:paraId="389616DE"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70F8167E" w14:textId="77777777" w:rsidR="00F57CE1" w:rsidRDefault="00F57CE1" w:rsidP="00573F18">
            <w:pPr>
              <w:spacing w:after="0" w:line="240" w:lineRule="auto"/>
              <w:jc w:val="right"/>
              <w:rPr>
                <w:rFonts w:cs="Times New Roman"/>
              </w:rPr>
            </w:pPr>
            <w:r>
              <w:rPr>
                <w:rFonts w:cs="Times New Roman"/>
                <w:sz w:val="16"/>
              </w:rPr>
              <w:t>-3.950</w:t>
            </w:r>
          </w:p>
        </w:tc>
      </w:tr>
      <w:tr w:rsidR="00F57CE1" w14:paraId="3C7CBD14" w14:textId="77777777" w:rsidTr="00573F18">
        <w:trPr>
          <w:jc w:val="center"/>
        </w:trPr>
        <w:tc>
          <w:tcPr>
            <w:tcW w:w="2304" w:type="dxa"/>
            <w:tcMar>
              <w:top w:w="50" w:type="dxa"/>
              <w:left w:w="70" w:type="dxa"/>
              <w:bottom w:w="50" w:type="dxa"/>
              <w:right w:w="70" w:type="dxa"/>
            </w:tcMar>
            <w:vAlign w:val="center"/>
          </w:tcPr>
          <w:p w14:paraId="71ED1CEA" w14:textId="77777777" w:rsidR="00F57CE1" w:rsidRDefault="00F57CE1" w:rsidP="00573F18">
            <w:pPr>
              <w:spacing w:after="0" w:line="240" w:lineRule="auto"/>
              <w:rPr>
                <w:rFonts w:cs="Times New Roman"/>
              </w:rPr>
            </w:pPr>
            <w:r>
              <w:rPr>
                <w:rFonts w:cs="Times New Roman"/>
                <w:sz w:val="16"/>
              </w:rPr>
              <w:t>ΔCPI</w:t>
            </w:r>
          </w:p>
        </w:tc>
        <w:tc>
          <w:tcPr>
            <w:tcW w:w="2016" w:type="dxa"/>
            <w:tcMar>
              <w:top w:w="50" w:type="dxa"/>
              <w:left w:w="70" w:type="dxa"/>
              <w:bottom w:w="50" w:type="dxa"/>
              <w:right w:w="70" w:type="dxa"/>
            </w:tcMar>
            <w:vAlign w:val="center"/>
          </w:tcPr>
          <w:p w14:paraId="307B21A3" w14:textId="77777777" w:rsidR="00F57CE1" w:rsidRDefault="00F57CE1" w:rsidP="00573F18">
            <w:pPr>
              <w:spacing w:after="0" w:line="240" w:lineRule="auto"/>
              <w:jc w:val="right"/>
              <w:rPr>
                <w:rFonts w:cs="Times New Roman"/>
              </w:rPr>
            </w:pPr>
            <w:r>
              <w:rPr>
                <w:rFonts w:cs="Times New Roman"/>
                <w:sz w:val="16"/>
              </w:rPr>
              <w:t>-9.8089</w:t>
            </w:r>
          </w:p>
        </w:tc>
        <w:tc>
          <w:tcPr>
            <w:tcW w:w="1296" w:type="dxa"/>
            <w:tcMar>
              <w:top w:w="50" w:type="dxa"/>
              <w:left w:w="70" w:type="dxa"/>
              <w:bottom w:w="50" w:type="dxa"/>
              <w:right w:w="70" w:type="dxa"/>
            </w:tcMar>
            <w:vAlign w:val="center"/>
          </w:tcPr>
          <w:p w14:paraId="7EC641F4" w14:textId="77777777" w:rsidR="00F57CE1" w:rsidRDefault="00F57CE1" w:rsidP="00573F18">
            <w:pPr>
              <w:spacing w:after="0" w:line="240" w:lineRule="auto"/>
              <w:jc w:val="right"/>
              <w:rPr>
                <w:rFonts w:cs="Times New Roman"/>
              </w:rPr>
            </w:pPr>
            <w:r>
              <w:rPr>
                <w:rFonts w:cs="Times New Roman"/>
                <w:sz w:val="16"/>
              </w:rPr>
              <w:t>&lt;0.001</w:t>
            </w:r>
          </w:p>
        </w:tc>
        <w:tc>
          <w:tcPr>
            <w:tcW w:w="1728" w:type="dxa"/>
            <w:tcMar>
              <w:top w:w="50" w:type="dxa"/>
              <w:left w:w="70" w:type="dxa"/>
              <w:bottom w:w="50" w:type="dxa"/>
              <w:right w:w="70" w:type="dxa"/>
            </w:tcMar>
            <w:vAlign w:val="center"/>
          </w:tcPr>
          <w:p w14:paraId="16DD2262" w14:textId="77777777" w:rsidR="00F57CE1" w:rsidRDefault="00F57CE1" w:rsidP="00573F18">
            <w:pPr>
              <w:spacing w:after="0" w:line="240" w:lineRule="auto"/>
              <w:jc w:val="right"/>
              <w:rPr>
                <w:rFonts w:cs="Times New Roman"/>
              </w:rPr>
            </w:pPr>
            <w:r>
              <w:rPr>
                <w:rFonts w:cs="Times New Roman"/>
                <w:sz w:val="16"/>
              </w:rPr>
              <w:t>-3.526</w:t>
            </w:r>
          </w:p>
        </w:tc>
      </w:tr>
    </w:tbl>
    <w:p w14:paraId="186E79F1"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Panel B: first differences. For the CIPS tests, the 10%, 5%, and 1% critical values are -2.07, -2.17, and -2.34, respectively. Every differenced variable rejects the unit-root null at the 1% level.</w:t>
      </w:r>
    </w:p>
    <w:p w14:paraId="6148C593" w14:textId="77777777" w:rsidR="00F57CE1" w:rsidRDefault="00F57CE1" w:rsidP="00F57CE1">
      <w:pPr>
        <w:pStyle w:val="Heading2"/>
        <w:rPr>
          <w:rFonts w:ascii="Times New Roman" w:hAnsi="Times New Roman" w:cs="Times New Roman"/>
        </w:rPr>
      </w:pPr>
      <w:r>
        <w:rPr>
          <w:rFonts w:ascii="Times New Roman" w:hAnsi="Times New Roman" w:cs="Times New Roman"/>
        </w:rPr>
        <w:t>Table OA.5. Full baseline local-projection results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504"/>
        <w:gridCol w:w="907"/>
        <w:gridCol w:w="893"/>
        <w:gridCol w:w="835"/>
        <w:gridCol w:w="893"/>
        <w:gridCol w:w="1656"/>
        <w:gridCol w:w="1656"/>
        <w:gridCol w:w="1037"/>
        <w:gridCol w:w="893"/>
        <w:gridCol w:w="893"/>
        <w:gridCol w:w="965"/>
        <w:gridCol w:w="1656"/>
        <w:gridCol w:w="1656"/>
        <w:gridCol w:w="648"/>
      </w:tblGrid>
      <w:tr w:rsidR="00F57CE1" w14:paraId="2BB78E3A" w14:textId="77777777" w:rsidTr="00573F18">
        <w:trPr>
          <w:tblHeader/>
          <w:jc w:val="center"/>
        </w:trPr>
        <w:tc>
          <w:tcPr>
            <w:tcW w:w="504" w:type="dxa"/>
            <w:shd w:val="clear" w:color="auto" w:fill="E7E6E6"/>
            <w:tcMar>
              <w:top w:w="50" w:type="dxa"/>
              <w:left w:w="70" w:type="dxa"/>
              <w:bottom w:w="50" w:type="dxa"/>
              <w:right w:w="70" w:type="dxa"/>
            </w:tcMar>
            <w:vAlign w:val="center"/>
          </w:tcPr>
          <w:p w14:paraId="3FD08CFE" w14:textId="77777777" w:rsidR="00F57CE1" w:rsidRDefault="00F57CE1" w:rsidP="00573F18">
            <w:pPr>
              <w:spacing w:after="0" w:line="240" w:lineRule="auto"/>
              <w:jc w:val="center"/>
              <w:rPr>
                <w:rFonts w:cs="Times New Roman"/>
              </w:rPr>
            </w:pPr>
            <w:r>
              <w:rPr>
                <w:rFonts w:cs="Times New Roman"/>
                <w:b/>
                <w:sz w:val="13"/>
              </w:rPr>
              <w:t>h</w:t>
            </w:r>
          </w:p>
        </w:tc>
        <w:tc>
          <w:tcPr>
            <w:tcW w:w="907" w:type="dxa"/>
            <w:shd w:val="clear" w:color="auto" w:fill="E7E6E6"/>
            <w:tcMar>
              <w:top w:w="50" w:type="dxa"/>
              <w:left w:w="70" w:type="dxa"/>
              <w:bottom w:w="50" w:type="dxa"/>
              <w:right w:w="70" w:type="dxa"/>
            </w:tcMar>
            <w:vAlign w:val="center"/>
          </w:tcPr>
          <w:p w14:paraId="3EBDB807" w14:textId="77777777" w:rsidR="00F57CE1" w:rsidRDefault="00F57CE1" w:rsidP="00573F18">
            <w:pPr>
              <w:spacing w:after="0" w:line="240" w:lineRule="auto"/>
              <w:jc w:val="center"/>
              <w:rPr>
                <w:rFonts w:cs="Times New Roman"/>
              </w:rPr>
            </w:pPr>
            <w:r>
              <w:rPr>
                <w:rFonts w:cs="Times New Roman"/>
                <w:b/>
                <w:sz w:val="13"/>
              </w:rPr>
              <w:t>H coef.</w:t>
            </w:r>
          </w:p>
        </w:tc>
        <w:tc>
          <w:tcPr>
            <w:tcW w:w="893" w:type="dxa"/>
            <w:shd w:val="clear" w:color="auto" w:fill="E7E6E6"/>
            <w:tcMar>
              <w:top w:w="50" w:type="dxa"/>
              <w:left w:w="70" w:type="dxa"/>
              <w:bottom w:w="50" w:type="dxa"/>
              <w:right w:w="70" w:type="dxa"/>
            </w:tcMar>
            <w:vAlign w:val="center"/>
          </w:tcPr>
          <w:p w14:paraId="0F49B086" w14:textId="77777777" w:rsidR="00F57CE1" w:rsidRDefault="00F57CE1" w:rsidP="00573F18">
            <w:pPr>
              <w:spacing w:after="0" w:line="240" w:lineRule="auto"/>
              <w:jc w:val="center"/>
              <w:rPr>
                <w:rFonts w:cs="Times New Roman"/>
              </w:rPr>
            </w:pPr>
            <w:r>
              <w:rPr>
                <w:rFonts w:cs="Times New Roman"/>
                <w:b/>
                <w:sz w:val="13"/>
              </w:rPr>
              <w:t>H SE</w:t>
            </w:r>
          </w:p>
        </w:tc>
        <w:tc>
          <w:tcPr>
            <w:tcW w:w="835" w:type="dxa"/>
            <w:shd w:val="clear" w:color="auto" w:fill="E7E6E6"/>
            <w:tcMar>
              <w:top w:w="50" w:type="dxa"/>
              <w:left w:w="70" w:type="dxa"/>
              <w:bottom w:w="50" w:type="dxa"/>
              <w:right w:w="70" w:type="dxa"/>
            </w:tcMar>
            <w:vAlign w:val="center"/>
          </w:tcPr>
          <w:p w14:paraId="1905BF34" w14:textId="77777777" w:rsidR="00F57CE1" w:rsidRDefault="00F57CE1" w:rsidP="00573F18">
            <w:pPr>
              <w:spacing w:after="0" w:line="240" w:lineRule="auto"/>
              <w:jc w:val="center"/>
              <w:rPr>
                <w:rFonts w:cs="Times New Roman"/>
              </w:rPr>
            </w:pPr>
            <w:r>
              <w:rPr>
                <w:rFonts w:cs="Times New Roman"/>
                <w:b/>
                <w:sz w:val="13"/>
              </w:rPr>
              <w:t>H p-cl.</w:t>
            </w:r>
          </w:p>
        </w:tc>
        <w:tc>
          <w:tcPr>
            <w:tcW w:w="893" w:type="dxa"/>
            <w:shd w:val="clear" w:color="auto" w:fill="E7E6E6"/>
            <w:tcMar>
              <w:top w:w="50" w:type="dxa"/>
              <w:left w:w="70" w:type="dxa"/>
              <w:bottom w:w="50" w:type="dxa"/>
              <w:right w:w="70" w:type="dxa"/>
            </w:tcMar>
            <w:vAlign w:val="center"/>
          </w:tcPr>
          <w:p w14:paraId="0C84DC0D" w14:textId="77777777" w:rsidR="00F57CE1" w:rsidRDefault="00F57CE1" w:rsidP="00573F18">
            <w:pPr>
              <w:spacing w:after="0" w:line="240" w:lineRule="auto"/>
              <w:jc w:val="center"/>
              <w:rPr>
                <w:rFonts w:cs="Times New Roman"/>
              </w:rPr>
            </w:pPr>
            <w:r>
              <w:rPr>
                <w:rFonts w:cs="Times New Roman"/>
                <w:b/>
                <w:sz w:val="13"/>
              </w:rPr>
              <w:t>H p-wild</w:t>
            </w:r>
          </w:p>
        </w:tc>
        <w:tc>
          <w:tcPr>
            <w:tcW w:w="1656" w:type="dxa"/>
            <w:shd w:val="clear" w:color="auto" w:fill="E7E6E6"/>
            <w:tcMar>
              <w:top w:w="50" w:type="dxa"/>
              <w:left w:w="70" w:type="dxa"/>
              <w:bottom w:w="50" w:type="dxa"/>
              <w:right w:w="70" w:type="dxa"/>
            </w:tcMar>
            <w:vAlign w:val="center"/>
          </w:tcPr>
          <w:p w14:paraId="5FFA8E00" w14:textId="77777777" w:rsidR="00F57CE1" w:rsidRDefault="00F57CE1" w:rsidP="00573F18">
            <w:pPr>
              <w:spacing w:after="0" w:line="240" w:lineRule="auto"/>
              <w:jc w:val="center"/>
              <w:rPr>
                <w:rFonts w:cs="Times New Roman"/>
              </w:rPr>
            </w:pPr>
            <w:r>
              <w:rPr>
                <w:rFonts w:cs="Times New Roman"/>
                <w:b/>
                <w:sz w:val="13"/>
              </w:rPr>
              <w:t>H 90% CI</w:t>
            </w:r>
          </w:p>
        </w:tc>
        <w:tc>
          <w:tcPr>
            <w:tcW w:w="1656" w:type="dxa"/>
            <w:shd w:val="clear" w:color="auto" w:fill="E7E6E6"/>
            <w:tcMar>
              <w:top w:w="50" w:type="dxa"/>
              <w:left w:w="70" w:type="dxa"/>
              <w:bottom w:w="50" w:type="dxa"/>
              <w:right w:w="70" w:type="dxa"/>
            </w:tcMar>
            <w:vAlign w:val="center"/>
          </w:tcPr>
          <w:p w14:paraId="2A268771" w14:textId="77777777" w:rsidR="00F57CE1" w:rsidRDefault="00F57CE1" w:rsidP="00573F18">
            <w:pPr>
              <w:spacing w:after="0" w:line="240" w:lineRule="auto"/>
              <w:jc w:val="center"/>
              <w:rPr>
                <w:rFonts w:cs="Times New Roman"/>
              </w:rPr>
            </w:pPr>
            <w:r>
              <w:rPr>
                <w:rFonts w:cs="Times New Roman"/>
                <w:b/>
                <w:sz w:val="13"/>
              </w:rPr>
              <w:t>H 95% CI</w:t>
            </w:r>
          </w:p>
        </w:tc>
        <w:tc>
          <w:tcPr>
            <w:tcW w:w="1037" w:type="dxa"/>
            <w:shd w:val="clear" w:color="auto" w:fill="E7E6E6"/>
            <w:tcMar>
              <w:top w:w="50" w:type="dxa"/>
              <w:left w:w="70" w:type="dxa"/>
              <w:bottom w:w="50" w:type="dxa"/>
              <w:right w:w="70" w:type="dxa"/>
            </w:tcMar>
            <w:vAlign w:val="center"/>
          </w:tcPr>
          <w:p w14:paraId="2326D40B" w14:textId="77777777" w:rsidR="00F57CE1" w:rsidRDefault="00F57CE1" w:rsidP="00573F18">
            <w:pPr>
              <w:spacing w:after="0" w:line="240" w:lineRule="auto"/>
              <w:jc w:val="center"/>
              <w:rPr>
                <w:rFonts w:cs="Times New Roman"/>
              </w:rPr>
            </w:pPr>
            <w:r>
              <w:rPr>
                <w:rFonts w:cs="Times New Roman"/>
                <w:b/>
                <w:sz w:val="13"/>
              </w:rPr>
              <w:t>House coef.</w:t>
            </w:r>
          </w:p>
        </w:tc>
        <w:tc>
          <w:tcPr>
            <w:tcW w:w="893" w:type="dxa"/>
            <w:shd w:val="clear" w:color="auto" w:fill="E7E6E6"/>
            <w:tcMar>
              <w:top w:w="50" w:type="dxa"/>
              <w:left w:w="70" w:type="dxa"/>
              <w:bottom w:w="50" w:type="dxa"/>
              <w:right w:w="70" w:type="dxa"/>
            </w:tcMar>
            <w:vAlign w:val="center"/>
          </w:tcPr>
          <w:p w14:paraId="23A1633E" w14:textId="77777777" w:rsidR="00F57CE1" w:rsidRDefault="00F57CE1" w:rsidP="00573F18">
            <w:pPr>
              <w:spacing w:after="0" w:line="240" w:lineRule="auto"/>
              <w:jc w:val="center"/>
              <w:rPr>
                <w:rFonts w:cs="Times New Roman"/>
              </w:rPr>
            </w:pPr>
            <w:r>
              <w:rPr>
                <w:rFonts w:cs="Times New Roman"/>
                <w:b/>
                <w:sz w:val="13"/>
              </w:rPr>
              <w:t>House SE</w:t>
            </w:r>
          </w:p>
        </w:tc>
        <w:tc>
          <w:tcPr>
            <w:tcW w:w="893" w:type="dxa"/>
            <w:shd w:val="clear" w:color="auto" w:fill="E7E6E6"/>
            <w:tcMar>
              <w:top w:w="50" w:type="dxa"/>
              <w:left w:w="70" w:type="dxa"/>
              <w:bottom w:w="50" w:type="dxa"/>
              <w:right w:w="70" w:type="dxa"/>
            </w:tcMar>
            <w:vAlign w:val="center"/>
          </w:tcPr>
          <w:p w14:paraId="016912AD" w14:textId="77777777" w:rsidR="00F57CE1" w:rsidRDefault="00F57CE1" w:rsidP="00573F18">
            <w:pPr>
              <w:spacing w:after="0" w:line="240" w:lineRule="auto"/>
              <w:jc w:val="center"/>
              <w:rPr>
                <w:rFonts w:cs="Times New Roman"/>
              </w:rPr>
            </w:pPr>
            <w:r>
              <w:rPr>
                <w:rFonts w:cs="Times New Roman"/>
                <w:b/>
                <w:sz w:val="13"/>
              </w:rPr>
              <w:t>House p-cl.</w:t>
            </w:r>
          </w:p>
        </w:tc>
        <w:tc>
          <w:tcPr>
            <w:tcW w:w="965" w:type="dxa"/>
            <w:shd w:val="clear" w:color="auto" w:fill="E7E6E6"/>
            <w:tcMar>
              <w:top w:w="50" w:type="dxa"/>
              <w:left w:w="70" w:type="dxa"/>
              <w:bottom w:w="50" w:type="dxa"/>
              <w:right w:w="70" w:type="dxa"/>
            </w:tcMar>
            <w:vAlign w:val="center"/>
          </w:tcPr>
          <w:p w14:paraId="36FE1F76" w14:textId="77777777" w:rsidR="00F57CE1" w:rsidRDefault="00F57CE1" w:rsidP="00573F18">
            <w:pPr>
              <w:spacing w:after="0" w:line="240" w:lineRule="auto"/>
              <w:jc w:val="center"/>
              <w:rPr>
                <w:rFonts w:cs="Times New Roman"/>
              </w:rPr>
            </w:pPr>
            <w:r>
              <w:rPr>
                <w:rFonts w:cs="Times New Roman"/>
                <w:b/>
                <w:sz w:val="13"/>
              </w:rPr>
              <w:t>House p-wild</w:t>
            </w:r>
          </w:p>
        </w:tc>
        <w:tc>
          <w:tcPr>
            <w:tcW w:w="1656" w:type="dxa"/>
            <w:shd w:val="clear" w:color="auto" w:fill="E7E6E6"/>
            <w:tcMar>
              <w:top w:w="50" w:type="dxa"/>
              <w:left w:w="70" w:type="dxa"/>
              <w:bottom w:w="50" w:type="dxa"/>
              <w:right w:w="70" w:type="dxa"/>
            </w:tcMar>
            <w:vAlign w:val="center"/>
          </w:tcPr>
          <w:p w14:paraId="4E09B694" w14:textId="77777777" w:rsidR="00F57CE1" w:rsidRDefault="00F57CE1" w:rsidP="00573F18">
            <w:pPr>
              <w:spacing w:after="0" w:line="240" w:lineRule="auto"/>
              <w:jc w:val="center"/>
              <w:rPr>
                <w:rFonts w:cs="Times New Roman"/>
              </w:rPr>
            </w:pPr>
            <w:r>
              <w:rPr>
                <w:rFonts w:cs="Times New Roman"/>
                <w:b/>
                <w:sz w:val="13"/>
              </w:rPr>
              <w:t>House 90% CI</w:t>
            </w:r>
          </w:p>
        </w:tc>
        <w:tc>
          <w:tcPr>
            <w:tcW w:w="1656" w:type="dxa"/>
            <w:shd w:val="clear" w:color="auto" w:fill="E7E6E6"/>
            <w:tcMar>
              <w:top w:w="50" w:type="dxa"/>
              <w:left w:w="70" w:type="dxa"/>
              <w:bottom w:w="50" w:type="dxa"/>
              <w:right w:w="70" w:type="dxa"/>
            </w:tcMar>
            <w:vAlign w:val="center"/>
          </w:tcPr>
          <w:p w14:paraId="65AE205C" w14:textId="77777777" w:rsidR="00F57CE1" w:rsidRDefault="00F57CE1" w:rsidP="00573F18">
            <w:pPr>
              <w:spacing w:after="0" w:line="240" w:lineRule="auto"/>
              <w:jc w:val="center"/>
              <w:rPr>
                <w:rFonts w:cs="Times New Roman"/>
              </w:rPr>
            </w:pPr>
            <w:r>
              <w:rPr>
                <w:rFonts w:cs="Times New Roman"/>
                <w:b/>
                <w:sz w:val="13"/>
              </w:rPr>
              <w:t>House 95% CI</w:t>
            </w:r>
          </w:p>
        </w:tc>
        <w:tc>
          <w:tcPr>
            <w:tcW w:w="648" w:type="dxa"/>
            <w:shd w:val="clear" w:color="auto" w:fill="E7E6E6"/>
            <w:tcMar>
              <w:top w:w="50" w:type="dxa"/>
              <w:left w:w="70" w:type="dxa"/>
              <w:bottom w:w="50" w:type="dxa"/>
              <w:right w:w="70" w:type="dxa"/>
            </w:tcMar>
            <w:vAlign w:val="center"/>
          </w:tcPr>
          <w:p w14:paraId="641C4608" w14:textId="77777777" w:rsidR="00F57CE1" w:rsidRDefault="00F57CE1" w:rsidP="00573F18">
            <w:pPr>
              <w:spacing w:after="0" w:line="240" w:lineRule="auto"/>
              <w:jc w:val="center"/>
              <w:rPr>
                <w:rFonts w:cs="Times New Roman"/>
              </w:rPr>
            </w:pPr>
            <w:r>
              <w:rPr>
                <w:rFonts w:cs="Times New Roman"/>
                <w:b/>
                <w:sz w:val="13"/>
              </w:rPr>
              <w:t>N</w:t>
            </w:r>
          </w:p>
        </w:tc>
      </w:tr>
      <w:tr w:rsidR="00F57CE1" w14:paraId="7E54BF39" w14:textId="77777777" w:rsidTr="00573F18">
        <w:trPr>
          <w:jc w:val="center"/>
        </w:trPr>
        <w:tc>
          <w:tcPr>
            <w:tcW w:w="504" w:type="dxa"/>
            <w:tcMar>
              <w:top w:w="50" w:type="dxa"/>
              <w:left w:w="70" w:type="dxa"/>
              <w:bottom w:w="50" w:type="dxa"/>
              <w:right w:w="70" w:type="dxa"/>
            </w:tcMar>
            <w:vAlign w:val="center"/>
          </w:tcPr>
          <w:p w14:paraId="3BD8216F" w14:textId="77777777" w:rsidR="00F57CE1" w:rsidRDefault="00F57CE1" w:rsidP="00573F18">
            <w:pPr>
              <w:spacing w:after="0" w:line="240" w:lineRule="auto"/>
              <w:jc w:val="right"/>
              <w:rPr>
                <w:rFonts w:cs="Times New Roman"/>
              </w:rPr>
            </w:pPr>
            <w:r>
              <w:rPr>
                <w:rFonts w:cs="Times New Roman"/>
                <w:sz w:val="13"/>
              </w:rPr>
              <w:t>0</w:t>
            </w:r>
          </w:p>
        </w:tc>
        <w:tc>
          <w:tcPr>
            <w:tcW w:w="907" w:type="dxa"/>
            <w:tcMar>
              <w:top w:w="50" w:type="dxa"/>
              <w:left w:w="70" w:type="dxa"/>
              <w:bottom w:w="50" w:type="dxa"/>
              <w:right w:w="70" w:type="dxa"/>
            </w:tcMar>
            <w:vAlign w:val="center"/>
          </w:tcPr>
          <w:p w14:paraId="6D877B69" w14:textId="77777777" w:rsidR="00F57CE1" w:rsidRDefault="00F57CE1" w:rsidP="00573F18">
            <w:pPr>
              <w:spacing w:after="0" w:line="240" w:lineRule="auto"/>
              <w:jc w:val="right"/>
              <w:rPr>
                <w:rFonts w:cs="Times New Roman"/>
              </w:rPr>
            </w:pPr>
            <w:r>
              <w:rPr>
                <w:rFonts w:cs="Times New Roman"/>
                <w:sz w:val="13"/>
              </w:rPr>
              <w:t>0.0024</w:t>
            </w:r>
          </w:p>
        </w:tc>
        <w:tc>
          <w:tcPr>
            <w:tcW w:w="893" w:type="dxa"/>
            <w:tcMar>
              <w:top w:w="50" w:type="dxa"/>
              <w:left w:w="70" w:type="dxa"/>
              <w:bottom w:w="50" w:type="dxa"/>
              <w:right w:w="70" w:type="dxa"/>
            </w:tcMar>
            <w:vAlign w:val="center"/>
          </w:tcPr>
          <w:p w14:paraId="01964E0E" w14:textId="77777777" w:rsidR="00F57CE1" w:rsidRDefault="00F57CE1" w:rsidP="00573F18">
            <w:pPr>
              <w:spacing w:after="0" w:line="240" w:lineRule="auto"/>
              <w:jc w:val="right"/>
              <w:rPr>
                <w:rFonts w:cs="Times New Roman"/>
              </w:rPr>
            </w:pPr>
            <w:r>
              <w:rPr>
                <w:rFonts w:cs="Times New Roman"/>
                <w:sz w:val="13"/>
              </w:rPr>
              <w:t>0.0031</w:t>
            </w:r>
          </w:p>
        </w:tc>
        <w:tc>
          <w:tcPr>
            <w:tcW w:w="835" w:type="dxa"/>
            <w:tcMar>
              <w:top w:w="50" w:type="dxa"/>
              <w:left w:w="70" w:type="dxa"/>
              <w:bottom w:w="50" w:type="dxa"/>
              <w:right w:w="70" w:type="dxa"/>
            </w:tcMar>
            <w:vAlign w:val="center"/>
          </w:tcPr>
          <w:p w14:paraId="7E3D1991" w14:textId="77777777" w:rsidR="00F57CE1" w:rsidRDefault="00F57CE1" w:rsidP="00573F18">
            <w:pPr>
              <w:spacing w:after="0" w:line="240" w:lineRule="auto"/>
              <w:jc w:val="right"/>
              <w:rPr>
                <w:rFonts w:cs="Times New Roman"/>
              </w:rPr>
            </w:pPr>
            <w:r>
              <w:rPr>
                <w:rFonts w:cs="Times New Roman"/>
                <w:sz w:val="13"/>
              </w:rPr>
              <w:t>0.456</w:t>
            </w:r>
          </w:p>
        </w:tc>
        <w:tc>
          <w:tcPr>
            <w:tcW w:w="893" w:type="dxa"/>
            <w:tcMar>
              <w:top w:w="50" w:type="dxa"/>
              <w:left w:w="70" w:type="dxa"/>
              <w:bottom w:w="50" w:type="dxa"/>
              <w:right w:w="70" w:type="dxa"/>
            </w:tcMar>
            <w:vAlign w:val="center"/>
          </w:tcPr>
          <w:p w14:paraId="090ACF82" w14:textId="77777777" w:rsidR="00F57CE1" w:rsidRDefault="00F57CE1" w:rsidP="00573F18">
            <w:pPr>
              <w:spacing w:after="0" w:line="240" w:lineRule="auto"/>
              <w:jc w:val="right"/>
              <w:rPr>
                <w:rFonts w:cs="Times New Roman"/>
              </w:rPr>
            </w:pPr>
            <w:r>
              <w:rPr>
                <w:rFonts w:cs="Times New Roman"/>
                <w:sz w:val="13"/>
              </w:rPr>
              <w:t>0.473</w:t>
            </w:r>
          </w:p>
        </w:tc>
        <w:tc>
          <w:tcPr>
            <w:tcW w:w="1656" w:type="dxa"/>
            <w:tcMar>
              <w:top w:w="50" w:type="dxa"/>
              <w:left w:w="70" w:type="dxa"/>
              <w:bottom w:w="50" w:type="dxa"/>
              <w:right w:w="70" w:type="dxa"/>
            </w:tcMar>
            <w:vAlign w:val="center"/>
          </w:tcPr>
          <w:p w14:paraId="7EC76898" w14:textId="77777777" w:rsidR="00F57CE1" w:rsidRDefault="00F57CE1" w:rsidP="00573F18">
            <w:pPr>
              <w:spacing w:after="0" w:line="240" w:lineRule="auto"/>
              <w:jc w:val="right"/>
              <w:rPr>
                <w:rFonts w:cs="Times New Roman"/>
              </w:rPr>
            </w:pPr>
            <w:r>
              <w:rPr>
                <w:rFonts w:cs="Times New Roman"/>
                <w:sz w:val="13"/>
              </w:rPr>
              <w:t>[-0.0029, 0.0077]</w:t>
            </w:r>
          </w:p>
        </w:tc>
        <w:tc>
          <w:tcPr>
            <w:tcW w:w="1656" w:type="dxa"/>
            <w:tcMar>
              <w:top w:w="50" w:type="dxa"/>
              <w:left w:w="70" w:type="dxa"/>
              <w:bottom w:w="50" w:type="dxa"/>
              <w:right w:w="70" w:type="dxa"/>
            </w:tcMar>
            <w:vAlign w:val="center"/>
          </w:tcPr>
          <w:p w14:paraId="43047C2A" w14:textId="77777777" w:rsidR="00F57CE1" w:rsidRDefault="00F57CE1" w:rsidP="00573F18">
            <w:pPr>
              <w:spacing w:after="0" w:line="240" w:lineRule="auto"/>
              <w:jc w:val="right"/>
              <w:rPr>
                <w:rFonts w:cs="Times New Roman"/>
              </w:rPr>
            </w:pPr>
            <w:r>
              <w:rPr>
                <w:rFonts w:cs="Times New Roman"/>
                <w:sz w:val="13"/>
              </w:rPr>
              <w:t>[-0.0040, 0.0087]</w:t>
            </w:r>
          </w:p>
        </w:tc>
        <w:tc>
          <w:tcPr>
            <w:tcW w:w="1037" w:type="dxa"/>
            <w:tcMar>
              <w:top w:w="50" w:type="dxa"/>
              <w:left w:w="70" w:type="dxa"/>
              <w:bottom w:w="50" w:type="dxa"/>
              <w:right w:w="70" w:type="dxa"/>
            </w:tcMar>
            <w:vAlign w:val="center"/>
          </w:tcPr>
          <w:p w14:paraId="1E1C354C" w14:textId="77777777" w:rsidR="00F57CE1" w:rsidRDefault="00F57CE1" w:rsidP="00573F18">
            <w:pPr>
              <w:spacing w:after="0" w:line="240" w:lineRule="auto"/>
              <w:jc w:val="right"/>
              <w:rPr>
                <w:rFonts w:cs="Times New Roman"/>
              </w:rPr>
            </w:pPr>
            <w:r>
              <w:rPr>
                <w:rFonts w:cs="Times New Roman"/>
                <w:sz w:val="13"/>
              </w:rPr>
              <w:t>0.0365</w:t>
            </w:r>
          </w:p>
        </w:tc>
        <w:tc>
          <w:tcPr>
            <w:tcW w:w="893" w:type="dxa"/>
            <w:tcMar>
              <w:top w:w="50" w:type="dxa"/>
              <w:left w:w="70" w:type="dxa"/>
              <w:bottom w:w="50" w:type="dxa"/>
              <w:right w:w="70" w:type="dxa"/>
            </w:tcMar>
            <w:vAlign w:val="center"/>
          </w:tcPr>
          <w:p w14:paraId="3B355683" w14:textId="77777777" w:rsidR="00F57CE1" w:rsidRDefault="00F57CE1" w:rsidP="00573F18">
            <w:pPr>
              <w:spacing w:after="0" w:line="240" w:lineRule="auto"/>
              <w:jc w:val="right"/>
              <w:rPr>
                <w:rFonts w:cs="Times New Roman"/>
              </w:rPr>
            </w:pPr>
            <w:r>
              <w:rPr>
                <w:rFonts w:cs="Times New Roman"/>
                <w:sz w:val="13"/>
              </w:rPr>
              <w:t>0.0425</w:t>
            </w:r>
          </w:p>
        </w:tc>
        <w:tc>
          <w:tcPr>
            <w:tcW w:w="893" w:type="dxa"/>
            <w:tcMar>
              <w:top w:w="50" w:type="dxa"/>
              <w:left w:w="70" w:type="dxa"/>
              <w:bottom w:w="50" w:type="dxa"/>
              <w:right w:w="70" w:type="dxa"/>
            </w:tcMar>
            <w:vAlign w:val="center"/>
          </w:tcPr>
          <w:p w14:paraId="0844B862" w14:textId="77777777" w:rsidR="00F57CE1" w:rsidRDefault="00F57CE1" w:rsidP="00573F18">
            <w:pPr>
              <w:spacing w:after="0" w:line="240" w:lineRule="auto"/>
              <w:jc w:val="right"/>
              <w:rPr>
                <w:rFonts w:cs="Times New Roman"/>
              </w:rPr>
            </w:pPr>
            <w:r>
              <w:rPr>
                <w:rFonts w:cs="Times New Roman"/>
                <w:sz w:val="13"/>
              </w:rPr>
              <w:t>0.399</w:t>
            </w:r>
          </w:p>
        </w:tc>
        <w:tc>
          <w:tcPr>
            <w:tcW w:w="965" w:type="dxa"/>
            <w:tcMar>
              <w:top w:w="50" w:type="dxa"/>
              <w:left w:w="70" w:type="dxa"/>
              <w:bottom w:w="50" w:type="dxa"/>
              <w:right w:w="70" w:type="dxa"/>
            </w:tcMar>
            <w:vAlign w:val="center"/>
          </w:tcPr>
          <w:p w14:paraId="4F624471" w14:textId="77777777" w:rsidR="00F57CE1" w:rsidRDefault="00F57CE1" w:rsidP="00573F18">
            <w:pPr>
              <w:spacing w:after="0" w:line="240" w:lineRule="auto"/>
              <w:jc w:val="right"/>
              <w:rPr>
                <w:rFonts w:cs="Times New Roman"/>
              </w:rPr>
            </w:pPr>
            <w:r>
              <w:rPr>
                <w:rFonts w:cs="Times New Roman"/>
                <w:sz w:val="13"/>
              </w:rPr>
              <w:t>0.430</w:t>
            </w:r>
          </w:p>
        </w:tc>
        <w:tc>
          <w:tcPr>
            <w:tcW w:w="1656" w:type="dxa"/>
            <w:tcMar>
              <w:top w:w="50" w:type="dxa"/>
              <w:left w:w="70" w:type="dxa"/>
              <w:bottom w:w="50" w:type="dxa"/>
              <w:right w:w="70" w:type="dxa"/>
            </w:tcMar>
            <w:vAlign w:val="center"/>
          </w:tcPr>
          <w:p w14:paraId="07E88FC7" w14:textId="77777777" w:rsidR="00F57CE1" w:rsidRDefault="00F57CE1" w:rsidP="00573F18">
            <w:pPr>
              <w:spacing w:after="0" w:line="240" w:lineRule="auto"/>
              <w:jc w:val="right"/>
              <w:rPr>
                <w:rFonts w:cs="Times New Roman"/>
              </w:rPr>
            </w:pPr>
            <w:r>
              <w:rPr>
                <w:rFonts w:cs="Times New Roman"/>
                <w:sz w:val="13"/>
              </w:rPr>
              <w:t>[-0.0360, 0.1089]</w:t>
            </w:r>
          </w:p>
        </w:tc>
        <w:tc>
          <w:tcPr>
            <w:tcW w:w="1656" w:type="dxa"/>
            <w:tcMar>
              <w:top w:w="50" w:type="dxa"/>
              <w:left w:w="70" w:type="dxa"/>
              <w:bottom w:w="50" w:type="dxa"/>
              <w:right w:w="70" w:type="dxa"/>
            </w:tcMar>
            <w:vAlign w:val="center"/>
          </w:tcPr>
          <w:p w14:paraId="7FE067E8" w14:textId="77777777" w:rsidR="00F57CE1" w:rsidRDefault="00F57CE1" w:rsidP="00573F18">
            <w:pPr>
              <w:spacing w:after="0" w:line="240" w:lineRule="auto"/>
              <w:jc w:val="right"/>
              <w:rPr>
                <w:rFonts w:cs="Times New Roman"/>
              </w:rPr>
            </w:pPr>
            <w:r>
              <w:rPr>
                <w:rFonts w:cs="Times New Roman"/>
                <w:sz w:val="13"/>
              </w:rPr>
              <w:t>[-0.0508, 0.1238]</w:t>
            </w:r>
          </w:p>
        </w:tc>
        <w:tc>
          <w:tcPr>
            <w:tcW w:w="648" w:type="dxa"/>
            <w:tcMar>
              <w:top w:w="50" w:type="dxa"/>
              <w:left w:w="70" w:type="dxa"/>
              <w:bottom w:w="50" w:type="dxa"/>
              <w:right w:w="70" w:type="dxa"/>
            </w:tcMar>
            <w:vAlign w:val="center"/>
          </w:tcPr>
          <w:p w14:paraId="5EFF2C56" w14:textId="77777777" w:rsidR="00F57CE1" w:rsidRDefault="00F57CE1" w:rsidP="00573F18">
            <w:pPr>
              <w:spacing w:after="0" w:line="240" w:lineRule="auto"/>
              <w:jc w:val="right"/>
              <w:rPr>
                <w:rFonts w:cs="Times New Roman"/>
              </w:rPr>
            </w:pPr>
            <w:r>
              <w:rPr>
                <w:rFonts w:cs="Times New Roman"/>
                <w:sz w:val="13"/>
              </w:rPr>
              <w:t>392</w:t>
            </w:r>
          </w:p>
        </w:tc>
      </w:tr>
      <w:tr w:rsidR="00F57CE1" w14:paraId="5BF54A95" w14:textId="77777777" w:rsidTr="00573F18">
        <w:trPr>
          <w:jc w:val="center"/>
        </w:trPr>
        <w:tc>
          <w:tcPr>
            <w:tcW w:w="504" w:type="dxa"/>
            <w:tcMar>
              <w:top w:w="50" w:type="dxa"/>
              <w:left w:w="70" w:type="dxa"/>
              <w:bottom w:w="50" w:type="dxa"/>
              <w:right w:w="70" w:type="dxa"/>
            </w:tcMar>
            <w:vAlign w:val="center"/>
          </w:tcPr>
          <w:p w14:paraId="1438E1B3" w14:textId="77777777" w:rsidR="00F57CE1" w:rsidRDefault="00F57CE1" w:rsidP="00573F18">
            <w:pPr>
              <w:spacing w:after="0" w:line="240" w:lineRule="auto"/>
              <w:jc w:val="right"/>
              <w:rPr>
                <w:rFonts w:cs="Times New Roman"/>
              </w:rPr>
            </w:pPr>
            <w:r>
              <w:rPr>
                <w:rFonts w:cs="Times New Roman"/>
                <w:sz w:val="13"/>
              </w:rPr>
              <w:t>1</w:t>
            </w:r>
          </w:p>
        </w:tc>
        <w:tc>
          <w:tcPr>
            <w:tcW w:w="907" w:type="dxa"/>
            <w:tcMar>
              <w:top w:w="50" w:type="dxa"/>
              <w:left w:w="70" w:type="dxa"/>
              <w:bottom w:w="50" w:type="dxa"/>
              <w:right w:w="70" w:type="dxa"/>
            </w:tcMar>
            <w:vAlign w:val="center"/>
          </w:tcPr>
          <w:p w14:paraId="65374A65" w14:textId="77777777" w:rsidR="00F57CE1" w:rsidRDefault="00F57CE1" w:rsidP="00573F18">
            <w:pPr>
              <w:spacing w:after="0" w:line="240" w:lineRule="auto"/>
              <w:jc w:val="right"/>
              <w:rPr>
                <w:rFonts w:cs="Times New Roman"/>
              </w:rPr>
            </w:pPr>
            <w:r>
              <w:rPr>
                <w:rFonts w:cs="Times New Roman"/>
                <w:sz w:val="13"/>
              </w:rPr>
              <w:t>0.0007</w:t>
            </w:r>
          </w:p>
        </w:tc>
        <w:tc>
          <w:tcPr>
            <w:tcW w:w="893" w:type="dxa"/>
            <w:tcMar>
              <w:top w:w="50" w:type="dxa"/>
              <w:left w:w="70" w:type="dxa"/>
              <w:bottom w:w="50" w:type="dxa"/>
              <w:right w:w="70" w:type="dxa"/>
            </w:tcMar>
            <w:vAlign w:val="center"/>
          </w:tcPr>
          <w:p w14:paraId="152DF1A4" w14:textId="77777777" w:rsidR="00F57CE1" w:rsidRDefault="00F57CE1" w:rsidP="00573F18">
            <w:pPr>
              <w:spacing w:after="0" w:line="240" w:lineRule="auto"/>
              <w:jc w:val="right"/>
              <w:rPr>
                <w:rFonts w:cs="Times New Roman"/>
              </w:rPr>
            </w:pPr>
            <w:r>
              <w:rPr>
                <w:rFonts w:cs="Times New Roman"/>
                <w:sz w:val="13"/>
              </w:rPr>
              <w:t>0.0056</w:t>
            </w:r>
          </w:p>
        </w:tc>
        <w:tc>
          <w:tcPr>
            <w:tcW w:w="835" w:type="dxa"/>
            <w:tcMar>
              <w:top w:w="50" w:type="dxa"/>
              <w:left w:w="70" w:type="dxa"/>
              <w:bottom w:w="50" w:type="dxa"/>
              <w:right w:w="70" w:type="dxa"/>
            </w:tcMar>
            <w:vAlign w:val="center"/>
          </w:tcPr>
          <w:p w14:paraId="1E9BD81A" w14:textId="77777777" w:rsidR="00F57CE1" w:rsidRDefault="00F57CE1" w:rsidP="00573F18">
            <w:pPr>
              <w:spacing w:after="0" w:line="240" w:lineRule="auto"/>
              <w:jc w:val="right"/>
              <w:rPr>
                <w:rFonts w:cs="Times New Roman"/>
              </w:rPr>
            </w:pPr>
            <w:r>
              <w:rPr>
                <w:rFonts w:cs="Times New Roman"/>
                <w:sz w:val="13"/>
              </w:rPr>
              <w:t>0.909</w:t>
            </w:r>
          </w:p>
        </w:tc>
        <w:tc>
          <w:tcPr>
            <w:tcW w:w="893" w:type="dxa"/>
            <w:tcMar>
              <w:top w:w="50" w:type="dxa"/>
              <w:left w:w="70" w:type="dxa"/>
              <w:bottom w:w="50" w:type="dxa"/>
              <w:right w:w="70" w:type="dxa"/>
            </w:tcMar>
            <w:vAlign w:val="center"/>
          </w:tcPr>
          <w:p w14:paraId="5BBE27C6" w14:textId="77777777" w:rsidR="00F57CE1" w:rsidRDefault="00F57CE1" w:rsidP="00573F18">
            <w:pPr>
              <w:spacing w:after="0" w:line="240" w:lineRule="auto"/>
              <w:jc w:val="right"/>
              <w:rPr>
                <w:rFonts w:cs="Times New Roman"/>
              </w:rPr>
            </w:pPr>
            <w:r>
              <w:rPr>
                <w:rFonts w:cs="Times New Roman"/>
                <w:sz w:val="13"/>
              </w:rPr>
              <w:t>0.928</w:t>
            </w:r>
          </w:p>
        </w:tc>
        <w:tc>
          <w:tcPr>
            <w:tcW w:w="1656" w:type="dxa"/>
            <w:tcMar>
              <w:top w:w="50" w:type="dxa"/>
              <w:left w:w="70" w:type="dxa"/>
              <w:bottom w:w="50" w:type="dxa"/>
              <w:right w:w="70" w:type="dxa"/>
            </w:tcMar>
            <w:vAlign w:val="center"/>
          </w:tcPr>
          <w:p w14:paraId="2908B7F7" w14:textId="77777777" w:rsidR="00F57CE1" w:rsidRDefault="00F57CE1" w:rsidP="00573F18">
            <w:pPr>
              <w:spacing w:after="0" w:line="240" w:lineRule="auto"/>
              <w:jc w:val="right"/>
              <w:rPr>
                <w:rFonts w:cs="Times New Roman"/>
              </w:rPr>
            </w:pPr>
            <w:r>
              <w:rPr>
                <w:rFonts w:cs="Times New Roman"/>
                <w:sz w:val="13"/>
              </w:rPr>
              <w:t>[-0.0089, 0.0102]</w:t>
            </w:r>
          </w:p>
        </w:tc>
        <w:tc>
          <w:tcPr>
            <w:tcW w:w="1656" w:type="dxa"/>
            <w:tcMar>
              <w:top w:w="50" w:type="dxa"/>
              <w:left w:w="70" w:type="dxa"/>
              <w:bottom w:w="50" w:type="dxa"/>
              <w:right w:w="70" w:type="dxa"/>
            </w:tcMar>
            <w:vAlign w:val="center"/>
          </w:tcPr>
          <w:p w14:paraId="4E863AD3" w14:textId="77777777" w:rsidR="00F57CE1" w:rsidRDefault="00F57CE1" w:rsidP="00573F18">
            <w:pPr>
              <w:spacing w:after="0" w:line="240" w:lineRule="auto"/>
              <w:jc w:val="right"/>
              <w:rPr>
                <w:rFonts w:cs="Times New Roman"/>
              </w:rPr>
            </w:pPr>
            <w:r>
              <w:rPr>
                <w:rFonts w:cs="Times New Roman"/>
                <w:sz w:val="13"/>
              </w:rPr>
              <w:t>[-0.0109, 0.0122]</w:t>
            </w:r>
          </w:p>
        </w:tc>
        <w:tc>
          <w:tcPr>
            <w:tcW w:w="1037" w:type="dxa"/>
            <w:tcMar>
              <w:top w:w="50" w:type="dxa"/>
              <w:left w:w="70" w:type="dxa"/>
              <w:bottom w:w="50" w:type="dxa"/>
              <w:right w:w="70" w:type="dxa"/>
            </w:tcMar>
            <w:vAlign w:val="center"/>
          </w:tcPr>
          <w:p w14:paraId="0E8B7E0E" w14:textId="77777777" w:rsidR="00F57CE1" w:rsidRDefault="00F57CE1" w:rsidP="00573F18">
            <w:pPr>
              <w:spacing w:after="0" w:line="240" w:lineRule="auto"/>
              <w:jc w:val="right"/>
              <w:rPr>
                <w:rFonts w:cs="Times New Roman"/>
              </w:rPr>
            </w:pPr>
            <w:r>
              <w:rPr>
                <w:rFonts w:cs="Times New Roman"/>
                <w:sz w:val="13"/>
              </w:rPr>
              <w:t>0.0922</w:t>
            </w:r>
          </w:p>
        </w:tc>
        <w:tc>
          <w:tcPr>
            <w:tcW w:w="893" w:type="dxa"/>
            <w:tcMar>
              <w:top w:w="50" w:type="dxa"/>
              <w:left w:w="70" w:type="dxa"/>
              <w:bottom w:w="50" w:type="dxa"/>
              <w:right w:w="70" w:type="dxa"/>
            </w:tcMar>
            <w:vAlign w:val="center"/>
          </w:tcPr>
          <w:p w14:paraId="186FAAEB" w14:textId="77777777" w:rsidR="00F57CE1" w:rsidRDefault="00F57CE1" w:rsidP="00573F18">
            <w:pPr>
              <w:spacing w:after="0" w:line="240" w:lineRule="auto"/>
              <w:jc w:val="right"/>
              <w:rPr>
                <w:rFonts w:cs="Times New Roman"/>
              </w:rPr>
            </w:pPr>
            <w:r>
              <w:rPr>
                <w:rFonts w:cs="Times New Roman"/>
                <w:sz w:val="13"/>
              </w:rPr>
              <w:t>0.0677</w:t>
            </w:r>
          </w:p>
        </w:tc>
        <w:tc>
          <w:tcPr>
            <w:tcW w:w="893" w:type="dxa"/>
            <w:tcMar>
              <w:top w:w="50" w:type="dxa"/>
              <w:left w:w="70" w:type="dxa"/>
              <w:bottom w:w="50" w:type="dxa"/>
              <w:right w:w="70" w:type="dxa"/>
            </w:tcMar>
            <w:vAlign w:val="center"/>
          </w:tcPr>
          <w:p w14:paraId="0EFCA5F5" w14:textId="77777777" w:rsidR="00F57CE1" w:rsidRDefault="00F57CE1" w:rsidP="00573F18">
            <w:pPr>
              <w:spacing w:after="0" w:line="240" w:lineRule="auto"/>
              <w:jc w:val="right"/>
              <w:rPr>
                <w:rFonts w:cs="Times New Roman"/>
              </w:rPr>
            </w:pPr>
            <w:r>
              <w:rPr>
                <w:rFonts w:cs="Times New Roman"/>
                <w:sz w:val="13"/>
              </w:rPr>
              <w:t>0.184</w:t>
            </w:r>
          </w:p>
        </w:tc>
        <w:tc>
          <w:tcPr>
            <w:tcW w:w="965" w:type="dxa"/>
            <w:tcMar>
              <w:top w:w="50" w:type="dxa"/>
              <w:left w:w="70" w:type="dxa"/>
              <w:bottom w:w="50" w:type="dxa"/>
              <w:right w:w="70" w:type="dxa"/>
            </w:tcMar>
            <w:vAlign w:val="center"/>
          </w:tcPr>
          <w:p w14:paraId="0D775E68" w14:textId="77777777" w:rsidR="00F57CE1" w:rsidRDefault="00F57CE1" w:rsidP="00573F18">
            <w:pPr>
              <w:spacing w:after="0" w:line="240" w:lineRule="auto"/>
              <w:jc w:val="right"/>
              <w:rPr>
                <w:rFonts w:cs="Times New Roman"/>
              </w:rPr>
            </w:pPr>
            <w:r>
              <w:rPr>
                <w:rFonts w:cs="Times New Roman"/>
                <w:sz w:val="13"/>
              </w:rPr>
              <w:t>0.203</w:t>
            </w:r>
          </w:p>
        </w:tc>
        <w:tc>
          <w:tcPr>
            <w:tcW w:w="1656" w:type="dxa"/>
            <w:tcMar>
              <w:top w:w="50" w:type="dxa"/>
              <w:left w:w="70" w:type="dxa"/>
              <w:bottom w:w="50" w:type="dxa"/>
              <w:right w:w="70" w:type="dxa"/>
            </w:tcMar>
            <w:vAlign w:val="center"/>
          </w:tcPr>
          <w:p w14:paraId="376D6A50" w14:textId="77777777" w:rsidR="00F57CE1" w:rsidRDefault="00F57CE1" w:rsidP="00573F18">
            <w:pPr>
              <w:spacing w:after="0" w:line="240" w:lineRule="auto"/>
              <w:jc w:val="right"/>
              <w:rPr>
                <w:rFonts w:cs="Times New Roman"/>
              </w:rPr>
            </w:pPr>
            <w:r>
              <w:rPr>
                <w:rFonts w:cs="Times New Roman"/>
                <w:sz w:val="13"/>
              </w:rPr>
              <w:t>[-0.0231, 0.2075]</w:t>
            </w:r>
          </w:p>
        </w:tc>
        <w:tc>
          <w:tcPr>
            <w:tcW w:w="1656" w:type="dxa"/>
            <w:tcMar>
              <w:top w:w="50" w:type="dxa"/>
              <w:left w:w="70" w:type="dxa"/>
              <w:bottom w:w="50" w:type="dxa"/>
              <w:right w:w="70" w:type="dxa"/>
            </w:tcMar>
            <w:vAlign w:val="center"/>
          </w:tcPr>
          <w:p w14:paraId="7B94512E" w14:textId="77777777" w:rsidR="00F57CE1" w:rsidRDefault="00F57CE1" w:rsidP="00573F18">
            <w:pPr>
              <w:spacing w:after="0" w:line="240" w:lineRule="auto"/>
              <w:jc w:val="right"/>
              <w:rPr>
                <w:rFonts w:cs="Times New Roman"/>
              </w:rPr>
            </w:pPr>
            <w:r>
              <w:rPr>
                <w:rFonts w:cs="Times New Roman"/>
                <w:sz w:val="13"/>
              </w:rPr>
              <w:t>[-0.0467, 0.2311]</w:t>
            </w:r>
          </w:p>
        </w:tc>
        <w:tc>
          <w:tcPr>
            <w:tcW w:w="648" w:type="dxa"/>
            <w:tcMar>
              <w:top w:w="50" w:type="dxa"/>
              <w:left w:w="70" w:type="dxa"/>
              <w:bottom w:w="50" w:type="dxa"/>
              <w:right w:w="70" w:type="dxa"/>
            </w:tcMar>
            <w:vAlign w:val="center"/>
          </w:tcPr>
          <w:p w14:paraId="03FB54EA" w14:textId="77777777" w:rsidR="00F57CE1" w:rsidRDefault="00F57CE1" w:rsidP="00573F18">
            <w:pPr>
              <w:spacing w:after="0" w:line="240" w:lineRule="auto"/>
              <w:jc w:val="right"/>
              <w:rPr>
                <w:rFonts w:cs="Times New Roman"/>
              </w:rPr>
            </w:pPr>
            <w:r>
              <w:rPr>
                <w:rFonts w:cs="Times New Roman"/>
                <w:sz w:val="13"/>
              </w:rPr>
              <w:t>364</w:t>
            </w:r>
          </w:p>
        </w:tc>
      </w:tr>
      <w:tr w:rsidR="00F57CE1" w14:paraId="4247877B" w14:textId="77777777" w:rsidTr="00573F18">
        <w:trPr>
          <w:jc w:val="center"/>
        </w:trPr>
        <w:tc>
          <w:tcPr>
            <w:tcW w:w="504" w:type="dxa"/>
            <w:tcMar>
              <w:top w:w="50" w:type="dxa"/>
              <w:left w:w="70" w:type="dxa"/>
              <w:bottom w:w="50" w:type="dxa"/>
              <w:right w:w="70" w:type="dxa"/>
            </w:tcMar>
            <w:vAlign w:val="center"/>
          </w:tcPr>
          <w:p w14:paraId="6C3B0B18" w14:textId="77777777" w:rsidR="00F57CE1" w:rsidRDefault="00F57CE1" w:rsidP="00573F18">
            <w:pPr>
              <w:spacing w:after="0" w:line="240" w:lineRule="auto"/>
              <w:jc w:val="right"/>
              <w:rPr>
                <w:rFonts w:cs="Times New Roman"/>
              </w:rPr>
            </w:pPr>
            <w:r>
              <w:rPr>
                <w:rFonts w:cs="Times New Roman"/>
                <w:sz w:val="13"/>
              </w:rPr>
              <w:t>2</w:t>
            </w:r>
          </w:p>
        </w:tc>
        <w:tc>
          <w:tcPr>
            <w:tcW w:w="907" w:type="dxa"/>
            <w:tcMar>
              <w:top w:w="50" w:type="dxa"/>
              <w:left w:w="70" w:type="dxa"/>
              <w:bottom w:w="50" w:type="dxa"/>
              <w:right w:w="70" w:type="dxa"/>
            </w:tcMar>
            <w:vAlign w:val="center"/>
          </w:tcPr>
          <w:p w14:paraId="3025972C" w14:textId="77777777" w:rsidR="00F57CE1" w:rsidRDefault="00F57CE1" w:rsidP="00573F18">
            <w:pPr>
              <w:spacing w:after="0" w:line="240" w:lineRule="auto"/>
              <w:jc w:val="right"/>
              <w:rPr>
                <w:rFonts w:cs="Times New Roman"/>
              </w:rPr>
            </w:pPr>
            <w:r>
              <w:rPr>
                <w:rFonts w:cs="Times New Roman"/>
                <w:sz w:val="13"/>
              </w:rPr>
              <w:t>-0.0016</w:t>
            </w:r>
          </w:p>
        </w:tc>
        <w:tc>
          <w:tcPr>
            <w:tcW w:w="893" w:type="dxa"/>
            <w:tcMar>
              <w:top w:w="50" w:type="dxa"/>
              <w:left w:w="70" w:type="dxa"/>
              <w:bottom w:w="50" w:type="dxa"/>
              <w:right w:w="70" w:type="dxa"/>
            </w:tcMar>
            <w:vAlign w:val="center"/>
          </w:tcPr>
          <w:p w14:paraId="2D254BC7" w14:textId="77777777" w:rsidR="00F57CE1" w:rsidRDefault="00F57CE1" w:rsidP="00573F18">
            <w:pPr>
              <w:spacing w:after="0" w:line="240" w:lineRule="auto"/>
              <w:jc w:val="right"/>
              <w:rPr>
                <w:rFonts w:cs="Times New Roman"/>
              </w:rPr>
            </w:pPr>
            <w:r>
              <w:rPr>
                <w:rFonts w:cs="Times New Roman"/>
                <w:sz w:val="13"/>
              </w:rPr>
              <w:t>0.0068</w:t>
            </w:r>
          </w:p>
        </w:tc>
        <w:tc>
          <w:tcPr>
            <w:tcW w:w="835" w:type="dxa"/>
            <w:tcMar>
              <w:top w:w="50" w:type="dxa"/>
              <w:left w:w="70" w:type="dxa"/>
              <w:bottom w:w="50" w:type="dxa"/>
              <w:right w:w="70" w:type="dxa"/>
            </w:tcMar>
            <w:vAlign w:val="center"/>
          </w:tcPr>
          <w:p w14:paraId="0AD8CE23" w14:textId="77777777" w:rsidR="00F57CE1" w:rsidRDefault="00F57CE1" w:rsidP="00573F18">
            <w:pPr>
              <w:spacing w:after="0" w:line="240" w:lineRule="auto"/>
              <w:jc w:val="right"/>
              <w:rPr>
                <w:rFonts w:cs="Times New Roman"/>
              </w:rPr>
            </w:pPr>
            <w:r>
              <w:rPr>
                <w:rFonts w:cs="Times New Roman"/>
                <w:sz w:val="13"/>
              </w:rPr>
              <w:t>0.813</w:t>
            </w:r>
          </w:p>
        </w:tc>
        <w:tc>
          <w:tcPr>
            <w:tcW w:w="893" w:type="dxa"/>
            <w:tcMar>
              <w:top w:w="50" w:type="dxa"/>
              <w:left w:w="70" w:type="dxa"/>
              <w:bottom w:w="50" w:type="dxa"/>
              <w:right w:w="70" w:type="dxa"/>
            </w:tcMar>
            <w:vAlign w:val="center"/>
          </w:tcPr>
          <w:p w14:paraId="3A68DB13" w14:textId="77777777" w:rsidR="00F57CE1" w:rsidRDefault="00F57CE1" w:rsidP="00573F18">
            <w:pPr>
              <w:spacing w:after="0" w:line="240" w:lineRule="auto"/>
              <w:jc w:val="right"/>
              <w:rPr>
                <w:rFonts w:cs="Times New Roman"/>
              </w:rPr>
            </w:pPr>
            <w:r>
              <w:rPr>
                <w:rFonts w:cs="Times New Roman"/>
                <w:sz w:val="13"/>
              </w:rPr>
              <w:t>0.836</w:t>
            </w:r>
          </w:p>
        </w:tc>
        <w:tc>
          <w:tcPr>
            <w:tcW w:w="1656" w:type="dxa"/>
            <w:tcMar>
              <w:top w:w="50" w:type="dxa"/>
              <w:left w:w="70" w:type="dxa"/>
              <w:bottom w:w="50" w:type="dxa"/>
              <w:right w:w="70" w:type="dxa"/>
            </w:tcMar>
            <w:vAlign w:val="center"/>
          </w:tcPr>
          <w:p w14:paraId="63A930E1" w14:textId="77777777" w:rsidR="00F57CE1" w:rsidRDefault="00F57CE1" w:rsidP="00573F18">
            <w:pPr>
              <w:spacing w:after="0" w:line="240" w:lineRule="auto"/>
              <w:jc w:val="right"/>
              <w:rPr>
                <w:rFonts w:cs="Times New Roman"/>
              </w:rPr>
            </w:pPr>
            <w:r>
              <w:rPr>
                <w:rFonts w:cs="Times New Roman"/>
                <w:sz w:val="13"/>
              </w:rPr>
              <w:t>[-0.0132, 0.0099]</w:t>
            </w:r>
          </w:p>
        </w:tc>
        <w:tc>
          <w:tcPr>
            <w:tcW w:w="1656" w:type="dxa"/>
            <w:tcMar>
              <w:top w:w="50" w:type="dxa"/>
              <w:left w:w="70" w:type="dxa"/>
              <w:bottom w:w="50" w:type="dxa"/>
              <w:right w:w="70" w:type="dxa"/>
            </w:tcMar>
            <w:vAlign w:val="center"/>
          </w:tcPr>
          <w:p w14:paraId="6CC524CB" w14:textId="77777777" w:rsidR="00F57CE1" w:rsidRDefault="00F57CE1" w:rsidP="00573F18">
            <w:pPr>
              <w:spacing w:after="0" w:line="240" w:lineRule="auto"/>
              <w:jc w:val="right"/>
              <w:rPr>
                <w:rFonts w:cs="Times New Roman"/>
              </w:rPr>
            </w:pPr>
            <w:r>
              <w:rPr>
                <w:rFonts w:cs="Times New Roman"/>
                <w:sz w:val="13"/>
              </w:rPr>
              <w:t>[-0.0155, 0.0123]</w:t>
            </w:r>
          </w:p>
        </w:tc>
        <w:tc>
          <w:tcPr>
            <w:tcW w:w="1037" w:type="dxa"/>
            <w:tcMar>
              <w:top w:w="50" w:type="dxa"/>
              <w:left w:w="70" w:type="dxa"/>
              <w:bottom w:w="50" w:type="dxa"/>
              <w:right w:w="70" w:type="dxa"/>
            </w:tcMar>
            <w:vAlign w:val="center"/>
          </w:tcPr>
          <w:p w14:paraId="62215FA7" w14:textId="77777777" w:rsidR="00F57CE1" w:rsidRDefault="00F57CE1" w:rsidP="00573F18">
            <w:pPr>
              <w:spacing w:after="0" w:line="240" w:lineRule="auto"/>
              <w:jc w:val="right"/>
              <w:rPr>
                <w:rFonts w:cs="Times New Roman"/>
              </w:rPr>
            </w:pPr>
            <w:r>
              <w:rPr>
                <w:rFonts w:cs="Times New Roman"/>
                <w:sz w:val="13"/>
              </w:rPr>
              <w:t>0.1056</w:t>
            </w:r>
          </w:p>
        </w:tc>
        <w:tc>
          <w:tcPr>
            <w:tcW w:w="893" w:type="dxa"/>
            <w:tcMar>
              <w:top w:w="50" w:type="dxa"/>
              <w:left w:w="70" w:type="dxa"/>
              <w:bottom w:w="50" w:type="dxa"/>
              <w:right w:w="70" w:type="dxa"/>
            </w:tcMar>
            <w:vAlign w:val="center"/>
          </w:tcPr>
          <w:p w14:paraId="355F76B1" w14:textId="77777777" w:rsidR="00F57CE1" w:rsidRDefault="00F57CE1" w:rsidP="00573F18">
            <w:pPr>
              <w:spacing w:after="0" w:line="240" w:lineRule="auto"/>
              <w:jc w:val="right"/>
              <w:rPr>
                <w:rFonts w:cs="Times New Roman"/>
              </w:rPr>
            </w:pPr>
            <w:r>
              <w:rPr>
                <w:rFonts w:cs="Times New Roman"/>
                <w:sz w:val="13"/>
              </w:rPr>
              <w:t>0.0762</w:t>
            </w:r>
          </w:p>
        </w:tc>
        <w:tc>
          <w:tcPr>
            <w:tcW w:w="893" w:type="dxa"/>
            <w:tcMar>
              <w:top w:w="50" w:type="dxa"/>
              <w:left w:w="70" w:type="dxa"/>
              <w:bottom w:w="50" w:type="dxa"/>
              <w:right w:w="70" w:type="dxa"/>
            </w:tcMar>
            <w:vAlign w:val="center"/>
          </w:tcPr>
          <w:p w14:paraId="2A5922CB" w14:textId="77777777" w:rsidR="00F57CE1" w:rsidRDefault="00F57CE1" w:rsidP="00573F18">
            <w:pPr>
              <w:spacing w:after="0" w:line="240" w:lineRule="auto"/>
              <w:jc w:val="right"/>
              <w:rPr>
                <w:rFonts w:cs="Times New Roman"/>
              </w:rPr>
            </w:pPr>
            <w:r>
              <w:rPr>
                <w:rFonts w:cs="Times New Roman"/>
                <w:sz w:val="13"/>
              </w:rPr>
              <w:t>0.177</w:t>
            </w:r>
          </w:p>
        </w:tc>
        <w:tc>
          <w:tcPr>
            <w:tcW w:w="965" w:type="dxa"/>
            <w:tcMar>
              <w:top w:w="50" w:type="dxa"/>
              <w:left w:w="70" w:type="dxa"/>
              <w:bottom w:w="50" w:type="dxa"/>
              <w:right w:w="70" w:type="dxa"/>
            </w:tcMar>
            <w:vAlign w:val="center"/>
          </w:tcPr>
          <w:p w14:paraId="38988BF4" w14:textId="77777777" w:rsidR="00F57CE1" w:rsidRDefault="00F57CE1" w:rsidP="00573F18">
            <w:pPr>
              <w:spacing w:after="0" w:line="240" w:lineRule="auto"/>
              <w:jc w:val="right"/>
              <w:rPr>
                <w:rFonts w:cs="Times New Roman"/>
              </w:rPr>
            </w:pPr>
            <w:r>
              <w:rPr>
                <w:rFonts w:cs="Times New Roman"/>
                <w:sz w:val="13"/>
              </w:rPr>
              <w:t>0.217</w:t>
            </w:r>
          </w:p>
        </w:tc>
        <w:tc>
          <w:tcPr>
            <w:tcW w:w="1656" w:type="dxa"/>
            <w:tcMar>
              <w:top w:w="50" w:type="dxa"/>
              <w:left w:w="70" w:type="dxa"/>
              <w:bottom w:w="50" w:type="dxa"/>
              <w:right w:w="70" w:type="dxa"/>
            </w:tcMar>
            <w:vAlign w:val="center"/>
          </w:tcPr>
          <w:p w14:paraId="4F3DF10C" w14:textId="77777777" w:rsidR="00F57CE1" w:rsidRDefault="00F57CE1" w:rsidP="00573F18">
            <w:pPr>
              <w:spacing w:after="0" w:line="240" w:lineRule="auto"/>
              <w:jc w:val="right"/>
              <w:rPr>
                <w:rFonts w:cs="Times New Roman"/>
              </w:rPr>
            </w:pPr>
            <w:r>
              <w:rPr>
                <w:rFonts w:cs="Times New Roman"/>
                <w:sz w:val="13"/>
              </w:rPr>
              <w:t>[-0.0242, 0.2354]</w:t>
            </w:r>
          </w:p>
        </w:tc>
        <w:tc>
          <w:tcPr>
            <w:tcW w:w="1656" w:type="dxa"/>
            <w:tcMar>
              <w:top w:w="50" w:type="dxa"/>
              <w:left w:w="70" w:type="dxa"/>
              <w:bottom w:w="50" w:type="dxa"/>
              <w:right w:w="70" w:type="dxa"/>
            </w:tcMar>
            <w:vAlign w:val="center"/>
          </w:tcPr>
          <w:p w14:paraId="1655384C" w14:textId="77777777" w:rsidR="00F57CE1" w:rsidRDefault="00F57CE1" w:rsidP="00573F18">
            <w:pPr>
              <w:spacing w:after="0" w:line="240" w:lineRule="auto"/>
              <w:jc w:val="right"/>
              <w:rPr>
                <w:rFonts w:cs="Times New Roman"/>
              </w:rPr>
            </w:pPr>
            <w:r>
              <w:rPr>
                <w:rFonts w:cs="Times New Roman"/>
                <w:sz w:val="13"/>
              </w:rPr>
              <w:t>[-0.0508, 0.2620]</w:t>
            </w:r>
          </w:p>
        </w:tc>
        <w:tc>
          <w:tcPr>
            <w:tcW w:w="648" w:type="dxa"/>
            <w:tcMar>
              <w:top w:w="50" w:type="dxa"/>
              <w:left w:w="70" w:type="dxa"/>
              <w:bottom w:w="50" w:type="dxa"/>
              <w:right w:w="70" w:type="dxa"/>
            </w:tcMar>
            <w:vAlign w:val="center"/>
          </w:tcPr>
          <w:p w14:paraId="5E5D7467" w14:textId="77777777" w:rsidR="00F57CE1" w:rsidRDefault="00F57CE1" w:rsidP="00573F18">
            <w:pPr>
              <w:spacing w:after="0" w:line="240" w:lineRule="auto"/>
              <w:jc w:val="right"/>
              <w:rPr>
                <w:rFonts w:cs="Times New Roman"/>
              </w:rPr>
            </w:pPr>
            <w:r>
              <w:rPr>
                <w:rFonts w:cs="Times New Roman"/>
                <w:sz w:val="13"/>
              </w:rPr>
              <w:t>336</w:t>
            </w:r>
          </w:p>
        </w:tc>
      </w:tr>
      <w:tr w:rsidR="00F57CE1" w14:paraId="11857716" w14:textId="77777777" w:rsidTr="00573F18">
        <w:trPr>
          <w:jc w:val="center"/>
        </w:trPr>
        <w:tc>
          <w:tcPr>
            <w:tcW w:w="504" w:type="dxa"/>
            <w:tcMar>
              <w:top w:w="50" w:type="dxa"/>
              <w:left w:w="70" w:type="dxa"/>
              <w:bottom w:w="50" w:type="dxa"/>
              <w:right w:w="70" w:type="dxa"/>
            </w:tcMar>
            <w:vAlign w:val="center"/>
          </w:tcPr>
          <w:p w14:paraId="4D256162" w14:textId="77777777" w:rsidR="00F57CE1" w:rsidRDefault="00F57CE1" w:rsidP="00573F18">
            <w:pPr>
              <w:spacing w:after="0" w:line="240" w:lineRule="auto"/>
              <w:jc w:val="right"/>
              <w:rPr>
                <w:rFonts w:cs="Times New Roman"/>
              </w:rPr>
            </w:pPr>
            <w:r>
              <w:rPr>
                <w:rFonts w:cs="Times New Roman"/>
                <w:sz w:val="13"/>
              </w:rPr>
              <w:t>3</w:t>
            </w:r>
          </w:p>
        </w:tc>
        <w:tc>
          <w:tcPr>
            <w:tcW w:w="907" w:type="dxa"/>
            <w:tcMar>
              <w:top w:w="50" w:type="dxa"/>
              <w:left w:w="70" w:type="dxa"/>
              <w:bottom w:w="50" w:type="dxa"/>
              <w:right w:w="70" w:type="dxa"/>
            </w:tcMar>
            <w:vAlign w:val="center"/>
          </w:tcPr>
          <w:p w14:paraId="2E15D56D" w14:textId="77777777" w:rsidR="00F57CE1" w:rsidRDefault="00F57CE1" w:rsidP="00573F18">
            <w:pPr>
              <w:spacing w:after="0" w:line="240" w:lineRule="auto"/>
              <w:jc w:val="right"/>
              <w:rPr>
                <w:rFonts w:cs="Times New Roman"/>
              </w:rPr>
            </w:pPr>
            <w:r>
              <w:rPr>
                <w:rFonts w:cs="Times New Roman"/>
                <w:sz w:val="13"/>
              </w:rPr>
              <w:t>-0.0120</w:t>
            </w:r>
          </w:p>
        </w:tc>
        <w:tc>
          <w:tcPr>
            <w:tcW w:w="893" w:type="dxa"/>
            <w:tcMar>
              <w:top w:w="50" w:type="dxa"/>
              <w:left w:w="70" w:type="dxa"/>
              <w:bottom w:w="50" w:type="dxa"/>
              <w:right w:w="70" w:type="dxa"/>
            </w:tcMar>
            <w:vAlign w:val="center"/>
          </w:tcPr>
          <w:p w14:paraId="16A994DC" w14:textId="77777777" w:rsidR="00F57CE1" w:rsidRDefault="00F57CE1" w:rsidP="00573F18">
            <w:pPr>
              <w:spacing w:after="0" w:line="240" w:lineRule="auto"/>
              <w:jc w:val="right"/>
              <w:rPr>
                <w:rFonts w:cs="Times New Roman"/>
              </w:rPr>
            </w:pPr>
            <w:r>
              <w:rPr>
                <w:rFonts w:cs="Times New Roman"/>
                <w:sz w:val="13"/>
              </w:rPr>
              <w:t>0.0071</w:t>
            </w:r>
          </w:p>
        </w:tc>
        <w:tc>
          <w:tcPr>
            <w:tcW w:w="835" w:type="dxa"/>
            <w:tcMar>
              <w:top w:w="50" w:type="dxa"/>
              <w:left w:w="70" w:type="dxa"/>
              <w:bottom w:w="50" w:type="dxa"/>
              <w:right w:w="70" w:type="dxa"/>
            </w:tcMar>
            <w:vAlign w:val="center"/>
          </w:tcPr>
          <w:p w14:paraId="02C082BC" w14:textId="77777777" w:rsidR="00F57CE1" w:rsidRDefault="00F57CE1" w:rsidP="00573F18">
            <w:pPr>
              <w:spacing w:after="0" w:line="240" w:lineRule="auto"/>
              <w:jc w:val="right"/>
              <w:rPr>
                <w:rFonts w:cs="Times New Roman"/>
              </w:rPr>
            </w:pPr>
            <w:r>
              <w:rPr>
                <w:rFonts w:cs="Times New Roman"/>
                <w:sz w:val="13"/>
              </w:rPr>
              <w:t>0.105</w:t>
            </w:r>
          </w:p>
        </w:tc>
        <w:tc>
          <w:tcPr>
            <w:tcW w:w="893" w:type="dxa"/>
            <w:tcMar>
              <w:top w:w="50" w:type="dxa"/>
              <w:left w:w="70" w:type="dxa"/>
              <w:bottom w:w="50" w:type="dxa"/>
              <w:right w:w="70" w:type="dxa"/>
            </w:tcMar>
            <w:vAlign w:val="center"/>
          </w:tcPr>
          <w:p w14:paraId="2E640C5D" w14:textId="77777777" w:rsidR="00F57CE1" w:rsidRDefault="00F57CE1" w:rsidP="00573F18">
            <w:pPr>
              <w:spacing w:after="0" w:line="240" w:lineRule="auto"/>
              <w:jc w:val="right"/>
              <w:rPr>
                <w:rFonts w:cs="Times New Roman"/>
              </w:rPr>
            </w:pPr>
            <w:r>
              <w:rPr>
                <w:rFonts w:cs="Times New Roman"/>
                <w:sz w:val="13"/>
              </w:rPr>
              <w:t>0.140</w:t>
            </w:r>
          </w:p>
        </w:tc>
        <w:tc>
          <w:tcPr>
            <w:tcW w:w="1656" w:type="dxa"/>
            <w:tcMar>
              <w:top w:w="50" w:type="dxa"/>
              <w:left w:w="70" w:type="dxa"/>
              <w:bottom w:w="50" w:type="dxa"/>
              <w:right w:w="70" w:type="dxa"/>
            </w:tcMar>
            <w:vAlign w:val="center"/>
          </w:tcPr>
          <w:p w14:paraId="4F3B09C1" w14:textId="77777777" w:rsidR="00F57CE1" w:rsidRDefault="00F57CE1" w:rsidP="00573F18">
            <w:pPr>
              <w:spacing w:after="0" w:line="240" w:lineRule="auto"/>
              <w:jc w:val="right"/>
              <w:rPr>
                <w:rFonts w:cs="Times New Roman"/>
              </w:rPr>
            </w:pPr>
            <w:r>
              <w:rPr>
                <w:rFonts w:cs="Times New Roman"/>
                <w:sz w:val="13"/>
              </w:rPr>
              <w:t>[-0.0241, 0.0002]</w:t>
            </w:r>
          </w:p>
        </w:tc>
        <w:tc>
          <w:tcPr>
            <w:tcW w:w="1656" w:type="dxa"/>
            <w:tcMar>
              <w:top w:w="50" w:type="dxa"/>
              <w:left w:w="70" w:type="dxa"/>
              <w:bottom w:w="50" w:type="dxa"/>
              <w:right w:w="70" w:type="dxa"/>
            </w:tcMar>
            <w:vAlign w:val="center"/>
          </w:tcPr>
          <w:p w14:paraId="26F203E9" w14:textId="77777777" w:rsidR="00F57CE1" w:rsidRDefault="00F57CE1" w:rsidP="00573F18">
            <w:pPr>
              <w:spacing w:after="0" w:line="240" w:lineRule="auto"/>
              <w:jc w:val="right"/>
              <w:rPr>
                <w:rFonts w:cs="Times New Roman"/>
              </w:rPr>
            </w:pPr>
            <w:r>
              <w:rPr>
                <w:rFonts w:cs="Times New Roman"/>
                <w:sz w:val="13"/>
              </w:rPr>
              <w:t>[-0.0266, 0.0027]</w:t>
            </w:r>
          </w:p>
        </w:tc>
        <w:tc>
          <w:tcPr>
            <w:tcW w:w="1037" w:type="dxa"/>
            <w:tcMar>
              <w:top w:w="50" w:type="dxa"/>
              <w:left w:w="70" w:type="dxa"/>
              <w:bottom w:w="50" w:type="dxa"/>
              <w:right w:w="70" w:type="dxa"/>
            </w:tcMar>
            <w:vAlign w:val="center"/>
          </w:tcPr>
          <w:p w14:paraId="2D8CD078" w14:textId="77777777" w:rsidR="00F57CE1" w:rsidRDefault="00F57CE1" w:rsidP="00573F18">
            <w:pPr>
              <w:spacing w:after="0" w:line="240" w:lineRule="auto"/>
              <w:jc w:val="right"/>
              <w:rPr>
                <w:rFonts w:cs="Times New Roman"/>
              </w:rPr>
            </w:pPr>
            <w:r>
              <w:rPr>
                <w:rFonts w:cs="Times New Roman"/>
                <w:sz w:val="13"/>
              </w:rPr>
              <w:t>0.1193</w:t>
            </w:r>
          </w:p>
        </w:tc>
        <w:tc>
          <w:tcPr>
            <w:tcW w:w="893" w:type="dxa"/>
            <w:tcMar>
              <w:top w:w="50" w:type="dxa"/>
              <w:left w:w="70" w:type="dxa"/>
              <w:bottom w:w="50" w:type="dxa"/>
              <w:right w:w="70" w:type="dxa"/>
            </w:tcMar>
            <w:vAlign w:val="center"/>
          </w:tcPr>
          <w:p w14:paraId="0E2668BC" w14:textId="77777777" w:rsidR="00F57CE1" w:rsidRDefault="00F57CE1" w:rsidP="00573F18">
            <w:pPr>
              <w:spacing w:after="0" w:line="240" w:lineRule="auto"/>
              <w:jc w:val="right"/>
              <w:rPr>
                <w:rFonts w:cs="Times New Roman"/>
              </w:rPr>
            </w:pPr>
            <w:r>
              <w:rPr>
                <w:rFonts w:cs="Times New Roman"/>
                <w:sz w:val="13"/>
              </w:rPr>
              <w:t>0.0876</w:t>
            </w:r>
          </w:p>
        </w:tc>
        <w:tc>
          <w:tcPr>
            <w:tcW w:w="893" w:type="dxa"/>
            <w:tcMar>
              <w:top w:w="50" w:type="dxa"/>
              <w:left w:w="70" w:type="dxa"/>
              <w:bottom w:w="50" w:type="dxa"/>
              <w:right w:w="70" w:type="dxa"/>
            </w:tcMar>
            <w:vAlign w:val="center"/>
          </w:tcPr>
          <w:p w14:paraId="728C9F4E" w14:textId="77777777" w:rsidR="00F57CE1" w:rsidRDefault="00F57CE1" w:rsidP="00573F18">
            <w:pPr>
              <w:spacing w:after="0" w:line="240" w:lineRule="auto"/>
              <w:jc w:val="right"/>
              <w:rPr>
                <w:rFonts w:cs="Times New Roman"/>
              </w:rPr>
            </w:pPr>
            <w:r>
              <w:rPr>
                <w:rFonts w:cs="Times New Roman"/>
                <w:sz w:val="13"/>
              </w:rPr>
              <w:t>0.184</w:t>
            </w:r>
          </w:p>
        </w:tc>
        <w:tc>
          <w:tcPr>
            <w:tcW w:w="965" w:type="dxa"/>
            <w:tcMar>
              <w:top w:w="50" w:type="dxa"/>
              <w:left w:w="70" w:type="dxa"/>
              <w:bottom w:w="50" w:type="dxa"/>
              <w:right w:w="70" w:type="dxa"/>
            </w:tcMar>
            <w:vAlign w:val="center"/>
          </w:tcPr>
          <w:p w14:paraId="17C85738" w14:textId="77777777" w:rsidR="00F57CE1" w:rsidRDefault="00F57CE1" w:rsidP="00573F18">
            <w:pPr>
              <w:spacing w:after="0" w:line="240" w:lineRule="auto"/>
              <w:jc w:val="right"/>
              <w:rPr>
                <w:rFonts w:cs="Times New Roman"/>
              </w:rPr>
            </w:pPr>
            <w:r>
              <w:rPr>
                <w:rFonts w:cs="Times New Roman"/>
                <w:sz w:val="13"/>
              </w:rPr>
              <w:t>0.238</w:t>
            </w:r>
          </w:p>
        </w:tc>
        <w:tc>
          <w:tcPr>
            <w:tcW w:w="1656" w:type="dxa"/>
            <w:tcMar>
              <w:top w:w="50" w:type="dxa"/>
              <w:left w:w="70" w:type="dxa"/>
              <w:bottom w:w="50" w:type="dxa"/>
              <w:right w:w="70" w:type="dxa"/>
            </w:tcMar>
            <w:vAlign w:val="center"/>
          </w:tcPr>
          <w:p w14:paraId="7BC6B7C3" w14:textId="77777777" w:rsidR="00F57CE1" w:rsidRDefault="00F57CE1" w:rsidP="00573F18">
            <w:pPr>
              <w:spacing w:after="0" w:line="240" w:lineRule="auto"/>
              <w:jc w:val="right"/>
              <w:rPr>
                <w:rFonts w:cs="Times New Roman"/>
              </w:rPr>
            </w:pPr>
            <w:r>
              <w:rPr>
                <w:rFonts w:cs="Times New Roman"/>
                <w:sz w:val="13"/>
              </w:rPr>
              <w:t>[-0.0298, 0.2685]</w:t>
            </w:r>
          </w:p>
        </w:tc>
        <w:tc>
          <w:tcPr>
            <w:tcW w:w="1656" w:type="dxa"/>
            <w:tcMar>
              <w:top w:w="50" w:type="dxa"/>
              <w:left w:w="70" w:type="dxa"/>
              <w:bottom w:w="50" w:type="dxa"/>
              <w:right w:w="70" w:type="dxa"/>
            </w:tcMar>
            <w:vAlign w:val="center"/>
          </w:tcPr>
          <w:p w14:paraId="1184AB6E" w14:textId="77777777" w:rsidR="00F57CE1" w:rsidRDefault="00F57CE1" w:rsidP="00573F18">
            <w:pPr>
              <w:spacing w:after="0" w:line="240" w:lineRule="auto"/>
              <w:jc w:val="right"/>
              <w:rPr>
                <w:rFonts w:cs="Times New Roman"/>
              </w:rPr>
            </w:pPr>
            <w:r>
              <w:rPr>
                <w:rFonts w:cs="Times New Roman"/>
                <w:sz w:val="13"/>
              </w:rPr>
              <w:t>[-0.0603, 0.2990]</w:t>
            </w:r>
          </w:p>
        </w:tc>
        <w:tc>
          <w:tcPr>
            <w:tcW w:w="648" w:type="dxa"/>
            <w:tcMar>
              <w:top w:w="50" w:type="dxa"/>
              <w:left w:w="70" w:type="dxa"/>
              <w:bottom w:w="50" w:type="dxa"/>
              <w:right w:w="70" w:type="dxa"/>
            </w:tcMar>
            <w:vAlign w:val="center"/>
          </w:tcPr>
          <w:p w14:paraId="29B14A8B" w14:textId="77777777" w:rsidR="00F57CE1" w:rsidRDefault="00F57CE1" w:rsidP="00573F18">
            <w:pPr>
              <w:spacing w:after="0" w:line="240" w:lineRule="auto"/>
              <w:jc w:val="right"/>
              <w:rPr>
                <w:rFonts w:cs="Times New Roman"/>
              </w:rPr>
            </w:pPr>
            <w:r>
              <w:rPr>
                <w:rFonts w:cs="Times New Roman"/>
                <w:sz w:val="13"/>
              </w:rPr>
              <w:t>308</w:t>
            </w:r>
          </w:p>
        </w:tc>
      </w:tr>
      <w:tr w:rsidR="00F57CE1" w14:paraId="789A8E59" w14:textId="77777777" w:rsidTr="00573F18">
        <w:trPr>
          <w:jc w:val="center"/>
        </w:trPr>
        <w:tc>
          <w:tcPr>
            <w:tcW w:w="504" w:type="dxa"/>
            <w:tcMar>
              <w:top w:w="50" w:type="dxa"/>
              <w:left w:w="70" w:type="dxa"/>
              <w:bottom w:w="50" w:type="dxa"/>
              <w:right w:w="70" w:type="dxa"/>
            </w:tcMar>
            <w:vAlign w:val="center"/>
          </w:tcPr>
          <w:p w14:paraId="4836507F" w14:textId="77777777" w:rsidR="00F57CE1" w:rsidRDefault="00F57CE1" w:rsidP="00573F18">
            <w:pPr>
              <w:spacing w:after="0" w:line="240" w:lineRule="auto"/>
              <w:jc w:val="right"/>
              <w:rPr>
                <w:rFonts w:cs="Times New Roman"/>
              </w:rPr>
            </w:pPr>
            <w:r>
              <w:rPr>
                <w:rFonts w:cs="Times New Roman"/>
                <w:sz w:val="13"/>
              </w:rPr>
              <w:t>4</w:t>
            </w:r>
          </w:p>
        </w:tc>
        <w:tc>
          <w:tcPr>
            <w:tcW w:w="907" w:type="dxa"/>
            <w:tcMar>
              <w:top w:w="50" w:type="dxa"/>
              <w:left w:w="70" w:type="dxa"/>
              <w:bottom w:w="50" w:type="dxa"/>
              <w:right w:w="70" w:type="dxa"/>
            </w:tcMar>
            <w:vAlign w:val="center"/>
          </w:tcPr>
          <w:p w14:paraId="66BAF93E" w14:textId="77777777" w:rsidR="00F57CE1" w:rsidRDefault="00F57CE1" w:rsidP="00573F18">
            <w:pPr>
              <w:spacing w:after="0" w:line="240" w:lineRule="auto"/>
              <w:jc w:val="right"/>
              <w:rPr>
                <w:rFonts w:cs="Times New Roman"/>
              </w:rPr>
            </w:pPr>
            <w:r>
              <w:rPr>
                <w:rFonts w:cs="Times New Roman"/>
                <w:sz w:val="13"/>
              </w:rPr>
              <w:t>-0.0138</w:t>
            </w:r>
          </w:p>
        </w:tc>
        <w:tc>
          <w:tcPr>
            <w:tcW w:w="893" w:type="dxa"/>
            <w:tcMar>
              <w:top w:w="50" w:type="dxa"/>
              <w:left w:w="70" w:type="dxa"/>
              <w:bottom w:w="50" w:type="dxa"/>
              <w:right w:w="70" w:type="dxa"/>
            </w:tcMar>
            <w:vAlign w:val="center"/>
          </w:tcPr>
          <w:p w14:paraId="2DF8A8F3" w14:textId="77777777" w:rsidR="00F57CE1" w:rsidRDefault="00F57CE1" w:rsidP="00573F18">
            <w:pPr>
              <w:spacing w:after="0" w:line="240" w:lineRule="auto"/>
              <w:jc w:val="right"/>
              <w:rPr>
                <w:rFonts w:cs="Times New Roman"/>
              </w:rPr>
            </w:pPr>
            <w:r>
              <w:rPr>
                <w:rFonts w:cs="Times New Roman"/>
                <w:sz w:val="13"/>
              </w:rPr>
              <w:t>0.0075</w:t>
            </w:r>
          </w:p>
        </w:tc>
        <w:tc>
          <w:tcPr>
            <w:tcW w:w="835" w:type="dxa"/>
            <w:tcMar>
              <w:top w:w="50" w:type="dxa"/>
              <w:left w:w="70" w:type="dxa"/>
              <w:bottom w:w="50" w:type="dxa"/>
              <w:right w:w="70" w:type="dxa"/>
            </w:tcMar>
            <w:vAlign w:val="center"/>
          </w:tcPr>
          <w:p w14:paraId="37763B8F" w14:textId="77777777" w:rsidR="00F57CE1" w:rsidRDefault="00F57CE1" w:rsidP="00573F18">
            <w:pPr>
              <w:spacing w:after="0" w:line="240" w:lineRule="auto"/>
              <w:jc w:val="right"/>
              <w:rPr>
                <w:rFonts w:cs="Times New Roman"/>
              </w:rPr>
            </w:pPr>
            <w:r>
              <w:rPr>
                <w:rFonts w:cs="Times New Roman"/>
                <w:sz w:val="13"/>
              </w:rPr>
              <w:t>0.078</w:t>
            </w:r>
          </w:p>
        </w:tc>
        <w:tc>
          <w:tcPr>
            <w:tcW w:w="893" w:type="dxa"/>
            <w:tcMar>
              <w:top w:w="50" w:type="dxa"/>
              <w:left w:w="70" w:type="dxa"/>
              <w:bottom w:w="50" w:type="dxa"/>
              <w:right w:w="70" w:type="dxa"/>
            </w:tcMar>
            <w:vAlign w:val="center"/>
          </w:tcPr>
          <w:p w14:paraId="4DD7A927" w14:textId="77777777" w:rsidR="00F57CE1" w:rsidRDefault="00F57CE1" w:rsidP="00573F18">
            <w:pPr>
              <w:spacing w:after="0" w:line="240" w:lineRule="auto"/>
              <w:jc w:val="right"/>
              <w:rPr>
                <w:rFonts w:cs="Times New Roman"/>
              </w:rPr>
            </w:pPr>
            <w:r>
              <w:rPr>
                <w:rFonts w:cs="Times New Roman"/>
                <w:sz w:val="13"/>
              </w:rPr>
              <w:t>0.081</w:t>
            </w:r>
          </w:p>
        </w:tc>
        <w:tc>
          <w:tcPr>
            <w:tcW w:w="1656" w:type="dxa"/>
            <w:tcMar>
              <w:top w:w="50" w:type="dxa"/>
              <w:left w:w="70" w:type="dxa"/>
              <w:bottom w:w="50" w:type="dxa"/>
              <w:right w:w="70" w:type="dxa"/>
            </w:tcMar>
            <w:vAlign w:val="center"/>
          </w:tcPr>
          <w:p w14:paraId="65810C97" w14:textId="77777777" w:rsidR="00F57CE1" w:rsidRDefault="00F57CE1" w:rsidP="00573F18">
            <w:pPr>
              <w:spacing w:after="0" w:line="240" w:lineRule="auto"/>
              <w:jc w:val="right"/>
              <w:rPr>
                <w:rFonts w:cs="Times New Roman"/>
              </w:rPr>
            </w:pPr>
            <w:r>
              <w:rPr>
                <w:rFonts w:cs="Times New Roman"/>
                <w:sz w:val="13"/>
              </w:rPr>
              <w:t>[-0.0267, -0.0010]</w:t>
            </w:r>
          </w:p>
        </w:tc>
        <w:tc>
          <w:tcPr>
            <w:tcW w:w="1656" w:type="dxa"/>
            <w:tcMar>
              <w:top w:w="50" w:type="dxa"/>
              <w:left w:w="70" w:type="dxa"/>
              <w:bottom w:w="50" w:type="dxa"/>
              <w:right w:w="70" w:type="dxa"/>
            </w:tcMar>
            <w:vAlign w:val="center"/>
          </w:tcPr>
          <w:p w14:paraId="22CCEB60" w14:textId="77777777" w:rsidR="00F57CE1" w:rsidRDefault="00F57CE1" w:rsidP="00573F18">
            <w:pPr>
              <w:spacing w:after="0" w:line="240" w:lineRule="auto"/>
              <w:jc w:val="right"/>
              <w:rPr>
                <w:rFonts w:cs="Times New Roman"/>
              </w:rPr>
            </w:pPr>
            <w:r>
              <w:rPr>
                <w:rFonts w:cs="Times New Roman"/>
                <w:sz w:val="13"/>
              </w:rPr>
              <w:t>[-0.0293, 0.0016]</w:t>
            </w:r>
          </w:p>
        </w:tc>
        <w:tc>
          <w:tcPr>
            <w:tcW w:w="1037" w:type="dxa"/>
            <w:tcMar>
              <w:top w:w="50" w:type="dxa"/>
              <w:left w:w="70" w:type="dxa"/>
              <w:bottom w:w="50" w:type="dxa"/>
              <w:right w:w="70" w:type="dxa"/>
            </w:tcMar>
            <w:vAlign w:val="center"/>
          </w:tcPr>
          <w:p w14:paraId="2A6E98A5" w14:textId="77777777" w:rsidR="00F57CE1" w:rsidRDefault="00F57CE1" w:rsidP="00573F18">
            <w:pPr>
              <w:spacing w:after="0" w:line="240" w:lineRule="auto"/>
              <w:jc w:val="right"/>
              <w:rPr>
                <w:rFonts w:cs="Times New Roman"/>
              </w:rPr>
            </w:pPr>
            <w:r>
              <w:rPr>
                <w:rFonts w:cs="Times New Roman"/>
                <w:sz w:val="13"/>
              </w:rPr>
              <w:t>0.1839</w:t>
            </w:r>
          </w:p>
        </w:tc>
        <w:tc>
          <w:tcPr>
            <w:tcW w:w="893" w:type="dxa"/>
            <w:tcMar>
              <w:top w:w="50" w:type="dxa"/>
              <w:left w:w="70" w:type="dxa"/>
              <w:bottom w:w="50" w:type="dxa"/>
              <w:right w:w="70" w:type="dxa"/>
            </w:tcMar>
            <w:vAlign w:val="center"/>
          </w:tcPr>
          <w:p w14:paraId="6FE2B274" w14:textId="77777777" w:rsidR="00F57CE1" w:rsidRDefault="00F57CE1" w:rsidP="00573F18">
            <w:pPr>
              <w:spacing w:after="0" w:line="240" w:lineRule="auto"/>
              <w:jc w:val="right"/>
              <w:rPr>
                <w:rFonts w:cs="Times New Roman"/>
              </w:rPr>
            </w:pPr>
            <w:r>
              <w:rPr>
                <w:rFonts w:cs="Times New Roman"/>
                <w:sz w:val="13"/>
              </w:rPr>
              <w:t>0.1017</w:t>
            </w:r>
          </w:p>
        </w:tc>
        <w:tc>
          <w:tcPr>
            <w:tcW w:w="893" w:type="dxa"/>
            <w:tcMar>
              <w:top w:w="50" w:type="dxa"/>
              <w:left w:w="70" w:type="dxa"/>
              <w:bottom w:w="50" w:type="dxa"/>
              <w:right w:w="70" w:type="dxa"/>
            </w:tcMar>
            <w:vAlign w:val="center"/>
          </w:tcPr>
          <w:p w14:paraId="66E4F50A" w14:textId="77777777" w:rsidR="00F57CE1" w:rsidRDefault="00F57CE1" w:rsidP="00573F18">
            <w:pPr>
              <w:spacing w:after="0" w:line="240" w:lineRule="auto"/>
              <w:jc w:val="right"/>
              <w:rPr>
                <w:rFonts w:cs="Times New Roman"/>
              </w:rPr>
            </w:pPr>
            <w:r>
              <w:rPr>
                <w:rFonts w:cs="Times New Roman"/>
                <w:sz w:val="13"/>
              </w:rPr>
              <w:t>0.082</w:t>
            </w:r>
          </w:p>
        </w:tc>
        <w:tc>
          <w:tcPr>
            <w:tcW w:w="965" w:type="dxa"/>
            <w:tcMar>
              <w:top w:w="50" w:type="dxa"/>
              <w:left w:w="70" w:type="dxa"/>
              <w:bottom w:w="50" w:type="dxa"/>
              <w:right w:w="70" w:type="dxa"/>
            </w:tcMar>
            <w:vAlign w:val="center"/>
          </w:tcPr>
          <w:p w14:paraId="789965DC" w14:textId="77777777" w:rsidR="00F57CE1" w:rsidRDefault="00F57CE1" w:rsidP="00573F18">
            <w:pPr>
              <w:spacing w:after="0" w:line="240" w:lineRule="auto"/>
              <w:jc w:val="right"/>
              <w:rPr>
                <w:rFonts w:cs="Times New Roman"/>
              </w:rPr>
            </w:pPr>
            <w:r>
              <w:rPr>
                <w:rFonts w:cs="Times New Roman"/>
                <w:sz w:val="13"/>
              </w:rPr>
              <w:t>0.129</w:t>
            </w:r>
          </w:p>
        </w:tc>
        <w:tc>
          <w:tcPr>
            <w:tcW w:w="1656" w:type="dxa"/>
            <w:tcMar>
              <w:top w:w="50" w:type="dxa"/>
              <w:left w:w="70" w:type="dxa"/>
              <w:bottom w:w="50" w:type="dxa"/>
              <w:right w:w="70" w:type="dxa"/>
            </w:tcMar>
            <w:vAlign w:val="center"/>
          </w:tcPr>
          <w:p w14:paraId="2FE591F9" w14:textId="77777777" w:rsidR="00F57CE1" w:rsidRDefault="00F57CE1" w:rsidP="00573F18">
            <w:pPr>
              <w:spacing w:after="0" w:line="240" w:lineRule="auto"/>
              <w:jc w:val="right"/>
              <w:rPr>
                <w:rFonts w:cs="Times New Roman"/>
              </w:rPr>
            </w:pPr>
            <w:r>
              <w:rPr>
                <w:rFonts w:cs="Times New Roman"/>
                <w:sz w:val="13"/>
              </w:rPr>
              <w:t>[0.0107, 0.3572]</w:t>
            </w:r>
          </w:p>
        </w:tc>
        <w:tc>
          <w:tcPr>
            <w:tcW w:w="1656" w:type="dxa"/>
            <w:tcMar>
              <w:top w:w="50" w:type="dxa"/>
              <w:left w:w="70" w:type="dxa"/>
              <w:bottom w:w="50" w:type="dxa"/>
              <w:right w:w="70" w:type="dxa"/>
            </w:tcMar>
            <w:vAlign w:val="center"/>
          </w:tcPr>
          <w:p w14:paraId="151DCA69" w14:textId="77777777" w:rsidR="00F57CE1" w:rsidRDefault="00F57CE1" w:rsidP="00573F18">
            <w:pPr>
              <w:spacing w:after="0" w:line="240" w:lineRule="auto"/>
              <w:jc w:val="right"/>
              <w:rPr>
                <w:rFonts w:cs="Times New Roman"/>
              </w:rPr>
            </w:pPr>
            <w:r>
              <w:rPr>
                <w:rFonts w:cs="Times New Roman"/>
                <w:sz w:val="13"/>
              </w:rPr>
              <w:t>[-0.0247, 0.3926]</w:t>
            </w:r>
          </w:p>
        </w:tc>
        <w:tc>
          <w:tcPr>
            <w:tcW w:w="648" w:type="dxa"/>
            <w:tcMar>
              <w:top w:w="50" w:type="dxa"/>
              <w:left w:w="70" w:type="dxa"/>
              <w:bottom w:w="50" w:type="dxa"/>
              <w:right w:w="70" w:type="dxa"/>
            </w:tcMar>
            <w:vAlign w:val="center"/>
          </w:tcPr>
          <w:p w14:paraId="32EAE687" w14:textId="77777777" w:rsidR="00F57CE1" w:rsidRDefault="00F57CE1" w:rsidP="00573F18">
            <w:pPr>
              <w:spacing w:after="0" w:line="240" w:lineRule="auto"/>
              <w:jc w:val="right"/>
              <w:rPr>
                <w:rFonts w:cs="Times New Roman"/>
              </w:rPr>
            </w:pPr>
            <w:r>
              <w:rPr>
                <w:rFonts w:cs="Times New Roman"/>
                <w:sz w:val="13"/>
              </w:rPr>
              <w:t>280</w:t>
            </w:r>
          </w:p>
        </w:tc>
      </w:tr>
      <w:tr w:rsidR="00F57CE1" w14:paraId="2F5CCABE" w14:textId="77777777" w:rsidTr="00573F18">
        <w:trPr>
          <w:jc w:val="center"/>
        </w:trPr>
        <w:tc>
          <w:tcPr>
            <w:tcW w:w="504" w:type="dxa"/>
            <w:tcMar>
              <w:top w:w="50" w:type="dxa"/>
              <w:left w:w="70" w:type="dxa"/>
              <w:bottom w:w="50" w:type="dxa"/>
              <w:right w:w="70" w:type="dxa"/>
            </w:tcMar>
            <w:vAlign w:val="center"/>
          </w:tcPr>
          <w:p w14:paraId="5C53ED35" w14:textId="77777777" w:rsidR="00F57CE1" w:rsidRDefault="00F57CE1" w:rsidP="00573F18">
            <w:pPr>
              <w:spacing w:after="0" w:line="240" w:lineRule="auto"/>
              <w:jc w:val="right"/>
              <w:rPr>
                <w:rFonts w:cs="Times New Roman"/>
              </w:rPr>
            </w:pPr>
            <w:r>
              <w:rPr>
                <w:rFonts w:cs="Times New Roman"/>
                <w:sz w:val="13"/>
              </w:rPr>
              <w:t>5</w:t>
            </w:r>
          </w:p>
        </w:tc>
        <w:tc>
          <w:tcPr>
            <w:tcW w:w="907" w:type="dxa"/>
            <w:tcMar>
              <w:top w:w="50" w:type="dxa"/>
              <w:left w:w="70" w:type="dxa"/>
              <w:bottom w:w="50" w:type="dxa"/>
              <w:right w:w="70" w:type="dxa"/>
            </w:tcMar>
            <w:vAlign w:val="center"/>
          </w:tcPr>
          <w:p w14:paraId="1ABFF448" w14:textId="77777777" w:rsidR="00F57CE1" w:rsidRDefault="00F57CE1" w:rsidP="00573F18">
            <w:pPr>
              <w:spacing w:after="0" w:line="240" w:lineRule="auto"/>
              <w:jc w:val="right"/>
              <w:rPr>
                <w:rFonts w:cs="Times New Roman"/>
              </w:rPr>
            </w:pPr>
            <w:r>
              <w:rPr>
                <w:rFonts w:cs="Times New Roman"/>
                <w:sz w:val="13"/>
              </w:rPr>
              <w:t>-0.0097</w:t>
            </w:r>
          </w:p>
        </w:tc>
        <w:tc>
          <w:tcPr>
            <w:tcW w:w="893" w:type="dxa"/>
            <w:tcMar>
              <w:top w:w="50" w:type="dxa"/>
              <w:left w:w="70" w:type="dxa"/>
              <w:bottom w:w="50" w:type="dxa"/>
              <w:right w:w="70" w:type="dxa"/>
            </w:tcMar>
            <w:vAlign w:val="center"/>
          </w:tcPr>
          <w:p w14:paraId="510B2275" w14:textId="77777777" w:rsidR="00F57CE1" w:rsidRDefault="00F57CE1" w:rsidP="00573F18">
            <w:pPr>
              <w:spacing w:after="0" w:line="240" w:lineRule="auto"/>
              <w:jc w:val="right"/>
              <w:rPr>
                <w:rFonts w:cs="Times New Roman"/>
              </w:rPr>
            </w:pPr>
            <w:r>
              <w:rPr>
                <w:rFonts w:cs="Times New Roman"/>
                <w:sz w:val="13"/>
              </w:rPr>
              <w:t>0.0085</w:t>
            </w:r>
          </w:p>
        </w:tc>
        <w:tc>
          <w:tcPr>
            <w:tcW w:w="835" w:type="dxa"/>
            <w:tcMar>
              <w:top w:w="50" w:type="dxa"/>
              <w:left w:w="70" w:type="dxa"/>
              <w:bottom w:w="50" w:type="dxa"/>
              <w:right w:w="70" w:type="dxa"/>
            </w:tcMar>
            <w:vAlign w:val="center"/>
          </w:tcPr>
          <w:p w14:paraId="3335B41A" w14:textId="77777777" w:rsidR="00F57CE1" w:rsidRDefault="00F57CE1" w:rsidP="00573F18">
            <w:pPr>
              <w:spacing w:after="0" w:line="240" w:lineRule="auto"/>
              <w:jc w:val="right"/>
              <w:rPr>
                <w:rFonts w:cs="Times New Roman"/>
              </w:rPr>
            </w:pPr>
            <w:r>
              <w:rPr>
                <w:rFonts w:cs="Times New Roman"/>
                <w:sz w:val="13"/>
              </w:rPr>
              <w:t>0.261</w:t>
            </w:r>
          </w:p>
        </w:tc>
        <w:tc>
          <w:tcPr>
            <w:tcW w:w="893" w:type="dxa"/>
            <w:tcMar>
              <w:top w:w="50" w:type="dxa"/>
              <w:left w:w="70" w:type="dxa"/>
              <w:bottom w:w="50" w:type="dxa"/>
              <w:right w:w="70" w:type="dxa"/>
            </w:tcMar>
            <w:vAlign w:val="center"/>
          </w:tcPr>
          <w:p w14:paraId="2E4B1BDE" w14:textId="77777777" w:rsidR="00F57CE1" w:rsidRDefault="00F57CE1" w:rsidP="00573F18">
            <w:pPr>
              <w:spacing w:after="0" w:line="240" w:lineRule="auto"/>
              <w:jc w:val="right"/>
              <w:rPr>
                <w:rFonts w:cs="Times New Roman"/>
              </w:rPr>
            </w:pPr>
            <w:r>
              <w:rPr>
                <w:rFonts w:cs="Times New Roman"/>
                <w:sz w:val="13"/>
              </w:rPr>
              <w:t>0.287</w:t>
            </w:r>
          </w:p>
        </w:tc>
        <w:tc>
          <w:tcPr>
            <w:tcW w:w="1656" w:type="dxa"/>
            <w:tcMar>
              <w:top w:w="50" w:type="dxa"/>
              <w:left w:w="70" w:type="dxa"/>
              <w:bottom w:w="50" w:type="dxa"/>
              <w:right w:w="70" w:type="dxa"/>
            </w:tcMar>
            <w:vAlign w:val="center"/>
          </w:tcPr>
          <w:p w14:paraId="1278E5FF" w14:textId="77777777" w:rsidR="00F57CE1" w:rsidRDefault="00F57CE1" w:rsidP="00573F18">
            <w:pPr>
              <w:spacing w:after="0" w:line="240" w:lineRule="auto"/>
              <w:jc w:val="right"/>
              <w:rPr>
                <w:rFonts w:cs="Times New Roman"/>
              </w:rPr>
            </w:pPr>
            <w:r>
              <w:rPr>
                <w:rFonts w:cs="Times New Roman"/>
                <w:sz w:val="13"/>
              </w:rPr>
              <w:t>[-0.0241, 0.0047]</w:t>
            </w:r>
          </w:p>
        </w:tc>
        <w:tc>
          <w:tcPr>
            <w:tcW w:w="1656" w:type="dxa"/>
            <w:tcMar>
              <w:top w:w="50" w:type="dxa"/>
              <w:left w:w="70" w:type="dxa"/>
              <w:bottom w:w="50" w:type="dxa"/>
              <w:right w:w="70" w:type="dxa"/>
            </w:tcMar>
            <w:vAlign w:val="center"/>
          </w:tcPr>
          <w:p w14:paraId="431C3304" w14:textId="77777777" w:rsidR="00F57CE1" w:rsidRDefault="00F57CE1" w:rsidP="00573F18">
            <w:pPr>
              <w:spacing w:after="0" w:line="240" w:lineRule="auto"/>
              <w:jc w:val="right"/>
              <w:rPr>
                <w:rFonts w:cs="Times New Roman"/>
              </w:rPr>
            </w:pPr>
            <w:r>
              <w:rPr>
                <w:rFonts w:cs="Times New Roman"/>
                <w:sz w:val="13"/>
              </w:rPr>
              <w:t>[-0.0271, 0.0076]</w:t>
            </w:r>
          </w:p>
        </w:tc>
        <w:tc>
          <w:tcPr>
            <w:tcW w:w="1037" w:type="dxa"/>
            <w:tcMar>
              <w:top w:w="50" w:type="dxa"/>
              <w:left w:w="70" w:type="dxa"/>
              <w:bottom w:w="50" w:type="dxa"/>
              <w:right w:w="70" w:type="dxa"/>
            </w:tcMar>
            <w:vAlign w:val="center"/>
          </w:tcPr>
          <w:p w14:paraId="2BDDEFF4" w14:textId="77777777" w:rsidR="00F57CE1" w:rsidRDefault="00F57CE1" w:rsidP="00573F18">
            <w:pPr>
              <w:spacing w:after="0" w:line="240" w:lineRule="auto"/>
              <w:jc w:val="right"/>
              <w:rPr>
                <w:rFonts w:cs="Times New Roman"/>
              </w:rPr>
            </w:pPr>
            <w:r>
              <w:rPr>
                <w:rFonts w:cs="Times New Roman"/>
                <w:sz w:val="13"/>
              </w:rPr>
              <w:t>0.1666</w:t>
            </w:r>
          </w:p>
        </w:tc>
        <w:tc>
          <w:tcPr>
            <w:tcW w:w="893" w:type="dxa"/>
            <w:tcMar>
              <w:top w:w="50" w:type="dxa"/>
              <w:left w:w="70" w:type="dxa"/>
              <w:bottom w:w="50" w:type="dxa"/>
              <w:right w:w="70" w:type="dxa"/>
            </w:tcMar>
            <w:vAlign w:val="center"/>
          </w:tcPr>
          <w:p w14:paraId="7C4B32C3" w14:textId="77777777" w:rsidR="00F57CE1" w:rsidRDefault="00F57CE1" w:rsidP="00573F18">
            <w:pPr>
              <w:spacing w:after="0" w:line="240" w:lineRule="auto"/>
              <w:jc w:val="right"/>
              <w:rPr>
                <w:rFonts w:cs="Times New Roman"/>
              </w:rPr>
            </w:pPr>
            <w:r>
              <w:rPr>
                <w:rFonts w:cs="Times New Roman"/>
                <w:sz w:val="13"/>
              </w:rPr>
              <w:t>0.1232</w:t>
            </w:r>
          </w:p>
        </w:tc>
        <w:tc>
          <w:tcPr>
            <w:tcW w:w="893" w:type="dxa"/>
            <w:tcMar>
              <w:top w:w="50" w:type="dxa"/>
              <w:left w:w="70" w:type="dxa"/>
              <w:bottom w:w="50" w:type="dxa"/>
              <w:right w:w="70" w:type="dxa"/>
            </w:tcMar>
            <w:vAlign w:val="center"/>
          </w:tcPr>
          <w:p w14:paraId="6BE75BD9" w14:textId="77777777" w:rsidR="00F57CE1" w:rsidRDefault="00F57CE1" w:rsidP="00573F18">
            <w:pPr>
              <w:spacing w:after="0" w:line="240" w:lineRule="auto"/>
              <w:jc w:val="right"/>
              <w:rPr>
                <w:rFonts w:cs="Times New Roman"/>
              </w:rPr>
            </w:pPr>
            <w:r>
              <w:rPr>
                <w:rFonts w:cs="Times New Roman"/>
                <w:sz w:val="13"/>
              </w:rPr>
              <w:t>0.187</w:t>
            </w:r>
          </w:p>
        </w:tc>
        <w:tc>
          <w:tcPr>
            <w:tcW w:w="965" w:type="dxa"/>
            <w:tcMar>
              <w:top w:w="50" w:type="dxa"/>
              <w:left w:w="70" w:type="dxa"/>
              <w:bottom w:w="50" w:type="dxa"/>
              <w:right w:w="70" w:type="dxa"/>
            </w:tcMar>
            <w:vAlign w:val="center"/>
          </w:tcPr>
          <w:p w14:paraId="25BB7B29" w14:textId="77777777" w:rsidR="00F57CE1" w:rsidRDefault="00F57CE1" w:rsidP="00573F18">
            <w:pPr>
              <w:spacing w:after="0" w:line="240" w:lineRule="auto"/>
              <w:jc w:val="right"/>
              <w:rPr>
                <w:rFonts w:cs="Times New Roman"/>
              </w:rPr>
            </w:pPr>
            <w:r>
              <w:rPr>
                <w:rFonts w:cs="Times New Roman"/>
                <w:sz w:val="13"/>
              </w:rPr>
              <w:t>0.215</w:t>
            </w:r>
          </w:p>
        </w:tc>
        <w:tc>
          <w:tcPr>
            <w:tcW w:w="1656" w:type="dxa"/>
            <w:tcMar>
              <w:top w:w="50" w:type="dxa"/>
              <w:left w:w="70" w:type="dxa"/>
              <w:bottom w:w="50" w:type="dxa"/>
              <w:right w:w="70" w:type="dxa"/>
            </w:tcMar>
            <w:vAlign w:val="center"/>
          </w:tcPr>
          <w:p w14:paraId="247099F4" w14:textId="77777777" w:rsidR="00F57CE1" w:rsidRDefault="00F57CE1" w:rsidP="00573F18">
            <w:pPr>
              <w:spacing w:after="0" w:line="240" w:lineRule="auto"/>
              <w:jc w:val="right"/>
              <w:rPr>
                <w:rFonts w:cs="Times New Roman"/>
              </w:rPr>
            </w:pPr>
            <w:r>
              <w:rPr>
                <w:rFonts w:cs="Times New Roman"/>
                <w:sz w:val="13"/>
              </w:rPr>
              <w:t>[-0.0432, 0.3764]</w:t>
            </w:r>
          </w:p>
        </w:tc>
        <w:tc>
          <w:tcPr>
            <w:tcW w:w="1656" w:type="dxa"/>
            <w:tcMar>
              <w:top w:w="50" w:type="dxa"/>
              <w:left w:w="70" w:type="dxa"/>
              <w:bottom w:w="50" w:type="dxa"/>
              <w:right w:w="70" w:type="dxa"/>
            </w:tcMar>
            <w:vAlign w:val="center"/>
          </w:tcPr>
          <w:p w14:paraId="0ECEF91D" w14:textId="77777777" w:rsidR="00F57CE1" w:rsidRDefault="00F57CE1" w:rsidP="00573F18">
            <w:pPr>
              <w:spacing w:after="0" w:line="240" w:lineRule="auto"/>
              <w:jc w:val="right"/>
              <w:rPr>
                <w:rFonts w:cs="Times New Roman"/>
              </w:rPr>
            </w:pPr>
            <w:r>
              <w:rPr>
                <w:rFonts w:cs="Times New Roman"/>
                <w:sz w:val="13"/>
              </w:rPr>
              <w:t>[-0.0861, 0.4193]</w:t>
            </w:r>
          </w:p>
        </w:tc>
        <w:tc>
          <w:tcPr>
            <w:tcW w:w="648" w:type="dxa"/>
            <w:tcMar>
              <w:top w:w="50" w:type="dxa"/>
              <w:left w:w="70" w:type="dxa"/>
              <w:bottom w:w="50" w:type="dxa"/>
              <w:right w:w="70" w:type="dxa"/>
            </w:tcMar>
            <w:vAlign w:val="center"/>
          </w:tcPr>
          <w:p w14:paraId="35378E59" w14:textId="77777777" w:rsidR="00F57CE1" w:rsidRDefault="00F57CE1" w:rsidP="00573F18">
            <w:pPr>
              <w:spacing w:after="0" w:line="240" w:lineRule="auto"/>
              <w:jc w:val="right"/>
              <w:rPr>
                <w:rFonts w:cs="Times New Roman"/>
              </w:rPr>
            </w:pPr>
            <w:r>
              <w:rPr>
                <w:rFonts w:cs="Times New Roman"/>
                <w:sz w:val="13"/>
              </w:rPr>
              <w:t>252</w:t>
            </w:r>
          </w:p>
        </w:tc>
      </w:tr>
    </w:tbl>
    <w:p w14:paraId="15DAAFC5"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H denotes the coefficient on Δh; House denotes the coefficient on ΔlnHouse_pc. Human-capital percentage responses in the main text equal 100 x H coefficient for a one-percentage-point change in h. For House, because both outcome and focal regressor are in logs, the coefficient is approximately the percentage productivity response to a 1% increase in residential investment per capita. Clustered and wild-bootstrap inference are shown together.</w:t>
      </w:r>
    </w:p>
    <w:p w14:paraId="0195DCC1" w14:textId="77777777" w:rsidR="00F57CE1" w:rsidRDefault="00F57CE1" w:rsidP="00F57CE1">
      <w:pPr>
        <w:pStyle w:val="Heading2"/>
        <w:rPr>
          <w:rFonts w:ascii="Times New Roman" w:hAnsi="Times New Roman" w:cs="Times New Roman"/>
        </w:rPr>
      </w:pPr>
      <w:r>
        <w:rPr>
          <w:rFonts w:ascii="Times New Roman" w:hAnsi="Times New Roman" w:cs="Times New Roman"/>
        </w:rPr>
        <w:lastRenderedPageBreak/>
        <w:t>Table OA.6. Horizon-by-horizon robustness results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2592"/>
        <w:gridCol w:w="504"/>
        <w:gridCol w:w="1656"/>
        <w:gridCol w:w="1008"/>
        <w:gridCol w:w="936"/>
        <w:gridCol w:w="1512"/>
        <w:gridCol w:w="1008"/>
        <w:gridCol w:w="936"/>
        <w:gridCol w:w="648"/>
      </w:tblGrid>
      <w:tr w:rsidR="00F57CE1" w14:paraId="07E5732D" w14:textId="77777777" w:rsidTr="00573F18">
        <w:trPr>
          <w:tblHeader/>
          <w:jc w:val="center"/>
        </w:trPr>
        <w:tc>
          <w:tcPr>
            <w:tcW w:w="2592" w:type="dxa"/>
            <w:shd w:val="clear" w:color="auto" w:fill="E7E6E6"/>
            <w:tcMar>
              <w:top w:w="50" w:type="dxa"/>
              <w:left w:w="70" w:type="dxa"/>
              <w:bottom w:w="50" w:type="dxa"/>
              <w:right w:w="70" w:type="dxa"/>
            </w:tcMar>
            <w:vAlign w:val="center"/>
          </w:tcPr>
          <w:p w14:paraId="6D4296D3" w14:textId="77777777" w:rsidR="00F57CE1" w:rsidRDefault="00F57CE1" w:rsidP="00573F18">
            <w:pPr>
              <w:spacing w:after="0" w:line="240" w:lineRule="auto"/>
              <w:jc w:val="center"/>
              <w:rPr>
                <w:rFonts w:cs="Times New Roman"/>
              </w:rPr>
            </w:pPr>
            <w:r>
              <w:rPr>
                <w:rFonts w:cs="Times New Roman"/>
                <w:b/>
                <w:sz w:val="14"/>
              </w:rPr>
              <w:t>Specification</w:t>
            </w:r>
          </w:p>
        </w:tc>
        <w:tc>
          <w:tcPr>
            <w:tcW w:w="504" w:type="dxa"/>
            <w:shd w:val="clear" w:color="auto" w:fill="E7E6E6"/>
            <w:tcMar>
              <w:top w:w="50" w:type="dxa"/>
              <w:left w:w="70" w:type="dxa"/>
              <w:bottom w:w="50" w:type="dxa"/>
              <w:right w:w="70" w:type="dxa"/>
            </w:tcMar>
            <w:vAlign w:val="center"/>
          </w:tcPr>
          <w:p w14:paraId="2EA11E22" w14:textId="77777777" w:rsidR="00F57CE1" w:rsidRDefault="00F57CE1" w:rsidP="00573F18">
            <w:pPr>
              <w:spacing w:after="0" w:line="240" w:lineRule="auto"/>
              <w:jc w:val="center"/>
              <w:rPr>
                <w:rFonts w:cs="Times New Roman"/>
              </w:rPr>
            </w:pPr>
            <w:r>
              <w:rPr>
                <w:rFonts w:cs="Times New Roman"/>
                <w:b/>
                <w:sz w:val="14"/>
              </w:rPr>
              <w:t>h</w:t>
            </w:r>
          </w:p>
        </w:tc>
        <w:tc>
          <w:tcPr>
            <w:tcW w:w="1656" w:type="dxa"/>
            <w:shd w:val="clear" w:color="auto" w:fill="E7E6E6"/>
            <w:tcMar>
              <w:top w:w="50" w:type="dxa"/>
              <w:left w:w="70" w:type="dxa"/>
              <w:bottom w:w="50" w:type="dxa"/>
              <w:right w:w="70" w:type="dxa"/>
            </w:tcMar>
            <w:vAlign w:val="center"/>
          </w:tcPr>
          <w:p w14:paraId="760DB891" w14:textId="77777777" w:rsidR="00F57CE1" w:rsidRDefault="00F57CE1" w:rsidP="00573F18">
            <w:pPr>
              <w:spacing w:after="0" w:line="240" w:lineRule="auto"/>
              <w:jc w:val="center"/>
              <w:rPr>
                <w:rFonts w:cs="Times New Roman"/>
              </w:rPr>
            </w:pPr>
            <w:r>
              <w:rPr>
                <w:rFonts w:cs="Times New Roman"/>
                <w:b/>
                <w:sz w:val="14"/>
              </w:rPr>
              <w:t>Human-capital response (%)</w:t>
            </w:r>
          </w:p>
        </w:tc>
        <w:tc>
          <w:tcPr>
            <w:tcW w:w="1008" w:type="dxa"/>
            <w:shd w:val="clear" w:color="auto" w:fill="E7E6E6"/>
            <w:tcMar>
              <w:top w:w="50" w:type="dxa"/>
              <w:left w:w="70" w:type="dxa"/>
              <w:bottom w:w="50" w:type="dxa"/>
              <w:right w:w="70" w:type="dxa"/>
            </w:tcMar>
            <w:vAlign w:val="center"/>
          </w:tcPr>
          <w:p w14:paraId="076E980D" w14:textId="77777777" w:rsidR="00F57CE1" w:rsidRDefault="00F57CE1" w:rsidP="00573F18">
            <w:pPr>
              <w:spacing w:after="0" w:line="240" w:lineRule="auto"/>
              <w:jc w:val="center"/>
              <w:rPr>
                <w:rFonts w:cs="Times New Roman"/>
              </w:rPr>
            </w:pPr>
            <w:r>
              <w:rPr>
                <w:rFonts w:cs="Times New Roman"/>
                <w:b/>
                <w:sz w:val="14"/>
              </w:rPr>
              <w:t>p-cluster</w:t>
            </w:r>
          </w:p>
        </w:tc>
        <w:tc>
          <w:tcPr>
            <w:tcW w:w="936" w:type="dxa"/>
            <w:shd w:val="clear" w:color="auto" w:fill="E7E6E6"/>
            <w:tcMar>
              <w:top w:w="50" w:type="dxa"/>
              <w:left w:w="70" w:type="dxa"/>
              <w:bottom w:w="50" w:type="dxa"/>
              <w:right w:w="70" w:type="dxa"/>
            </w:tcMar>
            <w:vAlign w:val="center"/>
          </w:tcPr>
          <w:p w14:paraId="38CBEA7D" w14:textId="77777777" w:rsidR="00F57CE1" w:rsidRDefault="00F57CE1" w:rsidP="00573F18">
            <w:pPr>
              <w:spacing w:after="0" w:line="240" w:lineRule="auto"/>
              <w:jc w:val="center"/>
              <w:rPr>
                <w:rFonts w:cs="Times New Roman"/>
              </w:rPr>
            </w:pPr>
            <w:r>
              <w:rPr>
                <w:rFonts w:cs="Times New Roman"/>
                <w:b/>
                <w:sz w:val="14"/>
              </w:rPr>
              <w:t>p-wild</w:t>
            </w:r>
          </w:p>
        </w:tc>
        <w:tc>
          <w:tcPr>
            <w:tcW w:w="1512" w:type="dxa"/>
            <w:shd w:val="clear" w:color="auto" w:fill="E7E6E6"/>
            <w:tcMar>
              <w:top w:w="50" w:type="dxa"/>
              <w:left w:w="70" w:type="dxa"/>
              <w:bottom w:w="50" w:type="dxa"/>
              <w:right w:w="70" w:type="dxa"/>
            </w:tcMar>
            <w:vAlign w:val="center"/>
          </w:tcPr>
          <w:p w14:paraId="01EF86FE" w14:textId="77777777" w:rsidR="00F57CE1" w:rsidRDefault="00F57CE1" w:rsidP="00573F18">
            <w:pPr>
              <w:spacing w:after="0" w:line="240" w:lineRule="auto"/>
              <w:jc w:val="center"/>
              <w:rPr>
                <w:rFonts w:cs="Times New Roman"/>
              </w:rPr>
            </w:pPr>
            <w:r>
              <w:rPr>
                <w:rFonts w:cs="Times New Roman"/>
                <w:b/>
                <w:sz w:val="14"/>
              </w:rPr>
              <w:t>House response (%)</w:t>
            </w:r>
          </w:p>
        </w:tc>
        <w:tc>
          <w:tcPr>
            <w:tcW w:w="1008" w:type="dxa"/>
            <w:shd w:val="clear" w:color="auto" w:fill="E7E6E6"/>
            <w:tcMar>
              <w:top w:w="50" w:type="dxa"/>
              <w:left w:w="70" w:type="dxa"/>
              <w:bottom w:w="50" w:type="dxa"/>
              <w:right w:w="70" w:type="dxa"/>
            </w:tcMar>
            <w:vAlign w:val="center"/>
          </w:tcPr>
          <w:p w14:paraId="5D1A7FFC" w14:textId="77777777" w:rsidR="00F57CE1" w:rsidRDefault="00F57CE1" w:rsidP="00573F18">
            <w:pPr>
              <w:spacing w:after="0" w:line="240" w:lineRule="auto"/>
              <w:jc w:val="center"/>
              <w:rPr>
                <w:rFonts w:cs="Times New Roman"/>
              </w:rPr>
            </w:pPr>
            <w:r>
              <w:rPr>
                <w:rFonts w:cs="Times New Roman"/>
                <w:b/>
                <w:sz w:val="14"/>
              </w:rPr>
              <w:t>p-cluster</w:t>
            </w:r>
          </w:p>
        </w:tc>
        <w:tc>
          <w:tcPr>
            <w:tcW w:w="936" w:type="dxa"/>
            <w:shd w:val="clear" w:color="auto" w:fill="E7E6E6"/>
            <w:tcMar>
              <w:top w:w="50" w:type="dxa"/>
              <w:left w:w="70" w:type="dxa"/>
              <w:bottom w:w="50" w:type="dxa"/>
              <w:right w:w="70" w:type="dxa"/>
            </w:tcMar>
            <w:vAlign w:val="center"/>
          </w:tcPr>
          <w:p w14:paraId="5CACCBDA" w14:textId="77777777" w:rsidR="00F57CE1" w:rsidRDefault="00F57CE1" w:rsidP="00573F18">
            <w:pPr>
              <w:spacing w:after="0" w:line="240" w:lineRule="auto"/>
              <w:jc w:val="center"/>
              <w:rPr>
                <w:rFonts w:cs="Times New Roman"/>
              </w:rPr>
            </w:pPr>
            <w:r>
              <w:rPr>
                <w:rFonts w:cs="Times New Roman"/>
                <w:b/>
                <w:sz w:val="14"/>
              </w:rPr>
              <w:t>p-wild</w:t>
            </w:r>
          </w:p>
        </w:tc>
        <w:tc>
          <w:tcPr>
            <w:tcW w:w="648" w:type="dxa"/>
            <w:shd w:val="clear" w:color="auto" w:fill="E7E6E6"/>
            <w:tcMar>
              <w:top w:w="50" w:type="dxa"/>
              <w:left w:w="70" w:type="dxa"/>
              <w:bottom w:w="50" w:type="dxa"/>
              <w:right w:w="70" w:type="dxa"/>
            </w:tcMar>
            <w:vAlign w:val="center"/>
          </w:tcPr>
          <w:p w14:paraId="6C154ADA" w14:textId="77777777" w:rsidR="00F57CE1" w:rsidRDefault="00F57CE1" w:rsidP="00573F18">
            <w:pPr>
              <w:spacing w:after="0" w:line="240" w:lineRule="auto"/>
              <w:jc w:val="center"/>
              <w:rPr>
                <w:rFonts w:cs="Times New Roman"/>
              </w:rPr>
            </w:pPr>
            <w:r>
              <w:rPr>
                <w:rFonts w:cs="Times New Roman"/>
                <w:b/>
                <w:sz w:val="14"/>
              </w:rPr>
              <w:t>N</w:t>
            </w:r>
          </w:p>
        </w:tc>
      </w:tr>
      <w:tr w:rsidR="00F57CE1" w14:paraId="693A37FF" w14:textId="77777777" w:rsidTr="00573F18">
        <w:trPr>
          <w:jc w:val="center"/>
        </w:trPr>
        <w:tc>
          <w:tcPr>
            <w:tcW w:w="2592" w:type="dxa"/>
            <w:tcMar>
              <w:top w:w="50" w:type="dxa"/>
              <w:left w:w="70" w:type="dxa"/>
              <w:bottom w:w="50" w:type="dxa"/>
              <w:right w:w="70" w:type="dxa"/>
            </w:tcMar>
            <w:vAlign w:val="center"/>
          </w:tcPr>
          <w:p w14:paraId="08804112"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3B4CFA19"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13237185" w14:textId="77777777" w:rsidR="00F57CE1" w:rsidRDefault="00F57CE1" w:rsidP="00573F18">
            <w:pPr>
              <w:spacing w:after="0" w:line="240" w:lineRule="auto"/>
              <w:jc w:val="right"/>
              <w:rPr>
                <w:rFonts w:cs="Times New Roman"/>
              </w:rPr>
            </w:pPr>
            <w:r>
              <w:rPr>
                <w:rFonts w:cs="Times New Roman"/>
                <w:sz w:val="14"/>
              </w:rPr>
              <w:t>0.318</w:t>
            </w:r>
          </w:p>
        </w:tc>
        <w:tc>
          <w:tcPr>
            <w:tcW w:w="1008" w:type="dxa"/>
            <w:tcMar>
              <w:top w:w="50" w:type="dxa"/>
              <w:left w:w="70" w:type="dxa"/>
              <w:bottom w:w="50" w:type="dxa"/>
              <w:right w:w="70" w:type="dxa"/>
            </w:tcMar>
            <w:vAlign w:val="center"/>
          </w:tcPr>
          <w:p w14:paraId="51C6A606" w14:textId="77777777" w:rsidR="00F57CE1" w:rsidRDefault="00F57CE1" w:rsidP="00573F18">
            <w:pPr>
              <w:spacing w:after="0" w:line="240" w:lineRule="auto"/>
              <w:jc w:val="right"/>
              <w:rPr>
                <w:rFonts w:cs="Times New Roman"/>
              </w:rPr>
            </w:pPr>
            <w:r>
              <w:rPr>
                <w:rFonts w:cs="Times New Roman"/>
                <w:sz w:val="14"/>
              </w:rPr>
              <w:t>0.345</w:t>
            </w:r>
          </w:p>
        </w:tc>
        <w:tc>
          <w:tcPr>
            <w:tcW w:w="936" w:type="dxa"/>
            <w:tcMar>
              <w:top w:w="50" w:type="dxa"/>
              <w:left w:w="70" w:type="dxa"/>
              <w:bottom w:w="50" w:type="dxa"/>
              <w:right w:w="70" w:type="dxa"/>
            </w:tcMar>
            <w:vAlign w:val="center"/>
          </w:tcPr>
          <w:p w14:paraId="4CDC228C" w14:textId="77777777" w:rsidR="00F57CE1" w:rsidRDefault="00F57CE1" w:rsidP="00573F18">
            <w:pPr>
              <w:spacing w:after="0" w:line="240" w:lineRule="auto"/>
              <w:jc w:val="right"/>
              <w:rPr>
                <w:rFonts w:cs="Times New Roman"/>
              </w:rPr>
            </w:pPr>
            <w:r>
              <w:rPr>
                <w:rFonts w:cs="Times New Roman"/>
                <w:sz w:val="14"/>
              </w:rPr>
              <w:t>0.382</w:t>
            </w:r>
          </w:p>
        </w:tc>
        <w:tc>
          <w:tcPr>
            <w:tcW w:w="1512" w:type="dxa"/>
            <w:tcMar>
              <w:top w:w="50" w:type="dxa"/>
              <w:left w:w="70" w:type="dxa"/>
              <w:bottom w:w="50" w:type="dxa"/>
              <w:right w:w="70" w:type="dxa"/>
            </w:tcMar>
            <w:vAlign w:val="center"/>
          </w:tcPr>
          <w:p w14:paraId="3426440E" w14:textId="77777777" w:rsidR="00F57CE1" w:rsidRDefault="00F57CE1" w:rsidP="00573F18">
            <w:pPr>
              <w:spacing w:after="0" w:line="240" w:lineRule="auto"/>
              <w:jc w:val="right"/>
              <w:rPr>
                <w:rFonts w:cs="Times New Roman"/>
              </w:rPr>
            </w:pPr>
            <w:r>
              <w:rPr>
                <w:rFonts w:cs="Times New Roman"/>
                <w:sz w:val="14"/>
              </w:rPr>
              <w:t>0.014</w:t>
            </w:r>
          </w:p>
        </w:tc>
        <w:tc>
          <w:tcPr>
            <w:tcW w:w="1008" w:type="dxa"/>
            <w:tcMar>
              <w:top w:w="50" w:type="dxa"/>
              <w:left w:w="70" w:type="dxa"/>
              <w:bottom w:w="50" w:type="dxa"/>
              <w:right w:w="70" w:type="dxa"/>
            </w:tcMar>
            <w:vAlign w:val="center"/>
          </w:tcPr>
          <w:p w14:paraId="3B0D95D8" w14:textId="77777777" w:rsidR="00F57CE1" w:rsidRDefault="00F57CE1" w:rsidP="00573F18">
            <w:pPr>
              <w:spacing w:after="0" w:line="240" w:lineRule="auto"/>
              <w:jc w:val="right"/>
              <w:rPr>
                <w:rFonts w:cs="Times New Roman"/>
              </w:rPr>
            </w:pPr>
            <w:r>
              <w:rPr>
                <w:rFonts w:cs="Times New Roman"/>
                <w:sz w:val="14"/>
              </w:rPr>
              <w:t>0.757</w:t>
            </w:r>
          </w:p>
        </w:tc>
        <w:tc>
          <w:tcPr>
            <w:tcW w:w="936" w:type="dxa"/>
            <w:tcMar>
              <w:top w:w="50" w:type="dxa"/>
              <w:left w:w="70" w:type="dxa"/>
              <w:bottom w:w="50" w:type="dxa"/>
              <w:right w:w="70" w:type="dxa"/>
            </w:tcMar>
            <w:vAlign w:val="center"/>
          </w:tcPr>
          <w:p w14:paraId="133A4142" w14:textId="77777777" w:rsidR="00F57CE1" w:rsidRDefault="00F57CE1" w:rsidP="00573F18">
            <w:pPr>
              <w:spacing w:after="0" w:line="240" w:lineRule="auto"/>
              <w:jc w:val="right"/>
              <w:rPr>
                <w:rFonts w:cs="Times New Roman"/>
              </w:rPr>
            </w:pPr>
            <w:r>
              <w:rPr>
                <w:rFonts w:cs="Times New Roman"/>
                <w:sz w:val="14"/>
              </w:rPr>
              <w:t>0.757</w:t>
            </w:r>
          </w:p>
        </w:tc>
        <w:tc>
          <w:tcPr>
            <w:tcW w:w="648" w:type="dxa"/>
            <w:tcMar>
              <w:top w:w="50" w:type="dxa"/>
              <w:left w:w="70" w:type="dxa"/>
              <w:bottom w:w="50" w:type="dxa"/>
              <w:right w:w="70" w:type="dxa"/>
            </w:tcMar>
            <w:vAlign w:val="center"/>
          </w:tcPr>
          <w:p w14:paraId="3CE646E3" w14:textId="77777777" w:rsidR="00F57CE1" w:rsidRDefault="00F57CE1" w:rsidP="00573F18">
            <w:pPr>
              <w:spacing w:after="0" w:line="240" w:lineRule="auto"/>
              <w:jc w:val="right"/>
              <w:rPr>
                <w:rFonts w:cs="Times New Roman"/>
              </w:rPr>
            </w:pPr>
            <w:r>
              <w:rPr>
                <w:rFonts w:cs="Times New Roman"/>
                <w:sz w:val="14"/>
              </w:rPr>
              <w:t>364</w:t>
            </w:r>
          </w:p>
        </w:tc>
      </w:tr>
      <w:tr w:rsidR="00F57CE1" w14:paraId="1DC86F66" w14:textId="77777777" w:rsidTr="00573F18">
        <w:trPr>
          <w:jc w:val="center"/>
        </w:trPr>
        <w:tc>
          <w:tcPr>
            <w:tcW w:w="2592" w:type="dxa"/>
            <w:tcMar>
              <w:top w:w="50" w:type="dxa"/>
              <w:left w:w="70" w:type="dxa"/>
              <w:bottom w:w="50" w:type="dxa"/>
              <w:right w:w="70" w:type="dxa"/>
            </w:tcMar>
            <w:vAlign w:val="center"/>
          </w:tcPr>
          <w:p w14:paraId="7983210D"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3697F3BF"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7E6EC252" w14:textId="77777777" w:rsidR="00F57CE1" w:rsidRDefault="00F57CE1" w:rsidP="00573F18">
            <w:pPr>
              <w:spacing w:after="0" w:line="240" w:lineRule="auto"/>
              <w:jc w:val="right"/>
              <w:rPr>
                <w:rFonts w:cs="Times New Roman"/>
              </w:rPr>
            </w:pPr>
            <w:r>
              <w:rPr>
                <w:rFonts w:cs="Times New Roman"/>
                <w:sz w:val="14"/>
              </w:rPr>
              <w:t>0.212</w:t>
            </w:r>
          </w:p>
        </w:tc>
        <w:tc>
          <w:tcPr>
            <w:tcW w:w="1008" w:type="dxa"/>
            <w:tcMar>
              <w:top w:w="50" w:type="dxa"/>
              <w:left w:w="70" w:type="dxa"/>
              <w:bottom w:w="50" w:type="dxa"/>
              <w:right w:w="70" w:type="dxa"/>
            </w:tcMar>
            <w:vAlign w:val="center"/>
          </w:tcPr>
          <w:p w14:paraId="7A21BF1E" w14:textId="77777777" w:rsidR="00F57CE1" w:rsidRDefault="00F57CE1" w:rsidP="00573F18">
            <w:pPr>
              <w:spacing w:after="0" w:line="240" w:lineRule="auto"/>
              <w:jc w:val="right"/>
              <w:rPr>
                <w:rFonts w:cs="Times New Roman"/>
              </w:rPr>
            </w:pPr>
            <w:r>
              <w:rPr>
                <w:rFonts w:cs="Times New Roman"/>
                <w:sz w:val="14"/>
              </w:rPr>
              <w:t>0.699</w:t>
            </w:r>
          </w:p>
        </w:tc>
        <w:tc>
          <w:tcPr>
            <w:tcW w:w="936" w:type="dxa"/>
            <w:tcMar>
              <w:top w:w="50" w:type="dxa"/>
              <w:left w:w="70" w:type="dxa"/>
              <w:bottom w:w="50" w:type="dxa"/>
              <w:right w:w="70" w:type="dxa"/>
            </w:tcMar>
            <w:vAlign w:val="center"/>
          </w:tcPr>
          <w:p w14:paraId="7BADE17F" w14:textId="77777777" w:rsidR="00F57CE1" w:rsidRDefault="00F57CE1" w:rsidP="00573F18">
            <w:pPr>
              <w:spacing w:after="0" w:line="240" w:lineRule="auto"/>
              <w:jc w:val="right"/>
              <w:rPr>
                <w:rFonts w:cs="Times New Roman"/>
              </w:rPr>
            </w:pPr>
            <w:r>
              <w:rPr>
                <w:rFonts w:cs="Times New Roman"/>
                <w:sz w:val="14"/>
              </w:rPr>
              <w:t>0.726</w:t>
            </w:r>
          </w:p>
        </w:tc>
        <w:tc>
          <w:tcPr>
            <w:tcW w:w="1512" w:type="dxa"/>
            <w:tcMar>
              <w:top w:w="50" w:type="dxa"/>
              <w:left w:w="70" w:type="dxa"/>
              <w:bottom w:w="50" w:type="dxa"/>
              <w:right w:w="70" w:type="dxa"/>
            </w:tcMar>
            <w:vAlign w:val="center"/>
          </w:tcPr>
          <w:p w14:paraId="58B0D23A" w14:textId="77777777" w:rsidR="00F57CE1" w:rsidRDefault="00F57CE1" w:rsidP="00573F18">
            <w:pPr>
              <w:spacing w:after="0" w:line="240" w:lineRule="auto"/>
              <w:jc w:val="right"/>
              <w:rPr>
                <w:rFonts w:cs="Times New Roman"/>
              </w:rPr>
            </w:pPr>
            <w:r>
              <w:rPr>
                <w:rFonts w:cs="Times New Roman"/>
                <w:sz w:val="14"/>
              </w:rPr>
              <w:t>0.055</w:t>
            </w:r>
          </w:p>
        </w:tc>
        <w:tc>
          <w:tcPr>
            <w:tcW w:w="1008" w:type="dxa"/>
            <w:tcMar>
              <w:top w:w="50" w:type="dxa"/>
              <w:left w:w="70" w:type="dxa"/>
              <w:bottom w:w="50" w:type="dxa"/>
              <w:right w:w="70" w:type="dxa"/>
            </w:tcMar>
            <w:vAlign w:val="center"/>
          </w:tcPr>
          <w:p w14:paraId="127DD61C" w14:textId="77777777" w:rsidR="00F57CE1" w:rsidRDefault="00F57CE1" w:rsidP="00573F18">
            <w:pPr>
              <w:spacing w:after="0" w:line="240" w:lineRule="auto"/>
              <w:jc w:val="right"/>
              <w:rPr>
                <w:rFonts w:cs="Times New Roman"/>
              </w:rPr>
            </w:pPr>
            <w:r>
              <w:rPr>
                <w:rFonts w:cs="Times New Roman"/>
                <w:sz w:val="14"/>
              </w:rPr>
              <w:t>0.408</w:t>
            </w:r>
          </w:p>
        </w:tc>
        <w:tc>
          <w:tcPr>
            <w:tcW w:w="936" w:type="dxa"/>
            <w:tcMar>
              <w:top w:w="50" w:type="dxa"/>
              <w:left w:w="70" w:type="dxa"/>
              <w:bottom w:w="50" w:type="dxa"/>
              <w:right w:w="70" w:type="dxa"/>
            </w:tcMar>
            <w:vAlign w:val="center"/>
          </w:tcPr>
          <w:p w14:paraId="008BBE40" w14:textId="77777777" w:rsidR="00F57CE1" w:rsidRDefault="00F57CE1" w:rsidP="00573F18">
            <w:pPr>
              <w:spacing w:after="0" w:line="240" w:lineRule="auto"/>
              <w:jc w:val="right"/>
              <w:rPr>
                <w:rFonts w:cs="Times New Roman"/>
              </w:rPr>
            </w:pPr>
            <w:r>
              <w:rPr>
                <w:rFonts w:cs="Times New Roman"/>
                <w:sz w:val="14"/>
              </w:rPr>
              <w:t>0.416</w:t>
            </w:r>
          </w:p>
        </w:tc>
        <w:tc>
          <w:tcPr>
            <w:tcW w:w="648" w:type="dxa"/>
            <w:tcMar>
              <w:top w:w="50" w:type="dxa"/>
              <w:left w:w="70" w:type="dxa"/>
              <w:bottom w:w="50" w:type="dxa"/>
              <w:right w:w="70" w:type="dxa"/>
            </w:tcMar>
            <w:vAlign w:val="center"/>
          </w:tcPr>
          <w:p w14:paraId="0C0E5B12" w14:textId="77777777" w:rsidR="00F57CE1" w:rsidRDefault="00F57CE1" w:rsidP="00573F18">
            <w:pPr>
              <w:spacing w:after="0" w:line="240" w:lineRule="auto"/>
              <w:jc w:val="right"/>
              <w:rPr>
                <w:rFonts w:cs="Times New Roman"/>
              </w:rPr>
            </w:pPr>
            <w:r>
              <w:rPr>
                <w:rFonts w:cs="Times New Roman"/>
                <w:sz w:val="14"/>
              </w:rPr>
              <w:t>336</w:t>
            </w:r>
          </w:p>
        </w:tc>
      </w:tr>
      <w:tr w:rsidR="00F57CE1" w14:paraId="27F7875E" w14:textId="77777777" w:rsidTr="00573F18">
        <w:trPr>
          <w:jc w:val="center"/>
        </w:trPr>
        <w:tc>
          <w:tcPr>
            <w:tcW w:w="2592" w:type="dxa"/>
            <w:tcMar>
              <w:top w:w="50" w:type="dxa"/>
              <w:left w:w="70" w:type="dxa"/>
              <w:bottom w:w="50" w:type="dxa"/>
              <w:right w:w="70" w:type="dxa"/>
            </w:tcMar>
            <w:vAlign w:val="center"/>
          </w:tcPr>
          <w:p w14:paraId="2D666154"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4BB0975D"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50ABA3B0" w14:textId="77777777" w:rsidR="00F57CE1" w:rsidRDefault="00F57CE1" w:rsidP="00573F18">
            <w:pPr>
              <w:spacing w:after="0" w:line="240" w:lineRule="auto"/>
              <w:jc w:val="right"/>
              <w:rPr>
                <w:rFonts w:cs="Times New Roman"/>
              </w:rPr>
            </w:pPr>
            <w:r>
              <w:rPr>
                <w:rFonts w:cs="Times New Roman"/>
                <w:sz w:val="14"/>
              </w:rPr>
              <w:t>0.005</w:t>
            </w:r>
          </w:p>
        </w:tc>
        <w:tc>
          <w:tcPr>
            <w:tcW w:w="1008" w:type="dxa"/>
            <w:tcMar>
              <w:top w:w="50" w:type="dxa"/>
              <w:left w:w="70" w:type="dxa"/>
              <w:bottom w:w="50" w:type="dxa"/>
              <w:right w:w="70" w:type="dxa"/>
            </w:tcMar>
            <w:vAlign w:val="center"/>
          </w:tcPr>
          <w:p w14:paraId="63B37173" w14:textId="77777777" w:rsidR="00F57CE1" w:rsidRDefault="00F57CE1" w:rsidP="00573F18">
            <w:pPr>
              <w:spacing w:after="0" w:line="240" w:lineRule="auto"/>
              <w:jc w:val="right"/>
              <w:rPr>
                <w:rFonts w:cs="Times New Roman"/>
              </w:rPr>
            </w:pPr>
            <w:r>
              <w:rPr>
                <w:rFonts w:cs="Times New Roman"/>
                <w:sz w:val="14"/>
              </w:rPr>
              <w:t>0.994</w:t>
            </w:r>
          </w:p>
        </w:tc>
        <w:tc>
          <w:tcPr>
            <w:tcW w:w="936" w:type="dxa"/>
            <w:tcMar>
              <w:top w:w="50" w:type="dxa"/>
              <w:left w:w="70" w:type="dxa"/>
              <w:bottom w:w="50" w:type="dxa"/>
              <w:right w:w="70" w:type="dxa"/>
            </w:tcMar>
            <w:vAlign w:val="center"/>
          </w:tcPr>
          <w:p w14:paraId="761432CC" w14:textId="77777777" w:rsidR="00F57CE1" w:rsidRDefault="00F57CE1" w:rsidP="00573F18">
            <w:pPr>
              <w:spacing w:after="0" w:line="240" w:lineRule="auto"/>
              <w:jc w:val="right"/>
              <w:rPr>
                <w:rFonts w:cs="Times New Roman"/>
              </w:rPr>
            </w:pPr>
            <w:r>
              <w:rPr>
                <w:rFonts w:cs="Times New Roman"/>
                <w:sz w:val="14"/>
              </w:rPr>
              <w:t>0.994</w:t>
            </w:r>
          </w:p>
        </w:tc>
        <w:tc>
          <w:tcPr>
            <w:tcW w:w="1512" w:type="dxa"/>
            <w:tcMar>
              <w:top w:w="50" w:type="dxa"/>
              <w:left w:w="70" w:type="dxa"/>
              <w:bottom w:w="50" w:type="dxa"/>
              <w:right w:w="70" w:type="dxa"/>
            </w:tcMar>
            <w:vAlign w:val="center"/>
          </w:tcPr>
          <w:p w14:paraId="7FEDBD22" w14:textId="77777777" w:rsidR="00F57CE1" w:rsidRDefault="00F57CE1" w:rsidP="00573F18">
            <w:pPr>
              <w:spacing w:after="0" w:line="240" w:lineRule="auto"/>
              <w:jc w:val="right"/>
              <w:rPr>
                <w:rFonts w:cs="Times New Roman"/>
              </w:rPr>
            </w:pPr>
            <w:r>
              <w:rPr>
                <w:rFonts w:cs="Times New Roman"/>
                <w:sz w:val="14"/>
              </w:rPr>
              <w:t>0.068</w:t>
            </w:r>
          </w:p>
        </w:tc>
        <w:tc>
          <w:tcPr>
            <w:tcW w:w="1008" w:type="dxa"/>
            <w:tcMar>
              <w:top w:w="50" w:type="dxa"/>
              <w:left w:w="70" w:type="dxa"/>
              <w:bottom w:w="50" w:type="dxa"/>
              <w:right w:w="70" w:type="dxa"/>
            </w:tcMar>
            <w:vAlign w:val="center"/>
          </w:tcPr>
          <w:p w14:paraId="5E7DB976" w14:textId="77777777" w:rsidR="00F57CE1" w:rsidRDefault="00F57CE1" w:rsidP="00573F18">
            <w:pPr>
              <w:spacing w:after="0" w:line="240" w:lineRule="auto"/>
              <w:jc w:val="right"/>
              <w:rPr>
                <w:rFonts w:cs="Times New Roman"/>
              </w:rPr>
            </w:pPr>
            <w:r>
              <w:rPr>
                <w:rFonts w:cs="Times New Roman"/>
                <w:sz w:val="14"/>
              </w:rPr>
              <w:t>0.401</w:t>
            </w:r>
          </w:p>
        </w:tc>
        <w:tc>
          <w:tcPr>
            <w:tcW w:w="936" w:type="dxa"/>
            <w:tcMar>
              <w:top w:w="50" w:type="dxa"/>
              <w:left w:w="70" w:type="dxa"/>
              <w:bottom w:w="50" w:type="dxa"/>
              <w:right w:w="70" w:type="dxa"/>
            </w:tcMar>
            <w:vAlign w:val="center"/>
          </w:tcPr>
          <w:p w14:paraId="1840C44D" w14:textId="77777777" w:rsidR="00F57CE1" w:rsidRDefault="00F57CE1" w:rsidP="00573F18">
            <w:pPr>
              <w:spacing w:after="0" w:line="240" w:lineRule="auto"/>
              <w:jc w:val="right"/>
              <w:rPr>
                <w:rFonts w:cs="Times New Roman"/>
              </w:rPr>
            </w:pPr>
            <w:r>
              <w:rPr>
                <w:rFonts w:cs="Times New Roman"/>
                <w:sz w:val="14"/>
              </w:rPr>
              <w:t>0.456</w:t>
            </w:r>
          </w:p>
        </w:tc>
        <w:tc>
          <w:tcPr>
            <w:tcW w:w="648" w:type="dxa"/>
            <w:tcMar>
              <w:top w:w="50" w:type="dxa"/>
              <w:left w:w="70" w:type="dxa"/>
              <w:bottom w:w="50" w:type="dxa"/>
              <w:right w:w="70" w:type="dxa"/>
            </w:tcMar>
            <w:vAlign w:val="center"/>
          </w:tcPr>
          <w:p w14:paraId="07B78F0D" w14:textId="77777777" w:rsidR="00F57CE1" w:rsidRDefault="00F57CE1" w:rsidP="00573F18">
            <w:pPr>
              <w:spacing w:after="0" w:line="240" w:lineRule="auto"/>
              <w:jc w:val="right"/>
              <w:rPr>
                <w:rFonts w:cs="Times New Roman"/>
              </w:rPr>
            </w:pPr>
            <w:r>
              <w:rPr>
                <w:rFonts w:cs="Times New Roman"/>
                <w:sz w:val="14"/>
              </w:rPr>
              <w:t>308</w:t>
            </w:r>
          </w:p>
        </w:tc>
      </w:tr>
      <w:tr w:rsidR="00F57CE1" w14:paraId="44741A7F" w14:textId="77777777" w:rsidTr="00573F18">
        <w:trPr>
          <w:jc w:val="center"/>
        </w:trPr>
        <w:tc>
          <w:tcPr>
            <w:tcW w:w="2592" w:type="dxa"/>
            <w:tcMar>
              <w:top w:w="50" w:type="dxa"/>
              <w:left w:w="70" w:type="dxa"/>
              <w:bottom w:w="50" w:type="dxa"/>
              <w:right w:w="70" w:type="dxa"/>
            </w:tcMar>
            <w:vAlign w:val="center"/>
          </w:tcPr>
          <w:p w14:paraId="5E10E9FA"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49ED0AF0"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25C98157" w14:textId="77777777" w:rsidR="00F57CE1" w:rsidRDefault="00F57CE1" w:rsidP="00573F18">
            <w:pPr>
              <w:spacing w:after="0" w:line="240" w:lineRule="auto"/>
              <w:jc w:val="right"/>
              <w:rPr>
                <w:rFonts w:cs="Times New Roman"/>
              </w:rPr>
            </w:pPr>
            <w:r>
              <w:rPr>
                <w:rFonts w:cs="Times New Roman"/>
                <w:sz w:val="14"/>
              </w:rPr>
              <w:t>-1.111</w:t>
            </w:r>
          </w:p>
        </w:tc>
        <w:tc>
          <w:tcPr>
            <w:tcW w:w="1008" w:type="dxa"/>
            <w:tcMar>
              <w:top w:w="50" w:type="dxa"/>
              <w:left w:w="70" w:type="dxa"/>
              <w:bottom w:w="50" w:type="dxa"/>
              <w:right w:w="70" w:type="dxa"/>
            </w:tcMar>
            <w:vAlign w:val="center"/>
          </w:tcPr>
          <w:p w14:paraId="3E73AC84" w14:textId="77777777" w:rsidR="00F57CE1" w:rsidRDefault="00F57CE1" w:rsidP="00573F18">
            <w:pPr>
              <w:spacing w:after="0" w:line="240" w:lineRule="auto"/>
              <w:jc w:val="right"/>
              <w:rPr>
                <w:rFonts w:cs="Times New Roman"/>
              </w:rPr>
            </w:pPr>
            <w:r>
              <w:rPr>
                <w:rFonts w:cs="Times New Roman"/>
                <w:sz w:val="14"/>
              </w:rPr>
              <w:t>0.171</w:t>
            </w:r>
          </w:p>
        </w:tc>
        <w:tc>
          <w:tcPr>
            <w:tcW w:w="936" w:type="dxa"/>
            <w:tcMar>
              <w:top w:w="50" w:type="dxa"/>
              <w:left w:w="70" w:type="dxa"/>
              <w:bottom w:w="50" w:type="dxa"/>
              <w:right w:w="70" w:type="dxa"/>
            </w:tcMar>
            <w:vAlign w:val="center"/>
          </w:tcPr>
          <w:p w14:paraId="76AE097C" w14:textId="77777777" w:rsidR="00F57CE1" w:rsidRDefault="00F57CE1" w:rsidP="00573F18">
            <w:pPr>
              <w:spacing w:after="0" w:line="240" w:lineRule="auto"/>
              <w:jc w:val="right"/>
              <w:rPr>
                <w:rFonts w:cs="Times New Roman"/>
              </w:rPr>
            </w:pPr>
            <w:r>
              <w:rPr>
                <w:rFonts w:cs="Times New Roman"/>
                <w:sz w:val="14"/>
              </w:rPr>
              <w:t>0.241</w:t>
            </w:r>
          </w:p>
        </w:tc>
        <w:tc>
          <w:tcPr>
            <w:tcW w:w="1512" w:type="dxa"/>
            <w:tcMar>
              <w:top w:w="50" w:type="dxa"/>
              <w:left w:w="70" w:type="dxa"/>
              <w:bottom w:w="50" w:type="dxa"/>
              <w:right w:w="70" w:type="dxa"/>
            </w:tcMar>
            <w:vAlign w:val="center"/>
          </w:tcPr>
          <w:p w14:paraId="0DAEC978" w14:textId="77777777" w:rsidR="00F57CE1" w:rsidRDefault="00F57CE1" w:rsidP="00573F18">
            <w:pPr>
              <w:spacing w:after="0" w:line="240" w:lineRule="auto"/>
              <w:jc w:val="right"/>
              <w:rPr>
                <w:rFonts w:cs="Times New Roman"/>
              </w:rPr>
            </w:pPr>
            <w:r>
              <w:rPr>
                <w:rFonts w:cs="Times New Roman"/>
                <w:sz w:val="14"/>
              </w:rPr>
              <w:t>0.108</w:t>
            </w:r>
          </w:p>
        </w:tc>
        <w:tc>
          <w:tcPr>
            <w:tcW w:w="1008" w:type="dxa"/>
            <w:tcMar>
              <w:top w:w="50" w:type="dxa"/>
              <w:left w:w="70" w:type="dxa"/>
              <w:bottom w:w="50" w:type="dxa"/>
              <w:right w:w="70" w:type="dxa"/>
            </w:tcMar>
            <w:vAlign w:val="center"/>
          </w:tcPr>
          <w:p w14:paraId="0573B7F8" w14:textId="77777777" w:rsidR="00F57CE1" w:rsidRDefault="00F57CE1" w:rsidP="00573F18">
            <w:pPr>
              <w:spacing w:after="0" w:line="240" w:lineRule="auto"/>
              <w:jc w:val="right"/>
              <w:rPr>
                <w:rFonts w:cs="Times New Roman"/>
              </w:rPr>
            </w:pPr>
            <w:r>
              <w:rPr>
                <w:rFonts w:cs="Times New Roman"/>
                <w:sz w:val="14"/>
              </w:rPr>
              <w:t>0.263</w:t>
            </w:r>
          </w:p>
        </w:tc>
        <w:tc>
          <w:tcPr>
            <w:tcW w:w="936" w:type="dxa"/>
            <w:tcMar>
              <w:top w:w="50" w:type="dxa"/>
              <w:left w:w="70" w:type="dxa"/>
              <w:bottom w:w="50" w:type="dxa"/>
              <w:right w:w="70" w:type="dxa"/>
            </w:tcMar>
            <w:vAlign w:val="center"/>
          </w:tcPr>
          <w:p w14:paraId="4365617C" w14:textId="77777777" w:rsidR="00F57CE1" w:rsidRDefault="00F57CE1" w:rsidP="00573F18">
            <w:pPr>
              <w:spacing w:after="0" w:line="240" w:lineRule="auto"/>
              <w:jc w:val="right"/>
              <w:rPr>
                <w:rFonts w:cs="Times New Roman"/>
              </w:rPr>
            </w:pPr>
            <w:r>
              <w:rPr>
                <w:rFonts w:cs="Times New Roman"/>
                <w:sz w:val="14"/>
              </w:rPr>
              <w:t>0.334</w:t>
            </w:r>
          </w:p>
        </w:tc>
        <w:tc>
          <w:tcPr>
            <w:tcW w:w="648" w:type="dxa"/>
            <w:tcMar>
              <w:top w:w="50" w:type="dxa"/>
              <w:left w:w="70" w:type="dxa"/>
              <w:bottom w:w="50" w:type="dxa"/>
              <w:right w:w="70" w:type="dxa"/>
            </w:tcMar>
            <w:vAlign w:val="center"/>
          </w:tcPr>
          <w:p w14:paraId="2359BB53" w14:textId="77777777" w:rsidR="00F57CE1" w:rsidRDefault="00F57CE1" w:rsidP="00573F18">
            <w:pPr>
              <w:spacing w:after="0" w:line="240" w:lineRule="auto"/>
              <w:jc w:val="right"/>
              <w:rPr>
                <w:rFonts w:cs="Times New Roman"/>
              </w:rPr>
            </w:pPr>
            <w:r>
              <w:rPr>
                <w:rFonts w:cs="Times New Roman"/>
                <w:sz w:val="14"/>
              </w:rPr>
              <w:t>280</w:t>
            </w:r>
          </w:p>
        </w:tc>
      </w:tr>
      <w:tr w:rsidR="00F57CE1" w14:paraId="58954384" w14:textId="77777777" w:rsidTr="00573F18">
        <w:trPr>
          <w:jc w:val="center"/>
        </w:trPr>
        <w:tc>
          <w:tcPr>
            <w:tcW w:w="2592" w:type="dxa"/>
            <w:tcMar>
              <w:top w:w="50" w:type="dxa"/>
              <w:left w:w="70" w:type="dxa"/>
              <w:bottom w:w="50" w:type="dxa"/>
              <w:right w:w="70" w:type="dxa"/>
            </w:tcMar>
            <w:vAlign w:val="center"/>
          </w:tcPr>
          <w:p w14:paraId="35294E95"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0CB878CF"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1BFF460A" w14:textId="77777777" w:rsidR="00F57CE1" w:rsidRDefault="00F57CE1" w:rsidP="00573F18">
            <w:pPr>
              <w:spacing w:after="0" w:line="240" w:lineRule="auto"/>
              <w:jc w:val="right"/>
              <w:rPr>
                <w:rFonts w:cs="Times New Roman"/>
              </w:rPr>
            </w:pPr>
            <w:r>
              <w:rPr>
                <w:rFonts w:cs="Times New Roman"/>
                <w:sz w:val="14"/>
              </w:rPr>
              <w:t>-1.399</w:t>
            </w:r>
          </w:p>
        </w:tc>
        <w:tc>
          <w:tcPr>
            <w:tcW w:w="1008" w:type="dxa"/>
            <w:tcMar>
              <w:top w:w="50" w:type="dxa"/>
              <w:left w:w="70" w:type="dxa"/>
              <w:bottom w:w="50" w:type="dxa"/>
              <w:right w:w="70" w:type="dxa"/>
            </w:tcMar>
            <w:vAlign w:val="center"/>
          </w:tcPr>
          <w:p w14:paraId="2B2EA0E3" w14:textId="77777777" w:rsidR="00F57CE1" w:rsidRDefault="00F57CE1" w:rsidP="00573F18">
            <w:pPr>
              <w:spacing w:after="0" w:line="240" w:lineRule="auto"/>
              <w:jc w:val="right"/>
              <w:rPr>
                <w:rFonts w:cs="Times New Roman"/>
              </w:rPr>
            </w:pPr>
            <w:r>
              <w:rPr>
                <w:rFonts w:cs="Times New Roman"/>
                <w:sz w:val="14"/>
              </w:rPr>
              <w:t>0.169</w:t>
            </w:r>
          </w:p>
        </w:tc>
        <w:tc>
          <w:tcPr>
            <w:tcW w:w="936" w:type="dxa"/>
            <w:tcMar>
              <w:top w:w="50" w:type="dxa"/>
              <w:left w:w="70" w:type="dxa"/>
              <w:bottom w:w="50" w:type="dxa"/>
              <w:right w:w="70" w:type="dxa"/>
            </w:tcMar>
            <w:vAlign w:val="center"/>
          </w:tcPr>
          <w:p w14:paraId="36DEE13C" w14:textId="77777777" w:rsidR="00F57CE1" w:rsidRDefault="00F57CE1" w:rsidP="00573F18">
            <w:pPr>
              <w:spacing w:after="0" w:line="240" w:lineRule="auto"/>
              <w:jc w:val="right"/>
              <w:rPr>
                <w:rFonts w:cs="Times New Roman"/>
              </w:rPr>
            </w:pPr>
            <w:r>
              <w:rPr>
                <w:rFonts w:cs="Times New Roman"/>
                <w:sz w:val="14"/>
              </w:rPr>
              <w:t>0.207</w:t>
            </w:r>
          </w:p>
        </w:tc>
        <w:tc>
          <w:tcPr>
            <w:tcW w:w="1512" w:type="dxa"/>
            <w:tcMar>
              <w:top w:w="50" w:type="dxa"/>
              <w:left w:w="70" w:type="dxa"/>
              <w:bottom w:w="50" w:type="dxa"/>
              <w:right w:w="70" w:type="dxa"/>
            </w:tcMar>
            <w:vAlign w:val="center"/>
          </w:tcPr>
          <w:p w14:paraId="1F737A30" w14:textId="77777777" w:rsidR="00F57CE1" w:rsidRDefault="00F57CE1" w:rsidP="00573F18">
            <w:pPr>
              <w:spacing w:after="0" w:line="240" w:lineRule="auto"/>
              <w:jc w:val="right"/>
              <w:rPr>
                <w:rFonts w:cs="Times New Roman"/>
              </w:rPr>
            </w:pPr>
            <w:r>
              <w:rPr>
                <w:rFonts w:cs="Times New Roman"/>
                <w:sz w:val="14"/>
              </w:rPr>
              <w:t>0.254</w:t>
            </w:r>
          </w:p>
        </w:tc>
        <w:tc>
          <w:tcPr>
            <w:tcW w:w="1008" w:type="dxa"/>
            <w:tcMar>
              <w:top w:w="50" w:type="dxa"/>
              <w:left w:w="70" w:type="dxa"/>
              <w:bottom w:w="50" w:type="dxa"/>
              <w:right w:w="70" w:type="dxa"/>
            </w:tcMar>
            <w:vAlign w:val="center"/>
          </w:tcPr>
          <w:p w14:paraId="2C23508A" w14:textId="77777777" w:rsidR="00F57CE1" w:rsidRDefault="00F57CE1" w:rsidP="00573F18">
            <w:pPr>
              <w:spacing w:after="0" w:line="240" w:lineRule="auto"/>
              <w:jc w:val="right"/>
              <w:rPr>
                <w:rFonts w:cs="Times New Roman"/>
              </w:rPr>
            </w:pPr>
            <w:r>
              <w:rPr>
                <w:rFonts w:cs="Times New Roman"/>
                <w:sz w:val="14"/>
              </w:rPr>
              <w:t>0.031</w:t>
            </w:r>
          </w:p>
        </w:tc>
        <w:tc>
          <w:tcPr>
            <w:tcW w:w="936" w:type="dxa"/>
            <w:tcMar>
              <w:top w:w="50" w:type="dxa"/>
              <w:left w:w="70" w:type="dxa"/>
              <w:bottom w:w="50" w:type="dxa"/>
              <w:right w:w="70" w:type="dxa"/>
            </w:tcMar>
            <w:vAlign w:val="center"/>
          </w:tcPr>
          <w:p w14:paraId="61D59473" w14:textId="77777777" w:rsidR="00F57CE1" w:rsidRDefault="00F57CE1" w:rsidP="00573F18">
            <w:pPr>
              <w:spacing w:after="0" w:line="240" w:lineRule="auto"/>
              <w:jc w:val="right"/>
              <w:rPr>
                <w:rFonts w:cs="Times New Roman"/>
              </w:rPr>
            </w:pPr>
            <w:r>
              <w:rPr>
                <w:rFonts w:cs="Times New Roman"/>
                <w:sz w:val="14"/>
              </w:rPr>
              <w:t>0.082</w:t>
            </w:r>
          </w:p>
        </w:tc>
        <w:tc>
          <w:tcPr>
            <w:tcW w:w="648" w:type="dxa"/>
            <w:tcMar>
              <w:top w:w="50" w:type="dxa"/>
              <w:left w:w="70" w:type="dxa"/>
              <w:bottom w:w="50" w:type="dxa"/>
              <w:right w:w="70" w:type="dxa"/>
            </w:tcMar>
            <w:vAlign w:val="center"/>
          </w:tcPr>
          <w:p w14:paraId="59ACE335" w14:textId="77777777" w:rsidR="00F57CE1" w:rsidRDefault="00F57CE1" w:rsidP="00573F18">
            <w:pPr>
              <w:spacing w:after="0" w:line="240" w:lineRule="auto"/>
              <w:jc w:val="right"/>
              <w:rPr>
                <w:rFonts w:cs="Times New Roman"/>
              </w:rPr>
            </w:pPr>
            <w:r>
              <w:rPr>
                <w:rFonts w:cs="Times New Roman"/>
                <w:sz w:val="14"/>
              </w:rPr>
              <w:t>252</w:t>
            </w:r>
          </w:p>
        </w:tc>
      </w:tr>
      <w:tr w:rsidR="00F57CE1" w14:paraId="2EA7C9CC" w14:textId="77777777" w:rsidTr="00573F18">
        <w:trPr>
          <w:jc w:val="center"/>
        </w:trPr>
        <w:tc>
          <w:tcPr>
            <w:tcW w:w="2592" w:type="dxa"/>
            <w:tcMar>
              <w:top w:w="50" w:type="dxa"/>
              <w:left w:w="70" w:type="dxa"/>
              <w:bottom w:w="50" w:type="dxa"/>
              <w:right w:w="70" w:type="dxa"/>
            </w:tcMar>
            <w:vAlign w:val="center"/>
          </w:tcPr>
          <w:p w14:paraId="714C01EE" w14:textId="77777777" w:rsidR="00F57CE1" w:rsidRDefault="00F57CE1" w:rsidP="00573F18">
            <w:pPr>
              <w:spacing w:after="0" w:line="240" w:lineRule="auto"/>
              <w:rPr>
                <w:rFonts w:cs="Times New Roman"/>
              </w:rPr>
            </w:pPr>
            <w:r>
              <w:rPr>
                <w:rFonts w:cs="Times New Roman"/>
                <w:sz w:val="14"/>
              </w:rPr>
              <w:t>Two lags</w:t>
            </w:r>
          </w:p>
        </w:tc>
        <w:tc>
          <w:tcPr>
            <w:tcW w:w="504" w:type="dxa"/>
            <w:tcMar>
              <w:top w:w="50" w:type="dxa"/>
              <w:left w:w="70" w:type="dxa"/>
              <w:bottom w:w="50" w:type="dxa"/>
              <w:right w:w="70" w:type="dxa"/>
            </w:tcMar>
            <w:vAlign w:val="center"/>
          </w:tcPr>
          <w:p w14:paraId="0BF305A5"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052C39ED" w14:textId="77777777" w:rsidR="00F57CE1" w:rsidRDefault="00F57CE1" w:rsidP="00573F18">
            <w:pPr>
              <w:spacing w:after="0" w:line="240" w:lineRule="auto"/>
              <w:jc w:val="right"/>
              <w:rPr>
                <w:rFonts w:cs="Times New Roman"/>
              </w:rPr>
            </w:pPr>
            <w:r>
              <w:rPr>
                <w:rFonts w:cs="Times New Roman"/>
                <w:sz w:val="14"/>
              </w:rPr>
              <w:t>-0.483</w:t>
            </w:r>
          </w:p>
        </w:tc>
        <w:tc>
          <w:tcPr>
            <w:tcW w:w="1008" w:type="dxa"/>
            <w:tcMar>
              <w:top w:w="50" w:type="dxa"/>
              <w:left w:w="70" w:type="dxa"/>
              <w:bottom w:w="50" w:type="dxa"/>
              <w:right w:w="70" w:type="dxa"/>
            </w:tcMar>
            <w:vAlign w:val="center"/>
          </w:tcPr>
          <w:p w14:paraId="0CB6E84E" w14:textId="77777777" w:rsidR="00F57CE1" w:rsidRDefault="00F57CE1" w:rsidP="00573F18">
            <w:pPr>
              <w:spacing w:after="0" w:line="240" w:lineRule="auto"/>
              <w:jc w:val="right"/>
              <w:rPr>
                <w:rFonts w:cs="Times New Roman"/>
              </w:rPr>
            </w:pPr>
            <w:r>
              <w:rPr>
                <w:rFonts w:cs="Times New Roman"/>
                <w:sz w:val="14"/>
              </w:rPr>
              <w:t>0.515</w:t>
            </w:r>
          </w:p>
        </w:tc>
        <w:tc>
          <w:tcPr>
            <w:tcW w:w="936" w:type="dxa"/>
            <w:tcMar>
              <w:top w:w="50" w:type="dxa"/>
              <w:left w:w="70" w:type="dxa"/>
              <w:bottom w:w="50" w:type="dxa"/>
              <w:right w:w="70" w:type="dxa"/>
            </w:tcMar>
            <w:vAlign w:val="center"/>
          </w:tcPr>
          <w:p w14:paraId="5FFABC72" w14:textId="77777777" w:rsidR="00F57CE1" w:rsidRDefault="00F57CE1" w:rsidP="00573F18">
            <w:pPr>
              <w:spacing w:after="0" w:line="240" w:lineRule="auto"/>
              <w:jc w:val="right"/>
              <w:rPr>
                <w:rFonts w:cs="Times New Roman"/>
              </w:rPr>
            </w:pPr>
            <w:r>
              <w:rPr>
                <w:rFonts w:cs="Times New Roman"/>
                <w:sz w:val="14"/>
              </w:rPr>
              <w:t>0.519</w:t>
            </w:r>
          </w:p>
        </w:tc>
        <w:tc>
          <w:tcPr>
            <w:tcW w:w="1512" w:type="dxa"/>
            <w:tcMar>
              <w:top w:w="50" w:type="dxa"/>
              <w:left w:w="70" w:type="dxa"/>
              <w:bottom w:w="50" w:type="dxa"/>
              <w:right w:w="70" w:type="dxa"/>
            </w:tcMar>
            <w:vAlign w:val="center"/>
          </w:tcPr>
          <w:p w14:paraId="311C3F86" w14:textId="77777777" w:rsidR="00F57CE1" w:rsidRDefault="00F57CE1" w:rsidP="00573F18">
            <w:pPr>
              <w:spacing w:after="0" w:line="240" w:lineRule="auto"/>
              <w:jc w:val="right"/>
              <w:rPr>
                <w:rFonts w:cs="Times New Roman"/>
              </w:rPr>
            </w:pPr>
            <w:r>
              <w:rPr>
                <w:rFonts w:cs="Times New Roman"/>
                <w:sz w:val="14"/>
              </w:rPr>
              <w:t>0.223</w:t>
            </w:r>
          </w:p>
        </w:tc>
        <w:tc>
          <w:tcPr>
            <w:tcW w:w="1008" w:type="dxa"/>
            <w:tcMar>
              <w:top w:w="50" w:type="dxa"/>
              <w:left w:w="70" w:type="dxa"/>
              <w:bottom w:w="50" w:type="dxa"/>
              <w:right w:w="70" w:type="dxa"/>
            </w:tcMar>
            <w:vAlign w:val="center"/>
          </w:tcPr>
          <w:p w14:paraId="23BDD6EA" w14:textId="77777777" w:rsidR="00F57CE1" w:rsidRDefault="00F57CE1" w:rsidP="00573F18">
            <w:pPr>
              <w:spacing w:after="0" w:line="240" w:lineRule="auto"/>
              <w:jc w:val="right"/>
              <w:rPr>
                <w:rFonts w:cs="Times New Roman"/>
              </w:rPr>
            </w:pPr>
            <w:r>
              <w:rPr>
                <w:rFonts w:cs="Times New Roman"/>
                <w:sz w:val="14"/>
              </w:rPr>
              <w:t>0.090</w:t>
            </w:r>
          </w:p>
        </w:tc>
        <w:tc>
          <w:tcPr>
            <w:tcW w:w="936" w:type="dxa"/>
            <w:tcMar>
              <w:top w:w="50" w:type="dxa"/>
              <w:left w:w="70" w:type="dxa"/>
              <w:bottom w:w="50" w:type="dxa"/>
              <w:right w:w="70" w:type="dxa"/>
            </w:tcMar>
            <w:vAlign w:val="center"/>
          </w:tcPr>
          <w:p w14:paraId="44EAA3AD" w14:textId="77777777" w:rsidR="00F57CE1" w:rsidRDefault="00F57CE1" w:rsidP="00573F18">
            <w:pPr>
              <w:spacing w:after="0" w:line="240" w:lineRule="auto"/>
              <w:jc w:val="right"/>
              <w:rPr>
                <w:rFonts w:cs="Times New Roman"/>
              </w:rPr>
            </w:pPr>
            <w:r>
              <w:rPr>
                <w:rFonts w:cs="Times New Roman"/>
                <w:sz w:val="14"/>
              </w:rPr>
              <w:t>0.106</w:t>
            </w:r>
          </w:p>
        </w:tc>
        <w:tc>
          <w:tcPr>
            <w:tcW w:w="648" w:type="dxa"/>
            <w:tcMar>
              <w:top w:w="50" w:type="dxa"/>
              <w:left w:w="70" w:type="dxa"/>
              <w:bottom w:w="50" w:type="dxa"/>
              <w:right w:w="70" w:type="dxa"/>
            </w:tcMar>
            <w:vAlign w:val="center"/>
          </w:tcPr>
          <w:p w14:paraId="7896076D" w14:textId="77777777" w:rsidR="00F57CE1" w:rsidRDefault="00F57CE1" w:rsidP="00573F18">
            <w:pPr>
              <w:spacing w:after="0" w:line="240" w:lineRule="auto"/>
              <w:jc w:val="right"/>
              <w:rPr>
                <w:rFonts w:cs="Times New Roman"/>
              </w:rPr>
            </w:pPr>
            <w:r>
              <w:rPr>
                <w:rFonts w:cs="Times New Roman"/>
                <w:sz w:val="14"/>
              </w:rPr>
              <w:t>224</w:t>
            </w:r>
          </w:p>
        </w:tc>
      </w:tr>
      <w:tr w:rsidR="00F57CE1" w14:paraId="7224B2E0" w14:textId="77777777" w:rsidTr="00573F18">
        <w:trPr>
          <w:jc w:val="center"/>
        </w:trPr>
        <w:tc>
          <w:tcPr>
            <w:tcW w:w="2592" w:type="dxa"/>
            <w:tcMar>
              <w:top w:w="50" w:type="dxa"/>
              <w:left w:w="70" w:type="dxa"/>
              <w:bottom w:w="50" w:type="dxa"/>
              <w:right w:w="70" w:type="dxa"/>
            </w:tcMar>
            <w:vAlign w:val="center"/>
          </w:tcPr>
          <w:p w14:paraId="75F571D8"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641D6A65"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57879981" w14:textId="77777777" w:rsidR="00F57CE1" w:rsidRDefault="00F57CE1" w:rsidP="00573F18">
            <w:pPr>
              <w:spacing w:after="0" w:line="240" w:lineRule="auto"/>
              <w:jc w:val="right"/>
              <w:rPr>
                <w:rFonts w:cs="Times New Roman"/>
              </w:rPr>
            </w:pPr>
            <w:r>
              <w:rPr>
                <w:rFonts w:cs="Times New Roman"/>
                <w:sz w:val="14"/>
              </w:rPr>
              <w:t>0.218</w:t>
            </w:r>
          </w:p>
        </w:tc>
        <w:tc>
          <w:tcPr>
            <w:tcW w:w="1008" w:type="dxa"/>
            <w:tcMar>
              <w:top w:w="50" w:type="dxa"/>
              <w:left w:w="70" w:type="dxa"/>
              <w:bottom w:w="50" w:type="dxa"/>
              <w:right w:w="70" w:type="dxa"/>
            </w:tcMar>
            <w:vAlign w:val="center"/>
          </w:tcPr>
          <w:p w14:paraId="0818CA86" w14:textId="77777777" w:rsidR="00F57CE1" w:rsidRDefault="00F57CE1" w:rsidP="00573F18">
            <w:pPr>
              <w:spacing w:after="0" w:line="240" w:lineRule="auto"/>
              <w:jc w:val="right"/>
              <w:rPr>
                <w:rFonts w:cs="Times New Roman"/>
              </w:rPr>
            </w:pPr>
            <w:r>
              <w:rPr>
                <w:rFonts w:cs="Times New Roman"/>
                <w:sz w:val="14"/>
              </w:rPr>
              <w:t>0.520</w:t>
            </w:r>
          </w:p>
        </w:tc>
        <w:tc>
          <w:tcPr>
            <w:tcW w:w="936" w:type="dxa"/>
            <w:tcMar>
              <w:top w:w="50" w:type="dxa"/>
              <w:left w:w="70" w:type="dxa"/>
              <w:bottom w:w="50" w:type="dxa"/>
              <w:right w:w="70" w:type="dxa"/>
            </w:tcMar>
            <w:vAlign w:val="center"/>
          </w:tcPr>
          <w:p w14:paraId="3A1E364B" w14:textId="77777777" w:rsidR="00F57CE1" w:rsidRDefault="00F57CE1" w:rsidP="00573F18">
            <w:pPr>
              <w:spacing w:after="0" w:line="240" w:lineRule="auto"/>
              <w:jc w:val="right"/>
              <w:rPr>
                <w:rFonts w:cs="Times New Roman"/>
              </w:rPr>
            </w:pPr>
            <w:r>
              <w:rPr>
                <w:rFonts w:cs="Times New Roman"/>
                <w:sz w:val="14"/>
              </w:rPr>
              <w:t>0.558</w:t>
            </w:r>
          </w:p>
        </w:tc>
        <w:tc>
          <w:tcPr>
            <w:tcW w:w="1512" w:type="dxa"/>
            <w:tcMar>
              <w:top w:w="50" w:type="dxa"/>
              <w:left w:w="70" w:type="dxa"/>
              <w:bottom w:w="50" w:type="dxa"/>
              <w:right w:w="70" w:type="dxa"/>
            </w:tcMar>
            <w:vAlign w:val="center"/>
          </w:tcPr>
          <w:p w14:paraId="3415BD41" w14:textId="77777777" w:rsidR="00F57CE1" w:rsidRDefault="00F57CE1" w:rsidP="00573F18">
            <w:pPr>
              <w:spacing w:after="0" w:line="240" w:lineRule="auto"/>
              <w:jc w:val="right"/>
              <w:rPr>
                <w:rFonts w:cs="Times New Roman"/>
              </w:rPr>
            </w:pPr>
            <w:r>
              <w:rPr>
                <w:rFonts w:cs="Times New Roman"/>
                <w:sz w:val="14"/>
              </w:rPr>
              <w:t>0.024</w:t>
            </w:r>
          </w:p>
        </w:tc>
        <w:tc>
          <w:tcPr>
            <w:tcW w:w="1008" w:type="dxa"/>
            <w:tcMar>
              <w:top w:w="50" w:type="dxa"/>
              <w:left w:w="70" w:type="dxa"/>
              <w:bottom w:w="50" w:type="dxa"/>
              <w:right w:w="70" w:type="dxa"/>
            </w:tcMar>
            <w:vAlign w:val="center"/>
          </w:tcPr>
          <w:p w14:paraId="410A3091" w14:textId="77777777" w:rsidR="00F57CE1" w:rsidRDefault="00F57CE1" w:rsidP="00573F18">
            <w:pPr>
              <w:spacing w:after="0" w:line="240" w:lineRule="auto"/>
              <w:jc w:val="right"/>
              <w:rPr>
                <w:rFonts w:cs="Times New Roman"/>
              </w:rPr>
            </w:pPr>
            <w:r>
              <w:rPr>
                <w:rFonts w:cs="Times New Roman"/>
                <w:sz w:val="14"/>
              </w:rPr>
              <w:t>0.590</w:t>
            </w:r>
          </w:p>
        </w:tc>
        <w:tc>
          <w:tcPr>
            <w:tcW w:w="936" w:type="dxa"/>
            <w:tcMar>
              <w:top w:w="50" w:type="dxa"/>
              <w:left w:w="70" w:type="dxa"/>
              <w:bottom w:w="50" w:type="dxa"/>
              <w:right w:w="70" w:type="dxa"/>
            </w:tcMar>
            <w:vAlign w:val="center"/>
          </w:tcPr>
          <w:p w14:paraId="3EF60F3B" w14:textId="77777777" w:rsidR="00F57CE1" w:rsidRDefault="00F57CE1" w:rsidP="00573F18">
            <w:pPr>
              <w:spacing w:after="0" w:line="240" w:lineRule="auto"/>
              <w:jc w:val="right"/>
              <w:rPr>
                <w:rFonts w:cs="Times New Roman"/>
              </w:rPr>
            </w:pPr>
            <w:r>
              <w:rPr>
                <w:rFonts w:cs="Times New Roman"/>
                <w:sz w:val="14"/>
              </w:rPr>
              <w:t>0.613</w:t>
            </w:r>
          </w:p>
        </w:tc>
        <w:tc>
          <w:tcPr>
            <w:tcW w:w="648" w:type="dxa"/>
            <w:tcMar>
              <w:top w:w="50" w:type="dxa"/>
              <w:left w:w="70" w:type="dxa"/>
              <w:bottom w:w="50" w:type="dxa"/>
              <w:right w:w="70" w:type="dxa"/>
            </w:tcMar>
            <w:vAlign w:val="center"/>
          </w:tcPr>
          <w:p w14:paraId="00B31B23" w14:textId="77777777" w:rsidR="00F57CE1" w:rsidRDefault="00F57CE1" w:rsidP="00573F18">
            <w:pPr>
              <w:spacing w:after="0" w:line="240" w:lineRule="auto"/>
              <w:jc w:val="right"/>
              <w:rPr>
                <w:rFonts w:cs="Times New Roman"/>
              </w:rPr>
            </w:pPr>
            <w:r>
              <w:rPr>
                <w:rFonts w:cs="Times New Roman"/>
                <w:sz w:val="14"/>
              </w:rPr>
              <w:t>392</w:t>
            </w:r>
          </w:p>
        </w:tc>
      </w:tr>
      <w:tr w:rsidR="00F57CE1" w14:paraId="4E1FC56D" w14:textId="77777777" w:rsidTr="00573F18">
        <w:trPr>
          <w:jc w:val="center"/>
        </w:trPr>
        <w:tc>
          <w:tcPr>
            <w:tcW w:w="2592" w:type="dxa"/>
            <w:tcMar>
              <w:top w:w="50" w:type="dxa"/>
              <w:left w:w="70" w:type="dxa"/>
              <w:bottom w:w="50" w:type="dxa"/>
              <w:right w:w="70" w:type="dxa"/>
            </w:tcMar>
            <w:vAlign w:val="center"/>
          </w:tcPr>
          <w:p w14:paraId="04EF3F2E"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695773D7"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5B03FEC8" w14:textId="77777777" w:rsidR="00F57CE1" w:rsidRDefault="00F57CE1" w:rsidP="00573F18">
            <w:pPr>
              <w:spacing w:after="0" w:line="240" w:lineRule="auto"/>
              <w:jc w:val="right"/>
              <w:rPr>
                <w:rFonts w:cs="Times New Roman"/>
              </w:rPr>
            </w:pPr>
            <w:r>
              <w:rPr>
                <w:rFonts w:cs="Times New Roman"/>
                <w:sz w:val="14"/>
              </w:rPr>
              <w:t>-0.041</w:t>
            </w:r>
          </w:p>
        </w:tc>
        <w:tc>
          <w:tcPr>
            <w:tcW w:w="1008" w:type="dxa"/>
            <w:tcMar>
              <w:top w:w="50" w:type="dxa"/>
              <w:left w:w="70" w:type="dxa"/>
              <w:bottom w:w="50" w:type="dxa"/>
              <w:right w:w="70" w:type="dxa"/>
            </w:tcMar>
            <w:vAlign w:val="center"/>
          </w:tcPr>
          <w:p w14:paraId="43522C47" w14:textId="77777777" w:rsidR="00F57CE1" w:rsidRDefault="00F57CE1" w:rsidP="00573F18">
            <w:pPr>
              <w:spacing w:after="0" w:line="240" w:lineRule="auto"/>
              <w:jc w:val="right"/>
              <w:rPr>
                <w:rFonts w:cs="Times New Roman"/>
              </w:rPr>
            </w:pPr>
            <w:r>
              <w:rPr>
                <w:rFonts w:cs="Times New Roman"/>
                <w:sz w:val="14"/>
              </w:rPr>
              <w:t>0.946</w:t>
            </w:r>
          </w:p>
        </w:tc>
        <w:tc>
          <w:tcPr>
            <w:tcW w:w="936" w:type="dxa"/>
            <w:tcMar>
              <w:top w:w="50" w:type="dxa"/>
              <w:left w:w="70" w:type="dxa"/>
              <w:bottom w:w="50" w:type="dxa"/>
              <w:right w:w="70" w:type="dxa"/>
            </w:tcMar>
            <w:vAlign w:val="center"/>
          </w:tcPr>
          <w:p w14:paraId="42796FAB" w14:textId="77777777" w:rsidR="00F57CE1" w:rsidRDefault="00F57CE1" w:rsidP="00573F18">
            <w:pPr>
              <w:spacing w:after="0" w:line="240" w:lineRule="auto"/>
              <w:jc w:val="right"/>
              <w:rPr>
                <w:rFonts w:cs="Times New Roman"/>
              </w:rPr>
            </w:pPr>
            <w:r>
              <w:rPr>
                <w:rFonts w:cs="Times New Roman"/>
                <w:sz w:val="14"/>
              </w:rPr>
              <w:t>0.948</w:t>
            </w:r>
          </w:p>
        </w:tc>
        <w:tc>
          <w:tcPr>
            <w:tcW w:w="1512" w:type="dxa"/>
            <w:tcMar>
              <w:top w:w="50" w:type="dxa"/>
              <w:left w:w="70" w:type="dxa"/>
              <w:bottom w:w="50" w:type="dxa"/>
              <w:right w:w="70" w:type="dxa"/>
            </w:tcMar>
            <w:vAlign w:val="center"/>
          </w:tcPr>
          <w:p w14:paraId="47BDBEB9" w14:textId="77777777" w:rsidR="00F57CE1" w:rsidRDefault="00F57CE1" w:rsidP="00573F18">
            <w:pPr>
              <w:spacing w:after="0" w:line="240" w:lineRule="auto"/>
              <w:jc w:val="right"/>
              <w:rPr>
                <w:rFonts w:cs="Times New Roman"/>
              </w:rPr>
            </w:pPr>
            <w:r>
              <w:rPr>
                <w:rFonts w:cs="Times New Roman"/>
                <w:sz w:val="14"/>
              </w:rPr>
              <w:t>0.081</w:t>
            </w:r>
          </w:p>
        </w:tc>
        <w:tc>
          <w:tcPr>
            <w:tcW w:w="1008" w:type="dxa"/>
            <w:tcMar>
              <w:top w:w="50" w:type="dxa"/>
              <w:left w:w="70" w:type="dxa"/>
              <w:bottom w:w="50" w:type="dxa"/>
              <w:right w:w="70" w:type="dxa"/>
            </w:tcMar>
            <w:vAlign w:val="center"/>
          </w:tcPr>
          <w:p w14:paraId="554AA39C" w14:textId="77777777" w:rsidR="00F57CE1" w:rsidRDefault="00F57CE1" w:rsidP="00573F18">
            <w:pPr>
              <w:spacing w:after="0" w:line="240" w:lineRule="auto"/>
              <w:jc w:val="right"/>
              <w:rPr>
                <w:rFonts w:cs="Times New Roman"/>
              </w:rPr>
            </w:pPr>
            <w:r>
              <w:rPr>
                <w:rFonts w:cs="Times New Roman"/>
                <w:sz w:val="14"/>
              </w:rPr>
              <w:t>0.282</w:t>
            </w:r>
          </w:p>
        </w:tc>
        <w:tc>
          <w:tcPr>
            <w:tcW w:w="936" w:type="dxa"/>
            <w:tcMar>
              <w:top w:w="50" w:type="dxa"/>
              <w:left w:w="70" w:type="dxa"/>
              <w:bottom w:w="50" w:type="dxa"/>
              <w:right w:w="70" w:type="dxa"/>
            </w:tcMar>
            <w:vAlign w:val="center"/>
          </w:tcPr>
          <w:p w14:paraId="2B7380CC" w14:textId="77777777" w:rsidR="00F57CE1" w:rsidRDefault="00F57CE1" w:rsidP="00573F18">
            <w:pPr>
              <w:spacing w:after="0" w:line="240" w:lineRule="auto"/>
              <w:jc w:val="right"/>
              <w:rPr>
                <w:rFonts w:cs="Times New Roman"/>
              </w:rPr>
            </w:pPr>
            <w:r>
              <w:rPr>
                <w:rFonts w:cs="Times New Roman"/>
                <w:sz w:val="14"/>
              </w:rPr>
              <w:t>0.309</w:t>
            </w:r>
          </w:p>
        </w:tc>
        <w:tc>
          <w:tcPr>
            <w:tcW w:w="648" w:type="dxa"/>
            <w:tcMar>
              <w:top w:w="50" w:type="dxa"/>
              <w:left w:w="70" w:type="dxa"/>
              <w:bottom w:w="50" w:type="dxa"/>
              <w:right w:w="70" w:type="dxa"/>
            </w:tcMar>
            <w:vAlign w:val="center"/>
          </w:tcPr>
          <w:p w14:paraId="0920E5E2" w14:textId="77777777" w:rsidR="00F57CE1" w:rsidRDefault="00F57CE1" w:rsidP="00573F18">
            <w:pPr>
              <w:spacing w:after="0" w:line="240" w:lineRule="auto"/>
              <w:jc w:val="right"/>
              <w:rPr>
                <w:rFonts w:cs="Times New Roman"/>
              </w:rPr>
            </w:pPr>
            <w:r>
              <w:rPr>
                <w:rFonts w:cs="Times New Roman"/>
                <w:sz w:val="14"/>
              </w:rPr>
              <w:t>364</w:t>
            </w:r>
          </w:p>
        </w:tc>
      </w:tr>
      <w:tr w:rsidR="00F57CE1" w14:paraId="7B420EAD" w14:textId="77777777" w:rsidTr="00573F18">
        <w:trPr>
          <w:jc w:val="center"/>
        </w:trPr>
        <w:tc>
          <w:tcPr>
            <w:tcW w:w="2592" w:type="dxa"/>
            <w:tcMar>
              <w:top w:w="50" w:type="dxa"/>
              <w:left w:w="70" w:type="dxa"/>
              <w:bottom w:w="50" w:type="dxa"/>
              <w:right w:w="70" w:type="dxa"/>
            </w:tcMar>
            <w:vAlign w:val="center"/>
          </w:tcPr>
          <w:p w14:paraId="33E5B486"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0E4B4EED"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7A1F9031" w14:textId="77777777" w:rsidR="00F57CE1" w:rsidRDefault="00F57CE1" w:rsidP="00573F18">
            <w:pPr>
              <w:spacing w:after="0" w:line="240" w:lineRule="auto"/>
              <w:jc w:val="right"/>
              <w:rPr>
                <w:rFonts w:cs="Times New Roman"/>
              </w:rPr>
            </w:pPr>
            <w:r>
              <w:rPr>
                <w:rFonts w:cs="Times New Roman"/>
                <w:sz w:val="14"/>
              </w:rPr>
              <w:t>-0.228</w:t>
            </w:r>
          </w:p>
        </w:tc>
        <w:tc>
          <w:tcPr>
            <w:tcW w:w="1008" w:type="dxa"/>
            <w:tcMar>
              <w:top w:w="50" w:type="dxa"/>
              <w:left w:w="70" w:type="dxa"/>
              <w:bottom w:w="50" w:type="dxa"/>
              <w:right w:w="70" w:type="dxa"/>
            </w:tcMar>
            <w:vAlign w:val="center"/>
          </w:tcPr>
          <w:p w14:paraId="27EBAD8D" w14:textId="77777777" w:rsidR="00F57CE1" w:rsidRDefault="00F57CE1" w:rsidP="00573F18">
            <w:pPr>
              <w:spacing w:after="0" w:line="240" w:lineRule="auto"/>
              <w:jc w:val="right"/>
              <w:rPr>
                <w:rFonts w:cs="Times New Roman"/>
              </w:rPr>
            </w:pPr>
            <w:r>
              <w:rPr>
                <w:rFonts w:cs="Times New Roman"/>
                <w:sz w:val="14"/>
              </w:rPr>
              <w:t>0.764</w:t>
            </w:r>
          </w:p>
        </w:tc>
        <w:tc>
          <w:tcPr>
            <w:tcW w:w="936" w:type="dxa"/>
            <w:tcMar>
              <w:top w:w="50" w:type="dxa"/>
              <w:left w:w="70" w:type="dxa"/>
              <w:bottom w:w="50" w:type="dxa"/>
              <w:right w:w="70" w:type="dxa"/>
            </w:tcMar>
            <w:vAlign w:val="center"/>
          </w:tcPr>
          <w:p w14:paraId="176DB68B" w14:textId="77777777" w:rsidR="00F57CE1" w:rsidRDefault="00F57CE1" w:rsidP="00573F18">
            <w:pPr>
              <w:spacing w:after="0" w:line="240" w:lineRule="auto"/>
              <w:jc w:val="right"/>
              <w:rPr>
                <w:rFonts w:cs="Times New Roman"/>
              </w:rPr>
            </w:pPr>
            <w:r>
              <w:rPr>
                <w:rFonts w:cs="Times New Roman"/>
                <w:sz w:val="14"/>
              </w:rPr>
              <w:t>0.796</w:t>
            </w:r>
          </w:p>
        </w:tc>
        <w:tc>
          <w:tcPr>
            <w:tcW w:w="1512" w:type="dxa"/>
            <w:tcMar>
              <w:top w:w="50" w:type="dxa"/>
              <w:left w:w="70" w:type="dxa"/>
              <w:bottom w:w="50" w:type="dxa"/>
              <w:right w:w="70" w:type="dxa"/>
            </w:tcMar>
            <w:vAlign w:val="center"/>
          </w:tcPr>
          <w:p w14:paraId="6700AE70" w14:textId="77777777" w:rsidR="00F57CE1" w:rsidRDefault="00F57CE1" w:rsidP="00573F18">
            <w:pPr>
              <w:spacing w:after="0" w:line="240" w:lineRule="auto"/>
              <w:jc w:val="right"/>
              <w:rPr>
                <w:rFonts w:cs="Times New Roman"/>
              </w:rPr>
            </w:pPr>
            <w:r>
              <w:rPr>
                <w:rFonts w:cs="Times New Roman"/>
                <w:sz w:val="14"/>
              </w:rPr>
              <w:t>0.096</w:t>
            </w:r>
          </w:p>
        </w:tc>
        <w:tc>
          <w:tcPr>
            <w:tcW w:w="1008" w:type="dxa"/>
            <w:tcMar>
              <w:top w:w="50" w:type="dxa"/>
              <w:left w:w="70" w:type="dxa"/>
              <w:bottom w:w="50" w:type="dxa"/>
              <w:right w:w="70" w:type="dxa"/>
            </w:tcMar>
            <w:vAlign w:val="center"/>
          </w:tcPr>
          <w:p w14:paraId="2030E484" w14:textId="77777777" w:rsidR="00F57CE1" w:rsidRDefault="00F57CE1" w:rsidP="00573F18">
            <w:pPr>
              <w:spacing w:after="0" w:line="240" w:lineRule="auto"/>
              <w:jc w:val="right"/>
              <w:rPr>
                <w:rFonts w:cs="Times New Roman"/>
              </w:rPr>
            </w:pPr>
            <w:r>
              <w:rPr>
                <w:rFonts w:cs="Times New Roman"/>
                <w:sz w:val="14"/>
              </w:rPr>
              <w:t>0.232</w:t>
            </w:r>
          </w:p>
        </w:tc>
        <w:tc>
          <w:tcPr>
            <w:tcW w:w="936" w:type="dxa"/>
            <w:tcMar>
              <w:top w:w="50" w:type="dxa"/>
              <w:left w:w="70" w:type="dxa"/>
              <w:bottom w:w="50" w:type="dxa"/>
              <w:right w:w="70" w:type="dxa"/>
            </w:tcMar>
            <w:vAlign w:val="center"/>
          </w:tcPr>
          <w:p w14:paraId="0EBB7007" w14:textId="77777777" w:rsidR="00F57CE1" w:rsidRDefault="00F57CE1" w:rsidP="00573F18">
            <w:pPr>
              <w:spacing w:after="0" w:line="240" w:lineRule="auto"/>
              <w:jc w:val="right"/>
              <w:rPr>
                <w:rFonts w:cs="Times New Roman"/>
              </w:rPr>
            </w:pPr>
            <w:r>
              <w:rPr>
                <w:rFonts w:cs="Times New Roman"/>
                <w:sz w:val="14"/>
              </w:rPr>
              <w:t>0.250</w:t>
            </w:r>
          </w:p>
        </w:tc>
        <w:tc>
          <w:tcPr>
            <w:tcW w:w="648" w:type="dxa"/>
            <w:tcMar>
              <w:top w:w="50" w:type="dxa"/>
              <w:left w:w="70" w:type="dxa"/>
              <w:bottom w:w="50" w:type="dxa"/>
              <w:right w:w="70" w:type="dxa"/>
            </w:tcMar>
            <w:vAlign w:val="center"/>
          </w:tcPr>
          <w:p w14:paraId="47C56860" w14:textId="77777777" w:rsidR="00F57CE1" w:rsidRDefault="00F57CE1" w:rsidP="00573F18">
            <w:pPr>
              <w:spacing w:after="0" w:line="240" w:lineRule="auto"/>
              <w:jc w:val="right"/>
              <w:rPr>
                <w:rFonts w:cs="Times New Roman"/>
              </w:rPr>
            </w:pPr>
            <w:r>
              <w:rPr>
                <w:rFonts w:cs="Times New Roman"/>
                <w:sz w:val="14"/>
              </w:rPr>
              <w:t>336</w:t>
            </w:r>
          </w:p>
        </w:tc>
      </w:tr>
      <w:tr w:rsidR="00F57CE1" w14:paraId="7149556A" w14:textId="77777777" w:rsidTr="00573F18">
        <w:trPr>
          <w:jc w:val="center"/>
        </w:trPr>
        <w:tc>
          <w:tcPr>
            <w:tcW w:w="2592" w:type="dxa"/>
            <w:tcMar>
              <w:top w:w="50" w:type="dxa"/>
              <w:left w:w="70" w:type="dxa"/>
              <w:bottom w:w="50" w:type="dxa"/>
              <w:right w:w="70" w:type="dxa"/>
            </w:tcMar>
            <w:vAlign w:val="center"/>
          </w:tcPr>
          <w:p w14:paraId="303A00F4"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3C435F17"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7FA3D602" w14:textId="77777777" w:rsidR="00F57CE1" w:rsidRDefault="00F57CE1" w:rsidP="00573F18">
            <w:pPr>
              <w:spacing w:after="0" w:line="240" w:lineRule="auto"/>
              <w:jc w:val="right"/>
              <w:rPr>
                <w:rFonts w:cs="Times New Roman"/>
              </w:rPr>
            </w:pPr>
            <w:r>
              <w:rPr>
                <w:rFonts w:cs="Times New Roman"/>
                <w:sz w:val="14"/>
              </w:rPr>
              <w:t>-1.447</w:t>
            </w:r>
          </w:p>
        </w:tc>
        <w:tc>
          <w:tcPr>
            <w:tcW w:w="1008" w:type="dxa"/>
            <w:tcMar>
              <w:top w:w="50" w:type="dxa"/>
              <w:left w:w="70" w:type="dxa"/>
              <w:bottom w:w="50" w:type="dxa"/>
              <w:right w:w="70" w:type="dxa"/>
            </w:tcMar>
            <w:vAlign w:val="center"/>
          </w:tcPr>
          <w:p w14:paraId="4B561711" w14:textId="77777777" w:rsidR="00F57CE1" w:rsidRDefault="00F57CE1" w:rsidP="00573F18">
            <w:pPr>
              <w:spacing w:after="0" w:line="240" w:lineRule="auto"/>
              <w:jc w:val="right"/>
              <w:rPr>
                <w:rFonts w:cs="Times New Roman"/>
              </w:rPr>
            </w:pPr>
            <w:r>
              <w:rPr>
                <w:rFonts w:cs="Times New Roman"/>
                <w:sz w:val="14"/>
              </w:rPr>
              <w:t>0.116</w:t>
            </w:r>
          </w:p>
        </w:tc>
        <w:tc>
          <w:tcPr>
            <w:tcW w:w="936" w:type="dxa"/>
            <w:tcMar>
              <w:top w:w="50" w:type="dxa"/>
              <w:left w:w="70" w:type="dxa"/>
              <w:bottom w:w="50" w:type="dxa"/>
              <w:right w:w="70" w:type="dxa"/>
            </w:tcMar>
            <w:vAlign w:val="center"/>
          </w:tcPr>
          <w:p w14:paraId="40BFC942" w14:textId="77777777" w:rsidR="00F57CE1" w:rsidRDefault="00F57CE1" w:rsidP="00573F18">
            <w:pPr>
              <w:spacing w:after="0" w:line="240" w:lineRule="auto"/>
              <w:jc w:val="right"/>
              <w:rPr>
                <w:rFonts w:cs="Times New Roman"/>
              </w:rPr>
            </w:pPr>
            <w:r>
              <w:rPr>
                <w:rFonts w:cs="Times New Roman"/>
                <w:sz w:val="14"/>
              </w:rPr>
              <w:t>0.163</w:t>
            </w:r>
          </w:p>
        </w:tc>
        <w:tc>
          <w:tcPr>
            <w:tcW w:w="1512" w:type="dxa"/>
            <w:tcMar>
              <w:top w:w="50" w:type="dxa"/>
              <w:left w:w="70" w:type="dxa"/>
              <w:bottom w:w="50" w:type="dxa"/>
              <w:right w:w="70" w:type="dxa"/>
            </w:tcMar>
            <w:vAlign w:val="center"/>
          </w:tcPr>
          <w:p w14:paraId="1898B9E7" w14:textId="77777777" w:rsidR="00F57CE1" w:rsidRDefault="00F57CE1" w:rsidP="00573F18">
            <w:pPr>
              <w:spacing w:after="0" w:line="240" w:lineRule="auto"/>
              <w:jc w:val="right"/>
              <w:rPr>
                <w:rFonts w:cs="Times New Roman"/>
              </w:rPr>
            </w:pPr>
            <w:r>
              <w:rPr>
                <w:rFonts w:cs="Times New Roman"/>
                <w:sz w:val="14"/>
              </w:rPr>
              <w:t>0.103</w:t>
            </w:r>
          </w:p>
        </w:tc>
        <w:tc>
          <w:tcPr>
            <w:tcW w:w="1008" w:type="dxa"/>
            <w:tcMar>
              <w:top w:w="50" w:type="dxa"/>
              <w:left w:w="70" w:type="dxa"/>
              <w:bottom w:w="50" w:type="dxa"/>
              <w:right w:w="70" w:type="dxa"/>
            </w:tcMar>
            <w:vAlign w:val="center"/>
          </w:tcPr>
          <w:p w14:paraId="36208CFD" w14:textId="77777777" w:rsidR="00F57CE1" w:rsidRDefault="00F57CE1" w:rsidP="00573F18">
            <w:pPr>
              <w:spacing w:after="0" w:line="240" w:lineRule="auto"/>
              <w:jc w:val="right"/>
              <w:rPr>
                <w:rFonts w:cs="Times New Roman"/>
              </w:rPr>
            </w:pPr>
            <w:r>
              <w:rPr>
                <w:rFonts w:cs="Times New Roman"/>
                <w:sz w:val="14"/>
              </w:rPr>
              <w:t>0.249</w:t>
            </w:r>
          </w:p>
        </w:tc>
        <w:tc>
          <w:tcPr>
            <w:tcW w:w="936" w:type="dxa"/>
            <w:tcMar>
              <w:top w:w="50" w:type="dxa"/>
              <w:left w:w="70" w:type="dxa"/>
              <w:bottom w:w="50" w:type="dxa"/>
              <w:right w:w="70" w:type="dxa"/>
            </w:tcMar>
            <w:vAlign w:val="center"/>
          </w:tcPr>
          <w:p w14:paraId="19CD96FC" w14:textId="77777777" w:rsidR="00F57CE1" w:rsidRDefault="00F57CE1" w:rsidP="00573F18">
            <w:pPr>
              <w:spacing w:after="0" w:line="240" w:lineRule="auto"/>
              <w:jc w:val="right"/>
              <w:rPr>
                <w:rFonts w:cs="Times New Roman"/>
              </w:rPr>
            </w:pPr>
            <w:r>
              <w:rPr>
                <w:rFonts w:cs="Times New Roman"/>
                <w:sz w:val="14"/>
              </w:rPr>
              <w:t>0.269</w:t>
            </w:r>
          </w:p>
        </w:tc>
        <w:tc>
          <w:tcPr>
            <w:tcW w:w="648" w:type="dxa"/>
            <w:tcMar>
              <w:top w:w="50" w:type="dxa"/>
              <w:left w:w="70" w:type="dxa"/>
              <w:bottom w:w="50" w:type="dxa"/>
              <w:right w:w="70" w:type="dxa"/>
            </w:tcMar>
            <w:vAlign w:val="center"/>
          </w:tcPr>
          <w:p w14:paraId="7F26098D" w14:textId="77777777" w:rsidR="00F57CE1" w:rsidRDefault="00F57CE1" w:rsidP="00573F18">
            <w:pPr>
              <w:spacing w:after="0" w:line="240" w:lineRule="auto"/>
              <w:jc w:val="right"/>
              <w:rPr>
                <w:rFonts w:cs="Times New Roman"/>
              </w:rPr>
            </w:pPr>
            <w:r>
              <w:rPr>
                <w:rFonts w:cs="Times New Roman"/>
                <w:sz w:val="14"/>
              </w:rPr>
              <w:t>308</w:t>
            </w:r>
          </w:p>
        </w:tc>
      </w:tr>
      <w:tr w:rsidR="00F57CE1" w14:paraId="608BD839" w14:textId="77777777" w:rsidTr="00573F18">
        <w:trPr>
          <w:jc w:val="center"/>
        </w:trPr>
        <w:tc>
          <w:tcPr>
            <w:tcW w:w="2592" w:type="dxa"/>
            <w:tcMar>
              <w:top w:w="50" w:type="dxa"/>
              <w:left w:w="70" w:type="dxa"/>
              <w:bottom w:w="50" w:type="dxa"/>
              <w:right w:w="70" w:type="dxa"/>
            </w:tcMar>
            <w:vAlign w:val="center"/>
          </w:tcPr>
          <w:p w14:paraId="255EB2A1"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3CF78C5A"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7FD02591" w14:textId="77777777" w:rsidR="00F57CE1" w:rsidRDefault="00F57CE1" w:rsidP="00573F18">
            <w:pPr>
              <w:spacing w:after="0" w:line="240" w:lineRule="auto"/>
              <w:jc w:val="right"/>
              <w:rPr>
                <w:rFonts w:cs="Times New Roman"/>
              </w:rPr>
            </w:pPr>
            <w:r>
              <w:rPr>
                <w:rFonts w:cs="Times New Roman"/>
                <w:sz w:val="14"/>
              </w:rPr>
              <w:t>-1.544</w:t>
            </w:r>
          </w:p>
        </w:tc>
        <w:tc>
          <w:tcPr>
            <w:tcW w:w="1008" w:type="dxa"/>
            <w:tcMar>
              <w:top w:w="50" w:type="dxa"/>
              <w:left w:w="70" w:type="dxa"/>
              <w:bottom w:w="50" w:type="dxa"/>
              <w:right w:w="70" w:type="dxa"/>
            </w:tcMar>
            <w:vAlign w:val="center"/>
          </w:tcPr>
          <w:p w14:paraId="6F3E39D0" w14:textId="77777777" w:rsidR="00F57CE1" w:rsidRDefault="00F57CE1" w:rsidP="00573F18">
            <w:pPr>
              <w:spacing w:after="0" w:line="240" w:lineRule="auto"/>
              <w:jc w:val="right"/>
              <w:rPr>
                <w:rFonts w:cs="Times New Roman"/>
              </w:rPr>
            </w:pPr>
            <w:r>
              <w:rPr>
                <w:rFonts w:cs="Times New Roman"/>
                <w:sz w:val="14"/>
              </w:rPr>
              <w:t>0.112</w:t>
            </w:r>
          </w:p>
        </w:tc>
        <w:tc>
          <w:tcPr>
            <w:tcW w:w="936" w:type="dxa"/>
            <w:tcMar>
              <w:top w:w="50" w:type="dxa"/>
              <w:left w:w="70" w:type="dxa"/>
              <w:bottom w:w="50" w:type="dxa"/>
              <w:right w:w="70" w:type="dxa"/>
            </w:tcMar>
            <w:vAlign w:val="center"/>
          </w:tcPr>
          <w:p w14:paraId="413CD06E" w14:textId="77777777" w:rsidR="00F57CE1" w:rsidRDefault="00F57CE1" w:rsidP="00573F18">
            <w:pPr>
              <w:spacing w:after="0" w:line="240" w:lineRule="auto"/>
              <w:jc w:val="right"/>
              <w:rPr>
                <w:rFonts w:cs="Times New Roman"/>
              </w:rPr>
            </w:pPr>
            <w:r>
              <w:rPr>
                <w:rFonts w:cs="Times New Roman"/>
                <w:sz w:val="14"/>
              </w:rPr>
              <w:t>0.127</w:t>
            </w:r>
          </w:p>
        </w:tc>
        <w:tc>
          <w:tcPr>
            <w:tcW w:w="1512" w:type="dxa"/>
            <w:tcMar>
              <w:top w:w="50" w:type="dxa"/>
              <w:left w:w="70" w:type="dxa"/>
              <w:bottom w:w="50" w:type="dxa"/>
              <w:right w:w="70" w:type="dxa"/>
            </w:tcMar>
            <w:vAlign w:val="center"/>
          </w:tcPr>
          <w:p w14:paraId="5514ED24" w14:textId="77777777" w:rsidR="00F57CE1" w:rsidRDefault="00F57CE1" w:rsidP="00573F18">
            <w:pPr>
              <w:spacing w:after="0" w:line="240" w:lineRule="auto"/>
              <w:jc w:val="right"/>
              <w:rPr>
                <w:rFonts w:cs="Times New Roman"/>
              </w:rPr>
            </w:pPr>
            <w:r>
              <w:rPr>
                <w:rFonts w:cs="Times New Roman"/>
                <w:sz w:val="14"/>
              </w:rPr>
              <w:t>0.173</w:t>
            </w:r>
          </w:p>
        </w:tc>
        <w:tc>
          <w:tcPr>
            <w:tcW w:w="1008" w:type="dxa"/>
            <w:tcMar>
              <w:top w:w="50" w:type="dxa"/>
              <w:left w:w="70" w:type="dxa"/>
              <w:bottom w:w="50" w:type="dxa"/>
              <w:right w:w="70" w:type="dxa"/>
            </w:tcMar>
            <w:vAlign w:val="center"/>
          </w:tcPr>
          <w:p w14:paraId="1EDA6E79" w14:textId="77777777" w:rsidR="00F57CE1" w:rsidRDefault="00F57CE1" w:rsidP="00573F18">
            <w:pPr>
              <w:spacing w:after="0" w:line="240" w:lineRule="auto"/>
              <w:jc w:val="right"/>
              <w:rPr>
                <w:rFonts w:cs="Times New Roman"/>
              </w:rPr>
            </w:pPr>
            <w:r>
              <w:rPr>
                <w:rFonts w:cs="Times New Roman"/>
                <w:sz w:val="14"/>
              </w:rPr>
              <w:t>0.094</w:t>
            </w:r>
          </w:p>
        </w:tc>
        <w:tc>
          <w:tcPr>
            <w:tcW w:w="936" w:type="dxa"/>
            <w:tcMar>
              <w:top w:w="50" w:type="dxa"/>
              <w:left w:w="70" w:type="dxa"/>
              <w:bottom w:w="50" w:type="dxa"/>
              <w:right w:w="70" w:type="dxa"/>
            </w:tcMar>
            <w:vAlign w:val="center"/>
          </w:tcPr>
          <w:p w14:paraId="3CCCDD1E" w14:textId="77777777" w:rsidR="00F57CE1" w:rsidRDefault="00F57CE1" w:rsidP="00573F18">
            <w:pPr>
              <w:spacing w:after="0" w:line="240" w:lineRule="auto"/>
              <w:jc w:val="right"/>
              <w:rPr>
                <w:rFonts w:cs="Times New Roman"/>
              </w:rPr>
            </w:pPr>
            <w:r>
              <w:rPr>
                <w:rFonts w:cs="Times New Roman"/>
                <w:sz w:val="14"/>
              </w:rPr>
              <w:t>0.113</w:t>
            </w:r>
          </w:p>
        </w:tc>
        <w:tc>
          <w:tcPr>
            <w:tcW w:w="648" w:type="dxa"/>
            <w:tcMar>
              <w:top w:w="50" w:type="dxa"/>
              <w:left w:w="70" w:type="dxa"/>
              <w:bottom w:w="50" w:type="dxa"/>
              <w:right w:w="70" w:type="dxa"/>
            </w:tcMar>
            <w:vAlign w:val="center"/>
          </w:tcPr>
          <w:p w14:paraId="1A4B947A" w14:textId="77777777" w:rsidR="00F57CE1" w:rsidRDefault="00F57CE1" w:rsidP="00573F18">
            <w:pPr>
              <w:spacing w:after="0" w:line="240" w:lineRule="auto"/>
              <w:jc w:val="right"/>
              <w:rPr>
                <w:rFonts w:cs="Times New Roman"/>
              </w:rPr>
            </w:pPr>
            <w:r>
              <w:rPr>
                <w:rFonts w:cs="Times New Roman"/>
                <w:sz w:val="14"/>
              </w:rPr>
              <w:t>280</w:t>
            </w:r>
          </w:p>
        </w:tc>
      </w:tr>
      <w:tr w:rsidR="00F57CE1" w14:paraId="08969E70" w14:textId="77777777" w:rsidTr="00573F18">
        <w:trPr>
          <w:jc w:val="center"/>
        </w:trPr>
        <w:tc>
          <w:tcPr>
            <w:tcW w:w="2592" w:type="dxa"/>
            <w:tcMar>
              <w:top w:w="50" w:type="dxa"/>
              <w:left w:w="70" w:type="dxa"/>
              <w:bottom w:w="50" w:type="dxa"/>
              <w:right w:w="70" w:type="dxa"/>
            </w:tcMar>
            <w:vAlign w:val="center"/>
          </w:tcPr>
          <w:p w14:paraId="6FF2DC9E" w14:textId="77777777" w:rsidR="00F57CE1" w:rsidRDefault="00F57CE1" w:rsidP="00573F18">
            <w:pPr>
              <w:spacing w:after="0" w:line="240" w:lineRule="auto"/>
              <w:rPr>
                <w:rFonts w:cs="Times New Roman"/>
              </w:rPr>
            </w:pPr>
            <w:r>
              <w:rPr>
                <w:rFonts w:cs="Times New Roman"/>
                <w:sz w:val="14"/>
              </w:rPr>
              <w:t>Winsorized RHS 1-99</w:t>
            </w:r>
          </w:p>
        </w:tc>
        <w:tc>
          <w:tcPr>
            <w:tcW w:w="504" w:type="dxa"/>
            <w:tcMar>
              <w:top w:w="50" w:type="dxa"/>
              <w:left w:w="70" w:type="dxa"/>
              <w:bottom w:w="50" w:type="dxa"/>
              <w:right w:w="70" w:type="dxa"/>
            </w:tcMar>
            <w:vAlign w:val="center"/>
          </w:tcPr>
          <w:p w14:paraId="53069867"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3F117CC3" w14:textId="77777777" w:rsidR="00F57CE1" w:rsidRDefault="00F57CE1" w:rsidP="00573F18">
            <w:pPr>
              <w:spacing w:after="0" w:line="240" w:lineRule="auto"/>
              <w:jc w:val="right"/>
              <w:rPr>
                <w:rFonts w:cs="Times New Roman"/>
              </w:rPr>
            </w:pPr>
            <w:r>
              <w:rPr>
                <w:rFonts w:cs="Times New Roman"/>
                <w:sz w:val="14"/>
              </w:rPr>
              <w:t>-1.080</w:t>
            </w:r>
          </w:p>
        </w:tc>
        <w:tc>
          <w:tcPr>
            <w:tcW w:w="1008" w:type="dxa"/>
            <w:tcMar>
              <w:top w:w="50" w:type="dxa"/>
              <w:left w:w="70" w:type="dxa"/>
              <w:bottom w:w="50" w:type="dxa"/>
              <w:right w:w="70" w:type="dxa"/>
            </w:tcMar>
            <w:vAlign w:val="center"/>
          </w:tcPr>
          <w:p w14:paraId="1CEC1A69" w14:textId="77777777" w:rsidR="00F57CE1" w:rsidRDefault="00F57CE1" w:rsidP="00573F18">
            <w:pPr>
              <w:spacing w:after="0" w:line="240" w:lineRule="auto"/>
              <w:jc w:val="right"/>
              <w:rPr>
                <w:rFonts w:cs="Times New Roman"/>
              </w:rPr>
            </w:pPr>
            <w:r>
              <w:rPr>
                <w:rFonts w:cs="Times New Roman"/>
                <w:sz w:val="14"/>
              </w:rPr>
              <w:t>0.293</w:t>
            </w:r>
          </w:p>
        </w:tc>
        <w:tc>
          <w:tcPr>
            <w:tcW w:w="936" w:type="dxa"/>
            <w:tcMar>
              <w:top w:w="50" w:type="dxa"/>
              <w:left w:w="70" w:type="dxa"/>
              <w:bottom w:w="50" w:type="dxa"/>
              <w:right w:w="70" w:type="dxa"/>
            </w:tcMar>
            <w:vAlign w:val="center"/>
          </w:tcPr>
          <w:p w14:paraId="28BDF242" w14:textId="77777777" w:rsidR="00F57CE1" w:rsidRDefault="00F57CE1" w:rsidP="00573F18">
            <w:pPr>
              <w:spacing w:after="0" w:line="240" w:lineRule="auto"/>
              <w:jc w:val="right"/>
              <w:rPr>
                <w:rFonts w:cs="Times New Roman"/>
              </w:rPr>
            </w:pPr>
            <w:r>
              <w:rPr>
                <w:rFonts w:cs="Times New Roman"/>
                <w:sz w:val="14"/>
              </w:rPr>
              <w:t>0.367</w:t>
            </w:r>
          </w:p>
        </w:tc>
        <w:tc>
          <w:tcPr>
            <w:tcW w:w="1512" w:type="dxa"/>
            <w:tcMar>
              <w:top w:w="50" w:type="dxa"/>
              <w:left w:w="70" w:type="dxa"/>
              <w:bottom w:w="50" w:type="dxa"/>
              <w:right w:w="70" w:type="dxa"/>
            </w:tcMar>
            <w:vAlign w:val="center"/>
          </w:tcPr>
          <w:p w14:paraId="1A0385BA" w14:textId="77777777" w:rsidR="00F57CE1" w:rsidRDefault="00F57CE1" w:rsidP="00573F18">
            <w:pPr>
              <w:spacing w:after="0" w:line="240" w:lineRule="auto"/>
              <w:jc w:val="right"/>
              <w:rPr>
                <w:rFonts w:cs="Times New Roman"/>
              </w:rPr>
            </w:pPr>
            <w:r>
              <w:rPr>
                <w:rFonts w:cs="Times New Roman"/>
                <w:sz w:val="14"/>
              </w:rPr>
              <w:t>0.180</w:t>
            </w:r>
          </w:p>
        </w:tc>
        <w:tc>
          <w:tcPr>
            <w:tcW w:w="1008" w:type="dxa"/>
            <w:tcMar>
              <w:top w:w="50" w:type="dxa"/>
              <w:left w:w="70" w:type="dxa"/>
              <w:bottom w:w="50" w:type="dxa"/>
              <w:right w:w="70" w:type="dxa"/>
            </w:tcMar>
            <w:vAlign w:val="center"/>
          </w:tcPr>
          <w:p w14:paraId="142DE972" w14:textId="77777777" w:rsidR="00F57CE1" w:rsidRDefault="00F57CE1" w:rsidP="00573F18">
            <w:pPr>
              <w:spacing w:after="0" w:line="240" w:lineRule="auto"/>
              <w:jc w:val="right"/>
              <w:rPr>
                <w:rFonts w:cs="Times New Roman"/>
              </w:rPr>
            </w:pPr>
            <w:r>
              <w:rPr>
                <w:rFonts w:cs="Times New Roman"/>
                <w:sz w:val="14"/>
              </w:rPr>
              <w:t>0.130</w:t>
            </w:r>
          </w:p>
        </w:tc>
        <w:tc>
          <w:tcPr>
            <w:tcW w:w="936" w:type="dxa"/>
            <w:tcMar>
              <w:top w:w="50" w:type="dxa"/>
              <w:left w:w="70" w:type="dxa"/>
              <w:bottom w:w="50" w:type="dxa"/>
              <w:right w:w="70" w:type="dxa"/>
            </w:tcMar>
            <w:vAlign w:val="center"/>
          </w:tcPr>
          <w:p w14:paraId="406168B8" w14:textId="77777777" w:rsidR="00F57CE1" w:rsidRDefault="00F57CE1" w:rsidP="00573F18">
            <w:pPr>
              <w:spacing w:after="0" w:line="240" w:lineRule="auto"/>
              <w:jc w:val="right"/>
              <w:rPr>
                <w:rFonts w:cs="Times New Roman"/>
              </w:rPr>
            </w:pPr>
            <w:r>
              <w:rPr>
                <w:rFonts w:cs="Times New Roman"/>
                <w:sz w:val="14"/>
              </w:rPr>
              <w:t>0.142</w:t>
            </w:r>
          </w:p>
        </w:tc>
        <w:tc>
          <w:tcPr>
            <w:tcW w:w="648" w:type="dxa"/>
            <w:tcMar>
              <w:top w:w="50" w:type="dxa"/>
              <w:left w:w="70" w:type="dxa"/>
              <w:bottom w:w="50" w:type="dxa"/>
              <w:right w:w="70" w:type="dxa"/>
            </w:tcMar>
            <w:vAlign w:val="center"/>
          </w:tcPr>
          <w:p w14:paraId="73FB3E6C" w14:textId="77777777" w:rsidR="00F57CE1" w:rsidRDefault="00F57CE1" w:rsidP="00573F18">
            <w:pPr>
              <w:spacing w:after="0" w:line="240" w:lineRule="auto"/>
              <w:jc w:val="right"/>
              <w:rPr>
                <w:rFonts w:cs="Times New Roman"/>
              </w:rPr>
            </w:pPr>
            <w:r>
              <w:rPr>
                <w:rFonts w:cs="Times New Roman"/>
                <w:sz w:val="14"/>
              </w:rPr>
              <w:t>252</w:t>
            </w:r>
          </w:p>
        </w:tc>
      </w:tr>
      <w:tr w:rsidR="00F57CE1" w14:paraId="3F31E94B" w14:textId="77777777" w:rsidTr="00573F18">
        <w:trPr>
          <w:jc w:val="center"/>
        </w:trPr>
        <w:tc>
          <w:tcPr>
            <w:tcW w:w="2592" w:type="dxa"/>
            <w:tcMar>
              <w:top w:w="50" w:type="dxa"/>
              <w:left w:w="70" w:type="dxa"/>
              <w:bottom w:w="50" w:type="dxa"/>
              <w:right w:w="70" w:type="dxa"/>
            </w:tcMar>
            <w:vAlign w:val="center"/>
          </w:tcPr>
          <w:p w14:paraId="1548E311"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283BB561"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15AA188B" w14:textId="77777777" w:rsidR="00F57CE1" w:rsidRDefault="00F57CE1" w:rsidP="00573F18">
            <w:pPr>
              <w:spacing w:after="0" w:line="240" w:lineRule="auto"/>
              <w:jc w:val="right"/>
              <w:rPr>
                <w:rFonts w:cs="Times New Roman"/>
              </w:rPr>
            </w:pPr>
            <w:r>
              <w:rPr>
                <w:rFonts w:cs="Times New Roman"/>
                <w:sz w:val="14"/>
              </w:rPr>
              <w:t>0.469</w:t>
            </w:r>
          </w:p>
        </w:tc>
        <w:tc>
          <w:tcPr>
            <w:tcW w:w="1008" w:type="dxa"/>
            <w:tcMar>
              <w:top w:w="50" w:type="dxa"/>
              <w:left w:w="70" w:type="dxa"/>
              <w:bottom w:w="50" w:type="dxa"/>
              <w:right w:w="70" w:type="dxa"/>
            </w:tcMar>
            <w:vAlign w:val="center"/>
          </w:tcPr>
          <w:p w14:paraId="397C38DB" w14:textId="77777777" w:rsidR="00F57CE1" w:rsidRDefault="00F57CE1" w:rsidP="00573F18">
            <w:pPr>
              <w:spacing w:after="0" w:line="240" w:lineRule="auto"/>
              <w:jc w:val="right"/>
              <w:rPr>
                <w:rFonts w:cs="Times New Roman"/>
              </w:rPr>
            </w:pPr>
            <w:r>
              <w:rPr>
                <w:rFonts w:cs="Times New Roman"/>
                <w:sz w:val="14"/>
              </w:rPr>
              <w:t>0.178</w:t>
            </w:r>
          </w:p>
        </w:tc>
        <w:tc>
          <w:tcPr>
            <w:tcW w:w="936" w:type="dxa"/>
            <w:tcMar>
              <w:top w:w="50" w:type="dxa"/>
              <w:left w:w="70" w:type="dxa"/>
              <w:bottom w:w="50" w:type="dxa"/>
              <w:right w:w="70" w:type="dxa"/>
            </w:tcMar>
            <w:vAlign w:val="center"/>
          </w:tcPr>
          <w:p w14:paraId="6D9DF16A" w14:textId="77777777" w:rsidR="00F57CE1" w:rsidRDefault="00F57CE1" w:rsidP="00573F18">
            <w:pPr>
              <w:spacing w:after="0" w:line="240" w:lineRule="auto"/>
              <w:jc w:val="right"/>
              <w:rPr>
                <w:rFonts w:cs="Times New Roman"/>
              </w:rPr>
            </w:pPr>
            <w:r>
              <w:rPr>
                <w:rFonts w:cs="Times New Roman"/>
                <w:sz w:val="14"/>
              </w:rPr>
              <w:t>0.202</w:t>
            </w:r>
          </w:p>
        </w:tc>
        <w:tc>
          <w:tcPr>
            <w:tcW w:w="1512" w:type="dxa"/>
            <w:tcMar>
              <w:top w:w="50" w:type="dxa"/>
              <w:left w:w="70" w:type="dxa"/>
              <w:bottom w:w="50" w:type="dxa"/>
              <w:right w:w="70" w:type="dxa"/>
            </w:tcMar>
            <w:vAlign w:val="center"/>
          </w:tcPr>
          <w:p w14:paraId="5F4350C3" w14:textId="77777777" w:rsidR="00F57CE1" w:rsidRDefault="00F57CE1" w:rsidP="00573F18">
            <w:pPr>
              <w:spacing w:after="0" w:line="240" w:lineRule="auto"/>
              <w:jc w:val="right"/>
              <w:rPr>
                <w:rFonts w:cs="Times New Roman"/>
              </w:rPr>
            </w:pPr>
            <w:r>
              <w:rPr>
                <w:rFonts w:cs="Times New Roman"/>
                <w:sz w:val="14"/>
              </w:rPr>
              <w:t>0.019</w:t>
            </w:r>
          </w:p>
        </w:tc>
        <w:tc>
          <w:tcPr>
            <w:tcW w:w="1008" w:type="dxa"/>
            <w:tcMar>
              <w:top w:w="50" w:type="dxa"/>
              <w:left w:w="70" w:type="dxa"/>
              <w:bottom w:w="50" w:type="dxa"/>
              <w:right w:w="70" w:type="dxa"/>
            </w:tcMar>
            <w:vAlign w:val="center"/>
          </w:tcPr>
          <w:p w14:paraId="347E405A" w14:textId="77777777" w:rsidR="00F57CE1" w:rsidRDefault="00F57CE1" w:rsidP="00573F18">
            <w:pPr>
              <w:spacing w:after="0" w:line="240" w:lineRule="auto"/>
              <w:jc w:val="right"/>
              <w:rPr>
                <w:rFonts w:cs="Times New Roman"/>
              </w:rPr>
            </w:pPr>
            <w:r>
              <w:rPr>
                <w:rFonts w:cs="Times New Roman"/>
                <w:sz w:val="14"/>
              </w:rPr>
              <w:t>0.691</w:t>
            </w:r>
          </w:p>
        </w:tc>
        <w:tc>
          <w:tcPr>
            <w:tcW w:w="936" w:type="dxa"/>
            <w:tcMar>
              <w:top w:w="50" w:type="dxa"/>
              <w:left w:w="70" w:type="dxa"/>
              <w:bottom w:w="50" w:type="dxa"/>
              <w:right w:w="70" w:type="dxa"/>
            </w:tcMar>
            <w:vAlign w:val="center"/>
          </w:tcPr>
          <w:p w14:paraId="6A778BAB" w14:textId="77777777" w:rsidR="00F57CE1" w:rsidRDefault="00F57CE1" w:rsidP="00573F18">
            <w:pPr>
              <w:spacing w:after="0" w:line="240" w:lineRule="auto"/>
              <w:jc w:val="right"/>
              <w:rPr>
                <w:rFonts w:cs="Times New Roman"/>
              </w:rPr>
            </w:pPr>
            <w:r>
              <w:rPr>
                <w:rFonts w:cs="Times New Roman"/>
                <w:sz w:val="14"/>
              </w:rPr>
              <w:t>0.737</w:t>
            </w:r>
          </w:p>
        </w:tc>
        <w:tc>
          <w:tcPr>
            <w:tcW w:w="648" w:type="dxa"/>
            <w:tcMar>
              <w:top w:w="50" w:type="dxa"/>
              <w:left w:w="70" w:type="dxa"/>
              <w:bottom w:w="50" w:type="dxa"/>
              <w:right w:w="70" w:type="dxa"/>
            </w:tcMar>
            <w:vAlign w:val="center"/>
          </w:tcPr>
          <w:p w14:paraId="07360A33" w14:textId="77777777" w:rsidR="00F57CE1" w:rsidRDefault="00F57CE1" w:rsidP="00573F18">
            <w:pPr>
              <w:spacing w:after="0" w:line="240" w:lineRule="auto"/>
              <w:jc w:val="right"/>
              <w:rPr>
                <w:rFonts w:cs="Times New Roman"/>
              </w:rPr>
            </w:pPr>
            <w:r>
              <w:rPr>
                <w:rFonts w:cs="Times New Roman"/>
                <w:sz w:val="14"/>
              </w:rPr>
              <w:t>336</w:t>
            </w:r>
          </w:p>
        </w:tc>
      </w:tr>
      <w:tr w:rsidR="00F57CE1" w14:paraId="3EB5039D" w14:textId="77777777" w:rsidTr="00573F18">
        <w:trPr>
          <w:jc w:val="center"/>
        </w:trPr>
        <w:tc>
          <w:tcPr>
            <w:tcW w:w="2592" w:type="dxa"/>
            <w:tcMar>
              <w:top w:w="50" w:type="dxa"/>
              <w:left w:w="70" w:type="dxa"/>
              <w:bottom w:w="50" w:type="dxa"/>
              <w:right w:w="70" w:type="dxa"/>
            </w:tcMar>
            <w:vAlign w:val="center"/>
          </w:tcPr>
          <w:p w14:paraId="78CFC6DF"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560D570A"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58D1088D" w14:textId="77777777" w:rsidR="00F57CE1" w:rsidRDefault="00F57CE1" w:rsidP="00573F18">
            <w:pPr>
              <w:spacing w:after="0" w:line="240" w:lineRule="auto"/>
              <w:jc w:val="right"/>
              <w:rPr>
                <w:rFonts w:cs="Times New Roman"/>
              </w:rPr>
            </w:pPr>
            <w:r>
              <w:rPr>
                <w:rFonts w:cs="Times New Roman"/>
                <w:sz w:val="14"/>
              </w:rPr>
              <w:t>-0.205</w:t>
            </w:r>
          </w:p>
        </w:tc>
        <w:tc>
          <w:tcPr>
            <w:tcW w:w="1008" w:type="dxa"/>
            <w:tcMar>
              <w:top w:w="50" w:type="dxa"/>
              <w:left w:w="70" w:type="dxa"/>
              <w:bottom w:w="50" w:type="dxa"/>
              <w:right w:w="70" w:type="dxa"/>
            </w:tcMar>
            <w:vAlign w:val="center"/>
          </w:tcPr>
          <w:p w14:paraId="6641F4F8" w14:textId="77777777" w:rsidR="00F57CE1" w:rsidRDefault="00F57CE1" w:rsidP="00573F18">
            <w:pPr>
              <w:spacing w:after="0" w:line="240" w:lineRule="auto"/>
              <w:jc w:val="right"/>
              <w:rPr>
                <w:rFonts w:cs="Times New Roman"/>
              </w:rPr>
            </w:pPr>
            <w:r>
              <w:rPr>
                <w:rFonts w:cs="Times New Roman"/>
                <w:sz w:val="14"/>
              </w:rPr>
              <w:t>0.762</w:t>
            </w:r>
          </w:p>
        </w:tc>
        <w:tc>
          <w:tcPr>
            <w:tcW w:w="936" w:type="dxa"/>
            <w:tcMar>
              <w:top w:w="50" w:type="dxa"/>
              <w:left w:w="70" w:type="dxa"/>
              <w:bottom w:w="50" w:type="dxa"/>
              <w:right w:w="70" w:type="dxa"/>
            </w:tcMar>
            <w:vAlign w:val="center"/>
          </w:tcPr>
          <w:p w14:paraId="0B5FAF94" w14:textId="77777777" w:rsidR="00F57CE1" w:rsidRDefault="00F57CE1" w:rsidP="00573F18">
            <w:pPr>
              <w:spacing w:after="0" w:line="240" w:lineRule="auto"/>
              <w:jc w:val="right"/>
              <w:rPr>
                <w:rFonts w:cs="Times New Roman"/>
              </w:rPr>
            </w:pPr>
            <w:r>
              <w:rPr>
                <w:rFonts w:cs="Times New Roman"/>
                <w:sz w:val="14"/>
              </w:rPr>
              <w:t>0.775</w:t>
            </w:r>
          </w:p>
        </w:tc>
        <w:tc>
          <w:tcPr>
            <w:tcW w:w="1512" w:type="dxa"/>
            <w:tcMar>
              <w:top w:w="50" w:type="dxa"/>
              <w:left w:w="70" w:type="dxa"/>
              <w:bottom w:w="50" w:type="dxa"/>
              <w:right w:w="70" w:type="dxa"/>
            </w:tcMar>
            <w:vAlign w:val="center"/>
          </w:tcPr>
          <w:p w14:paraId="70DF804D" w14:textId="77777777" w:rsidR="00F57CE1" w:rsidRDefault="00F57CE1" w:rsidP="00573F18">
            <w:pPr>
              <w:spacing w:after="0" w:line="240" w:lineRule="auto"/>
              <w:jc w:val="right"/>
              <w:rPr>
                <w:rFonts w:cs="Times New Roman"/>
              </w:rPr>
            </w:pPr>
            <w:r>
              <w:rPr>
                <w:rFonts w:cs="Times New Roman"/>
                <w:sz w:val="14"/>
              </w:rPr>
              <w:t>0.074</w:t>
            </w:r>
          </w:p>
        </w:tc>
        <w:tc>
          <w:tcPr>
            <w:tcW w:w="1008" w:type="dxa"/>
            <w:tcMar>
              <w:top w:w="50" w:type="dxa"/>
              <w:left w:w="70" w:type="dxa"/>
              <w:bottom w:w="50" w:type="dxa"/>
              <w:right w:w="70" w:type="dxa"/>
            </w:tcMar>
            <w:vAlign w:val="center"/>
          </w:tcPr>
          <w:p w14:paraId="494A0B60" w14:textId="77777777" w:rsidR="00F57CE1" w:rsidRDefault="00F57CE1" w:rsidP="00573F18">
            <w:pPr>
              <w:spacing w:after="0" w:line="240" w:lineRule="auto"/>
              <w:jc w:val="right"/>
              <w:rPr>
                <w:rFonts w:cs="Times New Roman"/>
              </w:rPr>
            </w:pPr>
            <w:r>
              <w:rPr>
                <w:rFonts w:cs="Times New Roman"/>
                <w:sz w:val="14"/>
              </w:rPr>
              <w:t>0.350</w:t>
            </w:r>
          </w:p>
        </w:tc>
        <w:tc>
          <w:tcPr>
            <w:tcW w:w="936" w:type="dxa"/>
            <w:tcMar>
              <w:top w:w="50" w:type="dxa"/>
              <w:left w:w="70" w:type="dxa"/>
              <w:bottom w:w="50" w:type="dxa"/>
              <w:right w:w="70" w:type="dxa"/>
            </w:tcMar>
            <w:vAlign w:val="center"/>
          </w:tcPr>
          <w:p w14:paraId="38A33007" w14:textId="77777777" w:rsidR="00F57CE1" w:rsidRDefault="00F57CE1" w:rsidP="00573F18">
            <w:pPr>
              <w:spacing w:after="0" w:line="240" w:lineRule="auto"/>
              <w:jc w:val="right"/>
              <w:rPr>
                <w:rFonts w:cs="Times New Roman"/>
              </w:rPr>
            </w:pPr>
            <w:r>
              <w:rPr>
                <w:rFonts w:cs="Times New Roman"/>
                <w:sz w:val="14"/>
              </w:rPr>
              <w:t>0.436</w:t>
            </w:r>
          </w:p>
        </w:tc>
        <w:tc>
          <w:tcPr>
            <w:tcW w:w="648" w:type="dxa"/>
            <w:tcMar>
              <w:top w:w="50" w:type="dxa"/>
              <w:left w:w="70" w:type="dxa"/>
              <w:bottom w:w="50" w:type="dxa"/>
              <w:right w:w="70" w:type="dxa"/>
            </w:tcMar>
            <w:vAlign w:val="center"/>
          </w:tcPr>
          <w:p w14:paraId="67764153" w14:textId="77777777" w:rsidR="00F57CE1" w:rsidRDefault="00F57CE1" w:rsidP="00573F18">
            <w:pPr>
              <w:spacing w:after="0" w:line="240" w:lineRule="auto"/>
              <w:jc w:val="right"/>
              <w:rPr>
                <w:rFonts w:cs="Times New Roman"/>
              </w:rPr>
            </w:pPr>
            <w:r>
              <w:rPr>
                <w:rFonts w:cs="Times New Roman"/>
                <w:sz w:val="14"/>
              </w:rPr>
              <w:t>308</w:t>
            </w:r>
          </w:p>
        </w:tc>
      </w:tr>
      <w:tr w:rsidR="00F57CE1" w14:paraId="79B173D1" w14:textId="77777777" w:rsidTr="00573F18">
        <w:trPr>
          <w:jc w:val="center"/>
        </w:trPr>
        <w:tc>
          <w:tcPr>
            <w:tcW w:w="2592" w:type="dxa"/>
            <w:tcMar>
              <w:top w:w="50" w:type="dxa"/>
              <w:left w:w="70" w:type="dxa"/>
              <w:bottom w:w="50" w:type="dxa"/>
              <w:right w:w="70" w:type="dxa"/>
            </w:tcMar>
            <w:vAlign w:val="center"/>
          </w:tcPr>
          <w:p w14:paraId="41587E8B"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7AFB7289"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1B65DC05" w14:textId="77777777" w:rsidR="00F57CE1" w:rsidRDefault="00F57CE1" w:rsidP="00573F18">
            <w:pPr>
              <w:spacing w:after="0" w:line="240" w:lineRule="auto"/>
              <w:jc w:val="right"/>
              <w:rPr>
                <w:rFonts w:cs="Times New Roman"/>
              </w:rPr>
            </w:pPr>
            <w:r>
              <w:rPr>
                <w:rFonts w:cs="Times New Roman"/>
                <w:sz w:val="14"/>
              </w:rPr>
              <w:t>-0.212</w:t>
            </w:r>
          </w:p>
        </w:tc>
        <w:tc>
          <w:tcPr>
            <w:tcW w:w="1008" w:type="dxa"/>
            <w:tcMar>
              <w:top w:w="50" w:type="dxa"/>
              <w:left w:w="70" w:type="dxa"/>
              <w:bottom w:w="50" w:type="dxa"/>
              <w:right w:w="70" w:type="dxa"/>
            </w:tcMar>
            <w:vAlign w:val="center"/>
          </w:tcPr>
          <w:p w14:paraId="2DB6752C" w14:textId="77777777" w:rsidR="00F57CE1" w:rsidRDefault="00F57CE1" w:rsidP="00573F18">
            <w:pPr>
              <w:spacing w:after="0" w:line="240" w:lineRule="auto"/>
              <w:jc w:val="right"/>
              <w:rPr>
                <w:rFonts w:cs="Times New Roman"/>
              </w:rPr>
            </w:pPr>
            <w:r>
              <w:rPr>
                <w:rFonts w:cs="Times New Roman"/>
                <w:sz w:val="14"/>
              </w:rPr>
              <w:t>0.778</w:t>
            </w:r>
          </w:p>
        </w:tc>
        <w:tc>
          <w:tcPr>
            <w:tcW w:w="936" w:type="dxa"/>
            <w:tcMar>
              <w:top w:w="50" w:type="dxa"/>
              <w:left w:w="70" w:type="dxa"/>
              <w:bottom w:w="50" w:type="dxa"/>
              <w:right w:w="70" w:type="dxa"/>
            </w:tcMar>
            <w:vAlign w:val="center"/>
          </w:tcPr>
          <w:p w14:paraId="4BB9EC28" w14:textId="77777777" w:rsidR="00F57CE1" w:rsidRDefault="00F57CE1" w:rsidP="00573F18">
            <w:pPr>
              <w:spacing w:after="0" w:line="240" w:lineRule="auto"/>
              <w:jc w:val="right"/>
              <w:rPr>
                <w:rFonts w:cs="Times New Roman"/>
              </w:rPr>
            </w:pPr>
            <w:r>
              <w:rPr>
                <w:rFonts w:cs="Times New Roman"/>
                <w:sz w:val="14"/>
              </w:rPr>
              <w:t>0.782</w:t>
            </w:r>
          </w:p>
        </w:tc>
        <w:tc>
          <w:tcPr>
            <w:tcW w:w="1512" w:type="dxa"/>
            <w:tcMar>
              <w:top w:w="50" w:type="dxa"/>
              <w:left w:w="70" w:type="dxa"/>
              <w:bottom w:w="50" w:type="dxa"/>
              <w:right w:w="70" w:type="dxa"/>
            </w:tcMar>
            <w:vAlign w:val="center"/>
          </w:tcPr>
          <w:p w14:paraId="36A585D6" w14:textId="77777777" w:rsidR="00F57CE1" w:rsidRDefault="00F57CE1" w:rsidP="00573F18">
            <w:pPr>
              <w:spacing w:after="0" w:line="240" w:lineRule="auto"/>
              <w:jc w:val="right"/>
              <w:rPr>
                <w:rFonts w:cs="Times New Roman"/>
              </w:rPr>
            </w:pPr>
            <w:r>
              <w:rPr>
                <w:rFonts w:cs="Times New Roman"/>
                <w:sz w:val="14"/>
              </w:rPr>
              <w:t>0.074</w:t>
            </w:r>
          </w:p>
        </w:tc>
        <w:tc>
          <w:tcPr>
            <w:tcW w:w="1008" w:type="dxa"/>
            <w:tcMar>
              <w:top w:w="50" w:type="dxa"/>
              <w:left w:w="70" w:type="dxa"/>
              <w:bottom w:w="50" w:type="dxa"/>
              <w:right w:w="70" w:type="dxa"/>
            </w:tcMar>
            <w:vAlign w:val="center"/>
          </w:tcPr>
          <w:p w14:paraId="070C2B47" w14:textId="77777777" w:rsidR="00F57CE1" w:rsidRDefault="00F57CE1" w:rsidP="00573F18">
            <w:pPr>
              <w:spacing w:after="0" w:line="240" w:lineRule="auto"/>
              <w:jc w:val="right"/>
              <w:rPr>
                <w:rFonts w:cs="Times New Roman"/>
              </w:rPr>
            </w:pPr>
            <w:r>
              <w:rPr>
                <w:rFonts w:cs="Times New Roman"/>
                <w:sz w:val="14"/>
              </w:rPr>
              <w:t>0.325</w:t>
            </w:r>
          </w:p>
        </w:tc>
        <w:tc>
          <w:tcPr>
            <w:tcW w:w="936" w:type="dxa"/>
            <w:tcMar>
              <w:top w:w="50" w:type="dxa"/>
              <w:left w:w="70" w:type="dxa"/>
              <w:bottom w:w="50" w:type="dxa"/>
              <w:right w:w="70" w:type="dxa"/>
            </w:tcMar>
            <w:vAlign w:val="center"/>
          </w:tcPr>
          <w:p w14:paraId="78E4EFAC" w14:textId="77777777" w:rsidR="00F57CE1" w:rsidRDefault="00F57CE1" w:rsidP="00573F18">
            <w:pPr>
              <w:spacing w:after="0" w:line="240" w:lineRule="auto"/>
              <w:jc w:val="right"/>
              <w:rPr>
                <w:rFonts w:cs="Times New Roman"/>
              </w:rPr>
            </w:pPr>
            <w:r>
              <w:rPr>
                <w:rFonts w:cs="Times New Roman"/>
                <w:sz w:val="14"/>
              </w:rPr>
              <w:t>0.333</w:t>
            </w:r>
          </w:p>
        </w:tc>
        <w:tc>
          <w:tcPr>
            <w:tcW w:w="648" w:type="dxa"/>
            <w:tcMar>
              <w:top w:w="50" w:type="dxa"/>
              <w:left w:w="70" w:type="dxa"/>
              <w:bottom w:w="50" w:type="dxa"/>
              <w:right w:w="70" w:type="dxa"/>
            </w:tcMar>
            <w:vAlign w:val="center"/>
          </w:tcPr>
          <w:p w14:paraId="01CB9220" w14:textId="77777777" w:rsidR="00F57CE1" w:rsidRDefault="00F57CE1" w:rsidP="00573F18">
            <w:pPr>
              <w:spacing w:after="0" w:line="240" w:lineRule="auto"/>
              <w:jc w:val="right"/>
              <w:rPr>
                <w:rFonts w:cs="Times New Roman"/>
              </w:rPr>
            </w:pPr>
            <w:r>
              <w:rPr>
                <w:rFonts w:cs="Times New Roman"/>
                <w:sz w:val="14"/>
              </w:rPr>
              <w:t>280</w:t>
            </w:r>
          </w:p>
        </w:tc>
      </w:tr>
      <w:tr w:rsidR="00F57CE1" w14:paraId="643C3364" w14:textId="77777777" w:rsidTr="00573F18">
        <w:trPr>
          <w:jc w:val="center"/>
        </w:trPr>
        <w:tc>
          <w:tcPr>
            <w:tcW w:w="2592" w:type="dxa"/>
            <w:tcMar>
              <w:top w:w="50" w:type="dxa"/>
              <w:left w:w="70" w:type="dxa"/>
              <w:bottom w:w="50" w:type="dxa"/>
              <w:right w:w="70" w:type="dxa"/>
            </w:tcMar>
            <w:vAlign w:val="center"/>
          </w:tcPr>
          <w:p w14:paraId="27B520DA"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6ABA026A"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7CFB97B0" w14:textId="77777777" w:rsidR="00F57CE1" w:rsidRDefault="00F57CE1" w:rsidP="00573F18">
            <w:pPr>
              <w:spacing w:after="0" w:line="240" w:lineRule="auto"/>
              <w:jc w:val="right"/>
              <w:rPr>
                <w:rFonts w:cs="Times New Roman"/>
              </w:rPr>
            </w:pPr>
            <w:r>
              <w:rPr>
                <w:rFonts w:cs="Times New Roman"/>
                <w:sz w:val="14"/>
              </w:rPr>
              <w:t>-1.333</w:t>
            </w:r>
          </w:p>
        </w:tc>
        <w:tc>
          <w:tcPr>
            <w:tcW w:w="1008" w:type="dxa"/>
            <w:tcMar>
              <w:top w:w="50" w:type="dxa"/>
              <w:left w:w="70" w:type="dxa"/>
              <w:bottom w:w="50" w:type="dxa"/>
              <w:right w:w="70" w:type="dxa"/>
            </w:tcMar>
            <w:vAlign w:val="center"/>
          </w:tcPr>
          <w:p w14:paraId="5AF72C74" w14:textId="77777777" w:rsidR="00F57CE1" w:rsidRDefault="00F57CE1" w:rsidP="00573F18">
            <w:pPr>
              <w:spacing w:after="0" w:line="240" w:lineRule="auto"/>
              <w:jc w:val="right"/>
              <w:rPr>
                <w:rFonts w:cs="Times New Roman"/>
              </w:rPr>
            </w:pPr>
            <w:r>
              <w:rPr>
                <w:rFonts w:cs="Times New Roman"/>
                <w:sz w:val="14"/>
              </w:rPr>
              <w:t>0.081</w:t>
            </w:r>
          </w:p>
        </w:tc>
        <w:tc>
          <w:tcPr>
            <w:tcW w:w="936" w:type="dxa"/>
            <w:tcMar>
              <w:top w:w="50" w:type="dxa"/>
              <w:left w:w="70" w:type="dxa"/>
              <w:bottom w:w="50" w:type="dxa"/>
              <w:right w:w="70" w:type="dxa"/>
            </w:tcMar>
            <w:vAlign w:val="center"/>
          </w:tcPr>
          <w:p w14:paraId="57713F2C" w14:textId="77777777" w:rsidR="00F57CE1" w:rsidRDefault="00F57CE1" w:rsidP="00573F18">
            <w:pPr>
              <w:spacing w:after="0" w:line="240" w:lineRule="auto"/>
              <w:jc w:val="right"/>
              <w:rPr>
                <w:rFonts w:cs="Times New Roman"/>
              </w:rPr>
            </w:pPr>
            <w:r>
              <w:rPr>
                <w:rFonts w:cs="Times New Roman"/>
                <w:sz w:val="14"/>
              </w:rPr>
              <w:t>0.087</w:t>
            </w:r>
          </w:p>
        </w:tc>
        <w:tc>
          <w:tcPr>
            <w:tcW w:w="1512" w:type="dxa"/>
            <w:tcMar>
              <w:top w:w="50" w:type="dxa"/>
              <w:left w:w="70" w:type="dxa"/>
              <w:bottom w:w="50" w:type="dxa"/>
              <w:right w:w="70" w:type="dxa"/>
            </w:tcMar>
            <w:vAlign w:val="center"/>
          </w:tcPr>
          <w:p w14:paraId="2E915D71" w14:textId="77777777" w:rsidR="00F57CE1" w:rsidRDefault="00F57CE1" w:rsidP="00573F18">
            <w:pPr>
              <w:spacing w:after="0" w:line="240" w:lineRule="auto"/>
              <w:jc w:val="right"/>
              <w:rPr>
                <w:rFonts w:cs="Times New Roman"/>
              </w:rPr>
            </w:pPr>
            <w:r>
              <w:rPr>
                <w:rFonts w:cs="Times New Roman"/>
                <w:sz w:val="14"/>
              </w:rPr>
              <w:t>0.051</w:t>
            </w:r>
          </w:p>
        </w:tc>
        <w:tc>
          <w:tcPr>
            <w:tcW w:w="1008" w:type="dxa"/>
            <w:tcMar>
              <w:top w:w="50" w:type="dxa"/>
              <w:left w:w="70" w:type="dxa"/>
              <w:bottom w:w="50" w:type="dxa"/>
              <w:right w:w="70" w:type="dxa"/>
            </w:tcMar>
            <w:vAlign w:val="center"/>
          </w:tcPr>
          <w:p w14:paraId="19BA8574" w14:textId="77777777" w:rsidR="00F57CE1" w:rsidRDefault="00F57CE1" w:rsidP="00573F18">
            <w:pPr>
              <w:spacing w:after="0" w:line="240" w:lineRule="auto"/>
              <w:jc w:val="right"/>
              <w:rPr>
                <w:rFonts w:cs="Times New Roman"/>
              </w:rPr>
            </w:pPr>
            <w:r>
              <w:rPr>
                <w:rFonts w:cs="Times New Roman"/>
                <w:sz w:val="14"/>
              </w:rPr>
              <w:t>0.518</w:t>
            </w:r>
          </w:p>
        </w:tc>
        <w:tc>
          <w:tcPr>
            <w:tcW w:w="936" w:type="dxa"/>
            <w:tcMar>
              <w:top w:w="50" w:type="dxa"/>
              <w:left w:w="70" w:type="dxa"/>
              <w:bottom w:w="50" w:type="dxa"/>
              <w:right w:w="70" w:type="dxa"/>
            </w:tcMar>
            <w:vAlign w:val="center"/>
          </w:tcPr>
          <w:p w14:paraId="239E7EF8" w14:textId="77777777" w:rsidR="00F57CE1" w:rsidRDefault="00F57CE1" w:rsidP="00573F18">
            <w:pPr>
              <w:spacing w:after="0" w:line="240" w:lineRule="auto"/>
              <w:jc w:val="right"/>
              <w:rPr>
                <w:rFonts w:cs="Times New Roman"/>
              </w:rPr>
            </w:pPr>
            <w:r>
              <w:rPr>
                <w:rFonts w:cs="Times New Roman"/>
                <w:sz w:val="14"/>
              </w:rPr>
              <w:t>0.520</w:t>
            </w:r>
          </w:p>
        </w:tc>
        <w:tc>
          <w:tcPr>
            <w:tcW w:w="648" w:type="dxa"/>
            <w:tcMar>
              <w:top w:w="50" w:type="dxa"/>
              <w:left w:w="70" w:type="dxa"/>
              <w:bottom w:w="50" w:type="dxa"/>
              <w:right w:w="70" w:type="dxa"/>
            </w:tcMar>
            <w:vAlign w:val="center"/>
          </w:tcPr>
          <w:p w14:paraId="1279C30B" w14:textId="77777777" w:rsidR="00F57CE1" w:rsidRDefault="00F57CE1" w:rsidP="00573F18">
            <w:pPr>
              <w:spacing w:after="0" w:line="240" w:lineRule="auto"/>
              <w:jc w:val="right"/>
              <w:rPr>
                <w:rFonts w:cs="Times New Roman"/>
              </w:rPr>
            </w:pPr>
            <w:r>
              <w:rPr>
                <w:rFonts w:cs="Times New Roman"/>
                <w:sz w:val="14"/>
              </w:rPr>
              <w:t>252</w:t>
            </w:r>
          </w:p>
        </w:tc>
      </w:tr>
      <w:tr w:rsidR="00F57CE1" w14:paraId="6BCD1C97" w14:textId="77777777" w:rsidTr="00573F18">
        <w:trPr>
          <w:jc w:val="center"/>
        </w:trPr>
        <w:tc>
          <w:tcPr>
            <w:tcW w:w="2592" w:type="dxa"/>
            <w:tcMar>
              <w:top w:w="50" w:type="dxa"/>
              <w:left w:w="70" w:type="dxa"/>
              <w:bottom w:w="50" w:type="dxa"/>
              <w:right w:w="70" w:type="dxa"/>
            </w:tcMar>
            <w:vAlign w:val="center"/>
          </w:tcPr>
          <w:p w14:paraId="748C7E95"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4CE1129D"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7193EDDE" w14:textId="77777777" w:rsidR="00F57CE1" w:rsidRDefault="00F57CE1" w:rsidP="00573F18">
            <w:pPr>
              <w:spacing w:after="0" w:line="240" w:lineRule="auto"/>
              <w:jc w:val="right"/>
              <w:rPr>
                <w:rFonts w:cs="Times New Roman"/>
              </w:rPr>
            </w:pPr>
            <w:r>
              <w:rPr>
                <w:rFonts w:cs="Times New Roman"/>
                <w:sz w:val="14"/>
              </w:rPr>
              <w:t>-1.427</w:t>
            </w:r>
          </w:p>
        </w:tc>
        <w:tc>
          <w:tcPr>
            <w:tcW w:w="1008" w:type="dxa"/>
            <w:tcMar>
              <w:top w:w="50" w:type="dxa"/>
              <w:left w:w="70" w:type="dxa"/>
              <w:bottom w:w="50" w:type="dxa"/>
              <w:right w:w="70" w:type="dxa"/>
            </w:tcMar>
            <w:vAlign w:val="center"/>
          </w:tcPr>
          <w:p w14:paraId="53195FDF" w14:textId="77777777" w:rsidR="00F57CE1" w:rsidRDefault="00F57CE1" w:rsidP="00573F18">
            <w:pPr>
              <w:spacing w:after="0" w:line="240" w:lineRule="auto"/>
              <w:jc w:val="right"/>
              <w:rPr>
                <w:rFonts w:cs="Times New Roman"/>
              </w:rPr>
            </w:pPr>
            <w:r>
              <w:rPr>
                <w:rFonts w:cs="Times New Roman"/>
                <w:sz w:val="14"/>
              </w:rPr>
              <w:t>0.099</w:t>
            </w:r>
          </w:p>
        </w:tc>
        <w:tc>
          <w:tcPr>
            <w:tcW w:w="936" w:type="dxa"/>
            <w:tcMar>
              <w:top w:w="50" w:type="dxa"/>
              <w:left w:w="70" w:type="dxa"/>
              <w:bottom w:w="50" w:type="dxa"/>
              <w:right w:w="70" w:type="dxa"/>
            </w:tcMar>
            <w:vAlign w:val="center"/>
          </w:tcPr>
          <w:p w14:paraId="0F7FE287" w14:textId="77777777" w:rsidR="00F57CE1" w:rsidRDefault="00F57CE1" w:rsidP="00573F18">
            <w:pPr>
              <w:spacing w:after="0" w:line="240" w:lineRule="auto"/>
              <w:jc w:val="right"/>
              <w:rPr>
                <w:rFonts w:cs="Times New Roman"/>
              </w:rPr>
            </w:pPr>
            <w:r>
              <w:rPr>
                <w:rFonts w:cs="Times New Roman"/>
                <w:sz w:val="14"/>
              </w:rPr>
              <w:t>0.098</w:t>
            </w:r>
          </w:p>
        </w:tc>
        <w:tc>
          <w:tcPr>
            <w:tcW w:w="1512" w:type="dxa"/>
            <w:tcMar>
              <w:top w:w="50" w:type="dxa"/>
              <w:left w:w="70" w:type="dxa"/>
              <w:bottom w:w="50" w:type="dxa"/>
              <w:right w:w="70" w:type="dxa"/>
            </w:tcMar>
            <w:vAlign w:val="center"/>
          </w:tcPr>
          <w:p w14:paraId="382219D4" w14:textId="77777777" w:rsidR="00F57CE1" w:rsidRDefault="00F57CE1" w:rsidP="00573F18">
            <w:pPr>
              <w:spacing w:after="0" w:line="240" w:lineRule="auto"/>
              <w:jc w:val="right"/>
              <w:rPr>
                <w:rFonts w:cs="Times New Roman"/>
              </w:rPr>
            </w:pPr>
            <w:r>
              <w:rPr>
                <w:rFonts w:cs="Times New Roman"/>
                <w:sz w:val="14"/>
              </w:rPr>
              <w:t>0.102</w:t>
            </w:r>
          </w:p>
        </w:tc>
        <w:tc>
          <w:tcPr>
            <w:tcW w:w="1008" w:type="dxa"/>
            <w:tcMar>
              <w:top w:w="50" w:type="dxa"/>
              <w:left w:w="70" w:type="dxa"/>
              <w:bottom w:w="50" w:type="dxa"/>
              <w:right w:w="70" w:type="dxa"/>
            </w:tcMar>
            <w:vAlign w:val="center"/>
          </w:tcPr>
          <w:p w14:paraId="0F45AA1E" w14:textId="77777777" w:rsidR="00F57CE1" w:rsidRDefault="00F57CE1" w:rsidP="00573F18">
            <w:pPr>
              <w:spacing w:after="0" w:line="240" w:lineRule="auto"/>
              <w:jc w:val="right"/>
              <w:rPr>
                <w:rFonts w:cs="Times New Roman"/>
              </w:rPr>
            </w:pPr>
            <w:r>
              <w:rPr>
                <w:rFonts w:cs="Times New Roman"/>
                <w:sz w:val="14"/>
              </w:rPr>
              <w:t>0.275</w:t>
            </w:r>
          </w:p>
        </w:tc>
        <w:tc>
          <w:tcPr>
            <w:tcW w:w="936" w:type="dxa"/>
            <w:tcMar>
              <w:top w:w="50" w:type="dxa"/>
              <w:left w:w="70" w:type="dxa"/>
              <w:bottom w:w="50" w:type="dxa"/>
              <w:right w:w="70" w:type="dxa"/>
            </w:tcMar>
            <w:vAlign w:val="center"/>
          </w:tcPr>
          <w:p w14:paraId="7E9BFB0A" w14:textId="77777777" w:rsidR="00F57CE1" w:rsidRDefault="00F57CE1" w:rsidP="00573F18">
            <w:pPr>
              <w:spacing w:after="0" w:line="240" w:lineRule="auto"/>
              <w:jc w:val="right"/>
              <w:rPr>
                <w:rFonts w:cs="Times New Roman"/>
              </w:rPr>
            </w:pPr>
            <w:r>
              <w:rPr>
                <w:rFonts w:cs="Times New Roman"/>
                <w:sz w:val="14"/>
              </w:rPr>
              <w:t>0.280</w:t>
            </w:r>
          </w:p>
        </w:tc>
        <w:tc>
          <w:tcPr>
            <w:tcW w:w="648" w:type="dxa"/>
            <w:tcMar>
              <w:top w:w="50" w:type="dxa"/>
              <w:left w:w="70" w:type="dxa"/>
              <w:bottom w:w="50" w:type="dxa"/>
              <w:right w:w="70" w:type="dxa"/>
            </w:tcMar>
            <w:vAlign w:val="center"/>
          </w:tcPr>
          <w:p w14:paraId="40FAAD0A" w14:textId="77777777" w:rsidR="00F57CE1" w:rsidRDefault="00F57CE1" w:rsidP="00573F18">
            <w:pPr>
              <w:spacing w:after="0" w:line="240" w:lineRule="auto"/>
              <w:jc w:val="right"/>
              <w:rPr>
                <w:rFonts w:cs="Times New Roman"/>
              </w:rPr>
            </w:pPr>
            <w:r>
              <w:rPr>
                <w:rFonts w:cs="Times New Roman"/>
                <w:sz w:val="14"/>
              </w:rPr>
              <w:t>224</w:t>
            </w:r>
          </w:p>
        </w:tc>
      </w:tr>
      <w:tr w:rsidR="00F57CE1" w14:paraId="4BB61F44" w14:textId="77777777" w:rsidTr="00573F18">
        <w:trPr>
          <w:jc w:val="center"/>
        </w:trPr>
        <w:tc>
          <w:tcPr>
            <w:tcW w:w="2592" w:type="dxa"/>
            <w:tcMar>
              <w:top w:w="50" w:type="dxa"/>
              <w:left w:w="70" w:type="dxa"/>
              <w:bottom w:w="50" w:type="dxa"/>
              <w:right w:w="70" w:type="dxa"/>
            </w:tcMar>
            <w:vAlign w:val="center"/>
          </w:tcPr>
          <w:p w14:paraId="36CEC365" w14:textId="77777777" w:rsidR="00F57CE1" w:rsidRDefault="00F57CE1" w:rsidP="00573F18">
            <w:pPr>
              <w:spacing w:after="0" w:line="240" w:lineRule="auto"/>
              <w:rPr>
                <w:rFonts w:cs="Times New Roman"/>
              </w:rPr>
            </w:pPr>
            <w:r>
              <w:rPr>
                <w:rFonts w:cs="Times New Roman"/>
                <w:sz w:val="14"/>
              </w:rPr>
              <w:t>Exclude 2020-2021</w:t>
            </w:r>
          </w:p>
        </w:tc>
        <w:tc>
          <w:tcPr>
            <w:tcW w:w="504" w:type="dxa"/>
            <w:tcMar>
              <w:top w:w="50" w:type="dxa"/>
              <w:left w:w="70" w:type="dxa"/>
              <w:bottom w:w="50" w:type="dxa"/>
              <w:right w:w="70" w:type="dxa"/>
            </w:tcMar>
            <w:vAlign w:val="center"/>
          </w:tcPr>
          <w:p w14:paraId="352ABAF4"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4353047F" w14:textId="77777777" w:rsidR="00F57CE1" w:rsidRDefault="00F57CE1" w:rsidP="00573F18">
            <w:pPr>
              <w:spacing w:after="0" w:line="240" w:lineRule="auto"/>
              <w:jc w:val="right"/>
              <w:rPr>
                <w:rFonts w:cs="Times New Roman"/>
              </w:rPr>
            </w:pPr>
            <w:r>
              <w:rPr>
                <w:rFonts w:cs="Times New Roman"/>
                <w:sz w:val="14"/>
              </w:rPr>
              <w:t>-0.974</w:t>
            </w:r>
          </w:p>
        </w:tc>
        <w:tc>
          <w:tcPr>
            <w:tcW w:w="1008" w:type="dxa"/>
            <w:tcMar>
              <w:top w:w="50" w:type="dxa"/>
              <w:left w:w="70" w:type="dxa"/>
              <w:bottom w:w="50" w:type="dxa"/>
              <w:right w:w="70" w:type="dxa"/>
            </w:tcMar>
            <w:vAlign w:val="center"/>
          </w:tcPr>
          <w:p w14:paraId="62E05E84" w14:textId="77777777" w:rsidR="00F57CE1" w:rsidRDefault="00F57CE1" w:rsidP="00573F18">
            <w:pPr>
              <w:spacing w:after="0" w:line="240" w:lineRule="auto"/>
              <w:jc w:val="right"/>
              <w:rPr>
                <w:rFonts w:cs="Times New Roman"/>
              </w:rPr>
            </w:pPr>
            <w:r>
              <w:rPr>
                <w:rFonts w:cs="Times New Roman"/>
                <w:sz w:val="14"/>
              </w:rPr>
              <w:t>0.252</w:t>
            </w:r>
          </w:p>
        </w:tc>
        <w:tc>
          <w:tcPr>
            <w:tcW w:w="936" w:type="dxa"/>
            <w:tcMar>
              <w:top w:w="50" w:type="dxa"/>
              <w:left w:w="70" w:type="dxa"/>
              <w:bottom w:w="50" w:type="dxa"/>
              <w:right w:w="70" w:type="dxa"/>
            </w:tcMar>
            <w:vAlign w:val="center"/>
          </w:tcPr>
          <w:p w14:paraId="5496DAC0" w14:textId="77777777" w:rsidR="00F57CE1" w:rsidRDefault="00F57CE1" w:rsidP="00573F18">
            <w:pPr>
              <w:spacing w:after="0" w:line="240" w:lineRule="auto"/>
              <w:jc w:val="right"/>
              <w:rPr>
                <w:rFonts w:cs="Times New Roman"/>
              </w:rPr>
            </w:pPr>
            <w:r>
              <w:rPr>
                <w:rFonts w:cs="Times New Roman"/>
                <w:sz w:val="14"/>
              </w:rPr>
              <w:t>0.233</w:t>
            </w:r>
          </w:p>
        </w:tc>
        <w:tc>
          <w:tcPr>
            <w:tcW w:w="1512" w:type="dxa"/>
            <w:tcMar>
              <w:top w:w="50" w:type="dxa"/>
              <w:left w:w="70" w:type="dxa"/>
              <w:bottom w:w="50" w:type="dxa"/>
              <w:right w:w="70" w:type="dxa"/>
            </w:tcMar>
            <w:vAlign w:val="center"/>
          </w:tcPr>
          <w:p w14:paraId="3A52C7B3" w14:textId="77777777" w:rsidR="00F57CE1" w:rsidRDefault="00F57CE1" w:rsidP="00573F18">
            <w:pPr>
              <w:spacing w:after="0" w:line="240" w:lineRule="auto"/>
              <w:jc w:val="right"/>
              <w:rPr>
                <w:rFonts w:cs="Times New Roman"/>
              </w:rPr>
            </w:pPr>
            <w:r>
              <w:rPr>
                <w:rFonts w:cs="Times New Roman"/>
                <w:sz w:val="14"/>
              </w:rPr>
              <w:t>0.156</w:t>
            </w:r>
          </w:p>
        </w:tc>
        <w:tc>
          <w:tcPr>
            <w:tcW w:w="1008" w:type="dxa"/>
            <w:tcMar>
              <w:top w:w="50" w:type="dxa"/>
              <w:left w:w="70" w:type="dxa"/>
              <w:bottom w:w="50" w:type="dxa"/>
              <w:right w:w="70" w:type="dxa"/>
            </w:tcMar>
            <w:vAlign w:val="center"/>
          </w:tcPr>
          <w:p w14:paraId="14C3F09A" w14:textId="77777777" w:rsidR="00F57CE1" w:rsidRDefault="00F57CE1" w:rsidP="00573F18">
            <w:pPr>
              <w:spacing w:after="0" w:line="240" w:lineRule="auto"/>
              <w:jc w:val="right"/>
              <w:rPr>
                <w:rFonts w:cs="Times New Roman"/>
              </w:rPr>
            </w:pPr>
            <w:r>
              <w:rPr>
                <w:rFonts w:cs="Times New Roman"/>
                <w:sz w:val="14"/>
              </w:rPr>
              <w:t>0.196</w:t>
            </w:r>
          </w:p>
        </w:tc>
        <w:tc>
          <w:tcPr>
            <w:tcW w:w="936" w:type="dxa"/>
            <w:tcMar>
              <w:top w:w="50" w:type="dxa"/>
              <w:left w:w="70" w:type="dxa"/>
              <w:bottom w:w="50" w:type="dxa"/>
              <w:right w:w="70" w:type="dxa"/>
            </w:tcMar>
            <w:vAlign w:val="center"/>
          </w:tcPr>
          <w:p w14:paraId="3BF1FDDE" w14:textId="77777777" w:rsidR="00F57CE1" w:rsidRDefault="00F57CE1" w:rsidP="00573F18">
            <w:pPr>
              <w:spacing w:after="0" w:line="240" w:lineRule="auto"/>
              <w:jc w:val="right"/>
              <w:rPr>
                <w:rFonts w:cs="Times New Roman"/>
              </w:rPr>
            </w:pPr>
            <w:r>
              <w:rPr>
                <w:rFonts w:cs="Times New Roman"/>
                <w:sz w:val="14"/>
              </w:rPr>
              <w:t>0.219</w:t>
            </w:r>
          </w:p>
        </w:tc>
        <w:tc>
          <w:tcPr>
            <w:tcW w:w="648" w:type="dxa"/>
            <w:tcMar>
              <w:top w:w="50" w:type="dxa"/>
              <w:left w:w="70" w:type="dxa"/>
              <w:bottom w:w="50" w:type="dxa"/>
              <w:right w:w="70" w:type="dxa"/>
            </w:tcMar>
            <w:vAlign w:val="center"/>
          </w:tcPr>
          <w:p w14:paraId="4DA4F0C9" w14:textId="77777777" w:rsidR="00F57CE1" w:rsidRDefault="00F57CE1" w:rsidP="00573F18">
            <w:pPr>
              <w:spacing w:after="0" w:line="240" w:lineRule="auto"/>
              <w:jc w:val="right"/>
              <w:rPr>
                <w:rFonts w:cs="Times New Roman"/>
              </w:rPr>
            </w:pPr>
            <w:r>
              <w:rPr>
                <w:rFonts w:cs="Times New Roman"/>
                <w:sz w:val="14"/>
              </w:rPr>
              <w:t>224</w:t>
            </w:r>
          </w:p>
        </w:tc>
      </w:tr>
      <w:tr w:rsidR="00F57CE1" w14:paraId="087CA345" w14:textId="77777777" w:rsidTr="00573F18">
        <w:trPr>
          <w:jc w:val="center"/>
        </w:trPr>
        <w:tc>
          <w:tcPr>
            <w:tcW w:w="2592" w:type="dxa"/>
            <w:tcMar>
              <w:top w:w="50" w:type="dxa"/>
              <w:left w:w="70" w:type="dxa"/>
              <w:bottom w:w="50" w:type="dxa"/>
              <w:right w:w="70" w:type="dxa"/>
            </w:tcMar>
            <w:vAlign w:val="center"/>
          </w:tcPr>
          <w:p w14:paraId="24DA6226"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68F41B9A"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77D3CDF1" w14:textId="77777777" w:rsidR="00F57CE1" w:rsidRDefault="00F57CE1" w:rsidP="00573F18">
            <w:pPr>
              <w:spacing w:after="0" w:line="240" w:lineRule="auto"/>
              <w:jc w:val="right"/>
              <w:rPr>
                <w:rFonts w:cs="Times New Roman"/>
              </w:rPr>
            </w:pPr>
            <w:r>
              <w:rPr>
                <w:rFonts w:cs="Times New Roman"/>
                <w:sz w:val="14"/>
              </w:rPr>
              <w:t>0.732</w:t>
            </w:r>
          </w:p>
        </w:tc>
        <w:tc>
          <w:tcPr>
            <w:tcW w:w="1008" w:type="dxa"/>
            <w:tcMar>
              <w:top w:w="50" w:type="dxa"/>
              <w:left w:w="70" w:type="dxa"/>
              <w:bottom w:w="50" w:type="dxa"/>
              <w:right w:w="70" w:type="dxa"/>
            </w:tcMar>
            <w:vAlign w:val="center"/>
          </w:tcPr>
          <w:p w14:paraId="13907F14" w14:textId="77777777" w:rsidR="00F57CE1" w:rsidRDefault="00F57CE1" w:rsidP="00573F18">
            <w:pPr>
              <w:spacing w:after="0" w:line="240" w:lineRule="auto"/>
              <w:jc w:val="right"/>
              <w:rPr>
                <w:rFonts w:cs="Times New Roman"/>
              </w:rPr>
            </w:pPr>
            <w:r>
              <w:rPr>
                <w:rFonts w:cs="Times New Roman"/>
                <w:sz w:val="14"/>
              </w:rPr>
              <w:t>0.145</w:t>
            </w:r>
          </w:p>
        </w:tc>
        <w:tc>
          <w:tcPr>
            <w:tcW w:w="936" w:type="dxa"/>
            <w:tcMar>
              <w:top w:w="50" w:type="dxa"/>
              <w:left w:w="70" w:type="dxa"/>
              <w:bottom w:w="50" w:type="dxa"/>
              <w:right w:w="70" w:type="dxa"/>
            </w:tcMar>
            <w:vAlign w:val="center"/>
          </w:tcPr>
          <w:p w14:paraId="2967E4BB" w14:textId="77777777" w:rsidR="00F57CE1" w:rsidRDefault="00F57CE1" w:rsidP="00573F18">
            <w:pPr>
              <w:spacing w:after="0" w:line="240" w:lineRule="auto"/>
              <w:jc w:val="right"/>
              <w:rPr>
                <w:rFonts w:cs="Times New Roman"/>
              </w:rPr>
            </w:pPr>
            <w:r>
              <w:rPr>
                <w:rFonts w:cs="Times New Roman"/>
                <w:sz w:val="14"/>
              </w:rPr>
              <w:t>0.187</w:t>
            </w:r>
          </w:p>
        </w:tc>
        <w:tc>
          <w:tcPr>
            <w:tcW w:w="1512" w:type="dxa"/>
            <w:tcMar>
              <w:top w:w="50" w:type="dxa"/>
              <w:left w:w="70" w:type="dxa"/>
              <w:bottom w:w="50" w:type="dxa"/>
              <w:right w:w="70" w:type="dxa"/>
            </w:tcMar>
            <w:vAlign w:val="center"/>
          </w:tcPr>
          <w:p w14:paraId="11BE91D5" w14:textId="77777777" w:rsidR="00F57CE1" w:rsidRDefault="00F57CE1" w:rsidP="00573F18">
            <w:pPr>
              <w:spacing w:after="0" w:line="240" w:lineRule="auto"/>
              <w:jc w:val="right"/>
              <w:rPr>
                <w:rFonts w:cs="Times New Roman"/>
              </w:rPr>
            </w:pPr>
            <w:r>
              <w:rPr>
                <w:rFonts w:cs="Times New Roman"/>
                <w:sz w:val="14"/>
              </w:rPr>
              <w:t>0.020</w:t>
            </w:r>
          </w:p>
        </w:tc>
        <w:tc>
          <w:tcPr>
            <w:tcW w:w="1008" w:type="dxa"/>
            <w:tcMar>
              <w:top w:w="50" w:type="dxa"/>
              <w:left w:w="70" w:type="dxa"/>
              <w:bottom w:w="50" w:type="dxa"/>
              <w:right w:w="70" w:type="dxa"/>
            </w:tcMar>
            <w:vAlign w:val="center"/>
          </w:tcPr>
          <w:p w14:paraId="56ED5F2F" w14:textId="77777777" w:rsidR="00F57CE1" w:rsidRDefault="00F57CE1" w:rsidP="00573F18">
            <w:pPr>
              <w:spacing w:after="0" w:line="240" w:lineRule="auto"/>
              <w:jc w:val="right"/>
              <w:rPr>
                <w:rFonts w:cs="Times New Roman"/>
              </w:rPr>
            </w:pPr>
            <w:r>
              <w:rPr>
                <w:rFonts w:cs="Times New Roman"/>
                <w:sz w:val="14"/>
              </w:rPr>
              <w:t>0.542</w:t>
            </w:r>
          </w:p>
        </w:tc>
        <w:tc>
          <w:tcPr>
            <w:tcW w:w="936" w:type="dxa"/>
            <w:tcMar>
              <w:top w:w="50" w:type="dxa"/>
              <w:left w:w="70" w:type="dxa"/>
              <w:bottom w:w="50" w:type="dxa"/>
              <w:right w:w="70" w:type="dxa"/>
            </w:tcMar>
            <w:vAlign w:val="center"/>
          </w:tcPr>
          <w:p w14:paraId="6B6980DD" w14:textId="77777777" w:rsidR="00F57CE1" w:rsidRDefault="00F57CE1" w:rsidP="00573F18">
            <w:pPr>
              <w:spacing w:after="0" w:line="240" w:lineRule="auto"/>
              <w:jc w:val="right"/>
              <w:rPr>
                <w:rFonts w:cs="Times New Roman"/>
              </w:rPr>
            </w:pPr>
            <w:r>
              <w:rPr>
                <w:rFonts w:cs="Times New Roman"/>
                <w:sz w:val="14"/>
              </w:rPr>
              <w:t>0.568</w:t>
            </w:r>
          </w:p>
        </w:tc>
        <w:tc>
          <w:tcPr>
            <w:tcW w:w="648" w:type="dxa"/>
            <w:tcMar>
              <w:top w:w="50" w:type="dxa"/>
              <w:left w:w="70" w:type="dxa"/>
              <w:bottom w:w="50" w:type="dxa"/>
              <w:right w:w="70" w:type="dxa"/>
            </w:tcMar>
            <w:vAlign w:val="center"/>
          </w:tcPr>
          <w:p w14:paraId="4981829D" w14:textId="77777777" w:rsidR="00F57CE1" w:rsidRDefault="00F57CE1" w:rsidP="00573F18">
            <w:pPr>
              <w:spacing w:after="0" w:line="240" w:lineRule="auto"/>
              <w:jc w:val="right"/>
              <w:rPr>
                <w:rFonts w:cs="Times New Roman"/>
              </w:rPr>
            </w:pPr>
            <w:r>
              <w:rPr>
                <w:rFonts w:cs="Times New Roman"/>
                <w:sz w:val="14"/>
              </w:rPr>
              <w:t>252</w:t>
            </w:r>
          </w:p>
        </w:tc>
      </w:tr>
      <w:tr w:rsidR="00F57CE1" w14:paraId="229EA44F" w14:textId="77777777" w:rsidTr="00573F18">
        <w:trPr>
          <w:jc w:val="center"/>
        </w:trPr>
        <w:tc>
          <w:tcPr>
            <w:tcW w:w="2592" w:type="dxa"/>
            <w:tcMar>
              <w:top w:w="50" w:type="dxa"/>
              <w:left w:w="70" w:type="dxa"/>
              <w:bottom w:w="50" w:type="dxa"/>
              <w:right w:w="70" w:type="dxa"/>
            </w:tcMar>
            <w:vAlign w:val="center"/>
          </w:tcPr>
          <w:p w14:paraId="30904690"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29EFDA81"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719E58AF" w14:textId="77777777" w:rsidR="00F57CE1" w:rsidRDefault="00F57CE1" w:rsidP="00573F18">
            <w:pPr>
              <w:spacing w:after="0" w:line="240" w:lineRule="auto"/>
              <w:jc w:val="right"/>
              <w:rPr>
                <w:rFonts w:cs="Times New Roman"/>
              </w:rPr>
            </w:pPr>
            <w:r>
              <w:rPr>
                <w:rFonts w:cs="Times New Roman"/>
                <w:sz w:val="14"/>
              </w:rPr>
              <w:t>0.128</w:t>
            </w:r>
          </w:p>
        </w:tc>
        <w:tc>
          <w:tcPr>
            <w:tcW w:w="1008" w:type="dxa"/>
            <w:tcMar>
              <w:top w:w="50" w:type="dxa"/>
              <w:left w:w="70" w:type="dxa"/>
              <w:bottom w:w="50" w:type="dxa"/>
              <w:right w:w="70" w:type="dxa"/>
            </w:tcMar>
            <w:vAlign w:val="center"/>
          </w:tcPr>
          <w:p w14:paraId="62BD18E6" w14:textId="77777777" w:rsidR="00F57CE1" w:rsidRDefault="00F57CE1" w:rsidP="00573F18">
            <w:pPr>
              <w:spacing w:after="0" w:line="240" w:lineRule="auto"/>
              <w:jc w:val="right"/>
              <w:rPr>
                <w:rFonts w:cs="Times New Roman"/>
              </w:rPr>
            </w:pPr>
            <w:r>
              <w:rPr>
                <w:rFonts w:cs="Times New Roman"/>
                <w:sz w:val="14"/>
              </w:rPr>
              <w:t>0.853</w:t>
            </w:r>
          </w:p>
        </w:tc>
        <w:tc>
          <w:tcPr>
            <w:tcW w:w="936" w:type="dxa"/>
            <w:tcMar>
              <w:top w:w="50" w:type="dxa"/>
              <w:left w:w="70" w:type="dxa"/>
              <w:bottom w:w="50" w:type="dxa"/>
              <w:right w:w="70" w:type="dxa"/>
            </w:tcMar>
            <w:vAlign w:val="center"/>
          </w:tcPr>
          <w:p w14:paraId="0B711BFB" w14:textId="77777777" w:rsidR="00F57CE1" w:rsidRDefault="00F57CE1" w:rsidP="00573F18">
            <w:pPr>
              <w:spacing w:after="0" w:line="240" w:lineRule="auto"/>
              <w:jc w:val="right"/>
              <w:rPr>
                <w:rFonts w:cs="Times New Roman"/>
              </w:rPr>
            </w:pPr>
            <w:r>
              <w:rPr>
                <w:rFonts w:cs="Times New Roman"/>
                <w:sz w:val="14"/>
              </w:rPr>
              <w:t>0.879</w:t>
            </w:r>
          </w:p>
        </w:tc>
        <w:tc>
          <w:tcPr>
            <w:tcW w:w="1512" w:type="dxa"/>
            <w:tcMar>
              <w:top w:w="50" w:type="dxa"/>
              <w:left w:w="70" w:type="dxa"/>
              <w:bottom w:w="50" w:type="dxa"/>
              <w:right w:w="70" w:type="dxa"/>
            </w:tcMar>
            <w:vAlign w:val="center"/>
          </w:tcPr>
          <w:p w14:paraId="0D4B194B" w14:textId="77777777" w:rsidR="00F57CE1" w:rsidRDefault="00F57CE1" w:rsidP="00573F18">
            <w:pPr>
              <w:spacing w:after="0" w:line="240" w:lineRule="auto"/>
              <w:jc w:val="right"/>
              <w:rPr>
                <w:rFonts w:cs="Times New Roman"/>
              </w:rPr>
            </w:pPr>
            <w:r>
              <w:rPr>
                <w:rFonts w:cs="Times New Roman"/>
                <w:sz w:val="14"/>
              </w:rPr>
              <w:t>0.081</w:t>
            </w:r>
          </w:p>
        </w:tc>
        <w:tc>
          <w:tcPr>
            <w:tcW w:w="1008" w:type="dxa"/>
            <w:tcMar>
              <w:top w:w="50" w:type="dxa"/>
              <w:left w:w="70" w:type="dxa"/>
              <w:bottom w:w="50" w:type="dxa"/>
              <w:right w:w="70" w:type="dxa"/>
            </w:tcMar>
            <w:vAlign w:val="center"/>
          </w:tcPr>
          <w:p w14:paraId="15161310" w14:textId="77777777" w:rsidR="00F57CE1" w:rsidRDefault="00F57CE1" w:rsidP="00573F18">
            <w:pPr>
              <w:spacing w:after="0" w:line="240" w:lineRule="auto"/>
              <w:jc w:val="right"/>
              <w:rPr>
                <w:rFonts w:cs="Times New Roman"/>
              </w:rPr>
            </w:pPr>
            <w:r>
              <w:rPr>
                <w:rFonts w:cs="Times New Roman"/>
                <w:sz w:val="14"/>
              </w:rPr>
              <w:t>0.094</w:t>
            </w:r>
          </w:p>
        </w:tc>
        <w:tc>
          <w:tcPr>
            <w:tcW w:w="936" w:type="dxa"/>
            <w:tcMar>
              <w:top w:w="50" w:type="dxa"/>
              <w:left w:w="70" w:type="dxa"/>
              <w:bottom w:w="50" w:type="dxa"/>
              <w:right w:w="70" w:type="dxa"/>
            </w:tcMar>
            <w:vAlign w:val="center"/>
          </w:tcPr>
          <w:p w14:paraId="0AE604DD" w14:textId="77777777" w:rsidR="00F57CE1" w:rsidRDefault="00F57CE1" w:rsidP="00573F18">
            <w:pPr>
              <w:spacing w:after="0" w:line="240" w:lineRule="auto"/>
              <w:jc w:val="right"/>
              <w:rPr>
                <w:rFonts w:cs="Times New Roman"/>
              </w:rPr>
            </w:pPr>
            <w:r>
              <w:rPr>
                <w:rFonts w:cs="Times New Roman"/>
                <w:sz w:val="14"/>
              </w:rPr>
              <w:t>0.069</w:t>
            </w:r>
          </w:p>
        </w:tc>
        <w:tc>
          <w:tcPr>
            <w:tcW w:w="648" w:type="dxa"/>
            <w:tcMar>
              <w:top w:w="50" w:type="dxa"/>
              <w:left w:w="70" w:type="dxa"/>
              <w:bottom w:w="50" w:type="dxa"/>
              <w:right w:w="70" w:type="dxa"/>
            </w:tcMar>
            <w:vAlign w:val="center"/>
          </w:tcPr>
          <w:p w14:paraId="355540AB" w14:textId="77777777" w:rsidR="00F57CE1" w:rsidRDefault="00F57CE1" w:rsidP="00573F18">
            <w:pPr>
              <w:spacing w:after="0" w:line="240" w:lineRule="auto"/>
              <w:jc w:val="right"/>
              <w:rPr>
                <w:rFonts w:cs="Times New Roman"/>
              </w:rPr>
            </w:pPr>
            <w:r>
              <w:rPr>
                <w:rFonts w:cs="Times New Roman"/>
                <w:sz w:val="14"/>
              </w:rPr>
              <w:t>252</w:t>
            </w:r>
          </w:p>
        </w:tc>
      </w:tr>
      <w:tr w:rsidR="00F57CE1" w14:paraId="3D5A97F6" w14:textId="77777777" w:rsidTr="00573F18">
        <w:trPr>
          <w:jc w:val="center"/>
        </w:trPr>
        <w:tc>
          <w:tcPr>
            <w:tcW w:w="2592" w:type="dxa"/>
            <w:tcMar>
              <w:top w:w="50" w:type="dxa"/>
              <w:left w:w="70" w:type="dxa"/>
              <w:bottom w:w="50" w:type="dxa"/>
              <w:right w:w="70" w:type="dxa"/>
            </w:tcMar>
            <w:vAlign w:val="center"/>
          </w:tcPr>
          <w:p w14:paraId="3B12296A"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42CBA29F"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192A82CF" w14:textId="77777777" w:rsidR="00F57CE1" w:rsidRDefault="00F57CE1" w:rsidP="00573F18">
            <w:pPr>
              <w:spacing w:after="0" w:line="240" w:lineRule="auto"/>
              <w:jc w:val="right"/>
              <w:rPr>
                <w:rFonts w:cs="Times New Roman"/>
              </w:rPr>
            </w:pPr>
            <w:r>
              <w:rPr>
                <w:rFonts w:cs="Times New Roman"/>
                <w:sz w:val="14"/>
              </w:rPr>
              <w:t>-0.157</w:t>
            </w:r>
          </w:p>
        </w:tc>
        <w:tc>
          <w:tcPr>
            <w:tcW w:w="1008" w:type="dxa"/>
            <w:tcMar>
              <w:top w:w="50" w:type="dxa"/>
              <w:left w:w="70" w:type="dxa"/>
              <w:bottom w:w="50" w:type="dxa"/>
              <w:right w:w="70" w:type="dxa"/>
            </w:tcMar>
            <w:vAlign w:val="center"/>
          </w:tcPr>
          <w:p w14:paraId="0EE8F8E6" w14:textId="77777777" w:rsidR="00F57CE1" w:rsidRDefault="00F57CE1" w:rsidP="00573F18">
            <w:pPr>
              <w:spacing w:after="0" w:line="240" w:lineRule="auto"/>
              <w:jc w:val="right"/>
              <w:rPr>
                <w:rFonts w:cs="Times New Roman"/>
              </w:rPr>
            </w:pPr>
            <w:r>
              <w:rPr>
                <w:rFonts w:cs="Times New Roman"/>
                <w:sz w:val="14"/>
              </w:rPr>
              <w:t>0.808</w:t>
            </w:r>
          </w:p>
        </w:tc>
        <w:tc>
          <w:tcPr>
            <w:tcW w:w="936" w:type="dxa"/>
            <w:tcMar>
              <w:top w:w="50" w:type="dxa"/>
              <w:left w:w="70" w:type="dxa"/>
              <w:bottom w:w="50" w:type="dxa"/>
              <w:right w:w="70" w:type="dxa"/>
            </w:tcMar>
            <w:vAlign w:val="center"/>
          </w:tcPr>
          <w:p w14:paraId="1AA13DCA" w14:textId="77777777" w:rsidR="00F57CE1" w:rsidRDefault="00F57CE1" w:rsidP="00573F18">
            <w:pPr>
              <w:spacing w:after="0" w:line="240" w:lineRule="auto"/>
              <w:jc w:val="right"/>
              <w:rPr>
                <w:rFonts w:cs="Times New Roman"/>
              </w:rPr>
            </w:pPr>
            <w:r>
              <w:rPr>
                <w:rFonts w:cs="Times New Roman"/>
                <w:sz w:val="14"/>
              </w:rPr>
              <w:t>0.823</w:t>
            </w:r>
          </w:p>
        </w:tc>
        <w:tc>
          <w:tcPr>
            <w:tcW w:w="1512" w:type="dxa"/>
            <w:tcMar>
              <w:top w:w="50" w:type="dxa"/>
              <w:left w:w="70" w:type="dxa"/>
              <w:bottom w:w="50" w:type="dxa"/>
              <w:right w:w="70" w:type="dxa"/>
            </w:tcMar>
            <w:vAlign w:val="center"/>
          </w:tcPr>
          <w:p w14:paraId="36CC24A2" w14:textId="77777777" w:rsidR="00F57CE1" w:rsidRDefault="00F57CE1" w:rsidP="00573F18">
            <w:pPr>
              <w:spacing w:after="0" w:line="240" w:lineRule="auto"/>
              <w:jc w:val="right"/>
              <w:rPr>
                <w:rFonts w:cs="Times New Roman"/>
              </w:rPr>
            </w:pPr>
            <w:r>
              <w:rPr>
                <w:rFonts w:cs="Times New Roman"/>
                <w:sz w:val="14"/>
              </w:rPr>
              <w:t>0.109</w:t>
            </w:r>
          </w:p>
        </w:tc>
        <w:tc>
          <w:tcPr>
            <w:tcW w:w="1008" w:type="dxa"/>
            <w:tcMar>
              <w:top w:w="50" w:type="dxa"/>
              <w:left w:w="70" w:type="dxa"/>
              <w:bottom w:w="50" w:type="dxa"/>
              <w:right w:w="70" w:type="dxa"/>
            </w:tcMar>
            <w:vAlign w:val="center"/>
          </w:tcPr>
          <w:p w14:paraId="50A621CF" w14:textId="77777777" w:rsidR="00F57CE1" w:rsidRDefault="00F57CE1" w:rsidP="00573F18">
            <w:pPr>
              <w:spacing w:after="0" w:line="240" w:lineRule="auto"/>
              <w:jc w:val="right"/>
              <w:rPr>
                <w:rFonts w:cs="Times New Roman"/>
              </w:rPr>
            </w:pPr>
            <w:r>
              <w:rPr>
                <w:rFonts w:cs="Times New Roman"/>
                <w:sz w:val="14"/>
              </w:rPr>
              <w:t>0.133</w:t>
            </w:r>
          </w:p>
        </w:tc>
        <w:tc>
          <w:tcPr>
            <w:tcW w:w="936" w:type="dxa"/>
            <w:tcMar>
              <w:top w:w="50" w:type="dxa"/>
              <w:left w:w="70" w:type="dxa"/>
              <w:bottom w:w="50" w:type="dxa"/>
              <w:right w:w="70" w:type="dxa"/>
            </w:tcMar>
            <w:vAlign w:val="center"/>
          </w:tcPr>
          <w:p w14:paraId="106BDC91" w14:textId="77777777" w:rsidR="00F57CE1" w:rsidRDefault="00F57CE1" w:rsidP="00573F18">
            <w:pPr>
              <w:spacing w:after="0" w:line="240" w:lineRule="auto"/>
              <w:jc w:val="right"/>
              <w:rPr>
                <w:rFonts w:cs="Times New Roman"/>
              </w:rPr>
            </w:pPr>
            <w:r>
              <w:rPr>
                <w:rFonts w:cs="Times New Roman"/>
                <w:sz w:val="14"/>
              </w:rPr>
              <w:t>0.127</w:t>
            </w:r>
          </w:p>
        </w:tc>
        <w:tc>
          <w:tcPr>
            <w:tcW w:w="648" w:type="dxa"/>
            <w:tcMar>
              <w:top w:w="50" w:type="dxa"/>
              <w:left w:w="70" w:type="dxa"/>
              <w:bottom w:w="50" w:type="dxa"/>
              <w:right w:w="70" w:type="dxa"/>
            </w:tcMar>
            <w:vAlign w:val="center"/>
          </w:tcPr>
          <w:p w14:paraId="14F95C67" w14:textId="77777777" w:rsidR="00F57CE1" w:rsidRDefault="00F57CE1" w:rsidP="00573F18">
            <w:pPr>
              <w:spacing w:after="0" w:line="240" w:lineRule="auto"/>
              <w:jc w:val="right"/>
              <w:rPr>
                <w:rFonts w:cs="Times New Roman"/>
              </w:rPr>
            </w:pPr>
            <w:r>
              <w:rPr>
                <w:rFonts w:cs="Times New Roman"/>
                <w:sz w:val="14"/>
              </w:rPr>
              <w:t>252</w:t>
            </w:r>
          </w:p>
        </w:tc>
      </w:tr>
      <w:tr w:rsidR="00F57CE1" w14:paraId="0EA85782" w14:textId="77777777" w:rsidTr="00573F18">
        <w:trPr>
          <w:jc w:val="center"/>
        </w:trPr>
        <w:tc>
          <w:tcPr>
            <w:tcW w:w="2592" w:type="dxa"/>
            <w:tcMar>
              <w:top w:w="50" w:type="dxa"/>
              <w:left w:w="70" w:type="dxa"/>
              <w:bottom w:w="50" w:type="dxa"/>
              <w:right w:w="70" w:type="dxa"/>
            </w:tcMar>
            <w:vAlign w:val="center"/>
          </w:tcPr>
          <w:p w14:paraId="57848937"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1290DC73"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5A65D69B" w14:textId="77777777" w:rsidR="00F57CE1" w:rsidRDefault="00F57CE1" w:rsidP="00573F18">
            <w:pPr>
              <w:spacing w:after="0" w:line="240" w:lineRule="auto"/>
              <w:jc w:val="right"/>
              <w:rPr>
                <w:rFonts w:cs="Times New Roman"/>
              </w:rPr>
            </w:pPr>
            <w:r>
              <w:rPr>
                <w:rFonts w:cs="Times New Roman"/>
                <w:sz w:val="14"/>
              </w:rPr>
              <w:t>-1.021</w:t>
            </w:r>
          </w:p>
        </w:tc>
        <w:tc>
          <w:tcPr>
            <w:tcW w:w="1008" w:type="dxa"/>
            <w:tcMar>
              <w:top w:w="50" w:type="dxa"/>
              <w:left w:w="70" w:type="dxa"/>
              <w:bottom w:w="50" w:type="dxa"/>
              <w:right w:w="70" w:type="dxa"/>
            </w:tcMar>
            <w:vAlign w:val="center"/>
          </w:tcPr>
          <w:p w14:paraId="0FE6E64E" w14:textId="77777777" w:rsidR="00F57CE1" w:rsidRDefault="00F57CE1" w:rsidP="00573F18">
            <w:pPr>
              <w:spacing w:after="0" w:line="240" w:lineRule="auto"/>
              <w:jc w:val="right"/>
              <w:rPr>
                <w:rFonts w:cs="Times New Roman"/>
              </w:rPr>
            </w:pPr>
            <w:r>
              <w:rPr>
                <w:rFonts w:cs="Times New Roman"/>
                <w:sz w:val="14"/>
              </w:rPr>
              <w:t>0.188</w:t>
            </w:r>
          </w:p>
        </w:tc>
        <w:tc>
          <w:tcPr>
            <w:tcW w:w="936" w:type="dxa"/>
            <w:tcMar>
              <w:top w:w="50" w:type="dxa"/>
              <w:left w:w="70" w:type="dxa"/>
              <w:bottom w:w="50" w:type="dxa"/>
              <w:right w:w="70" w:type="dxa"/>
            </w:tcMar>
            <w:vAlign w:val="center"/>
          </w:tcPr>
          <w:p w14:paraId="281E0AB1" w14:textId="77777777" w:rsidR="00F57CE1" w:rsidRDefault="00F57CE1" w:rsidP="00573F18">
            <w:pPr>
              <w:spacing w:after="0" w:line="240" w:lineRule="auto"/>
              <w:jc w:val="right"/>
              <w:rPr>
                <w:rFonts w:cs="Times New Roman"/>
              </w:rPr>
            </w:pPr>
            <w:r>
              <w:rPr>
                <w:rFonts w:cs="Times New Roman"/>
                <w:sz w:val="14"/>
              </w:rPr>
              <w:t>0.202</w:t>
            </w:r>
          </w:p>
        </w:tc>
        <w:tc>
          <w:tcPr>
            <w:tcW w:w="1512" w:type="dxa"/>
            <w:tcMar>
              <w:top w:w="50" w:type="dxa"/>
              <w:left w:w="70" w:type="dxa"/>
              <w:bottom w:w="50" w:type="dxa"/>
              <w:right w:w="70" w:type="dxa"/>
            </w:tcMar>
            <w:vAlign w:val="center"/>
          </w:tcPr>
          <w:p w14:paraId="238CDF4D" w14:textId="77777777" w:rsidR="00F57CE1" w:rsidRDefault="00F57CE1" w:rsidP="00573F18">
            <w:pPr>
              <w:spacing w:after="0" w:line="240" w:lineRule="auto"/>
              <w:jc w:val="right"/>
              <w:rPr>
                <w:rFonts w:cs="Times New Roman"/>
              </w:rPr>
            </w:pPr>
            <w:r>
              <w:rPr>
                <w:rFonts w:cs="Times New Roman"/>
                <w:sz w:val="14"/>
              </w:rPr>
              <w:t>0.090</w:t>
            </w:r>
          </w:p>
        </w:tc>
        <w:tc>
          <w:tcPr>
            <w:tcW w:w="1008" w:type="dxa"/>
            <w:tcMar>
              <w:top w:w="50" w:type="dxa"/>
              <w:left w:w="70" w:type="dxa"/>
              <w:bottom w:w="50" w:type="dxa"/>
              <w:right w:w="70" w:type="dxa"/>
            </w:tcMar>
            <w:vAlign w:val="center"/>
          </w:tcPr>
          <w:p w14:paraId="6E5F4CE2" w14:textId="77777777" w:rsidR="00F57CE1" w:rsidRDefault="00F57CE1" w:rsidP="00573F18">
            <w:pPr>
              <w:spacing w:after="0" w:line="240" w:lineRule="auto"/>
              <w:jc w:val="right"/>
              <w:rPr>
                <w:rFonts w:cs="Times New Roman"/>
              </w:rPr>
            </w:pPr>
            <w:r>
              <w:rPr>
                <w:rFonts w:cs="Times New Roman"/>
                <w:sz w:val="14"/>
              </w:rPr>
              <w:t>0.288</w:t>
            </w:r>
          </w:p>
        </w:tc>
        <w:tc>
          <w:tcPr>
            <w:tcW w:w="936" w:type="dxa"/>
            <w:tcMar>
              <w:top w:w="50" w:type="dxa"/>
              <w:left w:w="70" w:type="dxa"/>
              <w:bottom w:w="50" w:type="dxa"/>
              <w:right w:w="70" w:type="dxa"/>
            </w:tcMar>
            <w:vAlign w:val="center"/>
          </w:tcPr>
          <w:p w14:paraId="591577FB" w14:textId="77777777" w:rsidR="00F57CE1" w:rsidRDefault="00F57CE1" w:rsidP="00573F18">
            <w:pPr>
              <w:spacing w:after="0" w:line="240" w:lineRule="auto"/>
              <w:jc w:val="right"/>
              <w:rPr>
                <w:rFonts w:cs="Times New Roman"/>
              </w:rPr>
            </w:pPr>
            <w:r>
              <w:rPr>
                <w:rFonts w:cs="Times New Roman"/>
                <w:sz w:val="14"/>
              </w:rPr>
              <w:t>0.293</w:t>
            </w:r>
          </w:p>
        </w:tc>
        <w:tc>
          <w:tcPr>
            <w:tcW w:w="648" w:type="dxa"/>
            <w:tcMar>
              <w:top w:w="50" w:type="dxa"/>
              <w:left w:w="70" w:type="dxa"/>
              <w:bottom w:w="50" w:type="dxa"/>
              <w:right w:w="70" w:type="dxa"/>
            </w:tcMar>
            <w:vAlign w:val="center"/>
          </w:tcPr>
          <w:p w14:paraId="27A8B805" w14:textId="77777777" w:rsidR="00F57CE1" w:rsidRDefault="00F57CE1" w:rsidP="00573F18">
            <w:pPr>
              <w:spacing w:after="0" w:line="240" w:lineRule="auto"/>
              <w:jc w:val="right"/>
              <w:rPr>
                <w:rFonts w:cs="Times New Roman"/>
              </w:rPr>
            </w:pPr>
            <w:r>
              <w:rPr>
                <w:rFonts w:cs="Times New Roman"/>
                <w:sz w:val="14"/>
              </w:rPr>
              <w:t>252</w:t>
            </w:r>
          </w:p>
        </w:tc>
      </w:tr>
      <w:tr w:rsidR="00F57CE1" w14:paraId="6173A9B3" w14:textId="77777777" w:rsidTr="00573F18">
        <w:trPr>
          <w:jc w:val="center"/>
        </w:trPr>
        <w:tc>
          <w:tcPr>
            <w:tcW w:w="2592" w:type="dxa"/>
            <w:tcMar>
              <w:top w:w="50" w:type="dxa"/>
              <w:left w:w="70" w:type="dxa"/>
              <w:bottom w:w="50" w:type="dxa"/>
              <w:right w:w="70" w:type="dxa"/>
            </w:tcMar>
            <w:vAlign w:val="center"/>
          </w:tcPr>
          <w:p w14:paraId="6B31D8D6"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725875F0"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46B15D1E" w14:textId="77777777" w:rsidR="00F57CE1" w:rsidRDefault="00F57CE1" w:rsidP="00573F18">
            <w:pPr>
              <w:spacing w:after="0" w:line="240" w:lineRule="auto"/>
              <w:jc w:val="right"/>
              <w:rPr>
                <w:rFonts w:cs="Times New Roman"/>
              </w:rPr>
            </w:pPr>
            <w:r>
              <w:rPr>
                <w:rFonts w:cs="Times New Roman"/>
                <w:sz w:val="14"/>
              </w:rPr>
              <w:t>-1.245</w:t>
            </w:r>
          </w:p>
        </w:tc>
        <w:tc>
          <w:tcPr>
            <w:tcW w:w="1008" w:type="dxa"/>
            <w:tcMar>
              <w:top w:w="50" w:type="dxa"/>
              <w:left w:w="70" w:type="dxa"/>
              <w:bottom w:w="50" w:type="dxa"/>
              <w:right w:w="70" w:type="dxa"/>
            </w:tcMar>
            <w:vAlign w:val="center"/>
          </w:tcPr>
          <w:p w14:paraId="1D4E1527" w14:textId="77777777" w:rsidR="00F57CE1" w:rsidRDefault="00F57CE1" w:rsidP="00573F18">
            <w:pPr>
              <w:spacing w:after="0" w:line="240" w:lineRule="auto"/>
              <w:jc w:val="right"/>
              <w:rPr>
                <w:rFonts w:cs="Times New Roman"/>
              </w:rPr>
            </w:pPr>
            <w:r>
              <w:rPr>
                <w:rFonts w:cs="Times New Roman"/>
                <w:sz w:val="14"/>
              </w:rPr>
              <w:t>0.143</w:t>
            </w:r>
          </w:p>
        </w:tc>
        <w:tc>
          <w:tcPr>
            <w:tcW w:w="936" w:type="dxa"/>
            <w:tcMar>
              <w:top w:w="50" w:type="dxa"/>
              <w:left w:w="70" w:type="dxa"/>
              <w:bottom w:w="50" w:type="dxa"/>
              <w:right w:w="70" w:type="dxa"/>
            </w:tcMar>
            <w:vAlign w:val="center"/>
          </w:tcPr>
          <w:p w14:paraId="578E370F" w14:textId="77777777" w:rsidR="00F57CE1" w:rsidRDefault="00F57CE1" w:rsidP="00573F18">
            <w:pPr>
              <w:spacing w:after="0" w:line="240" w:lineRule="auto"/>
              <w:jc w:val="right"/>
              <w:rPr>
                <w:rFonts w:cs="Times New Roman"/>
              </w:rPr>
            </w:pPr>
            <w:r>
              <w:rPr>
                <w:rFonts w:cs="Times New Roman"/>
                <w:sz w:val="14"/>
              </w:rPr>
              <w:t>0.165</w:t>
            </w:r>
          </w:p>
        </w:tc>
        <w:tc>
          <w:tcPr>
            <w:tcW w:w="1512" w:type="dxa"/>
            <w:tcMar>
              <w:top w:w="50" w:type="dxa"/>
              <w:left w:w="70" w:type="dxa"/>
              <w:bottom w:w="50" w:type="dxa"/>
              <w:right w:w="70" w:type="dxa"/>
            </w:tcMar>
            <w:vAlign w:val="center"/>
          </w:tcPr>
          <w:p w14:paraId="05E315A4" w14:textId="77777777" w:rsidR="00F57CE1" w:rsidRDefault="00F57CE1" w:rsidP="00573F18">
            <w:pPr>
              <w:spacing w:after="0" w:line="240" w:lineRule="auto"/>
              <w:jc w:val="right"/>
              <w:rPr>
                <w:rFonts w:cs="Times New Roman"/>
              </w:rPr>
            </w:pPr>
            <w:r>
              <w:rPr>
                <w:rFonts w:cs="Times New Roman"/>
                <w:sz w:val="14"/>
              </w:rPr>
              <w:t>0.114</w:t>
            </w:r>
          </w:p>
        </w:tc>
        <w:tc>
          <w:tcPr>
            <w:tcW w:w="1008" w:type="dxa"/>
            <w:tcMar>
              <w:top w:w="50" w:type="dxa"/>
              <w:left w:w="70" w:type="dxa"/>
              <w:bottom w:w="50" w:type="dxa"/>
              <w:right w:w="70" w:type="dxa"/>
            </w:tcMar>
            <w:vAlign w:val="center"/>
          </w:tcPr>
          <w:p w14:paraId="73C1EA39" w14:textId="77777777" w:rsidR="00F57CE1" w:rsidRDefault="00F57CE1" w:rsidP="00573F18">
            <w:pPr>
              <w:spacing w:after="0" w:line="240" w:lineRule="auto"/>
              <w:jc w:val="right"/>
              <w:rPr>
                <w:rFonts w:cs="Times New Roman"/>
              </w:rPr>
            </w:pPr>
            <w:r>
              <w:rPr>
                <w:rFonts w:cs="Times New Roman"/>
                <w:sz w:val="14"/>
              </w:rPr>
              <w:t>0.255</w:t>
            </w:r>
          </w:p>
        </w:tc>
        <w:tc>
          <w:tcPr>
            <w:tcW w:w="936" w:type="dxa"/>
            <w:tcMar>
              <w:top w:w="50" w:type="dxa"/>
              <w:left w:w="70" w:type="dxa"/>
              <w:bottom w:w="50" w:type="dxa"/>
              <w:right w:w="70" w:type="dxa"/>
            </w:tcMar>
            <w:vAlign w:val="center"/>
          </w:tcPr>
          <w:p w14:paraId="71438F01" w14:textId="77777777" w:rsidR="00F57CE1" w:rsidRDefault="00F57CE1" w:rsidP="00573F18">
            <w:pPr>
              <w:spacing w:after="0" w:line="240" w:lineRule="auto"/>
              <w:jc w:val="right"/>
              <w:rPr>
                <w:rFonts w:cs="Times New Roman"/>
              </w:rPr>
            </w:pPr>
            <w:r>
              <w:rPr>
                <w:rFonts w:cs="Times New Roman"/>
                <w:sz w:val="14"/>
              </w:rPr>
              <w:t>0.261</w:t>
            </w:r>
          </w:p>
        </w:tc>
        <w:tc>
          <w:tcPr>
            <w:tcW w:w="648" w:type="dxa"/>
            <w:tcMar>
              <w:top w:w="50" w:type="dxa"/>
              <w:left w:w="70" w:type="dxa"/>
              <w:bottom w:w="50" w:type="dxa"/>
              <w:right w:w="70" w:type="dxa"/>
            </w:tcMar>
            <w:vAlign w:val="center"/>
          </w:tcPr>
          <w:p w14:paraId="47D214C5" w14:textId="77777777" w:rsidR="00F57CE1" w:rsidRDefault="00F57CE1" w:rsidP="00573F18">
            <w:pPr>
              <w:spacing w:after="0" w:line="240" w:lineRule="auto"/>
              <w:jc w:val="right"/>
              <w:rPr>
                <w:rFonts w:cs="Times New Roman"/>
              </w:rPr>
            </w:pPr>
            <w:r>
              <w:rPr>
                <w:rFonts w:cs="Times New Roman"/>
                <w:sz w:val="14"/>
              </w:rPr>
              <w:t>252</w:t>
            </w:r>
          </w:p>
        </w:tc>
      </w:tr>
      <w:tr w:rsidR="00F57CE1" w14:paraId="53C63D02" w14:textId="77777777" w:rsidTr="00573F18">
        <w:trPr>
          <w:jc w:val="center"/>
        </w:trPr>
        <w:tc>
          <w:tcPr>
            <w:tcW w:w="2592" w:type="dxa"/>
            <w:tcMar>
              <w:top w:w="50" w:type="dxa"/>
              <w:left w:w="70" w:type="dxa"/>
              <w:bottom w:w="50" w:type="dxa"/>
              <w:right w:w="70" w:type="dxa"/>
            </w:tcMar>
            <w:vAlign w:val="center"/>
          </w:tcPr>
          <w:p w14:paraId="2D421397" w14:textId="77777777" w:rsidR="00F57CE1" w:rsidRDefault="00F57CE1" w:rsidP="00573F18">
            <w:pPr>
              <w:spacing w:after="0" w:line="240" w:lineRule="auto"/>
              <w:rPr>
                <w:rFonts w:cs="Times New Roman"/>
              </w:rPr>
            </w:pPr>
            <w:r>
              <w:rPr>
                <w:rFonts w:cs="Times New Roman"/>
                <w:sz w:val="14"/>
              </w:rPr>
              <w:t>Common sample</w:t>
            </w:r>
          </w:p>
        </w:tc>
        <w:tc>
          <w:tcPr>
            <w:tcW w:w="504" w:type="dxa"/>
            <w:tcMar>
              <w:top w:w="50" w:type="dxa"/>
              <w:left w:w="70" w:type="dxa"/>
              <w:bottom w:w="50" w:type="dxa"/>
              <w:right w:w="70" w:type="dxa"/>
            </w:tcMar>
            <w:vAlign w:val="center"/>
          </w:tcPr>
          <w:p w14:paraId="5AF66058"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38DAFDAA" w14:textId="77777777" w:rsidR="00F57CE1" w:rsidRDefault="00F57CE1" w:rsidP="00573F18">
            <w:pPr>
              <w:spacing w:after="0" w:line="240" w:lineRule="auto"/>
              <w:jc w:val="right"/>
              <w:rPr>
                <w:rFonts w:cs="Times New Roman"/>
              </w:rPr>
            </w:pPr>
            <w:r>
              <w:rPr>
                <w:rFonts w:cs="Times New Roman"/>
                <w:sz w:val="14"/>
              </w:rPr>
              <w:t>-0.971</w:t>
            </w:r>
          </w:p>
        </w:tc>
        <w:tc>
          <w:tcPr>
            <w:tcW w:w="1008" w:type="dxa"/>
            <w:tcMar>
              <w:top w:w="50" w:type="dxa"/>
              <w:left w:w="70" w:type="dxa"/>
              <w:bottom w:w="50" w:type="dxa"/>
              <w:right w:w="70" w:type="dxa"/>
            </w:tcMar>
            <w:vAlign w:val="center"/>
          </w:tcPr>
          <w:p w14:paraId="4442399A" w14:textId="77777777" w:rsidR="00F57CE1" w:rsidRDefault="00F57CE1" w:rsidP="00573F18">
            <w:pPr>
              <w:spacing w:after="0" w:line="240" w:lineRule="auto"/>
              <w:jc w:val="right"/>
              <w:rPr>
                <w:rFonts w:cs="Times New Roman"/>
              </w:rPr>
            </w:pPr>
            <w:r>
              <w:rPr>
                <w:rFonts w:cs="Times New Roman"/>
                <w:sz w:val="14"/>
              </w:rPr>
              <w:t>0.261</w:t>
            </w:r>
          </w:p>
        </w:tc>
        <w:tc>
          <w:tcPr>
            <w:tcW w:w="936" w:type="dxa"/>
            <w:tcMar>
              <w:top w:w="50" w:type="dxa"/>
              <w:left w:w="70" w:type="dxa"/>
              <w:bottom w:w="50" w:type="dxa"/>
              <w:right w:w="70" w:type="dxa"/>
            </w:tcMar>
            <w:vAlign w:val="center"/>
          </w:tcPr>
          <w:p w14:paraId="3BA8906D" w14:textId="77777777" w:rsidR="00F57CE1" w:rsidRDefault="00F57CE1" w:rsidP="00573F18">
            <w:pPr>
              <w:spacing w:after="0" w:line="240" w:lineRule="auto"/>
              <w:jc w:val="right"/>
              <w:rPr>
                <w:rFonts w:cs="Times New Roman"/>
              </w:rPr>
            </w:pPr>
            <w:r>
              <w:rPr>
                <w:rFonts w:cs="Times New Roman"/>
                <w:sz w:val="14"/>
              </w:rPr>
              <w:t>0.277</w:t>
            </w:r>
          </w:p>
        </w:tc>
        <w:tc>
          <w:tcPr>
            <w:tcW w:w="1512" w:type="dxa"/>
            <w:tcMar>
              <w:top w:w="50" w:type="dxa"/>
              <w:left w:w="70" w:type="dxa"/>
              <w:bottom w:w="50" w:type="dxa"/>
              <w:right w:w="70" w:type="dxa"/>
            </w:tcMar>
            <w:vAlign w:val="center"/>
          </w:tcPr>
          <w:p w14:paraId="4CB98A60" w14:textId="77777777" w:rsidR="00F57CE1" w:rsidRDefault="00F57CE1" w:rsidP="00573F18">
            <w:pPr>
              <w:spacing w:after="0" w:line="240" w:lineRule="auto"/>
              <w:jc w:val="right"/>
              <w:rPr>
                <w:rFonts w:cs="Times New Roman"/>
              </w:rPr>
            </w:pPr>
            <w:r>
              <w:rPr>
                <w:rFonts w:cs="Times New Roman"/>
                <w:sz w:val="14"/>
              </w:rPr>
              <w:t>0.167</w:t>
            </w:r>
          </w:p>
        </w:tc>
        <w:tc>
          <w:tcPr>
            <w:tcW w:w="1008" w:type="dxa"/>
            <w:tcMar>
              <w:top w:w="50" w:type="dxa"/>
              <w:left w:w="70" w:type="dxa"/>
              <w:bottom w:w="50" w:type="dxa"/>
              <w:right w:w="70" w:type="dxa"/>
            </w:tcMar>
            <w:vAlign w:val="center"/>
          </w:tcPr>
          <w:p w14:paraId="04FE6A7B" w14:textId="77777777" w:rsidR="00F57CE1" w:rsidRDefault="00F57CE1" w:rsidP="00573F18">
            <w:pPr>
              <w:spacing w:after="0" w:line="240" w:lineRule="auto"/>
              <w:jc w:val="right"/>
              <w:rPr>
                <w:rFonts w:cs="Times New Roman"/>
              </w:rPr>
            </w:pPr>
            <w:r>
              <w:rPr>
                <w:rFonts w:cs="Times New Roman"/>
                <w:sz w:val="14"/>
              </w:rPr>
              <w:t>0.187</w:t>
            </w:r>
          </w:p>
        </w:tc>
        <w:tc>
          <w:tcPr>
            <w:tcW w:w="936" w:type="dxa"/>
            <w:tcMar>
              <w:top w:w="50" w:type="dxa"/>
              <w:left w:w="70" w:type="dxa"/>
              <w:bottom w:w="50" w:type="dxa"/>
              <w:right w:w="70" w:type="dxa"/>
            </w:tcMar>
            <w:vAlign w:val="center"/>
          </w:tcPr>
          <w:p w14:paraId="2F47AFD9" w14:textId="77777777" w:rsidR="00F57CE1" w:rsidRDefault="00F57CE1" w:rsidP="00573F18">
            <w:pPr>
              <w:spacing w:after="0" w:line="240" w:lineRule="auto"/>
              <w:jc w:val="right"/>
              <w:rPr>
                <w:rFonts w:cs="Times New Roman"/>
              </w:rPr>
            </w:pPr>
            <w:r>
              <w:rPr>
                <w:rFonts w:cs="Times New Roman"/>
                <w:sz w:val="14"/>
              </w:rPr>
              <w:t>0.209</w:t>
            </w:r>
          </w:p>
        </w:tc>
        <w:tc>
          <w:tcPr>
            <w:tcW w:w="648" w:type="dxa"/>
            <w:tcMar>
              <w:top w:w="50" w:type="dxa"/>
              <w:left w:w="70" w:type="dxa"/>
              <w:bottom w:w="50" w:type="dxa"/>
              <w:right w:w="70" w:type="dxa"/>
            </w:tcMar>
            <w:vAlign w:val="center"/>
          </w:tcPr>
          <w:p w14:paraId="6C31F664" w14:textId="77777777" w:rsidR="00F57CE1" w:rsidRDefault="00F57CE1" w:rsidP="00573F18">
            <w:pPr>
              <w:spacing w:after="0" w:line="240" w:lineRule="auto"/>
              <w:jc w:val="right"/>
              <w:rPr>
                <w:rFonts w:cs="Times New Roman"/>
              </w:rPr>
            </w:pPr>
            <w:r>
              <w:rPr>
                <w:rFonts w:cs="Times New Roman"/>
                <w:sz w:val="14"/>
              </w:rPr>
              <w:t>252</w:t>
            </w:r>
          </w:p>
        </w:tc>
      </w:tr>
      <w:tr w:rsidR="00F57CE1" w14:paraId="4F260BEA" w14:textId="77777777" w:rsidTr="00573F18">
        <w:trPr>
          <w:jc w:val="center"/>
        </w:trPr>
        <w:tc>
          <w:tcPr>
            <w:tcW w:w="2592" w:type="dxa"/>
            <w:tcMar>
              <w:top w:w="50" w:type="dxa"/>
              <w:left w:w="70" w:type="dxa"/>
              <w:bottom w:w="50" w:type="dxa"/>
              <w:right w:w="70" w:type="dxa"/>
            </w:tcMar>
            <w:vAlign w:val="center"/>
          </w:tcPr>
          <w:p w14:paraId="771F581B"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0883F09C"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48B23A42" w14:textId="77777777" w:rsidR="00F57CE1" w:rsidRDefault="00F57CE1" w:rsidP="00573F18">
            <w:pPr>
              <w:spacing w:after="0" w:line="240" w:lineRule="auto"/>
              <w:jc w:val="right"/>
              <w:rPr>
                <w:rFonts w:cs="Times New Roman"/>
              </w:rPr>
            </w:pPr>
            <w:r>
              <w:rPr>
                <w:rFonts w:cs="Times New Roman"/>
                <w:sz w:val="14"/>
              </w:rPr>
              <w:t>0.541</w:t>
            </w:r>
          </w:p>
        </w:tc>
        <w:tc>
          <w:tcPr>
            <w:tcW w:w="1008" w:type="dxa"/>
            <w:tcMar>
              <w:top w:w="50" w:type="dxa"/>
              <w:left w:w="70" w:type="dxa"/>
              <w:bottom w:w="50" w:type="dxa"/>
              <w:right w:w="70" w:type="dxa"/>
            </w:tcMar>
            <w:vAlign w:val="center"/>
          </w:tcPr>
          <w:p w14:paraId="7871C88B" w14:textId="77777777" w:rsidR="00F57CE1" w:rsidRDefault="00F57CE1" w:rsidP="00573F18">
            <w:pPr>
              <w:spacing w:after="0" w:line="240" w:lineRule="auto"/>
              <w:jc w:val="right"/>
              <w:rPr>
                <w:rFonts w:cs="Times New Roman"/>
              </w:rPr>
            </w:pPr>
            <w:r>
              <w:rPr>
                <w:rFonts w:cs="Times New Roman"/>
                <w:sz w:val="14"/>
              </w:rPr>
              <w:t>0.123</w:t>
            </w:r>
          </w:p>
        </w:tc>
        <w:tc>
          <w:tcPr>
            <w:tcW w:w="936" w:type="dxa"/>
            <w:tcMar>
              <w:top w:w="50" w:type="dxa"/>
              <w:left w:w="70" w:type="dxa"/>
              <w:bottom w:w="50" w:type="dxa"/>
              <w:right w:w="70" w:type="dxa"/>
            </w:tcMar>
            <w:vAlign w:val="center"/>
          </w:tcPr>
          <w:p w14:paraId="40278324" w14:textId="77777777" w:rsidR="00F57CE1" w:rsidRDefault="00F57CE1" w:rsidP="00573F18">
            <w:pPr>
              <w:spacing w:after="0" w:line="240" w:lineRule="auto"/>
              <w:jc w:val="right"/>
              <w:rPr>
                <w:rFonts w:cs="Times New Roman"/>
              </w:rPr>
            </w:pPr>
            <w:r>
              <w:rPr>
                <w:rFonts w:cs="Times New Roman"/>
                <w:sz w:val="14"/>
              </w:rPr>
              <w:t>0.154</w:t>
            </w:r>
          </w:p>
        </w:tc>
        <w:tc>
          <w:tcPr>
            <w:tcW w:w="1512" w:type="dxa"/>
            <w:tcMar>
              <w:top w:w="50" w:type="dxa"/>
              <w:left w:w="70" w:type="dxa"/>
              <w:bottom w:w="50" w:type="dxa"/>
              <w:right w:w="70" w:type="dxa"/>
            </w:tcMar>
            <w:vAlign w:val="center"/>
          </w:tcPr>
          <w:p w14:paraId="46DEE5A7" w14:textId="77777777" w:rsidR="00F57CE1" w:rsidRDefault="00F57CE1" w:rsidP="00573F18">
            <w:pPr>
              <w:spacing w:after="0" w:line="240" w:lineRule="auto"/>
              <w:jc w:val="right"/>
              <w:rPr>
                <w:rFonts w:cs="Times New Roman"/>
              </w:rPr>
            </w:pPr>
            <w:r>
              <w:rPr>
                <w:rFonts w:cs="Times New Roman"/>
                <w:sz w:val="14"/>
              </w:rPr>
              <w:t>-0.004</w:t>
            </w:r>
          </w:p>
        </w:tc>
        <w:tc>
          <w:tcPr>
            <w:tcW w:w="1008" w:type="dxa"/>
            <w:tcMar>
              <w:top w:w="50" w:type="dxa"/>
              <w:left w:w="70" w:type="dxa"/>
              <w:bottom w:w="50" w:type="dxa"/>
              <w:right w:w="70" w:type="dxa"/>
            </w:tcMar>
            <w:vAlign w:val="center"/>
          </w:tcPr>
          <w:p w14:paraId="701D0EE2" w14:textId="77777777" w:rsidR="00F57CE1" w:rsidRDefault="00F57CE1" w:rsidP="00573F18">
            <w:pPr>
              <w:spacing w:after="0" w:line="240" w:lineRule="auto"/>
              <w:jc w:val="right"/>
              <w:rPr>
                <w:rFonts w:cs="Times New Roman"/>
              </w:rPr>
            </w:pPr>
            <w:r>
              <w:rPr>
                <w:rFonts w:cs="Times New Roman"/>
                <w:sz w:val="14"/>
              </w:rPr>
              <w:t>0.939</w:t>
            </w:r>
          </w:p>
        </w:tc>
        <w:tc>
          <w:tcPr>
            <w:tcW w:w="936" w:type="dxa"/>
            <w:tcMar>
              <w:top w:w="50" w:type="dxa"/>
              <w:left w:w="70" w:type="dxa"/>
              <w:bottom w:w="50" w:type="dxa"/>
              <w:right w:w="70" w:type="dxa"/>
            </w:tcMar>
            <w:vAlign w:val="center"/>
          </w:tcPr>
          <w:p w14:paraId="25D0DE6D" w14:textId="77777777" w:rsidR="00F57CE1" w:rsidRDefault="00F57CE1" w:rsidP="00573F18">
            <w:pPr>
              <w:spacing w:after="0" w:line="240" w:lineRule="auto"/>
              <w:jc w:val="right"/>
              <w:rPr>
                <w:rFonts w:cs="Times New Roman"/>
              </w:rPr>
            </w:pPr>
            <w:r>
              <w:rPr>
                <w:rFonts w:cs="Times New Roman"/>
                <w:sz w:val="14"/>
              </w:rPr>
              <w:t>0.948</w:t>
            </w:r>
          </w:p>
        </w:tc>
        <w:tc>
          <w:tcPr>
            <w:tcW w:w="648" w:type="dxa"/>
            <w:tcMar>
              <w:top w:w="50" w:type="dxa"/>
              <w:left w:w="70" w:type="dxa"/>
              <w:bottom w:w="50" w:type="dxa"/>
              <w:right w:w="70" w:type="dxa"/>
            </w:tcMar>
            <w:vAlign w:val="center"/>
          </w:tcPr>
          <w:p w14:paraId="58F1CBD8" w14:textId="77777777" w:rsidR="00F57CE1" w:rsidRDefault="00F57CE1" w:rsidP="00573F18">
            <w:pPr>
              <w:spacing w:after="0" w:line="240" w:lineRule="auto"/>
              <w:jc w:val="right"/>
              <w:rPr>
                <w:rFonts w:cs="Times New Roman"/>
              </w:rPr>
            </w:pPr>
            <w:r>
              <w:rPr>
                <w:rFonts w:cs="Times New Roman"/>
                <w:sz w:val="14"/>
              </w:rPr>
              <w:t>319</w:t>
            </w:r>
          </w:p>
        </w:tc>
      </w:tr>
      <w:tr w:rsidR="00F57CE1" w14:paraId="579DB3D0" w14:textId="77777777" w:rsidTr="00573F18">
        <w:trPr>
          <w:jc w:val="center"/>
        </w:trPr>
        <w:tc>
          <w:tcPr>
            <w:tcW w:w="2592" w:type="dxa"/>
            <w:tcMar>
              <w:top w:w="50" w:type="dxa"/>
              <w:left w:w="70" w:type="dxa"/>
              <w:bottom w:w="50" w:type="dxa"/>
              <w:right w:w="70" w:type="dxa"/>
            </w:tcMar>
            <w:vAlign w:val="center"/>
          </w:tcPr>
          <w:p w14:paraId="01A3DFD0"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06CDCCD6"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2037EFE8" w14:textId="77777777" w:rsidR="00F57CE1" w:rsidRDefault="00F57CE1" w:rsidP="00573F18">
            <w:pPr>
              <w:spacing w:after="0" w:line="240" w:lineRule="auto"/>
              <w:jc w:val="right"/>
              <w:rPr>
                <w:rFonts w:cs="Times New Roman"/>
              </w:rPr>
            </w:pPr>
            <w:r>
              <w:rPr>
                <w:rFonts w:cs="Times New Roman"/>
                <w:sz w:val="14"/>
              </w:rPr>
              <w:t>0.374</w:t>
            </w:r>
          </w:p>
        </w:tc>
        <w:tc>
          <w:tcPr>
            <w:tcW w:w="1008" w:type="dxa"/>
            <w:tcMar>
              <w:top w:w="50" w:type="dxa"/>
              <w:left w:w="70" w:type="dxa"/>
              <w:bottom w:w="50" w:type="dxa"/>
              <w:right w:w="70" w:type="dxa"/>
            </w:tcMar>
            <w:vAlign w:val="center"/>
          </w:tcPr>
          <w:p w14:paraId="1CFB652C" w14:textId="77777777" w:rsidR="00F57CE1" w:rsidRDefault="00F57CE1" w:rsidP="00573F18">
            <w:pPr>
              <w:spacing w:after="0" w:line="240" w:lineRule="auto"/>
              <w:jc w:val="right"/>
              <w:rPr>
                <w:rFonts w:cs="Times New Roman"/>
              </w:rPr>
            </w:pPr>
            <w:r>
              <w:rPr>
                <w:rFonts w:cs="Times New Roman"/>
                <w:sz w:val="14"/>
              </w:rPr>
              <w:t>0.532</w:t>
            </w:r>
          </w:p>
        </w:tc>
        <w:tc>
          <w:tcPr>
            <w:tcW w:w="936" w:type="dxa"/>
            <w:tcMar>
              <w:top w:w="50" w:type="dxa"/>
              <w:left w:w="70" w:type="dxa"/>
              <w:bottom w:w="50" w:type="dxa"/>
              <w:right w:w="70" w:type="dxa"/>
            </w:tcMar>
            <w:vAlign w:val="center"/>
          </w:tcPr>
          <w:p w14:paraId="7365088F" w14:textId="77777777" w:rsidR="00F57CE1" w:rsidRDefault="00F57CE1" w:rsidP="00573F18">
            <w:pPr>
              <w:spacing w:after="0" w:line="240" w:lineRule="auto"/>
              <w:jc w:val="right"/>
              <w:rPr>
                <w:rFonts w:cs="Times New Roman"/>
              </w:rPr>
            </w:pPr>
            <w:r>
              <w:rPr>
                <w:rFonts w:cs="Times New Roman"/>
                <w:sz w:val="14"/>
              </w:rPr>
              <w:t>0.584</w:t>
            </w:r>
          </w:p>
        </w:tc>
        <w:tc>
          <w:tcPr>
            <w:tcW w:w="1512" w:type="dxa"/>
            <w:tcMar>
              <w:top w:w="50" w:type="dxa"/>
              <w:left w:w="70" w:type="dxa"/>
              <w:bottom w:w="50" w:type="dxa"/>
              <w:right w:w="70" w:type="dxa"/>
            </w:tcMar>
            <w:vAlign w:val="center"/>
          </w:tcPr>
          <w:p w14:paraId="060647A8" w14:textId="77777777" w:rsidR="00F57CE1" w:rsidRDefault="00F57CE1" w:rsidP="00573F18">
            <w:pPr>
              <w:spacing w:after="0" w:line="240" w:lineRule="auto"/>
              <w:jc w:val="right"/>
              <w:rPr>
                <w:rFonts w:cs="Times New Roman"/>
              </w:rPr>
            </w:pPr>
            <w:r>
              <w:rPr>
                <w:rFonts w:cs="Times New Roman"/>
                <w:sz w:val="14"/>
              </w:rPr>
              <w:t>0.063</w:t>
            </w:r>
          </w:p>
        </w:tc>
        <w:tc>
          <w:tcPr>
            <w:tcW w:w="1008" w:type="dxa"/>
            <w:tcMar>
              <w:top w:w="50" w:type="dxa"/>
              <w:left w:w="70" w:type="dxa"/>
              <w:bottom w:w="50" w:type="dxa"/>
              <w:right w:w="70" w:type="dxa"/>
            </w:tcMar>
            <w:vAlign w:val="center"/>
          </w:tcPr>
          <w:p w14:paraId="39F7B0E7" w14:textId="77777777" w:rsidR="00F57CE1" w:rsidRDefault="00F57CE1" w:rsidP="00573F18">
            <w:pPr>
              <w:spacing w:after="0" w:line="240" w:lineRule="auto"/>
              <w:jc w:val="right"/>
              <w:rPr>
                <w:rFonts w:cs="Times New Roman"/>
              </w:rPr>
            </w:pPr>
            <w:r>
              <w:rPr>
                <w:rFonts w:cs="Times New Roman"/>
                <w:sz w:val="14"/>
              </w:rPr>
              <w:t>0.496</w:t>
            </w:r>
          </w:p>
        </w:tc>
        <w:tc>
          <w:tcPr>
            <w:tcW w:w="936" w:type="dxa"/>
            <w:tcMar>
              <w:top w:w="50" w:type="dxa"/>
              <w:left w:w="70" w:type="dxa"/>
              <w:bottom w:w="50" w:type="dxa"/>
              <w:right w:w="70" w:type="dxa"/>
            </w:tcMar>
            <w:vAlign w:val="center"/>
          </w:tcPr>
          <w:p w14:paraId="6E4A6296" w14:textId="77777777" w:rsidR="00F57CE1" w:rsidRDefault="00F57CE1" w:rsidP="00573F18">
            <w:pPr>
              <w:spacing w:after="0" w:line="240" w:lineRule="auto"/>
              <w:jc w:val="right"/>
              <w:rPr>
                <w:rFonts w:cs="Times New Roman"/>
              </w:rPr>
            </w:pPr>
            <w:r>
              <w:rPr>
                <w:rFonts w:cs="Times New Roman"/>
                <w:sz w:val="14"/>
              </w:rPr>
              <w:t>0.637</w:t>
            </w:r>
          </w:p>
        </w:tc>
        <w:tc>
          <w:tcPr>
            <w:tcW w:w="648" w:type="dxa"/>
            <w:tcMar>
              <w:top w:w="50" w:type="dxa"/>
              <w:left w:w="70" w:type="dxa"/>
              <w:bottom w:w="50" w:type="dxa"/>
              <w:right w:w="70" w:type="dxa"/>
            </w:tcMar>
            <w:vAlign w:val="center"/>
          </w:tcPr>
          <w:p w14:paraId="36B4F813" w14:textId="77777777" w:rsidR="00F57CE1" w:rsidRDefault="00F57CE1" w:rsidP="00573F18">
            <w:pPr>
              <w:spacing w:after="0" w:line="240" w:lineRule="auto"/>
              <w:jc w:val="right"/>
              <w:rPr>
                <w:rFonts w:cs="Times New Roman"/>
              </w:rPr>
            </w:pPr>
            <w:r>
              <w:rPr>
                <w:rFonts w:cs="Times New Roman"/>
                <w:sz w:val="14"/>
              </w:rPr>
              <w:t>297</w:t>
            </w:r>
          </w:p>
        </w:tc>
      </w:tr>
      <w:tr w:rsidR="00F57CE1" w14:paraId="6B3D68E2" w14:textId="77777777" w:rsidTr="00573F18">
        <w:trPr>
          <w:jc w:val="center"/>
        </w:trPr>
        <w:tc>
          <w:tcPr>
            <w:tcW w:w="2592" w:type="dxa"/>
            <w:tcMar>
              <w:top w:w="50" w:type="dxa"/>
              <w:left w:w="70" w:type="dxa"/>
              <w:bottom w:w="50" w:type="dxa"/>
              <w:right w:w="70" w:type="dxa"/>
            </w:tcMar>
            <w:vAlign w:val="center"/>
          </w:tcPr>
          <w:p w14:paraId="58081445"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48FE6F83"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6408C343" w14:textId="77777777" w:rsidR="00F57CE1" w:rsidRDefault="00F57CE1" w:rsidP="00573F18">
            <w:pPr>
              <w:spacing w:after="0" w:line="240" w:lineRule="auto"/>
              <w:jc w:val="right"/>
              <w:rPr>
                <w:rFonts w:cs="Times New Roman"/>
              </w:rPr>
            </w:pPr>
            <w:r>
              <w:rPr>
                <w:rFonts w:cs="Times New Roman"/>
                <w:sz w:val="14"/>
              </w:rPr>
              <w:t>0.437</w:t>
            </w:r>
          </w:p>
        </w:tc>
        <w:tc>
          <w:tcPr>
            <w:tcW w:w="1008" w:type="dxa"/>
            <w:tcMar>
              <w:top w:w="50" w:type="dxa"/>
              <w:left w:w="70" w:type="dxa"/>
              <w:bottom w:w="50" w:type="dxa"/>
              <w:right w:w="70" w:type="dxa"/>
            </w:tcMar>
            <w:vAlign w:val="center"/>
          </w:tcPr>
          <w:p w14:paraId="3F37D6E7" w14:textId="77777777" w:rsidR="00F57CE1" w:rsidRDefault="00F57CE1" w:rsidP="00573F18">
            <w:pPr>
              <w:spacing w:after="0" w:line="240" w:lineRule="auto"/>
              <w:jc w:val="right"/>
              <w:rPr>
                <w:rFonts w:cs="Times New Roman"/>
              </w:rPr>
            </w:pPr>
            <w:r>
              <w:rPr>
                <w:rFonts w:cs="Times New Roman"/>
                <w:sz w:val="14"/>
              </w:rPr>
              <w:t>0.539</w:t>
            </w:r>
          </w:p>
        </w:tc>
        <w:tc>
          <w:tcPr>
            <w:tcW w:w="936" w:type="dxa"/>
            <w:tcMar>
              <w:top w:w="50" w:type="dxa"/>
              <w:left w:w="70" w:type="dxa"/>
              <w:bottom w:w="50" w:type="dxa"/>
              <w:right w:w="70" w:type="dxa"/>
            </w:tcMar>
            <w:vAlign w:val="center"/>
          </w:tcPr>
          <w:p w14:paraId="5C3C3588" w14:textId="77777777" w:rsidR="00F57CE1" w:rsidRDefault="00F57CE1" w:rsidP="00573F18">
            <w:pPr>
              <w:spacing w:after="0" w:line="240" w:lineRule="auto"/>
              <w:jc w:val="right"/>
              <w:rPr>
                <w:rFonts w:cs="Times New Roman"/>
              </w:rPr>
            </w:pPr>
            <w:r>
              <w:rPr>
                <w:rFonts w:cs="Times New Roman"/>
                <w:sz w:val="14"/>
              </w:rPr>
              <w:t>0.558</w:t>
            </w:r>
          </w:p>
        </w:tc>
        <w:tc>
          <w:tcPr>
            <w:tcW w:w="1512" w:type="dxa"/>
            <w:tcMar>
              <w:top w:w="50" w:type="dxa"/>
              <w:left w:w="70" w:type="dxa"/>
              <w:bottom w:w="50" w:type="dxa"/>
              <w:right w:w="70" w:type="dxa"/>
            </w:tcMar>
            <w:vAlign w:val="center"/>
          </w:tcPr>
          <w:p w14:paraId="0CDE858A" w14:textId="77777777" w:rsidR="00F57CE1" w:rsidRDefault="00F57CE1" w:rsidP="00573F18">
            <w:pPr>
              <w:spacing w:after="0" w:line="240" w:lineRule="auto"/>
              <w:jc w:val="right"/>
              <w:rPr>
                <w:rFonts w:cs="Times New Roman"/>
              </w:rPr>
            </w:pPr>
            <w:r>
              <w:rPr>
                <w:rFonts w:cs="Times New Roman"/>
                <w:sz w:val="14"/>
              </w:rPr>
              <w:t>0.069</w:t>
            </w:r>
          </w:p>
        </w:tc>
        <w:tc>
          <w:tcPr>
            <w:tcW w:w="1008" w:type="dxa"/>
            <w:tcMar>
              <w:top w:w="50" w:type="dxa"/>
              <w:left w:w="70" w:type="dxa"/>
              <w:bottom w:w="50" w:type="dxa"/>
              <w:right w:w="70" w:type="dxa"/>
            </w:tcMar>
            <w:vAlign w:val="center"/>
          </w:tcPr>
          <w:p w14:paraId="4FB5BE86" w14:textId="77777777" w:rsidR="00F57CE1" w:rsidRDefault="00F57CE1" w:rsidP="00573F18">
            <w:pPr>
              <w:spacing w:after="0" w:line="240" w:lineRule="auto"/>
              <w:jc w:val="right"/>
              <w:rPr>
                <w:rFonts w:cs="Times New Roman"/>
              </w:rPr>
            </w:pPr>
            <w:r>
              <w:rPr>
                <w:rFonts w:cs="Times New Roman"/>
                <w:sz w:val="14"/>
              </w:rPr>
              <w:t>0.366</w:t>
            </w:r>
          </w:p>
        </w:tc>
        <w:tc>
          <w:tcPr>
            <w:tcW w:w="936" w:type="dxa"/>
            <w:tcMar>
              <w:top w:w="50" w:type="dxa"/>
              <w:left w:w="70" w:type="dxa"/>
              <w:bottom w:w="50" w:type="dxa"/>
              <w:right w:w="70" w:type="dxa"/>
            </w:tcMar>
            <w:vAlign w:val="center"/>
          </w:tcPr>
          <w:p w14:paraId="0A5AE7C9" w14:textId="77777777" w:rsidR="00F57CE1" w:rsidRDefault="00F57CE1" w:rsidP="00573F18">
            <w:pPr>
              <w:spacing w:after="0" w:line="240" w:lineRule="auto"/>
              <w:jc w:val="right"/>
              <w:rPr>
                <w:rFonts w:cs="Times New Roman"/>
              </w:rPr>
            </w:pPr>
            <w:r>
              <w:rPr>
                <w:rFonts w:cs="Times New Roman"/>
                <w:sz w:val="14"/>
              </w:rPr>
              <w:t>0.387</w:t>
            </w:r>
          </w:p>
        </w:tc>
        <w:tc>
          <w:tcPr>
            <w:tcW w:w="648" w:type="dxa"/>
            <w:tcMar>
              <w:top w:w="50" w:type="dxa"/>
              <w:left w:w="70" w:type="dxa"/>
              <w:bottom w:w="50" w:type="dxa"/>
              <w:right w:w="70" w:type="dxa"/>
            </w:tcMar>
            <w:vAlign w:val="center"/>
          </w:tcPr>
          <w:p w14:paraId="5C7AB9F9" w14:textId="77777777" w:rsidR="00F57CE1" w:rsidRDefault="00F57CE1" w:rsidP="00573F18">
            <w:pPr>
              <w:spacing w:after="0" w:line="240" w:lineRule="auto"/>
              <w:jc w:val="right"/>
              <w:rPr>
                <w:rFonts w:cs="Times New Roman"/>
              </w:rPr>
            </w:pPr>
            <w:r>
              <w:rPr>
                <w:rFonts w:cs="Times New Roman"/>
                <w:sz w:val="14"/>
              </w:rPr>
              <w:t>271</w:t>
            </w:r>
          </w:p>
        </w:tc>
      </w:tr>
      <w:tr w:rsidR="00F57CE1" w14:paraId="0C3BD954" w14:textId="77777777" w:rsidTr="00573F18">
        <w:trPr>
          <w:jc w:val="center"/>
        </w:trPr>
        <w:tc>
          <w:tcPr>
            <w:tcW w:w="2592" w:type="dxa"/>
            <w:tcMar>
              <w:top w:w="50" w:type="dxa"/>
              <w:left w:w="70" w:type="dxa"/>
              <w:bottom w:w="50" w:type="dxa"/>
              <w:right w:w="70" w:type="dxa"/>
            </w:tcMar>
            <w:vAlign w:val="center"/>
          </w:tcPr>
          <w:p w14:paraId="2DEDA7BB"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11486DB4"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22A551C8" w14:textId="77777777" w:rsidR="00F57CE1" w:rsidRDefault="00F57CE1" w:rsidP="00573F18">
            <w:pPr>
              <w:spacing w:after="0" w:line="240" w:lineRule="auto"/>
              <w:jc w:val="right"/>
              <w:rPr>
                <w:rFonts w:cs="Times New Roman"/>
              </w:rPr>
            </w:pPr>
            <w:r>
              <w:rPr>
                <w:rFonts w:cs="Times New Roman"/>
                <w:sz w:val="14"/>
              </w:rPr>
              <w:t>-1.219</w:t>
            </w:r>
          </w:p>
        </w:tc>
        <w:tc>
          <w:tcPr>
            <w:tcW w:w="1008" w:type="dxa"/>
            <w:tcMar>
              <w:top w:w="50" w:type="dxa"/>
              <w:left w:w="70" w:type="dxa"/>
              <w:bottom w:w="50" w:type="dxa"/>
              <w:right w:w="70" w:type="dxa"/>
            </w:tcMar>
            <w:vAlign w:val="center"/>
          </w:tcPr>
          <w:p w14:paraId="3B3F32C2" w14:textId="77777777" w:rsidR="00F57CE1" w:rsidRDefault="00F57CE1" w:rsidP="00573F18">
            <w:pPr>
              <w:spacing w:after="0" w:line="240" w:lineRule="auto"/>
              <w:jc w:val="right"/>
              <w:rPr>
                <w:rFonts w:cs="Times New Roman"/>
              </w:rPr>
            </w:pPr>
            <w:r>
              <w:rPr>
                <w:rFonts w:cs="Times New Roman"/>
                <w:sz w:val="14"/>
              </w:rPr>
              <w:t>0.268</w:t>
            </w:r>
          </w:p>
        </w:tc>
        <w:tc>
          <w:tcPr>
            <w:tcW w:w="936" w:type="dxa"/>
            <w:tcMar>
              <w:top w:w="50" w:type="dxa"/>
              <w:left w:w="70" w:type="dxa"/>
              <w:bottom w:w="50" w:type="dxa"/>
              <w:right w:w="70" w:type="dxa"/>
            </w:tcMar>
            <w:vAlign w:val="center"/>
          </w:tcPr>
          <w:p w14:paraId="028B12CC" w14:textId="77777777" w:rsidR="00F57CE1" w:rsidRDefault="00F57CE1" w:rsidP="00573F18">
            <w:pPr>
              <w:spacing w:after="0" w:line="240" w:lineRule="auto"/>
              <w:jc w:val="right"/>
              <w:rPr>
                <w:rFonts w:cs="Times New Roman"/>
              </w:rPr>
            </w:pPr>
            <w:r>
              <w:rPr>
                <w:rFonts w:cs="Times New Roman"/>
                <w:sz w:val="14"/>
              </w:rPr>
              <w:t>0.354</w:t>
            </w:r>
          </w:p>
        </w:tc>
        <w:tc>
          <w:tcPr>
            <w:tcW w:w="1512" w:type="dxa"/>
            <w:tcMar>
              <w:top w:w="50" w:type="dxa"/>
              <w:left w:w="70" w:type="dxa"/>
              <w:bottom w:w="50" w:type="dxa"/>
              <w:right w:w="70" w:type="dxa"/>
            </w:tcMar>
            <w:vAlign w:val="center"/>
          </w:tcPr>
          <w:p w14:paraId="2C5CD92D" w14:textId="77777777" w:rsidR="00F57CE1" w:rsidRDefault="00F57CE1" w:rsidP="00573F18">
            <w:pPr>
              <w:spacing w:after="0" w:line="240" w:lineRule="auto"/>
              <w:jc w:val="right"/>
              <w:rPr>
                <w:rFonts w:cs="Times New Roman"/>
              </w:rPr>
            </w:pPr>
            <w:r>
              <w:rPr>
                <w:rFonts w:cs="Times New Roman"/>
                <w:sz w:val="14"/>
              </w:rPr>
              <w:t>0.129</w:t>
            </w:r>
          </w:p>
        </w:tc>
        <w:tc>
          <w:tcPr>
            <w:tcW w:w="1008" w:type="dxa"/>
            <w:tcMar>
              <w:top w:w="50" w:type="dxa"/>
              <w:left w:w="70" w:type="dxa"/>
              <w:bottom w:w="50" w:type="dxa"/>
              <w:right w:w="70" w:type="dxa"/>
            </w:tcMar>
            <w:vAlign w:val="center"/>
          </w:tcPr>
          <w:p w14:paraId="01046E9E" w14:textId="77777777" w:rsidR="00F57CE1" w:rsidRDefault="00F57CE1" w:rsidP="00573F18">
            <w:pPr>
              <w:spacing w:after="0" w:line="240" w:lineRule="auto"/>
              <w:jc w:val="right"/>
              <w:rPr>
                <w:rFonts w:cs="Times New Roman"/>
              </w:rPr>
            </w:pPr>
            <w:r>
              <w:rPr>
                <w:rFonts w:cs="Times New Roman"/>
                <w:sz w:val="14"/>
              </w:rPr>
              <w:t>0.180</w:t>
            </w:r>
          </w:p>
        </w:tc>
        <w:tc>
          <w:tcPr>
            <w:tcW w:w="936" w:type="dxa"/>
            <w:tcMar>
              <w:top w:w="50" w:type="dxa"/>
              <w:left w:w="70" w:type="dxa"/>
              <w:bottom w:w="50" w:type="dxa"/>
              <w:right w:w="70" w:type="dxa"/>
            </w:tcMar>
            <w:vAlign w:val="center"/>
          </w:tcPr>
          <w:p w14:paraId="221450A8" w14:textId="77777777" w:rsidR="00F57CE1" w:rsidRDefault="00F57CE1" w:rsidP="00573F18">
            <w:pPr>
              <w:spacing w:after="0" w:line="240" w:lineRule="auto"/>
              <w:jc w:val="right"/>
              <w:rPr>
                <w:rFonts w:cs="Times New Roman"/>
              </w:rPr>
            </w:pPr>
            <w:r>
              <w:rPr>
                <w:rFonts w:cs="Times New Roman"/>
                <w:sz w:val="14"/>
              </w:rPr>
              <w:t>0.171</w:t>
            </w:r>
          </w:p>
        </w:tc>
        <w:tc>
          <w:tcPr>
            <w:tcW w:w="648" w:type="dxa"/>
            <w:tcMar>
              <w:top w:w="50" w:type="dxa"/>
              <w:left w:w="70" w:type="dxa"/>
              <w:bottom w:w="50" w:type="dxa"/>
              <w:right w:w="70" w:type="dxa"/>
            </w:tcMar>
            <w:vAlign w:val="center"/>
          </w:tcPr>
          <w:p w14:paraId="00670BC9" w14:textId="77777777" w:rsidR="00F57CE1" w:rsidRDefault="00F57CE1" w:rsidP="00573F18">
            <w:pPr>
              <w:spacing w:after="0" w:line="240" w:lineRule="auto"/>
              <w:jc w:val="right"/>
              <w:rPr>
                <w:rFonts w:cs="Times New Roman"/>
              </w:rPr>
            </w:pPr>
            <w:r>
              <w:rPr>
                <w:rFonts w:cs="Times New Roman"/>
                <w:sz w:val="14"/>
              </w:rPr>
              <w:t>248</w:t>
            </w:r>
          </w:p>
        </w:tc>
      </w:tr>
      <w:tr w:rsidR="00F57CE1" w14:paraId="71E84C24" w14:textId="77777777" w:rsidTr="00573F18">
        <w:trPr>
          <w:jc w:val="center"/>
        </w:trPr>
        <w:tc>
          <w:tcPr>
            <w:tcW w:w="2592" w:type="dxa"/>
            <w:tcMar>
              <w:top w:w="50" w:type="dxa"/>
              <w:left w:w="70" w:type="dxa"/>
              <w:bottom w:w="50" w:type="dxa"/>
              <w:right w:w="70" w:type="dxa"/>
            </w:tcMar>
            <w:vAlign w:val="center"/>
          </w:tcPr>
          <w:p w14:paraId="6F0D294B"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66F6148A"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097ED378" w14:textId="77777777" w:rsidR="00F57CE1" w:rsidRDefault="00F57CE1" w:rsidP="00573F18">
            <w:pPr>
              <w:spacing w:after="0" w:line="240" w:lineRule="auto"/>
              <w:jc w:val="right"/>
              <w:rPr>
                <w:rFonts w:cs="Times New Roman"/>
              </w:rPr>
            </w:pPr>
            <w:r>
              <w:rPr>
                <w:rFonts w:cs="Times New Roman"/>
                <w:sz w:val="14"/>
              </w:rPr>
              <w:t>-1.475</w:t>
            </w:r>
          </w:p>
        </w:tc>
        <w:tc>
          <w:tcPr>
            <w:tcW w:w="1008" w:type="dxa"/>
            <w:tcMar>
              <w:top w:w="50" w:type="dxa"/>
              <w:left w:w="70" w:type="dxa"/>
              <w:bottom w:w="50" w:type="dxa"/>
              <w:right w:w="70" w:type="dxa"/>
            </w:tcMar>
            <w:vAlign w:val="center"/>
          </w:tcPr>
          <w:p w14:paraId="61835432" w14:textId="77777777" w:rsidR="00F57CE1" w:rsidRDefault="00F57CE1" w:rsidP="00573F18">
            <w:pPr>
              <w:spacing w:after="0" w:line="240" w:lineRule="auto"/>
              <w:jc w:val="right"/>
              <w:rPr>
                <w:rFonts w:cs="Times New Roman"/>
              </w:rPr>
            </w:pPr>
            <w:r>
              <w:rPr>
                <w:rFonts w:cs="Times New Roman"/>
                <w:sz w:val="14"/>
              </w:rPr>
              <w:t>0.200</w:t>
            </w:r>
          </w:p>
        </w:tc>
        <w:tc>
          <w:tcPr>
            <w:tcW w:w="936" w:type="dxa"/>
            <w:tcMar>
              <w:top w:w="50" w:type="dxa"/>
              <w:left w:w="70" w:type="dxa"/>
              <w:bottom w:w="50" w:type="dxa"/>
              <w:right w:w="70" w:type="dxa"/>
            </w:tcMar>
            <w:vAlign w:val="center"/>
          </w:tcPr>
          <w:p w14:paraId="0641E573" w14:textId="77777777" w:rsidR="00F57CE1" w:rsidRDefault="00F57CE1" w:rsidP="00573F18">
            <w:pPr>
              <w:spacing w:after="0" w:line="240" w:lineRule="auto"/>
              <w:jc w:val="right"/>
              <w:rPr>
                <w:rFonts w:cs="Times New Roman"/>
              </w:rPr>
            </w:pPr>
            <w:r>
              <w:rPr>
                <w:rFonts w:cs="Times New Roman"/>
                <w:sz w:val="14"/>
              </w:rPr>
              <w:t>0.249</w:t>
            </w:r>
          </w:p>
        </w:tc>
        <w:tc>
          <w:tcPr>
            <w:tcW w:w="1512" w:type="dxa"/>
            <w:tcMar>
              <w:top w:w="50" w:type="dxa"/>
              <w:left w:w="70" w:type="dxa"/>
              <w:bottom w:w="50" w:type="dxa"/>
              <w:right w:w="70" w:type="dxa"/>
            </w:tcMar>
            <w:vAlign w:val="center"/>
          </w:tcPr>
          <w:p w14:paraId="290C13BE" w14:textId="77777777" w:rsidR="00F57CE1" w:rsidRDefault="00F57CE1" w:rsidP="00573F18">
            <w:pPr>
              <w:spacing w:after="0" w:line="240" w:lineRule="auto"/>
              <w:jc w:val="right"/>
              <w:rPr>
                <w:rFonts w:cs="Times New Roman"/>
              </w:rPr>
            </w:pPr>
            <w:r>
              <w:rPr>
                <w:rFonts w:cs="Times New Roman"/>
                <w:sz w:val="14"/>
              </w:rPr>
              <w:t>0.188</w:t>
            </w:r>
          </w:p>
        </w:tc>
        <w:tc>
          <w:tcPr>
            <w:tcW w:w="1008" w:type="dxa"/>
            <w:tcMar>
              <w:top w:w="50" w:type="dxa"/>
              <w:left w:w="70" w:type="dxa"/>
              <w:bottom w:w="50" w:type="dxa"/>
              <w:right w:w="70" w:type="dxa"/>
            </w:tcMar>
            <w:vAlign w:val="center"/>
          </w:tcPr>
          <w:p w14:paraId="4F5E24E2" w14:textId="77777777" w:rsidR="00F57CE1" w:rsidRDefault="00F57CE1" w:rsidP="00573F18">
            <w:pPr>
              <w:spacing w:after="0" w:line="240" w:lineRule="auto"/>
              <w:jc w:val="right"/>
              <w:rPr>
                <w:rFonts w:cs="Times New Roman"/>
              </w:rPr>
            </w:pPr>
            <w:r>
              <w:rPr>
                <w:rFonts w:cs="Times New Roman"/>
                <w:sz w:val="14"/>
              </w:rPr>
              <w:t>0.071</w:t>
            </w:r>
          </w:p>
        </w:tc>
        <w:tc>
          <w:tcPr>
            <w:tcW w:w="936" w:type="dxa"/>
            <w:tcMar>
              <w:top w:w="50" w:type="dxa"/>
              <w:left w:w="70" w:type="dxa"/>
              <w:bottom w:w="50" w:type="dxa"/>
              <w:right w:w="70" w:type="dxa"/>
            </w:tcMar>
            <w:vAlign w:val="center"/>
          </w:tcPr>
          <w:p w14:paraId="69B9C92B" w14:textId="77777777" w:rsidR="00F57CE1" w:rsidRDefault="00F57CE1" w:rsidP="00573F18">
            <w:pPr>
              <w:spacing w:after="0" w:line="240" w:lineRule="auto"/>
              <w:jc w:val="right"/>
              <w:rPr>
                <w:rFonts w:cs="Times New Roman"/>
              </w:rPr>
            </w:pPr>
            <w:r>
              <w:rPr>
                <w:rFonts w:cs="Times New Roman"/>
                <w:sz w:val="14"/>
              </w:rPr>
              <w:t>0.061</w:t>
            </w:r>
          </w:p>
        </w:tc>
        <w:tc>
          <w:tcPr>
            <w:tcW w:w="648" w:type="dxa"/>
            <w:tcMar>
              <w:top w:w="50" w:type="dxa"/>
              <w:left w:w="70" w:type="dxa"/>
              <w:bottom w:w="50" w:type="dxa"/>
              <w:right w:w="70" w:type="dxa"/>
            </w:tcMar>
            <w:vAlign w:val="center"/>
          </w:tcPr>
          <w:p w14:paraId="17675303" w14:textId="77777777" w:rsidR="00F57CE1" w:rsidRDefault="00F57CE1" w:rsidP="00573F18">
            <w:pPr>
              <w:spacing w:after="0" w:line="240" w:lineRule="auto"/>
              <w:jc w:val="right"/>
              <w:rPr>
                <w:rFonts w:cs="Times New Roman"/>
              </w:rPr>
            </w:pPr>
            <w:r>
              <w:rPr>
                <w:rFonts w:cs="Times New Roman"/>
                <w:sz w:val="14"/>
              </w:rPr>
              <w:t>231</w:t>
            </w:r>
          </w:p>
        </w:tc>
      </w:tr>
      <w:tr w:rsidR="00F57CE1" w14:paraId="4640B5EA" w14:textId="77777777" w:rsidTr="00573F18">
        <w:trPr>
          <w:jc w:val="center"/>
        </w:trPr>
        <w:tc>
          <w:tcPr>
            <w:tcW w:w="2592" w:type="dxa"/>
            <w:tcMar>
              <w:top w:w="50" w:type="dxa"/>
              <w:left w:w="70" w:type="dxa"/>
              <w:bottom w:w="50" w:type="dxa"/>
              <w:right w:w="70" w:type="dxa"/>
            </w:tcMar>
            <w:vAlign w:val="center"/>
          </w:tcPr>
          <w:p w14:paraId="77BDE7CD" w14:textId="77777777" w:rsidR="00F57CE1" w:rsidRDefault="00F57CE1" w:rsidP="00573F18">
            <w:pPr>
              <w:spacing w:after="0" w:line="240" w:lineRule="auto"/>
              <w:rPr>
                <w:rFonts w:cs="Times New Roman"/>
              </w:rPr>
            </w:pPr>
            <w:r>
              <w:rPr>
                <w:rFonts w:cs="Times New Roman"/>
                <w:sz w:val="14"/>
              </w:rPr>
              <w:t>Exclude extreme RHS 3-IQR</w:t>
            </w:r>
          </w:p>
        </w:tc>
        <w:tc>
          <w:tcPr>
            <w:tcW w:w="504" w:type="dxa"/>
            <w:tcMar>
              <w:top w:w="50" w:type="dxa"/>
              <w:left w:w="70" w:type="dxa"/>
              <w:bottom w:w="50" w:type="dxa"/>
              <w:right w:w="70" w:type="dxa"/>
            </w:tcMar>
            <w:vAlign w:val="center"/>
          </w:tcPr>
          <w:p w14:paraId="4B72A4E0"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082BF387" w14:textId="77777777" w:rsidR="00F57CE1" w:rsidRDefault="00F57CE1" w:rsidP="00573F18">
            <w:pPr>
              <w:spacing w:after="0" w:line="240" w:lineRule="auto"/>
              <w:jc w:val="right"/>
              <w:rPr>
                <w:rFonts w:cs="Times New Roman"/>
              </w:rPr>
            </w:pPr>
            <w:r>
              <w:rPr>
                <w:rFonts w:cs="Times New Roman"/>
                <w:sz w:val="14"/>
              </w:rPr>
              <w:t>-0.782</w:t>
            </w:r>
          </w:p>
        </w:tc>
        <w:tc>
          <w:tcPr>
            <w:tcW w:w="1008" w:type="dxa"/>
            <w:tcMar>
              <w:top w:w="50" w:type="dxa"/>
              <w:left w:w="70" w:type="dxa"/>
              <w:bottom w:w="50" w:type="dxa"/>
              <w:right w:w="70" w:type="dxa"/>
            </w:tcMar>
            <w:vAlign w:val="center"/>
          </w:tcPr>
          <w:p w14:paraId="192A46D4" w14:textId="77777777" w:rsidR="00F57CE1" w:rsidRDefault="00F57CE1" w:rsidP="00573F18">
            <w:pPr>
              <w:spacing w:after="0" w:line="240" w:lineRule="auto"/>
              <w:jc w:val="right"/>
              <w:rPr>
                <w:rFonts w:cs="Times New Roman"/>
              </w:rPr>
            </w:pPr>
            <w:r>
              <w:rPr>
                <w:rFonts w:cs="Times New Roman"/>
                <w:sz w:val="14"/>
              </w:rPr>
              <w:t>0.375</w:t>
            </w:r>
          </w:p>
        </w:tc>
        <w:tc>
          <w:tcPr>
            <w:tcW w:w="936" w:type="dxa"/>
            <w:tcMar>
              <w:top w:w="50" w:type="dxa"/>
              <w:left w:w="70" w:type="dxa"/>
              <w:bottom w:w="50" w:type="dxa"/>
              <w:right w:w="70" w:type="dxa"/>
            </w:tcMar>
            <w:vAlign w:val="center"/>
          </w:tcPr>
          <w:p w14:paraId="05EC031E" w14:textId="77777777" w:rsidR="00F57CE1" w:rsidRDefault="00F57CE1" w:rsidP="00573F18">
            <w:pPr>
              <w:spacing w:after="0" w:line="240" w:lineRule="auto"/>
              <w:jc w:val="right"/>
              <w:rPr>
                <w:rFonts w:cs="Times New Roman"/>
              </w:rPr>
            </w:pPr>
            <w:r>
              <w:rPr>
                <w:rFonts w:cs="Times New Roman"/>
                <w:sz w:val="14"/>
              </w:rPr>
              <w:t>0.436</w:t>
            </w:r>
          </w:p>
        </w:tc>
        <w:tc>
          <w:tcPr>
            <w:tcW w:w="1512" w:type="dxa"/>
            <w:tcMar>
              <w:top w:w="50" w:type="dxa"/>
              <w:left w:w="70" w:type="dxa"/>
              <w:bottom w:w="50" w:type="dxa"/>
              <w:right w:w="70" w:type="dxa"/>
            </w:tcMar>
            <w:vAlign w:val="center"/>
          </w:tcPr>
          <w:p w14:paraId="4A40500B" w14:textId="77777777" w:rsidR="00F57CE1" w:rsidRDefault="00F57CE1" w:rsidP="00573F18">
            <w:pPr>
              <w:spacing w:after="0" w:line="240" w:lineRule="auto"/>
              <w:jc w:val="right"/>
              <w:rPr>
                <w:rFonts w:cs="Times New Roman"/>
              </w:rPr>
            </w:pPr>
            <w:r>
              <w:rPr>
                <w:rFonts w:cs="Times New Roman"/>
                <w:sz w:val="14"/>
              </w:rPr>
              <w:t>0.207</w:t>
            </w:r>
          </w:p>
        </w:tc>
        <w:tc>
          <w:tcPr>
            <w:tcW w:w="1008" w:type="dxa"/>
            <w:tcMar>
              <w:top w:w="50" w:type="dxa"/>
              <w:left w:w="70" w:type="dxa"/>
              <w:bottom w:w="50" w:type="dxa"/>
              <w:right w:w="70" w:type="dxa"/>
            </w:tcMar>
            <w:vAlign w:val="center"/>
          </w:tcPr>
          <w:p w14:paraId="204B8E0A" w14:textId="77777777" w:rsidR="00F57CE1" w:rsidRDefault="00F57CE1" w:rsidP="00573F18">
            <w:pPr>
              <w:spacing w:after="0" w:line="240" w:lineRule="auto"/>
              <w:jc w:val="right"/>
              <w:rPr>
                <w:rFonts w:cs="Times New Roman"/>
              </w:rPr>
            </w:pPr>
            <w:r>
              <w:rPr>
                <w:rFonts w:cs="Times New Roman"/>
                <w:sz w:val="14"/>
              </w:rPr>
              <w:t>0.065</w:t>
            </w:r>
          </w:p>
        </w:tc>
        <w:tc>
          <w:tcPr>
            <w:tcW w:w="936" w:type="dxa"/>
            <w:tcMar>
              <w:top w:w="50" w:type="dxa"/>
              <w:left w:w="70" w:type="dxa"/>
              <w:bottom w:w="50" w:type="dxa"/>
              <w:right w:w="70" w:type="dxa"/>
            </w:tcMar>
            <w:vAlign w:val="center"/>
          </w:tcPr>
          <w:p w14:paraId="0D94D985" w14:textId="77777777" w:rsidR="00F57CE1" w:rsidRDefault="00F57CE1" w:rsidP="00573F18">
            <w:pPr>
              <w:spacing w:after="0" w:line="240" w:lineRule="auto"/>
              <w:jc w:val="right"/>
              <w:rPr>
                <w:rFonts w:cs="Times New Roman"/>
              </w:rPr>
            </w:pPr>
            <w:r>
              <w:rPr>
                <w:rFonts w:cs="Times New Roman"/>
                <w:sz w:val="14"/>
              </w:rPr>
              <w:t>0.074</w:t>
            </w:r>
          </w:p>
        </w:tc>
        <w:tc>
          <w:tcPr>
            <w:tcW w:w="648" w:type="dxa"/>
            <w:tcMar>
              <w:top w:w="50" w:type="dxa"/>
              <w:left w:w="70" w:type="dxa"/>
              <w:bottom w:w="50" w:type="dxa"/>
              <w:right w:w="70" w:type="dxa"/>
            </w:tcMar>
            <w:vAlign w:val="center"/>
          </w:tcPr>
          <w:p w14:paraId="22698C86" w14:textId="77777777" w:rsidR="00F57CE1" w:rsidRDefault="00F57CE1" w:rsidP="00573F18">
            <w:pPr>
              <w:spacing w:after="0" w:line="240" w:lineRule="auto"/>
              <w:jc w:val="right"/>
              <w:rPr>
                <w:rFonts w:cs="Times New Roman"/>
              </w:rPr>
            </w:pPr>
            <w:r>
              <w:rPr>
                <w:rFonts w:cs="Times New Roman"/>
                <w:sz w:val="14"/>
              </w:rPr>
              <w:t>217</w:t>
            </w:r>
          </w:p>
        </w:tc>
      </w:tr>
      <w:tr w:rsidR="00F57CE1" w14:paraId="69E2D511" w14:textId="77777777" w:rsidTr="00573F18">
        <w:trPr>
          <w:jc w:val="center"/>
        </w:trPr>
        <w:tc>
          <w:tcPr>
            <w:tcW w:w="2592" w:type="dxa"/>
            <w:tcMar>
              <w:top w:w="50" w:type="dxa"/>
              <w:left w:w="70" w:type="dxa"/>
              <w:bottom w:w="50" w:type="dxa"/>
              <w:right w:w="70" w:type="dxa"/>
            </w:tcMar>
            <w:vAlign w:val="center"/>
          </w:tcPr>
          <w:p w14:paraId="3B8FA58E" w14:textId="77777777" w:rsidR="00F57CE1" w:rsidRDefault="00F57CE1" w:rsidP="00573F18">
            <w:pPr>
              <w:spacing w:after="0" w:line="240" w:lineRule="auto"/>
              <w:rPr>
                <w:rFonts w:cs="Times New Roman"/>
              </w:rPr>
            </w:pPr>
            <w:r>
              <w:rPr>
                <w:rFonts w:cs="Times New Roman"/>
                <w:sz w:val="14"/>
              </w:rPr>
              <w:t>Future-level LP</w:t>
            </w:r>
          </w:p>
        </w:tc>
        <w:tc>
          <w:tcPr>
            <w:tcW w:w="504" w:type="dxa"/>
            <w:tcMar>
              <w:top w:w="50" w:type="dxa"/>
              <w:left w:w="70" w:type="dxa"/>
              <w:bottom w:w="50" w:type="dxa"/>
              <w:right w:w="70" w:type="dxa"/>
            </w:tcMar>
            <w:vAlign w:val="center"/>
          </w:tcPr>
          <w:p w14:paraId="10CF005F" w14:textId="77777777" w:rsidR="00F57CE1" w:rsidRDefault="00F57CE1" w:rsidP="00573F18">
            <w:pPr>
              <w:spacing w:after="0" w:line="240" w:lineRule="auto"/>
              <w:jc w:val="right"/>
              <w:rPr>
                <w:rFonts w:cs="Times New Roman"/>
              </w:rPr>
            </w:pPr>
            <w:r>
              <w:rPr>
                <w:rFonts w:cs="Times New Roman"/>
                <w:sz w:val="14"/>
              </w:rPr>
              <w:t>0</w:t>
            </w:r>
          </w:p>
        </w:tc>
        <w:tc>
          <w:tcPr>
            <w:tcW w:w="1656" w:type="dxa"/>
            <w:tcMar>
              <w:top w:w="50" w:type="dxa"/>
              <w:left w:w="70" w:type="dxa"/>
              <w:bottom w:w="50" w:type="dxa"/>
              <w:right w:w="70" w:type="dxa"/>
            </w:tcMar>
            <w:vAlign w:val="center"/>
          </w:tcPr>
          <w:p w14:paraId="704DF06F" w14:textId="77777777" w:rsidR="00F57CE1" w:rsidRDefault="00F57CE1" w:rsidP="00573F18">
            <w:pPr>
              <w:spacing w:after="0" w:line="240" w:lineRule="auto"/>
              <w:jc w:val="right"/>
              <w:rPr>
                <w:rFonts w:cs="Times New Roman"/>
              </w:rPr>
            </w:pPr>
            <w:r>
              <w:rPr>
                <w:rFonts w:cs="Times New Roman"/>
                <w:sz w:val="14"/>
              </w:rPr>
              <w:t>0.371</w:t>
            </w:r>
          </w:p>
        </w:tc>
        <w:tc>
          <w:tcPr>
            <w:tcW w:w="1008" w:type="dxa"/>
            <w:tcMar>
              <w:top w:w="50" w:type="dxa"/>
              <w:left w:w="70" w:type="dxa"/>
              <w:bottom w:w="50" w:type="dxa"/>
              <w:right w:w="70" w:type="dxa"/>
            </w:tcMar>
            <w:vAlign w:val="center"/>
          </w:tcPr>
          <w:p w14:paraId="790DCDCE" w14:textId="77777777" w:rsidR="00F57CE1" w:rsidRDefault="00F57CE1" w:rsidP="00573F18">
            <w:pPr>
              <w:spacing w:after="0" w:line="240" w:lineRule="auto"/>
              <w:jc w:val="right"/>
              <w:rPr>
                <w:rFonts w:cs="Times New Roman"/>
              </w:rPr>
            </w:pPr>
            <w:r>
              <w:rPr>
                <w:rFonts w:cs="Times New Roman"/>
                <w:sz w:val="14"/>
              </w:rPr>
              <w:t>0.251</w:t>
            </w:r>
          </w:p>
        </w:tc>
        <w:tc>
          <w:tcPr>
            <w:tcW w:w="936" w:type="dxa"/>
            <w:tcMar>
              <w:top w:w="50" w:type="dxa"/>
              <w:left w:w="70" w:type="dxa"/>
              <w:bottom w:w="50" w:type="dxa"/>
              <w:right w:w="70" w:type="dxa"/>
            </w:tcMar>
            <w:vAlign w:val="center"/>
          </w:tcPr>
          <w:p w14:paraId="219D3EDD" w14:textId="77777777" w:rsidR="00F57CE1" w:rsidRDefault="00F57CE1" w:rsidP="00573F18">
            <w:pPr>
              <w:spacing w:after="0" w:line="240" w:lineRule="auto"/>
              <w:jc w:val="right"/>
              <w:rPr>
                <w:rFonts w:cs="Times New Roman"/>
              </w:rPr>
            </w:pPr>
            <w:r>
              <w:rPr>
                <w:rFonts w:cs="Times New Roman"/>
                <w:sz w:val="14"/>
              </w:rPr>
              <w:t>0.290</w:t>
            </w:r>
          </w:p>
        </w:tc>
        <w:tc>
          <w:tcPr>
            <w:tcW w:w="1512" w:type="dxa"/>
            <w:tcMar>
              <w:top w:w="50" w:type="dxa"/>
              <w:left w:w="70" w:type="dxa"/>
              <w:bottom w:w="50" w:type="dxa"/>
              <w:right w:w="70" w:type="dxa"/>
            </w:tcMar>
            <w:vAlign w:val="center"/>
          </w:tcPr>
          <w:p w14:paraId="288174D6" w14:textId="77777777" w:rsidR="00F57CE1" w:rsidRDefault="00F57CE1" w:rsidP="00573F18">
            <w:pPr>
              <w:spacing w:after="0" w:line="240" w:lineRule="auto"/>
              <w:jc w:val="right"/>
              <w:rPr>
                <w:rFonts w:cs="Times New Roman"/>
              </w:rPr>
            </w:pPr>
            <w:r>
              <w:rPr>
                <w:rFonts w:cs="Times New Roman"/>
                <w:sz w:val="14"/>
              </w:rPr>
              <w:t>0.021</w:t>
            </w:r>
          </w:p>
        </w:tc>
        <w:tc>
          <w:tcPr>
            <w:tcW w:w="1008" w:type="dxa"/>
            <w:tcMar>
              <w:top w:w="50" w:type="dxa"/>
              <w:left w:w="70" w:type="dxa"/>
              <w:bottom w:w="50" w:type="dxa"/>
              <w:right w:w="70" w:type="dxa"/>
            </w:tcMar>
            <w:vAlign w:val="center"/>
          </w:tcPr>
          <w:p w14:paraId="096BF356" w14:textId="77777777" w:rsidR="00F57CE1" w:rsidRDefault="00F57CE1" w:rsidP="00573F18">
            <w:pPr>
              <w:spacing w:after="0" w:line="240" w:lineRule="auto"/>
              <w:jc w:val="right"/>
              <w:rPr>
                <w:rFonts w:cs="Times New Roman"/>
              </w:rPr>
            </w:pPr>
            <w:r>
              <w:rPr>
                <w:rFonts w:cs="Times New Roman"/>
                <w:sz w:val="14"/>
              </w:rPr>
              <w:t>0.537</w:t>
            </w:r>
          </w:p>
        </w:tc>
        <w:tc>
          <w:tcPr>
            <w:tcW w:w="936" w:type="dxa"/>
            <w:tcMar>
              <w:top w:w="50" w:type="dxa"/>
              <w:left w:w="70" w:type="dxa"/>
              <w:bottom w:w="50" w:type="dxa"/>
              <w:right w:w="70" w:type="dxa"/>
            </w:tcMar>
            <w:vAlign w:val="center"/>
          </w:tcPr>
          <w:p w14:paraId="0D62E98F" w14:textId="77777777" w:rsidR="00F57CE1" w:rsidRDefault="00F57CE1" w:rsidP="00573F18">
            <w:pPr>
              <w:spacing w:after="0" w:line="240" w:lineRule="auto"/>
              <w:jc w:val="right"/>
              <w:rPr>
                <w:rFonts w:cs="Times New Roman"/>
              </w:rPr>
            </w:pPr>
            <w:r>
              <w:rPr>
                <w:rFonts w:cs="Times New Roman"/>
                <w:sz w:val="14"/>
              </w:rPr>
              <w:t>0.550</w:t>
            </w:r>
          </w:p>
        </w:tc>
        <w:tc>
          <w:tcPr>
            <w:tcW w:w="648" w:type="dxa"/>
            <w:tcMar>
              <w:top w:w="50" w:type="dxa"/>
              <w:left w:w="70" w:type="dxa"/>
              <w:bottom w:w="50" w:type="dxa"/>
              <w:right w:w="70" w:type="dxa"/>
            </w:tcMar>
            <w:vAlign w:val="center"/>
          </w:tcPr>
          <w:p w14:paraId="26A6D915" w14:textId="77777777" w:rsidR="00F57CE1" w:rsidRDefault="00F57CE1" w:rsidP="00573F18">
            <w:pPr>
              <w:spacing w:after="0" w:line="240" w:lineRule="auto"/>
              <w:jc w:val="right"/>
              <w:rPr>
                <w:rFonts w:cs="Times New Roman"/>
              </w:rPr>
            </w:pPr>
            <w:r>
              <w:rPr>
                <w:rFonts w:cs="Times New Roman"/>
                <w:sz w:val="14"/>
              </w:rPr>
              <w:t>392</w:t>
            </w:r>
          </w:p>
        </w:tc>
      </w:tr>
      <w:tr w:rsidR="00F57CE1" w14:paraId="0B9B6304" w14:textId="77777777" w:rsidTr="00573F18">
        <w:trPr>
          <w:jc w:val="center"/>
        </w:trPr>
        <w:tc>
          <w:tcPr>
            <w:tcW w:w="2592" w:type="dxa"/>
            <w:tcMar>
              <w:top w:w="50" w:type="dxa"/>
              <w:left w:w="70" w:type="dxa"/>
              <w:bottom w:w="50" w:type="dxa"/>
              <w:right w:w="70" w:type="dxa"/>
            </w:tcMar>
            <w:vAlign w:val="center"/>
          </w:tcPr>
          <w:p w14:paraId="3E14D03B" w14:textId="77777777" w:rsidR="00F57CE1" w:rsidRDefault="00F57CE1" w:rsidP="00573F18">
            <w:pPr>
              <w:spacing w:after="0" w:line="240" w:lineRule="auto"/>
              <w:rPr>
                <w:rFonts w:cs="Times New Roman"/>
              </w:rPr>
            </w:pPr>
            <w:r>
              <w:rPr>
                <w:rFonts w:cs="Times New Roman"/>
                <w:sz w:val="14"/>
              </w:rPr>
              <w:t>Future-level LP</w:t>
            </w:r>
          </w:p>
        </w:tc>
        <w:tc>
          <w:tcPr>
            <w:tcW w:w="504" w:type="dxa"/>
            <w:tcMar>
              <w:top w:w="50" w:type="dxa"/>
              <w:left w:w="70" w:type="dxa"/>
              <w:bottom w:w="50" w:type="dxa"/>
              <w:right w:w="70" w:type="dxa"/>
            </w:tcMar>
            <w:vAlign w:val="center"/>
          </w:tcPr>
          <w:p w14:paraId="3F854638" w14:textId="77777777" w:rsidR="00F57CE1" w:rsidRDefault="00F57CE1" w:rsidP="00573F18">
            <w:pPr>
              <w:spacing w:after="0" w:line="240" w:lineRule="auto"/>
              <w:jc w:val="right"/>
              <w:rPr>
                <w:rFonts w:cs="Times New Roman"/>
              </w:rPr>
            </w:pPr>
            <w:r>
              <w:rPr>
                <w:rFonts w:cs="Times New Roman"/>
                <w:sz w:val="14"/>
              </w:rPr>
              <w:t>1</w:t>
            </w:r>
          </w:p>
        </w:tc>
        <w:tc>
          <w:tcPr>
            <w:tcW w:w="1656" w:type="dxa"/>
            <w:tcMar>
              <w:top w:w="50" w:type="dxa"/>
              <w:left w:w="70" w:type="dxa"/>
              <w:bottom w:w="50" w:type="dxa"/>
              <w:right w:w="70" w:type="dxa"/>
            </w:tcMar>
            <w:vAlign w:val="center"/>
          </w:tcPr>
          <w:p w14:paraId="76E3A390" w14:textId="77777777" w:rsidR="00F57CE1" w:rsidRDefault="00F57CE1" w:rsidP="00573F18">
            <w:pPr>
              <w:spacing w:after="0" w:line="240" w:lineRule="auto"/>
              <w:jc w:val="right"/>
              <w:rPr>
                <w:rFonts w:cs="Times New Roman"/>
              </w:rPr>
            </w:pPr>
            <w:r>
              <w:rPr>
                <w:rFonts w:cs="Times New Roman"/>
                <w:sz w:val="14"/>
              </w:rPr>
              <w:t>0.324</w:t>
            </w:r>
          </w:p>
        </w:tc>
        <w:tc>
          <w:tcPr>
            <w:tcW w:w="1008" w:type="dxa"/>
            <w:tcMar>
              <w:top w:w="50" w:type="dxa"/>
              <w:left w:w="70" w:type="dxa"/>
              <w:bottom w:w="50" w:type="dxa"/>
              <w:right w:w="70" w:type="dxa"/>
            </w:tcMar>
            <w:vAlign w:val="center"/>
          </w:tcPr>
          <w:p w14:paraId="1606C79F" w14:textId="77777777" w:rsidR="00F57CE1" w:rsidRDefault="00F57CE1" w:rsidP="00573F18">
            <w:pPr>
              <w:spacing w:after="0" w:line="240" w:lineRule="auto"/>
              <w:jc w:val="right"/>
              <w:rPr>
                <w:rFonts w:cs="Times New Roman"/>
              </w:rPr>
            </w:pPr>
            <w:r>
              <w:rPr>
                <w:rFonts w:cs="Times New Roman"/>
                <w:sz w:val="14"/>
              </w:rPr>
              <w:t>0.596</w:t>
            </w:r>
          </w:p>
        </w:tc>
        <w:tc>
          <w:tcPr>
            <w:tcW w:w="936" w:type="dxa"/>
            <w:tcMar>
              <w:top w:w="50" w:type="dxa"/>
              <w:left w:w="70" w:type="dxa"/>
              <w:bottom w:w="50" w:type="dxa"/>
              <w:right w:w="70" w:type="dxa"/>
            </w:tcMar>
            <w:vAlign w:val="center"/>
          </w:tcPr>
          <w:p w14:paraId="1D24DF6D" w14:textId="77777777" w:rsidR="00F57CE1" w:rsidRDefault="00F57CE1" w:rsidP="00573F18">
            <w:pPr>
              <w:spacing w:after="0" w:line="240" w:lineRule="auto"/>
              <w:jc w:val="right"/>
              <w:rPr>
                <w:rFonts w:cs="Times New Roman"/>
              </w:rPr>
            </w:pPr>
            <w:r>
              <w:rPr>
                <w:rFonts w:cs="Times New Roman"/>
                <w:sz w:val="14"/>
              </w:rPr>
              <w:t>0.641</w:t>
            </w:r>
          </w:p>
        </w:tc>
        <w:tc>
          <w:tcPr>
            <w:tcW w:w="1512" w:type="dxa"/>
            <w:tcMar>
              <w:top w:w="50" w:type="dxa"/>
              <w:left w:w="70" w:type="dxa"/>
              <w:bottom w:w="50" w:type="dxa"/>
              <w:right w:w="70" w:type="dxa"/>
            </w:tcMar>
            <w:vAlign w:val="center"/>
          </w:tcPr>
          <w:p w14:paraId="2A9C2913" w14:textId="77777777" w:rsidR="00F57CE1" w:rsidRDefault="00F57CE1" w:rsidP="00573F18">
            <w:pPr>
              <w:spacing w:after="0" w:line="240" w:lineRule="auto"/>
              <w:jc w:val="right"/>
              <w:rPr>
                <w:rFonts w:cs="Times New Roman"/>
              </w:rPr>
            </w:pPr>
            <w:r>
              <w:rPr>
                <w:rFonts w:cs="Times New Roman"/>
                <w:sz w:val="14"/>
              </w:rPr>
              <w:t>0.056</w:t>
            </w:r>
          </w:p>
        </w:tc>
        <w:tc>
          <w:tcPr>
            <w:tcW w:w="1008" w:type="dxa"/>
            <w:tcMar>
              <w:top w:w="50" w:type="dxa"/>
              <w:left w:w="70" w:type="dxa"/>
              <w:bottom w:w="50" w:type="dxa"/>
              <w:right w:w="70" w:type="dxa"/>
            </w:tcMar>
            <w:vAlign w:val="center"/>
          </w:tcPr>
          <w:p w14:paraId="43E07486" w14:textId="77777777" w:rsidR="00F57CE1" w:rsidRDefault="00F57CE1" w:rsidP="00573F18">
            <w:pPr>
              <w:spacing w:after="0" w:line="240" w:lineRule="auto"/>
              <w:jc w:val="right"/>
              <w:rPr>
                <w:rFonts w:cs="Times New Roman"/>
              </w:rPr>
            </w:pPr>
            <w:r>
              <w:rPr>
                <w:rFonts w:cs="Times New Roman"/>
                <w:sz w:val="14"/>
              </w:rPr>
              <w:t>0.267</w:t>
            </w:r>
          </w:p>
        </w:tc>
        <w:tc>
          <w:tcPr>
            <w:tcW w:w="936" w:type="dxa"/>
            <w:tcMar>
              <w:top w:w="50" w:type="dxa"/>
              <w:left w:w="70" w:type="dxa"/>
              <w:bottom w:w="50" w:type="dxa"/>
              <w:right w:w="70" w:type="dxa"/>
            </w:tcMar>
            <w:vAlign w:val="center"/>
          </w:tcPr>
          <w:p w14:paraId="14E3227B" w14:textId="77777777" w:rsidR="00F57CE1" w:rsidRDefault="00F57CE1" w:rsidP="00573F18">
            <w:pPr>
              <w:spacing w:after="0" w:line="240" w:lineRule="auto"/>
              <w:jc w:val="right"/>
              <w:rPr>
                <w:rFonts w:cs="Times New Roman"/>
              </w:rPr>
            </w:pPr>
            <w:r>
              <w:rPr>
                <w:rFonts w:cs="Times New Roman"/>
                <w:sz w:val="14"/>
              </w:rPr>
              <w:t>0.295</w:t>
            </w:r>
          </w:p>
        </w:tc>
        <w:tc>
          <w:tcPr>
            <w:tcW w:w="648" w:type="dxa"/>
            <w:tcMar>
              <w:top w:w="50" w:type="dxa"/>
              <w:left w:w="70" w:type="dxa"/>
              <w:bottom w:w="50" w:type="dxa"/>
              <w:right w:w="70" w:type="dxa"/>
            </w:tcMar>
            <w:vAlign w:val="center"/>
          </w:tcPr>
          <w:p w14:paraId="68AE8E71" w14:textId="77777777" w:rsidR="00F57CE1" w:rsidRDefault="00F57CE1" w:rsidP="00573F18">
            <w:pPr>
              <w:spacing w:after="0" w:line="240" w:lineRule="auto"/>
              <w:jc w:val="right"/>
              <w:rPr>
                <w:rFonts w:cs="Times New Roman"/>
              </w:rPr>
            </w:pPr>
            <w:r>
              <w:rPr>
                <w:rFonts w:cs="Times New Roman"/>
                <w:sz w:val="14"/>
              </w:rPr>
              <w:t>364</w:t>
            </w:r>
          </w:p>
        </w:tc>
      </w:tr>
      <w:tr w:rsidR="00F57CE1" w14:paraId="481E2B95" w14:textId="77777777" w:rsidTr="00573F18">
        <w:trPr>
          <w:jc w:val="center"/>
        </w:trPr>
        <w:tc>
          <w:tcPr>
            <w:tcW w:w="2592" w:type="dxa"/>
            <w:tcMar>
              <w:top w:w="50" w:type="dxa"/>
              <w:left w:w="70" w:type="dxa"/>
              <w:bottom w:w="50" w:type="dxa"/>
              <w:right w:w="70" w:type="dxa"/>
            </w:tcMar>
            <w:vAlign w:val="center"/>
          </w:tcPr>
          <w:p w14:paraId="63323B63" w14:textId="77777777" w:rsidR="00F57CE1" w:rsidRDefault="00F57CE1" w:rsidP="00573F18">
            <w:pPr>
              <w:spacing w:after="0" w:line="240" w:lineRule="auto"/>
              <w:rPr>
                <w:rFonts w:cs="Times New Roman"/>
              </w:rPr>
            </w:pPr>
            <w:r>
              <w:rPr>
                <w:rFonts w:cs="Times New Roman"/>
                <w:sz w:val="14"/>
              </w:rPr>
              <w:t>Future-level LP</w:t>
            </w:r>
          </w:p>
        </w:tc>
        <w:tc>
          <w:tcPr>
            <w:tcW w:w="504" w:type="dxa"/>
            <w:tcMar>
              <w:top w:w="50" w:type="dxa"/>
              <w:left w:w="70" w:type="dxa"/>
              <w:bottom w:w="50" w:type="dxa"/>
              <w:right w:w="70" w:type="dxa"/>
            </w:tcMar>
            <w:vAlign w:val="center"/>
          </w:tcPr>
          <w:p w14:paraId="191D21E1" w14:textId="77777777" w:rsidR="00F57CE1" w:rsidRDefault="00F57CE1" w:rsidP="00573F18">
            <w:pPr>
              <w:spacing w:after="0" w:line="240" w:lineRule="auto"/>
              <w:jc w:val="right"/>
              <w:rPr>
                <w:rFonts w:cs="Times New Roman"/>
              </w:rPr>
            </w:pPr>
            <w:r>
              <w:rPr>
                <w:rFonts w:cs="Times New Roman"/>
                <w:sz w:val="14"/>
              </w:rPr>
              <w:t>2</w:t>
            </w:r>
          </w:p>
        </w:tc>
        <w:tc>
          <w:tcPr>
            <w:tcW w:w="1656" w:type="dxa"/>
            <w:tcMar>
              <w:top w:w="50" w:type="dxa"/>
              <w:left w:w="70" w:type="dxa"/>
              <w:bottom w:w="50" w:type="dxa"/>
              <w:right w:w="70" w:type="dxa"/>
            </w:tcMar>
            <w:vAlign w:val="center"/>
          </w:tcPr>
          <w:p w14:paraId="0DA97135" w14:textId="77777777" w:rsidR="00F57CE1" w:rsidRDefault="00F57CE1" w:rsidP="00573F18">
            <w:pPr>
              <w:spacing w:after="0" w:line="240" w:lineRule="auto"/>
              <w:jc w:val="right"/>
              <w:rPr>
                <w:rFonts w:cs="Times New Roman"/>
              </w:rPr>
            </w:pPr>
            <w:r>
              <w:rPr>
                <w:rFonts w:cs="Times New Roman"/>
                <w:sz w:val="14"/>
              </w:rPr>
              <w:t>0.290</w:t>
            </w:r>
          </w:p>
        </w:tc>
        <w:tc>
          <w:tcPr>
            <w:tcW w:w="1008" w:type="dxa"/>
            <w:tcMar>
              <w:top w:w="50" w:type="dxa"/>
              <w:left w:w="70" w:type="dxa"/>
              <w:bottom w:w="50" w:type="dxa"/>
              <w:right w:w="70" w:type="dxa"/>
            </w:tcMar>
            <w:vAlign w:val="center"/>
          </w:tcPr>
          <w:p w14:paraId="3868C822" w14:textId="77777777" w:rsidR="00F57CE1" w:rsidRDefault="00F57CE1" w:rsidP="00573F18">
            <w:pPr>
              <w:spacing w:after="0" w:line="240" w:lineRule="auto"/>
              <w:jc w:val="right"/>
              <w:rPr>
                <w:rFonts w:cs="Times New Roman"/>
              </w:rPr>
            </w:pPr>
            <w:r>
              <w:rPr>
                <w:rFonts w:cs="Times New Roman"/>
                <w:sz w:val="14"/>
              </w:rPr>
              <w:t>0.679</w:t>
            </w:r>
          </w:p>
        </w:tc>
        <w:tc>
          <w:tcPr>
            <w:tcW w:w="936" w:type="dxa"/>
            <w:tcMar>
              <w:top w:w="50" w:type="dxa"/>
              <w:left w:w="70" w:type="dxa"/>
              <w:bottom w:w="50" w:type="dxa"/>
              <w:right w:w="70" w:type="dxa"/>
            </w:tcMar>
            <w:vAlign w:val="center"/>
          </w:tcPr>
          <w:p w14:paraId="26D29DF0" w14:textId="77777777" w:rsidR="00F57CE1" w:rsidRDefault="00F57CE1" w:rsidP="00573F18">
            <w:pPr>
              <w:spacing w:after="0" w:line="240" w:lineRule="auto"/>
              <w:jc w:val="right"/>
              <w:rPr>
                <w:rFonts w:cs="Times New Roman"/>
              </w:rPr>
            </w:pPr>
            <w:r>
              <w:rPr>
                <w:rFonts w:cs="Times New Roman"/>
                <w:sz w:val="14"/>
              </w:rPr>
              <w:t>0.709</w:t>
            </w:r>
          </w:p>
        </w:tc>
        <w:tc>
          <w:tcPr>
            <w:tcW w:w="1512" w:type="dxa"/>
            <w:tcMar>
              <w:top w:w="50" w:type="dxa"/>
              <w:left w:w="70" w:type="dxa"/>
              <w:bottom w:w="50" w:type="dxa"/>
              <w:right w:w="70" w:type="dxa"/>
            </w:tcMar>
            <w:vAlign w:val="center"/>
          </w:tcPr>
          <w:p w14:paraId="7901D501" w14:textId="77777777" w:rsidR="00F57CE1" w:rsidRDefault="00F57CE1" w:rsidP="00573F18">
            <w:pPr>
              <w:spacing w:after="0" w:line="240" w:lineRule="auto"/>
              <w:jc w:val="right"/>
              <w:rPr>
                <w:rFonts w:cs="Times New Roman"/>
              </w:rPr>
            </w:pPr>
            <w:r>
              <w:rPr>
                <w:rFonts w:cs="Times New Roman"/>
                <w:sz w:val="14"/>
              </w:rPr>
              <w:t>0.075</w:t>
            </w:r>
          </w:p>
        </w:tc>
        <w:tc>
          <w:tcPr>
            <w:tcW w:w="1008" w:type="dxa"/>
            <w:tcMar>
              <w:top w:w="50" w:type="dxa"/>
              <w:left w:w="70" w:type="dxa"/>
              <w:bottom w:w="50" w:type="dxa"/>
              <w:right w:w="70" w:type="dxa"/>
            </w:tcMar>
            <w:vAlign w:val="center"/>
          </w:tcPr>
          <w:p w14:paraId="565578E1" w14:textId="77777777" w:rsidR="00F57CE1" w:rsidRDefault="00F57CE1" w:rsidP="00573F18">
            <w:pPr>
              <w:spacing w:after="0" w:line="240" w:lineRule="auto"/>
              <w:jc w:val="right"/>
              <w:rPr>
                <w:rFonts w:cs="Times New Roman"/>
              </w:rPr>
            </w:pPr>
            <w:r>
              <w:rPr>
                <w:rFonts w:cs="Times New Roman"/>
                <w:sz w:val="14"/>
              </w:rPr>
              <w:t>0.277</w:t>
            </w:r>
          </w:p>
        </w:tc>
        <w:tc>
          <w:tcPr>
            <w:tcW w:w="936" w:type="dxa"/>
            <w:tcMar>
              <w:top w:w="50" w:type="dxa"/>
              <w:left w:w="70" w:type="dxa"/>
              <w:bottom w:w="50" w:type="dxa"/>
              <w:right w:w="70" w:type="dxa"/>
            </w:tcMar>
            <w:vAlign w:val="center"/>
          </w:tcPr>
          <w:p w14:paraId="280B30C6" w14:textId="77777777" w:rsidR="00F57CE1" w:rsidRDefault="00F57CE1" w:rsidP="00573F18">
            <w:pPr>
              <w:spacing w:after="0" w:line="240" w:lineRule="auto"/>
              <w:jc w:val="right"/>
              <w:rPr>
                <w:rFonts w:cs="Times New Roman"/>
              </w:rPr>
            </w:pPr>
            <w:r>
              <w:rPr>
                <w:rFonts w:cs="Times New Roman"/>
                <w:sz w:val="14"/>
              </w:rPr>
              <w:t>0.347</w:t>
            </w:r>
          </w:p>
        </w:tc>
        <w:tc>
          <w:tcPr>
            <w:tcW w:w="648" w:type="dxa"/>
            <w:tcMar>
              <w:top w:w="50" w:type="dxa"/>
              <w:left w:w="70" w:type="dxa"/>
              <w:bottom w:w="50" w:type="dxa"/>
              <w:right w:w="70" w:type="dxa"/>
            </w:tcMar>
            <w:vAlign w:val="center"/>
          </w:tcPr>
          <w:p w14:paraId="505AD806" w14:textId="77777777" w:rsidR="00F57CE1" w:rsidRDefault="00F57CE1" w:rsidP="00573F18">
            <w:pPr>
              <w:spacing w:after="0" w:line="240" w:lineRule="auto"/>
              <w:jc w:val="right"/>
              <w:rPr>
                <w:rFonts w:cs="Times New Roman"/>
              </w:rPr>
            </w:pPr>
            <w:r>
              <w:rPr>
                <w:rFonts w:cs="Times New Roman"/>
                <w:sz w:val="14"/>
              </w:rPr>
              <w:t>336</w:t>
            </w:r>
          </w:p>
        </w:tc>
      </w:tr>
      <w:tr w:rsidR="00F57CE1" w14:paraId="0AE14CDF" w14:textId="77777777" w:rsidTr="00573F18">
        <w:trPr>
          <w:jc w:val="center"/>
        </w:trPr>
        <w:tc>
          <w:tcPr>
            <w:tcW w:w="2592" w:type="dxa"/>
            <w:tcMar>
              <w:top w:w="50" w:type="dxa"/>
              <w:left w:w="70" w:type="dxa"/>
              <w:bottom w:w="50" w:type="dxa"/>
              <w:right w:w="70" w:type="dxa"/>
            </w:tcMar>
            <w:vAlign w:val="center"/>
          </w:tcPr>
          <w:p w14:paraId="487ABEF5" w14:textId="77777777" w:rsidR="00F57CE1" w:rsidRDefault="00F57CE1" w:rsidP="00573F18">
            <w:pPr>
              <w:spacing w:after="0" w:line="240" w:lineRule="auto"/>
              <w:rPr>
                <w:rFonts w:cs="Times New Roman"/>
              </w:rPr>
            </w:pPr>
            <w:r>
              <w:rPr>
                <w:rFonts w:cs="Times New Roman"/>
                <w:sz w:val="14"/>
              </w:rPr>
              <w:t>Future-level LP</w:t>
            </w:r>
          </w:p>
        </w:tc>
        <w:tc>
          <w:tcPr>
            <w:tcW w:w="504" w:type="dxa"/>
            <w:tcMar>
              <w:top w:w="50" w:type="dxa"/>
              <w:left w:w="70" w:type="dxa"/>
              <w:bottom w:w="50" w:type="dxa"/>
              <w:right w:w="70" w:type="dxa"/>
            </w:tcMar>
            <w:vAlign w:val="center"/>
          </w:tcPr>
          <w:p w14:paraId="27FC8FF4" w14:textId="77777777" w:rsidR="00F57CE1" w:rsidRDefault="00F57CE1" w:rsidP="00573F18">
            <w:pPr>
              <w:spacing w:after="0" w:line="240" w:lineRule="auto"/>
              <w:jc w:val="right"/>
              <w:rPr>
                <w:rFonts w:cs="Times New Roman"/>
              </w:rPr>
            </w:pPr>
            <w:r>
              <w:rPr>
                <w:rFonts w:cs="Times New Roman"/>
                <w:sz w:val="14"/>
              </w:rPr>
              <w:t>3</w:t>
            </w:r>
          </w:p>
        </w:tc>
        <w:tc>
          <w:tcPr>
            <w:tcW w:w="1656" w:type="dxa"/>
            <w:tcMar>
              <w:top w:w="50" w:type="dxa"/>
              <w:left w:w="70" w:type="dxa"/>
              <w:bottom w:w="50" w:type="dxa"/>
              <w:right w:w="70" w:type="dxa"/>
            </w:tcMar>
            <w:vAlign w:val="center"/>
          </w:tcPr>
          <w:p w14:paraId="1F2B3A0A" w14:textId="77777777" w:rsidR="00F57CE1" w:rsidRDefault="00F57CE1" w:rsidP="00573F18">
            <w:pPr>
              <w:spacing w:after="0" w:line="240" w:lineRule="auto"/>
              <w:jc w:val="right"/>
              <w:rPr>
                <w:rFonts w:cs="Times New Roman"/>
              </w:rPr>
            </w:pPr>
            <w:r>
              <w:rPr>
                <w:rFonts w:cs="Times New Roman"/>
                <w:sz w:val="14"/>
              </w:rPr>
              <w:t>-0.408</w:t>
            </w:r>
          </w:p>
        </w:tc>
        <w:tc>
          <w:tcPr>
            <w:tcW w:w="1008" w:type="dxa"/>
            <w:tcMar>
              <w:top w:w="50" w:type="dxa"/>
              <w:left w:w="70" w:type="dxa"/>
              <w:bottom w:w="50" w:type="dxa"/>
              <w:right w:w="70" w:type="dxa"/>
            </w:tcMar>
            <w:vAlign w:val="center"/>
          </w:tcPr>
          <w:p w14:paraId="585E6687" w14:textId="77777777" w:rsidR="00F57CE1" w:rsidRDefault="00F57CE1" w:rsidP="00573F18">
            <w:pPr>
              <w:spacing w:after="0" w:line="240" w:lineRule="auto"/>
              <w:jc w:val="right"/>
              <w:rPr>
                <w:rFonts w:cs="Times New Roman"/>
              </w:rPr>
            </w:pPr>
            <w:r>
              <w:rPr>
                <w:rFonts w:cs="Times New Roman"/>
                <w:sz w:val="14"/>
              </w:rPr>
              <w:t>0.503</w:t>
            </w:r>
          </w:p>
        </w:tc>
        <w:tc>
          <w:tcPr>
            <w:tcW w:w="936" w:type="dxa"/>
            <w:tcMar>
              <w:top w:w="50" w:type="dxa"/>
              <w:left w:w="70" w:type="dxa"/>
              <w:bottom w:w="50" w:type="dxa"/>
              <w:right w:w="70" w:type="dxa"/>
            </w:tcMar>
            <w:vAlign w:val="center"/>
          </w:tcPr>
          <w:p w14:paraId="38901B2A" w14:textId="77777777" w:rsidR="00F57CE1" w:rsidRDefault="00F57CE1" w:rsidP="00573F18">
            <w:pPr>
              <w:spacing w:after="0" w:line="240" w:lineRule="auto"/>
              <w:jc w:val="right"/>
              <w:rPr>
                <w:rFonts w:cs="Times New Roman"/>
              </w:rPr>
            </w:pPr>
            <w:r>
              <w:rPr>
                <w:rFonts w:cs="Times New Roman"/>
                <w:sz w:val="14"/>
              </w:rPr>
              <w:t>0.525</w:t>
            </w:r>
          </w:p>
        </w:tc>
        <w:tc>
          <w:tcPr>
            <w:tcW w:w="1512" w:type="dxa"/>
            <w:tcMar>
              <w:top w:w="50" w:type="dxa"/>
              <w:left w:w="70" w:type="dxa"/>
              <w:bottom w:w="50" w:type="dxa"/>
              <w:right w:w="70" w:type="dxa"/>
            </w:tcMar>
            <w:vAlign w:val="center"/>
          </w:tcPr>
          <w:p w14:paraId="0B6EF719" w14:textId="77777777" w:rsidR="00F57CE1" w:rsidRDefault="00F57CE1" w:rsidP="00573F18">
            <w:pPr>
              <w:spacing w:after="0" w:line="240" w:lineRule="auto"/>
              <w:jc w:val="right"/>
              <w:rPr>
                <w:rFonts w:cs="Times New Roman"/>
              </w:rPr>
            </w:pPr>
            <w:r>
              <w:rPr>
                <w:rFonts w:cs="Times New Roman"/>
                <w:sz w:val="14"/>
              </w:rPr>
              <w:t>0.090</w:t>
            </w:r>
          </w:p>
        </w:tc>
        <w:tc>
          <w:tcPr>
            <w:tcW w:w="1008" w:type="dxa"/>
            <w:tcMar>
              <w:top w:w="50" w:type="dxa"/>
              <w:left w:w="70" w:type="dxa"/>
              <w:bottom w:w="50" w:type="dxa"/>
              <w:right w:w="70" w:type="dxa"/>
            </w:tcMar>
            <w:vAlign w:val="center"/>
          </w:tcPr>
          <w:p w14:paraId="3B0A2F95" w14:textId="77777777" w:rsidR="00F57CE1" w:rsidRDefault="00F57CE1" w:rsidP="00573F18">
            <w:pPr>
              <w:spacing w:after="0" w:line="240" w:lineRule="auto"/>
              <w:jc w:val="right"/>
              <w:rPr>
                <w:rFonts w:cs="Times New Roman"/>
              </w:rPr>
            </w:pPr>
            <w:r>
              <w:rPr>
                <w:rFonts w:cs="Times New Roman"/>
                <w:sz w:val="14"/>
              </w:rPr>
              <w:t>0.240</w:t>
            </w:r>
          </w:p>
        </w:tc>
        <w:tc>
          <w:tcPr>
            <w:tcW w:w="936" w:type="dxa"/>
            <w:tcMar>
              <w:top w:w="50" w:type="dxa"/>
              <w:left w:w="70" w:type="dxa"/>
              <w:bottom w:w="50" w:type="dxa"/>
              <w:right w:w="70" w:type="dxa"/>
            </w:tcMar>
            <w:vAlign w:val="center"/>
          </w:tcPr>
          <w:p w14:paraId="10D03522" w14:textId="77777777" w:rsidR="00F57CE1" w:rsidRDefault="00F57CE1" w:rsidP="00573F18">
            <w:pPr>
              <w:spacing w:after="0" w:line="240" w:lineRule="auto"/>
              <w:jc w:val="right"/>
              <w:rPr>
                <w:rFonts w:cs="Times New Roman"/>
              </w:rPr>
            </w:pPr>
            <w:r>
              <w:rPr>
                <w:rFonts w:cs="Times New Roman"/>
                <w:sz w:val="14"/>
              </w:rPr>
              <w:t>0.320</w:t>
            </w:r>
          </w:p>
        </w:tc>
        <w:tc>
          <w:tcPr>
            <w:tcW w:w="648" w:type="dxa"/>
            <w:tcMar>
              <w:top w:w="50" w:type="dxa"/>
              <w:left w:w="70" w:type="dxa"/>
              <w:bottom w:w="50" w:type="dxa"/>
              <w:right w:w="70" w:type="dxa"/>
            </w:tcMar>
            <w:vAlign w:val="center"/>
          </w:tcPr>
          <w:p w14:paraId="1E931034" w14:textId="77777777" w:rsidR="00F57CE1" w:rsidRDefault="00F57CE1" w:rsidP="00573F18">
            <w:pPr>
              <w:spacing w:after="0" w:line="240" w:lineRule="auto"/>
              <w:jc w:val="right"/>
              <w:rPr>
                <w:rFonts w:cs="Times New Roman"/>
              </w:rPr>
            </w:pPr>
            <w:r>
              <w:rPr>
                <w:rFonts w:cs="Times New Roman"/>
                <w:sz w:val="14"/>
              </w:rPr>
              <w:t>308</w:t>
            </w:r>
          </w:p>
        </w:tc>
      </w:tr>
      <w:tr w:rsidR="00F57CE1" w14:paraId="38C7BDD9" w14:textId="77777777" w:rsidTr="00573F18">
        <w:trPr>
          <w:jc w:val="center"/>
        </w:trPr>
        <w:tc>
          <w:tcPr>
            <w:tcW w:w="2592" w:type="dxa"/>
            <w:tcMar>
              <w:top w:w="50" w:type="dxa"/>
              <w:left w:w="70" w:type="dxa"/>
              <w:bottom w:w="50" w:type="dxa"/>
              <w:right w:w="70" w:type="dxa"/>
            </w:tcMar>
            <w:vAlign w:val="center"/>
          </w:tcPr>
          <w:p w14:paraId="004EC069" w14:textId="77777777" w:rsidR="00F57CE1" w:rsidRDefault="00F57CE1" w:rsidP="00573F18">
            <w:pPr>
              <w:spacing w:after="0" w:line="240" w:lineRule="auto"/>
              <w:rPr>
                <w:rFonts w:cs="Times New Roman"/>
              </w:rPr>
            </w:pPr>
            <w:r>
              <w:rPr>
                <w:rFonts w:cs="Times New Roman"/>
                <w:sz w:val="14"/>
              </w:rPr>
              <w:t>Future-level LP</w:t>
            </w:r>
          </w:p>
        </w:tc>
        <w:tc>
          <w:tcPr>
            <w:tcW w:w="504" w:type="dxa"/>
            <w:tcMar>
              <w:top w:w="50" w:type="dxa"/>
              <w:left w:w="70" w:type="dxa"/>
              <w:bottom w:w="50" w:type="dxa"/>
              <w:right w:w="70" w:type="dxa"/>
            </w:tcMar>
            <w:vAlign w:val="center"/>
          </w:tcPr>
          <w:p w14:paraId="683834DD" w14:textId="77777777" w:rsidR="00F57CE1" w:rsidRDefault="00F57CE1" w:rsidP="00573F18">
            <w:pPr>
              <w:spacing w:after="0" w:line="240" w:lineRule="auto"/>
              <w:jc w:val="right"/>
              <w:rPr>
                <w:rFonts w:cs="Times New Roman"/>
              </w:rPr>
            </w:pPr>
            <w:r>
              <w:rPr>
                <w:rFonts w:cs="Times New Roman"/>
                <w:sz w:val="14"/>
              </w:rPr>
              <w:t>4</w:t>
            </w:r>
          </w:p>
        </w:tc>
        <w:tc>
          <w:tcPr>
            <w:tcW w:w="1656" w:type="dxa"/>
            <w:tcMar>
              <w:top w:w="50" w:type="dxa"/>
              <w:left w:w="70" w:type="dxa"/>
              <w:bottom w:w="50" w:type="dxa"/>
              <w:right w:w="70" w:type="dxa"/>
            </w:tcMar>
            <w:vAlign w:val="center"/>
          </w:tcPr>
          <w:p w14:paraId="4F50EF62" w14:textId="77777777" w:rsidR="00F57CE1" w:rsidRDefault="00F57CE1" w:rsidP="00573F18">
            <w:pPr>
              <w:spacing w:after="0" w:line="240" w:lineRule="auto"/>
              <w:jc w:val="right"/>
              <w:rPr>
                <w:rFonts w:cs="Times New Roman"/>
              </w:rPr>
            </w:pPr>
            <w:r>
              <w:rPr>
                <w:rFonts w:cs="Times New Roman"/>
                <w:sz w:val="14"/>
              </w:rPr>
              <w:t>-0.314</w:t>
            </w:r>
          </w:p>
        </w:tc>
        <w:tc>
          <w:tcPr>
            <w:tcW w:w="1008" w:type="dxa"/>
            <w:tcMar>
              <w:top w:w="50" w:type="dxa"/>
              <w:left w:w="70" w:type="dxa"/>
              <w:bottom w:w="50" w:type="dxa"/>
              <w:right w:w="70" w:type="dxa"/>
            </w:tcMar>
            <w:vAlign w:val="center"/>
          </w:tcPr>
          <w:p w14:paraId="6EFC5672" w14:textId="77777777" w:rsidR="00F57CE1" w:rsidRDefault="00F57CE1" w:rsidP="00573F18">
            <w:pPr>
              <w:spacing w:after="0" w:line="240" w:lineRule="auto"/>
              <w:jc w:val="right"/>
              <w:rPr>
                <w:rFonts w:cs="Times New Roman"/>
              </w:rPr>
            </w:pPr>
            <w:r>
              <w:rPr>
                <w:rFonts w:cs="Times New Roman"/>
                <w:sz w:val="14"/>
              </w:rPr>
              <w:t>0.568</w:t>
            </w:r>
          </w:p>
        </w:tc>
        <w:tc>
          <w:tcPr>
            <w:tcW w:w="936" w:type="dxa"/>
            <w:tcMar>
              <w:top w:w="50" w:type="dxa"/>
              <w:left w:w="70" w:type="dxa"/>
              <w:bottom w:w="50" w:type="dxa"/>
              <w:right w:w="70" w:type="dxa"/>
            </w:tcMar>
            <w:vAlign w:val="center"/>
          </w:tcPr>
          <w:p w14:paraId="618D3711" w14:textId="77777777" w:rsidR="00F57CE1" w:rsidRDefault="00F57CE1" w:rsidP="00573F18">
            <w:pPr>
              <w:spacing w:after="0" w:line="240" w:lineRule="auto"/>
              <w:jc w:val="right"/>
              <w:rPr>
                <w:rFonts w:cs="Times New Roman"/>
              </w:rPr>
            </w:pPr>
            <w:r>
              <w:rPr>
                <w:rFonts w:cs="Times New Roman"/>
                <w:sz w:val="14"/>
              </w:rPr>
              <w:t>0.584</w:t>
            </w:r>
          </w:p>
        </w:tc>
        <w:tc>
          <w:tcPr>
            <w:tcW w:w="1512" w:type="dxa"/>
            <w:tcMar>
              <w:top w:w="50" w:type="dxa"/>
              <w:left w:w="70" w:type="dxa"/>
              <w:bottom w:w="50" w:type="dxa"/>
              <w:right w:w="70" w:type="dxa"/>
            </w:tcMar>
            <w:vAlign w:val="center"/>
          </w:tcPr>
          <w:p w14:paraId="0186777F" w14:textId="77777777" w:rsidR="00F57CE1" w:rsidRDefault="00F57CE1" w:rsidP="00573F18">
            <w:pPr>
              <w:spacing w:after="0" w:line="240" w:lineRule="auto"/>
              <w:jc w:val="right"/>
              <w:rPr>
                <w:rFonts w:cs="Times New Roman"/>
              </w:rPr>
            </w:pPr>
            <w:r>
              <w:rPr>
                <w:rFonts w:cs="Times New Roman"/>
                <w:sz w:val="14"/>
              </w:rPr>
              <w:t>0.146</w:t>
            </w:r>
          </w:p>
        </w:tc>
        <w:tc>
          <w:tcPr>
            <w:tcW w:w="1008" w:type="dxa"/>
            <w:tcMar>
              <w:top w:w="50" w:type="dxa"/>
              <w:left w:w="70" w:type="dxa"/>
              <w:bottom w:w="50" w:type="dxa"/>
              <w:right w:w="70" w:type="dxa"/>
            </w:tcMar>
            <w:vAlign w:val="center"/>
          </w:tcPr>
          <w:p w14:paraId="1EA30154" w14:textId="77777777" w:rsidR="00F57CE1" w:rsidRDefault="00F57CE1" w:rsidP="00573F18">
            <w:pPr>
              <w:spacing w:after="0" w:line="240" w:lineRule="auto"/>
              <w:jc w:val="right"/>
              <w:rPr>
                <w:rFonts w:cs="Times New Roman"/>
              </w:rPr>
            </w:pPr>
            <w:r>
              <w:rPr>
                <w:rFonts w:cs="Times New Roman"/>
                <w:sz w:val="14"/>
              </w:rPr>
              <w:t>0.118</w:t>
            </w:r>
          </w:p>
        </w:tc>
        <w:tc>
          <w:tcPr>
            <w:tcW w:w="936" w:type="dxa"/>
            <w:tcMar>
              <w:top w:w="50" w:type="dxa"/>
              <w:left w:w="70" w:type="dxa"/>
              <w:bottom w:w="50" w:type="dxa"/>
              <w:right w:w="70" w:type="dxa"/>
            </w:tcMar>
            <w:vAlign w:val="center"/>
          </w:tcPr>
          <w:p w14:paraId="6E76C436" w14:textId="77777777" w:rsidR="00F57CE1" w:rsidRDefault="00F57CE1" w:rsidP="00573F18">
            <w:pPr>
              <w:spacing w:after="0" w:line="240" w:lineRule="auto"/>
              <w:jc w:val="right"/>
              <w:rPr>
                <w:rFonts w:cs="Times New Roman"/>
              </w:rPr>
            </w:pPr>
            <w:r>
              <w:rPr>
                <w:rFonts w:cs="Times New Roman"/>
                <w:sz w:val="14"/>
              </w:rPr>
              <w:t>0.162</w:t>
            </w:r>
          </w:p>
        </w:tc>
        <w:tc>
          <w:tcPr>
            <w:tcW w:w="648" w:type="dxa"/>
            <w:tcMar>
              <w:top w:w="50" w:type="dxa"/>
              <w:left w:w="70" w:type="dxa"/>
              <w:bottom w:w="50" w:type="dxa"/>
              <w:right w:w="70" w:type="dxa"/>
            </w:tcMar>
            <w:vAlign w:val="center"/>
          </w:tcPr>
          <w:p w14:paraId="5D524902" w14:textId="77777777" w:rsidR="00F57CE1" w:rsidRDefault="00F57CE1" w:rsidP="00573F18">
            <w:pPr>
              <w:spacing w:after="0" w:line="240" w:lineRule="auto"/>
              <w:jc w:val="right"/>
              <w:rPr>
                <w:rFonts w:cs="Times New Roman"/>
              </w:rPr>
            </w:pPr>
            <w:r>
              <w:rPr>
                <w:rFonts w:cs="Times New Roman"/>
                <w:sz w:val="14"/>
              </w:rPr>
              <w:t>280</w:t>
            </w:r>
          </w:p>
        </w:tc>
      </w:tr>
      <w:tr w:rsidR="00F57CE1" w14:paraId="0F408AA4" w14:textId="77777777" w:rsidTr="00573F18">
        <w:trPr>
          <w:jc w:val="center"/>
        </w:trPr>
        <w:tc>
          <w:tcPr>
            <w:tcW w:w="2592" w:type="dxa"/>
            <w:tcMar>
              <w:top w:w="50" w:type="dxa"/>
              <w:left w:w="70" w:type="dxa"/>
              <w:bottom w:w="50" w:type="dxa"/>
              <w:right w:w="70" w:type="dxa"/>
            </w:tcMar>
            <w:vAlign w:val="center"/>
          </w:tcPr>
          <w:p w14:paraId="61CB0BCA" w14:textId="77777777" w:rsidR="00F57CE1" w:rsidRDefault="00F57CE1" w:rsidP="00573F18">
            <w:pPr>
              <w:spacing w:after="0" w:line="240" w:lineRule="auto"/>
              <w:rPr>
                <w:rFonts w:cs="Times New Roman"/>
              </w:rPr>
            </w:pPr>
            <w:r>
              <w:rPr>
                <w:rFonts w:cs="Times New Roman"/>
                <w:sz w:val="14"/>
              </w:rPr>
              <w:lastRenderedPageBreak/>
              <w:t>Future-level LP</w:t>
            </w:r>
          </w:p>
        </w:tc>
        <w:tc>
          <w:tcPr>
            <w:tcW w:w="504" w:type="dxa"/>
            <w:tcMar>
              <w:top w:w="50" w:type="dxa"/>
              <w:left w:w="70" w:type="dxa"/>
              <w:bottom w:w="50" w:type="dxa"/>
              <w:right w:w="70" w:type="dxa"/>
            </w:tcMar>
            <w:vAlign w:val="center"/>
          </w:tcPr>
          <w:p w14:paraId="45903C0B" w14:textId="77777777" w:rsidR="00F57CE1" w:rsidRDefault="00F57CE1" w:rsidP="00573F18">
            <w:pPr>
              <w:spacing w:after="0" w:line="240" w:lineRule="auto"/>
              <w:jc w:val="right"/>
              <w:rPr>
                <w:rFonts w:cs="Times New Roman"/>
              </w:rPr>
            </w:pPr>
            <w:r>
              <w:rPr>
                <w:rFonts w:cs="Times New Roman"/>
                <w:sz w:val="14"/>
              </w:rPr>
              <w:t>5</w:t>
            </w:r>
          </w:p>
        </w:tc>
        <w:tc>
          <w:tcPr>
            <w:tcW w:w="1656" w:type="dxa"/>
            <w:tcMar>
              <w:top w:w="50" w:type="dxa"/>
              <w:left w:w="70" w:type="dxa"/>
              <w:bottom w:w="50" w:type="dxa"/>
              <w:right w:w="70" w:type="dxa"/>
            </w:tcMar>
            <w:vAlign w:val="center"/>
          </w:tcPr>
          <w:p w14:paraId="495C4EE8" w14:textId="77777777" w:rsidR="00F57CE1" w:rsidRDefault="00F57CE1" w:rsidP="00573F18">
            <w:pPr>
              <w:spacing w:after="0" w:line="240" w:lineRule="auto"/>
              <w:jc w:val="right"/>
              <w:rPr>
                <w:rFonts w:cs="Times New Roman"/>
              </w:rPr>
            </w:pPr>
            <w:r>
              <w:rPr>
                <w:rFonts w:cs="Times New Roman"/>
                <w:sz w:val="14"/>
              </w:rPr>
              <w:t>-0.833</w:t>
            </w:r>
          </w:p>
        </w:tc>
        <w:tc>
          <w:tcPr>
            <w:tcW w:w="1008" w:type="dxa"/>
            <w:tcMar>
              <w:top w:w="50" w:type="dxa"/>
              <w:left w:w="70" w:type="dxa"/>
              <w:bottom w:w="50" w:type="dxa"/>
              <w:right w:w="70" w:type="dxa"/>
            </w:tcMar>
            <w:vAlign w:val="center"/>
          </w:tcPr>
          <w:p w14:paraId="754BFD1C" w14:textId="77777777" w:rsidR="00F57CE1" w:rsidRDefault="00F57CE1" w:rsidP="00573F18">
            <w:pPr>
              <w:spacing w:after="0" w:line="240" w:lineRule="auto"/>
              <w:jc w:val="right"/>
              <w:rPr>
                <w:rFonts w:cs="Times New Roman"/>
              </w:rPr>
            </w:pPr>
            <w:r>
              <w:rPr>
                <w:rFonts w:cs="Times New Roman"/>
                <w:sz w:val="14"/>
              </w:rPr>
              <w:t>0.308</w:t>
            </w:r>
          </w:p>
        </w:tc>
        <w:tc>
          <w:tcPr>
            <w:tcW w:w="936" w:type="dxa"/>
            <w:tcMar>
              <w:top w:w="50" w:type="dxa"/>
              <w:left w:w="70" w:type="dxa"/>
              <w:bottom w:w="50" w:type="dxa"/>
              <w:right w:w="70" w:type="dxa"/>
            </w:tcMar>
            <w:vAlign w:val="center"/>
          </w:tcPr>
          <w:p w14:paraId="7F3A0B69" w14:textId="77777777" w:rsidR="00F57CE1" w:rsidRDefault="00F57CE1" w:rsidP="00573F18">
            <w:pPr>
              <w:spacing w:after="0" w:line="240" w:lineRule="auto"/>
              <w:jc w:val="right"/>
              <w:rPr>
                <w:rFonts w:cs="Times New Roman"/>
              </w:rPr>
            </w:pPr>
            <w:r>
              <w:rPr>
                <w:rFonts w:cs="Times New Roman"/>
                <w:sz w:val="14"/>
              </w:rPr>
              <w:t>0.409</w:t>
            </w:r>
          </w:p>
        </w:tc>
        <w:tc>
          <w:tcPr>
            <w:tcW w:w="1512" w:type="dxa"/>
            <w:tcMar>
              <w:top w:w="50" w:type="dxa"/>
              <w:left w:w="70" w:type="dxa"/>
              <w:bottom w:w="50" w:type="dxa"/>
              <w:right w:w="70" w:type="dxa"/>
            </w:tcMar>
            <w:vAlign w:val="center"/>
          </w:tcPr>
          <w:p w14:paraId="70D4BF3E" w14:textId="77777777" w:rsidR="00F57CE1" w:rsidRDefault="00F57CE1" w:rsidP="00573F18">
            <w:pPr>
              <w:spacing w:after="0" w:line="240" w:lineRule="auto"/>
              <w:jc w:val="right"/>
              <w:rPr>
                <w:rFonts w:cs="Times New Roman"/>
              </w:rPr>
            </w:pPr>
            <w:r>
              <w:rPr>
                <w:rFonts w:cs="Times New Roman"/>
                <w:sz w:val="14"/>
              </w:rPr>
              <w:t>0.130</w:t>
            </w:r>
          </w:p>
        </w:tc>
        <w:tc>
          <w:tcPr>
            <w:tcW w:w="1008" w:type="dxa"/>
            <w:tcMar>
              <w:top w:w="50" w:type="dxa"/>
              <w:left w:w="70" w:type="dxa"/>
              <w:bottom w:w="50" w:type="dxa"/>
              <w:right w:w="70" w:type="dxa"/>
            </w:tcMar>
            <w:vAlign w:val="center"/>
          </w:tcPr>
          <w:p w14:paraId="2CB9905B" w14:textId="77777777" w:rsidR="00F57CE1" w:rsidRDefault="00F57CE1" w:rsidP="00573F18">
            <w:pPr>
              <w:spacing w:after="0" w:line="240" w:lineRule="auto"/>
              <w:jc w:val="right"/>
              <w:rPr>
                <w:rFonts w:cs="Times New Roman"/>
              </w:rPr>
            </w:pPr>
            <w:r>
              <w:rPr>
                <w:rFonts w:cs="Times New Roman"/>
                <w:sz w:val="14"/>
              </w:rPr>
              <w:t>0.095</w:t>
            </w:r>
          </w:p>
        </w:tc>
        <w:tc>
          <w:tcPr>
            <w:tcW w:w="936" w:type="dxa"/>
            <w:tcMar>
              <w:top w:w="50" w:type="dxa"/>
              <w:left w:w="70" w:type="dxa"/>
              <w:bottom w:w="50" w:type="dxa"/>
              <w:right w:w="70" w:type="dxa"/>
            </w:tcMar>
            <w:vAlign w:val="center"/>
          </w:tcPr>
          <w:p w14:paraId="65E3BD03" w14:textId="77777777" w:rsidR="00F57CE1" w:rsidRDefault="00F57CE1" w:rsidP="00573F18">
            <w:pPr>
              <w:spacing w:after="0" w:line="240" w:lineRule="auto"/>
              <w:jc w:val="right"/>
              <w:rPr>
                <w:rFonts w:cs="Times New Roman"/>
              </w:rPr>
            </w:pPr>
            <w:r>
              <w:rPr>
                <w:rFonts w:cs="Times New Roman"/>
                <w:sz w:val="14"/>
              </w:rPr>
              <w:t>0.084</w:t>
            </w:r>
          </w:p>
        </w:tc>
        <w:tc>
          <w:tcPr>
            <w:tcW w:w="648" w:type="dxa"/>
            <w:tcMar>
              <w:top w:w="50" w:type="dxa"/>
              <w:left w:w="70" w:type="dxa"/>
              <w:bottom w:w="50" w:type="dxa"/>
              <w:right w:w="70" w:type="dxa"/>
            </w:tcMar>
            <w:vAlign w:val="center"/>
          </w:tcPr>
          <w:p w14:paraId="6CD700A4" w14:textId="77777777" w:rsidR="00F57CE1" w:rsidRDefault="00F57CE1" w:rsidP="00573F18">
            <w:pPr>
              <w:spacing w:after="0" w:line="240" w:lineRule="auto"/>
              <w:jc w:val="right"/>
              <w:rPr>
                <w:rFonts w:cs="Times New Roman"/>
              </w:rPr>
            </w:pPr>
            <w:r>
              <w:rPr>
                <w:rFonts w:cs="Times New Roman"/>
                <w:sz w:val="14"/>
              </w:rPr>
              <w:t>252</w:t>
            </w:r>
          </w:p>
        </w:tc>
      </w:tr>
    </w:tbl>
    <w:p w14:paraId="3A13812E"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All wild-bootstrap p-values use Webb weights. Exclude-extreme-RHS is a sensitivity check only; the observation rule is based on current focal shocks and lagged RHS controls, not on future outcomes. The future-level specification is also treated as supplementary because the cumulative-change LP is the preferred formulation.</w:t>
      </w:r>
    </w:p>
    <w:p w14:paraId="194FA61E" w14:textId="77777777" w:rsidR="00F57CE1" w:rsidRDefault="00F57CE1" w:rsidP="00F57CE1">
      <w:pPr>
        <w:pStyle w:val="Heading2"/>
        <w:rPr>
          <w:rFonts w:ascii="Times New Roman" w:hAnsi="Times New Roman" w:cs="Times New Roman"/>
        </w:rPr>
      </w:pPr>
      <w:r>
        <w:rPr>
          <w:rFonts w:ascii="Times New Roman" w:hAnsi="Times New Roman" w:cs="Times New Roman"/>
        </w:rPr>
        <w:t>Table OA.7. Cross-sectional dependence, Driscoll-Kraay, and CCE results</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461"/>
        <w:gridCol w:w="1037"/>
        <w:gridCol w:w="749"/>
        <w:gridCol w:w="1224"/>
        <w:gridCol w:w="749"/>
        <w:gridCol w:w="1080"/>
        <w:gridCol w:w="893"/>
        <w:gridCol w:w="1267"/>
        <w:gridCol w:w="893"/>
        <w:gridCol w:w="893"/>
        <w:gridCol w:w="749"/>
        <w:gridCol w:w="893"/>
        <w:gridCol w:w="749"/>
      </w:tblGrid>
      <w:tr w:rsidR="00F57CE1" w14:paraId="2A1B8706" w14:textId="77777777" w:rsidTr="00573F18">
        <w:trPr>
          <w:tblHeader/>
          <w:jc w:val="center"/>
        </w:trPr>
        <w:tc>
          <w:tcPr>
            <w:tcW w:w="461" w:type="dxa"/>
            <w:shd w:val="clear" w:color="auto" w:fill="E7E6E6"/>
            <w:tcMar>
              <w:top w:w="50" w:type="dxa"/>
              <w:left w:w="70" w:type="dxa"/>
              <w:bottom w:w="50" w:type="dxa"/>
              <w:right w:w="70" w:type="dxa"/>
            </w:tcMar>
            <w:vAlign w:val="center"/>
          </w:tcPr>
          <w:p w14:paraId="1FA48FA9" w14:textId="77777777" w:rsidR="00F57CE1" w:rsidRDefault="00F57CE1" w:rsidP="00573F18">
            <w:pPr>
              <w:spacing w:after="0" w:line="240" w:lineRule="auto"/>
              <w:jc w:val="center"/>
              <w:rPr>
                <w:rFonts w:cs="Times New Roman"/>
              </w:rPr>
            </w:pPr>
            <w:r>
              <w:rPr>
                <w:rFonts w:cs="Times New Roman"/>
                <w:b/>
                <w:sz w:val="13"/>
              </w:rPr>
              <w:t>h</w:t>
            </w:r>
          </w:p>
        </w:tc>
        <w:tc>
          <w:tcPr>
            <w:tcW w:w="1037" w:type="dxa"/>
            <w:shd w:val="clear" w:color="auto" w:fill="E7E6E6"/>
            <w:tcMar>
              <w:top w:w="50" w:type="dxa"/>
              <w:left w:w="70" w:type="dxa"/>
              <w:bottom w:w="50" w:type="dxa"/>
              <w:right w:w="70" w:type="dxa"/>
            </w:tcMar>
            <w:vAlign w:val="center"/>
          </w:tcPr>
          <w:p w14:paraId="07281A2B" w14:textId="77777777" w:rsidR="00F57CE1" w:rsidRDefault="00F57CE1" w:rsidP="00573F18">
            <w:pPr>
              <w:spacing w:after="0" w:line="240" w:lineRule="auto"/>
              <w:jc w:val="center"/>
              <w:rPr>
                <w:rFonts w:cs="Times New Roman"/>
              </w:rPr>
            </w:pPr>
            <w:r>
              <w:rPr>
                <w:rFonts w:cs="Times New Roman"/>
                <w:b/>
                <w:sz w:val="13"/>
              </w:rPr>
              <w:t>DK H (%)</w:t>
            </w:r>
          </w:p>
        </w:tc>
        <w:tc>
          <w:tcPr>
            <w:tcW w:w="749" w:type="dxa"/>
            <w:shd w:val="clear" w:color="auto" w:fill="E7E6E6"/>
            <w:tcMar>
              <w:top w:w="50" w:type="dxa"/>
              <w:left w:w="70" w:type="dxa"/>
              <w:bottom w:w="50" w:type="dxa"/>
              <w:right w:w="70" w:type="dxa"/>
            </w:tcMar>
            <w:vAlign w:val="center"/>
          </w:tcPr>
          <w:p w14:paraId="288099F2" w14:textId="77777777" w:rsidR="00F57CE1" w:rsidRDefault="00F57CE1" w:rsidP="00573F18">
            <w:pPr>
              <w:spacing w:after="0" w:line="240" w:lineRule="auto"/>
              <w:jc w:val="center"/>
              <w:rPr>
                <w:rFonts w:cs="Times New Roman"/>
              </w:rPr>
            </w:pPr>
            <w:r>
              <w:rPr>
                <w:rFonts w:cs="Times New Roman"/>
                <w:b/>
                <w:sz w:val="13"/>
              </w:rPr>
              <w:t>DK p</w:t>
            </w:r>
          </w:p>
        </w:tc>
        <w:tc>
          <w:tcPr>
            <w:tcW w:w="1224" w:type="dxa"/>
            <w:shd w:val="clear" w:color="auto" w:fill="E7E6E6"/>
            <w:tcMar>
              <w:top w:w="50" w:type="dxa"/>
              <w:left w:w="70" w:type="dxa"/>
              <w:bottom w:w="50" w:type="dxa"/>
              <w:right w:w="70" w:type="dxa"/>
            </w:tcMar>
            <w:vAlign w:val="center"/>
          </w:tcPr>
          <w:p w14:paraId="689EA6D6" w14:textId="77777777" w:rsidR="00F57CE1" w:rsidRDefault="00F57CE1" w:rsidP="00573F18">
            <w:pPr>
              <w:spacing w:after="0" w:line="240" w:lineRule="auto"/>
              <w:jc w:val="center"/>
              <w:rPr>
                <w:rFonts w:cs="Times New Roman"/>
              </w:rPr>
            </w:pPr>
            <w:r>
              <w:rPr>
                <w:rFonts w:cs="Times New Roman"/>
                <w:b/>
                <w:sz w:val="13"/>
              </w:rPr>
              <w:t>DK House (%)</w:t>
            </w:r>
          </w:p>
        </w:tc>
        <w:tc>
          <w:tcPr>
            <w:tcW w:w="749" w:type="dxa"/>
            <w:shd w:val="clear" w:color="auto" w:fill="E7E6E6"/>
            <w:tcMar>
              <w:top w:w="50" w:type="dxa"/>
              <w:left w:w="70" w:type="dxa"/>
              <w:bottom w:w="50" w:type="dxa"/>
              <w:right w:w="70" w:type="dxa"/>
            </w:tcMar>
            <w:vAlign w:val="center"/>
          </w:tcPr>
          <w:p w14:paraId="29735C5A" w14:textId="77777777" w:rsidR="00F57CE1" w:rsidRDefault="00F57CE1" w:rsidP="00573F18">
            <w:pPr>
              <w:spacing w:after="0" w:line="240" w:lineRule="auto"/>
              <w:jc w:val="center"/>
              <w:rPr>
                <w:rFonts w:cs="Times New Roman"/>
              </w:rPr>
            </w:pPr>
            <w:r>
              <w:rPr>
                <w:rFonts w:cs="Times New Roman"/>
                <w:b/>
                <w:sz w:val="13"/>
              </w:rPr>
              <w:t>DK p</w:t>
            </w:r>
          </w:p>
        </w:tc>
        <w:tc>
          <w:tcPr>
            <w:tcW w:w="1080" w:type="dxa"/>
            <w:shd w:val="clear" w:color="auto" w:fill="E7E6E6"/>
            <w:tcMar>
              <w:top w:w="50" w:type="dxa"/>
              <w:left w:w="70" w:type="dxa"/>
              <w:bottom w:w="50" w:type="dxa"/>
              <w:right w:w="70" w:type="dxa"/>
            </w:tcMar>
            <w:vAlign w:val="center"/>
          </w:tcPr>
          <w:p w14:paraId="49AA9ECB" w14:textId="77777777" w:rsidR="00F57CE1" w:rsidRDefault="00F57CE1" w:rsidP="00573F18">
            <w:pPr>
              <w:spacing w:after="0" w:line="240" w:lineRule="auto"/>
              <w:jc w:val="center"/>
              <w:rPr>
                <w:rFonts w:cs="Times New Roman"/>
              </w:rPr>
            </w:pPr>
            <w:r>
              <w:rPr>
                <w:rFonts w:cs="Times New Roman"/>
                <w:b/>
                <w:sz w:val="13"/>
              </w:rPr>
              <w:t>CCE H (%)</w:t>
            </w:r>
          </w:p>
        </w:tc>
        <w:tc>
          <w:tcPr>
            <w:tcW w:w="893" w:type="dxa"/>
            <w:shd w:val="clear" w:color="auto" w:fill="E7E6E6"/>
            <w:tcMar>
              <w:top w:w="50" w:type="dxa"/>
              <w:left w:w="70" w:type="dxa"/>
              <w:bottom w:w="50" w:type="dxa"/>
              <w:right w:w="70" w:type="dxa"/>
            </w:tcMar>
            <w:vAlign w:val="center"/>
          </w:tcPr>
          <w:p w14:paraId="319AB122" w14:textId="77777777" w:rsidR="00F57CE1" w:rsidRDefault="00F57CE1" w:rsidP="00573F18">
            <w:pPr>
              <w:spacing w:after="0" w:line="240" w:lineRule="auto"/>
              <w:jc w:val="center"/>
              <w:rPr>
                <w:rFonts w:cs="Times New Roman"/>
              </w:rPr>
            </w:pPr>
            <w:r>
              <w:rPr>
                <w:rFonts w:cs="Times New Roman"/>
                <w:b/>
                <w:sz w:val="13"/>
              </w:rPr>
              <w:t>CCE p-wild</w:t>
            </w:r>
          </w:p>
        </w:tc>
        <w:tc>
          <w:tcPr>
            <w:tcW w:w="1267" w:type="dxa"/>
            <w:shd w:val="clear" w:color="auto" w:fill="E7E6E6"/>
            <w:tcMar>
              <w:top w:w="50" w:type="dxa"/>
              <w:left w:w="70" w:type="dxa"/>
              <w:bottom w:w="50" w:type="dxa"/>
              <w:right w:w="70" w:type="dxa"/>
            </w:tcMar>
            <w:vAlign w:val="center"/>
          </w:tcPr>
          <w:p w14:paraId="168A2199" w14:textId="77777777" w:rsidR="00F57CE1" w:rsidRDefault="00F57CE1" w:rsidP="00573F18">
            <w:pPr>
              <w:spacing w:after="0" w:line="240" w:lineRule="auto"/>
              <w:jc w:val="center"/>
              <w:rPr>
                <w:rFonts w:cs="Times New Roman"/>
              </w:rPr>
            </w:pPr>
            <w:r>
              <w:rPr>
                <w:rFonts w:cs="Times New Roman"/>
                <w:b/>
                <w:sz w:val="13"/>
              </w:rPr>
              <w:t>CCE House (%)</w:t>
            </w:r>
          </w:p>
        </w:tc>
        <w:tc>
          <w:tcPr>
            <w:tcW w:w="893" w:type="dxa"/>
            <w:shd w:val="clear" w:color="auto" w:fill="E7E6E6"/>
            <w:tcMar>
              <w:top w:w="50" w:type="dxa"/>
              <w:left w:w="70" w:type="dxa"/>
              <w:bottom w:w="50" w:type="dxa"/>
              <w:right w:w="70" w:type="dxa"/>
            </w:tcMar>
            <w:vAlign w:val="center"/>
          </w:tcPr>
          <w:p w14:paraId="4C379F8E" w14:textId="77777777" w:rsidR="00F57CE1" w:rsidRDefault="00F57CE1" w:rsidP="00573F18">
            <w:pPr>
              <w:spacing w:after="0" w:line="240" w:lineRule="auto"/>
              <w:jc w:val="center"/>
              <w:rPr>
                <w:rFonts w:cs="Times New Roman"/>
              </w:rPr>
            </w:pPr>
            <w:r>
              <w:rPr>
                <w:rFonts w:cs="Times New Roman"/>
                <w:b/>
                <w:sz w:val="13"/>
              </w:rPr>
              <w:t>CCE p-wild</w:t>
            </w:r>
          </w:p>
        </w:tc>
        <w:tc>
          <w:tcPr>
            <w:tcW w:w="893" w:type="dxa"/>
            <w:shd w:val="clear" w:color="auto" w:fill="E7E6E6"/>
            <w:tcMar>
              <w:top w:w="50" w:type="dxa"/>
              <w:left w:w="70" w:type="dxa"/>
              <w:bottom w:w="50" w:type="dxa"/>
              <w:right w:w="70" w:type="dxa"/>
            </w:tcMar>
            <w:vAlign w:val="center"/>
          </w:tcPr>
          <w:p w14:paraId="0CF0F48A" w14:textId="77777777" w:rsidR="00F57CE1" w:rsidRDefault="00F57CE1" w:rsidP="00573F18">
            <w:pPr>
              <w:spacing w:after="0" w:line="240" w:lineRule="auto"/>
              <w:jc w:val="center"/>
              <w:rPr>
                <w:rFonts w:cs="Times New Roman"/>
              </w:rPr>
            </w:pPr>
            <w:r>
              <w:rPr>
                <w:rFonts w:cs="Times New Roman"/>
                <w:b/>
                <w:sz w:val="13"/>
              </w:rPr>
              <w:t>CD base</w:t>
            </w:r>
          </w:p>
        </w:tc>
        <w:tc>
          <w:tcPr>
            <w:tcW w:w="749" w:type="dxa"/>
            <w:shd w:val="clear" w:color="auto" w:fill="E7E6E6"/>
            <w:tcMar>
              <w:top w:w="50" w:type="dxa"/>
              <w:left w:w="70" w:type="dxa"/>
              <w:bottom w:w="50" w:type="dxa"/>
              <w:right w:w="70" w:type="dxa"/>
            </w:tcMar>
            <w:vAlign w:val="center"/>
          </w:tcPr>
          <w:p w14:paraId="12E1FF78" w14:textId="77777777" w:rsidR="00F57CE1" w:rsidRDefault="00F57CE1" w:rsidP="00573F18">
            <w:pPr>
              <w:spacing w:after="0" w:line="240" w:lineRule="auto"/>
              <w:jc w:val="center"/>
              <w:rPr>
                <w:rFonts w:cs="Times New Roman"/>
              </w:rPr>
            </w:pPr>
            <w:r>
              <w:rPr>
                <w:rFonts w:cs="Times New Roman"/>
                <w:b/>
                <w:sz w:val="13"/>
              </w:rPr>
              <w:t>CD p</w:t>
            </w:r>
          </w:p>
        </w:tc>
        <w:tc>
          <w:tcPr>
            <w:tcW w:w="893" w:type="dxa"/>
            <w:shd w:val="clear" w:color="auto" w:fill="E7E6E6"/>
            <w:tcMar>
              <w:top w:w="50" w:type="dxa"/>
              <w:left w:w="70" w:type="dxa"/>
              <w:bottom w:w="50" w:type="dxa"/>
              <w:right w:w="70" w:type="dxa"/>
            </w:tcMar>
            <w:vAlign w:val="center"/>
          </w:tcPr>
          <w:p w14:paraId="03124DF4" w14:textId="77777777" w:rsidR="00F57CE1" w:rsidRDefault="00F57CE1" w:rsidP="00573F18">
            <w:pPr>
              <w:spacing w:after="0" w:line="240" w:lineRule="auto"/>
              <w:jc w:val="center"/>
              <w:rPr>
                <w:rFonts w:cs="Times New Roman"/>
              </w:rPr>
            </w:pPr>
            <w:r>
              <w:rPr>
                <w:rFonts w:cs="Times New Roman"/>
                <w:b/>
                <w:sz w:val="13"/>
              </w:rPr>
              <w:t>CD CCE</w:t>
            </w:r>
          </w:p>
        </w:tc>
        <w:tc>
          <w:tcPr>
            <w:tcW w:w="749" w:type="dxa"/>
            <w:shd w:val="clear" w:color="auto" w:fill="E7E6E6"/>
            <w:tcMar>
              <w:top w:w="50" w:type="dxa"/>
              <w:left w:w="70" w:type="dxa"/>
              <w:bottom w:w="50" w:type="dxa"/>
              <w:right w:w="70" w:type="dxa"/>
            </w:tcMar>
            <w:vAlign w:val="center"/>
          </w:tcPr>
          <w:p w14:paraId="70453552" w14:textId="77777777" w:rsidR="00F57CE1" w:rsidRDefault="00F57CE1" w:rsidP="00573F18">
            <w:pPr>
              <w:spacing w:after="0" w:line="240" w:lineRule="auto"/>
              <w:jc w:val="center"/>
              <w:rPr>
                <w:rFonts w:cs="Times New Roman"/>
              </w:rPr>
            </w:pPr>
            <w:r>
              <w:rPr>
                <w:rFonts w:cs="Times New Roman"/>
                <w:b/>
                <w:sz w:val="13"/>
              </w:rPr>
              <w:t>CD p</w:t>
            </w:r>
          </w:p>
        </w:tc>
      </w:tr>
      <w:tr w:rsidR="00F57CE1" w14:paraId="1BECB10A" w14:textId="77777777" w:rsidTr="00573F18">
        <w:trPr>
          <w:jc w:val="center"/>
        </w:trPr>
        <w:tc>
          <w:tcPr>
            <w:tcW w:w="461" w:type="dxa"/>
            <w:tcMar>
              <w:top w:w="50" w:type="dxa"/>
              <w:left w:w="70" w:type="dxa"/>
              <w:bottom w:w="50" w:type="dxa"/>
              <w:right w:w="70" w:type="dxa"/>
            </w:tcMar>
            <w:vAlign w:val="center"/>
          </w:tcPr>
          <w:p w14:paraId="7D17C1E0" w14:textId="77777777" w:rsidR="00F57CE1" w:rsidRDefault="00F57CE1" w:rsidP="00573F18">
            <w:pPr>
              <w:spacing w:after="0" w:line="240" w:lineRule="auto"/>
              <w:jc w:val="right"/>
              <w:rPr>
                <w:rFonts w:cs="Times New Roman"/>
              </w:rPr>
            </w:pPr>
            <w:r>
              <w:rPr>
                <w:rFonts w:cs="Times New Roman"/>
                <w:sz w:val="13"/>
              </w:rPr>
              <w:t>0</w:t>
            </w:r>
          </w:p>
        </w:tc>
        <w:tc>
          <w:tcPr>
            <w:tcW w:w="1037" w:type="dxa"/>
            <w:tcMar>
              <w:top w:w="50" w:type="dxa"/>
              <w:left w:w="70" w:type="dxa"/>
              <w:bottom w:w="50" w:type="dxa"/>
              <w:right w:w="70" w:type="dxa"/>
            </w:tcMar>
            <w:vAlign w:val="center"/>
          </w:tcPr>
          <w:p w14:paraId="1375A045" w14:textId="77777777" w:rsidR="00F57CE1" w:rsidRDefault="00F57CE1" w:rsidP="00573F18">
            <w:pPr>
              <w:spacing w:after="0" w:line="240" w:lineRule="auto"/>
              <w:jc w:val="right"/>
              <w:rPr>
                <w:rFonts w:cs="Times New Roman"/>
              </w:rPr>
            </w:pPr>
            <w:r>
              <w:rPr>
                <w:rFonts w:cs="Times New Roman"/>
                <w:sz w:val="13"/>
              </w:rPr>
              <w:t>0.236</w:t>
            </w:r>
          </w:p>
        </w:tc>
        <w:tc>
          <w:tcPr>
            <w:tcW w:w="749" w:type="dxa"/>
            <w:tcMar>
              <w:top w:w="50" w:type="dxa"/>
              <w:left w:w="70" w:type="dxa"/>
              <w:bottom w:w="50" w:type="dxa"/>
              <w:right w:w="70" w:type="dxa"/>
            </w:tcMar>
            <w:vAlign w:val="center"/>
          </w:tcPr>
          <w:p w14:paraId="22922E24" w14:textId="77777777" w:rsidR="00F57CE1" w:rsidRDefault="00F57CE1" w:rsidP="00573F18">
            <w:pPr>
              <w:spacing w:after="0" w:line="240" w:lineRule="auto"/>
              <w:jc w:val="right"/>
              <w:rPr>
                <w:rFonts w:cs="Times New Roman"/>
              </w:rPr>
            </w:pPr>
            <w:r>
              <w:rPr>
                <w:rFonts w:cs="Times New Roman"/>
                <w:sz w:val="13"/>
              </w:rPr>
              <w:t>0.520</w:t>
            </w:r>
          </w:p>
        </w:tc>
        <w:tc>
          <w:tcPr>
            <w:tcW w:w="1224" w:type="dxa"/>
            <w:tcMar>
              <w:top w:w="50" w:type="dxa"/>
              <w:left w:w="70" w:type="dxa"/>
              <w:bottom w:w="50" w:type="dxa"/>
              <w:right w:w="70" w:type="dxa"/>
            </w:tcMar>
            <w:vAlign w:val="center"/>
          </w:tcPr>
          <w:p w14:paraId="5D00E1F5" w14:textId="77777777" w:rsidR="00F57CE1" w:rsidRDefault="00F57CE1" w:rsidP="00573F18">
            <w:pPr>
              <w:spacing w:after="0" w:line="240" w:lineRule="auto"/>
              <w:jc w:val="right"/>
              <w:rPr>
                <w:rFonts w:cs="Times New Roman"/>
              </w:rPr>
            </w:pPr>
            <w:r>
              <w:rPr>
                <w:rFonts w:cs="Times New Roman"/>
                <w:sz w:val="13"/>
              </w:rPr>
              <w:t>0.036</w:t>
            </w:r>
          </w:p>
        </w:tc>
        <w:tc>
          <w:tcPr>
            <w:tcW w:w="749" w:type="dxa"/>
            <w:tcMar>
              <w:top w:w="50" w:type="dxa"/>
              <w:left w:w="70" w:type="dxa"/>
              <w:bottom w:w="50" w:type="dxa"/>
              <w:right w:w="70" w:type="dxa"/>
            </w:tcMar>
            <w:vAlign w:val="center"/>
          </w:tcPr>
          <w:p w14:paraId="05E96DC4" w14:textId="77777777" w:rsidR="00F57CE1" w:rsidRDefault="00F57CE1" w:rsidP="00573F18">
            <w:pPr>
              <w:spacing w:after="0" w:line="240" w:lineRule="auto"/>
              <w:jc w:val="right"/>
              <w:rPr>
                <w:rFonts w:cs="Times New Roman"/>
              </w:rPr>
            </w:pPr>
            <w:r>
              <w:rPr>
                <w:rFonts w:cs="Times New Roman"/>
                <w:sz w:val="13"/>
              </w:rPr>
              <w:t>0.207</w:t>
            </w:r>
          </w:p>
        </w:tc>
        <w:tc>
          <w:tcPr>
            <w:tcW w:w="1080" w:type="dxa"/>
            <w:tcMar>
              <w:top w:w="50" w:type="dxa"/>
              <w:left w:w="70" w:type="dxa"/>
              <w:bottom w:w="50" w:type="dxa"/>
              <w:right w:w="70" w:type="dxa"/>
            </w:tcMar>
            <w:vAlign w:val="center"/>
          </w:tcPr>
          <w:p w14:paraId="6724B20C" w14:textId="77777777" w:rsidR="00F57CE1" w:rsidRDefault="00F57CE1" w:rsidP="00573F18">
            <w:pPr>
              <w:spacing w:after="0" w:line="240" w:lineRule="auto"/>
              <w:jc w:val="right"/>
              <w:rPr>
                <w:rFonts w:cs="Times New Roman"/>
              </w:rPr>
            </w:pPr>
            <w:r>
              <w:rPr>
                <w:rFonts w:cs="Times New Roman"/>
                <w:sz w:val="13"/>
              </w:rPr>
              <w:t>0.244</w:t>
            </w:r>
          </w:p>
        </w:tc>
        <w:tc>
          <w:tcPr>
            <w:tcW w:w="893" w:type="dxa"/>
            <w:tcMar>
              <w:top w:w="50" w:type="dxa"/>
              <w:left w:w="70" w:type="dxa"/>
              <w:bottom w:w="50" w:type="dxa"/>
              <w:right w:w="70" w:type="dxa"/>
            </w:tcMar>
            <w:vAlign w:val="center"/>
          </w:tcPr>
          <w:p w14:paraId="05CF58E5" w14:textId="77777777" w:rsidR="00F57CE1" w:rsidRDefault="00F57CE1" w:rsidP="00573F18">
            <w:pPr>
              <w:spacing w:after="0" w:line="240" w:lineRule="auto"/>
              <w:jc w:val="right"/>
              <w:rPr>
                <w:rFonts w:cs="Times New Roman"/>
              </w:rPr>
            </w:pPr>
            <w:r>
              <w:rPr>
                <w:rFonts w:cs="Times New Roman"/>
                <w:sz w:val="13"/>
              </w:rPr>
              <w:t>0.469</w:t>
            </w:r>
          </w:p>
        </w:tc>
        <w:tc>
          <w:tcPr>
            <w:tcW w:w="1267" w:type="dxa"/>
            <w:tcMar>
              <w:top w:w="50" w:type="dxa"/>
              <w:left w:w="70" w:type="dxa"/>
              <w:bottom w:w="50" w:type="dxa"/>
              <w:right w:w="70" w:type="dxa"/>
            </w:tcMar>
            <w:vAlign w:val="center"/>
          </w:tcPr>
          <w:p w14:paraId="7E91F732" w14:textId="77777777" w:rsidR="00F57CE1" w:rsidRDefault="00F57CE1" w:rsidP="00573F18">
            <w:pPr>
              <w:spacing w:after="0" w:line="240" w:lineRule="auto"/>
              <w:jc w:val="right"/>
              <w:rPr>
                <w:rFonts w:cs="Times New Roman"/>
              </w:rPr>
            </w:pPr>
            <w:r>
              <w:rPr>
                <w:rFonts w:cs="Times New Roman"/>
                <w:sz w:val="13"/>
              </w:rPr>
              <w:t>0.037</w:t>
            </w:r>
          </w:p>
        </w:tc>
        <w:tc>
          <w:tcPr>
            <w:tcW w:w="893" w:type="dxa"/>
            <w:tcMar>
              <w:top w:w="50" w:type="dxa"/>
              <w:left w:w="70" w:type="dxa"/>
              <w:bottom w:w="50" w:type="dxa"/>
              <w:right w:w="70" w:type="dxa"/>
            </w:tcMar>
            <w:vAlign w:val="center"/>
          </w:tcPr>
          <w:p w14:paraId="40C5273C" w14:textId="77777777" w:rsidR="00F57CE1" w:rsidRDefault="00F57CE1" w:rsidP="00573F18">
            <w:pPr>
              <w:spacing w:after="0" w:line="240" w:lineRule="auto"/>
              <w:jc w:val="right"/>
              <w:rPr>
                <w:rFonts w:cs="Times New Roman"/>
              </w:rPr>
            </w:pPr>
            <w:r>
              <w:rPr>
                <w:rFonts w:cs="Times New Roman"/>
                <w:sz w:val="13"/>
              </w:rPr>
              <w:t>0.419</w:t>
            </w:r>
          </w:p>
        </w:tc>
        <w:tc>
          <w:tcPr>
            <w:tcW w:w="893" w:type="dxa"/>
            <w:tcMar>
              <w:top w:w="50" w:type="dxa"/>
              <w:left w:w="70" w:type="dxa"/>
              <w:bottom w:w="50" w:type="dxa"/>
              <w:right w:w="70" w:type="dxa"/>
            </w:tcMar>
            <w:vAlign w:val="center"/>
          </w:tcPr>
          <w:p w14:paraId="667EFC31" w14:textId="77777777" w:rsidR="00F57CE1" w:rsidRDefault="00F57CE1" w:rsidP="00573F18">
            <w:pPr>
              <w:spacing w:after="0" w:line="240" w:lineRule="auto"/>
              <w:jc w:val="right"/>
              <w:rPr>
                <w:rFonts w:cs="Times New Roman"/>
              </w:rPr>
            </w:pPr>
            <w:r>
              <w:rPr>
                <w:rFonts w:cs="Times New Roman"/>
                <w:sz w:val="13"/>
              </w:rPr>
              <w:t>1.845</w:t>
            </w:r>
          </w:p>
        </w:tc>
        <w:tc>
          <w:tcPr>
            <w:tcW w:w="749" w:type="dxa"/>
            <w:tcMar>
              <w:top w:w="50" w:type="dxa"/>
              <w:left w:w="70" w:type="dxa"/>
              <w:bottom w:w="50" w:type="dxa"/>
              <w:right w:w="70" w:type="dxa"/>
            </w:tcMar>
            <w:vAlign w:val="center"/>
          </w:tcPr>
          <w:p w14:paraId="309DC403" w14:textId="77777777" w:rsidR="00F57CE1" w:rsidRDefault="00F57CE1" w:rsidP="00573F18">
            <w:pPr>
              <w:spacing w:after="0" w:line="240" w:lineRule="auto"/>
              <w:jc w:val="right"/>
              <w:rPr>
                <w:rFonts w:cs="Times New Roman"/>
              </w:rPr>
            </w:pPr>
            <w:r>
              <w:rPr>
                <w:rFonts w:cs="Times New Roman"/>
                <w:sz w:val="13"/>
              </w:rPr>
              <w:t>0.065</w:t>
            </w:r>
          </w:p>
        </w:tc>
        <w:tc>
          <w:tcPr>
            <w:tcW w:w="893" w:type="dxa"/>
            <w:tcMar>
              <w:top w:w="50" w:type="dxa"/>
              <w:left w:w="70" w:type="dxa"/>
              <w:bottom w:w="50" w:type="dxa"/>
              <w:right w:w="70" w:type="dxa"/>
            </w:tcMar>
            <w:vAlign w:val="center"/>
          </w:tcPr>
          <w:p w14:paraId="2F756342" w14:textId="77777777" w:rsidR="00F57CE1" w:rsidRDefault="00F57CE1" w:rsidP="00573F18">
            <w:pPr>
              <w:spacing w:after="0" w:line="240" w:lineRule="auto"/>
              <w:jc w:val="right"/>
              <w:rPr>
                <w:rFonts w:cs="Times New Roman"/>
              </w:rPr>
            </w:pPr>
            <w:r>
              <w:rPr>
                <w:rFonts w:cs="Times New Roman"/>
                <w:sz w:val="13"/>
              </w:rPr>
              <w:t>2.186</w:t>
            </w:r>
          </w:p>
        </w:tc>
        <w:tc>
          <w:tcPr>
            <w:tcW w:w="749" w:type="dxa"/>
            <w:tcMar>
              <w:top w:w="50" w:type="dxa"/>
              <w:left w:w="70" w:type="dxa"/>
              <w:bottom w:w="50" w:type="dxa"/>
              <w:right w:w="70" w:type="dxa"/>
            </w:tcMar>
            <w:vAlign w:val="center"/>
          </w:tcPr>
          <w:p w14:paraId="456DAF59" w14:textId="77777777" w:rsidR="00F57CE1" w:rsidRDefault="00F57CE1" w:rsidP="00573F18">
            <w:pPr>
              <w:spacing w:after="0" w:line="240" w:lineRule="auto"/>
              <w:jc w:val="right"/>
              <w:rPr>
                <w:rFonts w:cs="Times New Roman"/>
              </w:rPr>
            </w:pPr>
            <w:r>
              <w:rPr>
                <w:rFonts w:cs="Times New Roman"/>
                <w:sz w:val="13"/>
              </w:rPr>
              <w:t>0.029</w:t>
            </w:r>
          </w:p>
        </w:tc>
      </w:tr>
      <w:tr w:rsidR="00F57CE1" w14:paraId="6E12C3EA" w14:textId="77777777" w:rsidTr="00573F18">
        <w:trPr>
          <w:jc w:val="center"/>
        </w:trPr>
        <w:tc>
          <w:tcPr>
            <w:tcW w:w="461" w:type="dxa"/>
            <w:tcMar>
              <w:top w:w="50" w:type="dxa"/>
              <w:left w:w="70" w:type="dxa"/>
              <w:bottom w:w="50" w:type="dxa"/>
              <w:right w:w="70" w:type="dxa"/>
            </w:tcMar>
            <w:vAlign w:val="center"/>
          </w:tcPr>
          <w:p w14:paraId="62509FF4" w14:textId="77777777" w:rsidR="00F57CE1" w:rsidRDefault="00F57CE1" w:rsidP="00573F18">
            <w:pPr>
              <w:spacing w:after="0" w:line="240" w:lineRule="auto"/>
              <w:jc w:val="right"/>
              <w:rPr>
                <w:rFonts w:cs="Times New Roman"/>
              </w:rPr>
            </w:pPr>
            <w:r>
              <w:rPr>
                <w:rFonts w:cs="Times New Roman"/>
                <w:sz w:val="13"/>
              </w:rPr>
              <w:t>1</w:t>
            </w:r>
          </w:p>
        </w:tc>
        <w:tc>
          <w:tcPr>
            <w:tcW w:w="1037" w:type="dxa"/>
            <w:tcMar>
              <w:top w:w="50" w:type="dxa"/>
              <w:left w:w="70" w:type="dxa"/>
              <w:bottom w:w="50" w:type="dxa"/>
              <w:right w:w="70" w:type="dxa"/>
            </w:tcMar>
            <w:vAlign w:val="center"/>
          </w:tcPr>
          <w:p w14:paraId="4A152CE1" w14:textId="77777777" w:rsidR="00F57CE1" w:rsidRDefault="00F57CE1" w:rsidP="00573F18">
            <w:pPr>
              <w:spacing w:after="0" w:line="240" w:lineRule="auto"/>
              <w:jc w:val="right"/>
              <w:rPr>
                <w:rFonts w:cs="Times New Roman"/>
              </w:rPr>
            </w:pPr>
            <w:r>
              <w:rPr>
                <w:rFonts w:cs="Times New Roman"/>
                <w:sz w:val="13"/>
              </w:rPr>
              <w:t>0.065</w:t>
            </w:r>
          </w:p>
        </w:tc>
        <w:tc>
          <w:tcPr>
            <w:tcW w:w="749" w:type="dxa"/>
            <w:tcMar>
              <w:top w:w="50" w:type="dxa"/>
              <w:left w:w="70" w:type="dxa"/>
              <w:bottom w:w="50" w:type="dxa"/>
              <w:right w:w="70" w:type="dxa"/>
            </w:tcMar>
            <w:vAlign w:val="center"/>
          </w:tcPr>
          <w:p w14:paraId="29679A64" w14:textId="77777777" w:rsidR="00F57CE1" w:rsidRDefault="00F57CE1" w:rsidP="00573F18">
            <w:pPr>
              <w:spacing w:after="0" w:line="240" w:lineRule="auto"/>
              <w:jc w:val="right"/>
              <w:rPr>
                <w:rFonts w:cs="Times New Roman"/>
              </w:rPr>
            </w:pPr>
            <w:r>
              <w:rPr>
                <w:rFonts w:cs="Times New Roman"/>
                <w:sz w:val="13"/>
              </w:rPr>
              <w:t>0.887</w:t>
            </w:r>
          </w:p>
        </w:tc>
        <w:tc>
          <w:tcPr>
            <w:tcW w:w="1224" w:type="dxa"/>
            <w:tcMar>
              <w:top w:w="50" w:type="dxa"/>
              <w:left w:w="70" w:type="dxa"/>
              <w:bottom w:w="50" w:type="dxa"/>
              <w:right w:w="70" w:type="dxa"/>
            </w:tcMar>
            <w:vAlign w:val="center"/>
          </w:tcPr>
          <w:p w14:paraId="069AC254" w14:textId="77777777" w:rsidR="00F57CE1" w:rsidRDefault="00F57CE1" w:rsidP="00573F18">
            <w:pPr>
              <w:spacing w:after="0" w:line="240" w:lineRule="auto"/>
              <w:jc w:val="right"/>
              <w:rPr>
                <w:rFonts w:cs="Times New Roman"/>
              </w:rPr>
            </w:pPr>
            <w:r>
              <w:rPr>
                <w:rFonts w:cs="Times New Roman"/>
                <w:sz w:val="13"/>
              </w:rPr>
              <w:t>0.092</w:t>
            </w:r>
          </w:p>
        </w:tc>
        <w:tc>
          <w:tcPr>
            <w:tcW w:w="749" w:type="dxa"/>
            <w:tcMar>
              <w:top w:w="50" w:type="dxa"/>
              <w:left w:w="70" w:type="dxa"/>
              <w:bottom w:w="50" w:type="dxa"/>
              <w:right w:w="70" w:type="dxa"/>
            </w:tcMar>
            <w:vAlign w:val="center"/>
          </w:tcPr>
          <w:p w14:paraId="7A1DB561" w14:textId="77777777" w:rsidR="00F57CE1" w:rsidRDefault="00F57CE1" w:rsidP="00573F18">
            <w:pPr>
              <w:spacing w:after="0" w:line="240" w:lineRule="auto"/>
              <w:jc w:val="right"/>
              <w:rPr>
                <w:rFonts w:cs="Times New Roman"/>
              </w:rPr>
            </w:pPr>
            <w:r>
              <w:rPr>
                <w:rFonts w:cs="Times New Roman"/>
                <w:sz w:val="13"/>
              </w:rPr>
              <w:t>0.035</w:t>
            </w:r>
          </w:p>
        </w:tc>
        <w:tc>
          <w:tcPr>
            <w:tcW w:w="1080" w:type="dxa"/>
            <w:tcMar>
              <w:top w:w="50" w:type="dxa"/>
              <w:left w:w="70" w:type="dxa"/>
              <w:bottom w:w="50" w:type="dxa"/>
              <w:right w:w="70" w:type="dxa"/>
            </w:tcMar>
            <w:vAlign w:val="center"/>
          </w:tcPr>
          <w:p w14:paraId="60C4322A" w14:textId="77777777" w:rsidR="00F57CE1" w:rsidRDefault="00F57CE1" w:rsidP="00573F18">
            <w:pPr>
              <w:spacing w:after="0" w:line="240" w:lineRule="auto"/>
              <w:jc w:val="right"/>
              <w:rPr>
                <w:rFonts w:cs="Times New Roman"/>
              </w:rPr>
            </w:pPr>
            <w:r>
              <w:rPr>
                <w:rFonts w:cs="Times New Roman"/>
                <w:sz w:val="13"/>
              </w:rPr>
              <w:t>0.070</w:t>
            </w:r>
          </w:p>
        </w:tc>
        <w:tc>
          <w:tcPr>
            <w:tcW w:w="893" w:type="dxa"/>
            <w:tcMar>
              <w:top w:w="50" w:type="dxa"/>
              <w:left w:w="70" w:type="dxa"/>
              <w:bottom w:w="50" w:type="dxa"/>
              <w:right w:w="70" w:type="dxa"/>
            </w:tcMar>
            <w:vAlign w:val="center"/>
          </w:tcPr>
          <w:p w14:paraId="61C54CB3" w14:textId="77777777" w:rsidR="00F57CE1" w:rsidRDefault="00F57CE1" w:rsidP="00573F18">
            <w:pPr>
              <w:spacing w:after="0" w:line="240" w:lineRule="auto"/>
              <w:jc w:val="right"/>
              <w:rPr>
                <w:rFonts w:cs="Times New Roman"/>
              </w:rPr>
            </w:pPr>
            <w:r>
              <w:rPr>
                <w:rFonts w:cs="Times New Roman"/>
                <w:sz w:val="13"/>
              </w:rPr>
              <w:t>0.915</w:t>
            </w:r>
          </w:p>
        </w:tc>
        <w:tc>
          <w:tcPr>
            <w:tcW w:w="1267" w:type="dxa"/>
            <w:tcMar>
              <w:top w:w="50" w:type="dxa"/>
              <w:left w:w="70" w:type="dxa"/>
              <w:bottom w:w="50" w:type="dxa"/>
              <w:right w:w="70" w:type="dxa"/>
            </w:tcMar>
            <w:vAlign w:val="center"/>
          </w:tcPr>
          <w:p w14:paraId="691C47E4" w14:textId="77777777" w:rsidR="00F57CE1" w:rsidRDefault="00F57CE1" w:rsidP="00573F18">
            <w:pPr>
              <w:spacing w:after="0" w:line="240" w:lineRule="auto"/>
              <w:jc w:val="right"/>
              <w:rPr>
                <w:rFonts w:cs="Times New Roman"/>
              </w:rPr>
            </w:pPr>
            <w:r>
              <w:rPr>
                <w:rFonts w:cs="Times New Roman"/>
                <w:sz w:val="13"/>
              </w:rPr>
              <w:t>0.094</w:t>
            </w:r>
          </w:p>
        </w:tc>
        <w:tc>
          <w:tcPr>
            <w:tcW w:w="893" w:type="dxa"/>
            <w:tcMar>
              <w:top w:w="50" w:type="dxa"/>
              <w:left w:w="70" w:type="dxa"/>
              <w:bottom w:w="50" w:type="dxa"/>
              <w:right w:w="70" w:type="dxa"/>
            </w:tcMar>
            <w:vAlign w:val="center"/>
          </w:tcPr>
          <w:p w14:paraId="7CFEE000" w14:textId="77777777" w:rsidR="00F57CE1" w:rsidRDefault="00F57CE1" w:rsidP="00573F18">
            <w:pPr>
              <w:spacing w:after="0" w:line="240" w:lineRule="auto"/>
              <w:jc w:val="right"/>
              <w:rPr>
                <w:rFonts w:cs="Times New Roman"/>
              </w:rPr>
            </w:pPr>
            <w:r>
              <w:rPr>
                <w:rFonts w:cs="Times New Roman"/>
                <w:sz w:val="13"/>
              </w:rPr>
              <w:t>0.220</w:t>
            </w:r>
          </w:p>
        </w:tc>
        <w:tc>
          <w:tcPr>
            <w:tcW w:w="893" w:type="dxa"/>
            <w:tcMar>
              <w:top w:w="50" w:type="dxa"/>
              <w:left w:w="70" w:type="dxa"/>
              <w:bottom w:w="50" w:type="dxa"/>
              <w:right w:w="70" w:type="dxa"/>
            </w:tcMar>
            <w:vAlign w:val="center"/>
          </w:tcPr>
          <w:p w14:paraId="58E44899" w14:textId="77777777" w:rsidR="00F57CE1" w:rsidRDefault="00F57CE1" w:rsidP="00573F18">
            <w:pPr>
              <w:spacing w:after="0" w:line="240" w:lineRule="auto"/>
              <w:jc w:val="right"/>
              <w:rPr>
                <w:rFonts w:cs="Times New Roman"/>
              </w:rPr>
            </w:pPr>
            <w:r>
              <w:rPr>
                <w:rFonts w:cs="Times New Roman"/>
                <w:sz w:val="13"/>
              </w:rPr>
              <w:t>1.644</w:t>
            </w:r>
          </w:p>
        </w:tc>
        <w:tc>
          <w:tcPr>
            <w:tcW w:w="749" w:type="dxa"/>
            <w:tcMar>
              <w:top w:w="50" w:type="dxa"/>
              <w:left w:w="70" w:type="dxa"/>
              <w:bottom w:w="50" w:type="dxa"/>
              <w:right w:w="70" w:type="dxa"/>
            </w:tcMar>
            <w:vAlign w:val="center"/>
          </w:tcPr>
          <w:p w14:paraId="48C2054D" w14:textId="77777777" w:rsidR="00F57CE1" w:rsidRDefault="00F57CE1" w:rsidP="00573F18">
            <w:pPr>
              <w:spacing w:after="0" w:line="240" w:lineRule="auto"/>
              <w:jc w:val="right"/>
              <w:rPr>
                <w:rFonts w:cs="Times New Roman"/>
              </w:rPr>
            </w:pPr>
            <w:r>
              <w:rPr>
                <w:rFonts w:cs="Times New Roman"/>
                <w:sz w:val="13"/>
              </w:rPr>
              <w:t>0.100</w:t>
            </w:r>
          </w:p>
        </w:tc>
        <w:tc>
          <w:tcPr>
            <w:tcW w:w="893" w:type="dxa"/>
            <w:tcMar>
              <w:top w:w="50" w:type="dxa"/>
              <w:left w:w="70" w:type="dxa"/>
              <w:bottom w:w="50" w:type="dxa"/>
              <w:right w:w="70" w:type="dxa"/>
            </w:tcMar>
            <w:vAlign w:val="center"/>
          </w:tcPr>
          <w:p w14:paraId="56522E24" w14:textId="77777777" w:rsidR="00F57CE1" w:rsidRDefault="00F57CE1" w:rsidP="00573F18">
            <w:pPr>
              <w:spacing w:after="0" w:line="240" w:lineRule="auto"/>
              <w:jc w:val="right"/>
              <w:rPr>
                <w:rFonts w:cs="Times New Roman"/>
              </w:rPr>
            </w:pPr>
            <w:r>
              <w:rPr>
                <w:rFonts w:cs="Times New Roman"/>
                <w:sz w:val="13"/>
              </w:rPr>
              <w:t>1.348</w:t>
            </w:r>
          </w:p>
        </w:tc>
        <w:tc>
          <w:tcPr>
            <w:tcW w:w="749" w:type="dxa"/>
            <w:tcMar>
              <w:top w:w="50" w:type="dxa"/>
              <w:left w:w="70" w:type="dxa"/>
              <w:bottom w:w="50" w:type="dxa"/>
              <w:right w:w="70" w:type="dxa"/>
            </w:tcMar>
            <w:vAlign w:val="center"/>
          </w:tcPr>
          <w:p w14:paraId="29C10CBF" w14:textId="77777777" w:rsidR="00F57CE1" w:rsidRDefault="00F57CE1" w:rsidP="00573F18">
            <w:pPr>
              <w:spacing w:after="0" w:line="240" w:lineRule="auto"/>
              <w:jc w:val="right"/>
              <w:rPr>
                <w:rFonts w:cs="Times New Roman"/>
              </w:rPr>
            </w:pPr>
            <w:r>
              <w:rPr>
                <w:rFonts w:cs="Times New Roman"/>
                <w:sz w:val="13"/>
              </w:rPr>
              <w:t>0.178</w:t>
            </w:r>
          </w:p>
        </w:tc>
      </w:tr>
      <w:tr w:rsidR="00F57CE1" w14:paraId="38B6A16D" w14:textId="77777777" w:rsidTr="00573F18">
        <w:trPr>
          <w:jc w:val="center"/>
        </w:trPr>
        <w:tc>
          <w:tcPr>
            <w:tcW w:w="461" w:type="dxa"/>
            <w:tcMar>
              <w:top w:w="50" w:type="dxa"/>
              <w:left w:w="70" w:type="dxa"/>
              <w:bottom w:w="50" w:type="dxa"/>
              <w:right w:w="70" w:type="dxa"/>
            </w:tcMar>
            <w:vAlign w:val="center"/>
          </w:tcPr>
          <w:p w14:paraId="60F2E19D" w14:textId="77777777" w:rsidR="00F57CE1" w:rsidRDefault="00F57CE1" w:rsidP="00573F18">
            <w:pPr>
              <w:spacing w:after="0" w:line="240" w:lineRule="auto"/>
              <w:jc w:val="right"/>
              <w:rPr>
                <w:rFonts w:cs="Times New Roman"/>
              </w:rPr>
            </w:pPr>
            <w:r>
              <w:rPr>
                <w:rFonts w:cs="Times New Roman"/>
                <w:sz w:val="13"/>
              </w:rPr>
              <w:t>2</w:t>
            </w:r>
          </w:p>
        </w:tc>
        <w:tc>
          <w:tcPr>
            <w:tcW w:w="1037" w:type="dxa"/>
            <w:tcMar>
              <w:top w:w="50" w:type="dxa"/>
              <w:left w:w="70" w:type="dxa"/>
              <w:bottom w:w="50" w:type="dxa"/>
              <w:right w:w="70" w:type="dxa"/>
            </w:tcMar>
            <w:vAlign w:val="center"/>
          </w:tcPr>
          <w:p w14:paraId="60C63CBE" w14:textId="77777777" w:rsidR="00F57CE1" w:rsidRDefault="00F57CE1" w:rsidP="00573F18">
            <w:pPr>
              <w:spacing w:after="0" w:line="240" w:lineRule="auto"/>
              <w:jc w:val="right"/>
              <w:rPr>
                <w:rFonts w:cs="Times New Roman"/>
              </w:rPr>
            </w:pPr>
            <w:r>
              <w:rPr>
                <w:rFonts w:cs="Times New Roman"/>
                <w:sz w:val="13"/>
              </w:rPr>
              <w:t>-0.162</w:t>
            </w:r>
          </w:p>
        </w:tc>
        <w:tc>
          <w:tcPr>
            <w:tcW w:w="749" w:type="dxa"/>
            <w:tcMar>
              <w:top w:w="50" w:type="dxa"/>
              <w:left w:w="70" w:type="dxa"/>
              <w:bottom w:w="50" w:type="dxa"/>
              <w:right w:w="70" w:type="dxa"/>
            </w:tcMar>
            <w:vAlign w:val="center"/>
          </w:tcPr>
          <w:p w14:paraId="301536C4" w14:textId="77777777" w:rsidR="00F57CE1" w:rsidRDefault="00F57CE1" w:rsidP="00573F18">
            <w:pPr>
              <w:spacing w:after="0" w:line="240" w:lineRule="auto"/>
              <w:jc w:val="right"/>
              <w:rPr>
                <w:rFonts w:cs="Times New Roman"/>
              </w:rPr>
            </w:pPr>
            <w:r>
              <w:rPr>
                <w:rFonts w:cs="Times New Roman"/>
                <w:sz w:val="13"/>
              </w:rPr>
              <w:t>0.772</w:t>
            </w:r>
          </w:p>
        </w:tc>
        <w:tc>
          <w:tcPr>
            <w:tcW w:w="1224" w:type="dxa"/>
            <w:tcMar>
              <w:top w:w="50" w:type="dxa"/>
              <w:left w:w="70" w:type="dxa"/>
              <w:bottom w:w="50" w:type="dxa"/>
              <w:right w:w="70" w:type="dxa"/>
            </w:tcMar>
            <w:vAlign w:val="center"/>
          </w:tcPr>
          <w:p w14:paraId="38E2CCB4" w14:textId="77777777" w:rsidR="00F57CE1" w:rsidRDefault="00F57CE1" w:rsidP="00573F18">
            <w:pPr>
              <w:spacing w:after="0" w:line="240" w:lineRule="auto"/>
              <w:jc w:val="right"/>
              <w:rPr>
                <w:rFonts w:cs="Times New Roman"/>
              </w:rPr>
            </w:pPr>
            <w:r>
              <w:rPr>
                <w:rFonts w:cs="Times New Roman"/>
                <w:sz w:val="13"/>
              </w:rPr>
              <w:t>0.106</w:t>
            </w:r>
          </w:p>
        </w:tc>
        <w:tc>
          <w:tcPr>
            <w:tcW w:w="749" w:type="dxa"/>
            <w:tcMar>
              <w:top w:w="50" w:type="dxa"/>
              <w:left w:w="70" w:type="dxa"/>
              <w:bottom w:w="50" w:type="dxa"/>
              <w:right w:w="70" w:type="dxa"/>
            </w:tcMar>
            <w:vAlign w:val="center"/>
          </w:tcPr>
          <w:p w14:paraId="6FD3E483" w14:textId="77777777" w:rsidR="00F57CE1" w:rsidRDefault="00F57CE1" w:rsidP="00573F18">
            <w:pPr>
              <w:spacing w:after="0" w:line="240" w:lineRule="auto"/>
              <w:jc w:val="right"/>
              <w:rPr>
                <w:rFonts w:cs="Times New Roman"/>
              </w:rPr>
            </w:pPr>
            <w:r>
              <w:rPr>
                <w:rFonts w:cs="Times New Roman"/>
                <w:sz w:val="13"/>
              </w:rPr>
              <w:t>0.015</w:t>
            </w:r>
          </w:p>
        </w:tc>
        <w:tc>
          <w:tcPr>
            <w:tcW w:w="1080" w:type="dxa"/>
            <w:tcMar>
              <w:top w:w="50" w:type="dxa"/>
              <w:left w:w="70" w:type="dxa"/>
              <w:bottom w:w="50" w:type="dxa"/>
              <w:right w:w="70" w:type="dxa"/>
            </w:tcMar>
            <w:vAlign w:val="center"/>
          </w:tcPr>
          <w:p w14:paraId="2EF26E9A" w14:textId="77777777" w:rsidR="00F57CE1" w:rsidRDefault="00F57CE1" w:rsidP="00573F18">
            <w:pPr>
              <w:spacing w:after="0" w:line="240" w:lineRule="auto"/>
              <w:jc w:val="right"/>
              <w:rPr>
                <w:rFonts w:cs="Times New Roman"/>
              </w:rPr>
            </w:pPr>
            <w:r>
              <w:rPr>
                <w:rFonts w:cs="Times New Roman"/>
                <w:sz w:val="13"/>
              </w:rPr>
              <w:t>-0.139</w:t>
            </w:r>
          </w:p>
        </w:tc>
        <w:tc>
          <w:tcPr>
            <w:tcW w:w="893" w:type="dxa"/>
            <w:tcMar>
              <w:top w:w="50" w:type="dxa"/>
              <w:left w:w="70" w:type="dxa"/>
              <w:bottom w:w="50" w:type="dxa"/>
              <w:right w:w="70" w:type="dxa"/>
            </w:tcMar>
            <w:vAlign w:val="center"/>
          </w:tcPr>
          <w:p w14:paraId="2589CAE9" w14:textId="77777777" w:rsidR="00F57CE1" w:rsidRDefault="00F57CE1" w:rsidP="00573F18">
            <w:pPr>
              <w:spacing w:after="0" w:line="240" w:lineRule="auto"/>
              <w:jc w:val="right"/>
              <w:rPr>
                <w:rFonts w:cs="Times New Roman"/>
              </w:rPr>
            </w:pPr>
            <w:r>
              <w:rPr>
                <w:rFonts w:cs="Times New Roman"/>
                <w:sz w:val="13"/>
              </w:rPr>
              <w:t>0.855</w:t>
            </w:r>
          </w:p>
        </w:tc>
        <w:tc>
          <w:tcPr>
            <w:tcW w:w="1267" w:type="dxa"/>
            <w:tcMar>
              <w:top w:w="50" w:type="dxa"/>
              <w:left w:w="70" w:type="dxa"/>
              <w:bottom w:w="50" w:type="dxa"/>
              <w:right w:w="70" w:type="dxa"/>
            </w:tcMar>
            <w:vAlign w:val="center"/>
          </w:tcPr>
          <w:p w14:paraId="323A12A1" w14:textId="77777777" w:rsidR="00F57CE1" w:rsidRDefault="00F57CE1" w:rsidP="00573F18">
            <w:pPr>
              <w:spacing w:after="0" w:line="240" w:lineRule="auto"/>
              <w:jc w:val="right"/>
              <w:rPr>
                <w:rFonts w:cs="Times New Roman"/>
              </w:rPr>
            </w:pPr>
            <w:r>
              <w:rPr>
                <w:rFonts w:cs="Times New Roman"/>
                <w:sz w:val="13"/>
              </w:rPr>
              <w:t>0.117</w:t>
            </w:r>
          </w:p>
        </w:tc>
        <w:tc>
          <w:tcPr>
            <w:tcW w:w="893" w:type="dxa"/>
            <w:tcMar>
              <w:top w:w="50" w:type="dxa"/>
              <w:left w:w="70" w:type="dxa"/>
              <w:bottom w:w="50" w:type="dxa"/>
              <w:right w:w="70" w:type="dxa"/>
            </w:tcMar>
            <w:vAlign w:val="center"/>
          </w:tcPr>
          <w:p w14:paraId="78E976FD" w14:textId="77777777" w:rsidR="00F57CE1" w:rsidRDefault="00F57CE1" w:rsidP="00573F18">
            <w:pPr>
              <w:spacing w:after="0" w:line="240" w:lineRule="auto"/>
              <w:jc w:val="right"/>
              <w:rPr>
                <w:rFonts w:cs="Times New Roman"/>
              </w:rPr>
            </w:pPr>
            <w:r>
              <w:rPr>
                <w:rFonts w:cs="Times New Roman"/>
                <w:sz w:val="13"/>
              </w:rPr>
              <w:t>0.178</w:t>
            </w:r>
          </w:p>
        </w:tc>
        <w:tc>
          <w:tcPr>
            <w:tcW w:w="893" w:type="dxa"/>
            <w:tcMar>
              <w:top w:w="50" w:type="dxa"/>
              <w:left w:w="70" w:type="dxa"/>
              <w:bottom w:w="50" w:type="dxa"/>
              <w:right w:w="70" w:type="dxa"/>
            </w:tcMar>
            <w:vAlign w:val="center"/>
          </w:tcPr>
          <w:p w14:paraId="2F86B335" w14:textId="77777777" w:rsidR="00F57CE1" w:rsidRDefault="00F57CE1" w:rsidP="00573F18">
            <w:pPr>
              <w:spacing w:after="0" w:line="240" w:lineRule="auto"/>
              <w:jc w:val="right"/>
              <w:rPr>
                <w:rFonts w:cs="Times New Roman"/>
              </w:rPr>
            </w:pPr>
            <w:r>
              <w:rPr>
                <w:rFonts w:cs="Times New Roman"/>
                <w:sz w:val="13"/>
              </w:rPr>
              <w:t>-0.002</w:t>
            </w:r>
          </w:p>
        </w:tc>
        <w:tc>
          <w:tcPr>
            <w:tcW w:w="749" w:type="dxa"/>
            <w:tcMar>
              <w:top w:w="50" w:type="dxa"/>
              <w:left w:w="70" w:type="dxa"/>
              <w:bottom w:w="50" w:type="dxa"/>
              <w:right w:w="70" w:type="dxa"/>
            </w:tcMar>
            <w:vAlign w:val="center"/>
          </w:tcPr>
          <w:p w14:paraId="5D95D64A" w14:textId="77777777" w:rsidR="00F57CE1" w:rsidRDefault="00F57CE1" w:rsidP="00573F18">
            <w:pPr>
              <w:spacing w:after="0" w:line="240" w:lineRule="auto"/>
              <w:jc w:val="right"/>
              <w:rPr>
                <w:rFonts w:cs="Times New Roman"/>
              </w:rPr>
            </w:pPr>
            <w:r>
              <w:rPr>
                <w:rFonts w:cs="Times New Roman"/>
                <w:sz w:val="13"/>
              </w:rPr>
              <w:t>0.998</w:t>
            </w:r>
          </w:p>
        </w:tc>
        <w:tc>
          <w:tcPr>
            <w:tcW w:w="893" w:type="dxa"/>
            <w:tcMar>
              <w:top w:w="50" w:type="dxa"/>
              <w:left w:w="70" w:type="dxa"/>
              <w:bottom w:w="50" w:type="dxa"/>
              <w:right w:w="70" w:type="dxa"/>
            </w:tcMar>
            <w:vAlign w:val="center"/>
          </w:tcPr>
          <w:p w14:paraId="584AAD26" w14:textId="77777777" w:rsidR="00F57CE1" w:rsidRDefault="00F57CE1" w:rsidP="00573F18">
            <w:pPr>
              <w:spacing w:after="0" w:line="240" w:lineRule="auto"/>
              <w:jc w:val="right"/>
              <w:rPr>
                <w:rFonts w:cs="Times New Roman"/>
              </w:rPr>
            </w:pPr>
            <w:r>
              <w:rPr>
                <w:rFonts w:cs="Times New Roman"/>
                <w:sz w:val="13"/>
              </w:rPr>
              <w:t>0.093</w:t>
            </w:r>
          </w:p>
        </w:tc>
        <w:tc>
          <w:tcPr>
            <w:tcW w:w="749" w:type="dxa"/>
            <w:tcMar>
              <w:top w:w="50" w:type="dxa"/>
              <w:left w:w="70" w:type="dxa"/>
              <w:bottom w:w="50" w:type="dxa"/>
              <w:right w:w="70" w:type="dxa"/>
            </w:tcMar>
            <w:vAlign w:val="center"/>
          </w:tcPr>
          <w:p w14:paraId="43E16398" w14:textId="77777777" w:rsidR="00F57CE1" w:rsidRDefault="00F57CE1" w:rsidP="00573F18">
            <w:pPr>
              <w:spacing w:after="0" w:line="240" w:lineRule="auto"/>
              <w:jc w:val="right"/>
              <w:rPr>
                <w:rFonts w:cs="Times New Roman"/>
              </w:rPr>
            </w:pPr>
            <w:r>
              <w:rPr>
                <w:rFonts w:cs="Times New Roman"/>
                <w:sz w:val="13"/>
              </w:rPr>
              <w:t>0.926</w:t>
            </w:r>
          </w:p>
        </w:tc>
      </w:tr>
      <w:tr w:rsidR="00F57CE1" w14:paraId="26418AFF" w14:textId="77777777" w:rsidTr="00573F18">
        <w:trPr>
          <w:jc w:val="center"/>
        </w:trPr>
        <w:tc>
          <w:tcPr>
            <w:tcW w:w="461" w:type="dxa"/>
            <w:tcMar>
              <w:top w:w="50" w:type="dxa"/>
              <w:left w:w="70" w:type="dxa"/>
              <w:bottom w:w="50" w:type="dxa"/>
              <w:right w:w="70" w:type="dxa"/>
            </w:tcMar>
            <w:vAlign w:val="center"/>
          </w:tcPr>
          <w:p w14:paraId="515B98F4" w14:textId="77777777" w:rsidR="00F57CE1" w:rsidRDefault="00F57CE1" w:rsidP="00573F18">
            <w:pPr>
              <w:spacing w:after="0" w:line="240" w:lineRule="auto"/>
              <w:jc w:val="right"/>
              <w:rPr>
                <w:rFonts w:cs="Times New Roman"/>
              </w:rPr>
            </w:pPr>
            <w:r>
              <w:rPr>
                <w:rFonts w:cs="Times New Roman"/>
                <w:sz w:val="13"/>
              </w:rPr>
              <w:t>3</w:t>
            </w:r>
          </w:p>
        </w:tc>
        <w:tc>
          <w:tcPr>
            <w:tcW w:w="1037" w:type="dxa"/>
            <w:tcMar>
              <w:top w:w="50" w:type="dxa"/>
              <w:left w:w="70" w:type="dxa"/>
              <w:bottom w:w="50" w:type="dxa"/>
              <w:right w:w="70" w:type="dxa"/>
            </w:tcMar>
            <w:vAlign w:val="center"/>
          </w:tcPr>
          <w:p w14:paraId="4207B7FC" w14:textId="77777777" w:rsidR="00F57CE1" w:rsidRDefault="00F57CE1" w:rsidP="00573F18">
            <w:pPr>
              <w:spacing w:after="0" w:line="240" w:lineRule="auto"/>
              <w:jc w:val="right"/>
              <w:rPr>
                <w:rFonts w:cs="Times New Roman"/>
              </w:rPr>
            </w:pPr>
            <w:r>
              <w:rPr>
                <w:rFonts w:cs="Times New Roman"/>
                <w:sz w:val="13"/>
              </w:rPr>
              <w:t>-1.198</w:t>
            </w:r>
          </w:p>
        </w:tc>
        <w:tc>
          <w:tcPr>
            <w:tcW w:w="749" w:type="dxa"/>
            <w:tcMar>
              <w:top w:w="50" w:type="dxa"/>
              <w:left w:w="70" w:type="dxa"/>
              <w:bottom w:w="50" w:type="dxa"/>
              <w:right w:w="70" w:type="dxa"/>
            </w:tcMar>
            <w:vAlign w:val="center"/>
          </w:tcPr>
          <w:p w14:paraId="3D2A153D" w14:textId="77777777" w:rsidR="00F57CE1" w:rsidRDefault="00F57CE1" w:rsidP="00573F18">
            <w:pPr>
              <w:spacing w:after="0" w:line="240" w:lineRule="auto"/>
              <w:jc w:val="right"/>
              <w:rPr>
                <w:rFonts w:cs="Times New Roman"/>
              </w:rPr>
            </w:pPr>
            <w:r>
              <w:rPr>
                <w:rFonts w:cs="Times New Roman"/>
                <w:sz w:val="13"/>
              </w:rPr>
              <w:t>0.168</w:t>
            </w:r>
          </w:p>
        </w:tc>
        <w:tc>
          <w:tcPr>
            <w:tcW w:w="1224" w:type="dxa"/>
            <w:tcMar>
              <w:top w:w="50" w:type="dxa"/>
              <w:left w:w="70" w:type="dxa"/>
              <w:bottom w:w="50" w:type="dxa"/>
              <w:right w:w="70" w:type="dxa"/>
            </w:tcMar>
            <w:vAlign w:val="center"/>
          </w:tcPr>
          <w:p w14:paraId="127DA512" w14:textId="77777777" w:rsidR="00F57CE1" w:rsidRDefault="00F57CE1" w:rsidP="00573F18">
            <w:pPr>
              <w:spacing w:after="0" w:line="240" w:lineRule="auto"/>
              <w:jc w:val="right"/>
              <w:rPr>
                <w:rFonts w:cs="Times New Roman"/>
              </w:rPr>
            </w:pPr>
            <w:r>
              <w:rPr>
                <w:rFonts w:cs="Times New Roman"/>
                <w:sz w:val="13"/>
              </w:rPr>
              <w:t>0.119</w:t>
            </w:r>
          </w:p>
        </w:tc>
        <w:tc>
          <w:tcPr>
            <w:tcW w:w="749" w:type="dxa"/>
            <w:tcMar>
              <w:top w:w="50" w:type="dxa"/>
              <w:left w:w="70" w:type="dxa"/>
              <w:bottom w:w="50" w:type="dxa"/>
              <w:right w:w="70" w:type="dxa"/>
            </w:tcMar>
            <w:vAlign w:val="center"/>
          </w:tcPr>
          <w:p w14:paraId="79326A31" w14:textId="77777777" w:rsidR="00F57CE1" w:rsidRDefault="00F57CE1" w:rsidP="00573F18">
            <w:pPr>
              <w:spacing w:after="0" w:line="240" w:lineRule="auto"/>
              <w:jc w:val="right"/>
              <w:rPr>
                <w:rFonts w:cs="Times New Roman"/>
              </w:rPr>
            </w:pPr>
            <w:r>
              <w:rPr>
                <w:rFonts w:cs="Times New Roman"/>
                <w:sz w:val="13"/>
              </w:rPr>
              <w:t>0.045</w:t>
            </w:r>
          </w:p>
        </w:tc>
        <w:tc>
          <w:tcPr>
            <w:tcW w:w="1080" w:type="dxa"/>
            <w:tcMar>
              <w:top w:w="50" w:type="dxa"/>
              <w:left w:w="70" w:type="dxa"/>
              <w:bottom w:w="50" w:type="dxa"/>
              <w:right w:w="70" w:type="dxa"/>
            </w:tcMar>
            <w:vAlign w:val="center"/>
          </w:tcPr>
          <w:p w14:paraId="1E20E505" w14:textId="77777777" w:rsidR="00F57CE1" w:rsidRDefault="00F57CE1" w:rsidP="00573F18">
            <w:pPr>
              <w:spacing w:after="0" w:line="240" w:lineRule="auto"/>
              <w:jc w:val="right"/>
              <w:rPr>
                <w:rFonts w:cs="Times New Roman"/>
              </w:rPr>
            </w:pPr>
            <w:r>
              <w:rPr>
                <w:rFonts w:cs="Times New Roman"/>
                <w:sz w:val="13"/>
              </w:rPr>
              <w:t>-1.184</w:t>
            </w:r>
          </w:p>
        </w:tc>
        <w:tc>
          <w:tcPr>
            <w:tcW w:w="893" w:type="dxa"/>
            <w:tcMar>
              <w:top w:w="50" w:type="dxa"/>
              <w:left w:w="70" w:type="dxa"/>
              <w:bottom w:w="50" w:type="dxa"/>
              <w:right w:w="70" w:type="dxa"/>
            </w:tcMar>
            <w:vAlign w:val="center"/>
          </w:tcPr>
          <w:p w14:paraId="6EFEB72C" w14:textId="77777777" w:rsidR="00F57CE1" w:rsidRDefault="00F57CE1" w:rsidP="00573F18">
            <w:pPr>
              <w:spacing w:after="0" w:line="240" w:lineRule="auto"/>
              <w:jc w:val="right"/>
              <w:rPr>
                <w:rFonts w:cs="Times New Roman"/>
              </w:rPr>
            </w:pPr>
            <w:r>
              <w:rPr>
                <w:rFonts w:cs="Times New Roman"/>
                <w:sz w:val="13"/>
              </w:rPr>
              <w:t>0.163</w:t>
            </w:r>
          </w:p>
        </w:tc>
        <w:tc>
          <w:tcPr>
            <w:tcW w:w="1267" w:type="dxa"/>
            <w:tcMar>
              <w:top w:w="50" w:type="dxa"/>
              <w:left w:w="70" w:type="dxa"/>
              <w:bottom w:w="50" w:type="dxa"/>
              <w:right w:w="70" w:type="dxa"/>
            </w:tcMar>
            <w:vAlign w:val="center"/>
          </w:tcPr>
          <w:p w14:paraId="3CC60254" w14:textId="77777777" w:rsidR="00F57CE1" w:rsidRDefault="00F57CE1" w:rsidP="00573F18">
            <w:pPr>
              <w:spacing w:after="0" w:line="240" w:lineRule="auto"/>
              <w:jc w:val="right"/>
              <w:rPr>
                <w:rFonts w:cs="Times New Roman"/>
              </w:rPr>
            </w:pPr>
            <w:r>
              <w:rPr>
                <w:rFonts w:cs="Times New Roman"/>
                <w:sz w:val="13"/>
              </w:rPr>
              <w:t>0.137</w:t>
            </w:r>
          </w:p>
        </w:tc>
        <w:tc>
          <w:tcPr>
            <w:tcW w:w="893" w:type="dxa"/>
            <w:tcMar>
              <w:top w:w="50" w:type="dxa"/>
              <w:left w:w="70" w:type="dxa"/>
              <w:bottom w:w="50" w:type="dxa"/>
              <w:right w:w="70" w:type="dxa"/>
            </w:tcMar>
            <w:vAlign w:val="center"/>
          </w:tcPr>
          <w:p w14:paraId="1354275C" w14:textId="77777777" w:rsidR="00F57CE1" w:rsidRDefault="00F57CE1" w:rsidP="00573F18">
            <w:pPr>
              <w:spacing w:after="0" w:line="240" w:lineRule="auto"/>
              <w:jc w:val="right"/>
              <w:rPr>
                <w:rFonts w:cs="Times New Roman"/>
              </w:rPr>
            </w:pPr>
            <w:r>
              <w:rPr>
                <w:rFonts w:cs="Times New Roman"/>
                <w:sz w:val="13"/>
              </w:rPr>
              <w:t>0.185</w:t>
            </w:r>
          </w:p>
        </w:tc>
        <w:tc>
          <w:tcPr>
            <w:tcW w:w="893" w:type="dxa"/>
            <w:tcMar>
              <w:top w:w="50" w:type="dxa"/>
              <w:left w:w="70" w:type="dxa"/>
              <w:bottom w:w="50" w:type="dxa"/>
              <w:right w:w="70" w:type="dxa"/>
            </w:tcMar>
            <w:vAlign w:val="center"/>
          </w:tcPr>
          <w:p w14:paraId="1E76BBE8" w14:textId="77777777" w:rsidR="00F57CE1" w:rsidRDefault="00F57CE1" w:rsidP="00573F18">
            <w:pPr>
              <w:spacing w:after="0" w:line="240" w:lineRule="auto"/>
              <w:jc w:val="right"/>
              <w:rPr>
                <w:rFonts w:cs="Times New Roman"/>
              </w:rPr>
            </w:pPr>
            <w:r>
              <w:rPr>
                <w:rFonts w:cs="Times New Roman"/>
                <w:sz w:val="13"/>
              </w:rPr>
              <w:t>-1.645</w:t>
            </w:r>
          </w:p>
        </w:tc>
        <w:tc>
          <w:tcPr>
            <w:tcW w:w="749" w:type="dxa"/>
            <w:tcMar>
              <w:top w:w="50" w:type="dxa"/>
              <w:left w:w="70" w:type="dxa"/>
              <w:bottom w:w="50" w:type="dxa"/>
              <w:right w:w="70" w:type="dxa"/>
            </w:tcMar>
            <w:vAlign w:val="center"/>
          </w:tcPr>
          <w:p w14:paraId="4C1371B2" w14:textId="77777777" w:rsidR="00F57CE1" w:rsidRDefault="00F57CE1" w:rsidP="00573F18">
            <w:pPr>
              <w:spacing w:after="0" w:line="240" w:lineRule="auto"/>
              <w:jc w:val="right"/>
              <w:rPr>
                <w:rFonts w:cs="Times New Roman"/>
              </w:rPr>
            </w:pPr>
            <w:r>
              <w:rPr>
                <w:rFonts w:cs="Times New Roman"/>
                <w:sz w:val="13"/>
              </w:rPr>
              <w:t>0.100</w:t>
            </w:r>
          </w:p>
        </w:tc>
        <w:tc>
          <w:tcPr>
            <w:tcW w:w="893" w:type="dxa"/>
            <w:tcMar>
              <w:top w:w="50" w:type="dxa"/>
              <w:left w:w="70" w:type="dxa"/>
              <w:bottom w:w="50" w:type="dxa"/>
              <w:right w:w="70" w:type="dxa"/>
            </w:tcMar>
            <w:vAlign w:val="center"/>
          </w:tcPr>
          <w:p w14:paraId="20FD9F45" w14:textId="77777777" w:rsidR="00F57CE1" w:rsidRDefault="00F57CE1" w:rsidP="00573F18">
            <w:pPr>
              <w:spacing w:after="0" w:line="240" w:lineRule="auto"/>
              <w:jc w:val="right"/>
              <w:rPr>
                <w:rFonts w:cs="Times New Roman"/>
              </w:rPr>
            </w:pPr>
            <w:r>
              <w:rPr>
                <w:rFonts w:cs="Times New Roman"/>
                <w:sz w:val="13"/>
              </w:rPr>
              <w:t>0.196</w:t>
            </w:r>
          </w:p>
        </w:tc>
        <w:tc>
          <w:tcPr>
            <w:tcW w:w="749" w:type="dxa"/>
            <w:tcMar>
              <w:top w:w="50" w:type="dxa"/>
              <w:left w:w="70" w:type="dxa"/>
              <w:bottom w:w="50" w:type="dxa"/>
              <w:right w:w="70" w:type="dxa"/>
            </w:tcMar>
            <w:vAlign w:val="center"/>
          </w:tcPr>
          <w:p w14:paraId="3CD3D93B" w14:textId="77777777" w:rsidR="00F57CE1" w:rsidRDefault="00F57CE1" w:rsidP="00573F18">
            <w:pPr>
              <w:spacing w:after="0" w:line="240" w:lineRule="auto"/>
              <w:jc w:val="right"/>
              <w:rPr>
                <w:rFonts w:cs="Times New Roman"/>
              </w:rPr>
            </w:pPr>
            <w:r>
              <w:rPr>
                <w:rFonts w:cs="Times New Roman"/>
                <w:sz w:val="13"/>
              </w:rPr>
              <w:t>0.845</w:t>
            </w:r>
          </w:p>
        </w:tc>
      </w:tr>
      <w:tr w:rsidR="00F57CE1" w14:paraId="1F6DE3F5" w14:textId="77777777" w:rsidTr="00573F18">
        <w:trPr>
          <w:jc w:val="center"/>
        </w:trPr>
        <w:tc>
          <w:tcPr>
            <w:tcW w:w="461" w:type="dxa"/>
            <w:tcMar>
              <w:top w:w="50" w:type="dxa"/>
              <w:left w:w="70" w:type="dxa"/>
              <w:bottom w:w="50" w:type="dxa"/>
              <w:right w:w="70" w:type="dxa"/>
            </w:tcMar>
            <w:vAlign w:val="center"/>
          </w:tcPr>
          <w:p w14:paraId="3B7E14F4" w14:textId="77777777" w:rsidR="00F57CE1" w:rsidRDefault="00F57CE1" w:rsidP="00573F18">
            <w:pPr>
              <w:spacing w:after="0" w:line="240" w:lineRule="auto"/>
              <w:jc w:val="right"/>
              <w:rPr>
                <w:rFonts w:cs="Times New Roman"/>
              </w:rPr>
            </w:pPr>
            <w:r>
              <w:rPr>
                <w:rFonts w:cs="Times New Roman"/>
                <w:sz w:val="13"/>
              </w:rPr>
              <w:t>4</w:t>
            </w:r>
          </w:p>
        </w:tc>
        <w:tc>
          <w:tcPr>
            <w:tcW w:w="1037" w:type="dxa"/>
            <w:tcMar>
              <w:top w:w="50" w:type="dxa"/>
              <w:left w:w="70" w:type="dxa"/>
              <w:bottom w:w="50" w:type="dxa"/>
              <w:right w:w="70" w:type="dxa"/>
            </w:tcMar>
            <w:vAlign w:val="center"/>
          </w:tcPr>
          <w:p w14:paraId="6EF6B6F2" w14:textId="77777777" w:rsidR="00F57CE1" w:rsidRDefault="00F57CE1" w:rsidP="00573F18">
            <w:pPr>
              <w:spacing w:after="0" w:line="240" w:lineRule="auto"/>
              <w:jc w:val="right"/>
              <w:rPr>
                <w:rFonts w:cs="Times New Roman"/>
              </w:rPr>
            </w:pPr>
            <w:r>
              <w:rPr>
                <w:rFonts w:cs="Times New Roman"/>
                <w:sz w:val="13"/>
              </w:rPr>
              <w:t>-1.385</w:t>
            </w:r>
          </w:p>
        </w:tc>
        <w:tc>
          <w:tcPr>
            <w:tcW w:w="749" w:type="dxa"/>
            <w:tcMar>
              <w:top w:w="50" w:type="dxa"/>
              <w:left w:w="70" w:type="dxa"/>
              <w:bottom w:w="50" w:type="dxa"/>
              <w:right w:w="70" w:type="dxa"/>
            </w:tcMar>
            <w:vAlign w:val="center"/>
          </w:tcPr>
          <w:p w14:paraId="09D547BF" w14:textId="77777777" w:rsidR="00F57CE1" w:rsidRDefault="00F57CE1" w:rsidP="00573F18">
            <w:pPr>
              <w:spacing w:after="0" w:line="240" w:lineRule="auto"/>
              <w:jc w:val="right"/>
              <w:rPr>
                <w:rFonts w:cs="Times New Roman"/>
              </w:rPr>
            </w:pPr>
            <w:r>
              <w:rPr>
                <w:rFonts w:cs="Times New Roman"/>
                <w:sz w:val="13"/>
              </w:rPr>
              <w:t>0.109</w:t>
            </w:r>
          </w:p>
        </w:tc>
        <w:tc>
          <w:tcPr>
            <w:tcW w:w="1224" w:type="dxa"/>
            <w:tcMar>
              <w:top w:w="50" w:type="dxa"/>
              <w:left w:w="70" w:type="dxa"/>
              <w:bottom w:w="50" w:type="dxa"/>
              <w:right w:w="70" w:type="dxa"/>
            </w:tcMar>
            <w:vAlign w:val="center"/>
          </w:tcPr>
          <w:p w14:paraId="562E182B" w14:textId="77777777" w:rsidR="00F57CE1" w:rsidRDefault="00F57CE1" w:rsidP="00573F18">
            <w:pPr>
              <w:spacing w:after="0" w:line="240" w:lineRule="auto"/>
              <w:jc w:val="right"/>
              <w:rPr>
                <w:rFonts w:cs="Times New Roman"/>
              </w:rPr>
            </w:pPr>
            <w:r>
              <w:rPr>
                <w:rFonts w:cs="Times New Roman"/>
                <w:sz w:val="13"/>
              </w:rPr>
              <w:t>0.184</w:t>
            </w:r>
          </w:p>
        </w:tc>
        <w:tc>
          <w:tcPr>
            <w:tcW w:w="749" w:type="dxa"/>
            <w:tcMar>
              <w:top w:w="50" w:type="dxa"/>
              <w:left w:w="70" w:type="dxa"/>
              <w:bottom w:w="50" w:type="dxa"/>
              <w:right w:w="70" w:type="dxa"/>
            </w:tcMar>
            <w:vAlign w:val="center"/>
          </w:tcPr>
          <w:p w14:paraId="416202C9" w14:textId="77777777" w:rsidR="00F57CE1" w:rsidRDefault="00F57CE1" w:rsidP="00573F18">
            <w:pPr>
              <w:spacing w:after="0" w:line="240" w:lineRule="auto"/>
              <w:jc w:val="right"/>
              <w:rPr>
                <w:rFonts w:cs="Times New Roman"/>
              </w:rPr>
            </w:pPr>
            <w:r>
              <w:rPr>
                <w:rFonts w:cs="Times New Roman"/>
                <w:sz w:val="13"/>
              </w:rPr>
              <w:t>0.041</w:t>
            </w:r>
          </w:p>
        </w:tc>
        <w:tc>
          <w:tcPr>
            <w:tcW w:w="1080" w:type="dxa"/>
            <w:tcMar>
              <w:top w:w="50" w:type="dxa"/>
              <w:left w:w="70" w:type="dxa"/>
              <w:bottom w:w="50" w:type="dxa"/>
              <w:right w:w="70" w:type="dxa"/>
            </w:tcMar>
            <w:vAlign w:val="center"/>
          </w:tcPr>
          <w:p w14:paraId="6811B8B3" w14:textId="77777777" w:rsidR="00F57CE1" w:rsidRDefault="00F57CE1" w:rsidP="00573F18">
            <w:pPr>
              <w:spacing w:after="0" w:line="240" w:lineRule="auto"/>
              <w:jc w:val="right"/>
              <w:rPr>
                <w:rFonts w:cs="Times New Roman"/>
              </w:rPr>
            </w:pPr>
            <w:r>
              <w:rPr>
                <w:rFonts w:cs="Times New Roman"/>
                <w:sz w:val="13"/>
              </w:rPr>
              <w:t>-1.380</w:t>
            </w:r>
          </w:p>
        </w:tc>
        <w:tc>
          <w:tcPr>
            <w:tcW w:w="893" w:type="dxa"/>
            <w:tcMar>
              <w:top w:w="50" w:type="dxa"/>
              <w:left w:w="70" w:type="dxa"/>
              <w:bottom w:w="50" w:type="dxa"/>
              <w:right w:w="70" w:type="dxa"/>
            </w:tcMar>
            <w:vAlign w:val="center"/>
          </w:tcPr>
          <w:p w14:paraId="0AE7A983" w14:textId="77777777" w:rsidR="00F57CE1" w:rsidRDefault="00F57CE1" w:rsidP="00573F18">
            <w:pPr>
              <w:spacing w:after="0" w:line="240" w:lineRule="auto"/>
              <w:jc w:val="right"/>
              <w:rPr>
                <w:rFonts w:cs="Times New Roman"/>
              </w:rPr>
            </w:pPr>
            <w:r>
              <w:rPr>
                <w:rFonts w:cs="Times New Roman"/>
                <w:sz w:val="13"/>
              </w:rPr>
              <w:t>0.083</w:t>
            </w:r>
          </w:p>
        </w:tc>
        <w:tc>
          <w:tcPr>
            <w:tcW w:w="1267" w:type="dxa"/>
            <w:tcMar>
              <w:top w:w="50" w:type="dxa"/>
              <w:left w:w="70" w:type="dxa"/>
              <w:bottom w:w="50" w:type="dxa"/>
              <w:right w:w="70" w:type="dxa"/>
            </w:tcMar>
            <w:vAlign w:val="center"/>
          </w:tcPr>
          <w:p w14:paraId="745EAB14" w14:textId="77777777" w:rsidR="00F57CE1" w:rsidRDefault="00F57CE1" w:rsidP="00573F18">
            <w:pPr>
              <w:spacing w:after="0" w:line="240" w:lineRule="auto"/>
              <w:jc w:val="right"/>
              <w:rPr>
                <w:rFonts w:cs="Times New Roman"/>
              </w:rPr>
            </w:pPr>
            <w:r>
              <w:rPr>
                <w:rFonts w:cs="Times New Roman"/>
                <w:sz w:val="13"/>
              </w:rPr>
              <w:t>0.195</w:t>
            </w:r>
          </w:p>
        </w:tc>
        <w:tc>
          <w:tcPr>
            <w:tcW w:w="893" w:type="dxa"/>
            <w:tcMar>
              <w:top w:w="50" w:type="dxa"/>
              <w:left w:w="70" w:type="dxa"/>
              <w:bottom w:w="50" w:type="dxa"/>
              <w:right w:w="70" w:type="dxa"/>
            </w:tcMar>
            <w:vAlign w:val="center"/>
          </w:tcPr>
          <w:p w14:paraId="6ED609B6" w14:textId="77777777" w:rsidR="00F57CE1" w:rsidRDefault="00F57CE1" w:rsidP="00573F18">
            <w:pPr>
              <w:spacing w:after="0" w:line="240" w:lineRule="auto"/>
              <w:jc w:val="right"/>
              <w:rPr>
                <w:rFonts w:cs="Times New Roman"/>
              </w:rPr>
            </w:pPr>
            <w:r>
              <w:rPr>
                <w:rFonts w:cs="Times New Roman"/>
                <w:sz w:val="13"/>
              </w:rPr>
              <w:t>0.110</w:t>
            </w:r>
          </w:p>
        </w:tc>
        <w:tc>
          <w:tcPr>
            <w:tcW w:w="893" w:type="dxa"/>
            <w:tcMar>
              <w:top w:w="50" w:type="dxa"/>
              <w:left w:w="70" w:type="dxa"/>
              <w:bottom w:w="50" w:type="dxa"/>
              <w:right w:w="70" w:type="dxa"/>
            </w:tcMar>
            <w:vAlign w:val="center"/>
          </w:tcPr>
          <w:p w14:paraId="243F773E" w14:textId="77777777" w:rsidR="00F57CE1" w:rsidRDefault="00F57CE1" w:rsidP="00573F18">
            <w:pPr>
              <w:spacing w:after="0" w:line="240" w:lineRule="auto"/>
              <w:jc w:val="right"/>
              <w:rPr>
                <w:rFonts w:cs="Times New Roman"/>
              </w:rPr>
            </w:pPr>
            <w:r>
              <w:rPr>
                <w:rFonts w:cs="Times New Roman"/>
                <w:sz w:val="13"/>
              </w:rPr>
              <w:t>-0.945</w:t>
            </w:r>
          </w:p>
        </w:tc>
        <w:tc>
          <w:tcPr>
            <w:tcW w:w="749" w:type="dxa"/>
            <w:tcMar>
              <w:top w:w="50" w:type="dxa"/>
              <w:left w:w="70" w:type="dxa"/>
              <w:bottom w:w="50" w:type="dxa"/>
              <w:right w:w="70" w:type="dxa"/>
            </w:tcMar>
            <w:vAlign w:val="center"/>
          </w:tcPr>
          <w:p w14:paraId="31CE3D32" w14:textId="77777777" w:rsidR="00F57CE1" w:rsidRDefault="00F57CE1" w:rsidP="00573F18">
            <w:pPr>
              <w:spacing w:after="0" w:line="240" w:lineRule="auto"/>
              <w:jc w:val="right"/>
              <w:rPr>
                <w:rFonts w:cs="Times New Roman"/>
              </w:rPr>
            </w:pPr>
            <w:r>
              <w:rPr>
                <w:rFonts w:cs="Times New Roman"/>
                <w:sz w:val="13"/>
              </w:rPr>
              <w:t>0.345</w:t>
            </w:r>
          </w:p>
        </w:tc>
        <w:tc>
          <w:tcPr>
            <w:tcW w:w="893" w:type="dxa"/>
            <w:tcMar>
              <w:top w:w="50" w:type="dxa"/>
              <w:left w:w="70" w:type="dxa"/>
              <w:bottom w:w="50" w:type="dxa"/>
              <w:right w:w="70" w:type="dxa"/>
            </w:tcMar>
            <w:vAlign w:val="center"/>
          </w:tcPr>
          <w:p w14:paraId="500E7F6E" w14:textId="77777777" w:rsidR="00F57CE1" w:rsidRDefault="00F57CE1" w:rsidP="00573F18">
            <w:pPr>
              <w:spacing w:after="0" w:line="240" w:lineRule="auto"/>
              <w:jc w:val="right"/>
              <w:rPr>
                <w:rFonts w:cs="Times New Roman"/>
              </w:rPr>
            </w:pPr>
            <w:r>
              <w:rPr>
                <w:rFonts w:cs="Times New Roman"/>
                <w:sz w:val="13"/>
              </w:rPr>
              <w:t>-0.650</w:t>
            </w:r>
          </w:p>
        </w:tc>
        <w:tc>
          <w:tcPr>
            <w:tcW w:w="749" w:type="dxa"/>
            <w:tcMar>
              <w:top w:w="50" w:type="dxa"/>
              <w:left w:w="70" w:type="dxa"/>
              <w:bottom w:w="50" w:type="dxa"/>
              <w:right w:w="70" w:type="dxa"/>
            </w:tcMar>
            <w:vAlign w:val="center"/>
          </w:tcPr>
          <w:p w14:paraId="573B77C0" w14:textId="77777777" w:rsidR="00F57CE1" w:rsidRDefault="00F57CE1" w:rsidP="00573F18">
            <w:pPr>
              <w:spacing w:after="0" w:line="240" w:lineRule="auto"/>
              <w:jc w:val="right"/>
              <w:rPr>
                <w:rFonts w:cs="Times New Roman"/>
              </w:rPr>
            </w:pPr>
            <w:r>
              <w:rPr>
                <w:rFonts w:cs="Times New Roman"/>
                <w:sz w:val="13"/>
              </w:rPr>
              <w:t>0.516</w:t>
            </w:r>
          </w:p>
        </w:tc>
      </w:tr>
      <w:tr w:rsidR="00F57CE1" w14:paraId="62B05BF0" w14:textId="77777777" w:rsidTr="00573F18">
        <w:trPr>
          <w:jc w:val="center"/>
        </w:trPr>
        <w:tc>
          <w:tcPr>
            <w:tcW w:w="461" w:type="dxa"/>
            <w:tcMar>
              <w:top w:w="50" w:type="dxa"/>
              <w:left w:w="70" w:type="dxa"/>
              <w:bottom w:w="50" w:type="dxa"/>
              <w:right w:w="70" w:type="dxa"/>
            </w:tcMar>
            <w:vAlign w:val="center"/>
          </w:tcPr>
          <w:p w14:paraId="55CEF45C" w14:textId="77777777" w:rsidR="00F57CE1" w:rsidRDefault="00F57CE1" w:rsidP="00573F18">
            <w:pPr>
              <w:spacing w:after="0" w:line="240" w:lineRule="auto"/>
              <w:jc w:val="right"/>
              <w:rPr>
                <w:rFonts w:cs="Times New Roman"/>
              </w:rPr>
            </w:pPr>
            <w:r>
              <w:rPr>
                <w:rFonts w:cs="Times New Roman"/>
                <w:sz w:val="13"/>
              </w:rPr>
              <w:t>5</w:t>
            </w:r>
          </w:p>
        </w:tc>
        <w:tc>
          <w:tcPr>
            <w:tcW w:w="1037" w:type="dxa"/>
            <w:tcMar>
              <w:top w:w="50" w:type="dxa"/>
              <w:left w:w="70" w:type="dxa"/>
              <w:bottom w:w="50" w:type="dxa"/>
              <w:right w:w="70" w:type="dxa"/>
            </w:tcMar>
            <w:vAlign w:val="center"/>
          </w:tcPr>
          <w:p w14:paraId="7F815CC3" w14:textId="77777777" w:rsidR="00F57CE1" w:rsidRDefault="00F57CE1" w:rsidP="00573F18">
            <w:pPr>
              <w:spacing w:after="0" w:line="240" w:lineRule="auto"/>
              <w:jc w:val="right"/>
              <w:rPr>
                <w:rFonts w:cs="Times New Roman"/>
              </w:rPr>
            </w:pPr>
            <w:r>
              <w:rPr>
                <w:rFonts w:cs="Times New Roman"/>
                <w:sz w:val="13"/>
              </w:rPr>
              <w:t>-0.971</w:t>
            </w:r>
          </w:p>
        </w:tc>
        <w:tc>
          <w:tcPr>
            <w:tcW w:w="749" w:type="dxa"/>
            <w:tcMar>
              <w:top w:w="50" w:type="dxa"/>
              <w:left w:w="70" w:type="dxa"/>
              <w:bottom w:w="50" w:type="dxa"/>
              <w:right w:w="70" w:type="dxa"/>
            </w:tcMar>
            <w:vAlign w:val="center"/>
          </w:tcPr>
          <w:p w14:paraId="20D0A1E6" w14:textId="77777777" w:rsidR="00F57CE1" w:rsidRDefault="00F57CE1" w:rsidP="00573F18">
            <w:pPr>
              <w:spacing w:after="0" w:line="240" w:lineRule="auto"/>
              <w:jc w:val="right"/>
              <w:rPr>
                <w:rFonts w:cs="Times New Roman"/>
              </w:rPr>
            </w:pPr>
            <w:r>
              <w:rPr>
                <w:rFonts w:cs="Times New Roman"/>
                <w:sz w:val="13"/>
              </w:rPr>
              <w:t>0.222</w:t>
            </w:r>
          </w:p>
        </w:tc>
        <w:tc>
          <w:tcPr>
            <w:tcW w:w="1224" w:type="dxa"/>
            <w:tcMar>
              <w:top w:w="50" w:type="dxa"/>
              <w:left w:w="70" w:type="dxa"/>
              <w:bottom w:w="50" w:type="dxa"/>
              <w:right w:w="70" w:type="dxa"/>
            </w:tcMar>
            <w:vAlign w:val="center"/>
          </w:tcPr>
          <w:p w14:paraId="7EDFAE2C" w14:textId="77777777" w:rsidR="00F57CE1" w:rsidRDefault="00F57CE1" w:rsidP="00573F18">
            <w:pPr>
              <w:spacing w:after="0" w:line="240" w:lineRule="auto"/>
              <w:jc w:val="right"/>
              <w:rPr>
                <w:rFonts w:cs="Times New Roman"/>
              </w:rPr>
            </w:pPr>
            <w:r>
              <w:rPr>
                <w:rFonts w:cs="Times New Roman"/>
                <w:sz w:val="13"/>
              </w:rPr>
              <w:t>0.167</w:t>
            </w:r>
          </w:p>
        </w:tc>
        <w:tc>
          <w:tcPr>
            <w:tcW w:w="749" w:type="dxa"/>
            <w:tcMar>
              <w:top w:w="50" w:type="dxa"/>
              <w:left w:w="70" w:type="dxa"/>
              <w:bottom w:w="50" w:type="dxa"/>
              <w:right w:w="70" w:type="dxa"/>
            </w:tcMar>
            <w:vAlign w:val="center"/>
          </w:tcPr>
          <w:p w14:paraId="6629C1F9" w14:textId="77777777" w:rsidR="00F57CE1" w:rsidRDefault="00F57CE1" w:rsidP="00573F18">
            <w:pPr>
              <w:spacing w:after="0" w:line="240" w:lineRule="auto"/>
              <w:jc w:val="right"/>
              <w:rPr>
                <w:rFonts w:cs="Times New Roman"/>
              </w:rPr>
            </w:pPr>
            <w:r>
              <w:rPr>
                <w:rFonts w:cs="Times New Roman"/>
                <w:sz w:val="13"/>
              </w:rPr>
              <w:t>0.003</w:t>
            </w:r>
          </w:p>
        </w:tc>
        <w:tc>
          <w:tcPr>
            <w:tcW w:w="1080" w:type="dxa"/>
            <w:tcMar>
              <w:top w:w="50" w:type="dxa"/>
              <w:left w:w="70" w:type="dxa"/>
              <w:bottom w:w="50" w:type="dxa"/>
              <w:right w:w="70" w:type="dxa"/>
            </w:tcMar>
            <w:vAlign w:val="center"/>
          </w:tcPr>
          <w:p w14:paraId="6B034E30" w14:textId="77777777" w:rsidR="00F57CE1" w:rsidRDefault="00F57CE1" w:rsidP="00573F18">
            <w:pPr>
              <w:spacing w:after="0" w:line="240" w:lineRule="auto"/>
              <w:jc w:val="right"/>
              <w:rPr>
                <w:rFonts w:cs="Times New Roman"/>
              </w:rPr>
            </w:pPr>
            <w:r>
              <w:rPr>
                <w:rFonts w:cs="Times New Roman"/>
                <w:sz w:val="13"/>
              </w:rPr>
              <w:t>-0.991</w:t>
            </w:r>
          </w:p>
        </w:tc>
        <w:tc>
          <w:tcPr>
            <w:tcW w:w="893" w:type="dxa"/>
            <w:tcMar>
              <w:top w:w="50" w:type="dxa"/>
              <w:left w:w="70" w:type="dxa"/>
              <w:bottom w:w="50" w:type="dxa"/>
              <w:right w:w="70" w:type="dxa"/>
            </w:tcMar>
            <w:vAlign w:val="center"/>
          </w:tcPr>
          <w:p w14:paraId="78DB7461" w14:textId="77777777" w:rsidR="00F57CE1" w:rsidRDefault="00F57CE1" w:rsidP="00573F18">
            <w:pPr>
              <w:spacing w:after="0" w:line="240" w:lineRule="auto"/>
              <w:jc w:val="right"/>
              <w:rPr>
                <w:rFonts w:cs="Times New Roman"/>
              </w:rPr>
            </w:pPr>
            <w:r>
              <w:rPr>
                <w:rFonts w:cs="Times New Roman"/>
                <w:sz w:val="13"/>
              </w:rPr>
              <w:t>0.275</w:t>
            </w:r>
          </w:p>
        </w:tc>
        <w:tc>
          <w:tcPr>
            <w:tcW w:w="1267" w:type="dxa"/>
            <w:tcMar>
              <w:top w:w="50" w:type="dxa"/>
              <w:left w:w="70" w:type="dxa"/>
              <w:bottom w:w="50" w:type="dxa"/>
              <w:right w:w="70" w:type="dxa"/>
            </w:tcMar>
            <w:vAlign w:val="center"/>
          </w:tcPr>
          <w:p w14:paraId="160CB1A4" w14:textId="77777777" w:rsidR="00F57CE1" w:rsidRDefault="00F57CE1" w:rsidP="00573F18">
            <w:pPr>
              <w:spacing w:after="0" w:line="240" w:lineRule="auto"/>
              <w:jc w:val="right"/>
              <w:rPr>
                <w:rFonts w:cs="Times New Roman"/>
              </w:rPr>
            </w:pPr>
            <w:r>
              <w:rPr>
                <w:rFonts w:cs="Times New Roman"/>
                <w:sz w:val="13"/>
              </w:rPr>
              <w:t>0.166</w:t>
            </w:r>
          </w:p>
        </w:tc>
        <w:tc>
          <w:tcPr>
            <w:tcW w:w="893" w:type="dxa"/>
            <w:tcMar>
              <w:top w:w="50" w:type="dxa"/>
              <w:left w:w="70" w:type="dxa"/>
              <w:bottom w:w="50" w:type="dxa"/>
              <w:right w:w="70" w:type="dxa"/>
            </w:tcMar>
            <w:vAlign w:val="center"/>
          </w:tcPr>
          <w:p w14:paraId="0007928F" w14:textId="77777777" w:rsidR="00F57CE1" w:rsidRDefault="00F57CE1" w:rsidP="00573F18">
            <w:pPr>
              <w:spacing w:after="0" w:line="240" w:lineRule="auto"/>
              <w:jc w:val="right"/>
              <w:rPr>
                <w:rFonts w:cs="Times New Roman"/>
              </w:rPr>
            </w:pPr>
            <w:r>
              <w:rPr>
                <w:rFonts w:cs="Times New Roman"/>
                <w:sz w:val="13"/>
              </w:rPr>
              <w:t>0.198</w:t>
            </w:r>
          </w:p>
        </w:tc>
        <w:tc>
          <w:tcPr>
            <w:tcW w:w="893" w:type="dxa"/>
            <w:tcMar>
              <w:top w:w="50" w:type="dxa"/>
              <w:left w:w="70" w:type="dxa"/>
              <w:bottom w:w="50" w:type="dxa"/>
              <w:right w:w="70" w:type="dxa"/>
            </w:tcMar>
            <w:vAlign w:val="center"/>
          </w:tcPr>
          <w:p w14:paraId="3D8E3158" w14:textId="77777777" w:rsidR="00F57CE1" w:rsidRDefault="00F57CE1" w:rsidP="00573F18">
            <w:pPr>
              <w:spacing w:after="0" w:line="240" w:lineRule="auto"/>
              <w:jc w:val="right"/>
              <w:rPr>
                <w:rFonts w:cs="Times New Roman"/>
              </w:rPr>
            </w:pPr>
            <w:r>
              <w:rPr>
                <w:rFonts w:cs="Times New Roman"/>
                <w:sz w:val="13"/>
              </w:rPr>
              <w:t>-0.312</w:t>
            </w:r>
          </w:p>
        </w:tc>
        <w:tc>
          <w:tcPr>
            <w:tcW w:w="749" w:type="dxa"/>
            <w:tcMar>
              <w:top w:w="50" w:type="dxa"/>
              <w:left w:w="70" w:type="dxa"/>
              <w:bottom w:w="50" w:type="dxa"/>
              <w:right w:w="70" w:type="dxa"/>
            </w:tcMar>
            <w:vAlign w:val="center"/>
          </w:tcPr>
          <w:p w14:paraId="1307DC0F" w14:textId="77777777" w:rsidR="00F57CE1" w:rsidRDefault="00F57CE1" w:rsidP="00573F18">
            <w:pPr>
              <w:spacing w:after="0" w:line="240" w:lineRule="auto"/>
              <w:jc w:val="right"/>
              <w:rPr>
                <w:rFonts w:cs="Times New Roman"/>
              </w:rPr>
            </w:pPr>
            <w:r>
              <w:rPr>
                <w:rFonts w:cs="Times New Roman"/>
                <w:sz w:val="13"/>
              </w:rPr>
              <w:t>0.755</w:t>
            </w:r>
          </w:p>
        </w:tc>
        <w:tc>
          <w:tcPr>
            <w:tcW w:w="893" w:type="dxa"/>
            <w:tcMar>
              <w:top w:w="50" w:type="dxa"/>
              <w:left w:w="70" w:type="dxa"/>
              <w:bottom w:w="50" w:type="dxa"/>
              <w:right w:w="70" w:type="dxa"/>
            </w:tcMar>
            <w:vAlign w:val="center"/>
          </w:tcPr>
          <w:p w14:paraId="2F91D975" w14:textId="77777777" w:rsidR="00F57CE1" w:rsidRDefault="00F57CE1" w:rsidP="00573F18">
            <w:pPr>
              <w:spacing w:after="0" w:line="240" w:lineRule="auto"/>
              <w:jc w:val="right"/>
              <w:rPr>
                <w:rFonts w:cs="Times New Roman"/>
              </w:rPr>
            </w:pPr>
            <w:r>
              <w:rPr>
                <w:rFonts w:cs="Times New Roman"/>
                <w:sz w:val="13"/>
              </w:rPr>
              <w:t>0.510</w:t>
            </w:r>
          </w:p>
        </w:tc>
        <w:tc>
          <w:tcPr>
            <w:tcW w:w="749" w:type="dxa"/>
            <w:tcMar>
              <w:top w:w="50" w:type="dxa"/>
              <w:left w:w="70" w:type="dxa"/>
              <w:bottom w:w="50" w:type="dxa"/>
              <w:right w:w="70" w:type="dxa"/>
            </w:tcMar>
            <w:vAlign w:val="center"/>
          </w:tcPr>
          <w:p w14:paraId="09502537" w14:textId="77777777" w:rsidR="00F57CE1" w:rsidRDefault="00F57CE1" w:rsidP="00573F18">
            <w:pPr>
              <w:spacing w:after="0" w:line="240" w:lineRule="auto"/>
              <w:jc w:val="right"/>
              <w:rPr>
                <w:rFonts w:cs="Times New Roman"/>
              </w:rPr>
            </w:pPr>
            <w:r>
              <w:rPr>
                <w:rFonts w:cs="Times New Roman"/>
                <w:sz w:val="13"/>
              </w:rPr>
              <w:t>0.610</w:t>
            </w:r>
          </w:p>
        </w:tc>
      </w:tr>
    </w:tbl>
    <w:p w14:paraId="22C3DF6E" w14:textId="77777777" w:rsidR="00F57CE1" w:rsidRDefault="00F57CE1" w:rsidP="00F57CE1">
      <w:pPr>
        <w:spacing w:before="40" w:after="120" w:line="240" w:lineRule="auto"/>
        <w:rPr>
          <w:rFonts w:cs="Times New Roman"/>
        </w:rPr>
      </w:pPr>
      <w:r>
        <w:rPr>
          <w:rFonts w:cs="Times New Roman"/>
          <w:b/>
          <w:sz w:val="17"/>
        </w:rPr>
        <w:t xml:space="preserve">Notes: </w:t>
      </w:r>
      <w:r>
        <w:rPr>
          <w:rFonts w:cs="Times New Roman"/>
          <w:sz w:val="17"/>
        </w:rPr>
        <w:t>Driscoll-Kraay uses two lags and t-based p-values with the estimator-reported residual degrees of freedom. CCE augments the FE LP with cross-sectional averages and reports wild-cluster bootstrap p-values. The final four columns compare Pesaran CD statistics before and after CCE augmentation. After CCE, cross-sectional independence is not rejected at horizons 1-5.</w:t>
      </w:r>
    </w:p>
    <w:p w14:paraId="4F5F3F40" w14:textId="77777777" w:rsidR="00F57CE1" w:rsidRDefault="00F57CE1" w:rsidP="00F57CE1">
      <w:pPr>
        <w:pStyle w:val="Heading2"/>
        <w:rPr>
          <w:rFonts w:ascii="Times New Roman" w:hAnsi="Times New Roman" w:cs="Times New Roman"/>
        </w:rPr>
      </w:pPr>
      <w:r>
        <w:rPr>
          <w:rFonts w:ascii="Times New Roman" w:hAnsi="Times New Roman" w:cs="Times New Roman"/>
        </w:rPr>
        <w:t>Table OA.8. Extreme RHS observations used in the outlier-exclusion sensitivity</w:t>
      </w:r>
    </w:p>
    <w:tbl>
      <w:tblPr>
        <w:tblW w:w="0" w:type="auto"/>
        <w:jc w:val="center"/>
        <w:tblBorders>
          <w:top w:val="single" w:sz="8" w:space="0" w:color="7F7F7F"/>
          <w:left w:val="nil"/>
          <w:bottom w:val="single" w:sz="8" w:space="0" w:color="7F7F7F"/>
          <w:right w:val="nil"/>
          <w:insideH w:val="single" w:sz="3" w:space="0" w:color="7F7F7F"/>
          <w:insideV w:val="nil"/>
        </w:tblBorders>
        <w:tblLayout w:type="fixed"/>
        <w:tblLook w:val="04A0" w:firstRow="1" w:lastRow="0" w:firstColumn="1" w:lastColumn="0" w:noHBand="0" w:noVBand="1"/>
      </w:tblPr>
      <w:tblGrid>
        <w:gridCol w:w="1008"/>
        <w:gridCol w:w="792"/>
        <w:gridCol w:w="936"/>
        <w:gridCol w:w="792"/>
        <w:gridCol w:w="1152"/>
        <w:gridCol w:w="936"/>
        <w:gridCol w:w="864"/>
        <w:gridCol w:w="1181"/>
        <w:gridCol w:w="864"/>
        <w:gridCol w:w="936"/>
        <w:gridCol w:w="1080"/>
        <w:gridCol w:w="1080"/>
      </w:tblGrid>
      <w:tr w:rsidR="00F57CE1" w14:paraId="0370CE47" w14:textId="77777777" w:rsidTr="00573F18">
        <w:trPr>
          <w:tblHeader/>
          <w:jc w:val="center"/>
        </w:trPr>
        <w:tc>
          <w:tcPr>
            <w:tcW w:w="1008" w:type="dxa"/>
            <w:shd w:val="clear" w:color="auto" w:fill="E7E6E6"/>
            <w:tcMar>
              <w:top w:w="50" w:type="dxa"/>
              <w:left w:w="70" w:type="dxa"/>
              <w:bottom w:w="50" w:type="dxa"/>
              <w:right w:w="70" w:type="dxa"/>
            </w:tcMar>
            <w:vAlign w:val="center"/>
          </w:tcPr>
          <w:p w14:paraId="140A4E3F" w14:textId="77777777" w:rsidR="00F57CE1" w:rsidRDefault="00F57CE1" w:rsidP="00573F18">
            <w:pPr>
              <w:spacing w:after="0" w:line="240" w:lineRule="auto"/>
              <w:jc w:val="center"/>
              <w:rPr>
                <w:rFonts w:cs="Times New Roman"/>
              </w:rPr>
            </w:pPr>
            <w:r>
              <w:rPr>
                <w:rFonts w:cs="Times New Roman"/>
                <w:b/>
                <w:sz w:val="13"/>
              </w:rPr>
              <w:t>Province ID</w:t>
            </w:r>
          </w:p>
        </w:tc>
        <w:tc>
          <w:tcPr>
            <w:tcW w:w="792" w:type="dxa"/>
            <w:shd w:val="clear" w:color="auto" w:fill="E7E6E6"/>
            <w:tcMar>
              <w:top w:w="50" w:type="dxa"/>
              <w:left w:w="70" w:type="dxa"/>
              <w:bottom w:w="50" w:type="dxa"/>
              <w:right w:w="70" w:type="dxa"/>
            </w:tcMar>
            <w:vAlign w:val="center"/>
          </w:tcPr>
          <w:p w14:paraId="6A68921D" w14:textId="77777777" w:rsidR="00F57CE1" w:rsidRDefault="00F57CE1" w:rsidP="00573F18">
            <w:pPr>
              <w:spacing w:after="0" w:line="240" w:lineRule="auto"/>
              <w:jc w:val="center"/>
              <w:rPr>
                <w:rFonts w:cs="Times New Roman"/>
              </w:rPr>
            </w:pPr>
            <w:r>
              <w:rPr>
                <w:rFonts w:cs="Times New Roman"/>
                <w:b/>
                <w:sz w:val="13"/>
              </w:rPr>
              <w:t>Year</w:t>
            </w:r>
          </w:p>
        </w:tc>
        <w:tc>
          <w:tcPr>
            <w:tcW w:w="936" w:type="dxa"/>
            <w:shd w:val="clear" w:color="auto" w:fill="E7E6E6"/>
            <w:tcMar>
              <w:top w:w="50" w:type="dxa"/>
              <w:left w:w="70" w:type="dxa"/>
              <w:bottom w:w="50" w:type="dxa"/>
              <w:right w:w="70" w:type="dxa"/>
            </w:tcMar>
            <w:vAlign w:val="center"/>
          </w:tcPr>
          <w:p w14:paraId="48BA4A76" w14:textId="77777777" w:rsidR="00F57CE1" w:rsidRDefault="00F57CE1" w:rsidP="00573F18">
            <w:pPr>
              <w:spacing w:after="0" w:line="240" w:lineRule="auto"/>
              <w:jc w:val="center"/>
              <w:rPr>
                <w:rFonts w:cs="Times New Roman"/>
              </w:rPr>
            </w:pPr>
            <w:r>
              <w:rPr>
                <w:rFonts w:cs="Times New Roman"/>
                <w:b/>
                <w:sz w:val="13"/>
              </w:rPr>
              <w:t>ΔlnLP</w:t>
            </w:r>
          </w:p>
        </w:tc>
        <w:tc>
          <w:tcPr>
            <w:tcW w:w="792" w:type="dxa"/>
            <w:shd w:val="clear" w:color="auto" w:fill="E7E6E6"/>
            <w:tcMar>
              <w:top w:w="50" w:type="dxa"/>
              <w:left w:w="70" w:type="dxa"/>
              <w:bottom w:w="50" w:type="dxa"/>
              <w:right w:w="70" w:type="dxa"/>
            </w:tcMar>
            <w:vAlign w:val="center"/>
          </w:tcPr>
          <w:p w14:paraId="2DC7683C" w14:textId="77777777" w:rsidR="00F57CE1" w:rsidRDefault="00F57CE1" w:rsidP="00573F18">
            <w:pPr>
              <w:spacing w:after="0" w:line="240" w:lineRule="auto"/>
              <w:jc w:val="center"/>
              <w:rPr>
                <w:rFonts w:cs="Times New Roman"/>
              </w:rPr>
            </w:pPr>
            <w:r>
              <w:rPr>
                <w:rFonts w:cs="Times New Roman"/>
                <w:b/>
                <w:sz w:val="13"/>
              </w:rPr>
              <w:t>Δh</w:t>
            </w:r>
          </w:p>
        </w:tc>
        <w:tc>
          <w:tcPr>
            <w:tcW w:w="1152" w:type="dxa"/>
            <w:shd w:val="clear" w:color="auto" w:fill="E7E6E6"/>
            <w:tcMar>
              <w:top w:w="50" w:type="dxa"/>
              <w:left w:w="70" w:type="dxa"/>
              <w:bottom w:w="50" w:type="dxa"/>
              <w:right w:w="70" w:type="dxa"/>
            </w:tcMar>
            <w:vAlign w:val="center"/>
          </w:tcPr>
          <w:p w14:paraId="55F697B1" w14:textId="77777777" w:rsidR="00F57CE1" w:rsidRDefault="00F57CE1" w:rsidP="00573F18">
            <w:pPr>
              <w:spacing w:after="0" w:line="240" w:lineRule="auto"/>
              <w:jc w:val="center"/>
              <w:rPr>
                <w:rFonts w:cs="Times New Roman"/>
              </w:rPr>
            </w:pPr>
            <w:r>
              <w:rPr>
                <w:rFonts w:cs="Times New Roman"/>
                <w:b/>
                <w:sz w:val="13"/>
              </w:rPr>
              <w:t>ΔlnHouse_pc</w:t>
            </w:r>
          </w:p>
        </w:tc>
        <w:tc>
          <w:tcPr>
            <w:tcW w:w="936" w:type="dxa"/>
            <w:shd w:val="clear" w:color="auto" w:fill="E7E6E6"/>
            <w:tcMar>
              <w:top w:w="50" w:type="dxa"/>
              <w:left w:w="70" w:type="dxa"/>
              <w:bottom w:w="50" w:type="dxa"/>
              <w:right w:w="70" w:type="dxa"/>
            </w:tcMar>
            <w:vAlign w:val="center"/>
          </w:tcPr>
          <w:p w14:paraId="70264F98" w14:textId="77777777" w:rsidR="00F57CE1" w:rsidRDefault="00F57CE1" w:rsidP="00573F18">
            <w:pPr>
              <w:spacing w:after="0" w:line="240" w:lineRule="auto"/>
              <w:jc w:val="center"/>
              <w:rPr>
                <w:rFonts w:cs="Times New Roman"/>
              </w:rPr>
            </w:pPr>
            <w:r>
              <w:rPr>
                <w:rFonts w:cs="Times New Roman"/>
                <w:b/>
                <w:sz w:val="13"/>
              </w:rPr>
              <w:t>ΔlnPop</w:t>
            </w:r>
          </w:p>
        </w:tc>
        <w:tc>
          <w:tcPr>
            <w:tcW w:w="864" w:type="dxa"/>
            <w:shd w:val="clear" w:color="auto" w:fill="E7E6E6"/>
            <w:tcMar>
              <w:top w:w="50" w:type="dxa"/>
              <w:left w:w="70" w:type="dxa"/>
              <w:bottom w:w="50" w:type="dxa"/>
              <w:right w:w="70" w:type="dxa"/>
            </w:tcMar>
            <w:vAlign w:val="center"/>
          </w:tcPr>
          <w:p w14:paraId="08C86273" w14:textId="77777777" w:rsidR="00F57CE1" w:rsidRDefault="00F57CE1" w:rsidP="00573F18">
            <w:pPr>
              <w:spacing w:after="0" w:line="240" w:lineRule="auto"/>
              <w:jc w:val="center"/>
              <w:rPr>
                <w:rFonts w:cs="Times New Roman"/>
              </w:rPr>
            </w:pPr>
            <w:r>
              <w:rPr>
                <w:rFonts w:cs="Times New Roman"/>
                <w:b/>
                <w:sz w:val="13"/>
              </w:rPr>
              <w:t>ΔICT</w:t>
            </w:r>
          </w:p>
        </w:tc>
        <w:tc>
          <w:tcPr>
            <w:tcW w:w="1181" w:type="dxa"/>
            <w:shd w:val="clear" w:color="auto" w:fill="E7E6E6"/>
            <w:tcMar>
              <w:top w:w="50" w:type="dxa"/>
              <w:left w:w="70" w:type="dxa"/>
              <w:bottom w:w="50" w:type="dxa"/>
              <w:right w:w="70" w:type="dxa"/>
            </w:tcMar>
            <w:vAlign w:val="center"/>
          </w:tcPr>
          <w:p w14:paraId="0A757C5E" w14:textId="77777777" w:rsidR="00F57CE1" w:rsidRDefault="00F57CE1" w:rsidP="00573F18">
            <w:pPr>
              <w:spacing w:after="0" w:line="240" w:lineRule="auto"/>
              <w:jc w:val="center"/>
              <w:rPr>
                <w:rFonts w:cs="Times New Roman"/>
              </w:rPr>
            </w:pPr>
            <w:r>
              <w:rPr>
                <w:rFonts w:cs="Times New Roman"/>
                <w:b/>
                <w:sz w:val="13"/>
              </w:rPr>
              <w:t>ΔlnUrbanPop</w:t>
            </w:r>
          </w:p>
        </w:tc>
        <w:tc>
          <w:tcPr>
            <w:tcW w:w="864" w:type="dxa"/>
            <w:shd w:val="clear" w:color="auto" w:fill="E7E6E6"/>
            <w:tcMar>
              <w:top w:w="50" w:type="dxa"/>
              <w:left w:w="70" w:type="dxa"/>
              <w:bottom w:w="50" w:type="dxa"/>
              <w:right w:w="70" w:type="dxa"/>
            </w:tcMar>
            <w:vAlign w:val="center"/>
          </w:tcPr>
          <w:p w14:paraId="5830EA87" w14:textId="77777777" w:rsidR="00F57CE1" w:rsidRDefault="00F57CE1" w:rsidP="00573F18">
            <w:pPr>
              <w:spacing w:after="0" w:line="240" w:lineRule="auto"/>
              <w:jc w:val="center"/>
              <w:rPr>
                <w:rFonts w:cs="Times New Roman"/>
              </w:rPr>
            </w:pPr>
            <w:r>
              <w:rPr>
                <w:rFonts w:cs="Times New Roman"/>
                <w:b/>
                <w:sz w:val="13"/>
              </w:rPr>
              <w:t>ΔCPI</w:t>
            </w:r>
          </w:p>
        </w:tc>
        <w:tc>
          <w:tcPr>
            <w:tcW w:w="936" w:type="dxa"/>
            <w:shd w:val="clear" w:color="auto" w:fill="E7E6E6"/>
            <w:tcMar>
              <w:top w:w="50" w:type="dxa"/>
              <w:left w:w="70" w:type="dxa"/>
              <w:bottom w:w="50" w:type="dxa"/>
              <w:right w:w="70" w:type="dxa"/>
            </w:tcMar>
            <w:vAlign w:val="center"/>
          </w:tcPr>
          <w:p w14:paraId="67A228B6" w14:textId="77777777" w:rsidR="00F57CE1" w:rsidRDefault="00F57CE1" w:rsidP="00573F18">
            <w:pPr>
              <w:spacing w:after="0" w:line="240" w:lineRule="auto"/>
              <w:jc w:val="center"/>
              <w:rPr>
                <w:rFonts w:cs="Times New Roman"/>
              </w:rPr>
            </w:pPr>
            <w:r>
              <w:rPr>
                <w:rFonts w:cs="Times New Roman"/>
                <w:b/>
                <w:sz w:val="13"/>
              </w:rPr>
              <w:t>House %</w:t>
            </w:r>
          </w:p>
        </w:tc>
        <w:tc>
          <w:tcPr>
            <w:tcW w:w="1080" w:type="dxa"/>
            <w:shd w:val="clear" w:color="auto" w:fill="E7E6E6"/>
            <w:tcMar>
              <w:top w:w="50" w:type="dxa"/>
              <w:left w:w="70" w:type="dxa"/>
              <w:bottom w:w="50" w:type="dxa"/>
              <w:right w:w="70" w:type="dxa"/>
            </w:tcMar>
            <w:vAlign w:val="center"/>
          </w:tcPr>
          <w:p w14:paraId="5300CEFE" w14:textId="77777777" w:rsidR="00F57CE1" w:rsidRDefault="00F57CE1" w:rsidP="00573F18">
            <w:pPr>
              <w:spacing w:after="0" w:line="240" w:lineRule="auto"/>
              <w:jc w:val="center"/>
              <w:rPr>
                <w:rFonts w:cs="Times New Roman"/>
              </w:rPr>
            </w:pPr>
            <w:r>
              <w:rPr>
                <w:rFonts w:cs="Times New Roman"/>
                <w:b/>
                <w:sz w:val="13"/>
              </w:rPr>
              <w:t>Population %</w:t>
            </w:r>
          </w:p>
        </w:tc>
        <w:tc>
          <w:tcPr>
            <w:tcW w:w="1080" w:type="dxa"/>
            <w:shd w:val="clear" w:color="auto" w:fill="E7E6E6"/>
            <w:tcMar>
              <w:top w:w="50" w:type="dxa"/>
              <w:left w:w="70" w:type="dxa"/>
              <w:bottom w:w="50" w:type="dxa"/>
              <w:right w:w="70" w:type="dxa"/>
            </w:tcMar>
            <w:vAlign w:val="center"/>
          </w:tcPr>
          <w:p w14:paraId="6111D04C" w14:textId="77777777" w:rsidR="00F57CE1" w:rsidRDefault="00F57CE1" w:rsidP="00573F18">
            <w:pPr>
              <w:spacing w:after="0" w:line="240" w:lineRule="auto"/>
              <w:jc w:val="center"/>
              <w:rPr>
                <w:rFonts w:cs="Times New Roman"/>
              </w:rPr>
            </w:pPr>
            <w:r>
              <w:rPr>
                <w:rFonts w:cs="Times New Roman"/>
                <w:b/>
                <w:sz w:val="13"/>
              </w:rPr>
              <w:t>Urban-pop %</w:t>
            </w:r>
          </w:p>
        </w:tc>
      </w:tr>
      <w:tr w:rsidR="00F57CE1" w14:paraId="44656841" w14:textId="77777777" w:rsidTr="00573F18">
        <w:trPr>
          <w:jc w:val="center"/>
        </w:trPr>
        <w:tc>
          <w:tcPr>
            <w:tcW w:w="1008" w:type="dxa"/>
            <w:tcMar>
              <w:top w:w="50" w:type="dxa"/>
              <w:left w:w="70" w:type="dxa"/>
              <w:bottom w:w="50" w:type="dxa"/>
              <w:right w:w="70" w:type="dxa"/>
            </w:tcMar>
            <w:vAlign w:val="center"/>
          </w:tcPr>
          <w:p w14:paraId="19A62507" w14:textId="77777777" w:rsidR="00F57CE1" w:rsidRDefault="00F57CE1" w:rsidP="00573F18">
            <w:pPr>
              <w:spacing w:after="0" w:line="240" w:lineRule="auto"/>
              <w:jc w:val="right"/>
              <w:rPr>
                <w:rFonts w:cs="Times New Roman"/>
              </w:rPr>
            </w:pPr>
            <w:r>
              <w:rPr>
                <w:rFonts w:cs="Times New Roman"/>
                <w:sz w:val="13"/>
              </w:rPr>
              <w:t>1</w:t>
            </w:r>
          </w:p>
        </w:tc>
        <w:tc>
          <w:tcPr>
            <w:tcW w:w="792" w:type="dxa"/>
            <w:tcMar>
              <w:top w:w="50" w:type="dxa"/>
              <w:left w:w="70" w:type="dxa"/>
              <w:bottom w:w="50" w:type="dxa"/>
              <w:right w:w="70" w:type="dxa"/>
            </w:tcMar>
            <w:vAlign w:val="center"/>
          </w:tcPr>
          <w:p w14:paraId="15E74FF8" w14:textId="77777777" w:rsidR="00F57CE1" w:rsidRDefault="00F57CE1" w:rsidP="00573F18">
            <w:pPr>
              <w:spacing w:after="0" w:line="240" w:lineRule="auto"/>
              <w:jc w:val="right"/>
              <w:rPr>
                <w:rFonts w:cs="Times New Roman"/>
              </w:rPr>
            </w:pPr>
            <w:r>
              <w:rPr>
                <w:rFonts w:cs="Times New Roman"/>
                <w:sz w:val="13"/>
              </w:rPr>
              <w:t>2012</w:t>
            </w:r>
          </w:p>
        </w:tc>
        <w:tc>
          <w:tcPr>
            <w:tcW w:w="936" w:type="dxa"/>
            <w:tcMar>
              <w:top w:w="50" w:type="dxa"/>
              <w:left w:w="70" w:type="dxa"/>
              <w:bottom w:w="50" w:type="dxa"/>
              <w:right w:w="70" w:type="dxa"/>
            </w:tcMar>
            <w:vAlign w:val="center"/>
          </w:tcPr>
          <w:p w14:paraId="65F38913" w14:textId="77777777" w:rsidR="00F57CE1" w:rsidRDefault="00F57CE1" w:rsidP="00573F18">
            <w:pPr>
              <w:spacing w:after="0" w:line="240" w:lineRule="auto"/>
              <w:jc w:val="right"/>
              <w:rPr>
                <w:rFonts w:cs="Times New Roman"/>
              </w:rPr>
            </w:pPr>
            <w:r>
              <w:rPr>
                <w:rFonts w:cs="Times New Roman"/>
                <w:sz w:val="13"/>
              </w:rPr>
              <w:t>0.042</w:t>
            </w:r>
          </w:p>
        </w:tc>
        <w:tc>
          <w:tcPr>
            <w:tcW w:w="792" w:type="dxa"/>
            <w:tcMar>
              <w:top w:w="50" w:type="dxa"/>
              <w:left w:w="70" w:type="dxa"/>
              <w:bottom w:w="50" w:type="dxa"/>
              <w:right w:w="70" w:type="dxa"/>
            </w:tcMar>
            <w:vAlign w:val="center"/>
          </w:tcPr>
          <w:p w14:paraId="4ADE8FA5" w14:textId="77777777" w:rsidR="00F57CE1" w:rsidRDefault="00F57CE1" w:rsidP="00573F18">
            <w:pPr>
              <w:spacing w:after="0" w:line="240" w:lineRule="auto"/>
              <w:jc w:val="right"/>
              <w:rPr>
                <w:rFonts w:cs="Times New Roman"/>
              </w:rPr>
            </w:pPr>
            <w:r>
              <w:rPr>
                <w:rFonts w:cs="Times New Roman"/>
                <w:sz w:val="13"/>
              </w:rPr>
              <w:t>0.490</w:t>
            </w:r>
          </w:p>
        </w:tc>
        <w:tc>
          <w:tcPr>
            <w:tcW w:w="1152" w:type="dxa"/>
            <w:tcMar>
              <w:top w:w="50" w:type="dxa"/>
              <w:left w:w="70" w:type="dxa"/>
              <w:bottom w:w="50" w:type="dxa"/>
              <w:right w:w="70" w:type="dxa"/>
            </w:tcMar>
            <w:vAlign w:val="center"/>
          </w:tcPr>
          <w:p w14:paraId="57397C70" w14:textId="77777777" w:rsidR="00F57CE1" w:rsidRDefault="00F57CE1" w:rsidP="00573F18">
            <w:pPr>
              <w:spacing w:after="0" w:line="240" w:lineRule="auto"/>
              <w:jc w:val="right"/>
              <w:rPr>
                <w:rFonts w:cs="Times New Roman"/>
              </w:rPr>
            </w:pPr>
            <w:r>
              <w:rPr>
                <w:rFonts w:cs="Times New Roman"/>
                <w:sz w:val="13"/>
              </w:rPr>
              <w:t>-0.487</w:t>
            </w:r>
          </w:p>
        </w:tc>
        <w:tc>
          <w:tcPr>
            <w:tcW w:w="936" w:type="dxa"/>
            <w:tcMar>
              <w:top w:w="50" w:type="dxa"/>
              <w:left w:w="70" w:type="dxa"/>
              <w:bottom w:w="50" w:type="dxa"/>
              <w:right w:w="70" w:type="dxa"/>
            </w:tcMar>
            <w:vAlign w:val="center"/>
          </w:tcPr>
          <w:p w14:paraId="5367CA2D" w14:textId="77777777" w:rsidR="00F57CE1" w:rsidRDefault="00F57CE1" w:rsidP="00573F18">
            <w:pPr>
              <w:spacing w:after="0" w:line="240" w:lineRule="auto"/>
              <w:jc w:val="right"/>
              <w:rPr>
                <w:rFonts w:cs="Times New Roman"/>
              </w:rPr>
            </w:pPr>
            <w:r>
              <w:rPr>
                <w:rFonts w:cs="Times New Roman"/>
                <w:sz w:val="13"/>
              </w:rPr>
              <w:t>0.008</w:t>
            </w:r>
          </w:p>
        </w:tc>
        <w:tc>
          <w:tcPr>
            <w:tcW w:w="864" w:type="dxa"/>
            <w:tcMar>
              <w:top w:w="50" w:type="dxa"/>
              <w:left w:w="70" w:type="dxa"/>
              <w:bottom w:w="50" w:type="dxa"/>
              <w:right w:w="70" w:type="dxa"/>
            </w:tcMar>
            <w:vAlign w:val="center"/>
          </w:tcPr>
          <w:p w14:paraId="4FC3F2FE" w14:textId="77777777" w:rsidR="00F57CE1" w:rsidRDefault="00F57CE1" w:rsidP="00573F18">
            <w:pPr>
              <w:spacing w:after="0" w:line="240" w:lineRule="auto"/>
              <w:jc w:val="right"/>
              <w:rPr>
                <w:rFonts w:cs="Times New Roman"/>
              </w:rPr>
            </w:pPr>
            <w:r>
              <w:rPr>
                <w:rFonts w:cs="Times New Roman"/>
                <w:sz w:val="13"/>
              </w:rPr>
              <w:t>0.002</w:t>
            </w:r>
          </w:p>
        </w:tc>
        <w:tc>
          <w:tcPr>
            <w:tcW w:w="1181" w:type="dxa"/>
            <w:tcMar>
              <w:top w:w="50" w:type="dxa"/>
              <w:left w:w="70" w:type="dxa"/>
              <w:bottom w:w="50" w:type="dxa"/>
              <w:right w:w="70" w:type="dxa"/>
            </w:tcMar>
            <w:vAlign w:val="center"/>
          </w:tcPr>
          <w:p w14:paraId="2B4DE187" w14:textId="77777777" w:rsidR="00F57CE1" w:rsidRDefault="00F57CE1" w:rsidP="00573F18">
            <w:pPr>
              <w:spacing w:after="0" w:line="240" w:lineRule="auto"/>
              <w:jc w:val="right"/>
              <w:rPr>
                <w:rFonts w:cs="Times New Roman"/>
              </w:rPr>
            </w:pPr>
            <w:r>
              <w:rPr>
                <w:rFonts w:cs="Times New Roman"/>
                <w:sz w:val="13"/>
              </w:rPr>
              <w:t>0.017</w:t>
            </w:r>
          </w:p>
        </w:tc>
        <w:tc>
          <w:tcPr>
            <w:tcW w:w="864" w:type="dxa"/>
            <w:tcMar>
              <w:top w:w="50" w:type="dxa"/>
              <w:left w:w="70" w:type="dxa"/>
              <w:bottom w:w="50" w:type="dxa"/>
              <w:right w:w="70" w:type="dxa"/>
            </w:tcMar>
            <w:vAlign w:val="center"/>
          </w:tcPr>
          <w:p w14:paraId="65D1B70E" w14:textId="77777777" w:rsidR="00F57CE1" w:rsidRDefault="00F57CE1" w:rsidP="00573F18">
            <w:pPr>
              <w:spacing w:after="0" w:line="240" w:lineRule="auto"/>
              <w:jc w:val="right"/>
              <w:rPr>
                <w:rFonts w:cs="Times New Roman"/>
              </w:rPr>
            </w:pPr>
            <w:r>
              <w:rPr>
                <w:rFonts w:cs="Times New Roman"/>
                <w:sz w:val="13"/>
              </w:rPr>
              <w:t>1.120</w:t>
            </w:r>
          </w:p>
        </w:tc>
        <w:tc>
          <w:tcPr>
            <w:tcW w:w="936" w:type="dxa"/>
            <w:tcMar>
              <w:top w:w="50" w:type="dxa"/>
              <w:left w:w="70" w:type="dxa"/>
              <w:bottom w:w="50" w:type="dxa"/>
              <w:right w:w="70" w:type="dxa"/>
            </w:tcMar>
            <w:vAlign w:val="center"/>
          </w:tcPr>
          <w:p w14:paraId="39688B13" w14:textId="77777777" w:rsidR="00F57CE1" w:rsidRDefault="00F57CE1" w:rsidP="00573F18">
            <w:pPr>
              <w:spacing w:after="0" w:line="240" w:lineRule="auto"/>
              <w:jc w:val="right"/>
              <w:rPr>
                <w:rFonts w:cs="Times New Roman"/>
              </w:rPr>
            </w:pPr>
            <w:r>
              <w:rPr>
                <w:rFonts w:cs="Times New Roman"/>
                <w:sz w:val="13"/>
              </w:rPr>
              <w:t>-38.5</w:t>
            </w:r>
          </w:p>
        </w:tc>
        <w:tc>
          <w:tcPr>
            <w:tcW w:w="1080" w:type="dxa"/>
            <w:tcMar>
              <w:top w:w="50" w:type="dxa"/>
              <w:left w:w="70" w:type="dxa"/>
              <w:bottom w:w="50" w:type="dxa"/>
              <w:right w:w="70" w:type="dxa"/>
            </w:tcMar>
            <w:vAlign w:val="center"/>
          </w:tcPr>
          <w:p w14:paraId="7AAC1C75" w14:textId="77777777" w:rsidR="00F57CE1" w:rsidRDefault="00F57CE1" w:rsidP="00573F18">
            <w:pPr>
              <w:spacing w:after="0" w:line="240" w:lineRule="auto"/>
              <w:jc w:val="right"/>
              <w:rPr>
                <w:rFonts w:cs="Times New Roman"/>
              </w:rPr>
            </w:pPr>
            <w:r>
              <w:rPr>
                <w:rFonts w:cs="Times New Roman"/>
                <w:sz w:val="13"/>
              </w:rPr>
              <w:t>0.8</w:t>
            </w:r>
          </w:p>
        </w:tc>
        <w:tc>
          <w:tcPr>
            <w:tcW w:w="1080" w:type="dxa"/>
            <w:tcMar>
              <w:top w:w="50" w:type="dxa"/>
              <w:left w:w="70" w:type="dxa"/>
              <w:bottom w:w="50" w:type="dxa"/>
              <w:right w:w="70" w:type="dxa"/>
            </w:tcMar>
            <w:vAlign w:val="center"/>
          </w:tcPr>
          <w:p w14:paraId="37CCBC6D" w14:textId="77777777" w:rsidR="00F57CE1" w:rsidRDefault="00F57CE1" w:rsidP="00573F18">
            <w:pPr>
              <w:spacing w:after="0" w:line="240" w:lineRule="auto"/>
              <w:jc w:val="right"/>
              <w:rPr>
                <w:rFonts w:cs="Times New Roman"/>
              </w:rPr>
            </w:pPr>
            <w:r>
              <w:rPr>
                <w:rFonts w:cs="Times New Roman"/>
                <w:sz w:val="13"/>
              </w:rPr>
              <w:t>1.7</w:t>
            </w:r>
          </w:p>
        </w:tc>
      </w:tr>
      <w:tr w:rsidR="00F57CE1" w14:paraId="4C30914C" w14:textId="77777777" w:rsidTr="00573F18">
        <w:trPr>
          <w:jc w:val="center"/>
        </w:trPr>
        <w:tc>
          <w:tcPr>
            <w:tcW w:w="1008" w:type="dxa"/>
            <w:tcMar>
              <w:top w:w="50" w:type="dxa"/>
              <w:left w:w="70" w:type="dxa"/>
              <w:bottom w:w="50" w:type="dxa"/>
              <w:right w:w="70" w:type="dxa"/>
            </w:tcMar>
            <w:vAlign w:val="center"/>
          </w:tcPr>
          <w:p w14:paraId="015D6A79" w14:textId="77777777" w:rsidR="00F57CE1" w:rsidRDefault="00F57CE1" w:rsidP="00573F18">
            <w:pPr>
              <w:spacing w:after="0" w:line="240" w:lineRule="auto"/>
              <w:jc w:val="right"/>
              <w:rPr>
                <w:rFonts w:cs="Times New Roman"/>
              </w:rPr>
            </w:pPr>
            <w:r>
              <w:rPr>
                <w:rFonts w:cs="Times New Roman"/>
                <w:sz w:val="13"/>
              </w:rPr>
              <w:t>1</w:t>
            </w:r>
          </w:p>
        </w:tc>
        <w:tc>
          <w:tcPr>
            <w:tcW w:w="792" w:type="dxa"/>
            <w:tcMar>
              <w:top w:w="50" w:type="dxa"/>
              <w:left w:w="70" w:type="dxa"/>
              <w:bottom w:w="50" w:type="dxa"/>
              <w:right w:w="70" w:type="dxa"/>
            </w:tcMar>
            <w:vAlign w:val="center"/>
          </w:tcPr>
          <w:p w14:paraId="77CA43CC" w14:textId="77777777" w:rsidR="00F57CE1" w:rsidRDefault="00F57CE1" w:rsidP="00573F18">
            <w:pPr>
              <w:spacing w:after="0" w:line="240" w:lineRule="auto"/>
              <w:jc w:val="right"/>
              <w:rPr>
                <w:rFonts w:cs="Times New Roman"/>
              </w:rPr>
            </w:pPr>
            <w:r>
              <w:rPr>
                <w:rFonts w:cs="Times New Roman"/>
                <w:sz w:val="13"/>
              </w:rPr>
              <w:t>2016</w:t>
            </w:r>
          </w:p>
        </w:tc>
        <w:tc>
          <w:tcPr>
            <w:tcW w:w="936" w:type="dxa"/>
            <w:tcMar>
              <w:top w:w="50" w:type="dxa"/>
              <w:left w:w="70" w:type="dxa"/>
              <w:bottom w:w="50" w:type="dxa"/>
              <w:right w:w="70" w:type="dxa"/>
            </w:tcMar>
            <w:vAlign w:val="center"/>
          </w:tcPr>
          <w:p w14:paraId="2597F0E2" w14:textId="77777777" w:rsidR="00F57CE1" w:rsidRDefault="00F57CE1" w:rsidP="00573F18">
            <w:pPr>
              <w:spacing w:after="0" w:line="240" w:lineRule="auto"/>
              <w:jc w:val="right"/>
              <w:rPr>
                <w:rFonts w:cs="Times New Roman"/>
              </w:rPr>
            </w:pPr>
            <w:r>
              <w:rPr>
                <w:rFonts w:cs="Times New Roman"/>
                <w:sz w:val="13"/>
              </w:rPr>
              <w:t>0.134</w:t>
            </w:r>
          </w:p>
        </w:tc>
        <w:tc>
          <w:tcPr>
            <w:tcW w:w="792" w:type="dxa"/>
            <w:tcMar>
              <w:top w:w="50" w:type="dxa"/>
              <w:left w:w="70" w:type="dxa"/>
              <w:bottom w:w="50" w:type="dxa"/>
              <w:right w:w="70" w:type="dxa"/>
            </w:tcMar>
            <w:vAlign w:val="center"/>
          </w:tcPr>
          <w:p w14:paraId="5100D236" w14:textId="77777777" w:rsidR="00F57CE1" w:rsidRDefault="00F57CE1" w:rsidP="00573F18">
            <w:pPr>
              <w:spacing w:after="0" w:line="240" w:lineRule="auto"/>
              <w:jc w:val="right"/>
              <w:rPr>
                <w:rFonts w:cs="Times New Roman"/>
              </w:rPr>
            </w:pPr>
            <w:r>
              <w:rPr>
                <w:rFonts w:cs="Times New Roman"/>
                <w:sz w:val="13"/>
              </w:rPr>
              <w:t>0.020</w:t>
            </w:r>
          </w:p>
        </w:tc>
        <w:tc>
          <w:tcPr>
            <w:tcW w:w="1152" w:type="dxa"/>
            <w:tcMar>
              <w:top w:w="50" w:type="dxa"/>
              <w:left w:w="70" w:type="dxa"/>
              <w:bottom w:w="50" w:type="dxa"/>
              <w:right w:w="70" w:type="dxa"/>
            </w:tcMar>
            <w:vAlign w:val="center"/>
          </w:tcPr>
          <w:p w14:paraId="278D3FBB" w14:textId="77777777" w:rsidR="00F57CE1" w:rsidRDefault="00F57CE1" w:rsidP="00573F18">
            <w:pPr>
              <w:spacing w:after="0" w:line="240" w:lineRule="auto"/>
              <w:jc w:val="right"/>
              <w:rPr>
                <w:rFonts w:cs="Times New Roman"/>
              </w:rPr>
            </w:pPr>
            <w:r>
              <w:rPr>
                <w:rFonts w:cs="Times New Roman"/>
                <w:sz w:val="13"/>
              </w:rPr>
              <w:t>0.019</w:t>
            </w:r>
          </w:p>
        </w:tc>
        <w:tc>
          <w:tcPr>
            <w:tcW w:w="936" w:type="dxa"/>
            <w:tcMar>
              <w:top w:w="50" w:type="dxa"/>
              <w:left w:w="70" w:type="dxa"/>
              <w:bottom w:w="50" w:type="dxa"/>
              <w:right w:w="70" w:type="dxa"/>
            </w:tcMar>
            <w:vAlign w:val="center"/>
          </w:tcPr>
          <w:p w14:paraId="70D2A1CD" w14:textId="77777777" w:rsidR="00F57CE1" w:rsidRDefault="00F57CE1" w:rsidP="00573F18">
            <w:pPr>
              <w:spacing w:after="0" w:line="240" w:lineRule="auto"/>
              <w:jc w:val="right"/>
              <w:rPr>
                <w:rFonts w:cs="Times New Roman"/>
              </w:rPr>
            </w:pPr>
            <w:r>
              <w:rPr>
                <w:rFonts w:cs="Times New Roman"/>
                <w:sz w:val="13"/>
              </w:rPr>
              <w:t>0.009</w:t>
            </w:r>
          </w:p>
        </w:tc>
        <w:tc>
          <w:tcPr>
            <w:tcW w:w="864" w:type="dxa"/>
            <w:tcMar>
              <w:top w:w="50" w:type="dxa"/>
              <w:left w:w="70" w:type="dxa"/>
              <w:bottom w:w="50" w:type="dxa"/>
              <w:right w:w="70" w:type="dxa"/>
            </w:tcMar>
            <w:vAlign w:val="center"/>
          </w:tcPr>
          <w:p w14:paraId="5B963081" w14:textId="77777777" w:rsidR="00F57CE1" w:rsidRDefault="00F57CE1" w:rsidP="00573F18">
            <w:pPr>
              <w:spacing w:after="0" w:line="240" w:lineRule="auto"/>
              <w:jc w:val="right"/>
              <w:rPr>
                <w:rFonts w:cs="Times New Roman"/>
              </w:rPr>
            </w:pPr>
            <w:r>
              <w:rPr>
                <w:rFonts w:cs="Times New Roman"/>
                <w:sz w:val="13"/>
              </w:rPr>
              <w:t>0.013</w:t>
            </w:r>
          </w:p>
        </w:tc>
        <w:tc>
          <w:tcPr>
            <w:tcW w:w="1181" w:type="dxa"/>
            <w:tcMar>
              <w:top w:w="50" w:type="dxa"/>
              <w:left w:w="70" w:type="dxa"/>
              <w:bottom w:w="50" w:type="dxa"/>
              <w:right w:w="70" w:type="dxa"/>
            </w:tcMar>
            <w:vAlign w:val="center"/>
          </w:tcPr>
          <w:p w14:paraId="2BCFA898" w14:textId="77777777" w:rsidR="00F57CE1" w:rsidRDefault="00F57CE1" w:rsidP="00573F18">
            <w:pPr>
              <w:spacing w:after="0" w:line="240" w:lineRule="auto"/>
              <w:jc w:val="right"/>
              <w:rPr>
                <w:rFonts w:cs="Times New Roman"/>
              </w:rPr>
            </w:pPr>
            <w:r>
              <w:rPr>
                <w:rFonts w:cs="Times New Roman"/>
                <w:sz w:val="13"/>
              </w:rPr>
              <w:t>0.015</w:t>
            </w:r>
          </w:p>
        </w:tc>
        <w:tc>
          <w:tcPr>
            <w:tcW w:w="864" w:type="dxa"/>
            <w:tcMar>
              <w:top w:w="50" w:type="dxa"/>
              <w:left w:w="70" w:type="dxa"/>
              <w:bottom w:w="50" w:type="dxa"/>
              <w:right w:w="70" w:type="dxa"/>
            </w:tcMar>
            <w:vAlign w:val="center"/>
          </w:tcPr>
          <w:p w14:paraId="58839FFE" w14:textId="77777777" w:rsidR="00F57CE1" w:rsidRDefault="00F57CE1" w:rsidP="00573F18">
            <w:pPr>
              <w:spacing w:after="0" w:line="240" w:lineRule="auto"/>
              <w:jc w:val="right"/>
              <w:rPr>
                <w:rFonts w:cs="Times New Roman"/>
              </w:rPr>
            </w:pPr>
            <w:r>
              <w:rPr>
                <w:rFonts w:cs="Times New Roman"/>
                <w:sz w:val="13"/>
              </w:rPr>
              <w:t>5.550</w:t>
            </w:r>
          </w:p>
        </w:tc>
        <w:tc>
          <w:tcPr>
            <w:tcW w:w="936" w:type="dxa"/>
            <w:tcMar>
              <w:top w:w="50" w:type="dxa"/>
              <w:left w:w="70" w:type="dxa"/>
              <w:bottom w:w="50" w:type="dxa"/>
              <w:right w:w="70" w:type="dxa"/>
            </w:tcMar>
            <w:vAlign w:val="center"/>
          </w:tcPr>
          <w:p w14:paraId="4C9DA5C5" w14:textId="77777777" w:rsidR="00F57CE1" w:rsidRDefault="00F57CE1" w:rsidP="00573F18">
            <w:pPr>
              <w:spacing w:after="0" w:line="240" w:lineRule="auto"/>
              <w:jc w:val="right"/>
              <w:rPr>
                <w:rFonts w:cs="Times New Roman"/>
              </w:rPr>
            </w:pPr>
            <w:r>
              <w:rPr>
                <w:rFonts w:cs="Times New Roman"/>
                <w:sz w:val="13"/>
              </w:rPr>
              <w:t>1.9</w:t>
            </w:r>
          </w:p>
        </w:tc>
        <w:tc>
          <w:tcPr>
            <w:tcW w:w="1080" w:type="dxa"/>
            <w:tcMar>
              <w:top w:w="50" w:type="dxa"/>
              <w:left w:w="70" w:type="dxa"/>
              <w:bottom w:w="50" w:type="dxa"/>
              <w:right w:w="70" w:type="dxa"/>
            </w:tcMar>
            <w:vAlign w:val="center"/>
          </w:tcPr>
          <w:p w14:paraId="56ED4FE1" w14:textId="77777777" w:rsidR="00F57CE1" w:rsidRDefault="00F57CE1" w:rsidP="00573F18">
            <w:pPr>
              <w:spacing w:after="0" w:line="240" w:lineRule="auto"/>
              <w:jc w:val="right"/>
              <w:rPr>
                <w:rFonts w:cs="Times New Roman"/>
              </w:rPr>
            </w:pPr>
            <w:r>
              <w:rPr>
                <w:rFonts w:cs="Times New Roman"/>
                <w:sz w:val="13"/>
              </w:rPr>
              <w:t>0.9</w:t>
            </w:r>
          </w:p>
        </w:tc>
        <w:tc>
          <w:tcPr>
            <w:tcW w:w="1080" w:type="dxa"/>
            <w:tcMar>
              <w:top w:w="50" w:type="dxa"/>
              <w:left w:w="70" w:type="dxa"/>
              <w:bottom w:w="50" w:type="dxa"/>
              <w:right w:w="70" w:type="dxa"/>
            </w:tcMar>
            <w:vAlign w:val="center"/>
          </w:tcPr>
          <w:p w14:paraId="691E585B" w14:textId="77777777" w:rsidR="00F57CE1" w:rsidRDefault="00F57CE1" w:rsidP="00573F18">
            <w:pPr>
              <w:spacing w:after="0" w:line="240" w:lineRule="auto"/>
              <w:jc w:val="right"/>
              <w:rPr>
                <w:rFonts w:cs="Times New Roman"/>
              </w:rPr>
            </w:pPr>
            <w:r>
              <w:rPr>
                <w:rFonts w:cs="Times New Roman"/>
                <w:sz w:val="13"/>
              </w:rPr>
              <w:t>1.5</w:t>
            </w:r>
          </w:p>
        </w:tc>
      </w:tr>
      <w:tr w:rsidR="00F57CE1" w14:paraId="1FB8CC9B" w14:textId="77777777" w:rsidTr="00573F18">
        <w:trPr>
          <w:jc w:val="center"/>
        </w:trPr>
        <w:tc>
          <w:tcPr>
            <w:tcW w:w="1008" w:type="dxa"/>
            <w:tcMar>
              <w:top w:w="50" w:type="dxa"/>
              <w:left w:w="70" w:type="dxa"/>
              <w:bottom w:w="50" w:type="dxa"/>
              <w:right w:w="70" w:type="dxa"/>
            </w:tcMar>
            <w:vAlign w:val="center"/>
          </w:tcPr>
          <w:p w14:paraId="7E42DC35" w14:textId="77777777" w:rsidR="00F57CE1" w:rsidRDefault="00F57CE1" w:rsidP="00573F18">
            <w:pPr>
              <w:spacing w:after="0" w:line="240" w:lineRule="auto"/>
              <w:jc w:val="right"/>
              <w:rPr>
                <w:rFonts w:cs="Times New Roman"/>
              </w:rPr>
            </w:pPr>
            <w:r>
              <w:rPr>
                <w:rFonts w:cs="Times New Roman"/>
                <w:sz w:val="13"/>
              </w:rPr>
              <w:t>1</w:t>
            </w:r>
          </w:p>
        </w:tc>
        <w:tc>
          <w:tcPr>
            <w:tcW w:w="792" w:type="dxa"/>
            <w:tcMar>
              <w:top w:w="50" w:type="dxa"/>
              <w:left w:w="70" w:type="dxa"/>
              <w:bottom w:w="50" w:type="dxa"/>
              <w:right w:w="70" w:type="dxa"/>
            </w:tcMar>
            <w:vAlign w:val="center"/>
          </w:tcPr>
          <w:p w14:paraId="6606E805"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31FFF0F1" w14:textId="77777777" w:rsidR="00F57CE1" w:rsidRDefault="00F57CE1" w:rsidP="00573F18">
            <w:pPr>
              <w:spacing w:after="0" w:line="240" w:lineRule="auto"/>
              <w:jc w:val="right"/>
              <w:rPr>
                <w:rFonts w:cs="Times New Roman"/>
              </w:rPr>
            </w:pPr>
            <w:r>
              <w:rPr>
                <w:rFonts w:cs="Times New Roman"/>
                <w:sz w:val="13"/>
              </w:rPr>
              <w:t>0.077</w:t>
            </w:r>
          </w:p>
        </w:tc>
        <w:tc>
          <w:tcPr>
            <w:tcW w:w="792" w:type="dxa"/>
            <w:tcMar>
              <w:top w:w="50" w:type="dxa"/>
              <w:left w:w="70" w:type="dxa"/>
              <w:bottom w:w="50" w:type="dxa"/>
              <w:right w:w="70" w:type="dxa"/>
            </w:tcMar>
            <w:vAlign w:val="center"/>
          </w:tcPr>
          <w:p w14:paraId="42CB2152" w14:textId="77777777" w:rsidR="00F57CE1" w:rsidRDefault="00F57CE1" w:rsidP="00573F18">
            <w:pPr>
              <w:spacing w:after="0" w:line="240" w:lineRule="auto"/>
              <w:jc w:val="right"/>
              <w:rPr>
                <w:rFonts w:cs="Times New Roman"/>
              </w:rPr>
            </w:pPr>
            <w:r>
              <w:rPr>
                <w:rFonts w:cs="Times New Roman"/>
                <w:sz w:val="13"/>
              </w:rPr>
              <w:t>8.250</w:t>
            </w:r>
          </w:p>
        </w:tc>
        <w:tc>
          <w:tcPr>
            <w:tcW w:w="1152" w:type="dxa"/>
            <w:tcMar>
              <w:top w:w="50" w:type="dxa"/>
              <w:left w:w="70" w:type="dxa"/>
              <w:bottom w:w="50" w:type="dxa"/>
              <w:right w:w="70" w:type="dxa"/>
            </w:tcMar>
            <w:vAlign w:val="center"/>
          </w:tcPr>
          <w:p w14:paraId="05CA237B" w14:textId="77777777" w:rsidR="00F57CE1" w:rsidRDefault="00F57CE1" w:rsidP="00573F18">
            <w:pPr>
              <w:spacing w:after="0" w:line="240" w:lineRule="auto"/>
              <w:jc w:val="right"/>
              <w:rPr>
                <w:rFonts w:cs="Times New Roman"/>
              </w:rPr>
            </w:pPr>
            <w:r>
              <w:rPr>
                <w:rFonts w:cs="Times New Roman"/>
                <w:sz w:val="13"/>
              </w:rPr>
              <w:t>-0.199</w:t>
            </w:r>
          </w:p>
        </w:tc>
        <w:tc>
          <w:tcPr>
            <w:tcW w:w="936" w:type="dxa"/>
            <w:tcMar>
              <w:top w:w="50" w:type="dxa"/>
              <w:left w:w="70" w:type="dxa"/>
              <w:bottom w:w="50" w:type="dxa"/>
              <w:right w:w="70" w:type="dxa"/>
            </w:tcMar>
            <w:vAlign w:val="center"/>
          </w:tcPr>
          <w:p w14:paraId="36BFCD3F" w14:textId="77777777" w:rsidR="00F57CE1" w:rsidRDefault="00F57CE1" w:rsidP="00573F18">
            <w:pPr>
              <w:spacing w:after="0" w:line="240" w:lineRule="auto"/>
              <w:jc w:val="right"/>
              <w:rPr>
                <w:rFonts w:cs="Times New Roman"/>
              </w:rPr>
            </w:pPr>
            <w:r>
              <w:rPr>
                <w:rFonts w:cs="Times New Roman"/>
                <w:sz w:val="13"/>
              </w:rPr>
              <w:t>0.014</w:t>
            </w:r>
          </w:p>
        </w:tc>
        <w:tc>
          <w:tcPr>
            <w:tcW w:w="864" w:type="dxa"/>
            <w:tcMar>
              <w:top w:w="50" w:type="dxa"/>
              <w:left w:w="70" w:type="dxa"/>
              <w:bottom w:w="50" w:type="dxa"/>
              <w:right w:w="70" w:type="dxa"/>
            </w:tcMar>
            <w:vAlign w:val="center"/>
          </w:tcPr>
          <w:p w14:paraId="7731C020" w14:textId="77777777" w:rsidR="00F57CE1" w:rsidRDefault="00F57CE1" w:rsidP="00573F18">
            <w:pPr>
              <w:spacing w:after="0" w:line="240" w:lineRule="auto"/>
              <w:jc w:val="right"/>
              <w:rPr>
                <w:rFonts w:cs="Times New Roman"/>
              </w:rPr>
            </w:pPr>
            <w:r>
              <w:rPr>
                <w:rFonts w:cs="Times New Roman"/>
                <w:sz w:val="13"/>
              </w:rPr>
              <w:t>-0.083</w:t>
            </w:r>
          </w:p>
        </w:tc>
        <w:tc>
          <w:tcPr>
            <w:tcW w:w="1181" w:type="dxa"/>
            <w:tcMar>
              <w:top w:w="50" w:type="dxa"/>
              <w:left w:w="70" w:type="dxa"/>
              <w:bottom w:w="50" w:type="dxa"/>
              <w:right w:w="70" w:type="dxa"/>
            </w:tcMar>
            <w:vAlign w:val="center"/>
          </w:tcPr>
          <w:p w14:paraId="4AA48E73" w14:textId="77777777" w:rsidR="00F57CE1" w:rsidRDefault="00F57CE1" w:rsidP="00573F18">
            <w:pPr>
              <w:spacing w:after="0" w:line="240" w:lineRule="auto"/>
              <w:jc w:val="right"/>
              <w:rPr>
                <w:rFonts w:cs="Times New Roman"/>
              </w:rPr>
            </w:pPr>
            <w:r>
              <w:rPr>
                <w:rFonts w:cs="Times New Roman"/>
                <w:sz w:val="13"/>
              </w:rPr>
              <w:t>0.015</w:t>
            </w:r>
          </w:p>
        </w:tc>
        <w:tc>
          <w:tcPr>
            <w:tcW w:w="864" w:type="dxa"/>
            <w:tcMar>
              <w:top w:w="50" w:type="dxa"/>
              <w:left w:w="70" w:type="dxa"/>
              <w:bottom w:w="50" w:type="dxa"/>
              <w:right w:w="70" w:type="dxa"/>
            </w:tcMar>
            <w:vAlign w:val="center"/>
          </w:tcPr>
          <w:p w14:paraId="25F9B150" w14:textId="77777777" w:rsidR="00F57CE1" w:rsidRDefault="00F57CE1" w:rsidP="00573F18">
            <w:pPr>
              <w:spacing w:after="0" w:line="240" w:lineRule="auto"/>
              <w:jc w:val="right"/>
              <w:rPr>
                <w:rFonts w:cs="Times New Roman"/>
              </w:rPr>
            </w:pPr>
            <w:r>
              <w:rPr>
                <w:rFonts w:cs="Times New Roman"/>
                <w:sz w:val="13"/>
              </w:rPr>
              <w:t>-0.640</w:t>
            </w:r>
          </w:p>
        </w:tc>
        <w:tc>
          <w:tcPr>
            <w:tcW w:w="936" w:type="dxa"/>
            <w:tcMar>
              <w:top w:w="50" w:type="dxa"/>
              <w:left w:w="70" w:type="dxa"/>
              <w:bottom w:w="50" w:type="dxa"/>
              <w:right w:w="70" w:type="dxa"/>
            </w:tcMar>
            <w:vAlign w:val="center"/>
          </w:tcPr>
          <w:p w14:paraId="7714143D" w14:textId="77777777" w:rsidR="00F57CE1" w:rsidRDefault="00F57CE1" w:rsidP="00573F18">
            <w:pPr>
              <w:spacing w:after="0" w:line="240" w:lineRule="auto"/>
              <w:jc w:val="right"/>
              <w:rPr>
                <w:rFonts w:cs="Times New Roman"/>
              </w:rPr>
            </w:pPr>
            <w:r>
              <w:rPr>
                <w:rFonts w:cs="Times New Roman"/>
                <w:sz w:val="13"/>
              </w:rPr>
              <w:t>-18.1</w:t>
            </w:r>
          </w:p>
        </w:tc>
        <w:tc>
          <w:tcPr>
            <w:tcW w:w="1080" w:type="dxa"/>
            <w:tcMar>
              <w:top w:w="50" w:type="dxa"/>
              <w:left w:w="70" w:type="dxa"/>
              <w:bottom w:w="50" w:type="dxa"/>
              <w:right w:w="70" w:type="dxa"/>
            </w:tcMar>
            <w:vAlign w:val="center"/>
          </w:tcPr>
          <w:p w14:paraId="5859619E" w14:textId="77777777" w:rsidR="00F57CE1" w:rsidRDefault="00F57CE1" w:rsidP="00573F18">
            <w:pPr>
              <w:spacing w:after="0" w:line="240" w:lineRule="auto"/>
              <w:jc w:val="right"/>
              <w:rPr>
                <w:rFonts w:cs="Times New Roman"/>
              </w:rPr>
            </w:pPr>
            <w:r>
              <w:rPr>
                <w:rFonts w:cs="Times New Roman"/>
                <w:sz w:val="13"/>
              </w:rPr>
              <w:t>1.4</w:t>
            </w:r>
          </w:p>
        </w:tc>
        <w:tc>
          <w:tcPr>
            <w:tcW w:w="1080" w:type="dxa"/>
            <w:tcMar>
              <w:top w:w="50" w:type="dxa"/>
              <w:left w:w="70" w:type="dxa"/>
              <w:bottom w:w="50" w:type="dxa"/>
              <w:right w:w="70" w:type="dxa"/>
            </w:tcMar>
            <w:vAlign w:val="center"/>
          </w:tcPr>
          <w:p w14:paraId="7802D52B" w14:textId="77777777" w:rsidR="00F57CE1" w:rsidRDefault="00F57CE1" w:rsidP="00573F18">
            <w:pPr>
              <w:spacing w:after="0" w:line="240" w:lineRule="auto"/>
              <w:jc w:val="right"/>
              <w:rPr>
                <w:rFonts w:cs="Times New Roman"/>
              </w:rPr>
            </w:pPr>
            <w:r>
              <w:rPr>
                <w:rFonts w:cs="Times New Roman"/>
                <w:sz w:val="13"/>
              </w:rPr>
              <w:t>1.5</w:t>
            </w:r>
          </w:p>
        </w:tc>
      </w:tr>
      <w:tr w:rsidR="00F57CE1" w14:paraId="78B5B147" w14:textId="77777777" w:rsidTr="00573F18">
        <w:trPr>
          <w:jc w:val="center"/>
        </w:trPr>
        <w:tc>
          <w:tcPr>
            <w:tcW w:w="1008" w:type="dxa"/>
            <w:tcMar>
              <w:top w:w="50" w:type="dxa"/>
              <w:left w:w="70" w:type="dxa"/>
              <w:bottom w:w="50" w:type="dxa"/>
              <w:right w:w="70" w:type="dxa"/>
            </w:tcMar>
            <w:vAlign w:val="center"/>
          </w:tcPr>
          <w:p w14:paraId="0F8E2510" w14:textId="77777777" w:rsidR="00F57CE1" w:rsidRDefault="00F57CE1" w:rsidP="00573F18">
            <w:pPr>
              <w:spacing w:after="0" w:line="240" w:lineRule="auto"/>
              <w:jc w:val="right"/>
              <w:rPr>
                <w:rFonts w:cs="Times New Roman"/>
              </w:rPr>
            </w:pPr>
            <w:r>
              <w:rPr>
                <w:rFonts w:cs="Times New Roman"/>
                <w:sz w:val="13"/>
              </w:rPr>
              <w:t>1</w:t>
            </w:r>
          </w:p>
        </w:tc>
        <w:tc>
          <w:tcPr>
            <w:tcW w:w="792" w:type="dxa"/>
            <w:tcMar>
              <w:top w:w="50" w:type="dxa"/>
              <w:left w:w="70" w:type="dxa"/>
              <w:bottom w:w="50" w:type="dxa"/>
              <w:right w:w="70" w:type="dxa"/>
            </w:tcMar>
            <w:vAlign w:val="center"/>
          </w:tcPr>
          <w:p w14:paraId="5B30869E" w14:textId="77777777" w:rsidR="00F57CE1" w:rsidRDefault="00F57CE1" w:rsidP="00573F18">
            <w:pPr>
              <w:spacing w:after="0" w:line="240" w:lineRule="auto"/>
              <w:jc w:val="right"/>
              <w:rPr>
                <w:rFonts w:cs="Times New Roman"/>
              </w:rPr>
            </w:pPr>
            <w:r>
              <w:rPr>
                <w:rFonts w:cs="Times New Roman"/>
                <w:sz w:val="13"/>
              </w:rPr>
              <w:t>2022</w:t>
            </w:r>
          </w:p>
        </w:tc>
        <w:tc>
          <w:tcPr>
            <w:tcW w:w="936" w:type="dxa"/>
            <w:tcMar>
              <w:top w:w="50" w:type="dxa"/>
              <w:left w:w="70" w:type="dxa"/>
              <w:bottom w:w="50" w:type="dxa"/>
              <w:right w:w="70" w:type="dxa"/>
            </w:tcMar>
            <w:vAlign w:val="center"/>
          </w:tcPr>
          <w:p w14:paraId="6FA930E4" w14:textId="77777777" w:rsidR="00F57CE1" w:rsidRDefault="00F57CE1" w:rsidP="00573F18">
            <w:pPr>
              <w:spacing w:after="0" w:line="240" w:lineRule="auto"/>
              <w:jc w:val="right"/>
              <w:rPr>
                <w:rFonts w:cs="Times New Roman"/>
              </w:rPr>
            </w:pPr>
            <w:r>
              <w:rPr>
                <w:rFonts w:cs="Times New Roman"/>
                <w:sz w:val="13"/>
              </w:rPr>
              <w:t>0.358</w:t>
            </w:r>
          </w:p>
        </w:tc>
        <w:tc>
          <w:tcPr>
            <w:tcW w:w="792" w:type="dxa"/>
            <w:tcMar>
              <w:top w:w="50" w:type="dxa"/>
              <w:left w:w="70" w:type="dxa"/>
              <w:bottom w:w="50" w:type="dxa"/>
              <w:right w:w="70" w:type="dxa"/>
            </w:tcMar>
            <w:vAlign w:val="center"/>
          </w:tcPr>
          <w:p w14:paraId="48C57E55" w14:textId="77777777" w:rsidR="00F57CE1" w:rsidRDefault="00F57CE1" w:rsidP="00573F18">
            <w:pPr>
              <w:spacing w:after="0" w:line="240" w:lineRule="auto"/>
              <w:jc w:val="right"/>
              <w:rPr>
                <w:rFonts w:cs="Times New Roman"/>
              </w:rPr>
            </w:pPr>
            <w:r>
              <w:rPr>
                <w:rFonts w:cs="Times New Roman"/>
                <w:sz w:val="13"/>
              </w:rPr>
              <w:t>0.530</w:t>
            </w:r>
          </w:p>
        </w:tc>
        <w:tc>
          <w:tcPr>
            <w:tcW w:w="1152" w:type="dxa"/>
            <w:tcMar>
              <w:top w:w="50" w:type="dxa"/>
              <w:left w:w="70" w:type="dxa"/>
              <w:bottom w:w="50" w:type="dxa"/>
              <w:right w:w="70" w:type="dxa"/>
            </w:tcMar>
            <w:vAlign w:val="center"/>
          </w:tcPr>
          <w:p w14:paraId="5B8C651C" w14:textId="77777777" w:rsidR="00F57CE1" w:rsidRDefault="00F57CE1" w:rsidP="00573F18">
            <w:pPr>
              <w:spacing w:after="0" w:line="240" w:lineRule="auto"/>
              <w:jc w:val="right"/>
              <w:rPr>
                <w:rFonts w:cs="Times New Roman"/>
              </w:rPr>
            </w:pPr>
            <w:r>
              <w:rPr>
                <w:rFonts w:cs="Times New Roman"/>
                <w:sz w:val="13"/>
              </w:rPr>
              <w:t>-0.205</w:t>
            </w:r>
          </w:p>
        </w:tc>
        <w:tc>
          <w:tcPr>
            <w:tcW w:w="936" w:type="dxa"/>
            <w:tcMar>
              <w:top w:w="50" w:type="dxa"/>
              <w:left w:w="70" w:type="dxa"/>
              <w:bottom w:w="50" w:type="dxa"/>
              <w:right w:w="70" w:type="dxa"/>
            </w:tcMar>
            <w:vAlign w:val="center"/>
          </w:tcPr>
          <w:p w14:paraId="340FC208" w14:textId="77777777" w:rsidR="00F57CE1" w:rsidRDefault="00F57CE1" w:rsidP="00573F18">
            <w:pPr>
              <w:spacing w:after="0" w:line="240" w:lineRule="auto"/>
              <w:jc w:val="right"/>
              <w:rPr>
                <w:rFonts w:cs="Times New Roman"/>
              </w:rPr>
            </w:pPr>
            <w:r>
              <w:rPr>
                <w:rFonts w:cs="Times New Roman"/>
                <w:sz w:val="13"/>
              </w:rPr>
              <w:t>0.008</w:t>
            </w:r>
          </w:p>
        </w:tc>
        <w:tc>
          <w:tcPr>
            <w:tcW w:w="864" w:type="dxa"/>
            <w:tcMar>
              <w:top w:w="50" w:type="dxa"/>
              <w:left w:w="70" w:type="dxa"/>
              <w:bottom w:w="50" w:type="dxa"/>
              <w:right w:w="70" w:type="dxa"/>
            </w:tcMar>
            <w:vAlign w:val="center"/>
          </w:tcPr>
          <w:p w14:paraId="5B938518" w14:textId="77777777" w:rsidR="00F57CE1" w:rsidRDefault="00F57CE1" w:rsidP="00573F18">
            <w:pPr>
              <w:spacing w:after="0" w:line="240" w:lineRule="auto"/>
              <w:jc w:val="right"/>
              <w:rPr>
                <w:rFonts w:cs="Times New Roman"/>
              </w:rPr>
            </w:pPr>
            <w:r>
              <w:rPr>
                <w:rFonts w:cs="Times New Roman"/>
                <w:sz w:val="13"/>
              </w:rPr>
              <w:t>0.068</w:t>
            </w:r>
          </w:p>
        </w:tc>
        <w:tc>
          <w:tcPr>
            <w:tcW w:w="1181" w:type="dxa"/>
            <w:tcMar>
              <w:top w:w="50" w:type="dxa"/>
              <w:left w:w="70" w:type="dxa"/>
              <w:bottom w:w="50" w:type="dxa"/>
              <w:right w:w="70" w:type="dxa"/>
            </w:tcMar>
            <w:vAlign w:val="center"/>
          </w:tcPr>
          <w:p w14:paraId="4565E1E7" w14:textId="77777777" w:rsidR="00F57CE1" w:rsidRDefault="00F57CE1" w:rsidP="00573F18">
            <w:pPr>
              <w:spacing w:after="0" w:line="240" w:lineRule="auto"/>
              <w:jc w:val="right"/>
              <w:rPr>
                <w:rFonts w:cs="Times New Roman"/>
              </w:rPr>
            </w:pPr>
            <w:r>
              <w:rPr>
                <w:rFonts w:cs="Times New Roman"/>
                <w:sz w:val="13"/>
              </w:rPr>
              <w:t>0.184</w:t>
            </w:r>
          </w:p>
        </w:tc>
        <w:tc>
          <w:tcPr>
            <w:tcW w:w="864" w:type="dxa"/>
            <w:tcMar>
              <w:top w:w="50" w:type="dxa"/>
              <w:left w:w="70" w:type="dxa"/>
              <w:bottom w:w="50" w:type="dxa"/>
              <w:right w:w="70" w:type="dxa"/>
            </w:tcMar>
            <w:vAlign w:val="center"/>
          </w:tcPr>
          <w:p w14:paraId="7098423E" w14:textId="77777777" w:rsidR="00F57CE1" w:rsidRDefault="00F57CE1" w:rsidP="00573F18">
            <w:pPr>
              <w:spacing w:after="0" w:line="240" w:lineRule="auto"/>
              <w:jc w:val="right"/>
              <w:rPr>
                <w:rFonts w:cs="Times New Roman"/>
              </w:rPr>
            </w:pPr>
            <w:r>
              <w:rPr>
                <w:rFonts w:cs="Times New Roman"/>
                <w:sz w:val="13"/>
              </w:rPr>
              <w:t>-0.600</w:t>
            </w:r>
          </w:p>
        </w:tc>
        <w:tc>
          <w:tcPr>
            <w:tcW w:w="936" w:type="dxa"/>
            <w:tcMar>
              <w:top w:w="50" w:type="dxa"/>
              <w:left w:w="70" w:type="dxa"/>
              <w:bottom w:w="50" w:type="dxa"/>
              <w:right w:w="70" w:type="dxa"/>
            </w:tcMar>
            <w:vAlign w:val="center"/>
          </w:tcPr>
          <w:p w14:paraId="1C3230DF" w14:textId="77777777" w:rsidR="00F57CE1" w:rsidRDefault="00F57CE1" w:rsidP="00573F18">
            <w:pPr>
              <w:spacing w:after="0" w:line="240" w:lineRule="auto"/>
              <w:jc w:val="right"/>
              <w:rPr>
                <w:rFonts w:cs="Times New Roman"/>
              </w:rPr>
            </w:pPr>
            <w:r>
              <w:rPr>
                <w:rFonts w:cs="Times New Roman"/>
                <w:sz w:val="13"/>
              </w:rPr>
              <w:t>-18.6</w:t>
            </w:r>
          </w:p>
        </w:tc>
        <w:tc>
          <w:tcPr>
            <w:tcW w:w="1080" w:type="dxa"/>
            <w:tcMar>
              <w:top w:w="50" w:type="dxa"/>
              <w:left w:w="70" w:type="dxa"/>
              <w:bottom w:w="50" w:type="dxa"/>
              <w:right w:w="70" w:type="dxa"/>
            </w:tcMar>
            <w:vAlign w:val="center"/>
          </w:tcPr>
          <w:p w14:paraId="4C89A7AA" w14:textId="77777777" w:rsidR="00F57CE1" w:rsidRDefault="00F57CE1" w:rsidP="00573F18">
            <w:pPr>
              <w:spacing w:after="0" w:line="240" w:lineRule="auto"/>
              <w:jc w:val="right"/>
              <w:rPr>
                <w:rFonts w:cs="Times New Roman"/>
              </w:rPr>
            </w:pPr>
            <w:r>
              <w:rPr>
                <w:rFonts w:cs="Times New Roman"/>
                <w:sz w:val="13"/>
              </w:rPr>
              <w:t>0.8</w:t>
            </w:r>
          </w:p>
        </w:tc>
        <w:tc>
          <w:tcPr>
            <w:tcW w:w="1080" w:type="dxa"/>
            <w:tcMar>
              <w:top w:w="50" w:type="dxa"/>
              <w:left w:w="70" w:type="dxa"/>
              <w:bottom w:w="50" w:type="dxa"/>
              <w:right w:w="70" w:type="dxa"/>
            </w:tcMar>
            <w:vAlign w:val="center"/>
          </w:tcPr>
          <w:p w14:paraId="57F1F7A1" w14:textId="77777777" w:rsidR="00F57CE1" w:rsidRDefault="00F57CE1" w:rsidP="00573F18">
            <w:pPr>
              <w:spacing w:after="0" w:line="240" w:lineRule="auto"/>
              <w:jc w:val="right"/>
              <w:rPr>
                <w:rFonts w:cs="Times New Roman"/>
              </w:rPr>
            </w:pPr>
            <w:r>
              <w:rPr>
                <w:rFonts w:cs="Times New Roman"/>
                <w:sz w:val="13"/>
              </w:rPr>
              <w:t>20.2</w:t>
            </w:r>
          </w:p>
        </w:tc>
      </w:tr>
      <w:tr w:rsidR="00F57CE1" w14:paraId="32B38724" w14:textId="77777777" w:rsidTr="00573F18">
        <w:trPr>
          <w:jc w:val="center"/>
        </w:trPr>
        <w:tc>
          <w:tcPr>
            <w:tcW w:w="1008" w:type="dxa"/>
            <w:tcMar>
              <w:top w:w="50" w:type="dxa"/>
              <w:left w:w="70" w:type="dxa"/>
              <w:bottom w:w="50" w:type="dxa"/>
              <w:right w:w="70" w:type="dxa"/>
            </w:tcMar>
            <w:vAlign w:val="center"/>
          </w:tcPr>
          <w:p w14:paraId="6D5EF02B" w14:textId="77777777" w:rsidR="00F57CE1" w:rsidRDefault="00F57CE1" w:rsidP="00573F18">
            <w:pPr>
              <w:spacing w:after="0" w:line="240" w:lineRule="auto"/>
              <w:jc w:val="right"/>
              <w:rPr>
                <w:rFonts w:cs="Times New Roman"/>
              </w:rPr>
            </w:pPr>
            <w:r>
              <w:rPr>
                <w:rFonts w:cs="Times New Roman"/>
                <w:sz w:val="13"/>
              </w:rPr>
              <w:t>3</w:t>
            </w:r>
          </w:p>
        </w:tc>
        <w:tc>
          <w:tcPr>
            <w:tcW w:w="792" w:type="dxa"/>
            <w:tcMar>
              <w:top w:w="50" w:type="dxa"/>
              <w:left w:w="70" w:type="dxa"/>
              <w:bottom w:w="50" w:type="dxa"/>
              <w:right w:w="70" w:type="dxa"/>
            </w:tcMar>
            <w:vAlign w:val="center"/>
          </w:tcPr>
          <w:p w14:paraId="6E3099BB" w14:textId="77777777" w:rsidR="00F57CE1" w:rsidRDefault="00F57CE1" w:rsidP="00573F18">
            <w:pPr>
              <w:spacing w:after="0" w:line="240" w:lineRule="auto"/>
              <w:jc w:val="right"/>
              <w:rPr>
                <w:rFonts w:cs="Times New Roman"/>
              </w:rPr>
            </w:pPr>
            <w:r>
              <w:rPr>
                <w:rFonts w:cs="Times New Roman"/>
                <w:sz w:val="13"/>
              </w:rPr>
              <w:t>2019</w:t>
            </w:r>
          </w:p>
        </w:tc>
        <w:tc>
          <w:tcPr>
            <w:tcW w:w="936" w:type="dxa"/>
            <w:tcMar>
              <w:top w:w="50" w:type="dxa"/>
              <w:left w:w="70" w:type="dxa"/>
              <w:bottom w:w="50" w:type="dxa"/>
              <w:right w:w="70" w:type="dxa"/>
            </w:tcMar>
            <w:vAlign w:val="center"/>
          </w:tcPr>
          <w:p w14:paraId="59867B5D" w14:textId="77777777" w:rsidR="00F57CE1" w:rsidRDefault="00F57CE1" w:rsidP="00573F18">
            <w:pPr>
              <w:spacing w:after="0" w:line="240" w:lineRule="auto"/>
              <w:jc w:val="right"/>
              <w:rPr>
                <w:rFonts w:cs="Times New Roman"/>
              </w:rPr>
            </w:pPr>
            <w:r>
              <w:rPr>
                <w:rFonts w:cs="Times New Roman"/>
                <w:sz w:val="13"/>
              </w:rPr>
              <w:t>0.087</w:t>
            </w:r>
          </w:p>
        </w:tc>
        <w:tc>
          <w:tcPr>
            <w:tcW w:w="792" w:type="dxa"/>
            <w:tcMar>
              <w:top w:w="50" w:type="dxa"/>
              <w:left w:w="70" w:type="dxa"/>
              <w:bottom w:w="50" w:type="dxa"/>
              <w:right w:w="70" w:type="dxa"/>
            </w:tcMar>
            <w:vAlign w:val="center"/>
          </w:tcPr>
          <w:p w14:paraId="1737964C" w14:textId="77777777" w:rsidR="00F57CE1" w:rsidRDefault="00F57CE1" w:rsidP="00573F18">
            <w:pPr>
              <w:spacing w:after="0" w:line="240" w:lineRule="auto"/>
              <w:jc w:val="right"/>
              <w:rPr>
                <w:rFonts w:cs="Times New Roman"/>
              </w:rPr>
            </w:pPr>
            <w:r>
              <w:rPr>
                <w:rFonts w:cs="Times New Roman"/>
                <w:sz w:val="13"/>
              </w:rPr>
              <w:t>6.100</w:t>
            </w:r>
          </w:p>
        </w:tc>
        <w:tc>
          <w:tcPr>
            <w:tcW w:w="1152" w:type="dxa"/>
            <w:tcMar>
              <w:top w:w="50" w:type="dxa"/>
              <w:left w:w="70" w:type="dxa"/>
              <w:bottom w:w="50" w:type="dxa"/>
              <w:right w:w="70" w:type="dxa"/>
            </w:tcMar>
            <w:vAlign w:val="center"/>
          </w:tcPr>
          <w:p w14:paraId="4A8DB095" w14:textId="77777777" w:rsidR="00F57CE1" w:rsidRDefault="00F57CE1" w:rsidP="00573F18">
            <w:pPr>
              <w:spacing w:after="0" w:line="240" w:lineRule="auto"/>
              <w:jc w:val="right"/>
              <w:rPr>
                <w:rFonts w:cs="Times New Roman"/>
              </w:rPr>
            </w:pPr>
            <w:r>
              <w:rPr>
                <w:rFonts w:cs="Times New Roman"/>
                <w:sz w:val="13"/>
              </w:rPr>
              <w:t>0.029</w:t>
            </w:r>
          </w:p>
        </w:tc>
        <w:tc>
          <w:tcPr>
            <w:tcW w:w="936" w:type="dxa"/>
            <w:tcMar>
              <w:top w:w="50" w:type="dxa"/>
              <w:left w:w="70" w:type="dxa"/>
              <w:bottom w:w="50" w:type="dxa"/>
              <w:right w:w="70" w:type="dxa"/>
            </w:tcMar>
            <w:vAlign w:val="center"/>
          </w:tcPr>
          <w:p w14:paraId="38BC2F34" w14:textId="77777777" w:rsidR="00F57CE1" w:rsidRDefault="00F57CE1" w:rsidP="00573F18">
            <w:pPr>
              <w:spacing w:after="0" w:line="240" w:lineRule="auto"/>
              <w:jc w:val="right"/>
              <w:rPr>
                <w:rFonts w:cs="Times New Roman"/>
              </w:rPr>
            </w:pPr>
            <w:r>
              <w:rPr>
                <w:rFonts w:cs="Times New Roman"/>
                <w:sz w:val="13"/>
              </w:rPr>
              <w:t>0.022</w:t>
            </w:r>
          </w:p>
        </w:tc>
        <w:tc>
          <w:tcPr>
            <w:tcW w:w="864" w:type="dxa"/>
            <w:tcMar>
              <w:top w:w="50" w:type="dxa"/>
              <w:left w:w="70" w:type="dxa"/>
              <w:bottom w:w="50" w:type="dxa"/>
              <w:right w:w="70" w:type="dxa"/>
            </w:tcMar>
            <w:vAlign w:val="center"/>
          </w:tcPr>
          <w:p w14:paraId="266BA706" w14:textId="77777777" w:rsidR="00F57CE1" w:rsidRDefault="00F57CE1" w:rsidP="00573F18">
            <w:pPr>
              <w:spacing w:after="0" w:line="240" w:lineRule="auto"/>
              <w:jc w:val="right"/>
              <w:rPr>
                <w:rFonts w:cs="Times New Roman"/>
              </w:rPr>
            </w:pPr>
            <w:r>
              <w:rPr>
                <w:rFonts w:cs="Times New Roman"/>
                <w:sz w:val="13"/>
              </w:rPr>
              <w:t>-0.002</w:t>
            </w:r>
          </w:p>
        </w:tc>
        <w:tc>
          <w:tcPr>
            <w:tcW w:w="1181" w:type="dxa"/>
            <w:tcMar>
              <w:top w:w="50" w:type="dxa"/>
              <w:left w:w="70" w:type="dxa"/>
              <w:bottom w:w="50" w:type="dxa"/>
              <w:right w:w="70" w:type="dxa"/>
            </w:tcMar>
            <w:vAlign w:val="center"/>
          </w:tcPr>
          <w:p w14:paraId="0AF34F73" w14:textId="77777777" w:rsidR="00F57CE1" w:rsidRDefault="00F57CE1" w:rsidP="00573F18">
            <w:pPr>
              <w:spacing w:after="0" w:line="240" w:lineRule="auto"/>
              <w:jc w:val="right"/>
              <w:rPr>
                <w:rFonts w:cs="Times New Roman"/>
              </w:rPr>
            </w:pPr>
            <w:r>
              <w:rPr>
                <w:rFonts w:cs="Times New Roman"/>
                <w:sz w:val="13"/>
              </w:rPr>
              <w:t>0.024</w:t>
            </w:r>
          </w:p>
        </w:tc>
        <w:tc>
          <w:tcPr>
            <w:tcW w:w="864" w:type="dxa"/>
            <w:tcMar>
              <w:top w:w="50" w:type="dxa"/>
              <w:left w:w="70" w:type="dxa"/>
              <w:bottom w:w="50" w:type="dxa"/>
              <w:right w:w="70" w:type="dxa"/>
            </w:tcMar>
            <w:vAlign w:val="center"/>
          </w:tcPr>
          <w:p w14:paraId="333BA015" w14:textId="77777777" w:rsidR="00F57CE1" w:rsidRDefault="00F57CE1" w:rsidP="00573F18">
            <w:pPr>
              <w:spacing w:after="0" w:line="240" w:lineRule="auto"/>
              <w:jc w:val="right"/>
              <w:rPr>
                <w:rFonts w:cs="Times New Roman"/>
              </w:rPr>
            </w:pPr>
            <w:r>
              <w:rPr>
                <w:rFonts w:cs="Times New Roman"/>
                <w:sz w:val="13"/>
              </w:rPr>
              <w:t>0.000</w:t>
            </w:r>
          </w:p>
        </w:tc>
        <w:tc>
          <w:tcPr>
            <w:tcW w:w="936" w:type="dxa"/>
            <w:tcMar>
              <w:top w:w="50" w:type="dxa"/>
              <w:left w:w="70" w:type="dxa"/>
              <w:bottom w:w="50" w:type="dxa"/>
              <w:right w:w="70" w:type="dxa"/>
            </w:tcMar>
            <w:vAlign w:val="center"/>
          </w:tcPr>
          <w:p w14:paraId="11790D0A" w14:textId="77777777" w:rsidR="00F57CE1" w:rsidRDefault="00F57CE1" w:rsidP="00573F18">
            <w:pPr>
              <w:spacing w:after="0" w:line="240" w:lineRule="auto"/>
              <w:jc w:val="right"/>
              <w:rPr>
                <w:rFonts w:cs="Times New Roman"/>
              </w:rPr>
            </w:pPr>
            <w:r>
              <w:rPr>
                <w:rFonts w:cs="Times New Roman"/>
                <w:sz w:val="13"/>
              </w:rPr>
              <w:t>3.0</w:t>
            </w:r>
          </w:p>
        </w:tc>
        <w:tc>
          <w:tcPr>
            <w:tcW w:w="1080" w:type="dxa"/>
            <w:tcMar>
              <w:top w:w="50" w:type="dxa"/>
              <w:left w:w="70" w:type="dxa"/>
              <w:bottom w:w="50" w:type="dxa"/>
              <w:right w:w="70" w:type="dxa"/>
            </w:tcMar>
            <w:vAlign w:val="center"/>
          </w:tcPr>
          <w:p w14:paraId="6BF5F014" w14:textId="77777777" w:rsidR="00F57CE1" w:rsidRDefault="00F57CE1" w:rsidP="00573F18">
            <w:pPr>
              <w:spacing w:after="0" w:line="240" w:lineRule="auto"/>
              <w:jc w:val="right"/>
              <w:rPr>
                <w:rFonts w:cs="Times New Roman"/>
              </w:rPr>
            </w:pPr>
            <w:r>
              <w:rPr>
                <w:rFonts w:cs="Times New Roman"/>
                <w:sz w:val="13"/>
              </w:rPr>
              <w:t>2.3</w:t>
            </w:r>
          </w:p>
        </w:tc>
        <w:tc>
          <w:tcPr>
            <w:tcW w:w="1080" w:type="dxa"/>
            <w:tcMar>
              <w:top w:w="50" w:type="dxa"/>
              <w:left w:w="70" w:type="dxa"/>
              <w:bottom w:w="50" w:type="dxa"/>
              <w:right w:w="70" w:type="dxa"/>
            </w:tcMar>
            <w:vAlign w:val="center"/>
          </w:tcPr>
          <w:p w14:paraId="550818FD" w14:textId="77777777" w:rsidR="00F57CE1" w:rsidRDefault="00F57CE1" w:rsidP="00573F18">
            <w:pPr>
              <w:spacing w:after="0" w:line="240" w:lineRule="auto"/>
              <w:jc w:val="right"/>
              <w:rPr>
                <w:rFonts w:cs="Times New Roman"/>
              </w:rPr>
            </w:pPr>
            <w:r>
              <w:rPr>
                <w:rFonts w:cs="Times New Roman"/>
                <w:sz w:val="13"/>
              </w:rPr>
              <w:t>2.4</w:t>
            </w:r>
          </w:p>
        </w:tc>
      </w:tr>
      <w:tr w:rsidR="00F57CE1" w14:paraId="3AA9A017" w14:textId="77777777" w:rsidTr="00573F18">
        <w:trPr>
          <w:jc w:val="center"/>
        </w:trPr>
        <w:tc>
          <w:tcPr>
            <w:tcW w:w="1008" w:type="dxa"/>
            <w:tcMar>
              <w:top w:w="50" w:type="dxa"/>
              <w:left w:w="70" w:type="dxa"/>
              <w:bottom w:w="50" w:type="dxa"/>
              <w:right w:w="70" w:type="dxa"/>
            </w:tcMar>
            <w:vAlign w:val="center"/>
          </w:tcPr>
          <w:p w14:paraId="2C5432C4" w14:textId="77777777" w:rsidR="00F57CE1" w:rsidRDefault="00F57CE1" w:rsidP="00573F18">
            <w:pPr>
              <w:spacing w:after="0" w:line="240" w:lineRule="auto"/>
              <w:jc w:val="right"/>
              <w:rPr>
                <w:rFonts w:cs="Times New Roman"/>
              </w:rPr>
            </w:pPr>
            <w:r>
              <w:rPr>
                <w:rFonts w:cs="Times New Roman"/>
                <w:sz w:val="13"/>
              </w:rPr>
              <w:t>4</w:t>
            </w:r>
          </w:p>
        </w:tc>
        <w:tc>
          <w:tcPr>
            <w:tcW w:w="792" w:type="dxa"/>
            <w:tcMar>
              <w:top w:w="50" w:type="dxa"/>
              <w:left w:w="70" w:type="dxa"/>
              <w:bottom w:w="50" w:type="dxa"/>
              <w:right w:w="70" w:type="dxa"/>
            </w:tcMar>
            <w:vAlign w:val="center"/>
          </w:tcPr>
          <w:p w14:paraId="352C5601" w14:textId="77777777" w:rsidR="00F57CE1" w:rsidRDefault="00F57CE1" w:rsidP="00573F18">
            <w:pPr>
              <w:spacing w:after="0" w:line="240" w:lineRule="auto"/>
              <w:jc w:val="right"/>
              <w:rPr>
                <w:rFonts w:cs="Times New Roman"/>
              </w:rPr>
            </w:pPr>
            <w:r>
              <w:rPr>
                <w:rFonts w:cs="Times New Roman"/>
                <w:sz w:val="13"/>
              </w:rPr>
              <w:t>2011</w:t>
            </w:r>
          </w:p>
        </w:tc>
        <w:tc>
          <w:tcPr>
            <w:tcW w:w="936" w:type="dxa"/>
            <w:tcMar>
              <w:top w:w="50" w:type="dxa"/>
              <w:left w:w="70" w:type="dxa"/>
              <w:bottom w:w="50" w:type="dxa"/>
              <w:right w:w="70" w:type="dxa"/>
            </w:tcMar>
            <w:vAlign w:val="center"/>
          </w:tcPr>
          <w:p w14:paraId="00EC452D" w14:textId="77777777" w:rsidR="00F57CE1" w:rsidRDefault="00F57CE1" w:rsidP="00573F18">
            <w:pPr>
              <w:spacing w:after="0" w:line="240" w:lineRule="auto"/>
              <w:jc w:val="right"/>
              <w:rPr>
                <w:rFonts w:cs="Times New Roman"/>
              </w:rPr>
            </w:pPr>
            <w:r>
              <w:rPr>
                <w:rFonts w:cs="Times New Roman"/>
                <w:sz w:val="13"/>
              </w:rPr>
              <w:t>-0.291</w:t>
            </w:r>
          </w:p>
        </w:tc>
        <w:tc>
          <w:tcPr>
            <w:tcW w:w="792" w:type="dxa"/>
            <w:tcMar>
              <w:top w:w="50" w:type="dxa"/>
              <w:left w:w="70" w:type="dxa"/>
              <w:bottom w:w="50" w:type="dxa"/>
              <w:right w:w="70" w:type="dxa"/>
            </w:tcMar>
            <w:vAlign w:val="center"/>
          </w:tcPr>
          <w:p w14:paraId="0326768A" w14:textId="77777777" w:rsidR="00F57CE1" w:rsidRDefault="00F57CE1" w:rsidP="00573F18">
            <w:pPr>
              <w:spacing w:after="0" w:line="240" w:lineRule="auto"/>
              <w:jc w:val="right"/>
              <w:rPr>
                <w:rFonts w:cs="Times New Roman"/>
              </w:rPr>
            </w:pPr>
            <w:r>
              <w:rPr>
                <w:rFonts w:cs="Times New Roman"/>
                <w:sz w:val="13"/>
              </w:rPr>
              <w:t>0.633</w:t>
            </w:r>
          </w:p>
        </w:tc>
        <w:tc>
          <w:tcPr>
            <w:tcW w:w="1152" w:type="dxa"/>
            <w:tcMar>
              <w:top w:w="50" w:type="dxa"/>
              <w:left w:w="70" w:type="dxa"/>
              <w:bottom w:w="50" w:type="dxa"/>
              <w:right w:w="70" w:type="dxa"/>
            </w:tcMar>
            <w:vAlign w:val="center"/>
          </w:tcPr>
          <w:p w14:paraId="759E3F88" w14:textId="77777777" w:rsidR="00F57CE1" w:rsidRDefault="00F57CE1" w:rsidP="00573F18">
            <w:pPr>
              <w:spacing w:after="0" w:line="240" w:lineRule="auto"/>
              <w:jc w:val="right"/>
              <w:rPr>
                <w:rFonts w:cs="Times New Roman"/>
              </w:rPr>
            </w:pPr>
            <w:r>
              <w:rPr>
                <w:rFonts w:cs="Times New Roman"/>
                <w:sz w:val="13"/>
              </w:rPr>
              <w:t>0.529</w:t>
            </w:r>
          </w:p>
        </w:tc>
        <w:tc>
          <w:tcPr>
            <w:tcW w:w="936" w:type="dxa"/>
            <w:tcMar>
              <w:top w:w="50" w:type="dxa"/>
              <w:left w:w="70" w:type="dxa"/>
              <w:bottom w:w="50" w:type="dxa"/>
              <w:right w:w="70" w:type="dxa"/>
            </w:tcMar>
            <w:vAlign w:val="center"/>
          </w:tcPr>
          <w:p w14:paraId="52F840F9" w14:textId="77777777" w:rsidR="00F57CE1" w:rsidRDefault="00F57CE1" w:rsidP="00573F18">
            <w:pPr>
              <w:spacing w:after="0" w:line="240" w:lineRule="auto"/>
              <w:jc w:val="right"/>
              <w:rPr>
                <w:rFonts w:cs="Times New Roman"/>
              </w:rPr>
            </w:pPr>
            <w:r>
              <w:rPr>
                <w:rFonts w:cs="Times New Roman"/>
                <w:sz w:val="13"/>
              </w:rPr>
              <w:t>0.009</w:t>
            </w:r>
          </w:p>
        </w:tc>
        <w:tc>
          <w:tcPr>
            <w:tcW w:w="864" w:type="dxa"/>
            <w:tcMar>
              <w:top w:w="50" w:type="dxa"/>
              <w:left w:w="70" w:type="dxa"/>
              <w:bottom w:w="50" w:type="dxa"/>
              <w:right w:w="70" w:type="dxa"/>
            </w:tcMar>
            <w:vAlign w:val="center"/>
          </w:tcPr>
          <w:p w14:paraId="18E165A7" w14:textId="77777777" w:rsidR="00F57CE1" w:rsidRDefault="00F57CE1" w:rsidP="00573F18">
            <w:pPr>
              <w:spacing w:after="0" w:line="240" w:lineRule="auto"/>
              <w:jc w:val="right"/>
              <w:rPr>
                <w:rFonts w:cs="Times New Roman"/>
              </w:rPr>
            </w:pPr>
            <w:r>
              <w:rPr>
                <w:rFonts w:cs="Times New Roman"/>
                <w:sz w:val="13"/>
              </w:rPr>
              <w:t>-0.031</w:t>
            </w:r>
          </w:p>
        </w:tc>
        <w:tc>
          <w:tcPr>
            <w:tcW w:w="1181" w:type="dxa"/>
            <w:tcMar>
              <w:top w:w="50" w:type="dxa"/>
              <w:left w:w="70" w:type="dxa"/>
              <w:bottom w:w="50" w:type="dxa"/>
              <w:right w:w="70" w:type="dxa"/>
            </w:tcMar>
            <w:vAlign w:val="center"/>
          </w:tcPr>
          <w:p w14:paraId="1A057F4D" w14:textId="77777777" w:rsidR="00F57CE1" w:rsidRDefault="00F57CE1" w:rsidP="00573F18">
            <w:pPr>
              <w:spacing w:after="0" w:line="240" w:lineRule="auto"/>
              <w:jc w:val="right"/>
              <w:rPr>
                <w:rFonts w:cs="Times New Roman"/>
              </w:rPr>
            </w:pPr>
            <w:r>
              <w:rPr>
                <w:rFonts w:cs="Times New Roman"/>
                <w:sz w:val="13"/>
              </w:rPr>
              <w:t>0.012</w:t>
            </w:r>
          </w:p>
        </w:tc>
        <w:tc>
          <w:tcPr>
            <w:tcW w:w="864" w:type="dxa"/>
            <w:tcMar>
              <w:top w:w="50" w:type="dxa"/>
              <w:left w:w="70" w:type="dxa"/>
              <w:bottom w:w="50" w:type="dxa"/>
              <w:right w:w="70" w:type="dxa"/>
            </w:tcMar>
            <w:vAlign w:val="center"/>
          </w:tcPr>
          <w:p w14:paraId="5FF17953" w14:textId="77777777" w:rsidR="00F57CE1" w:rsidRDefault="00F57CE1" w:rsidP="00573F18">
            <w:pPr>
              <w:spacing w:after="0" w:line="240" w:lineRule="auto"/>
              <w:jc w:val="right"/>
              <w:rPr>
                <w:rFonts w:cs="Times New Roman"/>
              </w:rPr>
            </w:pPr>
            <w:r>
              <w:rPr>
                <w:rFonts w:cs="Times New Roman"/>
                <w:sz w:val="13"/>
              </w:rPr>
              <w:t>0.200</w:t>
            </w:r>
          </w:p>
        </w:tc>
        <w:tc>
          <w:tcPr>
            <w:tcW w:w="936" w:type="dxa"/>
            <w:tcMar>
              <w:top w:w="50" w:type="dxa"/>
              <w:left w:w="70" w:type="dxa"/>
              <w:bottom w:w="50" w:type="dxa"/>
              <w:right w:w="70" w:type="dxa"/>
            </w:tcMar>
            <w:vAlign w:val="center"/>
          </w:tcPr>
          <w:p w14:paraId="4DC84283" w14:textId="77777777" w:rsidR="00F57CE1" w:rsidRDefault="00F57CE1" w:rsidP="00573F18">
            <w:pPr>
              <w:spacing w:after="0" w:line="240" w:lineRule="auto"/>
              <w:jc w:val="right"/>
              <w:rPr>
                <w:rFonts w:cs="Times New Roman"/>
              </w:rPr>
            </w:pPr>
            <w:r>
              <w:rPr>
                <w:rFonts w:cs="Times New Roman"/>
                <w:sz w:val="13"/>
              </w:rPr>
              <w:t>69.7</w:t>
            </w:r>
          </w:p>
        </w:tc>
        <w:tc>
          <w:tcPr>
            <w:tcW w:w="1080" w:type="dxa"/>
            <w:tcMar>
              <w:top w:w="50" w:type="dxa"/>
              <w:left w:w="70" w:type="dxa"/>
              <w:bottom w:w="50" w:type="dxa"/>
              <w:right w:w="70" w:type="dxa"/>
            </w:tcMar>
            <w:vAlign w:val="center"/>
          </w:tcPr>
          <w:p w14:paraId="16AC81DF" w14:textId="77777777" w:rsidR="00F57CE1" w:rsidRDefault="00F57CE1" w:rsidP="00573F18">
            <w:pPr>
              <w:spacing w:after="0" w:line="240" w:lineRule="auto"/>
              <w:jc w:val="right"/>
              <w:rPr>
                <w:rFonts w:cs="Times New Roman"/>
              </w:rPr>
            </w:pPr>
            <w:r>
              <w:rPr>
                <w:rFonts w:cs="Times New Roman"/>
                <w:sz w:val="13"/>
              </w:rPr>
              <w:t>0.9</w:t>
            </w:r>
          </w:p>
        </w:tc>
        <w:tc>
          <w:tcPr>
            <w:tcW w:w="1080" w:type="dxa"/>
            <w:tcMar>
              <w:top w:w="50" w:type="dxa"/>
              <w:left w:w="70" w:type="dxa"/>
              <w:bottom w:w="50" w:type="dxa"/>
              <w:right w:w="70" w:type="dxa"/>
            </w:tcMar>
            <w:vAlign w:val="center"/>
          </w:tcPr>
          <w:p w14:paraId="72FEF929" w14:textId="77777777" w:rsidR="00F57CE1" w:rsidRDefault="00F57CE1" w:rsidP="00573F18">
            <w:pPr>
              <w:spacing w:after="0" w:line="240" w:lineRule="auto"/>
              <w:jc w:val="right"/>
              <w:rPr>
                <w:rFonts w:cs="Times New Roman"/>
              </w:rPr>
            </w:pPr>
            <w:r>
              <w:rPr>
                <w:rFonts w:cs="Times New Roman"/>
                <w:sz w:val="13"/>
              </w:rPr>
              <w:t>1.2</w:t>
            </w:r>
          </w:p>
        </w:tc>
      </w:tr>
      <w:tr w:rsidR="00F57CE1" w14:paraId="75A7D4A9" w14:textId="77777777" w:rsidTr="00573F18">
        <w:trPr>
          <w:jc w:val="center"/>
        </w:trPr>
        <w:tc>
          <w:tcPr>
            <w:tcW w:w="1008" w:type="dxa"/>
            <w:tcMar>
              <w:top w:w="50" w:type="dxa"/>
              <w:left w:w="70" w:type="dxa"/>
              <w:bottom w:w="50" w:type="dxa"/>
              <w:right w:w="70" w:type="dxa"/>
            </w:tcMar>
            <w:vAlign w:val="center"/>
          </w:tcPr>
          <w:p w14:paraId="186F787C" w14:textId="77777777" w:rsidR="00F57CE1" w:rsidRDefault="00F57CE1" w:rsidP="00573F18">
            <w:pPr>
              <w:spacing w:after="0" w:line="240" w:lineRule="auto"/>
              <w:jc w:val="right"/>
              <w:rPr>
                <w:rFonts w:cs="Times New Roman"/>
              </w:rPr>
            </w:pPr>
            <w:r>
              <w:rPr>
                <w:rFonts w:cs="Times New Roman"/>
                <w:sz w:val="13"/>
              </w:rPr>
              <w:t>4</w:t>
            </w:r>
          </w:p>
        </w:tc>
        <w:tc>
          <w:tcPr>
            <w:tcW w:w="792" w:type="dxa"/>
            <w:tcMar>
              <w:top w:w="50" w:type="dxa"/>
              <w:left w:w="70" w:type="dxa"/>
              <w:bottom w:w="50" w:type="dxa"/>
              <w:right w:w="70" w:type="dxa"/>
            </w:tcMar>
            <w:vAlign w:val="center"/>
          </w:tcPr>
          <w:p w14:paraId="076DF6A1"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209B4034" w14:textId="77777777" w:rsidR="00F57CE1" w:rsidRDefault="00F57CE1" w:rsidP="00573F18">
            <w:pPr>
              <w:spacing w:after="0" w:line="240" w:lineRule="auto"/>
              <w:jc w:val="right"/>
              <w:rPr>
                <w:rFonts w:cs="Times New Roman"/>
              </w:rPr>
            </w:pPr>
            <w:r>
              <w:rPr>
                <w:rFonts w:cs="Times New Roman"/>
                <w:sz w:val="13"/>
              </w:rPr>
              <w:t>0.092</w:t>
            </w:r>
          </w:p>
        </w:tc>
        <w:tc>
          <w:tcPr>
            <w:tcW w:w="792" w:type="dxa"/>
            <w:tcMar>
              <w:top w:w="50" w:type="dxa"/>
              <w:left w:w="70" w:type="dxa"/>
              <w:bottom w:w="50" w:type="dxa"/>
              <w:right w:w="70" w:type="dxa"/>
            </w:tcMar>
            <w:vAlign w:val="center"/>
          </w:tcPr>
          <w:p w14:paraId="7EFAC9D4" w14:textId="77777777" w:rsidR="00F57CE1" w:rsidRDefault="00F57CE1" w:rsidP="00573F18">
            <w:pPr>
              <w:spacing w:after="0" w:line="240" w:lineRule="auto"/>
              <w:jc w:val="right"/>
              <w:rPr>
                <w:rFonts w:cs="Times New Roman"/>
              </w:rPr>
            </w:pPr>
            <w:r>
              <w:rPr>
                <w:rFonts w:cs="Times New Roman"/>
                <w:sz w:val="13"/>
              </w:rPr>
              <w:t>6.833</w:t>
            </w:r>
          </w:p>
        </w:tc>
        <w:tc>
          <w:tcPr>
            <w:tcW w:w="1152" w:type="dxa"/>
            <w:tcMar>
              <w:top w:w="50" w:type="dxa"/>
              <w:left w:w="70" w:type="dxa"/>
              <w:bottom w:w="50" w:type="dxa"/>
              <w:right w:w="70" w:type="dxa"/>
            </w:tcMar>
            <w:vAlign w:val="center"/>
          </w:tcPr>
          <w:p w14:paraId="761DBA08" w14:textId="77777777" w:rsidR="00F57CE1" w:rsidRDefault="00F57CE1" w:rsidP="00573F18">
            <w:pPr>
              <w:spacing w:after="0" w:line="240" w:lineRule="auto"/>
              <w:jc w:val="right"/>
              <w:rPr>
                <w:rFonts w:cs="Times New Roman"/>
              </w:rPr>
            </w:pPr>
            <w:r>
              <w:rPr>
                <w:rFonts w:cs="Times New Roman"/>
                <w:sz w:val="13"/>
              </w:rPr>
              <w:t>0.044</w:t>
            </w:r>
          </w:p>
        </w:tc>
        <w:tc>
          <w:tcPr>
            <w:tcW w:w="936" w:type="dxa"/>
            <w:tcMar>
              <w:top w:w="50" w:type="dxa"/>
              <w:left w:w="70" w:type="dxa"/>
              <w:bottom w:w="50" w:type="dxa"/>
              <w:right w:w="70" w:type="dxa"/>
            </w:tcMar>
            <w:vAlign w:val="center"/>
          </w:tcPr>
          <w:p w14:paraId="6D76B406" w14:textId="77777777" w:rsidR="00F57CE1" w:rsidRDefault="00F57CE1" w:rsidP="00573F18">
            <w:pPr>
              <w:spacing w:after="0" w:line="240" w:lineRule="auto"/>
              <w:jc w:val="right"/>
              <w:rPr>
                <w:rFonts w:cs="Times New Roman"/>
              </w:rPr>
            </w:pPr>
            <w:r>
              <w:rPr>
                <w:rFonts w:cs="Times New Roman"/>
                <w:sz w:val="13"/>
              </w:rPr>
              <w:t>0.016</w:t>
            </w:r>
          </w:p>
        </w:tc>
        <w:tc>
          <w:tcPr>
            <w:tcW w:w="864" w:type="dxa"/>
            <w:tcMar>
              <w:top w:w="50" w:type="dxa"/>
              <w:left w:w="70" w:type="dxa"/>
              <w:bottom w:w="50" w:type="dxa"/>
              <w:right w:w="70" w:type="dxa"/>
            </w:tcMar>
            <w:vAlign w:val="center"/>
          </w:tcPr>
          <w:p w14:paraId="7DE53267" w14:textId="77777777" w:rsidR="00F57CE1" w:rsidRDefault="00F57CE1" w:rsidP="00573F18">
            <w:pPr>
              <w:spacing w:after="0" w:line="240" w:lineRule="auto"/>
              <w:jc w:val="right"/>
              <w:rPr>
                <w:rFonts w:cs="Times New Roman"/>
              </w:rPr>
            </w:pPr>
            <w:r>
              <w:rPr>
                <w:rFonts w:cs="Times New Roman"/>
                <w:sz w:val="13"/>
              </w:rPr>
              <w:t>-0.001</w:t>
            </w:r>
          </w:p>
        </w:tc>
        <w:tc>
          <w:tcPr>
            <w:tcW w:w="1181" w:type="dxa"/>
            <w:tcMar>
              <w:top w:w="50" w:type="dxa"/>
              <w:left w:w="70" w:type="dxa"/>
              <w:bottom w:w="50" w:type="dxa"/>
              <w:right w:w="70" w:type="dxa"/>
            </w:tcMar>
            <w:vAlign w:val="center"/>
          </w:tcPr>
          <w:p w14:paraId="5CCB8CBB" w14:textId="77777777" w:rsidR="00F57CE1" w:rsidRDefault="00F57CE1" w:rsidP="00573F18">
            <w:pPr>
              <w:spacing w:after="0" w:line="240" w:lineRule="auto"/>
              <w:jc w:val="right"/>
              <w:rPr>
                <w:rFonts w:cs="Times New Roman"/>
              </w:rPr>
            </w:pPr>
            <w:r>
              <w:rPr>
                <w:rFonts w:cs="Times New Roman"/>
                <w:sz w:val="13"/>
              </w:rPr>
              <w:t>0.021</w:t>
            </w:r>
          </w:p>
        </w:tc>
        <w:tc>
          <w:tcPr>
            <w:tcW w:w="864" w:type="dxa"/>
            <w:tcMar>
              <w:top w:w="50" w:type="dxa"/>
              <w:left w:w="70" w:type="dxa"/>
              <w:bottom w:w="50" w:type="dxa"/>
              <w:right w:w="70" w:type="dxa"/>
            </w:tcMar>
            <w:vAlign w:val="center"/>
          </w:tcPr>
          <w:p w14:paraId="07E2D0C2" w14:textId="77777777" w:rsidR="00F57CE1" w:rsidRDefault="00F57CE1" w:rsidP="00573F18">
            <w:pPr>
              <w:spacing w:after="0" w:line="240" w:lineRule="auto"/>
              <w:jc w:val="right"/>
              <w:rPr>
                <w:rFonts w:cs="Times New Roman"/>
              </w:rPr>
            </w:pPr>
            <w:r>
              <w:rPr>
                <w:rFonts w:cs="Times New Roman"/>
                <w:sz w:val="13"/>
              </w:rPr>
              <w:t>-0.300</w:t>
            </w:r>
          </w:p>
        </w:tc>
        <w:tc>
          <w:tcPr>
            <w:tcW w:w="936" w:type="dxa"/>
            <w:tcMar>
              <w:top w:w="50" w:type="dxa"/>
              <w:left w:w="70" w:type="dxa"/>
              <w:bottom w:w="50" w:type="dxa"/>
              <w:right w:w="70" w:type="dxa"/>
            </w:tcMar>
            <w:vAlign w:val="center"/>
          </w:tcPr>
          <w:p w14:paraId="236F4864" w14:textId="77777777" w:rsidR="00F57CE1" w:rsidRDefault="00F57CE1" w:rsidP="00573F18">
            <w:pPr>
              <w:spacing w:after="0" w:line="240" w:lineRule="auto"/>
              <w:jc w:val="right"/>
              <w:rPr>
                <w:rFonts w:cs="Times New Roman"/>
              </w:rPr>
            </w:pPr>
            <w:r>
              <w:rPr>
                <w:rFonts w:cs="Times New Roman"/>
                <w:sz w:val="13"/>
              </w:rPr>
              <w:t>4.5</w:t>
            </w:r>
          </w:p>
        </w:tc>
        <w:tc>
          <w:tcPr>
            <w:tcW w:w="1080" w:type="dxa"/>
            <w:tcMar>
              <w:top w:w="50" w:type="dxa"/>
              <w:left w:w="70" w:type="dxa"/>
              <w:bottom w:w="50" w:type="dxa"/>
              <w:right w:w="70" w:type="dxa"/>
            </w:tcMar>
            <w:vAlign w:val="center"/>
          </w:tcPr>
          <w:p w14:paraId="7F38FAB8" w14:textId="77777777" w:rsidR="00F57CE1" w:rsidRDefault="00F57CE1" w:rsidP="00573F18">
            <w:pPr>
              <w:spacing w:after="0" w:line="240" w:lineRule="auto"/>
              <w:jc w:val="right"/>
              <w:rPr>
                <w:rFonts w:cs="Times New Roman"/>
              </w:rPr>
            </w:pPr>
            <w:r>
              <w:rPr>
                <w:rFonts w:cs="Times New Roman"/>
                <w:sz w:val="13"/>
              </w:rPr>
              <w:t>1.6</w:t>
            </w:r>
          </w:p>
        </w:tc>
        <w:tc>
          <w:tcPr>
            <w:tcW w:w="1080" w:type="dxa"/>
            <w:tcMar>
              <w:top w:w="50" w:type="dxa"/>
              <w:left w:w="70" w:type="dxa"/>
              <w:bottom w:w="50" w:type="dxa"/>
              <w:right w:w="70" w:type="dxa"/>
            </w:tcMar>
            <w:vAlign w:val="center"/>
          </w:tcPr>
          <w:p w14:paraId="47F74F3E" w14:textId="77777777" w:rsidR="00F57CE1" w:rsidRDefault="00F57CE1" w:rsidP="00573F18">
            <w:pPr>
              <w:spacing w:after="0" w:line="240" w:lineRule="auto"/>
              <w:jc w:val="right"/>
              <w:rPr>
                <w:rFonts w:cs="Times New Roman"/>
              </w:rPr>
            </w:pPr>
            <w:r>
              <w:rPr>
                <w:rFonts w:cs="Times New Roman"/>
                <w:sz w:val="13"/>
              </w:rPr>
              <w:t>2.1</w:t>
            </w:r>
          </w:p>
        </w:tc>
      </w:tr>
      <w:tr w:rsidR="00F57CE1" w14:paraId="34C5ED33" w14:textId="77777777" w:rsidTr="00573F18">
        <w:trPr>
          <w:jc w:val="center"/>
        </w:trPr>
        <w:tc>
          <w:tcPr>
            <w:tcW w:w="1008" w:type="dxa"/>
            <w:tcMar>
              <w:top w:w="50" w:type="dxa"/>
              <w:left w:w="70" w:type="dxa"/>
              <w:bottom w:w="50" w:type="dxa"/>
              <w:right w:w="70" w:type="dxa"/>
            </w:tcMar>
            <w:vAlign w:val="center"/>
          </w:tcPr>
          <w:p w14:paraId="4296611D" w14:textId="77777777" w:rsidR="00F57CE1" w:rsidRDefault="00F57CE1" w:rsidP="00573F18">
            <w:pPr>
              <w:spacing w:after="0" w:line="240" w:lineRule="auto"/>
              <w:jc w:val="right"/>
              <w:rPr>
                <w:rFonts w:cs="Times New Roman"/>
              </w:rPr>
            </w:pPr>
            <w:r>
              <w:rPr>
                <w:rFonts w:cs="Times New Roman"/>
                <w:sz w:val="13"/>
              </w:rPr>
              <w:t>6</w:t>
            </w:r>
          </w:p>
        </w:tc>
        <w:tc>
          <w:tcPr>
            <w:tcW w:w="792" w:type="dxa"/>
            <w:tcMar>
              <w:top w:w="50" w:type="dxa"/>
              <w:left w:w="70" w:type="dxa"/>
              <w:bottom w:w="50" w:type="dxa"/>
              <w:right w:w="70" w:type="dxa"/>
            </w:tcMar>
            <w:vAlign w:val="center"/>
          </w:tcPr>
          <w:p w14:paraId="1E1869FB" w14:textId="77777777" w:rsidR="00F57CE1" w:rsidRDefault="00F57CE1" w:rsidP="00573F18">
            <w:pPr>
              <w:spacing w:after="0" w:line="240" w:lineRule="auto"/>
              <w:jc w:val="right"/>
              <w:rPr>
                <w:rFonts w:cs="Times New Roman"/>
              </w:rPr>
            </w:pPr>
            <w:r>
              <w:rPr>
                <w:rFonts w:cs="Times New Roman"/>
                <w:sz w:val="13"/>
              </w:rPr>
              <w:t>2020</w:t>
            </w:r>
          </w:p>
        </w:tc>
        <w:tc>
          <w:tcPr>
            <w:tcW w:w="936" w:type="dxa"/>
            <w:tcMar>
              <w:top w:w="50" w:type="dxa"/>
              <w:left w:w="70" w:type="dxa"/>
              <w:bottom w:w="50" w:type="dxa"/>
              <w:right w:w="70" w:type="dxa"/>
            </w:tcMar>
            <w:vAlign w:val="center"/>
          </w:tcPr>
          <w:p w14:paraId="29A690DC" w14:textId="77777777" w:rsidR="00F57CE1" w:rsidRDefault="00F57CE1" w:rsidP="00573F18">
            <w:pPr>
              <w:spacing w:after="0" w:line="240" w:lineRule="auto"/>
              <w:jc w:val="right"/>
              <w:rPr>
                <w:rFonts w:cs="Times New Roman"/>
              </w:rPr>
            </w:pPr>
            <w:r>
              <w:rPr>
                <w:rFonts w:cs="Times New Roman"/>
                <w:sz w:val="13"/>
              </w:rPr>
              <w:t>0.071</w:t>
            </w:r>
          </w:p>
        </w:tc>
        <w:tc>
          <w:tcPr>
            <w:tcW w:w="792" w:type="dxa"/>
            <w:tcMar>
              <w:top w:w="50" w:type="dxa"/>
              <w:left w:w="70" w:type="dxa"/>
              <w:bottom w:w="50" w:type="dxa"/>
              <w:right w:w="70" w:type="dxa"/>
            </w:tcMar>
            <w:vAlign w:val="center"/>
          </w:tcPr>
          <w:p w14:paraId="7610171E" w14:textId="77777777" w:rsidR="00F57CE1" w:rsidRDefault="00F57CE1" w:rsidP="00573F18">
            <w:pPr>
              <w:spacing w:after="0" w:line="240" w:lineRule="auto"/>
              <w:jc w:val="right"/>
              <w:rPr>
                <w:rFonts w:cs="Times New Roman"/>
              </w:rPr>
            </w:pPr>
            <w:r>
              <w:rPr>
                <w:rFonts w:cs="Times New Roman"/>
                <w:sz w:val="13"/>
              </w:rPr>
              <w:t>0.800</w:t>
            </w:r>
          </w:p>
        </w:tc>
        <w:tc>
          <w:tcPr>
            <w:tcW w:w="1152" w:type="dxa"/>
            <w:tcMar>
              <w:top w:w="50" w:type="dxa"/>
              <w:left w:w="70" w:type="dxa"/>
              <w:bottom w:w="50" w:type="dxa"/>
              <w:right w:w="70" w:type="dxa"/>
            </w:tcMar>
            <w:vAlign w:val="center"/>
          </w:tcPr>
          <w:p w14:paraId="6253D9E0" w14:textId="77777777" w:rsidR="00F57CE1" w:rsidRDefault="00F57CE1" w:rsidP="00573F18">
            <w:pPr>
              <w:spacing w:after="0" w:line="240" w:lineRule="auto"/>
              <w:jc w:val="right"/>
              <w:rPr>
                <w:rFonts w:cs="Times New Roman"/>
              </w:rPr>
            </w:pPr>
            <w:r>
              <w:rPr>
                <w:rFonts w:cs="Times New Roman"/>
                <w:sz w:val="13"/>
              </w:rPr>
              <w:t>-0.032</w:t>
            </w:r>
          </w:p>
        </w:tc>
        <w:tc>
          <w:tcPr>
            <w:tcW w:w="936" w:type="dxa"/>
            <w:tcMar>
              <w:top w:w="50" w:type="dxa"/>
              <w:left w:w="70" w:type="dxa"/>
              <w:bottom w:w="50" w:type="dxa"/>
              <w:right w:w="70" w:type="dxa"/>
            </w:tcMar>
            <w:vAlign w:val="center"/>
          </w:tcPr>
          <w:p w14:paraId="45DA4981" w14:textId="77777777" w:rsidR="00F57CE1" w:rsidRDefault="00F57CE1" w:rsidP="00573F18">
            <w:pPr>
              <w:spacing w:after="0" w:line="240" w:lineRule="auto"/>
              <w:jc w:val="right"/>
              <w:rPr>
                <w:rFonts w:cs="Times New Roman"/>
              </w:rPr>
            </w:pPr>
            <w:r>
              <w:rPr>
                <w:rFonts w:cs="Times New Roman"/>
                <w:sz w:val="13"/>
              </w:rPr>
              <w:t>0.022</w:t>
            </w:r>
          </w:p>
        </w:tc>
        <w:tc>
          <w:tcPr>
            <w:tcW w:w="864" w:type="dxa"/>
            <w:tcMar>
              <w:top w:w="50" w:type="dxa"/>
              <w:left w:w="70" w:type="dxa"/>
              <w:bottom w:w="50" w:type="dxa"/>
              <w:right w:w="70" w:type="dxa"/>
            </w:tcMar>
            <w:vAlign w:val="center"/>
          </w:tcPr>
          <w:p w14:paraId="6242BF9D" w14:textId="77777777" w:rsidR="00F57CE1" w:rsidRDefault="00F57CE1" w:rsidP="00573F18">
            <w:pPr>
              <w:spacing w:after="0" w:line="240" w:lineRule="auto"/>
              <w:jc w:val="right"/>
              <w:rPr>
                <w:rFonts w:cs="Times New Roman"/>
              </w:rPr>
            </w:pPr>
            <w:r>
              <w:rPr>
                <w:rFonts w:cs="Times New Roman"/>
                <w:sz w:val="13"/>
              </w:rPr>
              <w:t>-0.039</w:t>
            </w:r>
          </w:p>
        </w:tc>
        <w:tc>
          <w:tcPr>
            <w:tcW w:w="1181" w:type="dxa"/>
            <w:tcMar>
              <w:top w:w="50" w:type="dxa"/>
              <w:left w:w="70" w:type="dxa"/>
              <w:bottom w:w="50" w:type="dxa"/>
              <w:right w:w="70" w:type="dxa"/>
            </w:tcMar>
            <w:vAlign w:val="center"/>
          </w:tcPr>
          <w:p w14:paraId="35BDDD80" w14:textId="77777777" w:rsidR="00F57CE1" w:rsidRDefault="00F57CE1" w:rsidP="00573F18">
            <w:pPr>
              <w:spacing w:after="0" w:line="240" w:lineRule="auto"/>
              <w:jc w:val="right"/>
              <w:rPr>
                <w:rFonts w:cs="Times New Roman"/>
              </w:rPr>
            </w:pPr>
            <w:r>
              <w:rPr>
                <w:rFonts w:cs="Times New Roman"/>
                <w:sz w:val="13"/>
              </w:rPr>
              <w:t>0.283</w:t>
            </w:r>
          </w:p>
        </w:tc>
        <w:tc>
          <w:tcPr>
            <w:tcW w:w="864" w:type="dxa"/>
            <w:tcMar>
              <w:top w:w="50" w:type="dxa"/>
              <w:left w:w="70" w:type="dxa"/>
              <w:bottom w:w="50" w:type="dxa"/>
              <w:right w:w="70" w:type="dxa"/>
            </w:tcMar>
            <w:vAlign w:val="center"/>
          </w:tcPr>
          <w:p w14:paraId="4FE74DD1" w14:textId="77777777" w:rsidR="00F57CE1" w:rsidRDefault="00F57CE1" w:rsidP="00573F18">
            <w:pPr>
              <w:spacing w:after="0" w:line="240" w:lineRule="auto"/>
              <w:jc w:val="right"/>
              <w:rPr>
                <w:rFonts w:cs="Times New Roman"/>
              </w:rPr>
            </w:pPr>
            <w:r>
              <w:rPr>
                <w:rFonts w:cs="Times New Roman"/>
                <w:sz w:val="13"/>
              </w:rPr>
              <w:t>0.200</w:t>
            </w:r>
          </w:p>
        </w:tc>
        <w:tc>
          <w:tcPr>
            <w:tcW w:w="936" w:type="dxa"/>
            <w:tcMar>
              <w:top w:w="50" w:type="dxa"/>
              <w:left w:w="70" w:type="dxa"/>
              <w:bottom w:w="50" w:type="dxa"/>
              <w:right w:w="70" w:type="dxa"/>
            </w:tcMar>
            <w:vAlign w:val="center"/>
          </w:tcPr>
          <w:p w14:paraId="77A12E5A" w14:textId="77777777" w:rsidR="00F57CE1" w:rsidRDefault="00F57CE1" w:rsidP="00573F18">
            <w:pPr>
              <w:spacing w:after="0" w:line="240" w:lineRule="auto"/>
              <w:jc w:val="right"/>
              <w:rPr>
                <w:rFonts w:cs="Times New Roman"/>
              </w:rPr>
            </w:pPr>
            <w:r>
              <w:rPr>
                <w:rFonts w:cs="Times New Roman"/>
                <w:sz w:val="13"/>
              </w:rPr>
              <w:t>-3.1</w:t>
            </w:r>
          </w:p>
        </w:tc>
        <w:tc>
          <w:tcPr>
            <w:tcW w:w="1080" w:type="dxa"/>
            <w:tcMar>
              <w:top w:w="50" w:type="dxa"/>
              <w:left w:w="70" w:type="dxa"/>
              <w:bottom w:w="50" w:type="dxa"/>
              <w:right w:w="70" w:type="dxa"/>
            </w:tcMar>
            <w:vAlign w:val="center"/>
          </w:tcPr>
          <w:p w14:paraId="7D7C3451" w14:textId="77777777" w:rsidR="00F57CE1" w:rsidRDefault="00F57CE1" w:rsidP="00573F18">
            <w:pPr>
              <w:spacing w:after="0" w:line="240" w:lineRule="auto"/>
              <w:jc w:val="right"/>
              <w:rPr>
                <w:rFonts w:cs="Times New Roman"/>
              </w:rPr>
            </w:pPr>
            <w:r>
              <w:rPr>
                <w:rFonts w:cs="Times New Roman"/>
                <w:sz w:val="13"/>
              </w:rPr>
              <w:t>2.2</w:t>
            </w:r>
          </w:p>
        </w:tc>
        <w:tc>
          <w:tcPr>
            <w:tcW w:w="1080" w:type="dxa"/>
            <w:tcMar>
              <w:top w:w="50" w:type="dxa"/>
              <w:left w:w="70" w:type="dxa"/>
              <w:bottom w:w="50" w:type="dxa"/>
              <w:right w:w="70" w:type="dxa"/>
            </w:tcMar>
            <w:vAlign w:val="center"/>
          </w:tcPr>
          <w:p w14:paraId="20F010EC" w14:textId="77777777" w:rsidR="00F57CE1" w:rsidRDefault="00F57CE1" w:rsidP="00573F18">
            <w:pPr>
              <w:spacing w:after="0" w:line="240" w:lineRule="auto"/>
              <w:jc w:val="right"/>
              <w:rPr>
                <w:rFonts w:cs="Times New Roman"/>
              </w:rPr>
            </w:pPr>
            <w:r>
              <w:rPr>
                <w:rFonts w:cs="Times New Roman"/>
                <w:sz w:val="13"/>
              </w:rPr>
              <w:t>32.7</w:t>
            </w:r>
          </w:p>
        </w:tc>
      </w:tr>
      <w:tr w:rsidR="00F57CE1" w14:paraId="402E6E7D" w14:textId="77777777" w:rsidTr="00573F18">
        <w:trPr>
          <w:jc w:val="center"/>
        </w:trPr>
        <w:tc>
          <w:tcPr>
            <w:tcW w:w="1008" w:type="dxa"/>
            <w:tcMar>
              <w:top w:w="50" w:type="dxa"/>
              <w:left w:w="70" w:type="dxa"/>
              <w:bottom w:w="50" w:type="dxa"/>
              <w:right w:w="70" w:type="dxa"/>
            </w:tcMar>
            <w:vAlign w:val="center"/>
          </w:tcPr>
          <w:p w14:paraId="28299199" w14:textId="77777777" w:rsidR="00F57CE1" w:rsidRDefault="00F57CE1" w:rsidP="00573F18">
            <w:pPr>
              <w:spacing w:after="0" w:line="240" w:lineRule="auto"/>
              <w:jc w:val="right"/>
              <w:rPr>
                <w:rFonts w:cs="Times New Roman"/>
              </w:rPr>
            </w:pPr>
            <w:r>
              <w:rPr>
                <w:rFonts w:cs="Times New Roman"/>
                <w:sz w:val="13"/>
              </w:rPr>
              <w:t>6</w:t>
            </w:r>
          </w:p>
        </w:tc>
        <w:tc>
          <w:tcPr>
            <w:tcW w:w="792" w:type="dxa"/>
            <w:tcMar>
              <w:top w:w="50" w:type="dxa"/>
              <w:left w:w="70" w:type="dxa"/>
              <w:bottom w:w="50" w:type="dxa"/>
              <w:right w:w="70" w:type="dxa"/>
            </w:tcMar>
            <w:vAlign w:val="center"/>
          </w:tcPr>
          <w:p w14:paraId="5DC36CC7"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2D30F219" w14:textId="77777777" w:rsidR="00F57CE1" w:rsidRDefault="00F57CE1" w:rsidP="00573F18">
            <w:pPr>
              <w:spacing w:after="0" w:line="240" w:lineRule="auto"/>
              <w:jc w:val="right"/>
              <w:rPr>
                <w:rFonts w:cs="Times New Roman"/>
              </w:rPr>
            </w:pPr>
            <w:r>
              <w:rPr>
                <w:rFonts w:cs="Times New Roman"/>
                <w:sz w:val="13"/>
              </w:rPr>
              <w:t>0.158</w:t>
            </w:r>
          </w:p>
        </w:tc>
        <w:tc>
          <w:tcPr>
            <w:tcW w:w="792" w:type="dxa"/>
            <w:tcMar>
              <w:top w:w="50" w:type="dxa"/>
              <w:left w:w="70" w:type="dxa"/>
              <w:bottom w:w="50" w:type="dxa"/>
              <w:right w:w="70" w:type="dxa"/>
            </w:tcMar>
            <w:vAlign w:val="center"/>
          </w:tcPr>
          <w:p w14:paraId="49C480D3" w14:textId="77777777" w:rsidR="00F57CE1" w:rsidRDefault="00F57CE1" w:rsidP="00573F18">
            <w:pPr>
              <w:spacing w:after="0" w:line="240" w:lineRule="auto"/>
              <w:jc w:val="right"/>
              <w:rPr>
                <w:rFonts w:cs="Times New Roman"/>
              </w:rPr>
            </w:pPr>
            <w:r>
              <w:rPr>
                <w:rFonts w:cs="Times New Roman"/>
                <w:sz w:val="13"/>
              </w:rPr>
              <w:t>6.300</w:t>
            </w:r>
          </w:p>
        </w:tc>
        <w:tc>
          <w:tcPr>
            <w:tcW w:w="1152" w:type="dxa"/>
            <w:tcMar>
              <w:top w:w="50" w:type="dxa"/>
              <w:left w:w="70" w:type="dxa"/>
              <w:bottom w:w="50" w:type="dxa"/>
              <w:right w:w="70" w:type="dxa"/>
            </w:tcMar>
            <w:vAlign w:val="center"/>
          </w:tcPr>
          <w:p w14:paraId="128EED08" w14:textId="77777777" w:rsidR="00F57CE1" w:rsidRDefault="00F57CE1" w:rsidP="00573F18">
            <w:pPr>
              <w:spacing w:after="0" w:line="240" w:lineRule="auto"/>
              <w:jc w:val="right"/>
              <w:rPr>
                <w:rFonts w:cs="Times New Roman"/>
              </w:rPr>
            </w:pPr>
            <w:r>
              <w:rPr>
                <w:rFonts w:cs="Times New Roman"/>
                <w:sz w:val="13"/>
              </w:rPr>
              <w:t>-0.070</w:t>
            </w:r>
          </w:p>
        </w:tc>
        <w:tc>
          <w:tcPr>
            <w:tcW w:w="936" w:type="dxa"/>
            <w:tcMar>
              <w:top w:w="50" w:type="dxa"/>
              <w:left w:w="70" w:type="dxa"/>
              <w:bottom w:w="50" w:type="dxa"/>
              <w:right w:w="70" w:type="dxa"/>
            </w:tcMar>
            <w:vAlign w:val="center"/>
          </w:tcPr>
          <w:p w14:paraId="1027FF3C" w14:textId="77777777" w:rsidR="00F57CE1" w:rsidRDefault="00F57CE1" w:rsidP="00573F18">
            <w:pPr>
              <w:spacing w:after="0" w:line="240" w:lineRule="auto"/>
              <w:jc w:val="right"/>
              <w:rPr>
                <w:rFonts w:cs="Times New Roman"/>
              </w:rPr>
            </w:pPr>
            <w:r>
              <w:rPr>
                <w:rFonts w:cs="Times New Roman"/>
                <w:sz w:val="13"/>
              </w:rPr>
              <w:t>0.023</w:t>
            </w:r>
          </w:p>
        </w:tc>
        <w:tc>
          <w:tcPr>
            <w:tcW w:w="864" w:type="dxa"/>
            <w:tcMar>
              <w:top w:w="50" w:type="dxa"/>
              <w:left w:w="70" w:type="dxa"/>
              <w:bottom w:w="50" w:type="dxa"/>
              <w:right w:w="70" w:type="dxa"/>
            </w:tcMar>
            <w:vAlign w:val="center"/>
          </w:tcPr>
          <w:p w14:paraId="69776488" w14:textId="77777777" w:rsidR="00F57CE1" w:rsidRDefault="00F57CE1" w:rsidP="00573F18">
            <w:pPr>
              <w:spacing w:after="0" w:line="240" w:lineRule="auto"/>
              <w:jc w:val="right"/>
              <w:rPr>
                <w:rFonts w:cs="Times New Roman"/>
              </w:rPr>
            </w:pPr>
            <w:r>
              <w:rPr>
                <w:rFonts w:cs="Times New Roman"/>
                <w:sz w:val="13"/>
              </w:rPr>
              <w:t>-0.014</w:t>
            </w:r>
          </w:p>
        </w:tc>
        <w:tc>
          <w:tcPr>
            <w:tcW w:w="1181" w:type="dxa"/>
            <w:tcMar>
              <w:top w:w="50" w:type="dxa"/>
              <w:left w:w="70" w:type="dxa"/>
              <w:bottom w:w="50" w:type="dxa"/>
              <w:right w:w="70" w:type="dxa"/>
            </w:tcMar>
            <w:vAlign w:val="center"/>
          </w:tcPr>
          <w:p w14:paraId="2458970A" w14:textId="77777777" w:rsidR="00F57CE1" w:rsidRDefault="00F57CE1" w:rsidP="00573F18">
            <w:pPr>
              <w:spacing w:after="0" w:line="240" w:lineRule="auto"/>
              <w:jc w:val="right"/>
              <w:rPr>
                <w:rFonts w:cs="Times New Roman"/>
              </w:rPr>
            </w:pPr>
            <w:r>
              <w:rPr>
                <w:rFonts w:cs="Times New Roman"/>
                <w:sz w:val="13"/>
              </w:rPr>
              <w:t>0.117</w:t>
            </w:r>
          </w:p>
        </w:tc>
        <w:tc>
          <w:tcPr>
            <w:tcW w:w="864" w:type="dxa"/>
            <w:tcMar>
              <w:top w:w="50" w:type="dxa"/>
              <w:left w:w="70" w:type="dxa"/>
              <w:bottom w:w="50" w:type="dxa"/>
              <w:right w:w="70" w:type="dxa"/>
            </w:tcMar>
            <w:vAlign w:val="center"/>
          </w:tcPr>
          <w:p w14:paraId="75A7281B" w14:textId="77777777" w:rsidR="00F57CE1" w:rsidRDefault="00F57CE1" w:rsidP="00573F18">
            <w:pPr>
              <w:spacing w:after="0" w:line="240" w:lineRule="auto"/>
              <w:jc w:val="right"/>
              <w:rPr>
                <w:rFonts w:cs="Times New Roman"/>
              </w:rPr>
            </w:pPr>
            <w:r>
              <w:rPr>
                <w:rFonts w:cs="Times New Roman"/>
                <w:sz w:val="13"/>
              </w:rPr>
              <w:t>-1.500</w:t>
            </w:r>
          </w:p>
        </w:tc>
        <w:tc>
          <w:tcPr>
            <w:tcW w:w="936" w:type="dxa"/>
            <w:tcMar>
              <w:top w:w="50" w:type="dxa"/>
              <w:left w:w="70" w:type="dxa"/>
              <w:bottom w:w="50" w:type="dxa"/>
              <w:right w:w="70" w:type="dxa"/>
            </w:tcMar>
            <w:vAlign w:val="center"/>
          </w:tcPr>
          <w:p w14:paraId="28BA8CF8" w14:textId="77777777" w:rsidR="00F57CE1" w:rsidRDefault="00F57CE1" w:rsidP="00573F18">
            <w:pPr>
              <w:spacing w:after="0" w:line="240" w:lineRule="auto"/>
              <w:jc w:val="right"/>
              <w:rPr>
                <w:rFonts w:cs="Times New Roman"/>
              </w:rPr>
            </w:pPr>
            <w:r>
              <w:rPr>
                <w:rFonts w:cs="Times New Roman"/>
                <w:sz w:val="13"/>
              </w:rPr>
              <w:t>-6.8</w:t>
            </w:r>
          </w:p>
        </w:tc>
        <w:tc>
          <w:tcPr>
            <w:tcW w:w="1080" w:type="dxa"/>
            <w:tcMar>
              <w:top w:w="50" w:type="dxa"/>
              <w:left w:w="70" w:type="dxa"/>
              <w:bottom w:w="50" w:type="dxa"/>
              <w:right w:w="70" w:type="dxa"/>
            </w:tcMar>
            <w:vAlign w:val="center"/>
          </w:tcPr>
          <w:p w14:paraId="17BED4FF" w14:textId="77777777" w:rsidR="00F57CE1" w:rsidRDefault="00F57CE1" w:rsidP="00573F18">
            <w:pPr>
              <w:spacing w:after="0" w:line="240" w:lineRule="auto"/>
              <w:jc w:val="right"/>
              <w:rPr>
                <w:rFonts w:cs="Times New Roman"/>
              </w:rPr>
            </w:pPr>
            <w:r>
              <w:rPr>
                <w:rFonts w:cs="Times New Roman"/>
                <w:sz w:val="13"/>
              </w:rPr>
              <w:t>2.4</w:t>
            </w:r>
          </w:p>
        </w:tc>
        <w:tc>
          <w:tcPr>
            <w:tcW w:w="1080" w:type="dxa"/>
            <w:tcMar>
              <w:top w:w="50" w:type="dxa"/>
              <w:left w:w="70" w:type="dxa"/>
              <w:bottom w:w="50" w:type="dxa"/>
              <w:right w:w="70" w:type="dxa"/>
            </w:tcMar>
            <w:vAlign w:val="center"/>
          </w:tcPr>
          <w:p w14:paraId="0EFDF862" w14:textId="77777777" w:rsidR="00F57CE1" w:rsidRDefault="00F57CE1" w:rsidP="00573F18">
            <w:pPr>
              <w:spacing w:after="0" w:line="240" w:lineRule="auto"/>
              <w:jc w:val="right"/>
              <w:rPr>
                <w:rFonts w:cs="Times New Roman"/>
              </w:rPr>
            </w:pPr>
            <w:r>
              <w:rPr>
                <w:rFonts w:cs="Times New Roman"/>
                <w:sz w:val="13"/>
              </w:rPr>
              <w:t>12.5</w:t>
            </w:r>
          </w:p>
        </w:tc>
      </w:tr>
      <w:tr w:rsidR="00F57CE1" w14:paraId="61E6676A" w14:textId="77777777" w:rsidTr="00573F18">
        <w:trPr>
          <w:jc w:val="center"/>
        </w:trPr>
        <w:tc>
          <w:tcPr>
            <w:tcW w:w="1008" w:type="dxa"/>
            <w:tcMar>
              <w:top w:w="50" w:type="dxa"/>
              <w:left w:w="70" w:type="dxa"/>
              <w:bottom w:w="50" w:type="dxa"/>
              <w:right w:w="70" w:type="dxa"/>
            </w:tcMar>
            <w:vAlign w:val="center"/>
          </w:tcPr>
          <w:p w14:paraId="505195AA" w14:textId="77777777" w:rsidR="00F57CE1" w:rsidRDefault="00F57CE1" w:rsidP="00573F18">
            <w:pPr>
              <w:spacing w:after="0" w:line="240" w:lineRule="auto"/>
              <w:jc w:val="right"/>
              <w:rPr>
                <w:rFonts w:cs="Times New Roman"/>
              </w:rPr>
            </w:pPr>
            <w:r>
              <w:rPr>
                <w:rFonts w:cs="Times New Roman"/>
                <w:sz w:val="13"/>
              </w:rPr>
              <w:t>6</w:t>
            </w:r>
          </w:p>
        </w:tc>
        <w:tc>
          <w:tcPr>
            <w:tcW w:w="792" w:type="dxa"/>
            <w:tcMar>
              <w:top w:w="50" w:type="dxa"/>
              <w:left w:w="70" w:type="dxa"/>
              <w:bottom w:w="50" w:type="dxa"/>
              <w:right w:w="70" w:type="dxa"/>
            </w:tcMar>
            <w:vAlign w:val="center"/>
          </w:tcPr>
          <w:p w14:paraId="64E775F2" w14:textId="77777777" w:rsidR="00F57CE1" w:rsidRDefault="00F57CE1" w:rsidP="00573F18">
            <w:pPr>
              <w:spacing w:after="0" w:line="240" w:lineRule="auto"/>
              <w:jc w:val="right"/>
              <w:rPr>
                <w:rFonts w:cs="Times New Roman"/>
              </w:rPr>
            </w:pPr>
            <w:r>
              <w:rPr>
                <w:rFonts w:cs="Times New Roman"/>
                <w:sz w:val="13"/>
              </w:rPr>
              <w:t>2024</w:t>
            </w:r>
          </w:p>
        </w:tc>
        <w:tc>
          <w:tcPr>
            <w:tcW w:w="936" w:type="dxa"/>
            <w:tcMar>
              <w:top w:w="50" w:type="dxa"/>
              <w:left w:w="70" w:type="dxa"/>
              <w:bottom w:w="50" w:type="dxa"/>
              <w:right w:w="70" w:type="dxa"/>
            </w:tcMar>
            <w:vAlign w:val="center"/>
          </w:tcPr>
          <w:p w14:paraId="1EA4A0EE" w14:textId="77777777" w:rsidR="00F57CE1" w:rsidRDefault="00F57CE1" w:rsidP="00573F18">
            <w:pPr>
              <w:spacing w:after="0" w:line="240" w:lineRule="auto"/>
              <w:jc w:val="right"/>
              <w:rPr>
                <w:rFonts w:cs="Times New Roman"/>
              </w:rPr>
            </w:pPr>
            <w:r>
              <w:rPr>
                <w:rFonts w:cs="Times New Roman"/>
                <w:sz w:val="13"/>
              </w:rPr>
              <w:t>0.065</w:t>
            </w:r>
          </w:p>
        </w:tc>
        <w:tc>
          <w:tcPr>
            <w:tcW w:w="792" w:type="dxa"/>
            <w:tcMar>
              <w:top w:w="50" w:type="dxa"/>
              <w:left w:w="70" w:type="dxa"/>
              <w:bottom w:w="50" w:type="dxa"/>
              <w:right w:w="70" w:type="dxa"/>
            </w:tcMar>
            <w:vAlign w:val="center"/>
          </w:tcPr>
          <w:p w14:paraId="2CBE8009" w14:textId="77777777" w:rsidR="00F57CE1" w:rsidRDefault="00F57CE1" w:rsidP="00573F18">
            <w:pPr>
              <w:spacing w:after="0" w:line="240" w:lineRule="auto"/>
              <w:jc w:val="right"/>
              <w:rPr>
                <w:rFonts w:cs="Times New Roman"/>
              </w:rPr>
            </w:pPr>
            <w:r>
              <w:rPr>
                <w:rFonts w:cs="Times New Roman"/>
                <w:sz w:val="13"/>
              </w:rPr>
              <w:t>1.217</w:t>
            </w:r>
          </w:p>
        </w:tc>
        <w:tc>
          <w:tcPr>
            <w:tcW w:w="1152" w:type="dxa"/>
            <w:tcMar>
              <w:top w:w="50" w:type="dxa"/>
              <w:left w:w="70" w:type="dxa"/>
              <w:bottom w:w="50" w:type="dxa"/>
              <w:right w:w="70" w:type="dxa"/>
            </w:tcMar>
            <w:vAlign w:val="center"/>
          </w:tcPr>
          <w:p w14:paraId="2342AE3E" w14:textId="77777777" w:rsidR="00F57CE1" w:rsidRDefault="00F57CE1" w:rsidP="00573F18">
            <w:pPr>
              <w:spacing w:after="0" w:line="240" w:lineRule="auto"/>
              <w:jc w:val="right"/>
              <w:rPr>
                <w:rFonts w:cs="Times New Roman"/>
              </w:rPr>
            </w:pPr>
            <w:r>
              <w:rPr>
                <w:rFonts w:cs="Times New Roman"/>
                <w:sz w:val="13"/>
              </w:rPr>
              <w:t>-0.105</w:t>
            </w:r>
          </w:p>
        </w:tc>
        <w:tc>
          <w:tcPr>
            <w:tcW w:w="936" w:type="dxa"/>
            <w:tcMar>
              <w:top w:w="50" w:type="dxa"/>
              <w:left w:w="70" w:type="dxa"/>
              <w:bottom w:w="50" w:type="dxa"/>
              <w:right w:w="70" w:type="dxa"/>
            </w:tcMar>
            <w:vAlign w:val="center"/>
          </w:tcPr>
          <w:p w14:paraId="50233340" w14:textId="77777777" w:rsidR="00F57CE1" w:rsidRDefault="00F57CE1" w:rsidP="00573F18">
            <w:pPr>
              <w:spacing w:after="0" w:line="240" w:lineRule="auto"/>
              <w:jc w:val="right"/>
              <w:rPr>
                <w:rFonts w:cs="Times New Roman"/>
              </w:rPr>
            </w:pPr>
            <w:r>
              <w:rPr>
                <w:rFonts w:cs="Times New Roman"/>
                <w:sz w:val="13"/>
              </w:rPr>
              <w:t>0.020</w:t>
            </w:r>
          </w:p>
        </w:tc>
        <w:tc>
          <w:tcPr>
            <w:tcW w:w="864" w:type="dxa"/>
            <w:tcMar>
              <w:top w:w="50" w:type="dxa"/>
              <w:left w:w="70" w:type="dxa"/>
              <w:bottom w:w="50" w:type="dxa"/>
              <w:right w:w="70" w:type="dxa"/>
            </w:tcMar>
            <w:vAlign w:val="center"/>
          </w:tcPr>
          <w:p w14:paraId="7171F6F6" w14:textId="77777777" w:rsidR="00F57CE1" w:rsidRDefault="00F57CE1" w:rsidP="00573F18">
            <w:pPr>
              <w:spacing w:after="0" w:line="240" w:lineRule="auto"/>
              <w:jc w:val="right"/>
              <w:rPr>
                <w:rFonts w:cs="Times New Roman"/>
              </w:rPr>
            </w:pPr>
            <w:r>
              <w:rPr>
                <w:rFonts w:cs="Times New Roman"/>
                <w:sz w:val="13"/>
              </w:rPr>
              <w:t>-0.003</w:t>
            </w:r>
          </w:p>
        </w:tc>
        <w:tc>
          <w:tcPr>
            <w:tcW w:w="1181" w:type="dxa"/>
            <w:tcMar>
              <w:top w:w="50" w:type="dxa"/>
              <w:left w:w="70" w:type="dxa"/>
              <w:bottom w:w="50" w:type="dxa"/>
              <w:right w:w="70" w:type="dxa"/>
            </w:tcMar>
            <w:vAlign w:val="center"/>
          </w:tcPr>
          <w:p w14:paraId="3C1C3DF8" w14:textId="77777777" w:rsidR="00F57CE1" w:rsidRDefault="00F57CE1" w:rsidP="00573F18">
            <w:pPr>
              <w:spacing w:after="0" w:line="240" w:lineRule="auto"/>
              <w:jc w:val="right"/>
              <w:rPr>
                <w:rFonts w:cs="Times New Roman"/>
              </w:rPr>
            </w:pPr>
            <w:r>
              <w:rPr>
                <w:rFonts w:cs="Times New Roman"/>
                <w:sz w:val="13"/>
              </w:rPr>
              <w:t>1.313</w:t>
            </w:r>
          </w:p>
        </w:tc>
        <w:tc>
          <w:tcPr>
            <w:tcW w:w="864" w:type="dxa"/>
            <w:tcMar>
              <w:top w:w="50" w:type="dxa"/>
              <w:left w:w="70" w:type="dxa"/>
              <w:bottom w:w="50" w:type="dxa"/>
              <w:right w:w="70" w:type="dxa"/>
            </w:tcMar>
            <w:vAlign w:val="center"/>
          </w:tcPr>
          <w:p w14:paraId="22821DA6" w14:textId="77777777" w:rsidR="00F57CE1" w:rsidRDefault="00F57CE1" w:rsidP="00573F18">
            <w:pPr>
              <w:spacing w:after="0" w:line="240" w:lineRule="auto"/>
              <w:jc w:val="right"/>
              <w:rPr>
                <w:rFonts w:cs="Times New Roman"/>
              </w:rPr>
            </w:pPr>
            <w:r>
              <w:rPr>
                <w:rFonts w:cs="Times New Roman"/>
                <w:sz w:val="13"/>
              </w:rPr>
              <w:t>0.400</w:t>
            </w:r>
          </w:p>
        </w:tc>
        <w:tc>
          <w:tcPr>
            <w:tcW w:w="936" w:type="dxa"/>
            <w:tcMar>
              <w:top w:w="50" w:type="dxa"/>
              <w:left w:w="70" w:type="dxa"/>
              <w:bottom w:w="50" w:type="dxa"/>
              <w:right w:w="70" w:type="dxa"/>
            </w:tcMar>
            <w:vAlign w:val="center"/>
          </w:tcPr>
          <w:p w14:paraId="74B838E0" w14:textId="77777777" w:rsidR="00F57CE1" w:rsidRDefault="00F57CE1" w:rsidP="00573F18">
            <w:pPr>
              <w:spacing w:after="0" w:line="240" w:lineRule="auto"/>
              <w:jc w:val="right"/>
              <w:rPr>
                <w:rFonts w:cs="Times New Roman"/>
              </w:rPr>
            </w:pPr>
            <w:r>
              <w:rPr>
                <w:rFonts w:cs="Times New Roman"/>
                <w:sz w:val="13"/>
              </w:rPr>
              <w:t>-10.0</w:t>
            </w:r>
          </w:p>
        </w:tc>
        <w:tc>
          <w:tcPr>
            <w:tcW w:w="1080" w:type="dxa"/>
            <w:tcMar>
              <w:top w:w="50" w:type="dxa"/>
              <w:left w:w="70" w:type="dxa"/>
              <w:bottom w:w="50" w:type="dxa"/>
              <w:right w:w="70" w:type="dxa"/>
            </w:tcMar>
            <w:vAlign w:val="center"/>
          </w:tcPr>
          <w:p w14:paraId="5A6AE5D4" w14:textId="77777777" w:rsidR="00F57CE1" w:rsidRDefault="00F57CE1" w:rsidP="00573F18">
            <w:pPr>
              <w:spacing w:after="0" w:line="240" w:lineRule="auto"/>
              <w:jc w:val="right"/>
              <w:rPr>
                <w:rFonts w:cs="Times New Roman"/>
              </w:rPr>
            </w:pPr>
            <w:r>
              <w:rPr>
                <w:rFonts w:cs="Times New Roman"/>
                <w:sz w:val="13"/>
              </w:rPr>
              <w:t>2.1</w:t>
            </w:r>
          </w:p>
        </w:tc>
        <w:tc>
          <w:tcPr>
            <w:tcW w:w="1080" w:type="dxa"/>
            <w:tcMar>
              <w:top w:w="50" w:type="dxa"/>
              <w:left w:w="70" w:type="dxa"/>
              <w:bottom w:w="50" w:type="dxa"/>
              <w:right w:w="70" w:type="dxa"/>
            </w:tcMar>
            <w:vAlign w:val="center"/>
          </w:tcPr>
          <w:p w14:paraId="51FFEAFA" w14:textId="77777777" w:rsidR="00F57CE1" w:rsidRDefault="00F57CE1" w:rsidP="00573F18">
            <w:pPr>
              <w:spacing w:after="0" w:line="240" w:lineRule="auto"/>
              <w:jc w:val="right"/>
              <w:rPr>
                <w:rFonts w:cs="Times New Roman"/>
              </w:rPr>
            </w:pPr>
            <w:r>
              <w:rPr>
                <w:rFonts w:cs="Times New Roman"/>
                <w:sz w:val="13"/>
              </w:rPr>
              <w:t>271.7</w:t>
            </w:r>
          </w:p>
        </w:tc>
      </w:tr>
      <w:tr w:rsidR="00F57CE1" w14:paraId="6D89936A" w14:textId="77777777" w:rsidTr="00573F18">
        <w:trPr>
          <w:jc w:val="center"/>
        </w:trPr>
        <w:tc>
          <w:tcPr>
            <w:tcW w:w="1008" w:type="dxa"/>
            <w:tcMar>
              <w:top w:w="50" w:type="dxa"/>
              <w:left w:w="70" w:type="dxa"/>
              <w:bottom w:w="50" w:type="dxa"/>
              <w:right w:w="70" w:type="dxa"/>
            </w:tcMar>
            <w:vAlign w:val="center"/>
          </w:tcPr>
          <w:p w14:paraId="5F1A2B3E" w14:textId="77777777" w:rsidR="00F57CE1" w:rsidRDefault="00F57CE1" w:rsidP="00573F18">
            <w:pPr>
              <w:spacing w:after="0" w:line="240" w:lineRule="auto"/>
              <w:jc w:val="right"/>
              <w:rPr>
                <w:rFonts w:cs="Times New Roman"/>
              </w:rPr>
            </w:pPr>
            <w:r>
              <w:rPr>
                <w:rFonts w:cs="Times New Roman"/>
                <w:sz w:val="13"/>
              </w:rPr>
              <w:t>8</w:t>
            </w:r>
          </w:p>
        </w:tc>
        <w:tc>
          <w:tcPr>
            <w:tcW w:w="792" w:type="dxa"/>
            <w:tcMar>
              <w:top w:w="50" w:type="dxa"/>
              <w:left w:w="70" w:type="dxa"/>
              <w:bottom w:w="50" w:type="dxa"/>
              <w:right w:w="70" w:type="dxa"/>
            </w:tcMar>
            <w:vAlign w:val="center"/>
          </w:tcPr>
          <w:p w14:paraId="09F9CC48" w14:textId="77777777" w:rsidR="00F57CE1" w:rsidRDefault="00F57CE1" w:rsidP="00573F18">
            <w:pPr>
              <w:spacing w:after="0" w:line="240" w:lineRule="auto"/>
              <w:jc w:val="right"/>
              <w:rPr>
                <w:rFonts w:cs="Times New Roman"/>
              </w:rPr>
            </w:pPr>
            <w:r>
              <w:rPr>
                <w:rFonts w:cs="Times New Roman"/>
                <w:sz w:val="13"/>
              </w:rPr>
              <w:t>2011</w:t>
            </w:r>
          </w:p>
        </w:tc>
        <w:tc>
          <w:tcPr>
            <w:tcW w:w="936" w:type="dxa"/>
            <w:tcMar>
              <w:top w:w="50" w:type="dxa"/>
              <w:left w:w="70" w:type="dxa"/>
              <w:bottom w:w="50" w:type="dxa"/>
              <w:right w:w="70" w:type="dxa"/>
            </w:tcMar>
            <w:vAlign w:val="center"/>
          </w:tcPr>
          <w:p w14:paraId="4F1EA911" w14:textId="77777777" w:rsidR="00F57CE1" w:rsidRDefault="00F57CE1" w:rsidP="00573F18">
            <w:pPr>
              <w:spacing w:after="0" w:line="240" w:lineRule="auto"/>
              <w:jc w:val="right"/>
              <w:rPr>
                <w:rFonts w:cs="Times New Roman"/>
              </w:rPr>
            </w:pPr>
            <w:r>
              <w:rPr>
                <w:rFonts w:cs="Times New Roman"/>
                <w:sz w:val="13"/>
              </w:rPr>
              <w:t>0.021</w:t>
            </w:r>
          </w:p>
        </w:tc>
        <w:tc>
          <w:tcPr>
            <w:tcW w:w="792" w:type="dxa"/>
            <w:tcMar>
              <w:top w:w="50" w:type="dxa"/>
              <w:left w:w="70" w:type="dxa"/>
              <w:bottom w:w="50" w:type="dxa"/>
              <w:right w:w="70" w:type="dxa"/>
            </w:tcMar>
            <w:vAlign w:val="center"/>
          </w:tcPr>
          <w:p w14:paraId="6648D2E1" w14:textId="77777777" w:rsidR="00F57CE1" w:rsidRDefault="00F57CE1" w:rsidP="00573F18">
            <w:pPr>
              <w:spacing w:after="0" w:line="240" w:lineRule="auto"/>
              <w:jc w:val="right"/>
              <w:rPr>
                <w:rFonts w:cs="Times New Roman"/>
              </w:rPr>
            </w:pPr>
            <w:r>
              <w:rPr>
                <w:rFonts w:cs="Times New Roman"/>
                <w:sz w:val="13"/>
              </w:rPr>
              <w:t>-1.000</w:t>
            </w:r>
          </w:p>
        </w:tc>
        <w:tc>
          <w:tcPr>
            <w:tcW w:w="1152" w:type="dxa"/>
            <w:tcMar>
              <w:top w:w="50" w:type="dxa"/>
              <w:left w:w="70" w:type="dxa"/>
              <w:bottom w:w="50" w:type="dxa"/>
              <w:right w:w="70" w:type="dxa"/>
            </w:tcMar>
            <w:vAlign w:val="center"/>
          </w:tcPr>
          <w:p w14:paraId="12CEFC8D" w14:textId="77777777" w:rsidR="00F57CE1" w:rsidRDefault="00F57CE1" w:rsidP="00573F18">
            <w:pPr>
              <w:spacing w:after="0" w:line="240" w:lineRule="auto"/>
              <w:jc w:val="right"/>
              <w:rPr>
                <w:rFonts w:cs="Times New Roman"/>
              </w:rPr>
            </w:pPr>
            <w:r>
              <w:rPr>
                <w:rFonts w:cs="Times New Roman"/>
                <w:sz w:val="13"/>
              </w:rPr>
              <w:t>1.089</w:t>
            </w:r>
          </w:p>
        </w:tc>
        <w:tc>
          <w:tcPr>
            <w:tcW w:w="936" w:type="dxa"/>
            <w:tcMar>
              <w:top w:w="50" w:type="dxa"/>
              <w:left w:w="70" w:type="dxa"/>
              <w:bottom w:w="50" w:type="dxa"/>
              <w:right w:w="70" w:type="dxa"/>
            </w:tcMar>
            <w:vAlign w:val="center"/>
          </w:tcPr>
          <w:p w14:paraId="29BB5589" w14:textId="77777777" w:rsidR="00F57CE1" w:rsidRDefault="00F57CE1" w:rsidP="00573F18">
            <w:pPr>
              <w:spacing w:after="0" w:line="240" w:lineRule="auto"/>
              <w:jc w:val="right"/>
              <w:rPr>
                <w:rFonts w:cs="Times New Roman"/>
              </w:rPr>
            </w:pPr>
            <w:r>
              <w:rPr>
                <w:rFonts w:cs="Times New Roman"/>
                <w:sz w:val="13"/>
              </w:rPr>
              <w:t>-0.935</w:t>
            </w:r>
          </w:p>
        </w:tc>
        <w:tc>
          <w:tcPr>
            <w:tcW w:w="864" w:type="dxa"/>
            <w:tcMar>
              <w:top w:w="50" w:type="dxa"/>
              <w:left w:w="70" w:type="dxa"/>
              <w:bottom w:w="50" w:type="dxa"/>
              <w:right w:w="70" w:type="dxa"/>
            </w:tcMar>
            <w:vAlign w:val="center"/>
          </w:tcPr>
          <w:p w14:paraId="12CD37F9" w14:textId="77777777" w:rsidR="00F57CE1" w:rsidRDefault="00F57CE1" w:rsidP="00573F18">
            <w:pPr>
              <w:spacing w:after="0" w:line="240" w:lineRule="auto"/>
              <w:jc w:val="right"/>
              <w:rPr>
                <w:rFonts w:cs="Times New Roman"/>
              </w:rPr>
            </w:pPr>
            <w:r>
              <w:rPr>
                <w:rFonts w:cs="Times New Roman"/>
                <w:sz w:val="13"/>
              </w:rPr>
              <w:t>0.102</w:t>
            </w:r>
          </w:p>
        </w:tc>
        <w:tc>
          <w:tcPr>
            <w:tcW w:w="1181" w:type="dxa"/>
            <w:tcMar>
              <w:top w:w="50" w:type="dxa"/>
              <w:left w:w="70" w:type="dxa"/>
              <w:bottom w:w="50" w:type="dxa"/>
              <w:right w:w="70" w:type="dxa"/>
            </w:tcMar>
            <w:vAlign w:val="center"/>
          </w:tcPr>
          <w:p w14:paraId="65E8FEB5" w14:textId="77777777" w:rsidR="00F57CE1" w:rsidRDefault="00F57CE1" w:rsidP="00573F18">
            <w:pPr>
              <w:spacing w:after="0" w:line="240" w:lineRule="auto"/>
              <w:jc w:val="right"/>
              <w:rPr>
                <w:rFonts w:cs="Times New Roman"/>
              </w:rPr>
            </w:pPr>
            <w:r>
              <w:rPr>
                <w:rFonts w:cs="Times New Roman"/>
                <w:sz w:val="13"/>
              </w:rPr>
              <w:t>0.012</w:t>
            </w:r>
          </w:p>
        </w:tc>
        <w:tc>
          <w:tcPr>
            <w:tcW w:w="864" w:type="dxa"/>
            <w:tcMar>
              <w:top w:w="50" w:type="dxa"/>
              <w:left w:w="70" w:type="dxa"/>
              <w:bottom w:w="50" w:type="dxa"/>
              <w:right w:w="70" w:type="dxa"/>
            </w:tcMar>
            <w:vAlign w:val="center"/>
          </w:tcPr>
          <w:p w14:paraId="368048E3" w14:textId="77777777" w:rsidR="00F57CE1" w:rsidRDefault="00F57CE1" w:rsidP="00573F18">
            <w:pPr>
              <w:spacing w:after="0" w:line="240" w:lineRule="auto"/>
              <w:jc w:val="right"/>
              <w:rPr>
                <w:rFonts w:cs="Times New Roman"/>
              </w:rPr>
            </w:pPr>
            <w:r>
              <w:rPr>
                <w:rFonts w:cs="Times New Roman"/>
                <w:sz w:val="13"/>
              </w:rPr>
              <w:t>0.200</w:t>
            </w:r>
          </w:p>
        </w:tc>
        <w:tc>
          <w:tcPr>
            <w:tcW w:w="936" w:type="dxa"/>
            <w:tcMar>
              <w:top w:w="50" w:type="dxa"/>
              <w:left w:w="70" w:type="dxa"/>
              <w:bottom w:w="50" w:type="dxa"/>
              <w:right w:w="70" w:type="dxa"/>
            </w:tcMar>
            <w:vAlign w:val="center"/>
          </w:tcPr>
          <w:p w14:paraId="7278EBDA" w14:textId="77777777" w:rsidR="00F57CE1" w:rsidRDefault="00F57CE1" w:rsidP="00573F18">
            <w:pPr>
              <w:spacing w:after="0" w:line="240" w:lineRule="auto"/>
              <w:jc w:val="right"/>
              <w:rPr>
                <w:rFonts w:cs="Times New Roman"/>
              </w:rPr>
            </w:pPr>
            <w:r>
              <w:rPr>
                <w:rFonts w:cs="Times New Roman"/>
                <w:sz w:val="13"/>
              </w:rPr>
              <w:t>197.0</w:t>
            </w:r>
          </w:p>
        </w:tc>
        <w:tc>
          <w:tcPr>
            <w:tcW w:w="1080" w:type="dxa"/>
            <w:tcMar>
              <w:top w:w="50" w:type="dxa"/>
              <w:left w:w="70" w:type="dxa"/>
              <w:bottom w:w="50" w:type="dxa"/>
              <w:right w:w="70" w:type="dxa"/>
            </w:tcMar>
            <w:vAlign w:val="center"/>
          </w:tcPr>
          <w:p w14:paraId="23FCFDA9" w14:textId="77777777" w:rsidR="00F57CE1" w:rsidRDefault="00F57CE1" w:rsidP="00573F18">
            <w:pPr>
              <w:spacing w:after="0" w:line="240" w:lineRule="auto"/>
              <w:jc w:val="right"/>
              <w:rPr>
                <w:rFonts w:cs="Times New Roman"/>
              </w:rPr>
            </w:pPr>
            <w:r>
              <w:rPr>
                <w:rFonts w:cs="Times New Roman"/>
                <w:sz w:val="13"/>
              </w:rPr>
              <w:t>-60.7</w:t>
            </w:r>
          </w:p>
        </w:tc>
        <w:tc>
          <w:tcPr>
            <w:tcW w:w="1080" w:type="dxa"/>
            <w:tcMar>
              <w:top w:w="50" w:type="dxa"/>
              <w:left w:w="70" w:type="dxa"/>
              <w:bottom w:w="50" w:type="dxa"/>
              <w:right w:w="70" w:type="dxa"/>
            </w:tcMar>
            <w:vAlign w:val="center"/>
          </w:tcPr>
          <w:p w14:paraId="3B9C12CA" w14:textId="77777777" w:rsidR="00F57CE1" w:rsidRDefault="00F57CE1" w:rsidP="00573F18">
            <w:pPr>
              <w:spacing w:after="0" w:line="240" w:lineRule="auto"/>
              <w:jc w:val="right"/>
              <w:rPr>
                <w:rFonts w:cs="Times New Roman"/>
              </w:rPr>
            </w:pPr>
            <w:r>
              <w:rPr>
                <w:rFonts w:cs="Times New Roman"/>
                <w:sz w:val="13"/>
              </w:rPr>
              <w:t>1.2</w:t>
            </w:r>
          </w:p>
        </w:tc>
      </w:tr>
      <w:tr w:rsidR="00F57CE1" w14:paraId="28D3585E" w14:textId="77777777" w:rsidTr="00573F18">
        <w:trPr>
          <w:jc w:val="center"/>
        </w:trPr>
        <w:tc>
          <w:tcPr>
            <w:tcW w:w="1008" w:type="dxa"/>
            <w:tcMar>
              <w:top w:w="50" w:type="dxa"/>
              <w:left w:w="70" w:type="dxa"/>
              <w:bottom w:w="50" w:type="dxa"/>
              <w:right w:w="70" w:type="dxa"/>
            </w:tcMar>
            <w:vAlign w:val="center"/>
          </w:tcPr>
          <w:p w14:paraId="51E94703" w14:textId="77777777" w:rsidR="00F57CE1" w:rsidRDefault="00F57CE1" w:rsidP="00573F18">
            <w:pPr>
              <w:spacing w:after="0" w:line="240" w:lineRule="auto"/>
              <w:jc w:val="right"/>
              <w:rPr>
                <w:rFonts w:cs="Times New Roman"/>
              </w:rPr>
            </w:pPr>
            <w:r>
              <w:rPr>
                <w:rFonts w:cs="Times New Roman"/>
                <w:sz w:val="13"/>
              </w:rPr>
              <w:t>10</w:t>
            </w:r>
          </w:p>
        </w:tc>
        <w:tc>
          <w:tcPr>
            <w:tcW w:w="792" w:type="dxa"/>
            <w:tcMar>
              <w:top w:w="50" w:type="dxa"/>
              <w:left w:w="70" w:type="dxa"/>
              <w:bottom w:w="50" w:type="dxa"/>
              <w:right w:w="70" w:type="dxa"/>
            </w:tcMar>
            <w:vAlign w:val="center"/>
          </w:tcPr>
          <w:p w14:paraId="7D562184"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6C50C694" w14:textId="77777777" w:rsidR="00F57CE1" w:rsidRDefault="00F57CE1" w:rsidP="00573F18">
            <w:pPr>
              <w:spacing w:after="0" w:line="240" w:lineRule="auto"/>
              <w:jc w:val="right"/>
              <w:rPr>
                <w:rFonts w:cs="Times New Roman"/>
              </w:rPr>
            </w:pPr>
            <w:r>
              <w:rPr>
                <w:rFonts w:cs="Times New Roman"/>
                <w:sz w:val="13"/>
              </w:rPr>
              <w:t>0.127</w:t>
            </w:r>
          </w:p>
        </w:tc>
        <w:tc>
          <w:tcPr>
            <w:tcW w:w="792" w:type="dxa"/>
            <w:tcMar>
              <w:top w:w="50" w:type="dxa"/>
              <w:left w:w="70" w:type="dxa"/>
              <w:bottom w:w="50" w:type="dxa"/>
              <w:right w:w="70" w:type="dxa"/>
            </w:tcMar>
            <w:vAlign w:val="center"/>
          </w:tcPr>
          <w:p w14:paraId="71DEFEE5" w14:textId="77777777" w:rsidR="00F57CE1" w:rsidRDefault="00F57CE1" w:rsidP="00573F18">
            <w:pPr>
              <w:spacing w:after="0" w:line="240" w:lineRule="auto"/>
              <w:jc w:val="right"/>
              <w:rPr>
                <w:rFonts w:cs="Times New Roman"/>
              </w:rPr>
            </w:pPr>
            <w:r>
              <w:rPr>
                <w:rFonts w:cs="Times New Roman"/>
                <w:sz w:val="13"/>
              </w:rPr>
              <w:t>-3.700</w:t>
            </w:r>
          </w:p>
        </w:tc>
        <w:tc>
          <w:tcPr>
            <w:tcW w:w="1152" w:type="dxa"/>
            <w:tcMar>
              <w:top w:w="50" w:type="dxa"/>
              <w:left w:w="70" w:type="dxa"/>
              <w:bottom w:w="50" w:type="dxa"/>
              <w:right w:w="70" w:type="dxa"/>
            </w:tcMar>
            <w:vAlign w:val="center"/>
          </w:tcPr>
          <w:p w14:paraId="12E57D06" w14:textId="77777777" w:rsidR="00F57CE1" w:rsidRDefault="00F57CE1" w:rsidP="00573F18">
            <w:pPr>
              <w:spacing w:after="0" w:line="240" w:lineRule="auto"/>
              <w:jc w:val="right"/>
              <w:rPr>
                <w:rFonts w:cs="Times New Roman"/>
              </w:rPr>
            </w:pPr>
            <w:r>
              <w:rPr>
                <w:rFonts w:cs="Times New Roman"/>
                <w:sz w:val="13"/>
              </w:rPr>
              <w:t>-0.040</w:t>
            </w:r>
          </w:p>
        </w:tc>
        <w:tc>
          <w:tcPr>
            <w:tcW w:w="936" w:type="dxa"/>
            <w:tcMar>
              <w:top w:w="50" w:type="dxa"/>
              <w:left w:w="70" w:type="dxa"/>
              <w:bottom w:w="50" w:type="dxa"/>
              <w:right w:w="70" w:type="dxa"/>
            </w:tcMar>
            <w:vAlign w:val="center"/>
          </w:tcPr>
          <w:p w14:paraId="08F9FCF7" w14:textId="77777777" w:rsidR="00F57CE1" w:rsidRDefault="00F57CE1" w:rsidP="00573F18">
            <w:pPr>
              <w:spacing w:after="0" w:line="240" w:lineRule="auto"/>
              <w:jc w:val="right"/>
              <w:rPr>
                <w:rFonts w:cs="Times New Roman"/>
              </w:rPr>
            </w:pPr>
            <w:r>
              <w:rPr>
                <w:rFonts w:cs="Times New Roman"/>
                <w:sz w:val="13"/>
              </w:rPr>
              <w:t>0.014</w:t>
            </w:r>
          </w:p>
        </w:tc>
        <w:tc>
          <w:tcPr>
            <w:tcW w:w="864" w:type="dxa"/>
            <w:tcMar>
              <w:top w:w="50" w:type="dxa"/>
              <w:left w:w="70" w:type="dxa"/>
              <w:bottom w:w="50" w:type="dxa"/>
              <w:right w:w="70" w:type="dxa"/>
            </w:tcMar>
            <w:vAlign w:val="center"/>
          </w:tcPr>
          <w:p w14:paraId="796A4287" w14:textId="77777777" w:rsidR="00F57CE1" w:rsidRDefault="00F57CE1" w:rsidP="00573F18">
            <w:pPr>
              <w:spacing w:after="0" w:line="240" w:lineRule="auto"/>
              <w:jc w:val="right"/>
              <w:rPr>
                <w:rFonts w:cs="Times New Roman"/>
              </w:rPr>
            </w:pPr>
            <w:r>
              <w:rPr>
                <w:rFonts w:cs="Times New Roman"/>
                <w:sz w:val="13"/>
              </w:rPr>
              <w:t>0.055</w:t>
            </w:r>
          </w:p>
        </w:tc>
        <w:tc>
          <w:tcPr>
            <w:tcW w:w="1181" w:type="dxa"/>
            <w:tcMar>
              <w:top w:w="50" w:type="dxa"/>
              <w:left w:w="70" w:type="dxa"/>
              <w:bottom w:w="50" w:type="dxa"/>
              <w:right w:w="70" w:type="dxa"/>
            </w:tcMar>
            <w:vAlign w:val="center"/>
          </w:tcPr>
          <w:p w14:paraId="7C873B16" w14:textId="77777777" w:rsidR="00F57CE1" w:rsidRDefault="00F57CE1" w:rsidP="00573F18">
            <w:pPr>
              <w:spacing w:after="0" w:line="240" w:lineRule="auto"/>
              <w:jc w:val="right"/>
              <w:rPr>
                <w:rFonts w:cs="Times New Roman"/>
              </w:rPr>
            </w:pPr>
            <w:r>
              <w:rPr>
                <w:rFonts w:cs="Times New Roman"/>
                <w:sz w:val="13"/>
              </w:rPr>
              <w:t>0.152</w:t>
            </w:r>
          </w:p>
        </w:tc>
        <w:tc>
          <w:tcPr>
            <w:tcW w:w="864" w:type="dxa"/>
            <w:tcMar>
              <w:top w:w="50" w:type="dxa"/>
              <w:left w:w="70" w:type="dxa"/>
              <w:bottom w:w="50" w:type="dxa"/>
              <w:right w:w="70" w:type="dxa"/>
            </w:tcMar>
            <w:vAlign w:val="center"/>
          </w:tcPr>
          <w:p w14:paraId="6AF2B98B" w14:textId="77777777" w:rsidR="00F57CE1" w:rsidRDefault="00F57CE1" w:rsidP="00573F18">
            <w:pPr>
              <w:spacing w:after="0" w:line="240" w:lineRule="auto"/>
              <w:jc w:val="right"/>
              <w:rPr>
                <w:rFonts w:cs="Times New Roman"/>
              </w:rPr>
            </w:pPr>
            <w:r>
              <w:rPr>
                <w:rFonts w:cs="Times New Roman"/>
                <w:sz w:val="13"/>
              </w:rPr>
              <w:t>-0.500</w:t>
            </w:r>
          </w:p>
        </w:tc>
        <w:tc>
          <w:tcPr>
            <w:tcW w:w="936" w:type="dxa"/>
            <w:tcMar>
              <w:top w:w="50" w:type="dxa"/>
              <w:left w:w="70" w:type="dxa"/>
              <w:bottom w:w="50" w:type="dxa"/>
              <w:right w:w="70" w:type="dxa"/>
            </w:tcMar>
            <w:vAlign w:val="center"/>
          </w:tcPr>
          <w:p w14:paraId="7CC501C1" w14:textId="77777777" w:rsidR="00F57CE1" w:rsidRDefault="00F57CE1" w:rsidP="00573F18">
            <w:pPr>
              <w:spacing w:after="0" w:line="240" w:lineRule="auto"/>
              <w:jc w:val="right"/>
              <w:rPr>
                <w:rFonts w:cs="Times New Roman"/>
              </w:rPr>
            </w:pPr>
            <w:r>
              <w:rPr>
                <w:rFonts w:cs="Times New Roman"/>
                <w:sz w:val="13"/>
              </w:rPr>
              <w:t>-3.9</w:t>
            </w:r>
          </w:p>
        </w:tc>
        <w:tc>
          <w:tcPr>
            <w:tcW w:w="1080" w:type="dxa"/>
            <w:tcMar>
              <w:top w:w="50" w:type="dxa"/>
              <w:left w:w="70" w:type="dxa"/>
              <w:bottom w:w="50" w:type="dxa"/>
              <w:right w:w="70" w:type="dxa"/>
            </w:tcMar>
            <w:vAlign w:val="center"/>
          </w:tcPr>
          <w:p w14:paraId="2CE1377C" w14:textId="77777777" w:rsidR="00F57CE1" w:rsidRDefault="00F57CE1" w:rsidP="00573F18">
            <w:pPr>
              <w:spacing w:after="0" w:line="240" w:lineRule="auto"/>
              <w:jc w:val="right"/>
              <w:rPr>
                <w:rFonts w:cs="Times New Roman"/>
              </w:rPr>
            </w:pPr>
            <w:r>
              <w:rPr>
                <w:rFonts w:cs="Times New Roman"/>
                <w:sz w:val="13"/>
              </w:rPr>
              <w:t>1.4</w:t>
            </w:r>
          </w:p>
        </w:tc>
        <w:tc>
          <w:tcPr>
            <w:tcW w:w="1080" w:type="dxa"/>
            <w:tcMar>
              <w:top w:w="50" w:type="dxa"/>
              <w:left w:w="70" w:type="dxa"/>
              <w:bottom w:w="50" w:type="dxa"/>
              <w:right w:w="70" w:type="dxa"/>
            </w:tcMar>
            <w:vAlign w:val="center"/>
          </w:tcPr>
          <w:p w14:paraId="571A58F3" w14:textId="77777777" w:rsidR="00F57CE1" w:rsidRDefault="00F57CE1" w:rsidP="00573F18">
            <w:pPr>
              <w:spacing w:after="0" w:line="240" w:lineRule="auto"/>
              <w:jc w:val="right"/>
              <w:rPr>
                <w:rFonts w:cs="Times New Roman"/>
              </w:rPr>
            </w:pPr>
            <w:r>
              <w:rPr>
                <w:rFonts w:cs="Times New Roman"/>
                <w:sz w:val="13"/>
              </w:rPr>
              <w:t>16.4</w:t>
            </w:r>
          </w:p>
        </w:tc>
      </w:tr>
      <w:tr w:rsidR="00F57CE1" w14:paraId="1AF6C5BF" w14:textId="77777777" w:rsidTr="00573F18">
        <w:trPr>
          <w:jc w:val="center"/>
        </w:trPr>
        <w:tc>
          <w:tcPr>
            <w:tcW w:w="1008" w:type="dxa"/>
            <w:tcMar>
              <w:top w:w="50" w:type="dxa"/>
              <w:left w:w="70" w:type="dxa"/>
              <w:bottom w:w="50" w:type="dxa"/>
              <w:right w:w="70" w:type="dxa"/>
            </w:tcMar>
            <w:vAlign w:val="center"/>
          </w:tcPr>
          <w:p w14:paraId="4EF1CBD0" w14:textId="77777777" w:rsidR="00F57CE1" w:rsidRDefault="00F57CE1" w:rsidP="00573F18">
            <w:pPr>
              <w:spacing w:after="0" w:line="240" w:lineRule="auto"/>
              <w:jc w:val="right"/>
              <w:rPr>
                <w:rFonts w:cs="Times New Roman"/>
              </w:rPr>
            </w:pPr>
            <w:r>
              <w:rPr>
                <w:rFonts w:cs="Times New Roman"/>
                <w:sz w:val="13"/>
              </w:rPr>
              <w:t>10</w:t>
            </w:r>
          </w:p>
        </w:tc>
        <w:tc>
          <w:tcPr>
            <w:tcW w:w="792" w:type="dxa"/>
            <w:tcMar>
              <w:top w:w="50" w:type="dxa"/>
              <w:left w:w="70" w:type="dxa"/>
              <w:bottom w:w="50" w:type="dxa"/>
              <w:right w:w="70" w:type="dxa"/>
            </w:tcMar>
            <w:vAlign w:val="center"/>
          </w:tcPr>
          <w:p w14:paraId="2D24D736" w14:textId="77777777" w:rsidR="00F57CE1" w:rsidRDefault="00F57CE1" w:rsidP="00573F18">
            <w:pPr>
              <w:spacing w:after="0" w:line="240" w:lineRule="auto"/>
              <w:jc w:val="right"/>
              <w:rPr>
                <w:rFonts w:cs="Times New Roman"/>
              </w:rPr>
            </w:pPr>
            <w:r>
              <w:rPr>
                <w:rFonts w:cs="Times New Roman"/>
                <w:sz w:val="13"/>
              </w:rPr>
              <w:t>2022</w:t>
            </w:r>
          </w:p>
        </w:tc>
        <w:tc>
          <w:tcPr>
            <w:tcW w:w="936" w:type="dxa"/>
            <w:tcMar>
              <w:top w:w="50" w:type="dxa"/>
              <w:left w:w="70" w:type="dxa"/>
              <w:bottom w:w="50" w:type="dxa"/>
              <w:right w:w="70" w:type="dxa"/>
            </w:tcMar>
            <w:vAlign w:val="center"/>
          </w:tcPr>
          <w:p w14:paraId="7960F4A0" w14:textId="77777777" w:rsidR="00F57CE1" w:rsidRDefault="00F57CE1" w:rsidP="00573F18">
            <w:pPr>
              <w:spacing w:after="0" w:line="240" w:lineRule="auto"/>
              <w:jc w:val="right"/>
              <w:rPr>
                <w:rFonts w:cs="Times New Roman"/>
              </w:rPr>
            </w:pPr>
            <w:r>
              <w:rPr>
                <w:rFonts w:cs="Times New Roman"/>
                <w:sz w:val="13"/>
              </w:rPr>
              <w:t>0.507</w:t>
            </w:r>
          </w:p>
        </w:tc>
        <w:tc>
          <w:tcPr>
            <w:tcW w:w="792" w:type="dxa"/>
            <w:tcMar>
              <w:top w:w="50" w:type="dxa"/>
              <w:left w:w="70" w:type="dxa"/>
              <w:bottom w:w="50" w:type="dxa"/>
              <w:right w:w="70" w:type="dxa"/>
            </w:tcMar>
            <w:vAlign w:val="center"/>
          </w:tcPr>
          <w:p w14:paraId="17959F4E" w14:textId="77777777" w:rsidR="00F57CE1" w:rsidRDefault="00F57CE1" w:rsidP="00573F18">
            <w:pPr>
              <w:spacing w:after="0" w:line="240" w:lineRule="auto"/>
              <w:jc w:val="right"/>
              <w:rPr>
                <w:rFonts w:cs="Times New Roman"/>
              </w:rPr>
            </w:pPr>
            <w:r>
              <w:rPr>
                <w:rFonts w:cs="Times New Roman"/>
                <w:sz w:val="13"/>
              </w:rPr>
              <w:t>-1.300</w:t>
            </w:r>
          </w:p>
        </w:tc>
        <w:tc>
          <w:tcPr>
            <w:tcW w:w="1152" w:type="dxa"/>
            <w:tcMar>
              <w:top w:w="50" w:type="dxa"/>
              <w:left w:w="70" w:type="dxa"/>
              <w:bottom w:w="50" w:type="dxa"/>
              <w:right w:w="70" w:type="dxa"/>
            </w:tcMar>
            <w:vAlign w:val="center"/>
          </w:tcPr>
          <w:p w14:paraId="620D2C81" w14:textId="77777777" w:rsidR="00F57CE1" w:rsidRDefault="00F57CE1" w:rsidP="00573F18">
            <w:pPr>
              <w:spacing w:after="0" w:line="240" w:lineRule="auto"/>
              <w:jc w:val="right"/>
              <w:rPr>
                <w:rFonts w:cs="Times New Roman"/>
              </w:rPr>
            </w:pPr>
            <w:r>
              <w:rPr>
                <w:rFonts w:cs="Times New Roman"/>
                <w:sz w:val="13"/>
              </w:rPr>
              <w:t>0.141</w:t>
            </w:r>
          </w:p>
        </w:tc>
        <w:tc>
          <w:tcPr>
            <w:tcW w:w="936" w:type="dxa"/>
            <w:tcMar>
              <w:top w:w="50" w:type="dxa"/>
              <w:left w:w="70" w:type="dxa"/>
              <w:bottom w:w="50" w:type="dxa"/>
              <w:right w:w="70" w:type="dxa"/>
            </w:tcMar>
            <w:vAlign w:val="center"/>
          </w:tcPr>
          <w:p w14:paraId="2E714168" w14:textId="77777777" w:rsidR="00F57CE1" w:rsidRDefault="00F57CE1" w:rsidP="00573F18">
            <w:pPr>
              <w:spacing w:after="0" w:line="240" w:lineRule="auto"/>
              <w:jc w:val="right"/>
              <w:rPr>
                <w:rFonts w:cs="Times New Roman"/>
              </w:rPr>
            </w:pPr>
            <w:r>
              <w:rPr>
                <w:rFonts w:cs="Times New Roman"/>
                <w:sz w:val="13"/>
              </w:rPr>
              <w:t>0.002</w:t>
            </w:r>
          </w:p>
        </w:tc>
        <w:tc>
          <w:tcPr>
            <w:tcW w:w="864" w:type="dxa"/>
            <w:tcMar>
              <w:top w:w="50" w:type="dxa"/>
              <w:left w:w="70" w:type="dxa"/>
              <w:bottom w:w="50" w:type="dxa"/>
              <w:right w:w="70" w:type="dxa"/>
            </w:tcMar>
            <w:vAlign w:val="center"/>
          </w:tcPr>
          <w:p w14:paraId="49E705E0" w14:textId="77777777" w:rsidR="00F57CE1" w:rsidRDefault="00F57CE1" w:rsidP="00573F18">
            <w:pPr>
              <w:spacing w:after="0" w:line="240" w:lineRule="auto"/>
              <w:jc w:val="right"/>
              <w:rPr>
                <w:rFonts w:cs="Times New Roman"/>
              </w:rPr>
            </w:pPr>
            <w:r>
              <w:rPr>
                <w:rFonts w:cs="Times New Roman"/>
                <w:sz w:val="13"/>
              </w:rPr>
              <w:t>0.043</w:t>
            </w:r>
          </w:p>
        </w:tc>
        <w:tc>
          <w:tcPr>
            <w:tcW w:w="1181" w:type="dxa"/>
            <w:tcMar>
              <w:top w:w="50" w:type="dxa"/>
              <w:left w:w="70" w:type="dxa"/>
              <w:bottom w:w="50" w:type="dxa"/>
              <w:right w:w="70" w:type="dxa"/>
            </w:tcMar>
            <w:vAlign w:val="center"/>
          </w:tcPr>
          <w:p w14:paraId="3ED94D13" w14:textId="77777777" w:rsidR="00F57CE1" w:rsidRDefault="00F57CE1" w:rsidP="00573F18">
            <w:pPr>
              <w:spacing w:after="0" w:line="240" w:lineRule="auto"/>
              <w:jc w:val="right"/>
              <w:rPr>
                <w:rFonts w:cs="Times New Roman"/>
              </w:rPr>
            </w:pPr>
            <w:r>
              <w:rPr>
                <w:rFonts w:cs="Times New Roman"/>
                <w:sz w:val="13"/>
              </w:rPr>
              <w:t>0.036</w:t>
            </w:r>
          </w:p>
        </w:tc>
        <w:tc>
          <w:tcPr>
            <w:tcW w:w="864" w:type="dxa"/>
            <w:tcMar>
              <w:top w:w="50" w:type="dxa"/>
              <w:left w:w="70" w:type="dxa"/>
              <w:bottom w:w="50" w:type="dxa"/>
              <w:right w:w="70" w:type="dxa"/>
            </w:tcMar>
            <w:vAlign w:val="center"/>
          </w:tcPr>
          <w:p w14:paraId="316E9E8E" w14:textId="77777777" w:rsidR="00F57CE1" w:rsidRDefault="00F57CE1" w:rsidP="00573F18">
            <w:pPr>
              <w:spacing w:after="0" w:line="240" w:lineRule="auto"/>
              <w:jc w:val="right"/>
              <w:rPr>
                <w:rFonts w:cs="Times New Roman"/>
              </w:rPr>
            </w:pPr>
            <w:r>
              <w:rPr>
                <w:rFonts w:cs="Times New Roman"/>
                <w:sz w:val="13"/>
              </w:rPr>
              <w:t>0.500</w:t>
            </w:r>
          </w:p>
        </w:tc>
        <w:tc>
          <w:tcPr>
            <w:tcW w:w="936" w:type="dxa"/>
            <w:tcMar>
              <w:top w:w="50" w:type="dxa"/>
              <w:left w:w="70" w:type="dxa"/>
              <w:bottom w:w="50" w:type="dxa"/>
              <w:right w:w="70" w:type="dxa"/>
            </w:tcMar>
            <w:vAlign w:val="center"/>
          </w:tcPr>
          <w:p w14:paraId="7BC58074" w14:textId="77777777" w:rsidR="00F57CE1" w:rsidRDefault="00F57CE1" w:rsidP="00573F18">
            <w:pPr>
              <w:spacing w:after="0" w:line="240" w:lineRule="auto"/>
              <w:jc w:val="right"/>
              <w:rPr>
                <w:rFonts w:cs="Times New Roman"/>
              </w:rPr>
            </w:pPr>
            <w:r>
              <w:rPr>
                <w:rFonts w:cs="Times New Roman"/>
                <w:sz w:val="13"/>
              </w:rPr>
              <w:t>15.2</w:t>
            </w:r>
          </w:p>
        </w:tc>
        <w:tc>
          <w:tcPr>
            <w:tcW w:w="1080" w:type="dxa"/>
            <w:tcMar>
              <w:top w:w="50" w:type="dxa"/>
              <w:left w:w="70" w:type="dxa"/>
              <w:bottom w:w="50" w:type="dxa"/>
              <w:right w:w="70" w:type="dxa"/>
            </w:tcMar>
            <w:vAlign w:val="center"/>
          </w:tcPr>
          <w:p w14:paraId="62DDDE4C" w14:textId="77777777" w:rsidR="00F57CE1" w:rsidRDefault="00F57CE1" w:rsidP="00573F18">
            <w:pPr>
              <w:spacing w:after="0" w:line="240" w:lineRule="auto"/>
              <w:jc w:val="right"/>
              <w:rPr>
                <w:rFonts w:cs="Times New Roman"/>
              </w:rPr>
            </w:pPr>
            <w:r>
              <w:rPr>
                <w:rFonts w:cs="Times New Roman"/>
                <w:sz w:val="13"/>
              </w:rPr>
              <w:t>0.2</w:t>
            </w:r>
          </w:p>
        </w:tc>
        <w:tc>
          <w:tcPr>
            <w:tcW w:w="1080" w:type="dxa"/>
            <w:tcMar>
              <w:top w:w="50" w:type="dxa"/>
              <w:left w:w="70" w:type="dxa"/>
              <w:bottom w:w="50" w:type="dxa"/>
              <w:right w:w="70" w:type="dxa"/>
            </w:tcMar>
            <w:vAlign w:val="center"/>
          </w:tcPr>
          <w:p w14:paraId="74A5E2B2" w14:textId="77777777" w:rsidR="00F57CE1" w:rsidRDefault="00F57CE1" w:rsidP="00573F18">
            <w:pPr>
              <w:spacing w:after="0" w:line="240" w:lineRule="auto"/>
              <w:jc w:val="right"/>
              <w:rPr>
                <w:rFonts w:cs="Times New Roman"/>
              </w:rPr>
            </w:pPr>
            <w:r>
              <w:rPr>
                <w:rFonts w:cs="Times New Roman"/>
                <w:sz w:val="13"/>
              </w:rPr>
              <w:t>3.7</w:t>
            </w:r>
          </w:p>
        </w:tc>
      </w:tr>
      <w:tr w:rsidR="00F57CE1" w14:paraId="341E4C70" w14:textId="77777777" w:rsidTr="00573F18">
        <w:trPr>
          <w:jc w:val="center"/>
        </w:trPr>
        <w:tc>
          <w:tcPr>
            <w:tcW w:w="1008" w:type="dxa"/>
            <w:tcMar>
              <w:top w:w="50" w:type="dxa"/>
              <w:left w:w="70" w:type="dxa"/>
              <w:bottom w:w="50" w:type="dxa"/>
              <w:right w:w="70" w:type="dxa"/>
            </w:tcMar>
            <w:vAlign w:val="center"/>
          </w:tcPr>
          <w:p w14:paraId="080CE644" w14:textId="77777777" w:rsidR="00F57CE1" w:rsidRDefault="00F57CE1" w:rsidP="00573F18">
            <w:pPr>
              <w:spacing w:after="0" w:line="240" w:lineRule="auto"/>
              <w:jc w:val="right"/>
              <w:rPr>
                <w:rFonts w:cs="Times New Roman"/>
              </w:rPr>
            </w:pPr>
            <w:r>
              <w:rPr>
                <w:rFonts w:cs="Times New Roman"/>
                <w:sz w:val="13"/>
              </w:rPr>
              <w:t>10</w:t>
            </w:r>
          </w:p>
        </w:tc>
        <w:tc>
          <w:tcPr>
            <w:tcW w:w="792" w:type="dxa"/>
            <w:tcMar>
              <w:top w:w="50" w:type="dxa"/>
              <w:left w:w="70" w:type="dxa"/>
              <w:bottom w:w="50" w:type="dxa"/>
              <w:right w:w="70" w:type="dxa"/>
            </w:tcMar>
            <w:vAlign w:val="center"/>
          </w:tcPr>
          <w:p w14:paraId="71EA62D1" w14:textId="77777777" w:rsidR="00F57CE1" w:rsidRDefault="00F57CE1" w:rsidP="00573F18">
            <w:pPr>
              <w:spacing w:after="0" w:line="240" w:lineRule="auto"/>
              <w:jc w:val="right"/>
              <w:rPr>
                <w:rFonts w:cs="Times New Roman"/>
              </w:rPr>
            </w:pPr>
            <w:r>
              <w:rPr>
                <w:rFonts w:cs="Times New Roman"/>
                <w:sz w:val="13"/>
              </w:rPr>
              <w:t>2025</w:t>
            </w:r>
          </w:p>
        </w:tc>
        <w:tc>
          <w:tcPr>
            <w:tcW w:w="936" w:type="dxa"/>
            <w:tcMar>
              <w:top w:w="50" w:type="dxa"/>
              <w:left w:w="70" w:type="dxa"/>
              <w:bottom w:w="50" w:type="dxa"/>
              <w:right w:w="70" w:type="dxa"/>
            </w:tcMar>
            <w:vAlign w:val="center"/>
          </w:tcPr>
          <w:p w14:paraId="47DDDAE5" w14:textId="77777777" w:rsidR="00F57CE1" w:rsidRDefault="00F57CE1" w:rsidP="00573F18">
            <w:pPr>
              <w:spacing w:after="0" w:line="240" w:lineRule="auto"/>
              <w:jc w:val="right"/>
              <w:rPr>
                <w:rFonts w:cs="Times New Roman"/>
              </w:rPr>
            </w:pPr>
            <w:r>
              <w:rPr>
                <w:rFonts w:cs="Times New Roman"/>
                <w:sz w:val="13"/>
              </w:rPr>
              <w:t>0.073</w:t>
            </w:r>
          </w:p>
        </w:tc>
        <w:tc>
          <w:tcPr>
            <w:tcW w:w="792" w:type="dxa"/>
            <w:tcMar>
              <w:top w:w="50" w:type="dxa"/>
              <w:left w:w="70" w:type="dxa"/>
              <w:bottom w:w="50" w:type="dxa"/>
              <w:right w:w="70" w:type="dxa"/>
            </w:tcMar>
            <w:vAlign w:val="center"/>
          </w:tcPr>
          <w:p w14:paraId="25235D7B" w14:textId="77777777" w:rsidR="00F57CE1" w:rsidRDefault="00F57CE1" w:rsidP="00573F18">
            <w:pPr>
              <w:spacing w:after="0" w:line="240" w:lineRule="auto"/>
              <w:jc w:val="right"/>
              <w:rPr>
                <w:rFonts w:cs="Times New Roman"/>
              </w:rPr>
            </w:pPr>
            <w:r>
              <w:rPr>
                <w:rFonts w:cs="Times New Roman"/>
                <w:sz w:val="13"/>
              </w:rPr>
              <w:t>-1.200</w:t>
            </w:r>
          </w:p>
        </w:tc>
        <w:tc>
          <w:tcPr>
            <w:tcW w:w="1152" w:type="dxa"/>
            <w:tcMar>
              <w:top w:w="50" w:type="dxa"/>
              <w:left w:w="70" w:type="dxa"/>
              <w:bottom w:w="50" w:type="dxa"/>
              <w:right w:w="70" w:type="dxa"/>
            </w:tcMar>
            <w:vAlign w:val="center"/>
          </w:tcPr>
          <w:p w14:paraId="58C60CCD" w14:textId="77777777" w:rsidR="00F57CE1" w:rsidRDefault="00F57CE1" w:rsidP="00573F18">
            <w:pPr>
              <w:spacing w:after="0" w:line="240" w:lineRule="auto"/>
              <w:jc w:val="right"/>
              <w:rPr>
                <w:rFonts w:cs="Times New Roman"/>
              </w:rPr>
            </w:pPr>
            <w:r>
              <w:rPr>
                <w:rFonts w:cs="Times New Roman"/>
                <w:sz w:val="13"/>
              </w:rPr>
              <w:t>0.002</w:t>
            </w:r>
          </w:p>
        </w:tc>
        <w:tc>
          <w:tcPr>
            <w:tcW w:w="936" w:type="dxa"/>
            <w:tcMar>
              <w:top w:w="50" w:type="dxa"/>
              <w:left w:w="70" w:type="dxa"/>
              <w:bottom w:w="50" w:type="dxa"/>
              <w:right w:w="70" w:type="dxa"/>
            </w:tcMar>
            <w:vAlign w:val="center"/>
          </w:tcPr>
          <w:p w14:paraId="40E5FB80" w14:textId="77777777" w:rsidR="00F57CE1" w:rsidRDefault="00F57CE1" w:rsidP="00573F18">
            <w:pPr>
              <w:spacing w:after="0" w:line="240" w:lineRule="auto"/>
              <w:jc w:val="right"/>
              <w:rPr>
                <w:rFonts w:cs="Times New Roman"/>
              </w:rPr>
            </w:pPr>
            <w:r>
              <w:rPr>
                <w:rFonts w:cs="Times New Roman"/>
                <w:sz w:val="13"/>
              </w:rPr>
              <w:t>0.006</w:t>
            </w:r>
          </w:p>
        </w:tc>
        <w:tc>
          <w:tcPr>
            <w:tcW w:w="864" w:type="dxa"/>
            <w:tcMar>
              <w:top w:w="50" w:type="dxa"/>
              <w:left w:w="70" w:type="dxa"/>
              <w:bottom w:w="50" w:type="dxa"/>
              <w:right w:w="70" w:type="dxa"/>
            </w:tcMar>
            <w:vAlign w:val="center"/>
          </w:tcPr>
          <w:p w14:paraId="51EE2DF9" w14:textId="77777777" w:rsidR="00F57CE1" w:rsidRDefault="00F57CE1" w:rsidP="00573F18">
            <w:pPr>
              <w:spacing w:after="0" w:line="240" w:lineRule="auto"/>
              <w:jc w:val="right"/>
              <w:rPr>
                <w:rFonts w:cs="Times New Roman"/>
              </w:rPr>
            </w:pPr>
            <w:r>
              <w:rPr>
                <w:rFonts w:cs="Times New Roman"/>
                <w:sz w:val="13"/>
              </w:rPr>
              <w:t>-0.010</w:t>
            </w:r>
          </w:p>
        </w:tc>
        <w:tc>
          <w:tcPr>
            <w:tcW w:w="1181" w:type="dxa"/>
            <w:tcMar>
              <w:top w:w="50" w:type="dxa"/>
              <w:left w:w="70" w:type="dxa"/>
              <w:bottom w:w="50" w:type="dxa"/>
              <w:right w:w="70" w:type="dxa"/>
            </w:tcMar>
            <w:vAlign w:val="center"/>
          </w:tcPr>
          <w:p w14:paraId="39668672" w14:textId="77777777" w:rsidR="00F57CE1" w:rsidRDefault="00F57CE1" w:rsidP="00573F18">
            <w:pPr>
              <w:spacing w:after="0" w:line="240" w:lineRule="auto"/>
              <w:jc w:val="right"/>
              <w:rPr>
                <w:rFonts w:cs="Times New Roman"/>
              </w:rPr>
            </w:pPr>
            <w:r>
              <w:rPr>
                <w:rFonts w:cs="Times New Roman"/>
                <w:sz w:val="13"/>
              </w:rPr>
              <w:t>0.160</w:t>
            </w:r>
          </w:p>
        </w:tc>
        <w:tc>
          <w:tcPr>
            <w:tcW w:w="864" w:type="dxa"/>
            <w:tcMar>
              <w:top w:w="50" w:type="dxa"/>
              <w:left w:w="70" w:type="dxa"/>
              <w:bottom w:w="50" w:type="dxa"/>
              <w:right w:w="70" w:type="dxa"/>
            </w:tcMar>
            <w:vAlign w:val="center"/>
          </w:tcPr>
          <w:p w14:paraId="2D4086DA" w14:textId="77777777" w:rsidR="00F57CE1" w:rsidRDefault="00F57CE1" w:rsidP="00573F18">
            <w:pPr>
              <w:spacing w:after="0" w:line="240" w:lineRule="auto"/>
              <w:jc w:val="right"/>
              <w:rPr>
                <w:rFonts w:cs="Times New Roman"/>
              </w:rPr>
            </w:pPr>
            <w:r>
              <w:rPr>
                <w:rFonts w:cs="Times New Roman"/>
                <w:sz w:val="13"/>
              </w:rPr>
              <w:t>0.000</w:t>
            </w:r>
          </w:p>
        </w:tc>
        <w:tc>
          <w:tcPr>
            <w:tcW w:w="936" w:type="dxa"/>
            <w:tcMar>
              <w:top w:w="50" w:type="dxa"/>
              <w:left w:w="70" w:type="dxa"/>
              <w:bottom w:w="50" w:type="dxa"/>
              <w:right w:w="70" w:type="dxa"/>
            </w:tcMar>
            <w:vAlign w:val="center"/>
          </w:tcPr>
          <w:p w14:paraId="1F821EF5" w14:textId="77777777" w:rsidR="00F57CE1" w:rsidRDefault="00F57CE1" w:rsidP="00573F18">
            <w:pPr>
              <w:spacing w:after="0" w:line="240" w:lineRule="auto"/>
              <w:jc w:val="right"/>
              <w:rPr>
                <w:rFonts w:cs="Times New Roman"/>
              </w:rPr>
            </w:pPr>
            <w:r>
              <w:rPr>
                <w:rFonts w:cs="Times New Roman"/>
                <w:sz w:val="13"/>
              </w:rPr>
              <w:t>0.2</w:t>
            </w:r>
          </w:p>
        </w:tc>
        <w:tc>
          <w:tcPr>
            <w:tcW w:w="1080" w:type="dxa"/>
            <w:tcMar>
              <w:top w:w="50" w:type="dxa"/>
              <w:left w:w="70" w:type="dxa"/>
              <w:bottom w:w="50" w:type="dxa"/>
              <w:right w:w="70" w:type="dxa"/>
            </w:tcMar>
            <w:vAlign w:val="center"/>
          </w:tcPr>
          <w:p w14:paraId="5DEA5499" w14:textId="77777777" w:rsidR="00F57CE1" w:rsidRDefault="00F57CE1" w:rsidP="00573F18">
            <w:pPr>
              <w:spacing w:after="0" w:line="240" w:lineRule="auto"/>
              <w:jc w:val="right"/>
              <w:rPr>
                <w:rFonts w:cs="Times New Roman"/>
              </w:rPr>
            </w:pPr>
            <w:r>
              <w:rPr>
                <w:rFonts w:cs="Times New Roman"/>
                <w:sz w:val="13"/>
              </w:rPr>
              <w:t>0.6</w:t>
            </w:r>
          </w:p>
        </w:tc>
        <w:tc>
          <w:tcPr>
            <w:tcW w:w="1080" w:type="dxa"/>
            <w:tcMar>
              <w:top w:w="50" w:type="dxa"/>
              <w:left w:w="70" w:type="dxa"/>
              <w:bottom w:w="50" w:type="dxa"/>
              <w:right w:w="70" w:type="dxa"/>
            </w:tcMar>
            <w:vAlign w:val="center"/>
          </w:tcPr>
          <w:p w14:paraId="01BC693F" w14:textId="77777777" w:rsidR="00F57CE1" w:rsidRDefault="00F57CE1" w:rsidP="00573F18">
            <w:pPr>
              <w:spacing w:after="0" w:line="240" w:lineRule="auto"/>
              <w:jc w:val="right"/>
              <w:rPr>
                <w:rFonts w:cs="Times New Roman"/>
              </w:rPr>
            </w:pPr>
            <w:r>
              <w:rPr>
                <w:rFonts w:cs="Times New Roman"/>
                <w:sz w:val="13"/>
              </w:rPr>
              <w:t>17.3</w:t>
            </w:r>
          </w:p>
        </w:tc>
      </w:tr>
      <w:tr w:rsidR="00F57CE1" w14:paraId="528E22E7" w14:textId="77777777" w:rsidTr="00573F18">
        <w:trPr>
          <w:jc w:val="center"/>
        </w:trPr>
        <w:tc>
          <w:tcPr>
            <w:tcW w:w="1008" w:type="dxa"/>
            <w:tcMar>
              <w:top w:w="50" w:type="dxa"/>
              <w:left w:w="70" w:type="dxa"/>
              <w:bottom w:w="50" w:type="dxa"/>
              <w:right w:w="70" w:type="dxa"/>
            </w:tcMar>
            <w:vAlign w:val="center"/>
          </w:tcPr>
          <w:p w14:paraId="09672129" w14:textId="77777777" w:rsidR="00F57CE1" w:rsidRDefault="00F57CE1" w:rsidP="00573F18">
            <w:pPr>
              <w:spacing w:after="0" w:line="240" w:lineRule="auto"/>
              <w:jc w:val="right"/>
              <w:rPr>
                <w:rFonts w:cs="Times New Roman"/>
              </w:rPr>
            </w:pPr>
            <w:r>
              <w:rPr>
                <w:rFonts w:cs="Times New Roman"/>
                <w:sz w:val="13"/>
              </w:rPr>
              <w:t>12</w:t>
            </w:r>
          </w:p>
        </w:tc>
        <w:tc>
          <w:tcPr>
            <w:tcW w:w="792" w:type="dxa"/>
            <w:tcMar>
              <w:top w:w="50" w:type="dxa"/>
              <w:left w:w="70" w:type="dxa"/>
              <w:bottom w:w="50" w:type="dxa"/>
              <w:right w:w="70" w:type="dxa"/>
            </w:tcMar>
            <w:vAlign w:val="center"/>
          </w:tcPr>
          <w:p w14:paraId="546FDC6A"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6267A306" w14:textId="77777777" w:rsidR="00F57CE1" w:rsidRDefault="00F57CE1" w:rsidP="00573F18">
            <w:pPr>
              <w:spacing w:after="0" w:line="240" w:lineRule="auto"/>
              <w:jc w:val="right"/>
              <w:rPr>
                <w:rFonts w:cs="Times New Roman"/>
              </w:rPr>
            </w:pPr>
            <w:r>
              <w:rPr>
                <w:rFonts w:cs="Times New Roman"/>
                <w:sz w:val="13"/>
              </w:rPr>
              <w:t>0.339</w:t>
            </w:r>
          </w:p>
        </w:tc>
        <w:tc>
          <w:tcPr>
            <w:tcW w:w="792" w:type="dxa"/>
            <w:tcMar>
              <w:top w:w="50" w:type="dxa"/>
              <w:left w:w="70" w:type="dxa"/>
              <w:bottom w:w="50" w:type="dxa"/>
              <w:right w:w="70" w:type="dxa"/>
            </w:tcMar>
            <w:vAlign w:val="center"/>
          </w:tcPr>
          <w:p w14:paraId="3CE61930" w14:textId="77777777" w:rsidR="00F57CE1" w:rsidRDefault="00F57CE1" w:rsidP="00573F18">
            <w:pPr>
              <w:spacing w:after="0" w:line="240" w:lineRule="auto"/>
              <w:jc w:val="right"/>
              <w:rPr>
                <w:rFonts w:cs="Times New Roman"/>
              </w:rPr>
            </w:pPr>
            <w:r>
              <w:rPr>
                <w:rFonts w:cs="Times New Roman"/>
                <w:sz w:val="13"/>
              </w:rPr>
              <w:t>-4.800</w:t>
            </w:r>
          </w:p>
        </w:tc>
        <w:tc>
          <w:tcPr>
            <w:tcW w:w="1152" w:type="dxa"/>
            <w:tcMar>
              <w:top w:w="50" w:type="dxa"/>
              <w:left w:w="70" w:type="dxa"/>
              <w:bottom w:w="50" w:type="dxa"/>
              <w:right w:w="70" w:type="dxa"/>
            </w:tcMar>
            <w:vAlign w:val="center"/>
          </w:tcPr>
          <w:p w14:paraId="62611184" w14:textId="77777777" w:rsidR="00F57CE1" w:rsidRDefault="00F57CE1" w:rsidP="00573F18">
            <w:pPr>
              <w:spacing w:after="0" w:line="240" w:lineRule="auto"/>
              <w:jc w:val="right"/>
              <w:rPr>
                <w:rFonts w:cs="Times New Roman"/>
              </w:rPr>
            </w:pPr>
            <w:r>
              <w:rPr>
                <w:rFonts w:cs="Times New Roman"/>
                <w:sz w:val="13"/>
              </w:rPr>
              <w:t>0.057</w:t>
            </w:r>
          </w:p>
        </w:tc>
        <w:tc>
          <w:tcPr>
            <w:tcW w:w="936" w:type="dxa"/>
            <w:tcMar>
              <w:top w:w="50" w:type="dxa"/>
              <w:left w:w="70" w:type="dxa"/>
              <w:bottom w:w="50" w:type="dxa"/>
              <w:right w:w="70" w:type="dxa"/>
            </w:tcMar>
            <w:vAlign w:val="center"/>
          </w:tcPr>
          <w:p w14:paraId="40E9CEF1" w14:textId="77777777" w:rsidR="00F57CE1" w:rsidRDefault="00F57CE1" w:rsidP="00573F18">
            <w:pPr>
              <w:spacing w:after="0" w:line="240" w:lineRule="auto"/>
              <w:jc w:val="right"/>
              <w:rPr>
                <w:rFonts w:cs="Times New Roman"/>
              </w:rPr>
            </w:pPr>
            <w:r>
              <w:rPr>
                <w:rFonts w:cs="Times New Roman"/>
                <w:sz w:val="13"/>
              </w:rPr>
              <w:t>0.013</w:t>
            </w:r>
          </w:p>
        </w:tc>
        <w:tc>
          <w:tcPr>
            <w:tcW w:w="864" w:type="dxa"/>
            <w:tcMar>
              <w:top w:w="50" w:type="dxa"/>
              <w:left w:w="70" w:type="dxa"/>
              <w:bottom w:w="50" w:type="dxa"/>
              <w:right w:w="70" w:type="dxa"/>
            </w:tcMar>
            <w:vAlign w:val="center"/>
          </w:tcPr>
          <w:p w14:paraId="64B4D328" w14:textId="77777777" w:rsidR="00F57CE1" w:rsidRDefault="00F57CE1" w:rsidP="00573F18">
            <w:pPr>
              <w:spacing w:after="0" w:line="240" w:lineRule="auto"/>
              <w:jc w:val="right"/>
              <w:rPr>
                <w:rFonts w:cs="Times New Roman"/>
              </w:rPr>
            </w:pPr>
            <w:r>
              <w:rPr>
                <w:rFonts w:cs="Times New Roman"/>
                <w:sz w:val="13"/>
              </w:rPr>
              <w:t>-0.056</w:t>
            </w:r>
          </w:p>
        </w:tc>
        <w:tc>
          <w:tcPr>
            <w:tcW w:w="1181" w:type="dxa"/>
            <w:tcMar>
              <w:top w:w="50" w:type="dxa"/>
              <w:left w:w="70" w:type="dxa"/>
              <w:bottom w:w="50" w:type="dxa"/>
              <w:right w:w="70" w:type="dxa"/>
            </w:tcMar>
            <w:vAlign w:val="center"/>
          </w:tcPr>
          <w:p w14:paraId="08159D0C" w14:textId="77777777" w:rsidR="00F57CE1" w:rsidRDefault="00F57CE1" w:rsidP="00573F18">
            <w:pPr>
              <w:spacing w:after="0" w:line="240" w:lineRule="auto"/>
              <w:jc w:val="right"/>
              <w:rPr>
                <w:rFonts w:cs="Times New Roman"/>
              </w:rPr>
            </w:pPr>
            <w:r>
              <w:rPr>
                <w:rFonts w:cs="Times New Roman"/>
                <w:sz w:val="13"/>
              </w:rPr>
              <w:t>0.018</w:t>
            </w:r>
          </w:p>
        </w:tc>
        <w:tc>
          <w:tcPr>
            <w:tcW w:w="864" w:type="dxa"/>
            <w:tcMar>
              <w:top w:w="50" w:type="dxa"/>
              <w:left w:w="70" w:type="dxa"/>
              <w:bottom w:w="50" w:type="dxa"/>
              <w:right w:w="70" w:type="dxa"/>
            </w:tcMar>
            <w:vAlign w:val="center"/>
          </w:tcPr>
          <w:p w14:paraId="40367DF9" w14:textId="77777777" w:rsidR="00F57CE1" w:rsidRDefault="00F57CE1" w:rsidP="00573F18">
            <w:pPr>
              <w:spacing w:after="0" w:line="240" w:lineRule="auto"/>
              <w:jc w:val="right"/>
              <w:rPr>
                <w:rFonts w:cs="Times New Roman"/>
              </w:rPr>
            </w:pPr>
            <w:r>
              <w:rPr>
                <w:rFonts w:cs="Times New Roman"/>
                <w:sz w:val="13"/>
              </w:rPr>
              <w:t>0.300</w:t>
            </w:r>
          </w:p>
        </w:tc>
        <w:tc>
          <w:tcPr>
            <w:tcW w:w="936" w:type="dxa"/>
            <w:tcMar>
              <w:top w:w="50" w:type="dxa"/>
              <w:left w:w="70" w:type="dxa"/>
              <w:bottom w:w="50" w:type="dxa"/>
              <w:right w:w="70" w:type="dxa"/>
            </w:tcMar>
            <w:vAlign w:val="center"/>
          </w:tcPr>
          <w:p w14:paraId="058B7E2C" w14:textId="77777777" w:rsidR="00F57CE1" w:rsidRDefault="00F57CE1" w:rsidP="00573F18">
            <w:pPr>
              <w:spacing w:after="0" w:line="240" w:lineRule="auto"/>
              <w:jc w:val="right"/>
              <w:rPr>
                <w:rFonts w:cs="Times New Roman"/>
              </w:rPr>
            </w:pPr>
            <w:r>
              <w:rPr>
                <w:rFonts w:cs="Times New Roman"/>
                <w:sz w:val="13"/>
              </w:rPr>
              <w:t>5.8</w:t>
            </w:r>
          </w:p>
        </w:tc>
        <w:tc>
          <w:tcPr>
            <w:tcW w:w="1080" w:type="dxa"/>
            <w:tcMar>
              <w:top w:w="50" w:type="dxa"/>
              <w:left w:w="70" w:type="dxa"/>
              <w:bottom w:w="50" w:type="dxa"/>
              <w:right w:w="70" w:type="dxa"/>
            </w:tcMar>
            <w:vAlign w:val="center"/>
          </w:tcPr>
          <w:p w14:paraId="537400C0" w14:textId="77777777" w:rsidR="00F57CE1" w:rsidRDefault="00F57CE1" w:rsidP="00573F18">
            <w:pPr>
              <w:spacing w:after="0" w:line="240" w:lineRule="auto"/>
              <w:jc w:val="right"/>
              <w:rPr>
                <w:rFonts w:cs="Times New Roman"/>
              </w:rPr>
            </w:pPr>
            <w:r>
              <w:rPr>
                <w:rFonts w:cs="Times New Roman"/>
                <w:sz w:val="13"/>
              </w:rPr>
              <w:t>1.3</w:t>
            </w:r>
          </w:p>
        </w:tc>
        <w:tc>
          <w:tcPr>
            <w:tcW w:w="1080" w:type="dxa"/>
            <w:tcMar>
              <w:top w:w="50" w:type="dxa"/>
              <w:left w:w="70" w:type="dxa"/>
              <w:bottom w:w="50" w:type="dxa"/>
              <w:right w:w="70" w:type="dxa"/>
            </w:tcMar>
            <w:vAlign w:val="center"/>
          </w:tcPr>
          <w:p w14:paraId="244DAA61" w14:textId="77777777" w:rsidR="00F57CE1" w:rsidRDefault="00F57CE1" w:rsidP="00573F18">
            <w:pPr>
              <w:spacing w:after="0" w:line="240" w:lineRule="auto"/>
              <w:jc w:val="right"/>
              <w:rPr>
                <w:rFonts w:cs="Times New Roman"/>
              </w:rPr>
            </w:pPr>
            <w:r>
              <w:rPr>
                <w:rFonts w:cs="Times New Roman"/>
                <w:sz w:val="13"/>
              </w:rPr>
              <w:t>1.8</w:t>
            </w:r>
          </w:p>
        </w:tc>
      </w:tr>
      <w:tr w:rsidR="00F57CE1" w14:paraId="3252EFD6" w14:textId="77777777" w:rsidTr="00573F18">
        <w:trPr>
          <w:jc w:val="center"/>
        </w:trPr>
        <w:tc>
          <w:tcPr>
            <w:tcW w:w="1008" w:type="dxa"/>
            <w:tcMar>
              <w:top w:w="50" w:type="dxa"/>
              <w:left w:w="70" w:type="dxa"/>
              <w:bottom w:w="50" w:type="dxa"/>
              <w:right w:w="70" w:type="dxa"/>
            </w:tcMar>
            <w:vAlign w:val="center"/>
          </w:tcPr>
          <w:p w14:paraId="31DDE5B0" w14:textId="77777777" w:rsidR="00F57CE1" w:rsidRDefault="00F57CE1" w:rsidP="00573F18">
            <w:pPr>
              <w:spacing w:after="0" w:line="240" w:lineRule="auto"/>
              <w:jc w:val="right"/>
              <w:rPr>
                <w:rFonts w:cs="Times New Roman"/>
              </w:rPr>
            </w:pPr>
            <w:r>
              <w:rPr>
                <w:rFonts w:cs="Times New Roman"/>
                <w:sz w:val="13"/>
              </w:rPr>
              <w:t>14</w:t>
            </w:r>
          </w:p>
        </w:tc>
        <w:tc>
          <w:tcPr>
            <w:tcW w:w="792" w:type="dxa"/>
            <w:tcMar>
              <w:top w:w="50" w:type="dxa"/>
              <w:left w:w="70" w:type="dxa"/>
              <w:bottom w:w="50" w:type="dxa"/>
              <w:right w:w="70" w:type="dxa"/>
            </w:tcMar>
            <w:vAlign w:val="center"/>
          </w:tcPr>
          <w:p w14:paraId="28C16EC0" w14:textId="77777777" w:rsidR="00F57CE1" w:rsidRDefault="00F57CE1" w:rsidP="00573F18">
            <w:pPr>
              <w:spacing w:after="0" w:line="240" w:lineRule="auto"/>
              <w:jc w:val="right"/>
              <w:rPr>
                <w:rFonts w:cs="Times New Roman"/>
              </w:rPr>
            </w:pPr>
            <w:r>
              <w:rPr>
                <w:rFonts w:cs="Times New Roman"/>
                <w:sz w:val="13"/>
              </w:rPr>
              <w:t>2012</w:t>
            </w:r>
          </w:p>
        </w:tc>
        <w:tc>
          <w:tcPr>
            <w:tcW w:w="936" w:type="dxa"/>
            <w:tcMar>
              <w:top w:w="50" w:type="dxa"/>
              <w:left w:w="70" w:type="dxa"/>
              <w:bottom w:w="50" w:type="dxa"/>
              <w:right w:w="70" w:type="dxa"/>
            </w:tcMar>
            <w:vAlign w:val="center"/>
          </w:tcPr>
          <w:p w14:paraId="1FC27F1D" w14:textId="77777777" w:rsidR="00F57CE1" w:rsidRDefault="00F57CE1" w:rsidP="00573F18">
            <w:pPr>
              <w:spacing w:after="0" w:line="240" w:lineRule="auto"/>
              <w:jc w:val="right"/>
              <w:rPr>
                <w:rFonts w:cs="Times New Roman"/>
              </w:rPr>
            </w:pPr>
            <w:r>
              <w:rPr>
                <w:rFonts w:cs="Times New Roman"/>
                <w:sz w:val="13"/>
              </w:rPr>
              <w:t>-0.210</w:t>
            </w:r>
          </w:p>
        </w:tc>
        <w:tc>
          <w:tcPr>
            <w:tcW w:w="792" w:type="dxa"/>
            <w:tcMar>
              <w:top w:w="50" w:type="dxa"/>
              <w:left w:w="70" w:type="dxa"/>
              <w:bottom w:w="50" w:type="dxa"/>
              <w:right w:w="70" w:type="dxa"/>
            </w:tcMar>
            <w:vAlign w:val="center"/>
          </w:tcPr>
          <w:p w14:paraId="03933A54" w14:textId="77777777" w:rsidR="00F57CE1" w:rsidRDefault="00F57CE1" w:rsidP="00573F18">
            <w:pPr>
              <w:spacing w:after="0" w:line="240" w:lineRule="auto"/>
              <w:jc w:val="right"/>
              <w:rPr>
                <w:rFonts w:cs="Times New Roman"/>
              </w:rPr>
            </w:pPr>
            <w:r>
              <w:rPr>
                <w:rFonts w:cs="Times New Roman"/>
                <w:sz w:val="13"/>
              </w:rPr>
              <w:t>-0.110</w:t>
            </w:r>
          </w:p>
        </w:tc>
        <w:tc>
          <w:tcPr>
            <w:tcW w:w="1152" w:type="dxa"/>
            <w:tcMar>
              <w:top w:w="50" w:type="dxa"/>
              <w:left w:w="70" w:type="dxa"/>
              <w:bottom w:w="50" w:type="dxa"/>
              <w:right w:w="70" w:type="dxa"/>
            </w:tcMar>
            <w:vAlign w:val="center"/>
          </w:tcPr>
          <w:p w14:paraId="4231643C" w14:textId="77777777" w:rsidR="00F57CE1" w:rsidRDefault="00F57CE1" w:rsidP="00573F18">
            <w:pPr>
              <w:spacing w:after="0" w:line="240" w:lineRule="auto"/>
              <w:jc w:val="right"/>
              <w:rPr>
                <w:rFonts w:cs="Times New Roman"/>
              </w:rPr>
            </w:pPr>
            <w:r>
              <w:rPr>
                <w:rFonts w:cs="Times New Roman"/>
                <w:sz w:val="13"/>
              </w:rPr>
              <w:t>-0.081</w:t>
            </w:r>
          </w:p>
        </w:tc>
        <w:tc>
          <w:tcPr>
            <w:tcW w:w="936" w:type="dxa"/>
            <w:tcMar>
              <w:top w:w="50" w:type="dxa"/>
              <w:left w:w="70" w:type="dxa"/>
              <w:bottom w:w="50" w:type="dxa"/>
              <w:right w:w="70" w:type="dxa"/>
            </w:tcMar>
            <w:vAlign w:val="center"/>
          </w:tcPr>
          <w:p w14:paraId="7BDF22B7" w14:textId="77777777" w:rsidR="00F57CE1" w:rsidRDefault="00F57CE1" w:rsidP="00573F18">
            <w:pPr>
              <w:spacing w:after="0" w:line="240" w:lineRule="auto"/>
              <w:jc w:val="right"/>
              <w:rPr>
                <w:rFonts w:cs="Times New Roman"/>
              </w:rPr>
            </w:pPr>
            <w:r>
              <w:rPr>
                <w:rFonts w:cs="Times New Roman"/>
                <w:sz w:val="13"/>
              </w:rPr>
              <w:t>0.005</w:t>
            </w:r>
          </w:p>
        </w:tc>
        <w:tc>
          <w:tcPr>
            <w:tcW w:w="864" w:type="dxa"/>
            <w:tcMar>
              <w:top w:w="50" w:type="dxa"/>
              <w:left w:w="70" w:type="dxa"/>
              <w:bottom w:w="50" w:type="dxa"/>
              <w:right w:w="70" w:type="dxa"/>
            </w:tcMar>
            <w:vAlign w:val="center"/>
          </w:tcPr>
          <w:p w14:paraId="3A43CD47" w14:textId="77777777" w:rsidR="00F57CE1" w:rsidRDefault="00F57CE1" w:rsidP="00573F18">
            <w:pPr>
              <w:spacing w:after="0" w:line="240" w:lineRule="auto"/>
              <w:jc w:val="right"/>
              <w:rPr>
                <w:rFonts w:cs="Times New Roman"/>
              </w:rPr>
            </w:pPr>
            <w:r>
              <w:rPr>
                <w:rFonts w:cs="Times New Roman"/>
                <w:sz w:val="13"/>
              </w:rPr>
              <w:t>-0.040</w:t>
            </w:r>
          </w:p>
        </w:tc>
        <w:tc>
          <w:tcPr>
            <w:tcW w:w="1181" w:type="dxa"/>
            <w:tcMar>
              <w:top w:w="50" w:type="dxa"/>
              <w:left w:w="70" w:type="dxa"/>
              <w:bottom w:w="50" w:type="dxa"/>
              <w:right w:w="70" w:type="dxa"/>
            </w:tcMar>
            <w:vAlign w:val="center"/>
          </w:tcPr>
          <w:p w14:paraId="5626EDF0" w14:textId="77777777" w:rsidR="00F57CE1" w:rsidRDefault="00F57CE1" w:rsidP="00573F18">
            <w:pPr>
              <w:spacing w:after="0" w:line="240" w:lineRule="auto"/>
              <w:jc w:val="right"/>
              <w:rPr>
                <w:rFonts w:cs="Times New Roman"/>
              </w:rPr>
            </w:pPr>
            <w:r>
              <w:rPr>
                <w:rFonts w:cs="Times New Roman"/>
                <w:sz w:val="13"/>
              </w:rPr>
              <w:t>0.022</w:t>
            </w:r>
          </w:p>
        </w:tc>
        <w:tc>
          <w:tcPr>
            <w:tcW w:w="864" w:type="dxa"/>
            <w:tcMar>
              <w:top w:w="50" w:type="dxa"/>
              <w:left w:w="70" w:type="dxa"/>
              <w:bottom w:w="50" w:type="dxa"/>
              <w:right w:w="70" w:type="dxa"/>
            </w:tcMar>
            <w:vAlign w:val="center"/>
          </w:tcPr>
          <w:p w14:paraId="2E830587" w14:textId="77777777" w:rsidR="00F57CE1" w:rsidRDefault="00F57CE1" w:rsidP="00573F18">
            <w:pPr>
              <w:spacing w:after="0" w:line="240" w:lineRule="auto"/>
              <w:jc w:val="right"/>
              <w:rPr>
                <w:rFonts w:cs="Times New Roman"/>
              </w:rPr>
            </w:pPr>
            <w:r>
              <w:rPr>
                <w:rFonts w:cs="Times New Roman"/>
                <w:sz w:val="13"/>
              </w:rPr>
              <w:t>2.000</w:t>
            </w:r>
          </w:p>
        </w:tc>
        <w:tc>
          <w:tcPr>
            <w:tcW w:w="936" w:type="dxa"/>
            <w:tcMar>
              <w:top w:w="50" w:type="dxa"/>
              <w:left w:w="70" w:type="dxa"/>
              <w:bottom w:w="50" w:type="dxa"/>
              <w:right w:w="70" w:type="dxa"/>
            </w:tcMar>
            <w:vAlign w:val="center"/>
          </w:tcPr>
          <w:p w14:paraId="7377D0C0" w14:textId="77777777" w:rsidR="00F57CE1" w:rsidRDefault="00F57CE1" w:rsidP="00573F18">
            <w:pPr>
              <w:spacing w:after="0" w:line="240" w:lineRule="auto"/>
              <w:jc w:val="right"/>
              <w:rPr>
                <w:rFonts w:cs="Times New Roman"/>
              </w:rPr>
            </w:pPr>
            <w:r>
              <w:rPr>
                <w:rFonts w:cs="Times New Roman"/>
                <w:sz w:val="13"/>
              </w:rPr>
              <w:t>-7.8</w:t>
            </w:r>
          </w:p>
        </w:tc>
        <w:tc>
          <w:tcPr>
            <w:tcW w:w="1080" w:type="dxa"/>
            <w:tcMar>
              <w:top w:w="50" w:type="dxa"/>
              <w:left w:w="70" w:type="dxa"/>
              <w:bottom w:w="50" w:type="dxa"/>
              <w:right w:w="70" w:type="dxa"/>
            </w:tcMar>
            <w:vAlign w:val="center"/>
          </w:tcPr>
          <w:p w14:paraId="5690453E" w14:textId="77777777" w:rsidR="00F57CE1" w:rsidRDefault="00F57CE1" w:rsidP="00573F18">
            <w:pPr>
              <w:spacing w:after="0" w:line="240" w:lineRule="auto"/>
              <w:jc w:val="right"/>
              <w:rPr>
                <w:rFonts w:cs="Times New Roman"/>
              </w:rPr>
            </w:pPr>
            <w:r>
              <w:rPr>
                <w:rFonts w:cs="Times New Roman"/>
                <w:sz w:val="13"/>
              </w:rPr>
              <w:t>0.5</w:t>
            </w:r>
          </w:p>
        </w:tc>
        <w:tc>
          <w:tcPr>
            <w:tcW w:w="1080" w:type="dxa"/>
            <w:tcMar>
              <w:top w:w="50" w:type="dxa"/>
              <w:left w:w="70" w:type="dxa"/>
              <w:bottom w:w="50" w:type="dxa"/>
              <w:right w:w="70" w:type="dxa"/>
            </w:tcMar>
            <w:vAlign w:val="center"/>
          </w:tcPr>
          <w:p w14:paraId="77BD4026" w14:textId="77777777" w:rsidR="00F57CE1" w:rsidRDefault="00F57CE1" w:rsidP="00573F18">
            <w:pPr>
              <w:spacing w:after="0" w:line="240" w:lineRule="auto"/>
              <w:jc w:val="right"/>
              <w:rPr>
                <w:rFonts w:cs="Times New Roman"/>
              </w:rPr>
            </w:pPr>
            <w:r>
              <w:rPr>
                <w:rFonts w:cs="Times New Roman"/>
                <w:sz w:val="13"/>
              </w:rPr>
              <w:t>2.3</w:t>
            </w:r>
          </w:p>
        </w:tc>
      </w:tr>
      <w:tr w:rsidR="00F57CE1" w14:paraId="452C5199" w14:textId="77777777" w:rsidTr="00573F18">
        <w:trPr>
          <w:jc w:val="center"/>
        </w:trPr>
        <w:tc>
          <w:tcPr>
            <w:tcW w:w="1008" w:type="dxa"/>
            <w:tcMar>
              <w:top w:w="50" w:type="dxa"/>
              <w:left w:w="70" w:type="dxa"/>
              <w:bottom w:w="50" w:type="dxa"/>
              <w:right w:w="70" w:type="dxa"/>
            </w:tcMar>
            <w:vAlign w:val="center"/>
          </w:tcPr>
          <w:p w14:paraId="32C7AC4D" w14:textId="77777777" w:rsidR="00F57CE1" w:rsidRDefault="00F57CE1" w:rsidP="00573F18">
            <w:pPr>
              <w:spacing w:after="0" w:line="240" w:lineRule="auto"/>
              <w:jc w:val="right"/>
              <w:rPr>
                <w:rFonts w:cs="Times New Roman"/>
              </w:rPr>
            </w:pPr>
            <w:r>
              <w:rPr>
                <w:rFonts w:cs="Times New Roman"/>
                <w:sz w:val="13"/>
              </w:rPr>
              <w:t>14</w:t>
            </w:r>
          </w:p>
        </w:tc>
        <w:tc>
          <w:tcPr>
            <w:tcW w:w="792" w:type="dxa"/>
            <w:tcMar>
              <w:top w:w="50" w:type="dxa"/>
              <w:left w:w="70" w:type="dxa"/>
              <w:bottom w:w="50" w:type="dxa"/>
              <w:right w:w="70" w:type="dxa"/>
            </w:tcMar>
            <w:vAlign w:val="center"/>
          </w:tcPr>
          <w:p w14:paraId="3129CB5C" w14:textId="77777777" w:rsidR="00F57CE1" w:rsidRDefault="00F57CE1" w:rsidP="00573F18">
            <w:pPr>
              <w:spacing w:after="0" w:line="240" w:lineRule="auto"/>
              <w:jc w:val="right"/>
              <w:rPr>
                <w:rFonts w:cs="Times New Roman"/>
              </w:rPr>
            </w:pPr>
            <w:r>
              <w:rPr>
                <w:rFonts w:cs="Times New Roman"/>
                <w:sz w:val="13"/>
              </w:rPr>
              <w:t>2013</w:t>
            </w:r>
          </w:p>
        </w:tc>
        <w:tc>
          <w:tcPr>
            <w:tcW w:w="936" w:type="dxa"/>
            <w:tcMar>
              <w:top w:w="50" w:type="dxa"/>
              <w:left w:w="70" w:type="dxa"/>
              <w:bottom w:w="50" w:type="dxa"/>
              <w:right w:w="70" w:type="dxa"/>
            </w:tcMar>
            <w:vAlign w:val="center"/>
          </w:tcPr>
          <w:p w14:paraId="2B6B438B" w14:textId="77777777" w:rsidR="00F57CE1" w:rsidRDefault="00F57CE1" w:rsidP="00573F18">
            <w:pPr>
              <w:spacing w:after="0" w:line="240" w:lineRule="auto"/>
              <w:jc w:val="right"/>
              <w:rPr>
                <w:rFonts w:cs="Times New Roman"/>
              </w:rPr>
            </w:pPr>
            <w:r>
              <w:rPr>
                <w:rFonts w:cs="Times New Roman"/>
                <w:sz w:val="13"/>
              </w:rPr>
              <w:t>-0.210</w:t>
            </w:r>
          </w:p>
        </w:tc>
        <w:tc>
          <w:tcPr>
            <w:tcW w:w="792" w:type="dxa"/>
            <w:tcMar>
              <w:top w:w="50" w:type="dxa"/>
              <w:left w:w="70" w:type="dxa"/>
              <w:bottom w:w="50" w:type="dxa"/>
              <w:right w:w="70" w:type="dxa"/>
            </w:tcMar>
            <w:vAlign w:val="center"/>
          </w:tcPr>
          <w:p w14:paraId="4D0AEB09" w14:textId="77777777" w:rsidR="00F57CE1" w:rsidRDefault="00F57CE1" w:rsidP="00573F18">
            <w:pPr>
              <w:spacing w:after="0" w:line="240" w:lineRule="auto"/>
              <w:jc w:val="right"/>
              <w:rPr>
                <w:rFonts w:cs="Times New Roman"/>
              </w:rPr>
            </w:pPr>
            <w:r>
              <w:rPr>
                <w:rFonts w:cs="Times New Roman"/>
                <w:sz w:val="13"/>
              </w:rPr>
              <w:t>-0.100</w:t>
            </w:r>
          </w:p>
        </w:tc>
        <w:tc>
          <w:tcPr>
            <w:tcW w:w="1152" w:type="dxa"/>
            <w:tcMar>
              <w:top w:w="50" w:type="dxa"/>
              <w:left w:w="70" w:type="dxa"/>
              <w:bottom w:w="50" w:type="dxa"/>
              <w:right w:w="70" w:type="dxa"/>
            </w:tcMar>
            <w:vAlign w:val="center"/>
          </w:tcPr>
          <w:p w14:paraId="36E7934F" w14:textId="77777777" w:rsidR="00F57CE1" w:rsidRDefault="00F57CE1" w:rsidP="00573F18">
            <w:pPr>
              <w:spacing w:after="0" w:line="240" w:lineRule="auto"/>
              <w:jc w:val="right"/>
              <w:rPr>
                <w:rFonts w:cs="Times New Roman"/>
              </w:rPr>
            </w:pPr>
            <w:r>
              <w:rPr>
                <w:rFonts w:cs="Times New Roman"/>
                <w:sz w:val="13"/>
              </w:rPr>
              <w:t>0.016</w:t>
            </w:r>
          </w:p>
        </w:tc>
        <w:tc>
          <w:tcPr>
            <w:tcW w:w="936" w:type="dxa"/>
            <w:tcMar>
              <w:top w:w="50" w:type="dxa"/>
              <w:left w:w="70" w:type="dxa"/>
              <w:bottom w:w="50" w:type="dxa"/>
              <w:right w:w="70" w:type="dxa"/>
            </w:tcMar>
            <w:vAlign w:val="center"/>
          </w:tcPr>
          <w:p w14:paraId="6D0B0BC6" w14:textId="77777777" w:rsidR="00F57CE1" w:rsidRDefault="00F57CE1" w:rsidP="00573F18">
            <w:pPr>
              <w:spacing w:after="0" w:line="240" w:lineRule="auto"/>
              <w:jc w:val="right"/>
              <w:rPr>
                <w:rFonts w:cs="Times New Roman"/>
              </w:rPr>
            </w:pPr>
            <w:r>
              <w:rPr>
                <w:rFonts w:cs="Times New Roman"/>
                <w:sz w:val="13"/>
              </w:rPr>
              <w:t>0.004</w:t>
            </w:r>
          </w:p>
        </w:tc>
        <w:tc>
          <w:tcPr>
            <w:tcW w:w="864" w:type="dxa"/>
            <w:tcMar>
              <w:top w:w="50" w:type="dxa"/>
              <w:left w:w="70" w:type="dxa"/>
              <w:bottom w:w="50" w:type="dxa"/>
              <w:right w:w="70" w:type="dxa"/>
            </w:tcMar>
            <w:vAlign w:val="center"/>
          </w:tcPr>
          <w:p w14:paraId="5BCF8F1C" w14:textId="77777777" w:rsidR="00F57CE1" w:rsidRDefault="00F57CE1" w:rsidP="00573F18">
            <w:pPr>
              <w:spacing w:after="0" w:line="240" w:lineRule="auto"/>
              <w:jc w:val="right"/>
              <w:rPr>
                <w:rFonts w:cs="Times New Roman"/>
              </w:rPr>
            </w:pPr>
            <w:r>
              <w:rPr>
                <w:rFonts w:cs="Times New Roman"/>
                <w:sz w:val="13"/>
              </w:rPr>
              <w:t>0.029</w:t>
            </w:r>
          </w:p>
        </w:tc>
        <w:tc>
          <w:tcPr>
            <w:tcW w:w="1181" w:type="dxa"/>
            <w:tcMar>
              <w:top w:w="50" w:type="dxa"/>
              <w:left w:w="70" w:type="dxa"/>
              <w:bottom w:w="50" w:type="dxa"/>
              <w:right w:w="70" w:type="dxa"/>
            </w:tcMar>
            <w:vAlign w:val="center"/>
          </w:tcPr>
          <w:p w14:paraId="44B1F977" w14:textId="77777777" w:rsidR="00F57CE1" w:rsidRDefault="00F57CE1" w:rsidP="00573F18">
            <w:pPr>
              <w:spacing w:after="0" w:line="240" w:lineRule="auto"/>
              <w:jc w:val="right"/>
              <w:rPr>
                <w:rFonts w:cs="Times New Roman"/>
              </w:rPr>
            </w:pPr>
            <w:r>
              <w:rPr>
                <w:rFonts w:cs="Times New Roman"/>
                <w:sz w:val="13"/>
              </w:rPr>
              <w:t>0.005</w:t>
            </w:r>
          </w:p>
        </w:tc>
        <w:tc>
          <w:tcPr>
            <w:tcW w:w="864" w:type="dxa"/>
            <w:tcMar>
              <w:top w:w="50" w:type="dxa"/>
              <w:left w:w="70" w:type="dxa"/>
              <w:bottom w:w="50" w:type="dxa"/>
              <w:right w:w="70" w:type="dxa"/>
            </w:tcMar>
            <w:vAlign w:val="center"/>
          </w:tcPr>
          <w:p w14:paraId="7ABC3154" w14:textId="77777777" w:rsidR="00F57CE1" w:rsidRDefault="00F57CE1" w:rsidP="00573F18">
            <w:pPr>
              <w:spacing w:after="0" w:line="240" w:lineRule="auto"/>
              <w:jc w:val="right"/>
              <w:rPr>
                <w:rFonts w:cs="Times New Roman"/>
              </w:rPr>
            </w:pPr>
            <w:r>
              <w:rPr>
                <w:rFonts w:cs="Times New Roman"/>
                <w:sz w:val="13"/>
              </w:rPr>
              <w:t>3.000</w:t>
            </w:r>
          </w:p>
        </w:tc>
        <w:tc>
          <w:tcPr>
            <w:tcW w:w="936" w:type="dxa"/>
            <w:tcMar>
              <w:top w:w="50" w:type="dxa"/>
              <w:left w:w="70" w:type="dxa"/>
              <w:bottom w:w="50" w:type="dxa"/>
              <w:right w:w="70" w:type="dxa"/>
            </w:tcMar>
            <w:vAlign w:val="center"/>
          </w:tcPr>
          <w:p w14:paraId="20BD6153" w14:textId="77777777" w:rsidR="00F57CE1" w:rsidRDefault="00F57CE1" w:rsidP="00573F18">
            <w:pPr>
              <w:spacing w:after="0" w:line="240" w:lineRule="auto"/>
              <w:jc w:val="right"/>
              <w:rPr>
                <w:rFonts w:cs="Times New Roman"/>
              </w:rPr>
            </w:pPr>
            <w:r>
              <w:rPr>
                <w:rFonts w:cs="Times New Roman"/>
                <w:sz w:val="13"/>
              </w:rPr>
              <w:t>1.7</w:t>
            </w:r>
          </w:p>
        </w:tc>
        <w:tc>
          <w:tcPr>
            <w:tcW w:w="1080" w:type="dxa"/>
            <w:tcMar>
              <w:top w:w="50" w:type="dxa"/>
              <w:left w:w="70" w:type="dxa"/>
              <w:bottom w:w="50" w:type="dxa"/>
              <w:right w:w="70" w:type="dxa"/>
            </w:tcMar>
            <w:vAlign w:val="center"/>
          </w:tcPr>
          <w:p w14:paraId="1C4B5FBB" w14:textId="77777777" w:rsidR="00F57CE1" w:rsidRDefault="00F57CE1" w:rsidP="00573F18">
            <w:pPr>
              <w:spacing w:after="0" w:line="240" w:lineRule="auto"/>
              <w:jc w:val="right"/>
              <w:rPr>
                <w:rFonts w:cs="Times New Roman"/>
              </w:rPr>
            </w:pPr>
            <w:r>
              <w:rPr>
                <w:rFonts w:cs="Times New Roman"/>
                <w:sz w:val="13"/>
              </w:rPr>
              <w:t>0.4</w:t>
            </w:r>
          </w:p>
        </w:tc>
        <w:tc>
          <w:tcPr>
            <w:tcW w:w="1080" w:type="dxa"/>
            <w:tcMar>
              <w:top w:w="50" w:type="dxa"/>
              <w:left w:w="70" w:type="dxa"/>
              <w:bottom w:w="50" w:type="dxa"/>
              <w:right w:w="70" w:type="dxa"/>
            </w:tcMar>
            <w:vAlign w:val="center"/>
          </w:tcPr>
          <w:p w14:paraId="12A453B7" w14:textId="77777777" w:rsidR="00F57CE1" w:rsidRDefault="00F57CE1" w:rsidP="00573F18">
            <w:pPr>
              <w:spacing w:after="0" w:line="240" w:lineRule="auto"/>
              <w:jc w:val="right"/>
              <w:rPr>
                <w:rFonts w:cs="Times New Roman"/>
              </w:rPr>
            </w:pPr>
            <w:r>
              <w:rPr>
                <w:rFonts w:cs="Times New Roman"/>
                <w:sz w:val="13"/>
              </w:rPr>
              <w:t>0.5</w:t>
            </w:r>
          </w:p>
        </w:tc>
      </w:tr>
      <w:tr w:rsidR="00F57CE1" w14:paraId="7630B2A0" w14:textId="77777777" w:rsidTr="00573F18">
        <w:trPr>
          <w:jc w:val="center"/>
        </w:trPr>
        <w:tc>
          <w:tcPr>
            <w:tcW w:w="1008" w:type="dxa"/>
            <w:tcMar>
              <w:top w:w="50" w:type="dxa"/>
              <w:left w:w="70" w:type="dxa"/>
              <w:bottom w:w="50" w:type="dxa"/>
              <w:right w:w="70" w:type="dxa"/>
            </w:tcMar>
            <w:vAlign w:val="center"/>
          </w:tcPr>
          <w:p w14:paraId="50432450" w14:textId="77777777" w:rsidR="00F57CE1" w:rsidRDefault="00F57CE1" w:rsidP="00573F18">
            <w:pPr>
              <w:spacing w:after="0" w:line="240" w:lineRule="auto"/>
              <w:jc w:val="right"/>
              <w:rPr>
                <w:rFonts w:cs="Times New Roman"/>
              </w:rPr>
            </w:pPr>
            <w:r>
              <w:rPr>
                <w:rFonts w:cs="Times New Roman"/>
                <w:sz w:val="13"/>
              </w:rPr>
              <w:t>14</w:t>
            </w:r>
          </w:p>
        </w:tc>
        <w:tc>
          <w:tcPr>
            <w:tcW w:w="792" w:type="dxa"/>
            <w:tcMar>
              <w:top w:w="50" w:type="dxa"/>
              <w:left w:w="70" w:type="dxa"/>
              <w:bottom w:w="50" w:type="dxa"/>
              <w:right w:w="70" w:type="dxa"/>
            </w:tcMar>
            <w:vAlign w:val="center"/>
          </w:tcPr>
          <w:p w14:paraId="3AD4E0B6" w14:textId="77777777" w:rsidR="00F57CE1" w:rsidRDefault="00F57CE1" w:rsidP="00573F18">
            <w:pPr>
              <w:spacing w:after="0" w:line="240" w:lineRule="auto"/>
              <w:jc w:val="right"/>
              <w:rPr>
                <w:rFonts w:cs="Times New Roman"/>
              </w:rPr>
            </w:pPr>
            <w:r>
              <w:rPr>
                <w:rFonts w:cs="Times New Roman"/>
                <w:sz w:val="13"/>
              </w:rPr>
              <w:t>2014</w:t>
            </w:r>
          </w:p>
        </w:tc>
        <w:tc>
          <w:tcPr>
            <w:tcW w:w="936" w:type="dxa"/>
            <w:tcMar>
              <w:top w:w="50" w:type="dxa"/>
              <w:left w:w="70" w:type="dxa"/>
              <w:bottom w:w="50" w:type="dxa"/>
              <w:right w:w="70" w:type="dxa"/>
            </w:tcMar>
            <w:vAlign w:val="center"/>
          </w:tcPr>
          <w:p w14:paraId="13BD832E" w14:textId="77777777" w:rsidR="00F57CE1" w:rsidRDefault="00F57CE1" w:rsidP="00573F18">
            <w:pPr>
              <w:spacing w:after="0" w:line="240" w:lineRule="auto"/>
              <w:jc w:val="right"/>
              <w:rPr>
                <w:rFonts w:cs="Times New Roman"/>
              </w:rPr>
            </w:pPr>
            <w:r>
              <w:rPr>
                <w:rFonts w:cs="Times New Roman"/>
                <w:sz w:val="13"/>
              </w:rPr>
              <w:t>-0.173</w:t>
            </w:r>
          </w:p>
        </w:tc>
        <w:tc>
          <w:tcPr>
            <w:tcW w:w="792" w:type="dxa"/>
            <w:tcMar>
              <w:top w:w="50" w:type="dxa"/>
              <w:left w:w="70" w:type="dxa"/>
              <w:bottom w:w="50" w:type="dxa"/>
              <w:right w:w="70" w:type="dxa"/>
            </w:tcMar>
            <w:vAlign w:val="center"/>
          </w:tcPr>
          <w:p w14:paraId="685E461D" w14:textId="77777777" w:rsidR="00F57CE1" w:rsidRDefault="00F57CE1" w:rsidP="00573F18">
            <w:pPr>
              <w:spacing w:after="0" w:line="240" w:lineRule="auto"/>
              <w:jc w:val="right"/>
              <w:rPr>
                <w:rFonts w:cs="Times New Roman"/>
              </w:rPr>
            </w:pPr>
            <w:r>
              <w:rPr>
                <w:rFonts w:cs="Times New Roman"/>
                <w:sz w:val="13"/>
              </w:rPr>
              <w:t>-2.000</w:t>
            </w:r>
          </w:p>
        </w:tc>
        <w:tc>
          <w:tcPr>
            <w:tcW w:w="1152" w:type="dxa"/>
            <w:tcMar>
              <w:top w:w="50" w:type="dxa"/>
              <w:left w:w="70" w:type="dxa"/>
              <w:bottom w:w="50" w:type="dxa"/>
              <w:right w:w="70" w:type="dxa"/>
            </w:tcMar>
            <w:vAlign w:val="center"/>
          </w:tcPr>
          <w:p w14:paraId="03B4AE8A" w14:textId="77777777" w:rsidR="00F57CE1" w:rsidRDefault="00F57CE1" w:rsidP="00573F18">
            <w:pPr>
              <w:spacing w:after="0" w:line="240" w:lineRule="auto"/>
              <w:jc w:val="right"/>
              <w:rPr>
                <w:rFonts w:cs="Times New Roman"/>
              </w:rPr>
            </w:pPr>
            <w:r>
              <w:rPr>
                <w:rFonts w:cs="Times New Roman"/>
                <w:sz w:val="13"/>
              </w:rPr>
              <w:t>-0.391</w:t>
            </w:r>
          </w:p>
        </w:tc>
        <w:tc>
          <w:tcPr>
            <w:tcW w:w="936" w:type="dxa"/>
            <w:tcMar>
              <w:top w:w="50" w:type="dxa"/>
              <w:left w:w="70" w:type="dxa"/>
              <w:bottom w:w="50" w:type="dxa"/>
              <w:right w:w="70" w:type="dxa"/>
            </w:tcMar>
            <w:vAlign w:val="center"/>
          </w:tcPr>
          <w:p w14:paraId="45989C1B" w14:textId="77777777" w:rsidR="00F57CE1" w:rsidRDefault="00F57CE1" w:rsidP="00573F18">
            <w:pPr>
              <w:spacing w:after="0" w:line="240" w:lineRule="auto"/>
              <w:jc w:val="right"/>
              <w:rPr>
                <w:rFonts w:cs="Times New Roman"/>
              </w:rPr>
            </w:pPr>
            <w:r>
              <w:rPr>
                <w:rFonts w:cs="Times New Roman"/>
                <w:sz w:val="13"/>
              </w:rPr>
              <w:t>0.002</w:t>
            </w:r>
          </w:p>
        </w:tc>
        <w:tc>
          <w:tcPr>
            <w:tcW w:w="864" w:type="dxa"/>
            <w:tcMar>
              <w:top w:w="50" w:type="dxa"/>
              <w:left w:w="70" w:type="dxa"/>
              <w:bottom w:w="50" w:type="dxa"/>
              <w:right w:w="70" w:type="dxa"/>
            </w:tcMar>
            <w:vAlign w:val="center"/>
          </w:tcPr>
          <w:p w14:paraId="0AA98596" w14:textId="77777777" w:rsidR="00F57CE1" w:rsidRDefault="00F57CE1" w:rsidP="00573F18">
            <w:pPr>
              <w:spacing w:after="0" w:line="240" w:lineRule="auto"/>
              <w:jc w:val="right"/>
              <w:rPr>
                <w:rFonts w:cs="Times New Roman"/>
              </w:rPr>
            </w:pPr>
            <w:r>
              <w:rPr>
                <w:rFonts w:cs="Times New Roman"/>
                <w:sz w:val="13"/>
              </w:rPr>
              <w:t>0.001</w:t>
            </w:r>
          </w:p>
        </w:tc>
        <w:tc>
          <w:tcPr>
            <w:tcW w:w="1181" w:type="dxa"/>
            <w:tcMar>
              <w:top w:w="50" w:type="dxa"/>
              <w:left w:w="70" w:type="dxa"/>
              <w:bottom w:w="50" w:type="dxa"/>
              <w:right w:w="70" w:type="dxa"/>
            </w:tcMar>
            <w:vAlign w:val="center"/>
          </w:tcPr>
          <w:p w14:paraId="247693CD" w14:textId="77777777" w:rsidR="00F57CE1" w:rsidRDefault="00F57CE1" w:rsidP="00573F18">
            <w:pPr>
              <w:spacing w:after="0" w:line="240" w:lineRule="auto"/>
              <w:jc w:val="right"/>
              <w:rPr>
                <w:rFonts w:cs="Times New Roman"/>
              </w:rPr>
            </w:pPr>
            <w:r>
              <w:rPr>
                <w:rFonts w:cs="Times New Roman"/>
                <w:sz w:val="13"/>
              </w:rPr>
              <w:t>0.006</w:t>
            </w:r>
          </w:p>
        </w:tc>
        <w:tc>
          <w:tcPr>
            <w:tcW w:w="864" w:type="dxa"/>
            <w:tcMar>
              <w:top w:w="50" w:type="dxa"/>
              <w:left w:w="70" w:type="dxa"/>
              <w:bottom w:w="50" w:type="dxa"/>
              <w:right w:w="70" w:type="dxa"/>
            </w:tcMar>
            <w:vAlign w:val="center"/>
          </w:tcPr>
          <w:p w14:paraId="7410DDCF" w14:textId="77777777" w:rsidR="00F57CE1" w:rsidRDefault="00F57CE1" w:rsidP="00573F18">
            <w:pPr>
              <w:spacing w:after="0" w:line="240" w:lineRule="auto"/>
              <w:jc w:val="right"/>
              <w:rPr>
                <w:rFonts w:cs="Times New Roman"/>
              </w:rPr>
            </w:pPr>
            <w:r>
              <w:rPr>
                <w:rFonts w:cs="Times New Roman"/>
                <w:sz w:val="13"/>
              </w:rPr>
              <w:t>0.100</w:t>
            </w:r>
          </w:p>
        </w:tc>
        <w:tc>
          <w:tcPr>
            <w:tcW w:w="936" w:type="dxa"/>
            <w:tcMar>
              <w:top w:w="50" w:type="dxa"/>
              <w:left w:w="70" w:type="dxa"/>
              <w:bottom w:w="50" w:type="dxa"/>
              <w:right w:w="70" w:type="dxa"/>
            </w:tcMar>
            <w:vAlign w:val="center"/>
          </w:tcPr>
          <w:p w14:paraId="461A5332" w14:textId="77777777" w:rsidR="00F57CE1" w:rsidRDefault="00F57CE1" w:rsidP="00573F18">
            <w:pPr>
              <w:spacing w:after="0" w:line="240" w:lineRule="auto"/>
              <w:jc w:val="right"/>
              <w:rPr>
                <w:rFonts w:cs="Times New Roman"/>
              </w:rPr>
            </w:pPr>
            <w:r>
              <w:rPr>
                <w:rFonts w:cs="Times New Roman"/>
                <w:sz w:val="13"/>
              </w:rPr>
              <w:t>-32.4</w:t>
            </w:r>
          </w:p>
        </w:tc>
        <w:tc>
          <w:tcPr>
            <w:tcW w:w="1080" w:type="dxa"/>
            <w:tcMar>
              <w:top w:w="50" w:type="dxa"/>
              <w:left w:w="70" w:type="dxa"/>
              <w:bottom w:w="50" w:type="dxa"/>
              <w:right w:w="70" w:type="dxa"/>
            </w:tcMar>
            <w:vAlign w:val="center"/>
          </w:tcPr>
          <w:p w14:paraId="7AF68EE2" w14:textId="77777777" w:rsidR="00F57CE1" w:rsidRDefault="00F57CE1" w:rsidP="00573F18">
            <w:pPr>
              <w:spacing w:after="0" w:line="240" w:lineRule="auto"/>
              <w:jc w:val="right"/>
              <w:rPr>
                <w:rFonts w:cs="Times New Roman"/>
              </w:rPr>
            </w:pPr>
            <w:r>
              <w:rPr>
                <w:rFonts w:cs="Times New Roman"/>
                <w:sz w:val="13"/>
              </w:rPr>
              <w:t>0.2</w:t>
            </w:r>
          </w:p>
        </w:tc>
        <w:tc>
          <w:tcPr>
            <w:tcW w:w="1080" w:type="dxa"/>
            <w:tcMar>
              <w:top w:w="50" w:type="dxa"/>
              <w:left w:w="70" w:type="dxa"/>
              <w:bottom w:w="50" w:type="dxa"/>
              <w:right w:w="70" w:type="dxa"/>
            </w:tcMar>
            <w:vAlign w:val="center"/>
          </w:tcPr>
          <w:p w14:paraId="5FD47F9E" w14:textId="77777777" w:rsidR="00F57CE1" w:rsidRDefault="00F57CE1" w:rsidP="00573F18">
            <w:pPr>
              <w:spacing w:after="0" w:line="240" w:lineRule="auto"/>
              <w:jc w:val="right"/>
              <w:rPr>
                <w:rFonts w:cs="Times New Roman"/>
              </w:rPr>
            </w:pPr>
            <w:r>
              <w:rPr>
                <w:rFonts w:cs="Times New Roman"/>
                <w:sz w:val="13"/>
              </w:rPr>
              <w:t>0.6</w:t>
            </w:r>
          </w:p>
        </w:tc>
      </w:tr>
      <w:tr w:rsidR="00F57CE1" w14:paraId="2E2E5AB4" w14:textId="77777777" w:rsidTr="00573F18">
        <w:trPr>
          <w:jc w:val="center"/>
        </w:trPr>
        <w:tc>
          <w:tcPr>
            <w:tcW w:w="1008" w:type="dxa"/>
            <w:tcMar>
              <w:top w:w="50" w:type="dxa"/>
              <w:left w:w="70" w:type="dxa"/>
              <w:bottom w:w="50" w:type="dxa"/>
              <w:right w:w="70" w:type="dxa"/>
            </w:tcMar>
            <w:vAlign w:val="center"/>
          </w:tcPr>
          <w:p w14:paraId="4541A959" w14:textId="77777777" w:rsidR="00F57CE1" w:rsidRDefault="00F57CE1" w:rsidP="00573F18">
            <w:pPr>
              <w:spacing w:after="0" w:line="240" w:lineRule="auto"/>
              <w:jc w:val="right"/>
              <w:rPr>
                <w:rFonts w:cs="Times New Roman"/>
              </w:rPr>
            </w:pPr>
            <w:r>
              <w:rPr>
                <w:rFonts w:cs="Times New Roman"/>
                <w:sz w:val="13"/>
              </w:rPr>
              <w:t>14</w:t>
            </w:r>
          </w:p>
        </w:tc>
        <w:tc>
          <w:tcPr>
            <w:tcW w:w="792" w:type="dxa"/>
            <w:tcMar>
              <w:top w:w="50" w:type="dxa"/>
              <w:left w:w="70" w:type="dxa"/>
              <w:bottom w:w="50" w:type="dxa"/>
              <w:right w:w="70" w:type="dxa"/>
            </w:tcMar>
            <w:vAlign w:val="center"/>
          </w:tcPr>
          <w:p w14:paraId="030A93AD"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47D00D3E" w14:textId="77777777" w:rsidR="00F57CE1" w:rsidRDefault="00F57CE1" w:rsidP="00573F18">
            <w:pPr>
              <w:spacing w:after="0" w:line="240" w:lineRule="auto"/>
              <w:jc w:val="right"/>
              <w:rPr>
                <w:rFonts w:cs="Times New Roman"/>
              </w:rPr>
            </w:pPr>
            <w:r>
              <w:rPr>
                <w:rFonts w:cs="Times New Roman"/>
                <w:sz w:val="13"/>
              </w:rPr>
              <w:t>0.043</w:t>
            </w:r>
          </w:p>
        </w:tc>
        <w:tc>
          <w:tcPr>
            <w:tcW w:w="792" w:type="dxa"/>
            <w:tcMar>
              <w:top w:w="50" w:type="dxa"/>
              <w:left w:w="70" w:type="dxa"/>
              <w:bottom w:w="50" w:type="dxa"/>
              <w:right w:w="70" w:type="dxa"/>
            </w:tcMar>
            <w:vAlign w:val="center"/>
          </w:tcPr>
          <w:p w14:paraId="1398E29D" w14:textId="77777777" w:rsidR="00F57CE1" w:rsidRDefault="00F57CE1" w:rsidP="00573F18">
            <w:pPr>
              <w:spacing w:after="0" w:line="240" w:lineRule="auto"/>
              <w:jc w:val="right"/>
              <w:rPr>
                <w:rFonts w:cs="Times New Roman"/>
              </w:rPr>
            </w:pPr>
            <w:r>
              <w:rPr>
                <w:rFonts w:cs="Times New Roman"/>
                <w:sz w:val="13"/>
              </w:rPr>
              <w:t>-5.600</w:t>
            </w:r>
          </w:p>
        </w:tc>
        <w:tc>
          <w:tcPr>
            <w:tcW w:w="1152" w:type="dxa"/>
            <w:tcMar>
              <w:top w:w="50" w:type="dxa"/>
              <w:left w:w="70" w:type="dxa"/>
              <w:bottom w:w="50" w:type="dxa"/>
              <w:right w:w="70" w:type="dxa"/>
            </w:tcMar>
            <w:vAlign w:val="center"/>
          </w:tcPr>
          <w:p w14:paraId="6B3A5868" w14:textId="77777777" w:rsidR="00F57CE1" w:rsidRDefault="00F57CE1" w:rsidP="00573F18">
            <w:pPr>
              <w:spacing w:after="0" w:line="240" w:lineRule="auto"/>
              <w:jc w:val="right"/>
              <w:rPr>
                <w:rFonts w:cs="Times New Roman"/>
              </w:rPr>
            </w:pPr>
            <w:r>
              <w:rPr>
                <w:rFonts w:cs="Times New Roman"/>
                <w:sz w:val="13"/>
              </w:rPr>
              <w:t>0.044</w:t>
            </w:r>
          </w:p>
        </w:tc>
        <w:tc>
          <w:tcPr>
            <w:tcW w:w="936" w:type="dxa"/>
            <w:tcMar>
              <w:top w:w="50" w:type="dxa"/>
              <w:left w:w="70" w:type="dxa"/>
              <w:bottom w:w="50" w:type="dxa"/>
              <w:right w:w="70" w:type="dxa"/>
            </w:tcMar>
            <w:vAlign w:val="center"/>
          </w:tcPr>
          <w:p w14:paraId="385E708A" w14:textId="77777777" w:rsidR="00F57CE1" w:rsidRDefault="00F57CE1" w:rsidP="00573F18">
            <w:pPr>
              <w:spacing w:after="0" w:line="240" w:lineRule="auto"/>
              <w:jc w:val="right"/>
              <w:rPr>
                <w:rFonts w:cs="Times New Roman"/>
              </w:rPr>
            </w:pPr>
            <w:r>
              <w:rPr>
                <w:rFonts w:cs="Times New Roman"/>
                <w:sz w:val="13"/>
              </w:rPr>
              <w:t>0.018</w:t>
            </w:r>
          </w:p>
        </w:tc>
        <w:tc>
          <w:tcPr>
            <w:tcW w:w="864" w:type="dxa"/>
            <w:tcMar>
              <w:top w:w="50" w:type="dxa"/>
              <w:left w:w="70" w:type="dxa"/>
              <w:bottom w:w="50" w:type="dxa"/>
              <w:right w:w="70" w:type="dxa"/>
            </w:tcMar>
            <w:vAlign w:val="center"/>
          </w:tcPr>
          <w:p w14:paraId="1A102132" w14:textId="77777777" w:rsidR="00F57CE1" w:rsidRDefault="00F57CE1" w:rsidP="00573F18">
            <w:pPr>
              <w:spacing w:after="0" w:line="240" w:lineRule="auto"/>
              <w:jc w:val="right"/>
              <w:rPr>
                <w:rFonts w:cs="Times New Roman"/>
              </w:rPr>
            </w:pPr>
            <w:r>
              <w:rPr>
                <w:rFonts w:cs="Times New Roman"/>
                <w:sz w:val="13"/>
              </w:rPr>
              <w:t>0.072</w:t>
            </w:r>
          </w:p>
        </w:tc>
        <w:tc>
          <w:tcPr>
            <w:tcW w:w="1181" w:type="dxa"/>
            <w:tcMar>
              <w:top w:w="50" w:type="dxa"/>
              <w:left w:w="70" w:type="dxa"/>
              <w:bottom w:w="50" w:type="dxa"/>
              <w:right w:w="70" w:type="dxa"/>
            </w:tcMar>
            <w:vAlign w:val="center"/>
          </w:tcPr>
          <w:p w14:paraId="77D64471" w14:textId="77777777" w:rsidR="00F57CE1" w:rsidRDefault="00F57CE1" w:rsidP="00573F18">
            <w:pPr>
              <w:spacing w:after="0" w:line="240" w:lineRule="auto"/>
              <w:jc w:val="right"/>
              <w:rPr>
                <w:rFonts w:cs="Times New Roman"/>
              </w:rPr>
            </w:pPr>
            <w:r>
              <w:rPr>
                <w:rFonts w:cs="Times New Roman"/>
                <w:sz w:val="13"/>
              </w:rPr>
              <w:t>0.080</w:t>
            </w:r>
          </w:p>
        </w:tc>
        <w:tc>
          <w:tcPr>
            <w:tcW w:w="864" w:type="dxa"/>
            <w:tcMar>
              <w:top w:w="50" w:type="dxa"/>
              <w:left w:w="70" w:type="dxa"/>
              <w:bottom w:w="50" w:type="dxa"/>
              <w:right w:w="70" w:type="dxa"/>
            </w:tcMar>
            <w:vAlign w:val="center"/>
          </w:tcPr>
          <w:p w14:paraId="720C959D" w14:textId="77777777" w:rsidR="00F57CE1" w:rsidRDefault="00F57CE1" w:rsidP="00573F18">
            <w:pPr>
              <w:spacing w:after="0" w:line="240" w:lineRule="auto"/>
              <w:jc w:val="right"/>
              <w:rPr>
                <w:rFonts w:cs="Times New Roman"/>
              </w:rPr>
            </w:pPr>
            <w:r>
              <w:rPr>
                <w:rFonts w:cs="Times New Roman"/>
                <w:sz w:val="13"/>
              </w:rPr>
              <w:t>-0.900</w:t>
            </w:r>
          </w:p>
        </w:tc>
        <w:tc>
          <w:tcPr>
            <w:tcW w:w="936" w:type="dxa"/>
            <w:tcMar>
              <w:top w:w="50" w:type="dxa"/>
              <w:left w:w="70" w:type="dxa"/>
              <w:bottom w:w="50" w:type="dxa"/>
              <w:right w:w="70" w:type="dxa"/>
            </w:tcMar>
            <w:vAlign w:val="center"/>
          </w:tcPr>
          <w:p w14:paraId="67D49DE5" w14:textId="77777777" w:rsidR="00F57CE1" w:rsidRDefault="00F57CE1" w:rsidP="00573F18">
            <w:pPr>
              <w:spacing w:after="0" w:line="240" w:lineRule="auto"/>
              <w:jc w:val="right"/>
              <w:rPr>
                <w:rFonts w:cs="Times New Roman"/>
              </w:rPr>
            </w:pPr>
            <w:r>
              <w:rPr>
                <w:rFonts w:cs="Times New Roman"/>
                <w:sz w:val="13"/>
              </w:rPr>
              <w:t>4.5</w:t>
            </w:r>
          </w:p>
        </w:tc>
        <w:tc>
          <w:tcPr>
            <w:tcW w:w="1080" w:type="dxa"/>
            <w:tcMar>
              <w:top w:w="50" w:type="dxa"/>
              <w:left w:w="70" w:type="dxa"/>
              <w:bottom w:w="50" w:type="dxa"/>
              <w:right w:w="70" w:type="dxa"/>
            </w:tcMar>
            <w:vAlign w:val="center"/>
          </w:tcPr>
          <w:p w14:paraId="62BA4FC1" w14:textId="77777777" w:rsidR="00F57CE1" w:rsidRDefault="00F57CE1" w:rsidP="00573F18">
            <w:pPr>
              <w:spacing w:after="0" w:line="240" w:lineRule="auto"/>
              <w:jc w:val="right"/>
              <w:rPr>
                <w:rFonts w:cs="Times New Roman"/>
              </w:rPr>
            </w:pPr>
            <w:r>
              <w:rPr>
                <w:rFonts w:cs="Times New Roman"/>
                <w:sz w:val="13"/>
              </w:rPr>
              <w:t>1.8</w:t>
            </w:r>
          </w:p>
        </w:tc>
        <w:tc>
          <w:tcPr>
            <w:tcW w:w="1080" w:type="dxa"/>
            <w:tcMar>
              <w:top w:w="50" w:type="dxa"/>
              <w:left w:w="70" w:type="dxa"/>
              <w:bottom w:w="50" w:type="dxa"/>
              <w:right w:w="70" w:type="dxa"/>
            </w:tcMar>
            <w:vAlign w:val="center"/>
          </w:tcPr>
          <w:p w14:paraId="209278BB" w14:textId="77777777" w:rsidR="00F57CE1" w:rsidRDefault="00F57CE1" w:rsidP="00573F18">
            <w:pPr>
              <w:spacing w:after="0" w:line="240" w:lineRule="auto"/>
              <w:jc w:val="right"/>
              <w:rPr>
                <w:rFonts w:cs="Times New Roman"/>
              </w:rPr>
            </w:pPr>
            <w:r>
              <w:rPr>
                <w:rFonts w:cs="Times New Roman"/>
                <w:sz w:val="13"/>
              </w:rPr>
              <w:t>8.4</w:t>
            </w:r>
          </w:p>
        </w:tc>
      </w:tr>
      <w:tr w:rsidR="00F57CE1" w14:paraId="3E4B06C5" w14:textId="77777777" w:rsidTr="00573F18">
        <w:trPr>
          <w:jc w:val="center"/>
        </w:trPr>
        <w:tc>
          <w:tcPr>
            <w:tcW w:w="1008" w:type="dxa"/>
            <w:tcMar>
              <w:top w:w="50" w:type="dxa"/>
              <w:left w:w="70" w:type="dxa"/>
              <w:bottom w:w="50" w:type="dxa"/>
              <w:right w:w="70" w:type="dxa"/>
            </w:tcMar>
            <w:vAlign w:val="center"/>
          </w:tcPr>
          <w:p w14:paraId="435A6AC8" w14:textId="77777777" w:rsidR="00F57CE1" w:rsidRDefault="00F57CE1" w:rsidP="00573F18">
            <w:pPr>
              <w:spacing w:after="0" w:line="240" w:lineRule="auto"/>
              <w:jc w:val="right"/>
              <w:rPr>
                <w:rFonts w:cs="Times New Roman"/>
              </w:rPr>
            </w:pPr>
            <w:r>
              <w:rPr>
                <w:rFonts w:cs="Times New Roman"/>
                <w:sz w:val="13"/>
              </w:rPr>
              <w:t>20</w:t>
            </w:r>
          </w:p>
        </w:tc>
        <w:tc>
          <w:tcPr>
            <w:tcW w:w="792" w:type="dxa"/>
            <w:tcMar>
              <w:top w:w="50" w:type="dxa"/>
              <w:left w:w="70" w:type="dxa"/>
              <w:bottom w:w="50" w:type="dxa"/>
              <w:right w:w="70" w:type="dxa"/>
            </w:tcMar>
            <w:vAlign w:val="center"/>
          </w:tcPr>
          <w:p w14:paraId="7EBF47C1" w14:textId="77777777" w:rsidR="00F57CE1" w:rsidRDefault="00F57CE1" w:rsidP="00573F18">
            <w:pPr>
              <w:spacing w:after="0" w:line="240" w:lineRule="auto"/>
              <w:jc w:val="right"/>
              <w:rPr>
                <w:rFonts w:cs="Times New Roman"/>
              </w:rPr>
            </w:pPr>
            <w:r>
              <w:rPr>
                <w:rFonts w:cs="Times New Roman"/>
                <w:sz w:val="13"/>
              </w:rPr>
              <w:t>2020</w:t>
            </w:r>
          </w:p>
        </w:tc>
        <w:tc>
          <w:tcPr>
            <w:tcW w:w="936" w:type="dxa"/>
            <w:tcMar>
              <w:top w:w="50" w:type="dxa"/>
              <w:left w:w="70" w:type="dxa"/>
              <w:bottom w:w="50" w:type="dxa"/>
              <w:right w:w="70" w:type="dxa"/>
            </w:tcMar>
            <w:vAlign w:val="center"/>
          </w:tcPr>
          <w:p w14:paraId="0B30B3CC" w14:textId="77777777" w:rsidR="00F57CE1" w:rsidRDefault="00F57CE1" w:rsidP="00573F18">
            <w:pPr>
              <w:spacing w:after="0" w:line="240" w:lineRule="auto"/>
              <w:jc w:val="right"/>
              <w:rPr>
                <w:rFonts w:cs="Times New Roman"/>
              </w:rPr>
            </w:pPr>
            <w:r>
              <w:rPr>
                <w:rFonts w:cs="Times New Roman"/>
                <w:sz w:val="13"/>
              </w:rPr>
              <w:t>-0.189</w:t>
            </w:r>
          </w:p>
        </w:tc>
        <w:tc>
          <w:tcPr>
            <w:tcW w:w="792" w:type="dxa"/>
            <w:tcMar>
              <w:top w:w="50" w:type="dxa"/>
              <w:left w:w="70" w:type="dxa"/>
              <w:bottom w:w="50" w:type="dxa"/>
              <w:right w:w="70" w:type="dxa"/>
            </w:tcMar>
            <w:vAlign w:val="center"/>
          </w:tcPr>
          <w:p w14:paraId="666E562D" w14:textId="77777777" w:rsidR="00F57CE1" w:rsidRDefault="00F57CE1" w:rsidP="00573F18">
            <w:pPr>
              <w:spacing w:after="0" w:line="240" w:lineRule="auto"/>
              <w:jc w:val="right"/>
              <w:rPr>
                <w:rFonts w:cs="Times New Roman"/>
              </w:rPr>
            </w:pPr>
            <w:r>
              <w:rPr>
                <w:rFonts w:cs="Times New Roman"/>
                <w:sz w:val="13"/>
              </w:rPr>
              <w:t>-0.640</w:t>
            </w:r>
          </w:p>
        </w:tc>
        <w:tc>
          <w:tcPr>
            <w:tcW w:w="1152" w:type="dxa"/>
            <w:tcMar>
              <w:top w:w="50" w:type="dxa"/>
              <w:left w:w="70" w:type="dxa"/>
              <w:bottom w:w="50" w:type="dxa"/>
              <w:right w:w="70" w:type="dxa"/>
            </w:tcMar>
            <w:vAlign w:val="center"/>
          </w:tcPr>
          <w:p w14:paraId="31ECD79D" w14:textId="77777777" w:rsidR="00F57CE1" w:rsidRDefault="00F57CE1" w:rsidP="00573F18">
            <w:pPr>
              <w:spacing w:after="0" w:line="240" w:lineRule="auto"/>
              <w:jc w:val="right"/>
              <w:rPr>
                <w:rFonts w:cs="Times New Roman"/>
              </w:rPr>
            </w:pPr>
            <w:r>
              <w:rPr>
                <w:rFonts w:cs="Times New Roman"/>
                <w:sz w:val="13"/>
              </w:rPr>
              <w:t>0.019</w:t>
            </w:r>
          </w:p>
        </w:tc>
        <w:tc>
          <w:tcPr>
            <w:tcW w:w="936" w:type="dxa"/>
            <w:tcMar>
              <w:top w:w="50" w:type="dxa"/>
              <w:left w:w="70" w:type="dxa"/>
              <w:bottom w:w="50" w:type="dxa"/>
              <w:right w:w="70" w:type="dxa"/>
            </w:tcMar>
            <w:vAlign w:val="center"/>
          </w:tcPr>
          <w:p w14:paraId="66185EA6" w14:textId="77777777" w:rsidR="00F57CE1" w:rsidRDefault="00F57CE1" w:rsidP="00573F18">
            <w:pPr>
              <w:spacing w:after="0" w:line="240" w:lineRule="auto"/>
              <w:jc w:val="right"/>
              <w:rPr>
                <w:rFonts w:cs="Times New Roman"/>
              </w:rPr>
            </w:pPr>
            <w:r>
              <w:rPr>
                <w:rFonts w:cs="Times New Roman"/>
                <w:sz w:val="13"/>
              </w:rPr>
              <w:t>0.009</w:t>
            </w:r>
          </w:p>
        </w:tc>
        <w:tc>
          <w:tcPr>
            <w:tcW w:w="864" w:type="dxa"/>
            <w:tcMar>
              <w:top w:w="50" w:type="dxa"/>
              <w:left w:w="70" w:type="dxa"/>
              <w:bottom w:w="50" w:type="dxa"/>
              <w:right w:w="70" w:type="dxa"/>
            </w:tcMar>
            <w:vAlign w:val="center"/>
          </w:tcPr>
          <w:p w14:paraId="4FF4047C" w14:textId="77777777" w:rsidR="00F57CE1" w:rsidRDefault="00F57CE1" w:rsidP="00573F18">
            <w:pPr>
              <w:spacing w:after="0" w:line="240" w:lineRule="auto"/>
              <w:jc w:val="right"/>
              <w:rPr>
                <w:rFonts w:cs="Times New Roman"/>
              </w:rPr>
            </w:pPr>
            <w:r>
              <w:rPr>
                <w:rFonts w:cs="Times New Roman"/>
                <w:sz w:val="13"/>
              </w:rPr>
              <w:t>0.079</w:t>
            </w:r>
          </w:p>
        </w:tc>
        <w:tc>
          <w:tcPr>
            <w:tcW w:w="1181" w:type="dxa"/>
            <w:tcMar>
              <w:top w:w="50" w:type="dxa"/>
              <w:left w:w="70" w:type="dxa"/>
              <w:bottom w:w="50" w:type="dxa"/>
              <w:right w:w="70" w:type="dxa"/>
            </w:tcMar>
            <w:vAlign w:val="center"/>
          </w:tcPr>
          <w:p w14:paraId="5F5CDE63" w14:textId="77777777" w:rsidR="00F57CE1" w:rsidRDefault="00F57CE1" w:rsidP="00573F18">
            <w:pPr>
              <w:spacing w:after="0" w:line="240" w:lineRule="auto"/>
              <w:jc w:val="right"/>
              <w:rPr>
                <w:rFonts w:cs="Times New Roman"/>
              </w:rPr>
            </w:pPr>
            <w:r>
              <w:rPr>
                <w:rFonts w:cs="Times New Roman"/>
                <w:sz w:val="13"/>
              </w:rPr>
              <w:t>0.009</w:t>
            </w:r>
          </w:p>
        </w:tc>
        <w:tc>
          <w:tcPr>
            <w:tcW w:w="864" w:type="dxa"/>
            <w:tcMar>
              <w:top w:w="50" w:type="dxa"/>
              <w:left w:w="70" w:type="dxa"/>
              <w:bottom w:w="50" w:type="dxa"/>
              <w:right w:w="70" w:type="dxa"/>
            </w:tcMar>
            <w:vAlign w:val="center"/>
          </w:tcPr>
          <w:p w14:paraId="08CC77E6" w14:textId="77777777" w:rsidR="00F57CE1" w:rsidRDefault="00F57CE1" w:rsidP="00573F18">
            <w:pPr>
              <w:spacing w:after="0" w:line="240" w:lineRule="auto"/>
              <w:jc w:val="right"/>
              <w:rPr>
                <w:rFonts w:cs="Times New Roman"/>
              </w:rPr>
            </w:pPr>
            <w:r>
              <w:rPr>
                <w:rFonts w:cs="Times New Roman"/>
                <w:sz w:val="13"/>
              </w:rPr>
              <w:t>-0.700</w:t>
            </w:r>
          </w:p>
        </w:tc>
        <w:tc>
          <w:tcPr>
            <w:tcW w:w="936" w:type="dxa"/>
            <w:tcMar>
              <w:top w:w="50" w:type="dxa"/>
              <w:left w:w="70" w:type="dxa"/>
              <w:bottom w:w="50" w:type="dxa"/>
              <w:right w:w="70" w:type="dxa"/>
            </w:tcMar>
            <w:vAlign w:val="center"/>
          </w:tcPr>
          <w:p w14:paraId="272076AB" w14:textId="77777777" w:rsidR="00F57CE1" w:rsidRDefault="00F57CE1" w:rsidP="00573F18">
            <w:pPr>
              <w:spacing w:after="0" w:line="240" w:lineRule="auto"/>
              <w:jc w:val="right"/>
              <w:rPr>
                <w:rFonts w:cs="Times New Roman"/>
              </w:rPr>
            </w:pPr>
            <w:r>
              <w:rPr>
                <w:rFonts w:cs="Times New Roman"/>
                <w:sz w:val="13"/>
              </w:rPr>
              <w:t>1.9</w:t>
            </w:r>
          </w:p>
        </w:tc>
        <w:tc>
          <w:tcPr>
            <w:tcW w:w="1080" w:type="dxa"/>
            <w:tcMar>
              <w:top w:w="50" w:type="dxa"/>
              <w:left w:w="70" w:type="dxa"/>
              <w:bottom w:w="50" w:type="dxa"/>
              <w:right w:w="70" w:type="dxa"/>
            </w:tcMar>
            <w:vAlign w:val="center"/>
          </w:tcPr>
          <w:p w14:paraId="237535DF" w14:textId="77777777" w:rsidR="00F57CE1" w:rsidRDefault="00F57CE1" w:rsidP="00573F18">
            <w:pPr>
              <w:spacing w:after="0" w:line="240" w:lineRule="auto"/>
              <w:jc w:val="right"/>
              <w:rPr>
                <w:rFonts w:cs="Times New Roman"/>
              </w:rPr>
            </w:pPr>
            <w:r>
              <w:rPr>
                <w:rFonts w:cs="Times New Roman"/>
                <w:sz w:val="13"/>
              </w:rPr>
              <w:t>0.9</w:t>
            </w:r>
          </w:p>
        </w:tc>
        <w:tc>
          <w:tcPr>
            <w:tcW w:w="1080" w:type="dxa"/>
            <w:tcMar>
              <w:top w:w="50" w:type="dxa"/>
              <w:left w:w="70" w:type="dxa"/>
              <w:bottom w:w="50" w:type="dxa"/>
              <w:right w:w="70" w:type="dxa"/>
            </w:tcMar>
            <w:vAlign w:val="center"/>
          </w:tcPr>
          <w:p w14:paraId="62A064E1" w14:textId="77777777" w:rsidR="00F57CE1" w:rsidRDefault="00F57CE1" w:rsidP="00573F18">
            <w:pPr>
              <w:spacing w:after="0" w:line="240" w:lineRule="auto"/>
              <w:jc w:val="right"/>
              <w:rPr>
                <w:rFonts w:cs="Times New Roman"/>
              </w:rPr>
            </w:pPr>
            <w:r>
              <w:rPr>
                <w:rFonts w:cs="Times New Roman"/>
                <w:sz w:val="13"/>
              </w:rPr>
              <w:t>0.9</w:t>
            </w:r>
          </w:p>
        </w:tc>
      </w:tr>
      <w:tr w:rsidR="00F57CE1" w14:paraId="0E5E8CA0" w14:textId="77777777" w:rsidTr="00573F18">
        <w:trPr>
          <w:jc w:val="center"/>
        </w:trPr>
        <w:tc>
          <w:tcPr>
            <w:tcW w:w="1008" w:type="dxa"/>
            <w:tcMar>
              <w:top w:w="50" w:type="dxa"/>
              <w:left w:w="70" w:type="dxa"/>
              <w:bottom w:w="50" w:type="dxa"/>
              <w:right w:w="70" w:type="dxa"/>
            </w:tcMar>
            <w:vAlign w:val="center"/>
          </w:tcPr>
          <w:p w14:paraId="5F4F9725" w14:textId="77777777" w:rsidR="00F57CE1" w:rsidRDefault="00F57CE1" w:rsidP="00573F18">
            <w:pPr>
              <w:spacing w:after="0" w:line="240" w:lineRule="auto"/>
              <w:jc w:val="right"/>
              <w:rPr>
                <w:rFonts w:cs="Times New Roman"/>
              </w:rPr>
            </w:pPr>
            <w:r>
              <w:rPr>
                <w:rFonts w:cs="Times New Roman"/>
                <w:sz w:val="13"/>
              </w:rPr>
              <w:t>21</w:t>
            </w:r>
          </w:p>
        </w:tc>
        <w:tc>
          <w:tcPr>
            <w:tcW w:w="792" w:type="dxa"/>
            <w:tcMar>
              <w:top w:w="50" w:type="dxa"/>
              <w:left w:w="70" w:type="dxa"/>
              <w:bottom w:w="50" w:type="dxa"/>
              <w:right w:w="70" w:type="dxa"/>
            </w:tcMar>
            <w:vAlign w:val="center"/>
          </w:tcPr>
          <w:p w14:paraId="0B664FA5"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6F0A2150" w14:textId="77777777" w:rsidR="00F57CE1" w:rsidRDefault="00F57CE1" w:rsidP="00573F18">
            <w:pPr>
              <w:spacing w:after="0" w:line="240" w:lineRule="auto"/>
              <w:jc w:val="right"/>
              <w:rPr>
                <w:rFonts w:cs="Times New Roman"/>
              </w:rPr>
            </w:pPr>
            <w:r>
              <w:rPr>
                <w:rFonts w:cs="Times New Roman"/>
                <w:sz w:val="13"/>
              </w:rPr>
              <w:t>0.022</w:t>
            </w:r>
          </w:p>
        </w:tc>
        <w:tc>
          <w:tcPr>
            <w:tcW w:w="792" w:type="dxa"/>
            <w:tcMar>
              <w:top w:w="50" w:type="dxa"/>
              <w:left w:w="70" w:type="dxa"/>
              <w:bottom w:w="50" w:type="dxa"/>
              <w:right w:w="70" w:type="dxa"/>
            </w:tcMar>
            <w:vAlign w:val="center"/>
          </w:tcPr>
          <w:p w14:paraId="72ACF8FD" w14:textId="77777777" w:rsidR="00F57CE1" w:rsidRDefault="00F57CE1" w:rsidP="00573F18">
            <w:pPr>
              <w:spacing w:after="0" w:line="240" w:lineRule="auto"/>
              <w:jc w:val="right"/>
              <w:rPr>
                <w:rFonts w:cs="Times New Roman"/>
              </w:rPr>
            </w:pPr>
            <w:r>
              <w:rPr>
                <w:rFonts w:cs="Times New Roman"/>
                <w:sz w:val="13"/>
              </w:rPr>
              <w:t>0.250</w:t>
            </w:r>
          </w:p>
        </w:tc>
        <w:tc>
          <w:tcPr>
            <w:tcW w:w="1152" w:type="dxa"/>
            <w:tcMar>
              <w:top w:w="50" w:type="dxa"/>
              <w:left w:w="70" w:type="dxa"/>
              <w:bottom w:w="50" w:type="dxa"/>
              <w:right w:w="70" w:type="dxa"/>
            </w:tcMar>
            <w:vAlign w:val="center"/>
          </w:tcPr>
          <w:p w14:paraId="70D8F6B9" w14:textId="77777777" w:rsidR="00F57CE1" w:rsidRDefault="00F57CE1" w:rsidP="00573F18">
            <w:pPr>
              <w:spacing w:after="0" w:line="240" w:lineRule="auto"/>
              <w:jc w:val="right"/>
              <w:rPr>
                <w:rFonts w:cs="Times New Roman"/>
              </w:rPr>
            </w:pPr>
            <w:r>
              <w:rPr>
                <w:rFonts w:cs="Times New Roman"/>
                <w:sz w:val="13"/>
              </w:rPr>
              <w:t>-0.456</w:t>
            </w:r>
          </w:p>
        </w:tc>
        <w:tc>
          <w:tcPr>
            <w:tcW w:w="936" w:type="dxa"/>
            <w:tcMar>
              <w:top w:w="50" w:type="dxa"/>
              <w:left w:w="70" w:type="dxa"/>
              <w:bottom w:w="50" w:type="dxa"/>
              <w:right w:w="70" w:type="dxa"/>
            </w:tcMar>
            <w:vAlign w:val="center"/>
          </w:tcPr>
          <w:p w14:paraId="4E7DF7F0" w14:textId="77777777" w:rsidR="00F57CE1" w:rsidRDefault="00F57CE1" w:rsidP="00573F18">
            <w:pPr>
              <w:spacing w:after="0" w:line="240" w:lineRule="auto"/>
              <w:jc w:val="right"/>
              <w:rPr>
                <w:rFonts w:cs="Times New Roman"/>
              </w:rPr>
            </w:pPr>
            <w:r>
              <w:rPr>
                <w:rFonts w:cs="Times New Roman"/>
                <w:sz w:val="13"/>
              </w:rPr>
              <w:t>0.001</w:t>
            </w:r>
          </w:p>
        </w:tc>
        <w:tc>
          <w:tcPr>
            <w:tcW w:w="864" w:type="dxa"/>
            <w:tcMar>
              <w:top w:w="50" w:type="dxa"/>
              <w:left w:w="70" w:type="dxa"/>
              <w:bottom w:w="50" w:type="dxa"/>
              <w:right w:w="70" w:type="dxa"/>
            </w:tcMar>
            <w:vAlign w:val="center"/>
          </w:tcPr>
          <w:p w14:paraId="519D9F35" w14:textId="77777777" w:rsidR="00F57CE1" w:rsidRDefault="00F57CE1" w:rsidP="00573F18">
            <w:pPr>
              <w:spacing w:after="0" w:line="240" w:lineRule="auto"/>
              <w:jc w:val="right"/>
              <w:rPr>
                <w:rFonts w:cs="Times New Roman"/>
              </w:rPr>
            </w:pPr>
            <w:r>
              <w:rPr>
                <w:rFonts w:cs="Times New Roman"/>
                <w:sz w:val="13"/>
              </w:rPr>
              <w:t>0.056</w:t>
            </w:r>
          </w:p>
        </w:tc>
        <w:tc>
          <w:tcPr>
            <w:tcW w:w="1181" w:type="dxa"/>
            <w:tcMar>
              <w:top w:w="50" w:type="dxa"/>
              <w:left w:w="70" w:type="dxa"/>
              <w:bottom w:w="50" w:type="dxa"/>
              <w:right w:w="70" w:type="dxa"/>
            </w:tcMar>
            <w:vAlign w:val="center"/>
          </w:tcPr>
          <w:p w14:paraId="26F1991C" w14:textId="77777777" w:rsidR="00F57CE1" w:rsidRDefault="00F57CE1" w:rsidP="00573F18">
            <w:pPr>
              <w:spacing w:after="0" w:line="240" w:lineRule="auto"/>
              <w:jc w:val="right"/>
              <w:rPr>
                <w:rFonts w:cs="Times New Roman"/>
              </w:rPr>
            </w:pPr>
            <w:r>
              <w:rPr>
                <w:rFonts w:cs="Times New Roman"/>
                <w:sz w:val="13"/>
              </w:rPr>
              <w:t>0.008</w:t>
            </w:r>
          </w:p>
        </w:tc>
        <w:tc>
          <w:tcPr>
            <w:tcW w:w="864" w:type="dxa"/>
            <w:tcMar>
              <w:top w:w="50" w:type="dxa"/>
              <w:left w:w="70" w:type="dxa"/>
              <w:bottom w:w="50" w:type="dxa"/>
              <w:right w:w="70" w:type="dxa"/>
            </w:tcMar>
            <w:vAlign w:val="center"/>
          </w:tcPr>
          <w:p w14:paraId="1D8B8D62" w14:textId="77777777" w:rsidR="00F57CE1" w:rsidRDefault="00F57CE1" w:rsidP="00573F18">
            <w:pPr>
              <w:spacing w:after="0" w:line="240" w:lineRule="auto"/>
              <w:jc w:val="right"/>
              <w:rPr>
                <w:rFonts w:cs="Times New Roman"/>
              </w:rPr>
            </w:pPr>
            <w:r>
              <w:rPr>
                <w:rFonts w:cs="Times New Roman"/>
                <w:sz w:val="13"/>
              </w:rPr>
              <w:t>-0.500</w:t>
            </w:r>
          </w:p>
        </w:tc>
        <w:tc>
          <w:tcPr>
            <w:tcW w:w="936" w:type="dxa"/>
            <w:tcMar>
              <w:top w:w="50" w:type="dxa"/>
              <w:left w:w="70" w:type="dxa"/>
              <w:bottom w:w="50" w:type="dxa"/>
              <w:right w:w="70" w:type="dxa"/>
            </w:tcMar>
            <w:vAlign w:val="center"/>
          </w:tcPr>
          <w:p w14:paraId="0DBBA3A6" w14:textId="77777777" w:rsidR="00F57CE1" w:rsidRDefault="00F57CE1" w:rsidP="00573F18">
            <w:pPr>
              <w:spacing w:after="0" w:line="240" w:lineRule="auto"/>
              <w:jc w:val="right"/>
              <w:rPr>
                <w:rFonts w:cs="Times New Roman"/>
              </w:rPr>
            </w:pPr>
            <w:r>
              <w:rPr>
                <w:rFonts w:cs="Times New Roman"/>
                <w:sz w:val="13"/>
              </w:rPr>
              <w:t>-36.6</w:t>
            </w:r>
          </w:p>
        </w:tc>
        <w:tc>
          <w:tcPr>
            <w:tcW w:w="1080" w:type="dxa"/>
            <w:tcMar>
              <w:top w:w="50" w:type="dxa"/>
              <w:left w:w="70" w:type="dxa"/>
              <w:bottom w:w="50" w:type="dxa"/>
              <w:right w:w="70" w:type="dxa"/>
            </w:tcMar>
            <w:vAlign w:val="center"/>
          </w:tcPr>
          <w:p w14:paraId="7281CFDF" w14:textId="77777777" w:rsidR="00F57CE1" w:rsidRDefault="00F57CE1" w:rsidP="00573F18">
            <w:pPr>
              <w:spacing w:after="0" w:line="240" w:lineRule="auto"/>
              <w:jc w:val="right"/>
              <w:rPr>
                <w:rFonts w:cs="Times New Roman"/>
              </w:rPr>
            </w:pPr>
            <w:r>
              <w:rPr>
                <w:rFonts w:cs="Times New Roman"/>
                <w:sz w:val="13"/>
              </w:rPr>
              <w:t>0.1</w:t>
            </w:r>
          </w:p>
        </w:tc>
        <w:tc>
          <w:tcPr>
            <w:tcW w:w="1080" w:type="dxa"/>
            <w:tcMar>
              <w:top w:w="50" w:type="dxa"/>
              <w:left w:w="70" w:type="dxa"/>
              <w:bottom w:w="50" w:type="dxa"/>
              <w:right w:w="70" w:type="dxa"/>
            </w:tcMar>
            <w:vAlign w:val="center"/>
          </w:tcPr>
          <w:p w14:paraId="7910A388" w14:textId="77777777" w:rsidR="00F57CE1" w:rsidRDefault="00F57CE1" w:rsidP="00573F18">
            <w:pPr>
              <w:spacing w:after="0" w:line="240" w:lineRule="auto"/>
              <w:jc w:val="right"/>
              <w:rPr>
                <w:rFonts w:cs="Times New Roman"/>
              </w:rPr>
            </w:pPr>
            <w:r>
              <w:rPr>
                <w:rFonts w:cs="Times New Roman"/>
                <w:sz w:val="13"/>
              </w:rPr>
              <w:t>0.8</w:t>
            </w:r>
          </w:p>
        </w:tc>
      </w:tr>
      <w:tr w:rsidR="00F57CE1" w14:paraId="59D23B1E" w14:textId="77777777" w:rsidTr="00573F18">
        <w:trPr>
          <w:jc w:val="center"/>
        </w:trPr>
        <w:tc>
          <w:tcPr>
            <w:tcW w:w="1008" w:type="dxa"/>
            <w:tcMar>
              <w:top w:w="50" w:type="dxa"/>
              <w:left w:w="70" w:type="dxa"/>
              <w:bottom w:w="50" w:type="dxa"/>
              <w:right w:w="70" w:type="dxa"/>
            </w:tcMar>
            <w:vAlign w:val="center"/>
          </w:tcPr>
          <w:p w14:paraId="5C457F1C" w14:textId="77777777" w:rsidR="00F57CE1" w:rsidRDefault="00F57CE1" w:rsidP="00573F18">
            <w:pPr>
              <w:spacing w:after="0" w:line="240" w:lineRule="auto"/>
              <w:jc w:val="right"/>
              <w:rPr>
                <w:rFonts w:cs="Times New Roman"/>
              </w:rPr>
            </w:pPr>
            <w:r>
              <w:rPr>
                <w:rFonts w:cs="Times New Roman"/>
                <w:sz w:val="13"/>
              </w:rPr>
              <w:lastRenderedPageBreak/>
              <w:t>23</w:t>
            </w:r>
          </w:p>
        </w:tc>
        <w:tc>
          <w:tcPr>
            <w:tcW w:w="792" w:type="dxa"/>
            <w:tcMar>
              <w:top w:w="50" w:type="dxa"/>
              <w:left w:w="70" w:type="dxa"/>
              <w:bottom w:w="50" w:type="dxa"/>
              <w:right w:w="70" w:type="dxa"/>
            </w:tcMar>
            <w:vAlign w:val="center"/>
          </w:tcPr>
          <w:p w14:paraId="712A3CB8"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7C686017" w14:textId="77777777" w:rsidR="00F57CE1" w:rsidRDefault="00F57CE1" w:rsidP="00573F18">
            <w:pPr>
              <w:spacing w:after="0" w:line="240" w:lineRule="auto"/>
              <w:jc w:val="right"/>
              <w:rPr>
                <w:rFonts w:cs="Times New Roman"/>
              </w:rPr>
            </w:pPr>
            <w:r>
              <w:rPr>
                <w:rFonts w:cs="Times New Roman"/>
                <w:sz w:val="13"/>
              </w:rPr>
              <w:t>-0.003</w:t>
            </w:r>
          </w:p>
        </w:tc>
        <w:tc>
          <w:tcPr>
            <w:tcW w:w="792" w:type="dxa"/>
            <w:tcMar>
              <w:top w:w="50" w:type="dxa"/>
              <w:left w:w="70" w:type="dxa"/>
              <w:bottom w:w="50" w:type="dxa"/>
              <w:right w:w="70" w:type="dxa"/>
            </w:tcMar>
            <w:vAlign w:val="center"/>
          </w:tcPr>
          <w:p w14:paraId="4B3B5F4C" w14:textId="77777777" w:rsidR="00F57CE1" w:rsidRDefault="00F57CE1" w:rsidP="00573F18">
            <w:pPr>
              <w:spacing w:after="0" w:line="240" w:lineRule="auto"/>
              <w:jc w:val="right"/>
              <w:rPr>
                <w:rFonts w:cs="Times New Roman"/>
              </w:rPr>
            </w:pPr>
            <w:r>
              <w:rPr>
                <w:rFonts w:cs="Times New Roman"/>
                <w:sz w:val="13"/>
              </w:rPr>
              <w:t>-2.010</w:t>
            </w:r>
          </w:p>
        </w:tc>
        <w:tc>
          <w:tcPr>
            <w:tcW w:w="1152" w:type="dxa"/>
            <w:tcMar>
              <w:top w:w="50" w:type="dxa"/>
              <w:left w:w="70" w:type="dxa"/>
              <w:bottom w:w="50" w:type="dxa"/>
              <w:right w:w="70" w:type="dxa"/>
            </w:tcMar>
            <w:vAlign w:val="center"/>
          </w:tcPr>
          <w:p w14:paraId="3FC3B3B6" w14:textId="77777777" w:rsidR="00F57CE1" w:rsidRDefault="00F57CE1" w:rsidP="00573F18">
            <w:pPr>
              <w:spacing w:after="0" w:line="240" w:lineRule="auto"/>
              <w:jc w:val="right"/>
              <w:rPr>
                <w:rFonts w:cs="Times New Roman"/>
              </w:rPr>
            </w:pPr>
            <w:r>
              <w:rPr>
                <w:rFonts w:cs="Times New Roman"/>
                <w:sz w:val="13"/>
              </w:rPr>
              <w:t>-0.766</w:t>
            </w:r>
          </w:p>
        </w:tc>
        <w:tc>
          <w:tcPr>
            <w:tcW w:w="936" w:type="dxa"/>
            <w:tcMar>
              <w:top w:w="50" w:type="dxa"/>
              <w:left w:w="70" w:type="dxa"/>
              <w:bottom w:w="50" w:type="dxa"/>
              <w:right w:w="70" w:type="dxa"/>
            </w:tcMar>
            <w:vAlign w:val="center"/>
          </w:tcPr>
          <w:p w14:paraId="51D2236F" w14:textId="77777777" w:rsidR="00F57CE1" w:rsidRDefault="00F57CE1" w:rsidP="00573F18">
            <w:pPr>
              <w:spacing w:after="0" w:line="240" w:lineRule="auto"/>
              <w:jc w:val="right"/>
              <w:rPr>
                <w:rFonts w:cs="Times New Roman"/>
              </w:rPr>
            </w:pPr>
            <w:r>
              <w:rPr>
                <w:rFonts w:cs="Times New Roman"/>
                <w:sz w:val="13"/>
              </w:rPr>
              <w:t>-0.003</w:t>
            </w:r>
          </w:p>
        </w:tc>
        <w:tc>
          <w:tcPr>
            <w:tcW w:w="864" w:type="dxa"/>
            <w:tcMar>
              <w:top w:w="50" w:type="dxa"/>
              <w:left w:w="70" w:type="dxa"/>
              <w:bottom w:w="50" w:type="dxa"/>
              <w:right w:w="70" w:type="dxa"/>
            </w:tcMar>
            <w:vAlign w:val="center"/>
          </w:tcPr>
          <w:p w14:paraId="05A63CC2" w14:textId="77777777" w:rsidR="00F57CE1" w:rsidRDefault="00F57CE1" w:rsidP="00573F18">
            <w:pPr>
              <w:spacing w:after="0" w:line="240" w:lineRule="auto"/>
              <w:jc w:val="right"/>
              <w:rPr>
                <w:rFonts w:cs="Times New Roman"/>
              </w:rPr>
            </w:pPr>
            <w:r>
              <w:rPr>
                <w:rFonts w:cs="Times New Roman"/>
                <w:sz w:val="13"/>
              </w:rPr>
              <w:t>-0.024</w:t>
            </w:r>
          </w:p>
        </w:tc>
        <w:tc>
          <w:tcPr>
            <w:tcW w:w="1181" w:type="dxa"/>
            <w:tcMar>
              <w:top w:w="50" w:type="dxa"/>
              <w:left w:w="70" w:type="dxa"/>
              <w:bottom w:w="50" w:type="dxa"/>
              <w:right w:w="70" w:type="dxa"/>
            </w:tcMar>
            <w:vAlign w:val="center"/>
          </w:tcPr>
          <w:p w14:paraId="55759360" w14:textId="77777777" w:rsidR="00F57CE1" w:rsidRDefault="00F57CE1" w:rsidP="00573F18">
            <w:pPr>
              <w:spacing w:after="0" w:line="240" w:lineRule="auto"/>
              <w:jc w:val="right"/>
              <w:rPr>
                <w:rFonts w:cs="Times New Roman"/>
              </w:rPr>
            </w:pPr>
            <w:r>
              <w:rPr>
                <w:rFonts w:cs="Times New Roman"/>
                <w:sz w:val="13"/>
              </w:rPr>
              <w:t>-0.002</w:t>
            </w:r>
          </w:p>
        </w:tc>
        <w:tc>
          <w:tcPr>
            <w:tcW w:w="864" w:type="dxa"/>
            <w:tcMar>
              <w:top w:w="50" w:type="dxa"/>
              <w:left w:w="70" w:type="dxa"/>
              <w:bottom w:w="50" w:type="dxa"/>
              <w:right w:w="70" w:type="dxa"/>
            </w:tcMar>
            <w:vAlign w:val="center"/>
          </w:tcPr>
          <w:p w14:paraId="1AA3ACDC" w14:textId="77777777" w:rsidR="00F57CE1" w:rsidRDefault="00F57CE1" w:rsidP="00573F18">
            <w:pPr>
              <w:spacing w:after="0" w:line="240" w:lineRule="auto"/>
              <w:jc w:val="right"/>
              <w:rPr>
                <w:rFonts w:cs="Times New Roman"/>
              </w:rPr>
            </w:pPr>
            <w:r>
              <w:rPr>
                <w:rFonts w:cs="Times New Roman"/>
                <w:sz w:val="13"/>
              </w:rPr>
              <w:t>-0.100</w:t>
            </w:r>
          </w:p>
        </w:tc>
        <w:tc>
          <w:tcPr>
            <w:tcW w:w="936" w:type="dxa"/>
            <w:tcMar>
              <w:top w:w="50" w:type="dxa"/>
              <w:left w:w="70" w:type="dxa"/>
              <w:bottom w:w="50" w:type="dxa"/>
              <w:right w:w="70" w:type="dxa"/>
            </w:tcMar>
            <w:vAlign w:val="center"/>
          </w:tcPr>
          <w:p w14:paraId="142B2561" w14:textId="77777777" w:rsidR="00F57CE1" w:rsidRDefault="00F57CE1" w:rsidP="00573F18">
            <w:pPr>
              <w:spacing w:after="0" w:line="240" w:lineRule="auto"/>
              <w:jc w:val="right"/>
              <w:rPr>
                <w:rFonts w:cs="Times New Roman"/>
              </w:rPr>
            </w:pPr>
            <w:r>
              <w:rPr>
                <w:rFonts w:cs="Times New Roman"/>
                <w:sz w:val="13"/>
              </w:rPr>
              <w:t>-53.5</w:t>
            </w:r>
          </w:p>
        </w:tc>
        <w:tc>
          <w:tcPr>
            <w:tcW w:w="1080" w:type="dxa"/>
            <w:tcMar>
              <w:top w:w="50" w:type="dxa"/>
              <w:left w:w="70" w:type="dxa"/>
              <w:bottom w:w="50" w:type="dxa"/>
              <w:right w:w="70" w:type="dxa"/>
            </w:tcMar>
            <w:vAlign w:val="center"/>
          </w:tcPr>
          <w:p w14:paraId="5645A938" w14:textId="77777777" w:rsidR="00F57CE1" w:rsidRDefault="00F57CE1" w:rsidP="00573F18">
            <w:pPr>
              <w:spacing w:after="0" w:line="240" w:lineRule="auto"/>
              <w:jc w:val="right"/>
              <w:rPr>
                <w:rFonts w:cs="Times New Roman"/>
              </w:rPr>
            </w:pPr>
            <w:r>
              <w:rPr>
                <w:rFonts w:cs="Times New Roman"/>
                <w:sz w:val="13"/>
              </w:rPr>
              <w:t>-0.3</w:t>
            </w:r>
          </w:p>
        </w:tc>
        <w:tc>
          <w:tcPr>
            <w:tcW w:w="1080" w:type="dxa"/>
            <w:tcMar>
              <w:top w:w="50" w:type="dxa"/>
              <w:left w:w="70" w:type="dxa"/>
              <w:bottom w:w="50" w:type="dxa"/>
              <w:right w:w="70" w:type="dxa"/>
            </w:tcMar>
            <w:vAlign w:val="center"/>
          </w:tcPr>
          <w:p w14:paraId="49799EE9" w14:textId="77777777" w:rsidR="00F57CE1" w:rsidRDefault="00F57CE1" w:rsidP="00573F18">
            <w:pPr>
              <w:spacing w:after="0" w:line="240" w:lineRule="auto"/>
              <w:jc w:val="right"/>
              <w:rPr>
                <w:rFonts w:cs="Times New Roman"/>
              </w:rPr>
            </w:pPr>
            <w:r>
              <w:rPr>
                <w:rFonts w:cs="Times New Roman"/>
                <w:sz w:val="13"/>
              </w:rPr>
              <w:t>-0.2</w:t>
            </w:r>
          </w:p>
        </w:tc>
      </w:tr>
      <w:tr w:rsidR="00F57CE1" w14:paraId="179075B4" w14:textId="77777777" w:rsidTr="00573F18">
        <w:trPr>
          <w:jc w:val="center"/>
        </w:trPr>
        <w:tc>
          <w:tcPr>
            <w:tcW w:w="1008" w:type="dxa"/>
            <w:tcMar>
              <w:top w:w="50" w:type="dxa"/>
              <w:left w:w="70" w:type="dxa"/>
              <w:bottom w:w="50" w:type="dxa"/>
              <w:right w:w="70" w:type="dxa"/>
            </w:tcMar>
            <w:vAlign w:val="center"/>
          </w:tcPr>
          <w:p w14:paraId="7132CC01" w14:textId="77777777" w:rsidR="00F57CE1" w:rsidRDefault="00F57CE1" w:rsidP="00573F18">
            <w:pPr>
              <w:spacing w:after="0" w:line="240" w:lineRule="auto"/>
              <w:jc w:val="right"/>
              <w:rPr>
                <w:rFonts w:cs="Times New Roman"/>
              </w:rPr>
            </w:pPr>
            <w:r>
              <w:rPr>
                <w:rFonts w:cs="Times New Roman"/>
                <w:sz w:val="13"/>
              </w:rPr>
              <w:t>28</w:t>
            </w:r>
          </w:p>
        </w:tc>
        <w:tc>
          <w:tcPr>
            <w:tcW w:w="792" w:type="dxa"/>
            <w:tcMar>
              <w:top w:w="50" w:type="dxa"/>
              <w:left w:w="70" w:type="dxa"/>
              <w:bottom w:w="50" w:type="dxa"/>
              <w:right w:w="70" w:type="dxa"/>
            </w:tcMar>
            <w:vAlign w:val="center"/>
          </w:tcPr>
          <w:p w14:paraId="44C947F6" w14:textId="77777777" w:rsidR="00F57CE1" w:rsidRDefault="00F57CE1" w:rsidP="00573F18">
            <w:pPr>
              <w:spacing w:after="0" w:line="240" w:lineRule="auto"/>
              <w:jc w:val="right"/>
              <w:rPr>
                <w:rFonts w:cs="Times New Roman"/>
              </w:rPr>
            </w:pPr>
            <w:r>
              <w:rPr>
                <w:rFonts w:cs="Times New Roman"/>
                <w:sz w:val="13"/>
              </w:rPr>
              <w:t>2021</w:t>
            </w:r>
          </w:p>
        </w:tc>
        <w:tc>
          <w:tcPr>
            <w:tcW w:w="936" w:type="dxa"/>
            <w:tcMar>
              <w:top w:w="50" w:type="dxa"/>
              <w:left w:w="70" w:type="dxa"/>
              <w:bottom w:w="50" w:type="dxa"/>
              <w:right w:w="70" w:type="dxa"/>
            </w:tcMar>
            <w:vAlign w:val="center"/>
          </w:tcPr>
          <w:p w14:paraId="78DA7D1C" w14:textId="77777777" w:rsidR="00F57CE1" w:rsidRDefault="00F57CE1" w:rsidP="00573F18">
            <w:pPr>
              <w:spacing w:after="0" w:line="240" w:lineRule="auto"/>
              <w:jc w:val="right"/>
              <w:rPr>
                <w:rFonts w:cs="Times New Roman"/>
              </w:rPr>
            </w:pPr>
            <w:r>
              <w:rPr>
                <w:rFonts w:cs="Times New Roman"/>
                <w:sz w:val="13"/>
              </w:rPr>
              <w:t>0.332</w:t>
            </w:r>
          </w:p>
        </w:tc>
        <w:tc>
          <w:tcPr>
            <w:tcW w:w="792" w:type="dxa"/>
            <w:tcMar>
              <w:top w:w="50" w:type="dxa"/>
              <w:left w:w="70" w:type="dxa"/>
              <w:bottom w:w="50" w:type="dxa"/>
              <w:right w:w="70" w:type="dxa"/>
            </w:tcMar>
            <w:vAlign w:val="center"/>
          </w:tcPr>
          <w:p w14:paraId="70FE85B8" w14:textId="77777777" w:rsidR="00F57CE1" w:rsidRDefault="00F57CE1" w:rsidP="00573F18">
            <w:pPr>
              <w:spacing w:after="0" w:line="240" w:lineRule="auto"/>
              <w:jc w:val="right"/>
              <w:rPr>
                <w:rFonts w:cs="Times New Roman"/>
              </w:rPr>
            </w:pPr>
            <w:r>
              <w:rPr>
                <w:rFonts w:cs="Times New Roman"/>
                <w:sz w:val="13"/>
              </w:rPr>
              <w:t>0.750</w:t>
            </w:r>
          </w:p>
        </w:tc>
        <w:tc>
          <w:tcPr>
            <w:tcW w:w="1152" w:type="dxa"/>
            <w:tcMar>
              <w:top w:w="50" w:type="dxa"/>
              <w:left w:w="70" w:type="dxa"/>
              <w:bottom w:w="50" w:type="dxa"/>
              <w:right w:w="70" w:type="dxa"/>
            </w:tcMar>
            <w:vAlign w:val="center"/>
          </w:tcPr>
          <w:p w14:paraId="6F5CC912" w14:textId="77777777" w:rsidR="00F57CE1" w:rsidRDefault="00F57CE1" w:rsidP="00573F18">
            <w:pPr>
              <w:spacing w:after="0" w:line="240" w:lineRule="auto"/>
              <w:jc w:val="right"/>
              <w:rPr>
                <w:rFonts w:cs="Times New Roman"/>
              </w:rPr>
            </w:pPr>
            <w:r>
              <w:rPr>
                <w:rFonts w:cs="Times New Roman"/>
                <w:sz w:val="13"/>
              </w:rPr>
              <w:t>0.026</w:t>
            </w:r>
          </w:p>
        </w:tc>
        <w:tc>
          <w:tcPr>
            <w:tcW w:w="936" w:type="dxa"/>
            <w:tcMar>
              <w:top w:w="50" w:type="dxa"/>
              <w:left w:w="70" w:type="dxa"/>
              <w:bottom w:w="50" w:type="dxa"/>
              <w:right w:w="70" w:type="dxa"/>
            </w:tcMar>
            <w:vAlign w:val="center"/>
          </w:tcPr>
          <w:p w14:paraId="559AA0AA" w14:textId="77777777" w:rsidR="00F57CE1" w:rsidRDefault="00F57CE1" w:rsidP="00573F18">
            <w:pPr>
              <w:spacing w:after="0" w:line="240" w:lineRule="auto"/>
              <w:jc w:val="right"/>
              <w:rPr>
                <w:rFonts w:cs="Times New Roman"/>
              </w:rPr>
            </w:pPr>
            <w:r>
              <w:rPr>
                <w:rFonts w:cs="Times New Roman"/>
                <w:sz w:val="13"/>
              </w:rPr>
              <w:t>0.009</w:t>
            </w:r>
          </w:p>
        </w:tc>
        <w:tc>
          <w:tcPr>
            <w:tcW w:w="864" w:type="dxa"/>
            <w:tcMar>
              <w:top w:w="50" w:type="dxa"/>
              <w:left w:w="70" w:type="dxa"/>
              <w:bottom w:w="50" w:type="dxa"/>
              <w:right w:w="70" w:type="dxa"/>
            </w:tcMar>
            <w:vAlign w:val="center"/>
          </w:tcPr>
          <w:p w14:paraId="28126D9B" w14:textId="77777777" w:rsidR="00F57CE1" w:rsidRDefault="00F57CE1" w:rsidP="00573F18">
            <w:pPr>
              <w:spacing w:after="0" w:line="240" w:lineRule="auto"/>
              <w:jc w:val="right"/>
              <w:rPr>
                <w:rFonts w:cs="Times New Roman"/>
              </w:rPr>
            </w:pPr>
            <w:r>
              <w:rPr>
                <w:rFonts w:cs="Times New Roman"/>
                <w:sz w:val="13"/>
              </w:rPr>
              <w:t>-0.012</w:t>
            </w:r>
          </w:p>
        </w:tc>
        <w:tc>
          <w:tcPr>
            <w:tcW w:w="1181" w:type="dxa"/>
            <w:tcMar>
              <w:top w:w="50" w:type="dxa"/>
              <w:left w:w="70" w:type="dxa"/>
              <w:bottom w:w="50" w:type="dxa"/>
              <w:right w:w="70" w:type="dxa"/>
            </w:tcMar>
            <w:vAlign w:val="center"/>
          </w:tcPr>
          <w:p w14:paraId="66039099" w14:textId="77777777" w:rsidR="00F57CE1" w:rsidRDefault="00F57CE1" w:rsidP="00573F18">
            <w:pPr>
              <w:spacing w:after="0" w:line="240" w:lineRule="auto"/>
              <w:jc w:val="right"/>
              <w:rPr>
                <w:rFonts w:cs="Times New Roman"/>
              </w:rPr>
            </w:pPr>
            <w:r>
              <w:rPr>
                <w:rFonts w:cs="Times New Roman"/>
                <w:sz w:val="13"/>
              </w:rPr>
              <w:t>0.011</w:t>
            </w:r>
          </w:p>
        </w:tc>
        <w:tc>
          <w:tcPr>
            <w:tcW w:w="864" w:type="dxa"/>
            <w:tcMar>
              <w:top w:w="50" w:type="dxa"/>
              <w:left w:w="70" w:type="dxa"/>
              <w:bottom w:w="50" w:type="dxa"/>
              <w:right w:w="70" w:type="dxa"/>
            </w:tcMar>
            <w:vAlign w:val="center"/>
          </w:tcPr>
          <w:p w14:paraId="31CF2DC0" w14:textId="77777777" w:rsidR="00F57CE1" w:rsidRDefault="00F57CE1" w:rsidP="00573F18">
            <w:pPr>
              <w:spacing w:after="0" w:line="240" w:lineRule="auto"/>
              <w:jc w:val="right"/>
              <w:rPr>
                <w:rFonts w:cs="Times New Roman"/>
              </w:rPr>
            </w:pPr>
            <w:r>
              <w:rPr>
                <w:rFonts w:cs="Times New Roman"/>
                <w:sz w:val="13"/>
              </w:rPr>
              <w:t>-0.300</w:t>
            </w:r>
          </w:p>
        </w:tc>
        <w:tc>
          <w:tcPr>
            <w:tcW w:w="936" w:type="dxa"/>
            <w:tcMar>
              <w:top w:w="50" w:type="dxa"/>
              <w:left w:w="70" w:type="dxa"/>
              <w:bottom w:w="50" w:type="dxa"/>
              <w:right w:w="70" w:type="dxa"/>
            </w:tcMar>
            <w:vAlign w:val="center"/>
          </w:tcPr>
          <w:p w14:paraId="741AF55D" w14:textId="77777777" w:rsidR="00F57CE1" w:rsidRDefault="00F57CE1" w:rsidP="00573F18">
            <w:pPr>
              <w:spacing w:after="0" w:line="240" w:lineRule="auto"/>
              <w:jc w:val="right"/>
              <w:rPr>
                <w:rFonts w:cs="Times New Roman"/>
              </w:rPr>
            </w:pPr>
            <w:r>
              <w:rPr>
                <w:rFonts w:cs="Times New Roman"/>
                <w:sz w:val="13"/>
              </w:rPr>
              <w:t>2.6</w:t>
            </w:r>
          </w:p>
        </w:tc>
        <w:tc>
          <w:tcPr>
            <w:tcW w:w="1080" w:type="dxa"/>
            <w:tcMar>
              <w:top w:w="50" w:type="dxa"/>
              <w:left w:w="70" w:type="dxa"/>
              <w:bottom w:w="50" w:type="dxa"/>
              <w:right w:w="70" w:type="dxa"/>
            </w:tcMar>
            <w:vAlign w:val="center"/>
          </w:tcPr>
          <w:p w14:paraId="4943F017" w14:textId="77777777" w:rsidR="00F57CE1" w:rsidRDefault="00F57CE1" w:rsidP="00573F18">
            <w:pPr>
              <w:spacing w:after="0" w:line="240" w:lineRule="auto"/>
              <w:jc w:val="right"/>
              <w:rPr>
                <w:rFonts w:cs="Times New Roman"/>
              </w:rPr>
            </w:pPr>
            <w:r>
              <w:rPr>
                <w:rFonts w:cs="Times New Roman"/>
                <w:sz w:val="13"/>
              </w:rPr>
              <w:t>0.9</w:t>
            </w:r>
          </w:p>
        </w:tc>
        <w:tc>
          <w:tcPr>
            <w:tcW w:w="1080" w:type="dxa"/>
            <w:tcMar>
              <w:top w:w="50" w:type="dxa"/>
              <w:left w:w="70" w:type="dxa"/>
              <w:bottom w:w="50" w:type="dxa"/>
              <w:right w:w="70" w:type="dxa"/>
            </w:tcMar>
            <w:vAlign w:val="center"/>
          </w:tcPr>
          <w:p w14:paraId="4E5E6D35" w14:textId="77777777" w:rsidR="00F57CE1" w:rsidRDefault="00F57CE1" w:rsidP="00573F18">
            <w:pPr>
              <w:spacing w:after="0" w:line="240" w:lineRule="auto"/>
              <w:jc w:val="right"/>
              <w:rPr>
                <w:rFonts w:cs="Times New Roman"/>
              </w:rPr>
            </w:pPr>
            <w:r>
              <w:rPr>
                <w:rFonts w:cs="Times New Roman"/>
                <w:sz w:val="13"/>
              </w:rPr>
              <w:t>1.1</w:t>
            </w:r>
          </w:p>
        </w:tc>
      </w:tr>
      <w:tr w:rsidR="00F57CE1" w14:paraId="2F9CB7DE" w14:textId="77777777" w:rsidTr="00573F18">
        <w:trPr>
          <w:jc w:val="center"/>
        </w:trPr>
        <w:tc>
          <w:tcPr>
            <w:tcW w:w="1008" w:type="dxa"/>
            <w:tcMar>
              <w:top w:w="50" w:type="dxa"/>
              <w:left w:w="70" w:type="dxa"/>
              <w:bottom w:w="50" w:type="dxa"/>
              <w:right w:w="70" w:type="dxa"/>
            </w:tcMar>
            <w:vAlign w:val="center"/>
          </w:tcPr>
          <w:p w14:paraId="1C004000" w14:textId="77777777" w:rsidR="00F57CE1" w:rsidRDefault="00F57CE1" w:rsidP="00573F18">
            <w:pPr>
              <w:spacing w:after="0" w:line="240" w:lineRule="auto"/>
              <w:jc w:val="right"/>
              <w:rPr>
                <w:rFonts w:cs="Times New Roman"/>
              </w:rPr>
            </w:pPr>
            <w:r>
              <w:rPr>
                <w:rFonts w:cs="Times New Roman"/>
                <w:sz w:val="13"/>
              </w:rPr>
              <w:t>28</w:t>
            </w:r>
          </w:p>
        </w:tc>
        <w:tc>
          <w:tcPr>
            <w:tcW w:w="792" w:type="dxa"/>
            <w:tcMar>
              <w:top w:w="50" w:type="dxa"/>
              <w:left w:w="70" w:type="dxa"/>
              <w:bottom w:w="50" w:type="dxa"/>
              <w:right w:w="70" w:type="dxa"/>
            </w:tcMar>
            <w:vAlign w:val="center"/>
          </w:tcPr>
          <w:p w14:paraId="50A41006" w14:textId="77777777" w:rsidR="00F57CE1" w:rsidRDefault="00F57CE1" w:rsidP="00573F18">
            <w:pPr>
              <w:spacing w:after="0" w:line="240" w:lineRule="auto"/>
              <w:jc w:val="right"/>
              <w:rPr>
                <w:rFonts w:cs="Times New Roman"/>
              </w:rPr>
            </w:pPr>
            <w:r>
              <w:rPr>
                <w:rFonts w:cs="Times New Roman"/>
                <w:sz w:val="13"/>
              </w:rPr>
              <w:t>2022</w:t>
            </w:r>
          </w:p>
        </w:tc>
        <w:tc>
          <w:tcPr>
            <w:tcW w:w="936" w:type="dxa"/>
            <w:tcMar>
              <w:top w:w="50" w:type="dxa"/>
              <w:left w:w="70" w:type="dxa"/>
              <w:bottom w:w="50" w:type="dxa"/>
              <w:right w:w="70" w:type="dxa"/>
            </w:tcMar>
            <w:vAlign w:val="center"/>
          </w:tcPr>
          <w:p w14:paraId="41078FB8" w14:textId="77777777" w:rsidR="00F57CE1" w:rsidRDefault="00F57CE1" w:rsidP="00573F18">
            <w:pPr>
              <w:spacing w:after="0" w:line="240" w:lineRule="auto"/>
              <w:jc w:val="right"/>
              <w:rPr>
                <w:rFonts w:cs="Times New Roman"/>
              </w:rPr>
            </w:pPr>
            <w:r>
              <w:rPr>
                <w:rFonts w:cs="Times New Roman"/>
                <w:sz w:val="13"/>
              </w:rPr>
              <w:t>0.254</w:t>
            </w:r>
          </w:p>
        </w:tc>
        <w:tc>
          <w:tcPr>
            <w:tcW w:w="792" w:type="dxa"/>
            <w:tcMar>
              <w:top w:w="50" w:type="dxa"/>
              <w:left w:w="70" w:type="dxa"/>
              <w:bottom w:w="50" w:type="dxa"/>
              <w:right w:w="70" w:type="dxa"/>
            </w:tcMar>
            <w:vAlign w:val="center"/>
          </w:tcPr>
          <w:p w14:paraId="5A216201" w14:textId="77777777" w:rsidR="00F57CE1" w:rsidRDefault="00F57CE1" w:rsidP="00573F18">
            <w:pPr>
              <w:spacing w:after="0" w:line="240" w:lineRule="auto"/>
              <w:jc w:val="right"/>
              <w:rPr>
                <w:rFonts w:cs="Times New Roman"/>
              </w:rPr>
            </w:pPr>
            <w:r>
              <w:rPr>
                <w:rFonts w:cs="Times New Roman"/>
                <w:sz w:val="13"/>
              </w:rPr>
              <w:t>0.850</w:t>
            </w:r>
          </w:p>
        </w:tc>
        <w:tc>
          <w:tcPr>
            <w:tcW w:w="1152" w:type="dxa"/>
            <w:tcMar>
              <w:top w:w="50" w:type="dxa"/>
              <w:left w:w="70" w:type="dxa"/>
              <w:bottom w:w="50" w:type="dxa"/>
              <w:right w:w="70" w:type="dxa"/>
            </w:tcMar>
            <w:vAlign w:val="center"/>
          </w:tcPr>
          <w:p w14:paraId="4DB9AA3D" w14:textId="77777777" w:rsidR="00F57CE1" w:rsidRDefault="00F57CE1" w:rsidP="00573F18">
            <w:pPr>
              <w:spacing w:after="0" w:line="240" w:lineRule="auto"/>
              <w:jc w:val="right"/>
              <w:rPr>
                <w:rFonts w:cs="Times New Roman"/>
              </w:rPr>
            </w:pPr>
            <w:r>
              <w:rPr>
                <w:rFonts w:cs="Times New Roman"/>
                <w:sz w:val="13"/>
              </w:rPr>
              <w:t>-0.052</w:t>
            </w:r>
          </w:p>
        </w:tc>
        <w:tc>
          <w:tcPr>
            <w:tcW w:w="936" w:type="dxa"/>
            <w:tcMar>
              <w:top w:w="50" w:type="dxa"/>
              <w:left w:w="70" w:type="dxa"/>
              <w:bottom w:w="50" w:type="dxa"/>
              <w:right w:w="70" w:type="dxa"/>
            </w:tcMar>
            <w:vAlign w:val="center"/>
          </w:tcPr>
          <w:p w14:paraId="66C4B2E2" w14:textId="77777777" w:rsidR="00F57CE1" w:rsidRDefault="00F57CE1" w:rsidP="00573F18">
            <w:pPr>
              <w:spacing w:after="0" w:line="240" w:lineRule="auto"/>
              <w:jc w:val="right"/>
              <w:rPr>
                <w:rFonts w:cs="Times New Roman"/>
              </w:rPr>
            </w:pPr>
            <w:r>
              <w:rPr>
                <w:rFonts w:cs="Times New Roman"/>
                <w:sz w:val="13"/>
              </w:rPr>
              <w:t>0.001</w:t>
            </w:r>
          </w:p>
        </w:tc>
        <w:tc>
          <w:tcPr>
            <w:tcW w:w="864" w:type="dxa"/>
            <w:tcMar>
              <w:top w:w="50" w:type="dxa"/>
              <w:left w:w="70" w:type="dxa"/>
              <w:bottom w:w="50" w:type="dxa"/>
              <w:right w:w="70" w:type="dxa"/>
            </w:tcMar>
            <w:vAlign w:val="center"/>
          </w:tcPr>
          <w:p w14:paraId="230F884E" w14:textId="77777777" w:rsidR="00F57CE1" w:rsidRDefault="00F57CE1" w:rsidP="00573F18">
            <w:pPr>
              <w:spacing w:after="0" w:line="240" w:lineRule="auto"/>
              <w:jc w:val="right"/>
              <w:rPr>
                <w:rFonts w:cs="Times New Roman"/>
              </w:rPr>
            </w:pPr>
            <w:r>
              <w:rPr>
                <w:rFonts w:cs="Times New Roman"/>
                <w:sz w:val="13"/>
              </w:rPr>
              <w:t>0.059</w:t>
            </w:r>
          </w:p>
        </w:tc>
        <w:tc>
          <w:tcPr>
            <w:tcW w:w="1181" w:type="dxa"/>
            <w:tcMar>
              <w:top w:w="50" w:type="dxa"/>
              <w:left w:w="70" w:type="dxa"/>
              <w:bottom w:w="50" w:type="dxa"/>
              <w:right w:w="70" w:type="dxa"/>
            </w:tcMar>
            <w:vAlign w:val="center"/>
          </w:tcPr>
          <w:p w14:paraId="25ECEA02" w14:textId="77777777" w:rsidR="00F57CE1" w:rsidRDefault="00F57CE1" w:rsidP="00573F18">
            <w:pPr>
              <w:spacing w:after="0" w:line="240" w:lineRule="auto"/>
              <w:jc w:val="right"/>
              <w:rPr>
                <w:rFonts w:cs="Times New Roman"/>
              </w:rPr>
            </w:pPr>
            <w:r>
              <w:rPr>
                <w:rFonts w:cs="Times New Roman"/>
                <w:sz w:val="13"/>
              </w:rPr>
              <w:t>0.003</w:t>
            </w:r>
          </w:p>
        </w:tc>
        <w:tc>
          <w:tcPr>
            <w:tcW w:w="864" w:type="dxa"/>
            <w:tcMar>
              <w:top w:w="50" w:type="dxa"/>
              <w:left w:w="70" w:type="dxa"/>
              <w:bottom w:w="50" w:type="dxa"/>
              <w:right w:w="70" w:type="dxa"/>
            </w:tcMar>
            <w:vAlign w:val="center"/>
          </w:tcPr>
          <w:p w14:paraId="0CDA281F" w14:textId="77777777" w:rsidR="00F57CE1" w:rsidRDefault="00F57CE1" w:rsidP="00573F18">
            <w:pPr>
              <w:spacing w:after="0" w:line="240" w:lineRule="auto"/>
              <w:jc w:val="right"/>
              <w:rPr>
                <w:rFonts w:cs="Times New Roman"/>
              </w:rPr>
            </w:pPr>
            <w:r>
              <w:rPr>
                <w:rFonts w:cs="Times New Roman"/>
                <w:sz w:val="13"/>
              </w:rPr>
              <w:t>-0.285</w:t>
            </w:r>
          </w:p>
        </w:tc>
        <w:tc>
          <w:tcPr>
            <w:tcW w:w="936" w:type="dxa"/>
            <w:tcMar>
              <w:top w:w="50" w:type="dxa"/>
              <w:left w:w="70" w:type="dxa"/>
              <w:bottom w:w="50" w:type="dxa"/>
              <w:right w:w="70" w:type="dxa"/>
            </w:tcMar>
            <w:vAlign w:val="center"/>
          </w:tcPr>
          <w:p w14:paraId="2841D520" w14:textId="77777777" w:rsidR="00F57CE1" w:rsidRDefault="00F57CE1" w:rsidP="00573F18">
            <w:pPr>
              <w:spacing w:after="0" w:line="240" w:lineRule="auto"/>
              <w:jc w:val="right"/>
              <w:rPr>
                <w:rFonts w:cs="Times New Roman"/>
              </w:rPr>
            </w:pPr>
            <w:r>
              <w:rPr>
                <w:rFonts w:cs="Times New Roman"/>
                <w:sz w:val="13"/>
              </w:rPr>
              <w:t>-5.1</w:t>
            </w:r>
          </w:p>
        </w:tc>
        <w:tc>
          <w:tcPr>
            <w:tcW w:w="1080" w:type="dxa"/>
            <w:tcMar>
              <w:top w:w="50" w:type="dxa"/>
              <w:left w:w="70" w:type="dxa"/>
              <w:bottom w:w="50" w:type="dxa"/>
              <w:right w:w="70" w:type="dxa"/>
            </w:tcMar>
            <w:vAlign w:val="center"/>
          </w:tcPr>
          <w:p w14:paraId="0099F862" w14:textId="77777777" w:rsidR="00F57CE1" w:rsidRDefault="00F57CE1" w:rsidP="00573F18">
            <w:pPr>
              <w:spacing w:after="0" w:line="240" w:lineRule="auto"/>
              <w:jc w:val="right"/>
              <w:rPr>
                <w:rFonts w:cs="Times New Roman"/>
              </w:rPr>
            </w:pPr>
            <w:r>
              <w:rPr>
                <w:rFonts w:cs="Times New Roman"/>
                <w:sz w:val="13"/>
              </w:rPr>
              <w:t>0.1</w:t>
            </w:r>
          </w:p>
        </w:tc>
        <w:tc>
          <w:tcPr>
            <w:tcW w:w="1080" w:type="dxa"/>
            <w:tcMar>
              <w:top w:w="50" w:type="dxa"/>
              <w:left w:w="70" w:type="dxa"/>
              <w:bottom w:w="50" w:type="dxa"/>
              <w:right w:w="70" w:type="dxa"/>
            </w:tcMar>
            <w:vAlign w:val="center"/>
          </w:tcPr>
          <w:p w14:paraId="2DDA6D38" w14:textId="77777777" w:rsidR="00F57CE1" w:rsidRDefault="00F57CE1" w:rsidP="00573F18">
            <w:pPr>
              <w:spacing w:after="0" w:line="240" w:lineRule="auto"/>
              <w:jc w:val="right"/>
              <w:rPr>
                <w:rFonts w:cs="Times New Roman"/>
              </w:rPr>
            </w:pPr>
            <w:r>
              <w:rPr>
                <w:rFonts w:cs="Times New Roman"/>
                <w:sz w:val="13"/>
              </w:rPr>
              <w:t>0.3</w:t>
            </w:r>
          </w:p>
        </w:tc>
      </w:tr>
      <w:tr w:rsidR="00F57CE1" w14:paraId="354751DA" w14:textId="77777777" w:rsidTr="00573F18">
        <w:trPr>
          <w:jc w:val="center"/>
        </w:trPr>
        <w:tc>
          <w:tcPr>
            <w:tcW w:w="1008" w:type="dxa"/>
            <w:tcMar>
              <w:top w:w="50" w:type="dxa"/>
              <w:left w:w="70" w:type="dxa"/>
              <w:bottom w:w="50" w:type="dxa"/>
              <w:right w:w="70" w:type="dxa"/>
            </w:tcMar>
            <w:vAlign w:val="center"/>
          </w:tcPr>
          <w:p w14:paraId="2A46794F" w14:textId="77777777" w:rsidR="00F57CE1" w:rsidRDefault="00F57CE1" w:rsidP="00573F18">
            <w:pPr>
              <w:spacing w:after="0" w:line="240" w:lineRule="auto"/>
              <w:jc w:val="right"/>
              <w:rPr>
                <w:rFonts w:cs="Times New Roman"/>
              </w:rPr>
            </w:pPr>
            <w:r>
              <w:rPr>
                <w:rFonts w:cs="Times New Roman"/>
                <w:sz w:val="13"/>
              </w:rPr>
              <w:t>28</w:t>
            </w:r>
          </w:p>
        </w:tc>
        <w:tc>
          <w:tcPr>
            <w:tcW w:w="792" w:type="dxa"/>
            <w:tcMar>
              <w:top w:w="50" w:type="dxa"/>
              <w:left w:w="70" w:type="dxa"/>
              <w:bottom w:w="50" w:type="dxa"/>
              <w:right w:w="70" w:type="dxa"/>
            </w:tcMar>
            <w:vAlign w:val="center"/>
          </w:tcPr>
          <w:p w14:paraId="6CA889A0" w14:textId="77777777" w:rsidR="00F57CE1" w:rsidRDefault="00F57CE1" w:rsidP="00573F18">
            <w:pPr>
              <w:spacing w:after="0" w:line="240" w:lineRule="auto"/>
              <w:jc w:val="right"/>
              <w:rPr>
                <w:rFonts w:cs="Times New Roman"/>
              </w:rPr>
            </w:pPr>
            <w:r>
              <w:rPr>
                <w:rFonts w:cs="Times New Roman"/>
                <w:sz w:val="13"/>
              </w:rPr>
              <w:t>2023</w:t>
            </w:r>
          </w:p>
        </w:tc>
        <w:tc>
          <w:tcPr>
            <w:tcW w:w="936" w:type="dxa"/>
            <w:tcMar>
              <w:top w:w="50" w:type="dxa"/>
              <w:left w:w="70" w:type="dxa"/>
              <w:bottom w:w="50" w:type="dxa"/>
              <w:right w:w="70" w:type="dxa"/>
            </w:tcMar>
            <w:vAlign w:val="center"/>
          </w:tcPr>
          <w:p w14:paraId="18B4B0FB" w14:textId="77777777" w:rsidR="00F57CE1" w:rsidRDefault="00F57CE1" w:rsidP="00573F18">
            <w:pPr>
              <w:spacing w:after="0" w:line="240" w:lineRule="auto"/>
              <w:jc w:val="right"/>
              <w:rPr>
                <w:rFonts w:cs="Times New Roman"/>
              </w:rPr>
            </w:pPr>
            <w:r>
              <w:rPr>
                <w:rFonts w:cs="Times New Roman"/>
                <w:sz w:val="13"/>
              </w:rPr>
              <w:t>0.266</w:t>
            </w:r>
          </w:p>
        </w:tc>
        <w:tc>
          <w:tcPr>
            <w:tcW w:w="792" w:type="dxa"/>
            <w:tcMar>
              <w:top w:w="50" w:type="dxa"/>
              <w:left w:w="70" w:type="dxa"/>
              <w:bottom w:w="50" w:type="dxa"/>
              <w:right w:w="70" w:type="dxa"/>
            </w:tcMar>
            <w:vAlign w:val="center"/>
          </w:tcPr>
          <w:p w14:paraId="66F653FD" w14:textId="77777777" w:rsidR="00F57CE1" w:rsidRDefault="00F57CE1" w:rsidP="00573F18">
            <w:pPr>
              <w:spacing w:after="0" w:line="240" w:lineRule="auto"/>
              <w:jc w:val="right"/>
              <w:rPr>
                <w:rFonts w:cs="Times New Roman"/>
              </w:rPr>
            </w:pPr>
            <w:r>
              <w:rPr>
                <w:rFonts w:cs="Times New Roman"/>
                <w:sz w:val="13"/>
              </w:rPr>
              <w:t>0.850</w:t>
            </w:r>
          </w:p>
        </w:tc>
        <w:tc>
          <w:tcPr>
            <w:tcW w:w="1152" w:type="dxa"/>
            <w:tcMar>
              <w:top w:w="50" w:type="dxa"/>
              <w:left w:w="70" w:type="dxa"/>
              <w:bottom w:w="50" w:type="dxa"/>
              <w:right w:w="70" w:type="dxa"/>
            </w:tcMar>
            <w:vAlign w:val="center"/>
          </w:tcPr>
          <w:p w14:paraId="130103B4" w14:textId="77777777" w:rsidR="00F57CE1" w:rsidRDefault="00F57CE1" w:rsidP="00573F18">
            <w:pPr>
              <w:spacing w:after="0" w:line="240" w:lineRule="auto"/>
              <w:jc w:val="right"/>
              <w:rPr>
                <w:rFonts w:cs="Times New Roman"/>
              </w:rPr>
            </w:pPr>
            <w:r>
              <w:rPr>
                <w:rFonts w:cs="Times New Roman"/>
                <w:sz w:val="13"/>
              </w:rPr>
              <w:t>-0.031</w:t>
            </w:r>
          </w:p>
        </w:tc>
        <w:tc>
          <w:tcPr>
            <w:tcW w:w="936" w:type="dxa"/>
            <w:tcMar>
              <w:top w:w="50" w:type="dxa"/>
              <w:left w:w="70" w:type="dxa"/>
              <w:bottom w:w="50" w:type="dxa"/>
              <w:right w:w="70" w:type="dxa"/>
            </w:tcMar>
            <w:vAlign w:val="center"/>
          </w:tcPr>
          <w:p w14:paraId="28F7CE5C" w14:textId="77777777" w:rsidR="00F57CE1" w:rsidRDefault="00F57CE1" w:rsidP="00573F18">
            <w:pPr>
              <w:spacing w:after="0" w:line="240" w:lineRule="auto"/>
              <w:jc w:val="right"/>
              <w:rPr>
                <w:rFonts w:cs="Times New Roman"/>
              </w:rPr>
            </w:pPr>
            <w:r>
              <w:rPr>
                <w:rFonts w:cs="Times New Roman"/>
                <w:sz w:val="13"/>
              </w:rPr>
              <w:t>0.001</w:t>
            </w:r>
          </w:p>
        </w:tc>
        <w:tc>
          <w:tcPr>
            <w:tcW w:w="864" w:type="dxa"/>
            <w:tcMar>
              <w:top w:w="50" w:type="dxa"/>
              <w:left w:w="70" w:type="dxa"/>
              <w:bottom w:w="50" w:type="dxa"/>
              <w:right w:w="70" w:type="dxa"/>
            </w:tcMar>
            <w:vAlign w:val="center"/>
          </w:tcPr>
          <w:p w14:paraId="45B45B37" w14:textId="77777777" w:rsidR="00F57CE1" w:rsidRDefault="00F57CE1" w:rsidP="00573F18">
            <w:pPr>
              <w:spacing w:after="0" w:line="240" w:lineRule="auto"/>
              <w:jc w:val="right"/>
              <w:rPr>
                <w:rFonts w:cs="Times New Roman"/>
              </w:rPr>
            </w:pPr>
            <w:r>
              <w:rPr>
                <w:rFonts w:cs="Times New Roman"/>
                <w:sz w:val="13"/>
              </w:rPr>
              <w:t>0.030</w:t>
            </w:r>
          </w:p>
        </w:tc>
        <w:tc>
          <w:tcPr>
            <w:tcW w:w="1181" w:type="dxa"/>
            <w:tcMar>
              <w:top w:w="50" w:type="dxa"/>
              <w:left w:w="70" w:type="dxa"/>
              <w:bottom w:w="50" w:type="dxa"/>
              <w:right w:w="70" w:type="dxa"/>
            </w:tcMar>
            <w:vAlign w:val="center"/>
          </w:tcPr>
          <w:p w14:paraId="331C24DF" w14:textId="77777777" w:rsidR="00F57CE1" w:rsidRDefault="00F57CE1" w:rsidP="00573F18">
            <w:pPr>
              <w:spacing w:after="0" w:line="240" w:lineRule="auto"/>
              <w:jc w:val="right"/>
              <w:rPr>
                <w:rFonts w:cs="Times New Roman"/>
              </w:rPr>
            </w:pPr>
            <w:r>
              <w:rPr>
                <w:rFonts w:cs="Times New Roman"/>
                <w:sz w:val="13"/>
              </w:rPr>
              <w:t>0.007</w:t>
            </w:r>
          </w:p>
        </w:tc>
        <w:tc>
          <w:tcPr>
            <w:tcW w:w="864" w:type="dxa"/>
            <w:tcMar>
              <w:top w:w="50" w:type="dxa"/>
              <w:left w:w="70" w:type="dxa"/>
              <w:bottom w:w="50" w:type="dxa"/>
              <w:right w:w="70" w:type="dxa"/>
            </w:tcMar>
            <w:vAlign w:val="center"/>
          </w:tcPr>
          <w:p w14:paraId="59BF5B52" w14:textId="77777777" w:rsidR="00F57CE1" w:rsidRDefault="00F57CE1" w:rsidP="00573F18">
            <w:pPr>
              <w:spacing w:after="0" w:line="240" w:lineRule="auto"/>
              <w:jc w:val="right"/>
              <w:rPr>
                <w:rFonts w:cs="Times New Roman"/>
              </w:rPr>
            </w:pPr>
            <w:r>
              <w:rPr>
                <w:rFonts w:cs="Times New Roman"/>
                <w:sz w:val="13"/>
              </w:rPr>
              <w:t>-0.170</w:t>
            </w:r>
          </w:p>
        </w:tc>
        <w:tc>
          <w:tcPr>
            <w:tcW w:w="936" w:type="dxa"/>
            <w:tcMar>
              <w:top w:w="50" w:type="dxa"/>
              <w:left w:w="70" w:type="dxa"/>
              <w:bottom w:w="50" w:type="dxa"/>
              <w:right w:w="70" w:type="dxa"/>
            </w:tcMar>
            <w:vAlign w:val="center"/>
          </w:tcPr>
          <w:p w14:paraId="1D1F509A" w14:textId="77777777" w:rsidR="00F57CE1" w:rsidRDefault="00F57CE1" w:rsidP="00573F18">
            <w:pPr>
              <w:spacing w:after="0" w:line="240" w:lineRule="auto"/>
              <w:jc w:val="right"/>
              <w:rPr>
                <w:rFonts w:cs="Times New Roman"/>
              </w:rPr>
            </w:pPr>
            <w:r>
              <w:rPr>
                <w:rFonts w:cs="Times New Roman"/>
                <w:sz w:val="13"/>
              </w:rPr>
              <w:t>-3.1</w:t>
            </w:r>
          </w:p>
        </w:tc>
        <w:tc>
          <w:tcPr>
            <w:tcW w:w="1080" w:type="dxa"/>
            <w:tcMar>
              <w:top w:w="50" w:type="dxa"/>
              <w:left w:w="70" w:type="dxa"/>
              <w:bottom w:w="50" w:type="dxa"/>
              <w:right w:w="70" w:type="dxa"/>
            </w:tcMar>
            <w:vAlign w:val="center"/>
          </w:tcPr>
          <w:p w14:paraId="5563E86E" w14:textId="77777777" w:rsidR="00F57CE1" w:rsidRDefault="00F57CE1" w:rsidP="00573F18">
            <w:pPr>
              <w:spacing w:after="0" w:line="240" w:lineRule="auto"/>
              <w:jc w:val="right"/>
              <w:rPr>
                <w:rFonts w:cs="Times New Roman"/>
              </w:rPr>
            </w:pPr>
            <w:r>
              <w:rPr>
                <w:rFonts w:cs="Times New Roman"/>
                <w:sz w:val="13"/>
              </w:rPr>
              <w:t>0.1</w:t>
            </w:r>
          </w:p>
        </w:tc>
        <w:tc>
          <w:tcPr>
            <w:tcW w:w="1080" w:type="dxa"/>
            <w:tcMar>
              <w:top w:w="50" w:type="dxa"/>
              <w:left w:w="70" w:type="dxa"/>
              <w:bottom w:w="50" w:type="dxa"/>
              <w:right w:w="70" w:type="dxa"/>
            </w:tcMar>
            <w:vAlign w:val="center"/>
          </w:tcPr>
          <w:p w14:paraId="74D89E8C" w14:textId="77777777" w:rsidR="00F57CE1" w:rsidRDefault="00F57CE1" w:rsidP="00573F18">
            <w:pPr>
              <w:spacing w:after="0" w:line="240" w:lineRule="auto"/>
              <w:jc w:val="right"/>
              <w:rPr>
                <w:rFonts w:cs="Times New Roman"/>
              </w:rPr>
            </w:pPr>
            <w:r>
              <w:rPr>
                <w:rFonts w:cs="Times New Roman"/>
                <w:sz w:val="13"/>
              </w:rPr>
              <w:t>0.7</w:t>
            </w:r>
          </w:p>
        </w:tc>
      </w:tr>
    </w:tbl>
    <w:p w14:paraId="0C1BEEBE" w14:textId="77777777" w:rsidR="00F57CE1" w:rsidRDefault="00F57CE1" w:rsidP="00F57CE1">
      <w:pPr>
        <w:spacing w:before="40" w:after="100" w:line="240" w:lineRule="auto"/>
        <w:jc w:val="both"/>
        <w:rPr>
          <w:rFonts w:cs="Times New Roman"/>
        </w:rPr>
      </w:pPr>
      <w:r>
        <w:rPr>
          <w:rFonts w:cs="Times New Roman"/>
        </w:rPr>
        <w:t>Notes: The outlier audit identifies 69 observations with at least one extreme 3-IQR flag, of which 25 enter the RHS-based exclusion rule used in the robustness exercise. Percent-change columns are transformations of the corresponding log changes. These observations are not deleted from the baseline estimates and should be checked against the original statistical sources before any data correction is made.</w:t>
      </w:r>
    </w:p>
    <w:p w14:paraId="26A29AA2" w14:textId="77777777" w:rsidR="00F57CE1" w:rsidRDefault="00F57CE1" w:rsidP="00F57CE1">
      <w:pPr>
        <w:rPr>
          <w:rFonts w:cs="Times New Roman"/>
        </w:rPr>
        <w:sectPr w:rsidR="00F57CE1" w:rsidSect="00F57CE1">
          <w:footerReference w:type="default" r:id="rId6"/>
          <w:pgSz w:w="15840" w:h="12240" w:orient="landscape"/>
          <w:pgMar w:top="792" w:right="792" w:bottom="792" w:left="792" w:header="720" w:footer="720" w:gutter="0"/>
          <w:cols w:space="720"/>
          <w:docGrid w:linePitch="360"/>
        </w:sectPr>
      </w:pPr>
    </w:p>
    <w:p w14:paraId="471307C0" w14:textId="77777777" w:rsidR="00F57CE1" w:rsidRDefault="00F57CE1" w:rsidP="00F57CE1">
      <w:pPr>
        <w:spacing w:after="120" w:line="264" w:lineRule="auto"/>
        <w:rPr>
          <w:rFonts w:cs="Times New Roman"/>
        </w:rPr>
      </w:pPr>
    </w:p>
    <w:p w14:paraId="401D34DB" w14:textId="77777777" w:rsidR="00F57CE1" w:rsidRDefault="00F57CE1" w:rsidP="00F57CE1">
      <w:pPr>
        <w:pStyle w:val="Heading2"/>
        <w:rPr>
          <w:rFonts w:ascii="Times New Roman" w:hAnsi="Times New Roman" w:cs="Times New Roman"/>
        </w:rPr>
      </w:pPr>
      <w:r>
        <w:rPr>
          <w:rFonts w:ascii="Times New Roman" w:hAnsi="Times New Roman" w:cs="Times New Roman"/>
        </w:rPr>
        <w:t>Table OA.9. Standardized-shock baseline local-projection responses</w:t>
      </w:r>
    </w:p>
    <w:tbl>
      <w:tblPr>
        <w:tblW w:w="0" w:type="auto"/>
        <w:tblLook w:val="04A0" w:firstRow="1" w:lastRow="0" w:firstColumn="1" w:lastColumn="0" w:noHBand="0" w:noVBand="1"/>
      </w:tblPr>
      <w:tblGrid>
        <w:gridCol w:w="1182"/>
        <w:gridCol w:w="1182"/>
        <w:gridCol w:w="1182"/>
        <w:gridCol w:w="1183"/>
        <w:gridCol w:w="1183"/>
        <w:gridCol w:w="1183"/>
        <w:gridCol w:w="1183"/>
        <w:gridCol w:w="1183"/>
      </w:tblGrid>
      <w:tr w:rsidR="00F57CE1" w14:paraId="2B697872" w14:textId="77777777" w:rsidTr="00573F18">
        <w:trPr>
          <w:tblHeader/>
        </w:trPr>
        <w:tc>
          <w:tcPr>
            <w:tcW w:w="1183" w:type="dxa"/>
            <w:tcMar>
              <w:top w:w="30" w:type="dxa"/>
              <w:left w:w="35" w:type="dxa"/>
              <w:bottom w:w="30" w:type="dxa"/>
              <w:right w:w="35" w:type="dxa"/>
            </w:tcMar>
            <w:vAlign w:val="center"/>
          </w:tcPr>
          <w:p w14:paraId="3B8182CF" w14:textId="77777777" w:rsidR="00F57CE1" w:rsidRDefault="00F57CE1" w:rsidP="00573F18">
            <w:pPr>
              <w:spacing w:after="0"/>
              <w:jc w:val="center"/>
              <w:rPr>
                <w:rFonts w:cs="Times New Roman"/>
              </w:rPr>
            </w:pPr>
            <w:r>
              <w:rPr>
                <w:rFonts w:cs="Times New Roman"/>
                <w:b/>
                <w:sz w:val="14"/>
              </w:rPr>
              <w:t>h</w:t>
            </w:r>
          </w:p>
        </w:tc>
        <w:tc>
          <w:tcPr>
            <w:tcW w:w="1183" w:type="dxa"/>
            <w:tcMar>
              <w:top w:w="30" w:type="dxa"/>
              <w:left w:w="35" w:type="dxa"/>
              <w:bottom w:w="30" w:type="dxa"/>
              <w:right w:w="35" w:type="dxa"/>
            </w:tcMar>
            <w:vAlign w:val="center"/>
          </w:tcPr>
          <w:p w14:paraId="72842373" w14:textId="77777777" w:rsidR="00F57CE1" w:rsidRDefault="00F57CE1" w:rsidP="00573F18">
            <w:pPr>
              <w:spacing w:after="0"/>
              <w:jc w:val="center"/>
              <w:rPr>
                <w:rFonts w:cs="Times New Roman"/>
              </w:rPr>
            </w:pPr>
            <w:r>
              <w:rPr>
                <w:rFonts w:cs="Times New Roman"/>
                <w:b/>
                <w:sz w:val="14"/>
              </w:rPr>
              <w:t>HC: 1-SD response (%)</w:t>
            </w:r>
          </w:p>
        </w:tc>
        <w:tc>
          <w:tcPr>
            <w:tcW w:w="1183" w:type="dxa"/>
            <w:tcMar>
              <w:top w:w="30" w:type="dxa"/>
              <w:left w:w="35" w:type="dxa"/>
              <w:bottom w:w="30" w:type="dxa"/>
              <w:right w:w="35" w:type="dxa"/>
            </w:tcMar>
            <w:vAlign w:val="center"/>
          </w:tcPr>
          <w:p w14:paraId="5250F454" w14:textId="77777777" w:rsidR="00F57CE1" w:rsidRDefault="00F57CE1" w:rsidP="00573F18">
            <w:pPr>
              <w:spacing w:after="0"/>
              <w:jc w:val="center"/>
              <w:rPr>
                <w:rFonts w:cs="Times New Roman"/>
              </w:rPr>
            </w:pPr>
            <w:r>
              <w:rPr>
                <w:rFonts w:cs="Times New Roman"/>
                <w:b/>
                <w:sz w:val="14"/>
              </w:rPr>
              <w:t>95% CI</w:t>
            </w:r>
          </w:p>
        </w:tc>
        <w:tc>
          <w:tcPr>
            <w:tcW w:w="1183" w:type="dxa"/>
            <w:tcMar>
              <w:top w:w="30" w:type="dxa"/>
              <w:left w:w="35" w:type="dxa"/>
              <w:bottom w:w="30" w:type="dxa"/>
              <w:right w:w="35" w:type="dxa"/>
            </w:tcMar>
            <w:vAlign w:val="center"/>
          </w:tcPr>
          <w:p w14:paraId="06BA169B" w14:textId="77777777" w:rsidR="00F57CE1" w:rsidRDefault="00F57CE1" w:rsidP="00573F18">
            <w:pPr>
              <w:spacing w:after="0"/>
              <w:jc w:val="center"/>
              <w:rPr>
                <w:rFonts w:cs="Times New Roman"/>
              </w:rPr>
            </w:pPr>
            <w:r>
              <w:rPr>
                <w:rFonts w:cs="Times New Roman"/>
                <w:b/>
                <w:sz w:val="14"/>
              </w:rPr>
              <w:t>Wild p</w:t>
            </w:r>
          </w:p>
        </w:tc>
        <w:tc>
          <w:tcPr>
            <w:tcW w:w="1183" w:type="dxa"/>
            <w:tcMar>
              <w:top w:w="30" w:type="dxa"/>
              <w:left w:w="35" w:type="dxa"/>
              <w:bottom w:w="30" w:type="dxa"/>
              <w:right w:w="35" w:type="dxa"/>
            </w:tcMar>
            <w:vAlign w:val="center"/>
          </w:tcPr>
          <w:p w14:paraId="2C01F4DA" w14:textId="77777777" w:rsidR="00F57CE1" w:rsidRDefault="00F57CE1" w:rsidP="00573F18">
            <w:pPr>
              <w:spacing w:after="0"/>
              <w:jc w:val="center"/>
              <w:rPr>
                <w:rFonts w:cs="Times New Roman"/>
              </w:rPr>
            </w:pPr>
            <w:r>
              <w:rPr>
                <w:rFonts w:cs="Times New Roman"/>
                <w:b/>
                <w:sz w:val="14"/>
              </w:rPr>
              <w:t>House: 1-SD response (%)</w:t>
            </w:r>
          </w:p>
        </w:tc>
        <w:tc>
          <w:tcPr>
            <w:tcW w:w="1183" w:type="dxa"/>
            <w:tcMar>
              <w:top w:w="30" w:type="dxa"/>
              <w:left w:w="35" w:type="dxa"/>
              <w:bottom w:w="30" w:type="dxa"/>
              <w:right w:w="35" w:type="dxa"/>
            </w:tcMar>
            <w:vAlign w:val="center"/>
          </w:tcPr>
          <w:p w14:paraId="621B200B" w14:textId="77777777" w:rsidR="00F57CE1" w:rsidRDefault="00F57CE1" w:rsidP="00573F18">
            <w:pPr>
              <w:spacing w:after="0"/>
              <w:jc w:val="center"/>
              <w:rPr>
                <w:rFonts w:cs="Times New Roman"/>
              </w:rPr>
            </w:pPr>
            <w:r>
              <w:rPr>
                <w:rFonts w:cs="Times New Roman"/>
                <w:b/>
                <w:sz w:val="14"/>
              </w:rPr>
              <w:t>95% CI</w:t>
            </w:r>
          </w:p>
        </w:tc>
        <w:tc>
          <w:tcPr>
            <w:tcW w:w="1183" w:type="dxa"/>
            <w:tcMar>
              <w:top w:w="30" w:type="dxa"/>
              <w:left w:w="35" w:type="dxa"/>
              <w:bottom w:w="30" w:type="dxa"/>
              <w:right w:w="35" w:type="dxa"/>
            </w:tcMar>
            <w:vAlign w:val="center"/>
          </w:tcPr>
          <w:p w14:paraId="45A91F76" w14:textId="77777777" w:rsidR="00F57CE1" w:rsidRDefault="00F57CE1" w:rsidP="00573F18">
            <w:pPr>
              <w:spacing w:after="0"/>
              <w:jc w:val="center"/>
              <w:rPr>
                <w:rFonts w:cs="Times New Roman"/>
              </w:rPr>
            </w:pPr>
            <w:r>
              <w:rPr>
                <w:rFonts w:cs="Times New Roman"/>
                <w:b/>
                <w:sz w:val="14"/>
              </w:rPr>
              <w:t>Wild p</w:t>
            </w:r>
          </w:p>
        </w:tc>
        <w:tc>
          <w:tcPr>
            <w:tcW w:w="1183" w:type="dxa"/>
            <w:tcMar>
              <w:top w:w="30" w:type="dxa"/>
              <w:left w:w="35" w:type="dxa"/>
              <w:bottom w:w="30" w:type="dxa"/>
              <w:right w:w="35" w:type="dxa"/>
            </w:tcMar>
            <w:vAlign w:val="center"/>
          </w:tcPr>
          <w:p w14:paraId="0428C711" w14:textId="77777777" w:rsidR="00F57CE1" w:rsidRDefault="00F57CE1" w:rsidP="00573F18">
            <w:pPr>
              <w:spacing w:after="0"/>
              <w:jc w:val="center"/>
              <w:rPr>
                <w:rFonts w:cs="Times New Roman"/>
              </w:rPr>
            </w:pPr>
            <w:r>
              <w:rPr>
                <w:rFonts w:cs="Times New Roman"/>
                <w:b/>
                <w:sz w:val="14"/>
              </w:rPr>
              <w:t>N</w:t>
            </w:r>
          </w:p>
        </w:tc>
      </w:tr>
      <w:tr w:rsidR="00F57CE1" w14:paraId="7F53CC58" w14:textId="77777777" w:rsidTr="00573F18">
        <w:tc>
          <w:tcPr>
            <w:tcW w:w="1183" w:type="dxa"/>
            <w:tcMar>
              <w:top w:w="30" w:type="dxa"/>
              <w:left w:w="35" w:type="dxa"/>
              <w:bottom w:w="30" w:type="dxa"/>
              <w:right w:w="35" w:type="dxa"/>
            </w:tcMar>
            <w:vAlign w:val="center"/>
          </w:tcPr>
          <w:p w14:paraId="083E79C5" w14:textId="77777777" w:rsidR="00F57CE1" w:rsidRDefault="00F57CE1" w:rsidP="00573F18">
            <w:pPr>
              <w:spacing w:after="0"/>
              <w:jc w:val="center"/>
              <w:rPr>
                <w:rFonts w:cs="Times New Roman"/>
              </w:rPr>
            </w:pPr>
            <w:r>
              <w:rPr>
                <w:rFonts w:cs="Times New Roman"/>
                <w:sz w:val="14"/>
              </w:rPr>
              <w:t>0</w:t>
            </w:r>
          </w:p>
        </w:tc>
        <w:tc>
          <w:tcPr>
            <w:tcW w:w="1183" w:type="dxa"/>
            <w:tcMar>
              <w:top w:w="30" w:type="dxa"/>
              <w:left w:w="35" w:type="dxa"/>
              <w:bottom w:w="30" w:type="dxa"/>
              <w:right w:w="35" w:type="dxa"/>
            </w:tcMar>
            <w:vAlign w:val="center"/>
          </w:tcPr>
          <w:p w14:paraId="5FD23190" w14:textId="77777777" w:rsidR="00F57CE1" w:rsidRDefault="00F57CE1" w:rsidP="00573F18">
            <w:pPr>
              <w:spacing w:after="0"/>
              <w:jc w:val="center"/>
              <w:rPr>
                <w:rFonts w:cs="Times New Roman"/>
              </w:rPr>
            </w:pPr>
            <w:r>
              <w:rPr>
                <w:rFonts w:cs="Times New Roman"/>
                <w:sz w:val="14"/>
              </w:rPr>
              <w:t>0.387</w:t>
            </w:r>
          </w:p>
        </w:tc>
        <w:tc>
          <w:tcPr>
            <w:tcW w:w="1183" w:type="dxa"/>
            <w:tcMar>
              <w:top w:w="30" w:type="dxa"/>
              <w:left w:w="35" w:type="dxa"/>
              <w:bottom w:w="30" w:type="dxa"/>
              <w:right w:w="35" w:type="dxa"/>
            </w:tcMar>
            <w:vAlign w:val="center"/>
          </w:tcPr>
          <w:p w14:paraId="1DC44798" w14:textId="77777777" w:rsidR="00F57CE1" w:rsidRDefault="00F57CE1" w:rsidP="00573F18">
            <w:pPr>
              <w:spacing w:after="0"/>
              <w:jc w:val="center"/>
              <w:rPr>
                <w:rFonts w:cs="Times New Roman"/>
              </w:rPr>
            </w:pPr>
            <w:r>
              <w:rPr>
                <w:rFonts w:cs="Times New Roman"/>
                <w:sz w:val="14"/>
              </w:rPr>
              <w:t>[-0.660, 1.433]</w:t>
            </w:r>
          </w:p>
        </w:tc>
        <w:tc>
          <w:tcPr>
            <w:tcW w:w="1183" w:type="dxa"/>
            <w:tcMar>
              <w:top w:w="30" w:type="dxa"/>
              <w:left w:w="35" w:type="dxa"/>
              <w:bottom w:w="30" w:type="dxa"/>
              <w:right w:w="35" w:type="dxa"/>
            </w:tcMar>
            <w:vAlign w:val="center"/>
          </w:tcPr>
          <w:p w14:paraId="0DFB4360" w14:textId="77777777" w:rsidR="00F57CE1" w:rsidRDefault="00F57CE1" w:rsidP="00573F18">
            <w:pPr>
              <w:spacing w:after="0"/>
              <w:jc w:val="center"/>
              <w:rPr>
                <w:rFonts w:cs="Times New Roman"/>
              </w:rPr>
            </w:pPr>
            <w:r>
              <w:rPr>
                <w:rFonts w:cs="Times New Roman"/>
                <w:sz w:val="14"/>
              </w:rPr>
              <w:t>0.473</w:t>
            </w:r>
          </w:p>
        </w:tc>
        <w:tc>
          <w:tcPr>
            <w:tcW w:w="1183" w:type="dxa"/>
            <w:tcMar>
              <w:top w:w="30" w:type="dxa"/>
              <w:left w:w="35" w:type="dxa"/>
              <w:bottom w:w="30" w:type="dxa"/>
              <w:right w:w="35" w:type="dxa"/>
            </w:tcMar>
            <w:vAlign w:val="center"/>
          </w:tcPr>
          <w:p w14:paraId="7B547357" w14:textId="77777777" w:rsidR="00F57CE1" w:rsidRDefault="00F57CE1" w:rsidP="00573F18">
            <w:pPr>
              <w:spacing w:after="0"/>
              <w:jc w:val="center"/>
              <w:rPr>
                <w:rFonts w:cs="Times New Roman"/>
              </w:rPr>
            </w:pPr>
            <w:r>
              <w:rPr>
                <w:rFonts w:cs="Times New Roman"/>
                <w:sz w:val="14"/>
              </w:rPr>
              <w:t>0.509</w:t>
            </w:r>
          </w:p>
        </w:tc>
        <w:tc>
          <w:tcPr>
            <w:tcW w:w="1183" w:type="dxa"/>
            <w:tcMar>
              <w:top w:w="30" w:type="dxa"/>
              <w:left w:w="35" w:type="dxa"/>
              <w:bottom w:w="30" w:type="dxa"/>
              <w:right w:w="35" w:type="dxa"/>
            </w:tcMar>
            <w:vAlign w:val="center"/>
          </w:tcPr>
          <w:p w14:paraId="71D9DD05" w14:textId="77777777" w:rsidR="00F57CE1" w:rsidRDefault="00F57CE1" w:rsidP="00573F18">
            <w:pPr>
              <w:spacing w:after="0"/>
              <w:jc w:val="center"/>
              <w:rPr>
                <w:rFonts w:cs="Times New Roman"/>
              </w:rPr>
            </w:pPr>
            <w:r>
              <w:rPr>
                <w:rFonts w:cs="Times New Roman"/>
                <w:sz w:val="14"/>
              </w:rPr>
              <w:t>[-0.708, 1.726]</w:t>
            </w:r>
          </w:p>
        </w:tc>
        <w:tc>
          <w:tcPr>
            <w:tcW w:w="1183" w:type="dxa"/>
            <w:tcMar>
              <w:top w:w="30" w:type="dxa"/>
              <w:left w:w="35" w:type="dxa"/>
              <w:bottom w:w="30" w:type="dxa"/>
              <w:right w:w="35" w:type="dxa"/>
            </w:tcMar>
            <w:vAlign w:val="center"/>
          </w:tcPr>
          <w:p w14:paraId="4E00F1F1" w14:textId="77777777" w:rsidR="00F57CE1" w:rsidRDefault="00F57CE1" w:rsidP="00573F18">
            <w:pPr>
              <w:spacing w:after="0"/>
              <w:jc w:val="center"/>
              <w:rPr>
                <w:rFonts w:cs="Times New Roman"/>
              </w:rPr>
            </w:pPr>
            <w:r>
              <w:rPr>
                <w:rFonts w:cs="Times New Roman"/>
                <w:sz w:val="14"/>
              </w:rPr>
              <w:t>0.430</w:t>
            </w:r>
          </w:p>
        </w:tc>
        <w:tc>
          <w:tcPr>
            <w:tcW w:w="1183" w:type="dxa"/>
            <w:tcMar>
              <w:top w:w="30" w:type="dxa"/>
              <w:left w:w="35" w:type="dxa"/>
              <w:bottom w:w="30" w:type="dxa"/>
              <w:right w:w="35" w:type="dxa"/>
            </w:tcMar>
            <w:vAlign w:val="center"/>
          </w:tcPr>
          <w:p w14:paraId="154E7E66" w14:textId="77777777" w:rsidR="00F57CE1" w:rsidRDefault="00F57CE1" w:rsidP="00573F18">
            <w:pPr>
              <w:spacing w:after="0"/>
              <w:jc w:val="center"/>
              <w:rPr>
                <w:rFonts w:cs="Times New Roman"/>
              </w:rPr>
            </w:pPr>
            <w:r>
              <w:rPr>
                <w:rFonts w:cs="Times New Roman"/>
                <w:sz w:val="14"/>
              </w:rPr>
              <w:t>392</w:t>
            </w:r>
          </w:p>
        </w:tc>
      </w:tr>
      <w:tr w:rsidR="00F57CE1" w14:paraId="4A7F00B0" w14:textId="77777777" w:rsidTr="00573F18">
        <w:tc>
          <w:tcPr>
            <w:tcW w:w="1183" w:type="dxa"/>
            <w:tcMar>
              <w:top w:w="30" w:type="dxa"/>
              <w:left w:w="35" w:type="dxa"/>
              <w:bottom w:w="30" w:type="dxa"/>
              <w:right w:w="35" w:type="dxa"/>
            </w:tcMar>
            <w:vAlign w:val="center"/>
          </w:tcPr>
          <w:p w14:paraId="4CD33C23" w14:textId="77777777" w:rsidR="00F57CE1" w:rsidRDefault="00F57CE1" w:rsidP="00573F18">
            <w:pPr>
              <w:spacing w:after="0"/>
              <w:jc w:val="center"/>
              <w:rPr>
                <w:rFonts w:cs="Times New Roman"/>
              </w:rPr>
            </w:pPr>
            <w:r>
              <w:rPr>
                <w:rFonts w:cs="Times New Roman"/>
                <w:sz w:val="14"/>
              </w:rPr>
              <w:t>1</w:t>
            </w:r>
          </w:p>
        </w:tc>
        <w:tc>
          <w:tcPr>
            <w:tcW w:w="1183" w:type="dxa"/>
            <w:tcMar>
              <w:top w:w="30" w:type="dxa"/>
              <w:left w:w="35" w:type="dxa"/>
              <w:bottom w:w="30" w:type="dxa"/>
              <w:right w:w="35" w:type="dxa"/>
            </w:tcMar>
            <w:vAlign w:val="center"/>
          </w:tcPr>
          <w:p w14:paraId="5EB6E168" w14:textId="77777777" w:rsidR="00F57CE1" w:rsidRDefault="00F57CE1" w:rsidP="00573F18">
            <w:pPr>
              <w:spacing w:after="0"/>
              <w:jc w:val="center"/>
              <w:rPr>
                <w:rFonts w:cs="Times New Roman"/>
              </w:rPr>
            </w:pPr>
            <w:r>
              <w:rPr>
                <w:rFonts w:cs="Times New Roman"/>
                <w:sz w:val="14"/>
              </w:rPr>
              <w:t>0.107</w:t>
            </w:r>
          </w:p>
        </w:tc>
        <w:tc>
          <w:tcPr>
            <w:tcW w:w="1183" w:type="dxa"/>
            <w:tcMar>
              <w:top w:w="30" w:type="dxa"/>
              <w:left w:w="35" w:type="dxa"/>
              <w:bottom w:w="30" w:type="dxa"/>
              <w:right w:w="35" w:type="dxa"/>
            </w:tcMar>
            <w:vAlign w:val="center"/>
          </w:tcPr>
          <w:p w14:paraId="28F232B1" w14:textId="77777777" w:rsidR="00F57CE1" w:rsidRDefault="00F57CE1" w:rsidP="00573F18">
            <w:pPr>
              <w:spacing w:after="0"/>
              <w:jc w:val="center"/>
              <w:rPr>
                <w:rFonts w:cs="Times New Roman"/>
              </w:rPr>
            </w:pPr>
            <w:r>
              <w:rPr>
                <w:rFonts w:cs="Times New Roman"/>
                <w:sz w:val="14"/>
              </w:rPr>
              <w:t>[-1.785, 1.998]</w:t>
            </w:r>
          </w:p>
        </w:tc>
        <w:tc>
          <w:tcPr>
            <w:tcW w:w="1183" w:type="dxa"/>
            <w:tcMar>
              <w:top w:w="30" w:type="dxa"/>
              <w:left w:w="35" w:type="dxa"/>
              <w:bottom w:w="30" w:type="dxa"/>
              <w:right w:w="35" w:type="dxa"/>
            </w:tcMar>
            <w:vAlign w:val="center"/>
          </w:tcPr>
          <w:p w14:paraId="6E8F76F5" w14:textId="77777777" w:rsidR="00F57CE1" w:rsidRDefault="00F57CE1" w:rsidP="00573F18">
            <w:pPr>
              <w:spacing w:after="0"/>
              <w:jc w:val="center"/>
              <w:rPr>
                <w:rFonts w:cs="Times New Roman"/>
              </w:rPr>
            </w:pPr>
            <w:r>
              <w:rPr>
                <w:rFonts w:cs="Times New Roman"/>
                <w:sz w:val="14"/>
              </w:rPr>
              <w:t>0.928</w:t>
            </w:r>
          </w:p>
        </w:tc>
        <w:tc>
          <w:tcPr>
            <w:tcW w:w="1183" w:type="dxa"/>
            <w:tcMar>
              <w:top w:w="30" w:type="dxa"/>
              <w:left w:w="35" w:type="dxa"/>
              <w:bottom w:w="30" w:type="dxa"/>
              <w:right w:w="35" w:type="dxa"/>
            </w:tcMar>
            <w:vAlign w:val="center"/>
          </w:tcPr>
          <w:p w14:paraId="10D379DC" w14:textId="77777777" w:rsidR="00F57CE1" w:rsidRDefault="00F57CE1" w:rsidP="00573F18">
            <w:pPr>
              <w:spacing w:after="0"/>
              <w:jc w:val="center"/>
              <w:rPr>
                <w:rFonts w:cs="Times New Roman"/>
              </w:rPr>
            </w:pPr>
            <w:r>
              <w:rPr>
                <w:rFonts w:cs="Times New Roman"/>
                <w:sz w:val="14"/>
              </w:rPr>
              <w:t>1.287</w:t>
            </w:r>
          </w:p>
        </w:tc>
        <w:tc>
          <w:tcPr>
            <w:tcW w:w="1183" w:type="dxa"/>
            <w:tcMar>
              <w:top w:w="30" w:type="dxa"/>
              <w:left w:w="35" w:type="dxa"/>
              <w:bottom w:w="30" w:type="dxa"/>
              <w:right w:w="35" w:type="dxa"/>
            </w:tcMar>
            <w:vAlign w:val="center"/>
          </w:tcPr>
          <w:p w14:paraId="1BF6B348" w14:textId="77777777" w:rsidR="00F57CE1" w:rsidRDefault="00F57CE1" w:rsidP="00573F18">
            <w:pPr>
              <w:spacing w:after="0"/>
              <w:jc w:val="center"/>
              <w:rPr>
                <w:rFonts w:cs="Times New Roman"/>
              </w:rPr>
            </w:pPr>
            <w:r>
              <w:rPr>
                <w:rFonts w:cs="Times New Roman"/>
                <w:sz w:val="14"/>
              </w:rPr>
              <w:t>[-0.649, 3.224]</w:t>
            </w:r>
          </w:p>
        </w:tc>
        <w:tc>
          <w:tcPr>
            <w:tcW w:w="1183" w:type="dxa"/>
            <w:tcMar>
              <w:top w:w="30" w:type="dxa"/>
              <w:left w:w="35" w:type="dxa"/>
              <w:bottom w:w="30" w:type="dxa"/>
              <w:right w:w="35" w:type="dxa"/>
            </w:tcMar>
            <w:vAlign w:val="center"/>
          </w:tcPr>
          <w:p w14:paraId="62489A22" w14:textId="77777777" w:rsidR="00F57CE1" w:rsidRDefault="00F57CE1" w:rsidP="00573F18">
            <w:pPr>
              <w:spacing w:after="0"/>
              <w:jc w:val="center"/>
              <w:rPr>
                <w:rFonts w:cs="Times New Roman"/>
              </w:rPr>
            </w:pPr>
            <w:r>
              <w:rPr>
                <w:rFonts w:cs="Times New Roman"/>
                <w:sz w:val="14"/>
              </w:rPr>
              <w:t>0.203</w:t>
            </w:r>
          </w:p>
        </w:tc>
        <w:tc>
          <w:tcPr>
            <w:tcW w:w="1183" w:type="dxa"/>
            <w:tcMar>
              <w:top w:w="30" w:type="dxa"/>
              <w:left w:w="35" w:type="dxa"/>
              <w:bottom w:w="30" w:type="dxa"/>
              <w:right w:w="35" w:type="dxa"/>
            </w:tcMar>
            <w:vAlign w:val="center"/>
          </w:tcPr>
          <w:p w14:paraId="164E0769" w14:textId="77777777" w:rsidR="00F57CE1" w:rsidRDefault="00F57CE1" w:rsidP="00573F18">
            <w:pPr>
              <w:spacing w:after="0"/>
              <w:jc w:val="center"/>
              <w:rPr>
                <w:rFonts w:cs="Times New Roman"/>
              </w:rPr>
            </w:pPr>
            <w:r>
              <w:rPr>
                <w:rFonts w:cs="Times New Roman"/>
                <w:sz w:val="14"/>
              </w:rPr>
              <w:t>364</w:t>
            </w:r>
          </w:p>
        </w:tc>
      </w:tr>
      <w:tr w:rsidR="00F57CE1" w14:paraId="6E90AEB0" w14:textId="77777777" w:rsidTr="00573F18">
        <w:tc>
          <w:tcPr>
            <w:tcW w:w="1183" w:type="dxa"/>
            <w:tcMar>
              <w:top w:w="30" w:type="dxa"/>
              <w:left w:w="35" w:type="dxa"/>
              <w:bottom w:w="30" w:type="dxa"/>
              <w:right w:w="35" w:type="dxa"/>
            </w:tcMar>
            <w:vAlign w:val="center"/>
          </w:tcPr>
          <w:p w14:paraId="054A4CF6" w14:textId="77777777" w:rsidR="00F57CE1" w:rsidRDefault="00F57CE1" w:rsidP="00573F18">
            <w:pPr>
              <w:spacing w:after="0"/>
              <w:jc w:val="center"/>
              <w:rPr>
                <w:rFonts w:cs="Times New Roman"/>
              </w:rPr>
            </w:pPr>
            <w:r>
              <w:rPr>
                <w:rFonts w:cs="Times New Roman"/>
                <w:sz w:val="14"/>
              </w:rPr>
              <w:t>2</w:t>
            </w:r>
          </w:p>
        </w:tc>
        <w:tc>
          <w:tcPr>
            <w:tcW w:w="1183" w:type="dxa"/>
            <w:tcMar>
              <w:top w:w="30" w:type="dxa"/>
              <w:left w:w="35" w:type="dxa"/>
              <w:bottom w:w="30" w:type="dxa"/>
              <w:right w:w="35" w:type="dxa"/>
            </w:tcMar>
            <w:vAlign w:val="center"/>
          </w:tcPr>
          <w:p w14:paraId="0E7737DC" w14:textId="77777777" w:rsidR="00F57CE1" w:rsidRDefault="00F57CE1" w:rsidP="00573F18">
            <w:pPr>
              <w:spacing w:after="0"/>
              <w:jc w:val="center"/>
              <w:rPr>
                <w:rFonts w:cs="Times New Roman"/>
              </w:rPr>
            </w:pPr>
            <w:r>
              <w:rPr>
                <w:rFonts w:cs="Times New Roman"/>
                <w:sz w:val="14"/>
              </w:rPr>
              <w:t>-0.266</w:t>
            </w:r>
          </w:p>
        </w:tc>
        <w:tc>
          <w:tcPr>
            <w:tcW w:w="1183" w:type="dxa"/>
            <w:tcMar>
              <w:top w:w="30" w:type="dxa"/>
              <w:left w:w="35" w:type="dxa"/>
              <w:bottom w:w="30" w:type="dxa"/>
              <w:right w:w="35" w:type="dxa"/>
            </w:tcMar>
            <w:vAlign w:val="center"/>
          </w:tcPr>
          <w:p w14:paraId="0EA6B922" w14:textId="77777777" w:rsidR="00F57CE1" w:rsidRDefault="00F57CE1" w:rsidP="00573F18">
            <w:pPr>
              <w:spacing w:after="0"/>
              <w:jc w:val="center"/>
              <w:rPr>
                <w:rFonts w:cs="Times New Roman"/>
              </w:rPr>
            </w:pPr>
            <w:r>
              <w:rPr>
                <w:rFonts w:cs="Times New Roman"/>
                <w:sz w:val="14"/>
              </w:rPr>
              <w:t>[-2.541, 2.010]</w:t>
            </w:r>
          </w:p>
        </w:tc>
        <w:tc>
          <w:tcPr>
            <w:tcW w:w="1183" w:type="dxa"/>
            <w:tcMar>
              <w:top w:w="30" w:type="dxa"/>
              <w:left w:w="35" w:type="dxa"/>
              <w:bottom w:w="30" w:type="dxa"/>
              <w:right w:w="35" w:type="dxa"/>
            </w:tcMar>
            <w:vAlign w:val="center"/>
          </w:tcPr>
          <w:p w14:paraId="2D190866" w14:textId="77777777" w:rsidR="00F57CE1" w:rsidRDefault="00F57CE1" w:rsidP="00573F18">
            <w:pPr>
              <w:spacing w:after="0"/>
              <w:jc w:val="center"/>
              <w:rPr>
                <w:rFonts w:cs="Times New Roman"/>
              </w:rPr>
            </w:pPr>
            <w:r>
              <w:rPr>
                <w:rFonts w:cs="Times New Roman"/>
                <w:sz w:val="14"/>
              </w:rPr>
              <w:t>0.836</w:t>
            </w:r>
          </w:p>
        </w:tc>
        <w:tc>
          <w:tcPr>
            <w:tcW w:w="1183" w:type="dxa"/>
            <w:tcMar>
              <w:top w:w="30" w:type="dxa"/>
              <w:left w:w="35" w:type="dxa"/>
              <w:bottom w:w="30" w:type="dxa"/>
              <w:right w:w="35" w:type="dxa"/>
            </w:tcMar>
            <w:vAlign w:val="center"/>
          </w:tcPr>
          <w:p w14:paraId="3463E9A0" w14:textId="77777777" w:rsidR="00F57CE1" w:rsidRDefault="00F57CE1" w:rsidP="00573F18">
            <w:pPr>
              <w:spacing w:after="0"/>
              <w:jc w:val="center"/>
              <w:rPr>
                <w:rFonts w:cs="Times New Roman"/>
              </w:rPr>
            </w:pPr>
            <w:r>
              <w:rPr>
                <w:rFonts w:cs="Times New Roman"/>
                <w:sz w:val="14"/>
              </w:rPr>
              <w:t>1.474</w:t>
            </w:r>
          </w:p>
        </w:tc>
        <w:tc>
          <w:tcPr>
            <w:tcW w:w="1183" w:type="dxa"/>
            <w:tcMar>
              <w:top w:w="30" w:type="dxa"/>
              <w:left w:w="35" w:type="dxa"/>
              <w:bottom w:w="30" w:type="dxa"/>
              <w:right w:w="35" w:type="dxa"/>
            </w:tcMar>
            <w:vAlign w:val="center"/>
          </w:tcPr>
          <w:p w14:paraId="78067E48" w14:textId="77777777" w:rsidR="00F57CE1" w:rsidRDefault="00F57CE1" w:rsidP="00573F18">
            <w:pPr>
              <w:spacing w:after="0"/>
              <w:jc w:val="center"/>
              <w:rPr>
                <w:rFonts w:cs="Times New Roman"/>
              </w:rPr>
            </w:pPr>
            <w:r>
              <w:rPr>
                <w:rFonts w:cs="Times New Roman"/>
                <w:sz w:val="14"/>
              </w:rPr>
              <w:t>[-0.706, 3.654]</w:t>
            </w:r>
          </w:p>
        </w:tc>
        <w:tc>
          <w:tcPr>
            <w:tcW w:w="1183" w:type="dxa"/>
            <w:tcMar>
              <w:top w:w="30" w:type="dxa"/>
              <w:left w:w="35" w:type="dxa"/>
              <w:bottom w:w="30" w:type="dxa"/>
              <w:right w:w="35" w:type="dxa"/>
            </w:tcMar>
            <w:vAlign w:val="center"/>
          </w:tcPr>
          <w:p w14:paraId="2C278439" w14:textId="77777777" w:rsidR="00F57CE1" w:rsidRDefault="00F57CE1" w:rsidP="00573F18">
            <w:pPr>
              <w:spacing w:after="0"/>
              <w:jc w:val="center"/>
              <w:rPr>
                <w:rFonts w:cs="Times New Roman"/>
              </w:rPr>
            </w:pPr>
            <w:r>
              <w:rPr>
                <w:rFonts w:cs="Times New Roman"/>
                <w:sz w:val="14"/>
              </w:rPr>
              <w:t>0.217</w:t>
            </w:r>
          </w:p>
        </w:tc>
        <w:tc>
          <w:tcPr>
            <w:tcW w:w="1183" w:type="dxa"/>
            <w:tcMar>
              <w:top w:w="30" w:type="dxa"/>
              <w:left w:w="35" w:type="dxa"/>
              <w:bottom w:w="30" w:type="dxa"/>
              <w:right w:w="35" w:type="dxa"/>
            </w:tcMar>
            <w:vAlign w:val="center"/>
          </w:tcPr>
          <w:p w14:paraId="03084020" w14:textId="77777777" w:rsidR="00F57CE1" w:rsidRDefault="00F57CE1" w:rsidP="00573F18">
            <w:pPr>
              <w:spacing w:after="0"/>
              <w:jc w:val="center"/>
              <w:rPr>
                <w:rFonts w:cs="Times New Roman"/>
              </w:rPr>
            </w:pPr>
            <w:r>
              <w:rPr>
                <w:rFonts w:cs="Times New Roman"/>
                <w:sz w:val="14"/>
              </w:rPr>
              <w:t>336</w:t>
            </w:r>
          </w:p>
        </w:tc>
      </w:tr>
      <w:tr w:rsidR="00F57CE1" w14:paraId="4D465F04" w14:textId="77777777" w:rsidTr="00573F18">
        <w:tc>
          <w:tcPr>
            <w:tcW w:w="1183" w:type="dxa"/>
            <w:tcMar>
              <w:top w:w="30" w:type="dxa"/>
              <w:left w:w="35" w:type="dxa"/>
              <w:bottom w:w="30" w:type="dxa"/>
              <w:right w:w="35" w:type="dxa"/>
            </w:tcMar>
            <w:vAlign w:val="center"/>
          </w:tcPr>
          <w:p w14:paraId="3F8A9671" w14:textId="77777777" w:rsidR="00F57CE1" w:rsidRDefault="00F57CE1" w:rsidP="00573F18">
            <w:pPr>
              <w:spacing w:after="0"/>
              <w:jc w:val="center"/>
              <w:rPr>
                <w:rFonts w:cs="Times New Roman"/>
              </w:rPr>
            </w:pPr>
            <w:r>
              <w:rPr>
                <w:rFonts w:cs="Times New Roman"/>
                <w:sz w:val="14"/>
              </w:rPr>
              <w:t>3</w:t>
            </w:r>
          </w:p>
        </w:tc>
        <w:tc>
          <w:tcPr>
            <w:tcW w:w="1183" w:type="dxa"/>
            <w:tcMar>
              <w:top w:w="30" w:type="dxa"/>
              <w:left w:w="35" w:type="dxa"/>
              <w:bottom w:w="30" w:type="dxa"/>
              <w:right w:w="35" w:type="dxa"/>
            </w:tcMar>
            <w:vAlign w:val="center"/>
          </w:tcPr>
          <w:p w14:paraId="42BA4B3C" w14:textId="77777777" w:rsidR="00F57CE1" w:rsidRDefault="00F57CE1" w:rsidP="00573F18">
            <w:pPr>
              <w:spacing w:after="0"/>
              <w:jc w:val="center"/>
              <w:rPr>
                <w:rFonts w:cs="Times New Roman"/>
              </w:rPr>
            </w:pPr>
            <w:r>
              <w:rPr>
                <w:rFonts w:cs="Times New Roman"/>
                <w:sz w:val="14"/>
              </w:rPr>
              <w:t>-1.964</w:t>
            </w:r>
          </w:p>
        </w:tc>
        <w:tc>
          <w:tcPr>
            <w:tcW w:w="1183" w:type="dxa"/>
            <w:tcMar>
              <w:top w:w="30" w:type="dxa"/>
              <w:left w:w="35" w:type="dxa"/>
              <w:bottom w:w="30" w:type="dxa"/>
              <w:right w:w="35" w:type="dxa"/>
            </w:tcMar>
            <w:vAlign w:val="center"/>
          </w:tcPr>
          <w:p w14:paraId="7FE522FF" w14:textId="77777777" w:rsidR="00F57CE1" w:rsidRDefault="00F57CE1" w:rsidP="00573F18">
            <w:pPr>
              <w:spacing w:after="0"/>
              <w:jc w:val="center"/>
              <w:rPr>
                <w:rFonts w:cs="Times New Roman"/>
              </w:rPr>
            </w:pPr>
            <w:r>
              <w:rPr>
                <w:rFonts w:cs="Times New Roman"/>
                <w:sz w:val="14"/>
              </w:rPr>
              <w:t>[-4.361, 0.432]</w:t>
            </w:r>
          </w:p>
        </w:tc>
        <w:tc>
          <w:tcPr>
            <w:tcW w:w="1183" w:type="dxa"/>
            <w:tcMar>
              <w:top w:w="30" w:type="dxa"/>
              <w:left w:w="35" w:type="dxa"/>
              <w:bottom w:w="30" w:type="dxa"/>
              <w:right w:w="35" w:type="dxa"/>
            </w:tcMar>
            <w:vAlign w:val="center"/>
          </w:tcPr>
          <w:p w14:paraId="147C878D" w14:textId="77777777" w:rsidR="00F57CE1" w:rsidRDefault="00F57CE1" w:rsidP="00573F18">
            <w:pPr>
              <w:spacing w:after="0"/>
              <w:jc w:val="center"/>
              <w:rPr>
                <w:rFonts w:cs="Times New Roman"/>
              </w:rPr>
            </w:pPr>
            <w:r>
              <w:rPr>
                <w:rFonts w:cs="Times New Roman"/>
                <w:sz w:val="14"/>
              </w:rPr>
              <w:t>0.140</w:t>
            </w:r>
          </w:p>
        </w:tc>
        <w:tc>
          <w:tcPr>
            <w:tcW w:w="1183" w:type="dxa"/>
            <w:tcMar>
              <w:top w:w="30" w:type="dxa"/>
              <w:left w:w="35" w:type="dxa"/>
              <w:bottom w:w="30" w:type="dxa"/>
              <w:right w:w="35" w:type="dxa"/>
            </w:tcMar>
            <w:vAlign w:val="center"/>
          </w:tcPr>
          <w:p w14:paraId="0868E9E4" w14:textId="77777777" w:rsidR="00F57CE1" w:rsidRDefault="00F57CE1" w:rsidP="00573F18">
            <w:pPr>
              <w:spacing w:after="0"/>
              <w:jc w:val="center"/>
              <w:rPr>
                <w:rFonts w:cs="Times New Roman"/>
              </w:rPr>
            </w:pPr>
            <w:r>
              <w:rPr>
                <w:rFonts w:cs="Times New Roman"/>
                <w:sz w:val="14"/>
              </w:rPr>
              <w:t>1.666</w:t>
            </w:r>
          </w:p>
        </w:tc>
        <w:tc>
          <w:tcPr>
            <w:tcW w:w="1183" w:type="dxa"/>
            <w:tcMar>
              <w:top w:w="30" w:type="dxa"/>
              <w:left w:w="35" w:type="dxa"/>
              <w:bottom w:w="30" w:type="dxa"/>
              <w:right w:w="35" w:type="dxa"/>
            </w:tcMar>
            <w:vAlign w:val="center"/>
          </w:tcPr>
          <w:p w14:paraId="3BE1961D" w14:textId="77777777" w:rsidR="00F57CE1" w:rsidRDefault="00F57CE1" w:rsidP="00573F18">
            <w:pPr>
              <w:spacing w:after="0"/>
              <w:jc w:val="center"/>
              <w:rPr>
                <w:rFonts w:cs="Times New Roman"/>
              </w:rPr>
            </w:pPr>
            <w:r>
              <w:rPr>
                <w:rFonts w:cs="Times New Roman"/>
                <w:sz w:val="14"/>
              </w:rPr>
              <w:t>[-0.838, 4.170]</w:t>
            </w:r>
          </w:p>
        </w:tc>
        <w:tc>
          <w:tcPr>
            <w:tcW w:w="1183" w:type="dxa"/>
            <w:tcMar>
              <w:top w:w="30" w:type="dxa"/>
              <w:left w:w="35" w:type="dxa"/>
              <w:bottom w:w="30" w:type="dxa"/>
              <w:right w:w="35" w:type="dxa"/>
            </w:tcMar>
            <w:vAlign w:val="center"/>
          </w:tcPr>
          <w:p w14:paraId="5848988C" w14:textId="77777777" w:rsidR="00F57CE1" w:rsidRDefault="00F57CE1" w:rsidP="00573F18">
            <w:pPr>
              <w:spacing w:after="0"/>
              <w:jc w:val="center"/>
              <w:rPr>
                <w:rFonts w:cs="Times New Roman"/>
              </w:rPr>
            </w:pPr>
            <w:r>
              <w:rPr>
                <w:rFonts w:cs="Times New Roman"/>
                <w:sz w:val="14"/>
              </w:rPr>
              <w:t>0.238</w:t>
            </w:r>
          </w:p>
        </w:tc>
        <w:tc>
          <w:tcPr>
            <w:tcW w:w="1183" w:type="dxa"/>
            <w:tcMar>
              <w:top w:w="30" w:type="dxa"/>
              <w:left w:w="35" w:type="dxa"/>
              <w:bottom w:w="30" w:type="dxa"/>
              <w:right w:w="35" w:type="dxa"/>
            </w:tcMar>
            <w:vAlign w:val="center"/>
          </w:tcPr>
          <w:p w14:paraId="74110DAB" w14:textId="77777777" w:rsidR="00F57CE1" w:rsidRDefault="00F57CE1" w:rsidP="00573F18">
            <w:pPr>
              <w:spacing w:after="0"/>
              <w:jc w:val="center"/>
              <w:rPr>
                <w:rFonts w:cs="Times New Roman"/>
              </w:rPr>
            </w:pPr>
            <w:r>
              <w:rPr>
                <w:rFonts w:cs="Times New Roman"/>
                <w:sz w:val="14"/>
              </w:rPr>
              <w:t>308</w:t>
            </w:r>
          </w:p>
        </w:tc>
      </w:tr>
      <w:tr w:rsidR="00F57CE1" w14:paraId="0456170B" w14:textId="77777777" w:rsidTr="00573F18">
        <w:tc>
          <w:tcPr>
            <w:tcW w:w="1183" w:type="dxa"/>
            <w:tcMar>
              <w:top w:w="30" w:type="dxa"/>
              <w:left w:w="35" w:type="dxa"/>
              <w:bottom w:w="30" w:type="dxa"/>
              <w:right w:w="35" w:type="dxa"/>
            </w:tcMar>
            <w:vAlign w:val="center"/>
          </w:tcPr>
          <w:p w14:paraId="1FB80D13" w14:textId="77777777" w:rsidR="00F57CE1" w:rsidRDefault="00F57CE1" w:rsidP="00573F18">
            <w:pPr>
              <w:spacing w:after="0"/>
              <w:jc w:val="center"/>
              <w:rPr>
                <w:rFonts w:cs="Times New Roman"/>
              </w:rPr>
            </w:pPr>
            <w:r>
              <w:rPr>
                <w:rFonts w:cs="Times New Roman"/>
                <w:sz w:val="14"/>
              </w:rPr>
              <w:t>4</w:t>
            </w:r>
          </w:p>
        </w:tc>
        <w:tc>
          <w:tcPr>
            <w:tcW w:w="1183" w:type="dxa"/>
            <w:tcMar>
              <w:top w:w="30" w:type="dxa"/>
              <w:left w:w="35" w:type="dxa"/>
              <w:bottom w:w="30" w:type="dxa"/>
              <w:right w:w="35" w:type="dxa"/>
            </w:tcMar>
            <w:vAlign w:val="center"/>
          </w:tcPr>
          <w:p w14:paraId="72DA459A" w14:textId="77777777" w:rsidR="00F57CE1" w:rsidRDefault="00F57CE1" w:rsidP="00573F18">
            <w:pPr>
              <w:spacing w:after="0"/>
              <w:jc w:val="center"/>
              <w:rPr>
                <w:rFonts w:cs="Times New Roman"/>
              </w:rPr>
            </w:pPr>
            <w:r>
              <w:rPr>
                <w:rFonts w:cs="Times New Roman"/>
                <w:sz w:val="14"/>
              </w:rPr>
              <w:t>-2.271</w:t>
            </w:r>
          </w:p>
        </w:tc>
        <w:tc>
          <w:tcPr>
            <w:tcW w:w="1183" w:type="dxa"/>
            <w:tcMar>
              <w:top w:w="30" w:type="dxa"/>
              <w:left w:w="35" w:type="dxa"/>
              <w:bottom w:w="30" w:type="dxa"/>
              <w:right w:w="35" w:type="dxa"/>
            </w:tcMar>
            <w:vAlign w:val="center"/>
          </w:tcPr>
          <w:p w14:paraId="3AAD0B86" w14:textId="77777777" w:rsidR="00F57CE1" w:rsidRDefault="00F57CE1" w:rsidP="00573F18">
            <w:pPr>
              <w:spacing w:after="0"/>
              <w:jc w:val="center"/>
              <w:rPr>
                <w:rFonts w:cs="Times New Roman"/>
              </w:rPr>
            </w:pPr>
            <w:r>
              <w:rPr>
                <w:rFonts w:cs="Times New Roman"/>
                <w:sz w:val="14"/>
              </w:rPr>
              <w:t>[-4.807, 0.265]</w:t>
            </w:r>
          </w:p>
        </w:tc>
        <w:tc>
          <w:tcPr>
            <w:tcW w:w="1183" w:type="dxa"/>
            <w:tcMar>
              <w:top w:w="30" w:type="dxa"/>
              <w:left w:w="35" w:type="dxa"/>
              <w:bottom w:w="30" w:type="dxa"/>
              <w:right w:w="35" w:type="dxa"/>
            </w:tcMar>
            <w:vAlign w:val="center"/>
          </w:tcPr>
          <w:p w14:paraId="1B9FE0C9" w14:textId="77777777" w:rsidR="00F57CE1" w:rsidRDefault="00F57CE1" w:rsidP="00573F18">
            <w:pPr>
              <w:spacing w:after="0"/>
              <w:jc w:val="center"/>
              <w:rPr>
                <w:rFonts w:cs="Times New Roman"/>
              </w:rPr>
            </w:pPr>
            <w:r>
              <w:rPr>
                <w:rFonts w:cs="Times New Roman"/>
                <w:sz w:val="14"/>
              </w:rPr>
              <w:t>0.081</w:t>
            </w:r>
          </w:p>
        </w:tc>
        <w:tc>
          <w:tcPr>
            <w:tcW w:w="1183" w:type="dxa"/>
            <w:tcMar>
              <w:top w:w="30" w:type="dxa"/>
              <w:left w:w="35" w:type="dxa"/>
              <w:bottom w:w="30" w:type="dxa"/>
              <w:right w:w="35" w:type="dxa"/>
            </w:tcMar>
            <w:vAlign w:val="center"/>
          </w:tcPr>
          <w:p w14:paraId="5F7F2EF9" w14:textId="77777777" w:rsidR="00F57CE1" w:rsidRDefault="00F57CE1" w:rsidP="00573F18">
            <w:pPr>
              <w:spacing w:after="0"/>
              <w:jc w:val="center"/>
              <w:rPr>
                <w:rFonts w:cs="Times New Roman"/>
              </w:rPr>
            </w:pPr>
            <w:r>
              <w:rPr>
                <w:rFonts w:cs="Times New Roman"/>
                <w:sz w:val="14"/>
              </w:rPr>
              <w:t>2.568</w:t>
            </w:r>
          </w:p>
        </w:tc>
        <w:tc>
          <w:tcPr>
            <w:tcW w:w="1183" w:type="dxa"/>
            <w:tcMar>
              <w:top w:w="30" w:type="dxa"/>
              <w:left w:w="35" w:type="dxa"/>
              <w:bottom w:w="30" w:type="dxa"/>
              <w:right w:w="35" w:type="dxa"/>
            </w:tcMar>
            <w:vAlign w:val="center"/>
          </w:tcPr>
          <w:p w14:paraId="2D39E9E3" w14:textId="77777777" w:rsidR="00F57CE1" w:rsidRDefault="00F57CE1" w:rsidP="00573F18">
            <w:pPr>
              <w:spacing w:after="0"/>
              <w:jc w:val="center"/>
              <w:rPr>
                <w:rFonts w:cs="Times New Roman"/>
              </w:rPr>
            </w:pPr>
            <w:r>
              <w:rPr>
                <w:rFonts w:cs="Times New Roman"/>
                <w:sz w:val="14"/>
              </w:rPr>
              <w:t>[-0.340, 5.476]</w:t>
            </w:r>
          </w:p>
        </w:tc>
        <w:tc>
          <w:tcPr>
            <w:tcW w:w="1183" w:type="dxa"/>
            <w:tcMar>
              <w:top w:w="30" w:type="dxa"/>
              <w:left w:w="35" w:type="dxa"/>
              <w:bottom w:w="30" w:type="dxa"/>
              <w:right w:w="35" w:type="dxa"/>
            </w:tcMar>
            <w:vAlign w:val="center"/>
          </w:tcPr>
          <w:p w14:paraId="21CE84BB" w14:textId="77777777" w:rsidR="00F57CE1" w:rsidRDefault="00F57CE1" w:rsidP="00573F18">
            <w:pPr>
              <w:spacing w:after="0"/>
              <w:jc w:val="center"/>
              <w:rPr>
                <w:rFonts w:cs="Times New Roman"/>
              </w:rPr>
            </w:pPr>
            <w:r>
              <w:rPr>
                <w:rFonts w:cs="Times New Roman"/>
                <w:sz w:val="14"/>
              </w:rPr>
              <w:t>0.129</w:t>
            </w:r>
          </w:p>
        </w:tc>
        <w:tc>
          <w:tcPr>
            <w:tcW w:w="1183" w:type="dxa"/>
            <w:tcMar>
              <w:top w:w="30" w:type="dxa"/>
              <w:left w:w="35" w:type="dxa"/>
              <w:bottom w:w="30" w:type="dxa"/>
              <w:right w:w="35" w:type="dxa"/>
            </w:tcMar>
            <w:vAlign w:val="center"/>
          </w:tcPr>
          <w:p w14:paraId="0AC6B68E" w14:textId="77777777" w:rsidR="00F57CE1" w:rsidRDefault="00F57CE1" w:rsidP="00573F18">
            <w:pPr>
              <w:spacing w:after="0"/>
              <w:jc w:val="center"/>
              <w:rPr>
                <w:rFonts w:cs="Times New Roman"/>
              </w:rPr>
            </w:pPr>
            <w:r>
              <w:rPr>
                <w:rFonts w:cs="Times New Roman"/>
                <w:sz w:val="14"/>
              </w:rPr>
              <w:t>280</w:t>
            </w:r>
          </w:p>
        </w:tc>
      </w:tr>
      <w:tr w:rsidR="00F57CE1" w14:paraId="08B500F7" w14:textId="77777777" w:rsidTr="00573F18">
        <w:tc>
          <w:tcPr>
            <w:tcW w:w="1183" w:type="dxa"/>
            <w:tcMar>
              <w:top w:w="30" w:type="dxa"/>
              <w:left w:w="35" w:type="dxa"/>
              <w:bottom w:w="30" w:type="dxa"/>
              <w:right w:w="35" w:type="dxa"/>
            </w:tcMar>
            <w:vAlign w:val="center"/>
          </w:tcPr>
          <w:p w14:paraId="75BEAFF9" w14:textId="77777777" w:rsidR="00F57CE1" w:rsidRDefault="00F57CE1" w:rsidP="00573F18">
            <w:pPr>
              <w:spacing w:after="0"/>
              <w:jc w:val="center"/>
              <w:rPr>
                <w:rFonts w:cs="Times New Roman"/>
              </w:rPr>
            </w:pPr>
            <w:r>
              <w:rPr>
                <w:rFonts w:cs="Times New Roman"/>
                <w:sz w:val="14"/>
              </w:rPr>
              <w:t>5</w:t>
            </w:r>
          </w:p>
        </w:tc>
        <w:tc>
          <w:tcPr>
            <w:tcW w:w="1183" w:type="dxa"/>
            <w:tcMar>
              <w:top w:w="30" w:type="dxa"/>
              <w:left w:w="35" w:type="dxa"/>
              <w:bottom w:w="30" w:type="dxa"/>
              <w:right w:w="35" w:type="dxa"/>
            </w:tcMar>
            <w:vAlign w:val="center"/>
          </w:tcPr>
          <w:p w14:paraId="2F71DF64" w14:textId="77777777" w:rsidR="00F57CE1" w:rsidRDefault="00F57CE1" w:rsidP="00573F18">
            <w:pPr>
              <w:spacing w:after="0"/>
              <w:jc w:val="center"/>
              <w:rPr>
                <w:rFonts w:cs="Times New Roman"/>
              </w:rPr>
            </w:pPr>
            <w:r>
              <w:rPr>
                <w:rFonts w:cs="Times New Roman"/>
                <w:sz w:val="14"/>
              </w:rPr>
              <w:t>-1.593</w:t>
            </w:r>
          </w:p>
        </w:tc>
        <w:tc>
          <w:tcPr>
            <w:tcW w:w="1183" w:type="dxa"/>
            <w:tcMar>
              <w:top w:w="30" w:type="dxa"/>
              <w:left w:w="35" w:type="dxa"/>
              <w:bottom w:w="30" w:type="dxa"/>
              <w:right w:w="35" w:type="dxa"/>
            </w:tcMar>
            <w:vAlign w:val="center"/>
          </w:tcPr>
          <w:p w14:paraId="3E93C397" w14:textId="77777777" w:rsidR="00F57CE1" w:rsidRDefault="00F57CE1" w:rsidP="00573F18">
            <w:pPr>
              <w:spacing w:after="0"/>
              <w:jc w:val="center"/>
              <w:rPr>
                <w:rFonts w:cs="Times New Roman"/>
              </w:rPr>
            </w:pPr>
            <w:r>
              <w:rPr>
                <w:rFonts w:cs="Times New Roman"/>
                <w:sz w:val="14"/>
              </w:rPr>
              <w:t>[-4.432, 1.245]</w:t>
            </w:r>
          </w:p>
        </w:tc>
        <w:tc>
          <w:tcPr>
            <w:tcW w:w="1183" w:type="dxa"/>
            <w:tcMar>
              <w:top w:w="30" w:type="dxa"/>
              <w:left w:w="35" w:type="dxa"/>
              <w:bottom w:w="30" w:type="dxa"/>
              <w:right w:w="35" w:type="dxa"/>
            </w:tcMar>
            <w:vAlign w:val="center"/>
          </w:tcPr>
          <w:p w14:paraId="45C33D8A" w14:textId="77777777" w:rsidR="00F57CE1" w:rsidRDefault="00F57CE1" w:rsidP="00573F18">
            <w:pPr>
              <w:spacing w:after="0"/>
              <w:jc w:val="center"/>
              <w:rPr>
                <w:rFonts w:cs="Times New Roman"/>
              </w:rPr>
            </w:pPr>
            <w:r>
              <w:rPr>
                <w:rFonts w:cs="Times New Roman"/>
                <w:sz w:val="14"/>
              </w:rPr>
              <w:t>0.287</w:t>
            </w:r>
          </w:p>
        </w:tc>
        <w:tc>
          <w:tcPr>
            <w:tcW w:w="1183" w:type="dxa"/>
            <w:tcMar>
              <w:top w:w="30" w:type="dxa"/>
              <w:left w:w="35" w:type="dxa"/>
              <w:bottom w:w="30" w:type="dxa"/>
              <w:right w:w="35" w:type="dxa"/>
            </w:tcMar>
            <w:vAlign w:val="center"/>
          </w:tcPr>
          <w:p w14:paraId="6E1CAE1F" w14:textId="77777777" w:rsidR="00F57CE1" w:rsidRDefault="00F57CE1" w:rsidP="00573F18">
            <w:pPr>
              <w:spacing w:after="0"/>
              <w:jc w:val="center"/>
              <w:rPr>
                <w:rFonts w:cs="Times New Roman"/>
              </w:rPr>
            </w:pPr>
            <w:r>
              <w:rPr>
                <w:rFonts w:cs="Times New Roman"/>
                <w:sz w:val="14"/>
              </w:rPr>
              <w:t>2.326</w:t>
            </w:r>
          </w:p>
        </w:tc>
        <w:tc>
          <w:tcPr>
            <w:tcW w:w="1183" w:type="dxa"/>
            <w:tcMar>
              <w:top w:w="30" w:type="dxa"/>
              <w:left w:w="35" w:type="dxa"/>
              <w:bottom w:w="30" w:type="dxa"/>
              <w:right w:w="35" w:type="dxa"/>
            </w:tcMar>
            <w:vAlign w:val="center"/>
          </w:tcPr>
          <w:p w14:paraId="5D50D70B" w14:textId="77777777" w:rsidR="00F57CE1" w:rsidRDefault="00F57CE1" w:rsidP="00573F18">
            <w:pPr>
              <w:spacing w:after="0"/>
              <w:jc w:val="center"/>
              <w:rPr>
                <w:rFonts w:cs="Times New Roman"/>
              </w:rPr>
            </w:pPr>
            <w:r>
              <w:rPr>
                <w:rFonts w:cs="Times New Roman"/>
                <w:sz w:val="14"/>
              </w:rPr>
              <w:t>[-1.195, 5.846]</w:t>
            </w:r>
          </w:p>
        </w:tc>
        <w:tc>
          <w:tcPr>
            <w:tcW w:w="1183" w:type="dxa"/>
            <w:tcMar>
              <w:top w:w="30" w:type="dxa"/>
              <w:left w:w="35" w:type="dxa"/>
              <w:bottom w:w="30" w:type="dxa"/>
              <w:right w:w="35" w:type="dxa"/>
            </w:tcMar>
            <w:vAlign w:val="center"/>
          </w:tcPr>
          <w:p w14:paraId="01569D89" w14:textId="77777777" w:rsidR="00F57CE1" w:rsidRDefault="00F57CE1" w:rsidP="00573F18">
            <w:pPr>
              <w:spacing w:after="0"/>
              <w:jc w:val="center"/>
              <w:rPr>
                <w:rFonts w:cs="Times New Roman"/>
              </w:rPr>
            </w:pPr>
            <w:r>
              <w:rPr>
                <w:rFonts w:cs="Times New Roman"/>
                <w:sz w:val="14"/>
              </w:rPr>
              <w:t>0.215</w:t>
            </w:r>
          </w:p>
        </w:tc>
        <w:tc>
          <w:tcPr>
            <w:tcW w:w="1183" w:type="dxa"/>
            <w:tcMar>
              <w:top w:w="30" w:type="dxa"/>
              <w:left w:w="35" w:type="dxa"/>
              <w:bottom w:w="30" w:type="dxa"/>
              <w:right w:w="35" w:type="dxa"/>
            </w:tcMar>
            <w:vAlign w:val="center"/>
          </w:tcPr>
          <w:p w14:paraId="72E650C1" w14:textId="77777777" w:rsidR="00F57CE1" w:rsidRDefault="00F57CE1" w:rsidP="00573F18">
            <w:pPr>
              <w:spacing w:after="0"/>
              <w:jc w:val="center"/>
              <w:rPr>
                <w:rFonts w:cs="Times New Roman"/>
              </w:rPr>
            </w:pPr>
            <w:r>
              <w:rPr>
                <w:rFonts w:cs="Times New Roman"/>
                <w:sz w:val="14"/>
              </w:rPr>
              <w:t>252</w:t>
            </w:r>
          </w:p>
        </w:tc>
      </w:tr>
    </w:tbl>
    <w:p w14:paraId="22F2C4B2" w14:textId="77777777" w:rsidR="00F57CE1" w:rsidRDefault="00F57CE1" w:rsidP="00F57CE1">
      <w:pPr>
        <w:spacing w:before="40" w:after="120"/>
        <w:jc w:val="both"/>
        <w:rPr>
          <w:rFonts w:cs="Times New Roman"/>
        </w:rPr>
      </w:pPr>
      <w:r>
        <w:rPr>
          <w:rFonts w:cs="Times New Roman"/>
        </w:rPr>
        <w:t>Notes: The standardized shocks equal one sample standard deviation of the annual change: SD(DeltaHC) = 1.640 percentage points and SD(DeltalnHouse_pc) = 0.1396 log points. Responses are baseline coefficients rescaled into cumulative percentage productivity units. Because standardization only rescales the focal regressor, the wild-bootstrap p-values are identical to those in Table 2 and Table OA.5. Confidence intervals use the province-clustered covariance estimator with the same finite-sample adjustment as the baseline fixed-effects regressions.</w:t>
      </w:r>
    </w:p>
    <w:p w14:paraId="5670A6A5" w14:textId="77777777" w:rsidR="00F57CE1" w:rsidRDefault="00F57CE1" w:rsidP="00F57CE1">
      <w:pPr>
        <w:pStyle w:val="Heading2"/>
        <w:rPr>
          <w:rFonts w:ascii="Times New Roman" w:hAnsi="Times New Roman" w:cs="Times New Roman"/>
        </w:rPr>
      </w:pPr>
      <w:r>
        <w:rPr>
          <w:rFonts w:ascii="Times New Roman" w:hAnsi="Times New Roman" w:cs="Times New Roman"/>
        </w:rPr>
        <w:t>Table OA.10. Median-split state-dependent local-projection estimates</w:t>
      </w:r>
    </w:p>
    <w:p w14:paraId="3AB5FACF" w14:textId="77777777" w:rsidR="00F57CE1" w:rsidRDefault="00F57CE1" w:rsidP="00F57CE1">
      <w:pPr>
        <w:keepNext/>
        <w:spacing w:after="40"/>
        <w:rPr>
          <w:rFonts w:cs="Times New Roman"/>
        </w:rPr>
      </w:pPr>
      <w:r>
        <w:rPr>
          <w:rFonts w:cs="Times New Roman"/>
        </w:rPr>
        <w:t>Panel A. Human-capital response by lagged residential-investment state</w:t>
      </w:r>
    </w:p>
    <w:tbl>
      <w:tblPr>
        <w:tblW w:w="0" w:type="auto"/>
        <w:tblLook w:val="04A0" w:firstRow="1" w:lastRow="0" w:firstColumn="1" w:lastColumn="0" w:noHBand="0" w:noVBand="1"/>
      </w:tblPr>
      <w:tblGrid>
        <w:gridCol w:w="1350"/>
        <w:gridCol w:w="1352"/>
        <w:gridCol w:w="1352"/>
        <w:gridCol w:w="1352"/>
        <w:gridCol w:w="1352"/>
        <w:gridCol w:w="1352"/>
        <w:gridCol w:w="1351"/>
      </w:tblGrid>
      <w:tr w:rsidR="00F57CE1" w14:paraId="1FB44DD4" w14:textId="77777777" w:rsidTr="00573F18">
        <w:trPr>
          <w:tblHeader/>
        </w:trPr>
        <w:tc>
          <w:tcPr>
            <w:tcW w:w="1352" w:type="dxa"/>
            <w:tcMar>
              <w:top w:w="30" w:type="dxa"/>
              <w:left w:w="35" w:type="dxa"/>
              <w:bottom w:w="30" w:type="dxa"/>
              <w:right w:w="35" w:type="dxa"/>
            </w:tcMar>
            <w:vAlign w:val="center"/>
          </w:tcPr>
          <w:p w14:paraId="72639C21" w14:textId="77777777" w:rsidR="00F57CE1" w:rsidRDefault="00F57CE1" w:rsidP="00573F18">
            <w:pPr>
              <w:spacing w:after="0"/>
              <w:jc w:val="center"/>
              <w:rPr>
                <w:rFonts w:cs="Times New Roman"/>
              </w:rPr>
            </w:pPr>
            <w:r>
              <w:rPr>
                <w:rFonts w:cs="Times New Roman"/>
                <w:b/>
                <w:sz w:val="14"/>
              </w:rPr>
              <w:t>h</w:t>
            </w:r>
          </w:p>
        </w:tc>
        <w:tc>
          <w:tcPr>
            <w:tcW w:w="1352" w:type="dxa"/>
            <w:tcMar>
              <w:top w:w="30" w:type="dxa"/>
              <w:left w:w="35" w:type="dxa"/>
              <w:bottom w:w="30" w:type="dxa"/>
              <w:right w:w="35" w:type="dxa"/>
            </w:tcMar>
            <w:vAlign w:val="center"/>
          </w:tcPr>
          <w:p w14:paraId="7269A262" w14:textId="77777777" w:rsidR="00F57CE1" w:rsidRDefault="00F57CE1" w:rsidP="00573F18">
            <w:pPr>
              <w:spacing w:after="0"/>
              <w:jc w:val="center"/>
              <w:rPr>
                <w:rFonts w:cs="Times New Roman"/>
              </w:rPr>
            </w:pPr>
            <w:r>
              <w:rPr>
                <w:rFonts w:cs="Times New Roman"/>
                <w:b/>
                <w:sz w:val="14"/>
              </w:rPr>
              <w:t>Low housing response (%)</w:t>
            </w:r>
          </w:p>
        </w:tc>
        <w:tc>
          <w:tcPr>
            <w:tcW w:w="1352" w:type="dxa"/>
            <w:tcMar>
              <w:top w:w="30" w:type="dxa"/>
              <w:left w:w="35" w:type="dxa"/>
              <w:bottom w:w="30" w:type="dxa"/>
              <w:right w:w="35" w:type="dxa"/>
            </w:tcMar>
            <w:vAlign w:val="center"/>
          </w:tcPr>
          <w:p w14:paraId="5987884E"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3F84F82B" w14:textId="77777777" w:rsidR="00F57CE1" w:rsidRDefault="00F57CE1" w:rsidP="00573F18">
            <w:pPr>
              <w:spacing w:after="0"/>
              <w:jc w:val="center"/>
              <w:rPr>
                <w:rFonts w:cs="Times New Roman"/>
              </w:rPr>
            </w:pPr>
            <w:r>
              <w:rPr>
                <w:rFonts w:cs="Times New Roman"/>
                <w:b/>
                <w:sz w:val="14"/>
              </w:rPr>
              <w:t>High housing response (%)</w:t>
            </w:r>
          </w:p>
        </w:tc>
        <w:tc>
          <w:tcPr>
            <w:tcW w:w="1352" w:type="dxa"/>
            <w:tcMar>
              <w:top w:w="30" w:type="dxa"/>
              <w:left w:w="35" w:type="dxa"/>
              <w:bottom w:w="30" w:type="dxa"/>
              <w:right w:w="35" w:type="dxa"/>
            </w:tcMar>
            <w:vAlign w:val="center"/>
          </w:tcPr>
          <w:p w14:paraId="6B316FAC"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62960275" w14:textId="77777777" w:rsidR="00F57CE1" w:rsidRDefault="00F57CE1" w:rsidP="00573F18">
            <w:pPr>
              <w:spacing w:after="0"/>
              <w:jc w:val="center"/>
              <w:rPr>
                <w:rFonts w:cs="Times New Roman"/>
              </w:rPr>
            </w:pPr>
            <w:r>
              <w:rPr>
                <w:rFonts w:cs="Times New Roman"/>
                <w:b/>
                <w:sz w:val="14"/>
              </w:rPr>
              <w:t>Wild p: equality</w:t>
            </w:r>
          </w:p>
        </w:tc>
        <w:tc>
          <w:tcPr>
            <w:tcW w:w="1352" w:type="dxa"/>
            <w:tcMar>
              <w:top w:w="30" w:type="dxa"/>
              <w:left w:w="35" w:type="dxa"/>
              <w:bottom w:w="30" w:type="dxa"/>
              <w:right w:w="35" w:type="dxa"/>
            </w:tcMar>
            <w:vAlign w:val="center"/>
          </w:tcPr>
          <w:p w14:paraId="2FE92EC7" w14:textId="77777777" w:rsidR="00F57CE1" w:rsidRDefault="00F57CE1" w:rsidP="00573F18">
            <w:pPr>
              <w:spacing w:after="0"/>
              <w:jc w:val="center"/>
              <w:rPr>
                <w:rFonts w:cs="Times New Roman"/>
              </w:rPr>
            </w:pPr>
            <w:r>
              <w:rPr>
                <w:rFonts w:cs="Times New Roman"/>
                <w:b/>
                <w:sz w:val="14"/>
              </w:rPr>
              <w:t>N</w:t>
            </w:r>
          </w:p>
        </w:tc>
      </w:tr>
      <w:tr w:rsidR="00F57CE1" w14:paraId="02C3E899" w14:textId="77777777" w:rsidTr="00573F18">
        <w:tc>
          <w:tcPr>
            <w:tcW w:w="1352" w:type="dxa"/>
            <w:tcMar>
              <w:top w:w="30" w:type="dxa"/>
              <w:left w:w="35" w:type="dxa"/>
              <w:bottom w:w="30" w:type="dxa"/>
              <w:right w:w="35" w:type="dxa"/>
            </w:tcMar>
            <w:vAlign w:val="center"/>
          </w:tcPr>
          <w:p w14:paraId="631A8712" w14:textId="77777777" w:rsidR="00F57CE1" w:rsidRDefault="00F57CE1" w:rsidP="00573F18">
            <w:pPr>
              <w:spacing w:after="0"/>
              <w:jc w:val="center"/>
              <w:rPr>
                <w:rFonts w:cs="Times New Roman"/>
              </w:rPr>
            </w:pPr>
            <w:r>
              <w:rPr>
                <w:rFonts w:cs="Times New Roman"/>
                <w:sz w:val="15"/>
              </w:rPr>
              <w:t>0</w:t>
            </w:r>
          </w:p>
        </w:tc>
        <w:tc>
          <w:tcPr>
            <w:tcW w:w="1352" w:type="dxa"/>
            <w:tcMar>
              <w:top w:w="30" w:type="dxa"/>
              <w:left w:w="35" w:type="dxa"/>
              <w:bottom w:w="30" w:type="dxa"/>
              <w:right w:w="35" w:type="dxa"/>
            </w:tcMar>
            <w:vAlign w:val="center"/>
          </w:tcPr>
          <w:p w14:paraId="0BBC9B34" w14:textId="77777777" w:rsidR="00F57CE1" w:rsidRDefault="00F57CE1" w:rsidP="00573F18">
            <w:pPr>
              <w:spacing w:after="0"/>
              <w:jc w:val="center"/>
              <w:rPr>
                <w:rFonts w:cs="Times New Roman"/>
              </w:rPr>
            </w:pPr>
            <w:r>
              <w:rPr>
                <w:rFonts w:cs="Times New Roman"/>
                <w:sz w:val="15"/>
              </w:rPr>
              <w:t>0.240</w:t>
            </w:r>
          </w:p>
        </w:tc>
        <w:tc>
          <w:tcPr>
            <w:tcW w:w="1352" w:type="dxa"/>
            <w:tcMar>
              <w:top w:w="30" w:type="dxa"/>
              <w:left w:w="35" w:type="dxa"/>
              <w:bottom w:w="30" w:type="dxa"/>
              <w:right w:w="35" w:type="dxa"/>
            </w:tcMar>
            <w:vAlign w:val="center"/>
          </w:tcPr>
          <w:p w14:paraId="5D9ACF50" w14:textId="77777777" w:rsidR="00F57CE1" w:rsidRDefault="00F57CE1" w:rsidP="00573F18">
            <w:pPr>
              <w:spacing w:after="0"/>
              <w:jc w:val="center"/>
              <w:rPr>
                <w:rFonts w:cs="Times New Roman"/>
              </w:rPr>
            </w:pPr>
            <w:r>
              <w:rPr>
                <w:rFonts w:cs="Times New Roman"/>
                <w:sz w:val="15"/>
              </w:rPr>
              <w:t>0.384</w:t>
            </w:r>
          </w:p>
        </w:tc>
        <w:tc>
          <w:tcPr>
            <w:tcW w:w="1352" w:type="dxa"/>
            <w:tcMar>
              <w:top w:w="30" w:type="dxa"/>
              <w:left w:w="35" w:type="dxa"/>
              <w:bottom w:w="30" w:type="dxa"/>
              <w:right w:w="35" w:type="dxa"/>
            </w:tcMar>
            <w:vAlign w:val="center"/>
          </w:tcPr>
          <w:p w14:paraId="17101D76" w14:textId="77777777" w:rsidR="00F57CE1" w:rsidRDefault="00F57CE1" w:rsidP="00573F18">
            <w:pPr>
              <w:spacing w:after="0"/>
              <w:jc w:val="center"/>
              <w:rPr>
                <w:rFonts w:cs="Times New Roman"/>
              </w:rPr>
            </w:pPr>
            <w:r>
              <w:rPr>
                <w:rFonts w:cs="Times New Roman"/>
                <w:sz w:val="15"/>
              </w:rPr>
              <w:t>0.107</w:t>
            </w:r>
          </w:p>
        </w:tc>
        <w:tc>
          <w:tcPr>
            <w:tcW w:w="1352" w:type="dxa"/>
            <w:tcMar>
              <w:top w:w="30" w:type="dxa"/>
              <w:left w:w="35" w:type="dxa"/>
              <w:bottom w:w="30" w:type="dxa"/>
              <w:right w:w="35" w:type="dxa"/>
            </w:tcMar>
            <w:vAlign w:val="center"/>
          </w:tcPr>
          <w:p w14:paraId="6046F2D6" w14:textId="77777777" w:rsidR="00F57CE1" w:rsidRDefault="00F57CE1" w:rsidP="00573F18">
            <w:pPr>
              <w:spacing w:after="0"/>
              <w:jc w:val="center"/>
              <w:rPr>
                <w:rFonts w:cs="Times New Roman"/>
              </w:rPr>
            </w:pPr>
            <w:r>
              <w:rPr>
                <w:rFonts w:cs="Times New Roman"/>
                <w:sz w:val="15"/>
              </w:rPr>
              <w:t>0.587</w:t>
            </w:r>
          </w:p>
        </w:tc>
        <w:tc>
          <w:tcPr>
            <w:tcW w:w="1352" w:type="dxa"/>
            <w:tcMar>
              <w:top w:w="30" w:type="dxa"/>
              <w:left w:w="35" w:type="dxa"/>
              <w:bottom w:w="30" w:type="dxa"/>
              <w:right w:w="35" w:type="dxa"/>
            </w:tcMar>
            <w:vAlign w:val="center"/>
          </w:tcPr>
          <w:p w14:paraId="1CDED3B6" w14:textId="77777777" w:rsidR="00F57CE1" w:rsidRDefault="00F57CE1" w:rsidP="00573F18">
            <w:pPr>
              <w:spacing w:after="0"/>
              <w:jc w:val="center"/>
              <w:rPr>
                <w:rFonts w:cs="Times New Roman"/>
              </w:rPr>
            </w:pPr>
            <w:r>
              <w:rPr>
                <w:rFonts w:cs="Times New Roman"/>
                <w:sz w:val="15"/>
              </w:rPr>
              <w:t>0.877</w:t>
            </w:r>
          </w:p>
        </w:tc>
        <w:tc>
          <w:tcPr>
            <w:tcW w:w="1352" w:type="dxa"/>
            <w:tcMar>
              <w:top w:w="30" w:type="dxa"/>
              <w:left w:w="35" w:type="dxa"/>
              <w:bottom w:w="30" w:type="dxa"/>
              <w:right w:w="35" w:type="dxa"/>
            </w:tcMar>
            <w:vAlign w:val="center"/>
          </w:tcPr>
          <w:p w14:paraId="2B6CAA09" w14:textId="77777777" w:rsidR="00F57CE1" w:rsidRDefault="00F57CE1" w:rsidP="00573F18">
            <w:pPr>
              <w:spacing w:after="0"/>
              <w:jc w:val="center"/>
              <w:rPr>
                <w:rFonts w:cs="Times New Roman"/>
              </w:rPr>
            </w:pPr>
            <w:r>
              <w:rPr>
                <w:rFonts w:cs="Times New Roman"/>
                <w:sz w:val="15"/>
              </w:rPr>
              <w:t>392</w:t>
            </w:r>
          </w:p>
        </w:tc>
      </w:tr>
      <w:tr w:rsidR="00F57CE1" w14:paraId="0ADBDF14" w14:textId="77777777" w:rsidTr="00573F18">
        <w:tc>
          <w:tcPr>
            <w:tcW w:w="1352" w:type="dxa"/>
            <w:tcMar>
              <w:top w:w="30" w:type="dxa"/>
              <w:left w:w="35" w:type="dxa"/>
              <w:bottom w:w="30" w:type="dxa"/>
              <w:right w:w="35" w:type="dxa"/>
            </w:tcMar>
            <w:vAlign w:val="center"/>
          </w:tcPr>
          <w:p w14:paraId="30BEFA71" w14:textId="77777777" w:rsidR="00F57CE1" w:rsidRDefault="00F57CE1" w:rsidP="00573F18">
            <w:pPr>
              <w:spacing w:after="0"/>
              <w:jc w:val="center"/>
              <w:rPr>
                <w:rFonts w:cs="Times New Roman"/>
              </w:rPr>
            </w:pPr>
            <w:r>
              <w:rPr>
                <w:rFonts w:cs="Times New Roman"/>
                <w:sz w:val="15"/>
              </w:rPr>
              <w:t>1</w:t>
            </w:r>
          </w:p>
        </w:tc>
        <w:tc>
          <w:tcPr>
            <w:tcW w:w="1352" w:type="dxa"/>
            <w:tcMar>
              <w:top w:w="30" w:type="dxa"/>
              <w:left w:w="35" w:type="dxa"/>
              <w:bottom w:w="30" w:type="dxa"/>
              <w:right w:w="35" w:type="dxa"/>
            </w:tcMar>
            <w:vAlign w:val="center"/>
          </w:tcPr>
          <w:p w14:paraId="299A981F" w14:textId="77777777" w:rsidR="00F57CE1" w:rsidRDefault="00F57CE1" w:rsidP="00573F18">
            <w:pPr>
              <w:spacing w:after="0"/>
              <w:jc w:val="center"/>
              <w:rPr>
                <w:rFonts w:cs="Times New Roman"/>
              </w:rPr>
            </w:pPr>
            <w:r>
              <w:rPr>
                <w:rFonts w:cs="Times New Roman"/>
                <w:sz w:val="15"/>
              </w:rPr>
              <w:t>0.020</w:t>
            </w:r>
          </w:p>
        </w:tc>
        <w:tc>
          <w:tcPr>
            <w:tcW w:w="1352" w:type="dxa"/>
            <w:tcMar>
              <w:top w:w="30" w:type="dxa"/>
              <w:left w:w="35" w:type="dxa"/>
              <w:bottom w:w="30" w:type="dxa"/>
              <w:right w:w="35" w:type="dxa"/>
            </w:tcMar>
            <w:vAlign w:val="center"/>
          </w:tcPr>
          <w:p w14:paraId="2ACAAA4A" w14:textId="77777777" w:rsidR="00F57CE1" w:rsidRDefault="00F57CE1" w:rsidP="00573F18">
            <w:pPr>
              <w:spacing w:after="0"/>
              <w:jc w:val="center"/>
              <w:rPr>
                <w:rFonts w:cs="Times New Roman"/>
              </w:rPr>
            </w:pPr>
            <w:r>
              <w:rPr>
                <w:rFonts w:cs="Times New Roman"/>
                <w:sz w:val="15"/>
              </w:rPr>
              <w:t>0.406</w:t>
            </w:r>
          </w:p>
        </w:tc>
        <w:tc>
          <w:tcPr>
            <w:tcW w:w="1352" w:type="dxa"/>
            <w:tcMar>
              <w:top w:w="30" w:type="dxa"/>
              <w:left w:w="35" w:type="dxa"/>
              <w:bottom w:w="30" w:type="dxa"/>
              <w:right w:w="35" w:type="dxa"/>
            </w:tcMar>
            <w:vAlign w:val="center"/>
          </w:tcPr>
          <w:p w14:paraId="3BF3A83C" w14:textId="77777777" w:rsidR="00F57CE1" w:rsidRDefault="00F57CE1" w:rsidP="00573F18">
            <w:pPr>
              <w:spacing w:after="0"/>
              <w:jc w:val="center"/>
              <w:rPr>
                <w:rFonts w:cs="Times New Roman"/>
              </w:rPr>
            </w:pPr>
            <w:r>
              <w:rPr>
                <w:rFonts w:cs="Times New Roman"/>
                <w:sz w:val="15"/>
              </w:rPr>
              <w:t>-0.123</w:t>
            </w:r>
          </w:p>
        </w:tc>
        <w:tc>
          <w:tcPr>
            <w:tcW w:w="1352" w:type="dxa"/>
            <w:tcMar>
              <w:top w:w="30" w:type="dxa"/>
              <w:left w:w="35" w:type="dxa"/>
              <w:bottom w:w="30" w:type="dxa"/>
              <w:right w:w="35" w:type="dxa"/>
            </w:tcMar>
            <w:vAlign w:val="center"/>
          </w:tcPr>
          <w:p w14:paraId="0D89C6FD" w14:textId="77777777" w:rsidR="00F57CE1" w:rsidRDefault="00F57CE1" w:rsidP="00573F18">
            <w:pPr>
              <w:spacing w:after="0"/>
              <w:jc w:val="center"/>
              <w:rPr>
                <w:rFonts w:cs="Times New Roman"/>
              </w:rPr>
            </w:pPr>
            <w:r>
              <w:rPr>
                <w:rFonts w:cs="Times New Roman"/>
                <w:sz w:val="15"/>
              </w:rPr>
              <w:t>0.841</w:t>
            </w:r>
          </w:p>
        </w:tc>
        <w:tc>
          <w:tcPr>
            <w:tcW w:w="1352" w:type="dxa"/>
            <w:tcMar>
              <w:top w:w="30" w:type="dxa"/>
              <w:left w:w="35" w:type="dxa"/>
              <w:bottom w:w="30" w:type="dxa"/>
              <w:right w:w="35" w:type="dxa"/>
            </w:tcMar>
            <w:vAlign w:val="center"/>
          </w:tcPr>
          <w:p w14:paraId="79A38C6F" w14:textId="77777777" w:rsidR="00F57CE1" w:rsidRDefault="00F57CE1" w:rsidP="00573F18">
            <w:pPr>
              <w:spacing w:after="0"/>
              <w:jc w:val="center"/>
              <w:rPr>
                <w:rFonts w:cs="Times New Roman"/>
              </w:rPr>
            </w:pPr>
            <w:r>
              <w:rPr>
                <w:rFonts w:cs="Times New Roman"/>
                <w:sz w:val="15"/>
              </w:rPr>
              <w:t>0.902</w:t>
            </w:r>
          </w:p>
        </w:tc>
        <w:tc>
          <w:tcPr>
            <w:tcW w:w="1352" w:type="dxa"/>
            <w:tcMar>
              <w:top w:w="30" w:type="dxa"/>
              <w:left w:w="35" w:type="dxa"/>
              <w:bottom w:w="30" w:type="dxa"/>
              <w:right w:w="35" w:type="dxa"/>
            </w:tcMar>
            <w:vAlign w:val="center"/>
          </w:tcPr>
          <w:p w14:paraId="124F64D4" w14:textId="77777777" w:rsidR="00F57CE1" w:rsidRDefault="00F57CE1" w:rsidP="00573F18">
            <w:pPr>
              <w:spacing w:after="0"/>
              <w:jc w:val="center"/>
              <w:rPr>
                <w:rFonts w:cs="Times New Roman"/>
              </w:rPr>
            </w:pPr>
            <w:r>
              <w:rPr>
                <w:rFonts w:cs="Times New Roman"/>
                <w:sz w:val="15"/>
              </w:rPr>
              <w:t>364</w:t>
            </w:r>
          </w:p>
        </w:tc>
      </w:tr>
      <w:tr w:rsidR="00F57CE1" w14:paraId="072D012F" w14:textId="77777777" w:rsidTr="00573F18">
        <w:tc>
          <w:tcPr>
            <w:tcW w:w="1352" w:type="dxa"/>
            <w:tcMar>
              <w:top w:w="30" w:type="dxa"/>
              <w:left w:w="35" w:type="dxa"/>
              <w:bottom w:w="30" w:type="dxa"/>
              <w:right w:w="35" w:type="dxa"/>
            </w:tcMar>
            <w:vAlign w:val="center"/>
          </w:tcPr>
          <w:p w14:paraId="3009AF60" w14:textId="77777777" w:rsidR="00F57CE1" w:rsidRDefault="00F57CE1" w:rsidP="00573F18">
            <w:pPr>
              <w:spacing w:after="0"/>
              <w:jc w:val="center"/>
              <w:rPr>
                <w:rFonts w:cs="Times New Roman"/>
              </w:rPr>
            </w:pPr>
            <w:r>
              <w:rPr>
                <w:rFonts w:cs="Times New Roman"/>
                <w:sz w:val="15"/>
              </w:rPr>
              <w:t>2</w:t>
            </w:r>
          </w:p>
        </w:tc>
        <w:tc>
          <w:tcPr>
            <w:tcW w:w="1352" w:type="dxa"/>
            <w:tcMar>
              <w:top w:w="30" w:type="dxa"/>
              <w:left w:w="35" w:type="dxa"/>
              <w:bottom w:w="30" w:type="dxa"/>
              <w:right w:w="35" w:type="dxa"/>
            </w:tcMar>
            <w:vAlign w:val="center"/>
          </w:tcPr>
          <w:p w14:paraId="7E99B6AF" w14:textId="77777777" w:rsidR="00F57CE1" w:rsidRDefault="00F57CE1" w:rsidP="00573F18">
            <w:pPr>
              <w:spacing w:after="0"/>
              <w:jc w:val="center"/>
              <w:rPr>
                <w:rFonts w:cs="Times New Roman"/>
              </w:rPr>
            </w:pPr>
            <w:r>
              <w:rPr>
                <w:rFonts w:cs="Times New Roman"/>
                <w:sz w:val="15"/>
              </w:rPr>
              <w:t>0.198</w:t>
            </w:r>
          </w:p>
        </w:tc>
        <w:tc>
          <w:tcPr>
            <w:tcW w:w="1352" w:type="dxa"/>
            <w:tcMar>
              <w:top w:w="30" w:type="dxa"/>
              <w:left w:w="35" w:type="dxa"/>
              <w:bottom w:w="30" w:type="dxa"/>
              <w:right w:w="35" w:type="dxa"/>
            </w:tcMar>
            <w:vAlign w:val="center"/>
          </w:tcPr>
          <w:p w14:paraId="6A025C58" w14:textId="77777777" w:rsidR="00F57CE1" w:rsidRDefault="00F57CE1" w:rsidP="00573F18">
            <w:pPr>
              <w:spacing w:after="0"/>
              <w:jc w:val="center"/>
              <w:rPr>
                <w:rFonts w:cs="Times New Roman"/>
              </w:rPr>
            </w:pPr>
            <w:r>
              <w:rPr>
                <w:rFonts w:cs="Times New Roman"/>
                <w:sz w:val="15"/>
              </w:rPr>
              <w:t>0.524</w:t>
            </w:r>
          </w:p>
        </w:tc>
        <w:tc>
          <w:tcPr>
            <w:tcW w:w="1352" w:type="dxa"/>
            <w:tcMar>
              <w:top w:w="30" w:type="dxa"/>
              <w:left w:w="35" w:type="dxa"/>
              <w:bottom w:w="30" w:type="dxa"/>
              <w:right w:w="35" w:type="dxa"/>
            </w:tcMar>
            <w:vAlign w:val="center"/>
          </w:tcPr>
          <w:p w14:paraId="779D9713" w14:textId="77777777" w:rsidR="00F57CE1" w:rsidRDefault="00F57CE1" w:rsidP="00573F18">
            <w:pPr>
              <w:spacing w:after="0"/>
              <w:jc w:val="center"/>
              <w:rPr>
                <w:rFonts w:cs="Times New Roman"/>
              </w:rPr>
            </w:pPr>
            <w:r>
              <w:rPr>
                <w:rFonts w:cs="Times New Roman"/>
                <w:sz w:val="15"/>
              </w:rPr>
              <w:t>-0.709</w:t>
            </w:r>
          </w:p>
        </w:tc>
        <w:tc>
          <w:tcPr>
            <w:tcW w:w="1352" w:type="dxa"/>
            <w:tcMar>
              <w:top w:w="30" w:type="dxa"/>
              <w:left w:w="35" w:type="dxa"/>
              <w:bottom w:w="30" w:type="dxa"/>
              <w:right w:w="35" w:type="dxa"/>
            </w:tcMar>
            <w:vAlign w:val="center"/>
          </w:tcPr>
          <w:p w14:paraId="73B99E73" w14:textId="77777777" w:rsidR="00F57CE1" w:rsidRDefault="00F57CE1" w:rsidP="00573F18">
            <w:pPr>
              <w:spacing w:after="0"/>
              <w:jc w:val="center"/>
              <w:rPr>
                <w:rFonts w:cs="Times New Roman"/>
              </w:rPr>
            </w:pPr>
            <w:r>
              <w:rPr>
                <w:rFonts w:cs="Times New Roman"/>
                <w:sz w:val="15"/>
              </w:rPr>
              <w:t>0.823</w:t>
            </w:r>
          </w:p>
        </w:tc>
        <w:tc>
          <w:tcPr>
            <w:tcW w:w="1352" w:type="dxa"/>
            <w:tcMar>
              <w:top w:w="30" w:type="dxa"/>
              <w:left w:w="35" w:type="dxa"/>
              <w:bottom w:w="30" w:type="dxa"/>
              <w:right w:w="35" w:type="dxa"/>
            </w:tcMar>
            <w:vAlign w:val="center"/>
          </w:tcPr>
          <w:p w14:paraId="33008702" w14:textId="77777777" w:rsidR="00F57CE1" w:rsidRDefault="00F57CE1" w:rsidP="00573F18">
            <w:pPr>
              <w:spacing w:after="0"/>
              <w:jc w:val="center"/>
              <w:rPr>
                <w:rFonts w:cs="Times New Roman"/>
              </w:rPr>
            </w:pPr>
            <w:r>
              <w:rPr>
                <w:rFonts w:cs="Times New Roman"/>
                <w:sz w:val="15"/>
              </w:rPr>
              <w:t>0.292</w:t>
            </w:r>
          </w:p>
        </w:tc>
        <w:tc>
          <w:tcPr>
            <w:tcW w:w="1352" w:type="dxa"/>
            <w:tcMar>
              <w:top w:w="30" w:type="dxa"/>
              <w:left w:w="35" w:type="dxa"/>
              <w:bottom w:w="30" w:type="dxa"/>
              <w:right w:w="35" w:type="dxa"/>
            </w:tcMar>
            <w:vAlign w:val="center"/>
          </w:tcPr>
          <w:p w14:paraId="36481A7D" w14:textId="77777777" w:rsidR="00F57CE1" w:rsidRDefault="00F57CE1" w:rsidP="00573F18">
            <w:pPr>
              <w:spacing w:after="0"/>
              <w:jc w:val="center"/>
              <w:rPr>
                <w:rFonts w:cs="Times New Roman"/>
              </w:rPr>
            </w:pPr>
            <w:r>
              <w:rPr>
                <w:rFonts w:cs="Times New Roman"/>
                <w:sz w:val="15"/>
              </w:rPr>
              <w:t>336</w:t>
            </w:r>
          </w:p>
        </w:tc>
      </w:tr>
      <w:tr w:rsidR="00F57CE1" w14:paraId="05F6756C" w14:textId="77777777" w:rsidTr="00573F18">
        <w:tc>
          <w:tcPr>
            <w:tcW w:w="1352" w:type="dxa"/>
            <w:tcMar>
              <w:top w:w="30" w:type="dxa"/>
              <w:left w:w="35" w:type="dxa"/>
              <w:bottom w:w="30" w:type="dxa"/>
              <w:right w:w="35" w:type="dxa"/>
            </w:tcMar>
            <w:vAlign w:val="center"/>
          </w:tcPr>
          <w:p w14:paraId="64931E65" w14:textId="77777777" w:rsidR="00F57CE1" w:rsidRDefault="00F57CE1" w:rsidP="00573F18">
            <w:pPr>
              <w:spacing w:after="0"/>
              <w:jc w:val="center"/>
              <w:rPr>
                <w:rFonts w:cs="Times New Roman"/>
              </w:rPr>
            </w:pPr>
            <w:r>
              <w:rPr>
                <w:rFonts w:cs="Times New Roman"/>
                <w:sz w:val="15"/>
              </w:rPr>
              <w:t>3</w:t>
            </w:r>
          </w:p>
        </w:tc>
        <w:tc>
          <w:tcPr>
            <w:tcW w:w="1352" w:type="dxa"/>
            <w:tcMar>
              <w:top w:w="30" w:type="dxa"/>
              <w:left w:w="35" w:type="dxa"/>
              <w:bottom w:w="30" w:type="dxa"/>
              <w:right w:w="35" w:type="dxa"/>
            </w:tcMar>
            <w:vAlign w:val="center"/>
          </w:tcPr>
          <w:p w14:paraId="7B01FCFA" w14:textId="77777777" w:rsidR="00F57CE1" w:rsidRDefault="00F57CE1" w:rsidP="00573F18">
            <w:pPr>
              <w:spacing w:after="0"/>
              <w:jc w:val="center"/>
              <w:rPr>
                <w:rFonts w:cs="Times New Roman"/>
              </w:rPr>
            </w:pPr>
            <w:r>
              <w:rPr>
                <w:rFonts w:cs="Times New Roman"/>
                <w:sz w:val="15"/>
              </w:rPr>
              <w:t>-0.318</w:t>
            </w:r>
          </w:p>
        </w:tc>
        <w:tc>
          <w:tcPr>
            <w:tcW w:w="1352" w:type="dxa"/>
            <w:tcMar>
              <w:top w:w="30" w:type="dxa"/>
              <w:left w:w="35" w:type="dxa"/>
              <w:bottom w:w="30" w:type="dxa"/>
              <w:right w:w="35" w:type="dxa"/>
            </w:tcMar>
            <w:vAlign w:val="center"/>
          </w:tcPr>
          <w:p w14:paraId="1652FF6E" w14:textId="77777777" w:rsidR="00F57CE1" w:rsidRDefault="00F57CE1" w:rsidP="00573F18">
            <w:pPr>
              <w:spacing w:after="0"/>
              <w:jc w:val="center"/>
              <w:rPr>
                <w:rFonts w:cs="Times New Roman"/>
              </w:rPr>
            </w:pPr>
            <w:r>
              <w:rPr>
                <w:rFonts w:cs="Times New Roman"/>
                <w:sz w:val="15"/>
              </w:rPr>
              <w:t>0.689</w:t>
            </w:r>
          </w:p>
        </w:tc>
        <w:tc>
          <w:tcPr>
            <w:tcW w:w="1352" w:type="dxa"/>
            <w:tcMar>
              <w:top w:w="30" w:type="dxa"/>
              <w:left w:w="35" w:type="dxa"/>
              <w:bottom w:w="30" w:type="dxa"/>
              <w:right w:w="35" w:type="dxa"/>
            </w:tcMar>
            <w:vAlign w:val="center"/>
          </w:tcPr>
          <w:p w14:paraId="091DD523" w14:textId="77777777" w:rsidR="00F57CE1" w:rsidRDefault="00F57CE1" w:rsidP="00573F18">
            <w:pPr>
              <w:spacing w:after="0"/>
              <w:jc w:val="center"/>
              <w:rPr>
                <w:rFonts w:cs="Times New Roman"/>
              </w:rPr>
            </w:pPr>
            <w:r>
              <w:rPr>
                <w:rFonts w:cs="Times New Roman"/>
                <w:sz w:val="15"/>
              </w:rPr>
              <w:t>-2.059</w:t>
            </w:r>
          </w:p>
        </w:tc>
        <w:tc>
          <w:tcPr>
            <w:tcW w:w="1352" w:type="dxa"/>
            <w:tcMar>
              <w:top w:w="30" w:type="dxa"/>
              <w:left w:w="35" w:type="dxa"/>
              <w:bottom w:w="30" w:type="dxa"/>
              <w:right w:w="35" w:type="dxa"/>
            </w:tcMar>
            <w:vAlign w:val="center"/>
          </w:tcPr>
          <w:p w14:paraId="58865FB4" w14:textId="77777777" w:rsidR="00F57CE1" w:rsidRDefault="00F57CE1" w:rsidP="00573F18">
            <w:pPr>
              <w:spacing w:after="0"/>
              <w:jc w:val="center"/>
              <w:rPr>
                <w:rFonts w:cs="Times New Roman"/>
              </w:rPr>
            </w:pPr>
            <w:r>
              <w:rPr>
                <w:rFonts w:cs="Times New Roman"/>
                <w:sz w:val="15"/>
              </w:rPr>
              <w:t>0.777</w:t>
            </w:r>
          </w:p>
        </w:tc>
        <w:tc>
          <w:tcPr>
            <w:tcW w:w="1352" w:type="dxa"/>
            <w:tcMar>
              <w:top w:w="30" w:type="dxa"/>
              <w:left w:w="35" w:type="dxa"/>
              <w:bottom w:w="30" w:type="dxa"/>
              <w:right w:w="35" w:type="dxa"/>
            </w:tcMar>
            <w:vAlign w:val="center"/>
          </w:tcPr>
          <w:p w14:paraId="36125AE0" w14:textId="77777777" w:rsidR="00F57CE1" w:rsidRDefault="00F57CE1" w:rsidP="00573F18">
            <w:pPr>
              <w:spacing w:after="0"/>
              <w:jc w:val="center"/>
              <w:rPr>
                <w:rFonts w:cs="Times New Roman"/>
              </w:rPr>
            </w:pPr>
            <w:r>
              <w:rPr>
                <w:rFonts w:cs="Times New Roman"/>
                <w:sz w:val="15"/>
              </w:rPr>
              <w:t>0.060</w:t>
            </w:r>
          </w:p>
        </w:tc>
        <w:tc>
          <w:tcPr>
            <w:tcW w:w="1352" w:type="dxa"/>
            <w:tcMar>
              <w:top w:w="30" w:type="dxa"/>
              <w:left w:w="35" w:type="dxa"/>
              <w:bottom w:w="30" w:type="dxa"/>
              <w:right w:w="35" w:type="dxa"/>
            </w:tcMar>
            <w:vAlign w:val="center"/>
          </w:tcPr>
          <w:p w14:paraId="79351F16" w14:textId="77777777" w:rsidR="00F57CE1" w:rsidRDefault="00F57CE1" w:rsidP="00573F18">
            <w:pPr>
              <w:spacing w:after="0"/>
              <w:jc w:val="center"/>
              <w:rPr>
                <w:rFonts w:cs="Times New Roman"/>
              </w:rPr>
            </w:pPr>
            <w:r>
              <w:rPr>
                <w:rFonts w:cs="Times New Roman"/>
                <w:sz w:val="15"/>
              </w:rPr>
              <w:t>308</w:t>
            </w:r>
          </w:p>
        </w:tc>
      </w:tr>
      <w:tr w:rsidR="00F57CE1" w14:paraId="09D04F3C" w14:textId="77777777" w:rsidTr="00573F18">
        <w:tc>
          <w:tcPr>
            <w:tcW w:w="1352" w:type="dxa"/>
            <w:tcMar>
              <w:top w:w="30" w:type="dxa"/>
              <w:left w:w="35" w:type="dxa"/>
              <w:bottom w:w="30" w:type="dxa"/>
              <w:right w:w="35" w:type="dxa"/>
            </w:tcMar>
            <w:vAlign w:val="center"/>
          </w:tcPr>
          <w:p w14:paraId="5B036F66" w14:textId="77777777" w:rsidR="00F57CE1" w:rsidRDefault="00F57CE1" w:rsidP="00573F18">
            <w:pPr>
              <w:spacing w:after="0"/>
              <w:jc w:val="center"/>
              <w:rPr>
                <w:rFonts w:cs="Times New Roman"/>
              </w:rPr>
            </w:pPr>
            <w:r>
              <w:rPr>
                <w:rFonts w:cs="Times New Roman"/>
                <w:sz w:val="15"/>
              </w:rPr>
              <w:t>4</w:t>
            </w:r>
          </w:p>
        </w:tc>
        <w:tc>
          <w:tcPr>
            <w:tcW w:w="1352" w:type="dxa"/>
            <w:tcMar>
              <w:top w:w="30" w:type="dxa"/>
              <w:left w:w="35" w:type="dxa"/>
              <w:bottom w:w="30" w:type="dxa"/>
              <w:right w:w="35" w:type="dxa"/>
            </w:tcMar>
            <w:vAlign w:val="center"/>
          </w:tcPr>
          <w:p w14:paraId="2DD57A9E" w14:textId="77777777" w:rsidR="00F57CE1" w:rsidRDefault="00F57CE1" w:rsidP="00573F18">
            <w:pPr>
              <w:spacing w:after="0"/>
              <w:jc w:val="center"/>
              <w:rPr>
                <w:rFonts w:cs="Times New Roman"/>
              </w:rPr>
            </w:pPr>
            <w:r>
              <w:rPr>
                <w:rFonts w:cs="Times New Roman"/>
                <w:sz w:val="15"/>
              </w:rPr>
              <w:t>-0.536</w:t>
            </w:r>
          </w:p>
        </w:tc>
        <w:tc>
          <w:tcPr>
            <w:tcW w:w="1352" w:type="dxa"/>
            <w:tcMar>
              <w:top w:w="30" w:type="dxa"/>
              <w:left w:w="35" w:type="dxa"/>
              <w:bottom w:w="30" w:type="dxa"/>
              <w:right w:w="35" w:type="dxa"/>
            </w:tcMar>
            <w:vAlign w:val="center"/>
          </w:tcPr>
          <w:p w14:paraId="71CDBBB7" w14:textId="77777777" w:rsidR="00F57CE1" w:rsidRDefault="00F57CE1" w:rsidP="00573F18">
            <w:pPr>
              <w:spacing w:after="0"/>
              <w:jc w:val="center"/>
              <w:rPr>
                <w:rFonts w:cs="Times New Roman"/>
              </w:rPr>
            </w:pPr>
            <w:r>
              <w:rPr>
                <w:rFonts w:cs="Times New Roman"/>
                <w:sz w:val="15"/>
              </w:rPr>
              <w:t>0.754</w:t>
            </w:r>
          </w:p>
        </w:tc>
        <w:tc>
          <w:tcPr>
            <w:tcW w:w="1352" w:type="dxa"/>
            <w:tcMar>
              <w:top w:w="30" w:type="dxa"/>
              <w:left w:w="35" w:type="dxa"/>
              <w:bottom w:w="30" w:type="dxa"/>
              <w:right w:w="35" w:type="dxa"/>
            </w:tcMar>
            <w:vAlign w:val="center"/>
          </w:tcPr>
          <w:p w14:paraId="7CA73DC8" w14:textId="77777777" w:rsidR="00F57CE1" w:rsidRDefault="00F57CE1" w:rsidP="00573F18">
            <w:pPr>
              <w:spacing w:after="0"/>
              <w:jc w:val="center"/>
              <w:rPr>
                <w:rFonts w:cs="Times New Roman"/>
              </w:rPr>
            </w:pPr>
            <w:r>
              <w:rPr>
                <w:rFonts w:cs="Times New Roman"/>
                <w:sz w:val="15"/>
              </w:rPr>
              <w:t>-2.257</w:t>
            </w:r>
          </w:p>
        </w:tc>
        <w:tc>
          <w:tcPr>
            <w:tcW w:w="1352" w:type="dxa"/>
            <w:tcMar>
              <w:top w:w="30" w:type="dxa"/>
              <w:left w:w="35" w:type="dxa"/>
              <w:bottom w:w="30" w:type="dxa"/>
              <w:right w:w="35" w:type="dxa"/>
            </w:tcMar>
            <w:vAlign w:val="center"/>
          </w:tcPr>
          <w:p w14:paraId="36FA2DD9" w14:textId="77777777" w:rsidR="00F57CE1" w:rsidRDefault="00F57CE1" w:rsidP="00573F18">
            <w:pPr>
              <w:spacing w:after="0"/>
              <w:jc w:val="center"/>
              <w:rPr>
                <w:rFonts w:cs="Times New Roman"/>
              </w:rPr>
            </w:pPr>
            <w:r>
              <w:rPr>
                <w:rFonts w:cs="Times New Roman"/>
                <w:sz w:val="15"/>
              </w:rPr>
              <w:t>0.839</w:t>
            </w:r>
          </w:p>
        </w:tc>
        <w:tc>
          <w:tcPr>
            <w:tcW w:w="1352" w:type="dxa"/>
            <w:tcMar>
              <w:top w:w="30" w:type="dxa"/>
              <w:left w:w="35" w:type="dxa"/>
              <w:bottom w:w="30" w:type="dxa"/>
              <w:right w:w="35" w:type="dxa"/>
            </w:tcMar>
            <w:vAlign w:val="center"/>
          </w:tcPr>
          <w:p w14:paraId="36BDB1FA" w14:textId="77777777" w:rsidR="00F57CE1" w:rsidRDefault="00F57CE1" w:rsidP="00573F18">
            <w:pPr>
              <w:spacing w:after="0"/>
              <w:jc w:val="center"/>
              <w:rPr>
                <w:rFonts w:cs="Times New Roman"/>
              </w:rPr>
            </w:pPr>
            <w:r>
              <w:rPr>
                <w:rFonts w:cs="Times New Roman"/>
                <w:sz w:val="15"/>
              </w:rPr>
              <w:t>0.090</w:t>
            </w:r>
          </w:p>
        </w:tc>
        <w:tc>
          <w:tcPr>
            <w:tcW w:w="1352" w:type="dxa"/>
            <w:tcMar>
              <w:top w:w="30" w:type="dxa"/>
              <w:left w:w="35" w:type="dxa"/>
              <w:bottom w:w="30" w:type="dxa"/>
              <w:right w:w="35" w:type="dxa"/>
            </w:tcMar>
            <w:vAlign w:val="center"/>
          </w:tcPr>
          <w:p w14:paraId="26619CFD" w14:textId="77777777" w:rsidR="00F57CE1" w:rsidRDefault="00F57CE1" w:rsidP="00573F18">
            <w:pPr>
              <w:spacing w:after="0"/>
              <w:jc w:val="center"/>
              <w:rPr>
                <w:rFonts w:cs="Times New Roman"/>
              </w:rPr>
            </w:pPr>
            <w:r>
              <w:rPr>
                <w:rFonts w:cs="Times New Roman"/>
                <w:sz w:val="15"/>
              </w:rPr>
              <w:t>280</w:t>
            </w:r>
          </w:p>
        </w:tc>
      </w:tr>
      <w:tr w:rsidR="00F57CE1" w14:paraId="44B057CA" w14:textId="77777777" w:rsidTr="00573F18">
        <w:tc>
          <w:tcPr>
            <w:tcW w:w="1352" w:type="dxa"/>
            <w:tcMar>
              <w:top w:w="30" w:type="dxa"/>
              <w:left w:w="35" w:type="dxa"/>
              <w:bottom w:w="30" w:type="dxa"/>
              <w:right w:w="35" w:type="dxa"/>
            </w:tcMar>
            <w:vAlign w:val="center"/>
          </w:tcPr>
          <w:p w14:paraId="177C628D" w14:textId="77777777" w:rsidR="00F57CE1" w:rsidRDefault="00F57CE1" w:rsidP="00573F18">
            <w:pPr>
              <w:spacing w:after="0"/>
              <w:jc w:val="center"/>
              <w:rPr>
                <w:rFonts w:cs="Times New Roman"/>
              </w:rPr>
            </w:pPr>
            <w:r>
              <w:rPr>
                <w:rFonts w:cs="Times New Roman"/>
                <w:sz w:val="15"/>
              </w:rPr>
              <w:t>5</w:t>
            </w:r>
          </w:p>
        </w:tc>
        <w:tc>
          <w:tcPr>
            <w:tcW w:w="1352" w:type="dxa"/>
            <w:tcMar>
              <w:top w:w="30" w:type="dxa"/>
              <w:left w:w="35" w:type="dxa"/>
              <w:bottom w:w="30" w:type="dxa"/>
              <w:right w:w="35" w:type="dxa"/>
            </w:tcMar>
            <w:vAlign w:val="center"/>
          </w:tcPr>
          <w:p w14:paraId="19DD8614" w14:textId="77777777" w:rsidR="00F57CE1" w:rsidRDefault="00F57CE1" w:rsidP="00573F18">
            <w:pPr>
              <w:spacing w:after="0"/>
              <w:jc w:val="center"/>
              <w:rPr>
                <w:rFonts w:cs="Times New Roman"/>
              </w:rPr>
            </w:pPr>
            <w:r>
              <w:rPr>
                <w:rFonts w:cs="Times New Roman"/>
                <w:sz w:val="15"/>
              </w:rPr>
              <w:t>-0.545</w:t>
            </w:r>
          </w:p>
        </w:tc>
        <w:tc>
          <w:tcPr>
            <w:tcW w:w="1352" w:type="dxa"/>
            <w:tcMar>
              <w:top w:w="30" w:type="dxa"/>
              <w:left w:w="35" w:type="dxa"/>
              <w:bottom w:w="30" w:type="dxa"/>
              <w:right w:w="35" w:type="dxa"/>
            </w:tcMar>
            <w:vAlign w:val="center"/>
          </w:tcPr>
          <w:p w14:paraId="626D7259" w14:textId="77777777" w:rsidR="00F57CE1" w:rsidRDefault="00F57CE1" w:rsidP="00573F18">
            <w:pPr>
              <w:spacing w:after="0"/>
              <w:jc w:val="center"/>
              <w:rPr>
                <w:rFonts w:cs="Times New Roman"/>
              </w:rPr>
            </w:pPr>
            <w:r>
              <w:rPr>
                <w:rFonts w:cs="Times New Roman"/>
                <w:sz w:val="15"/>
              </w:rPr>
              <w:t>0.948</w:t>
            </w:r>
          </w:p>
        </w:tc>
        <w:tc>
          <w:tcPr>
            <w:tcW w:w="1352" w:type="dxa"/>
            <w:tcMar>
              <w:top w:w="30" w:type="dxa"/>
              <w:left w:w="35" w:type="dxa"/>
              <w:bottom w:w="30" w:type="dxa"/>
              <w:right w:w="35" w:type="dxa"/>
            </w:tcMar>
            <w:vAlign w:val="center"/>
          </w:tcPr>
          <w:p w14:paraId="1BC8AC4E" w14:textId="77777777" w:rsidR="00F57CE1" w:rsidRDefault="00F57CE1" w:rsidP="00573F18">
            <w:pPr>
              <w:spacing w:after="0"/>
              <w:jc w:val="center"/>
              <w:rPr>
                <w:rFonts w:cs="Times New Roman"/>
              </w:rPr>
            </w:pPr>
            <w:r>
              <w:rPr>
                <w:rFonts w:cs="Times New Roman"/>
                <w:sz w:val="15"/>
              </w:rPr>
              <w:t>-1.868</w:t>
            </w:r>
          </w:p>
        </w:tc>
        <w:tc>
          <w:tcPr>
            <w:tcW w:w="1352" w:type="dxa"/>
            <w:tcMar>
              <w:top w:w="30" w:type="dxa"/>
              <w:left w:w="35" w:type="dxa"/>
              <w:bottom w:w="30" w:type="dxa"/>
              <w:right w:w="35" w:type="dxa"/>
            </w:tcMar>
            <w:vAlign w:val="center"/>
          </w:tcPr>
          <w:p w14:paraId="7C86FC5B" w14:textId="77777777" w:rsidR="00F57CE1" w:rsidRDefault="00F57CE1" w:rsidP="00573F18">
            <w:pPr>
              <w:spacing w:after="0"/>
              <w:jc w:val="center"/>
              <w:rPr>
                <w:rFonts w:cs="Times New Roman"/>
              </w:rPr>
            </w:pPr>
            <w:r>
              <w:rPr>
                <w:rFonts w:cs="Times New Roman"/>
                <w:sz w:val="15"/>
              </w:rPr>
              <w:t>1.103</w:t>
            </w:r>
          </w:p>
        </w:tc>
        <w:tc>
          <w:tcPr>
            <w:tcW w:w="1352" w:type="dxa"/>
            <w:tcMar>
              <w:top w:w="30" w:type="dxa"/>
              <w:left w:w="35" w:type="dxa"/>
              <w:bottom w:w="30" w:type="dxa"/>
              <w:right w:w="35" w:type="dxa"/>
            </w:tcMar>
            <w:vAlign w:val="center"/>
          </w:tcPr>
          <w:p w14:paraId="618C2EF6" w14:textId="77777777" w:rsidR="00F57CE1" w:rsidRDefault="00F57CE1" w:rsidP="00573F18">
            <w:pPr>
              <w:spacing w:after="0"/>
              <w:jc w:val="center"/>
              <w:rPr>
                <w:rFonts w:cs="Times New Roman"/>
              </w:rPr>
            </w:pPr>
            <w:r>
              <w:rPr>
                <w:rFonts w:cs="Times New Roman"/>
                <w:sz w:val="15"/>
              </w:rPr>
              <w:t>0.349</w:t>
            </w:r>
          </w:p>
        </w:tc>
        <w:tc>
          <w:tcPr>
            <w:tcW w:w="1352" w:type="dxa"/>
            <w:tcMar>
              <w:top w:w="30" w:type="dxa"/>
              <w:left w:w="35" w:type="dxa"/>
              <w:bottom w:w="30" w:type="dxa"/>
              <w:right w:w="35" w:type="dxa"/>
            </w:tcMar>
            <w:vAlign w:val="center"/>
          </w:tcPr>
          <w:p w14:paraId="59F26F9A" w14:textId="77777777" w:rsidR="00F57CE1" w:rsidRDefault="00F57CE1" w:rsidP="00573F18">
            <w:pPr>
              <w:spacing w:after="0"/>
              <w:jc w:val="center"/>
              <w:rPr>
                <w:rFonts w:cs="Times New Roman"/>
              </w:rPr>
            </w:pPr>
            <w:r>
              <w:rPr>
                <w:rFonts w:cs="Times New Roman"/>
                <w:sz w:val="15"/>
              </w:rPr>
              <w:t>252</w:t>
            </w:r>
          </w:p>
        </w:tc>
      </w:tr>
    </w:tbl>
    <w:p w14:paraId="3C24A8FD" w14:textId="77777777" w:rsidR="00F57CE1" w:rsidRDefault="00F57CE1" w:rsidP="00F57CE1">
      <w:pPr>
        <w:keepNext/>
        <w:spacing w:before="80" w:after="40"/>
        <w:rPr>
          <w:rFonts w:cs="Times New Roman"/>
        </w:rPr>
      </w:pPr>
      <w:r>
        <w:rPr>
          <w:rFonts w:cs="Times New Roman"/>
        </w:rPr>
        <w:t>Panel B. Residential-investment response by lagged human-capital state</w:t>
      </w:r>
    </w:p>
    <w:tbl>
      <w:tblPr>
        <w:tblW w:w="0" w:type="auto"/>
        <w:tblLook w:val="04A0" w:firstRow="1" w:lastRow="0" w:firstColumn="1" w:lastColumn="0" w:noHBand="0" w:noVBand="1"/>
      </w:tblPr>
      <w:tblGrid>
        <w:gridCol w:w="1350"/>
        <w:gridCol w:w="1352"/>
        <w:gridCol w:w="1352"/>
        <w:gridCol w:w="1352"/>
        <w:gridCol w:w="1352"/>
        <w:gridCol w:w="1352"/>
        <w:gridCol w:w="1351"/>
      </w:tblGrid>
      <w:tr w:rsidR="00F57CE1" w14:paraId="7F9E84EB" w14:textId="77777777" w:rsidTr="00573F18">
        <w:trPr>
          <w:tblHeader/>
        </w:trPr>
        <w:tc>
          <w:tcPr>
            <w:tcW w:w="1352" w:type="dxa"/>
            <w:tcMar>
              <w:top w:w="30" w:type="dxa"/>
              <w:left w:w="35" w:type="dxa"/>
              <w:bottom w:w="30" w:type="dxa"/>
              <w:right w:w="35" w:type="dxa"/>
            </w:tcMar>
            <w:vAlign w:val="center"/>
          </w:tcPr>
          <w:p w14:paraId="6573CC1F" w14:textId="77777777" w:rsidR="00F57CE1" w:rsidRDefault="00F57CE1" w:rsidP="00573F18">
            <w:pPr>
              <w:spacing w:after="0"/>
              <w:jc w:val="center"/>
              <w:rPr>
                <w:rFonts w:cs="Times New Roman"/>
              </w:rPr>
            </w:pPr>
            <w:r>
              <w:rPr>
                <w:rFonts w:cs="Times New Roman"/>
                <w:b/>
                <w:sz w:val="14"/>
              </w:rPr>
              <w:t>h</w:t>
            </w:r>
          </w:p>
        </w:tc>
        <w:tc>
          <w:tcPr>
            <w:tcW w:w="1352" w:type="dxa"/>
            <w:tcMar>
              <w:top w:w="30" w:type="dxa"/>
              <w:left w:w="35" w:type="dxa"/>
              <w:bottom w:w="30" w:type="dxa"/>
              <w:right w:w="35" w:type="dxa"/>
            </w:tcMar>
            <w:vAlign w:val="center"/>
          </w:tcPr>
          <w:p w14:paraId="266AB5C7" w14:textId="77777777" w:rsidR="00F57CE1" w:rsidRDefault="00F57CE1" w:rsidP="00573F18">
            <w:pPr>
              <w:spacing w:after="0"/>
              <w:jc w:val="center"/>
              <w:rPr>
                <w:rFonts w:cs="Times New Roman"/>
              </w:rPr>
            </w:pPr>
            <w:r>
              <w:rPr>
                <w:rFonts w:cs="Times New Roman"/>
                <w:b/>
                <w:sz w:val="14"/>
              </w:rPr>
              <w:t>Low HC response (%)</w:t>
            </w:r>
          </w:p>
        </w:tc>
        <w:tc>
          <w:tcPr>
            <w:tcW w:w="1352" w:type="dxa"/>
            <w:tcMar>
              <w:top w:w="30" w:type="dxa"/>
              <w:left w:w="35" w:type="dxa"/>
              <w:bottom w:w="30" w:type="dxa"/>
              <w:right w:w="35" w:type="dxa"/>
            </w:tcMar>
            <w:vAlign w:val="center"/>
          </w:tcPr>
          <w:p w14:paraId="66CC5813"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485BC75D" w14:textId="77777777" w:rsidR="00F57CE1" w:rsidRDefault="00F57CE1" w:rsidP="00573F18">
            <w:pPr>
              <w:spacing w:after="0"/>
              <w:jc w:val="center"/>
              <w:rPr>
                <w:rFonts w:cs="Times New Roman"/>
              </w:rPr>
            </w:pPr>
            <w:r>
              <w:rPr>
                <w:rFonts w:cs="Times New Roman"/>
                <w:b/>
                <w:sz w:val="14"/>
              </w:rPr>
              <w:t>High HC response (%)</w:t>
            </w:r>
          </w:p>
        </w:tc>
        <w:tc>
          <w:tcPr>
            <w:tcW w:w="1352" w:type="dxa"/>
            <w:tcMar>
              <w:top w:w="30" w:type="dxa"/>
              <w:left w:w="35" w:type="dxa"/>
              <w:bottom w:w="30" w:type="dxa"/>
              <w:right w:w="35" w:type="dxa"/>
            </w:tcMar>
            <w:vAlign w:val="center"/>
          </w:tcPr>
          <w:p w14:paraId="03FC1B4C"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79AFE449" w14:textId="77777777" w:rsidR="00F57CE1" w:rsidRDefault="00F57CE1" w:rsidP="00573F18">
            <w:pPr>
              <w:spacing w:after="0"/>
              <w:jc w:val="center"/>
              <w:rPr>
                <w:rFonts w:cs="Times New Roman"/>
              </w:rPr>
            </w:pPr>
            <w:r>
              <w:rPr>
                <w:rFonts w:cs="Times New Roman"/>
                <w:b/>
                <w:sz w:val="14"/>
              </w:rPr>
              <w:t>Wild p: equality</w:t>
            </w:r>
          </w:p>
        </w:tc>
        <w:tc>
          <w:tcPr>
            <w:tcW w:w="1352" w:type="dxa"/>
            <w:tcMar>
              <w:top w:w="30" w:type="dxa"/>
              <w:left w:w="35" w:type="dxa"/>
              <w:bottom w:w="30" w:type="dxa"/>
              <w:right w:w="35" w:type="dxa"/>
            </w:tcMar>
            <w:vAlign w:val="center"/>
          </w:tcPr>
          <w:p w14:paraId="6BD5AEC4" w14:textId="77777777" w:rsidR="00F57CE1" w:rsidRDefault="00F57CE1" w:rsidP="00573F18">
            <w:pPr>
              <w:spacing w:after="0"/>
              <w:jc w:val="center"/>
              <w:rPr>
                <w:rFonts w:cs="Times New Roman"/>
              </w:rPr>
            </w:pPr>
            <w:r>
              <w:rPr>
                <w:rFonts w:cs="Times New Roman"/>
                <w:b/>
                <w:sz w:val="14"/>
              </w:rPr>
              <w:t>N</w:t>
            </w:r>
          </w:p>
        </w:tc>
      </w:tr>
      <w:tr w:rsidR="00F57CE1" w14:paraId="14FA1930" w14:textId="77777777" w:rsidTr="00573F18">
        <w:tc>
          <w:tcPr>
            <w:tcW w:w="1352" w:type="dxa"/>
            <w:tcMar>
              <w:top w:w="30" w:type="dxa"/>
              <w:left w:w="35" w:type="dxa"/>
              <w:bottom w:w="30" w:type="dxa"/>
              <w:right w:w="35" w:type="dxa"/>
            </w:tcMar>
            <w:vAlign w:val="center"/>
          </w:tcPr>
          <w:p w14:paraId="7F5E24FA" w14:textId="77777777" w:rsidR="00F57CE1" w:rsidRDefault="00F57CE1" w:rsidP="00573F18">
            <w:pPr>
              <w:spacing w:after="0"/>
              <w:jc w:val="center"/>
              <w:rPr>
                <w:rFonts w:cs="Times New Roman"/>
              </w:rPr>
            </w:pPr>
            <w:r>
              <w:rPr>
                <w:rFonts w:cs="Times New Roman"/>
                <w:sz w:val="15"/>
              </w:rPr>
              <w:t>0</w:t>
            </w:r>
          </w:p>
        </w:tc>
        <w:tc>
          <w:tcPr>
            <w:tcW w:w="1352" w:type="dxa"/>
            <w:tcMar>
              <w:top w:w="30" w:type="dxa"/>
              <w:left w:w="35" w:type="dxa"/>
              <w:bottom w:w="30" w:type="dxa"/>
              <w:right w:w="35" w:type="dxa"/>
            </w:tcMar>
            <w:vAlign w:val="center"/>
          </w:tcPr>
          <w:p w14:paraId="59BD8387" w14:textId="77777777" w:rsidR="00F57CE1" w:rsidRDefault="00F57CE1" w:rsidP="00573F18">
            <w:pPr>
              <w:spacing w:after="0"/>
              <w:jc w:val="center"/>
              <w:rPr>
                <w:rFonts w:cs="Times New Roman"/>
              </w:rPr>
            </w:pPr>
            <w:r>
              <w:rPr>
                <w:rFonts w:cs="Times New Roman"/>
                <w:sz w:val="15"/>
              </w:rPr>
              <w:t>0.016</w:t>
            </w:r>
          </w:p>
        </w:tc>
        <w:tc>
          <w:tcPr>
            <w:tcW w:w="1352" w:type="dxa"/>
            <w:tcMar>
              <w:top w:w="30" w:type="dxa"/>
              <w:left w:w="35" w:type="dxa"/>
              <w:bottom w:w="30" w:type="dxa"/>
              <w:right w:w="35" w:type="dxa"/>
            </w:tcMar>
            <w:vAlign w:val="center"/>
          </w:tcPr>
          <w:p w14:paraId="566BC3DC" w14:textId="77777777" w:rsidR="00F57CE1" w:rsidRDefault="00F57CE1" w:rsidP="00573F18">
            <w:pPr>
              <w:spacing w:after="0"/>
              <w:jc w:val="center"/>
              <w:rPr>
                <w:rFonts w:cs="Times New Roman"/>
              </w:rPr>
            </w:pPr>
            <w:r>
              <w:rPr>
                <w:rFonts w:cs="Times New Roman"/>
                <w:sz w:val="15"/>
              </w:rPr>
              <w:t>0.049</w:t>
            </w:r>
          </w:p>
        </w:tc>
        <w:tc>
          <w:tcPr>
            <w:tcW w:w="1352" w:type="dxa"/>
            <w:tcMar>
              <w:top w:w="30" w:type="dxa"/>
              <w:left w:w="35" w:type="dxa"/>
              <w:bottom w:w="30" w:type="dxa"/>
              <w:right w:w="35" w:type="dxa"/>
            </w:tcMar>
            <w:vAlign w:val="center"/>
          </w:tcPr>
          <w:p w14:paraId="7F45A563" w14:textId="77777777" w:rsidR="00F57CE1" w:rsidRDefault="00F57CE1" w:rsidP="00573F18">
            <w:pPr>
              <w:spacing w:after="0"/>
              <w:jc w:val="center"/>
              <w:rPr>
                <w:rFonts w:cs="Times New Roman"/>
              </w:rPr>
            </w:pPr>
            <w:r>
              <w:rPr>
                <w:rFonts w:cs="Times New Roman"/>
                <w:sz w:val="15"/>
              </w:rPr>
              <w:t>0.047</w:t>
            </w:r>
          </w:p>
        </w:tc>
        <w:tc>
          <w:tcPr>
            <w:tcW w:w="1352" w:type="dxa"/>
            <w:tcMar>
              <w:top w:w="30" w:type="dxa"/>
              <w:left w:w="35" w:type="dxa"/>
              <w:bottom w:w="30" w:type="dxa"/>
              <w:right w:w="35" w:type="dxa"/>
            </w:tcMar>
            <w:vAlign w:val="center"/>
          </w:tcPr>
          <w:p w14:paraId="2DE6B855" w14:textId="77777777" w:rsidR="00F57CE1" w:rsidRDefault="00F57CE1" w:rsidP="00573F18">
            <w:pPr>
              <w:spacing w:after="0"/>
              <w:jc w:val="center"/>
              <w:rPr>
                <w:rFonts w:cs="Times New Roman"/>
              </w:rPr>
            </w:pPr>
            <w:r>
              <w:rPr>
                <w:rFonts w:cs="Times New Roman"/>
                <w:sz w:val="15"/>
              </w:rPr>
              <w:t>0.055</w:t>
            </w:r>
          </w:p>
        </w:tc>
        <w:tc>
          <w:tcPr>
            <w:tcW w:w="1352" w:type="dxa"/>
            <w:tcMar>
              <w:top w:w="30" w:type="dxa"/>
              <w:left w:w="35" w:type="dxa"/>
              <w:bottom w:w="30" w:type="dxa"/>
              <w:right w:w="35" w:type="dxa"/>
            </w:tcMar>
            <w:vAlign w:val="center"/>
          </w:tcPr>
          <w:p w14:paraId="073A67FA" w14:textId="77777777" w:rsidR="00F57CE1" w:rsidRDefault="00F57CE1" w:rsidP="00573F18">
            <w:pPr>
              <w:spacing w:after="0"/>
              <w:jc w:val="center"/>
              <w:rPr>
                <w:rFonts w:cs="Times New Roman"/>
              </w:rPr>
            </w:pPr>
            <w:r>
              <w:rPr>
                <w:rFonts w:cs="Times New Roman"/>
                <w:sz w:val="15"/>
              </w:rPr>
              <w:t>0.621</w:t>
            </w:r>
          </w:p>
        </w:tc>
        <w:tc>
          <w:tcPr>
            <w:tcW w:w="1352" w:type="dxa"/>
            <w:tcMar>
              <w:top w:w="30" w:type="dxa"/>
              <w:left w:w="35" w:type="dxa"/>
              <w:bottom w:w="30" w:type="dxa"/>
              <w:right w:w="35" w:type="dxa"/>
            </w:tcMar>
            <w:vAlign w:val="center"/>
          </w:tcPr>
          <w:p w14:paraId="66B3A627" w14:textId="77777777" w:rsidR="00F57CE1" w:rsidRDefault="00F57CE1" w:rsidP="00573F18">
            <w:pPr>
              <w:spacing w:after="0"/>
              <w:jc w:val="center"/>
              <w:rPr>
                <w:rFonts w:cs="Times New Roman"/>
              </w:rPr>
            </w:pPr>
            <w:r>
              <w:rPr>
                <w:rFonts w:cs="Times New Roman"/>
                <w:sz w:val="15"/>
              </w:rPr>
              <w:t>392</w:t>
            </w:r>
          </w:p>
        </w:tc>
      </w:tr>
      <w:tr w:rsidR="00F57CE1" w14:paraId="4B326208" w14:textId="77777777" w:rsidTr="00573F18">
        <w:tc>
          <w:tcPr>
            <w:tcW w:w="1352" w:type="dxa"/>
            <w:tcMar>
              <w:top w:w="30" w:type="dxa"/>
              <w:left w:w="35" w:type="dxa"/>
              <w:bottom w:w="30" w:type="dxa"/>
              <w:right w:w="35" w:type="dxa"/>
            </w:tcMar>
            <w:vAlign w:val="center"/>
          </w:tcPr>
          <w:p w14:paraId="59A4F2F2" w14:textId="77777777" w:rsidR="00F57CE1" w:rsidRDefault="00F57CE1" w:rsidP="00573F18">
            <w:pPr>
              <w:spacing w:after="0"/>
              <w:jc w:val="center"/>
              <w:rPr>
                <w:rFonts w:cs="Times New Roman"/>
              </w:rPr>
            </w:pPr>
            <w:r>
              <w:rPr>
                <w:rFonts w:cs="Times New Roman"/>
                <w:sz w:val="15"/>
              </w:rPr>
              <w:t>1</w:t>
            </w:r>
          </w:p>
        </w:tc>
        <w:tc>
          <w:tcPr>
            <w:tcW w:w="1352" w:type="dxa"/>
            <w:tcMar>
              <w:top w:w="30" w:type="dxa"/>
              <w:left w:w="35" w:type="dxa"/>
              <w:bottom w:w="30" w:type="dxa"/>
              <w:right w:w="35" w:type="dxa"/>
            </w:tcMar>
            <w:vAlign w:val="center"/>
          </w:tcPr>
          <w:p w14:paraId="280903B5" w14:textId="77777777" w:rsidR="00F57CE1" w:rsidRDefault="00F57CE1" w:rsidP="00573F18">
            <w:pPr>
              <w:spacing w:after="0"/>
              <w:jc w:val="center"/>
              <w:rPr>
                <w:rFonts w:cs="Times New Roman"/>
              </w:rPr>
            </w:pPr>
            <w:r>
              <w:rPr>
                <w:rFonts w:cs="Times New Roman"/>
                <w:sz w:val="15"/>
              </w:rPr>
              <w:t>-0.000</w:t>
            </w:r>
          </w:p>
        </w:tc>
        <w:tc>
          <w:tcPr>
            <w:tcW w:w="1352" w:type="dxa"/>
            <w:tcMar>
              <w:top w:w="30" w:type="dxa"/>
              <w:left w:w="35" w:type="dxa"/>
              <w:bottom w:w="30" w:type="dxa"/>
              <w:right w:w="35" w:type="dxa"/>
            </w:tcMar>
            <w:vAlign w:val="center"/>
          </w:tcPr>
          <w:p w14:paraId="7CE00FC4" w14:textId="77777777" w:rsidR="00F57CE1" w:rsidRDefault="00F57CE1" w:rsidP="00573F18">
            <w:pPr>
              <w:spacing w:after="0"/>
              <w:jc w:val="center"/>
              <w:rPr>
                <w:rFonts w:cs="Times New Roman"/>
              </w:rPr>
            </w:pPr>
            <w:r>
              <w:rPr>
                <w:rFonts w:cs="Times New Roman"/>
                <w:sz w:val="15"/>
              </w:rPr>
              <w:t>0.063</w:t>
            </w:r>
          </w:p>
        </w:tc>
        <w:tc>
          <w:tcPr>
            <w:tcW w:w="1352" w:type="dxa"/>
            <w:tcMar>
              <w:top w:w="30" w:type="dxa"/>
              <w:left w:w="35" w:type="dxa"/>
              <w:bottom w:w="30" w:type="dxa"/>
              <w:right w:w="35" w:type="dxa"/>
            </w:tcMar>
            <w:vAlign w:val="center"/>
          </w:tcPr>
          <w:p w14:paraId="3AC9CA50" w14:textId="77777777" w:rsidR="00F57CE1" w:rsidRDefault="00F57CE1" w:rsidP="00573F18">
            <w:pPr>
              <w:spacing w:after="0"/>
              <w:jc w:val="center"/>
              <w:rPr>
                <w:rFonts w:cs="Times New Roman"/>
              </w:rPr>
            </w:pPr>
            <w:r>
              <w:rPr>
                <w:rFonts w:cs="Times New Roman"/>
                <w:sz w:val="15"/>
              </w:rPr>
              <w:t>0.149</w:t>
            </w:r>
          </w:p>
        </w:tc>
        <w:tc>
          <w:tcPr>
            <w:tcW w:w="1352" w:type="dxa"/>
            <w:tcMar>
              <w:top w:w="30" w:type="dxa"/>
              <w:left w:w="35" w:type="dxa"/>
              <w:bottom w:w="30" w:type="dxa"/>
              <w:right w:w="35" w:type="dxa"/>
            </w:tcMar>
            <w:vAlign w:val="center"/>
          </w:tcPr>
          <w:p w14:paraId="6A633F7E" w14:textId="77777777" w:rsidR="00F57CE1" w:rsidRDefault="00F57CE1" w:rsidP="00573F18">
            <w:pPr>
              <w:spacing w:after="0"/>
              <w:jc w:val="center"/>
              <w:rPr>
                <w:rFonts w:cs="Times New Roman"/>
              </w:rPr>
            </w:pPr>
            <w:r>
              <w:rPr>
                <w:rFonts w:cs="Times New Roman"/>
                <w:sz w:val="15"/>
              </w:rPr>
              <w:t>0.104</w:t>
            </w:r>
          </w:p>
        </w:tc>
        <w:tc>
          <w:tcPr>
            <w:tcW w:w="1352" w:type="dxa"/>
            <w:tcMar>
              <w:top w:w="30" w:type="dxa"/>
              <w:left w:w="35" w:type="dxa"/>
              <w:bottom w:w="30" w:type="dxa"/>
              <w:right w:w="35" w:type="dxa"/>
            </w:tcMar>
            <w:vAlign w:val="center"/>
          </w:tcPr>
          <w:p w14:paraId="7C87BC35" w14:textId="77777777" w:rsidR="00F57CE1" w:rsidRDefault="00F57CE1" w:rsidP="00573F18">
            <w:pPr>
              <w:spacing w:after="0"/>
              <w:jc w:val="center"/>
              <w:rPr>
                <w:rFonts w:cs="Times New Roman"/>
              </w:rPr>
            </w:pPr>
            <w:r>
              <w:rPr>
                <w:rFonts w:cs="Times New Roman"/>
                <w:sz w:val="15"/>
              </w:rPr>
              <w:t>0.228</w:t>
            </w:r>
          </w:p>
        </w:tc>
        <w:tc>
          <w:tcPr>
            <w:tcW w:w="1352" w:type="dxa"/>
            <w:tcMar>
              <w:top w:w="30" w:type="dxa"/>
              <w:left w:w="35" w:type="dxa"/>
              <w:bottom w:w="30" w:type="dxa"/>
              <w:right w:w="35" w:type="dxa"/>
            </w:tcMar>
            <w:vAlign w:val="center"/>
          </w:tcPr>
          <w:p w14:paraId="7E4C2B9F" w14:textId="77777777" w:rsidR="00F57CE1" w:rsidRDefault="00F57CE1" w:rsidP="00573F18">
            <w:pPr>
              <w:spacing w:after="0"/>
              <w:jc w:val="center"/>
              <w:rPr>
                <w:rFonts w:cs="Times New Roman"/>
              </w:rPr>
            </w:pPr>
            <w:r>
              <w:rPr>
                <w:rFonts w:cs="Times New Roman"/>
                <w:sz w:val="15"/>
              </w:rPr>
              <w:t>364</w:t>
            </w:r>
          </w:p>
        </w:tc>
      </w:tr>
      <w:tr w:rsidR="00F57CE1" w14:paraId="61FA9223" w14:textId="77777777" w:rsidTr="00573F18">
        <w:tc>
          <w:tcPr>
            <w:tcW w:w="1352" w:type="dxa"/>
            <w:tcMar>
              <w:top w:w="30" w:type="dxa"/>
              <w:left w:w="35" w:type="dxa"/>
              <w:bottom w:w="30" w:type="dxa"/>
              <w:right w:w="35" w:type="dxa"/>
            </w:tcMar>
            <w:vAlign w:val="center"/>
          </w:tcPr>
          <w:p w14:paraId="66E79CB4" w14:textId="77777777" w:rsidR="00F57CE1" w:rsidRDefault="00F57CE1" w:rsidP="00573F18">
            <w:pPr>
              <w:spacing w:after="0"/>
              <w:jc w:val="center"/>
              <w:rPr>
                <w:rFonts w:cs="Times New Roman"/>
              </w:rPr>
            </w:pPr>
            <w:r>
              <w:rPr>
                <w:rFonts w:cs="Times New Roman"/>
                <w:sz w:val="15"/>
              </w:rPr>
              <w:t>2</w:t>
            </w:r>
          </w:p>
        </w:tc>
        <w:tc>
          <w:tcPr>
            <w:tcW w:w="1352" w:type="dxa"/>
            <w:tcMar>
              <w:top w:w="30" w:type="dxa"/>
              <w:left w:w="35" w:type="dxa"/>
              <w:bottom w:w="30" w:type="dxa"/>
              <w:right w:w="35" w:type="dxa"/>
            </w:tcMar>
            <w:vAlign w:val="center"/>
          </w:tcPr>
          <w:p w14:paraId="5E739063" w14:textId="77777777" w:rsidR="00F57CE1" w:rsidRDefault="00F57CE1" w:rsidP="00573F18">
            <w:pPr>
              <w:spacing w:after="0"/>
              <w:jc w:val="center"/>
              <w:rPr>
                <w:rFonts w:cs="Times New Roman"/>
              </w:rPr>
            </w:pPr>
            <w:r>
              <w:rPr>
                <w:rFonts w:cs="Times New Roman"/>
                <w:sz w:val="15"/>
              </w:rPr>
              <w:t>0.024</w:t>
            </w:r>
          </w:p>
        </w:tc>
        <w:tc>
          <w:tcPr>
            <w:tcW w:w="1352" w:type="dxa"/>
            <w:tcMar>
              <w:top w:w="30" w:type="dxa"/>
              <w:left w:w="35" w:type="dxa"/>
              <w:bottom w:w="30" w:type="dxa"/>
              <w:right w:w="35" w:type="dxa"/>
            </w:tcMar>
            <w:vAlign w:val="center"/>
          </w:tcPr>
          <w:p w14:paraId="12770E7E" w14:textId="77777777" w:rsidR="00F57CE1" w:rsidRDefault="00F57CE1" w:rsidP="00573F18">
            <w:pPr>
              <w:spacing w:after="0"/>
              <w:jc w:val="center"/>
              <w:rPr>
                <w:rFonts w:cs="Times New Roman"/>
              </w:rPr>
            </w:pPr>
            <w:r>
              <w:rPr>
                <w:rFonts w:cs="Times New Roman"/>
                <w:sz w:val="15"/>
              </w:rPr>
              <w:t>0.082</w:t>
            </w:r>
          </w:p>
        </w:tc>
        <w:tc>
          <w:tcPr>
            <w:tcW w:w="1352" w:type="dxa"/>
            <w:tcMar>
              <w:top w:w="30" w:type="dxa"/>
              <w:left w:w="35" w:type="dxa"/>
              <w:bottom w:w="30" w:type="dxa"/>
              <w:right w:w="35" w:type="dxa"/>
            </w:tcMar>
            <w:vAlign w:val="center"/>
          </w:tcPr>
          <w:p w14:paraId="7C73BA28" w14:textId="77777777" w:rsidR="00F57CE1" w:rsidRDefault="00F57CE1" w:rsidP="00573F18">
            <w:pPr>
              <w:spacing w:after="0"/>
              <w:jc w:val="center"/>
              <w:rPr>
                <w:rFonts w:cs="Times New Roman"/>
              </w:rPr>
            </w:pPr>
            <w:r>
              <w:rPr>
                <w:rFonts w:cs="Times New Roman"/>
                <w:sz w:val="15"/>
              </w:rPr>
              <w:t>0.158</w:t>
            </w:r>
          </w:p>
        </w:tc>
        <w:tc>
          <w:tcPr>
            <w:tcW w:w="1352" w:type="dxa"/>
            <w:tcMar>
              <w:top w:w="30" w:type="dxa"/>
              <w:left w:w="35" w:type="dxa"/>
              <w:bottom w:w="30" w:type="dxa"/>
              <w:right w:w="35" w:type="dxa"/>
            </w:tcMar>
            <w:vAlign w:val="center"/>
          </w:tcPr>
          <w:p w14:paraId="7EB98E2F" w14:textId="77777777" w:rsidR="00F57CE1" w:rsidRDefault="00F57CE1" w:rsidP="00573F18">
            <w:pPr>
              <w:spacing w:after="0"/>
              <w:jc w:val="center"/>
              <w:rPr>
                <w:rFonts w:cs="Times New Roman"/>
              </w:rPr>
            </w:pPr>
            <w:r>
              <w:rPr>
                <w:rFonts w:cs="Times New Roman"/>
                <w:sz w:val="15"/>
              </w:rPr>
              <w:t>0.109</w:t>
            </w:r>
          </w:p>
        </w:tc>
        <w:tc>
          <w:tcPr>
            <w:tcW w:w="1352" w:type="dxa"/>
            <w:tcMar>
              <w:top w:w="30" w:type="dxa"/>
              <w:left w:w="35" w:type="dxa"/>
              <w:bottom w:w="30" w:type="dxa"/>
              <w:right w:w="35" w:type="dxa"/>
            </w:tcMar>
            <w:vAlign w:val="center"/>
          </w:tcPr>
          <w:p w14:paraId="2F909271" w14:textId="77777777" w:rsidR="00F57CE1" w:rsidRDefault="00F57CE1" w:rsidP="00573F18">
            <w:pPr>
              <w:spacing w:after="0"/>
              <w:jc w:val="center"/>
              <w:rPr>
                <w:rFonts w:cs="Times New Roman"/>
              </w:rPr>
            </w:pPr>
            <w:r>
              <w:rPr>
                <w:rFonts w:cs="Times New Roman"/>
                <w:sz w:val="15"/>
              </w:rPr>
              <w:t>0.348</w:t>
            </w:r>
          </w:p>
        </w:tc>
        <w:tc>
          <w:tcPr>
            <w:tcW w:w="1352" w:type="dxa"/>
            <w:tcMar>
              <w:top w:w="30" w:type="dxa"/>
              <w:left w:w="35" w:type="dxa"/>
              <w:bottom w:w="30" w:type="dxa"/>
              <w:right w:w="35" w:type="dxa"/>
            </w:tcMar>
            <w:vAlign w:val="center"/>
          </w:tcPr>
          <w:p w14:paraId="584ECC25" w14:textId="77777777" w:rsidR="00F57CE1" w:rsidRDefault="00F57CE1" w:rsidP="00573F18">
            <w:pPr>
              <w:spacing w:after="0"/>
              <w:jc w:val="center"/>
              <w:rPr>
                <w:rFonts w:cs="Times New Roman"/>
              </w:rPr>
            </w:pPr>
            <w:r>
              <w:rPr>
                <w:rFonts w:cs="Times New Roman"/>
                <w:sz w:val="15"/>
              </w:rPr>
              <w:t>336</w:t>
            </w:r>
          </w:p>
        </w:tc>
      </w:tr>
      <w:tr w:rsidR="00F57CE1" w14:paraId="03F9A2BD" w14:textId="77777777" w:rsidTr="00573F18">
        <w:tc>
          <w:tcPr>
            <w:tcW w:w="1352" w:type="dxa"/>
            <w:tcMar>
              <w:top w:w="30" w:type="dxa"/>
              <w:left w:w="35" w:type="dxa"/>
              <w:bottom w:w="30" w:type="dxa"/>
              <w:right w:w="35" w:type="dxa"/>
            </w:tcMar>
            <w:vAlign w:val="center"/>
          </w:tcPr>
          <w:p w14:paraId="64C53BBA" w14:textId="77777777" w:rsidR="00F57CE1" w:rsidRDefault="00F57CE1" w:rsidP="00573F18">
            <w:pPr>
              <w:spacing w:after="0"/>
              <w:jc w:val="center"/>
              <w:rPr>
                <w:rFonts w:cs="Times New Roman"/>
              </w:rPr>
            </w:pPr>
            <w:r>
              <w:rPr>
                <w:rFonts w:cs="Times New Roman"/>
                <w:sz w:val="15"/>
              </w:rPr>
              <w:t>3</w:t>
            </w:r>
          </w:p>
        </w:tc>
        <w:tc>
          <w:tcPr>
            <w:tcW w:w="1352" w:type="dxa"/>
            <w:tcMar>
              <w:top w:w="30" w:type="dxa"/>
              <w:left w:w="35" w:type="dxa"/>
              <w:bottom w:w="30" w:type="dxa"/>
              <w:right w:w="35" w:type="dxa"/>
            </w:tcMar>
            <w:vAlign w:val="center"/>
          </w:tcPr>
          <w:p w14:paraId="7D9147CD" w14:textId="77777777" w:rsidR="00F57CE1" w:rsidRDefault="00F57CE1" w:rsidP="00573F18">
            <w:pPr>
              <w:spacing w:after="0"/>
              <w:jc w:val="center"/>
              <w:rPr>
                <w:rFonts w:cs="Times New Roman"/>
              </w:rPr>
            </w:pPr>
            <w:r>
              <w:rPr>
                <w:rFonts w:cs="Times New Roman"/>
                <w:sz w:val="15"/>
              </w:rPr>
              <w:t>0.022</w:t>
            </w:r>
          </w:p>
        </w:tc>
        <w:tc>
          <w:tcPr>
            <w:tcW w:w="1352" w:type="dxa"/>
            <w:tcMar>
              <w:top w:w="30" w:type="dxa"/>
              <w:left w:w="35" w:type="dxa"/>
              <w:bottom w:w="30" w:type="dxa"/>
              <w:right w:w="35" w:type="dxa"/>
            </w:tcMar>
            <w:vAlign w:val="center"/>
          </w:tcPr>
          <w:p w14:paraId="497C7FA1" w14:textId="77777777" w:rsidR="00F57CE1" w:rsidRDefault="00F57CE1" w:rsidP="00573F18">
            <w:pPr>
              <w:spacing w:after="0"/>
              <w:jc w:val="center"/>
              <w:rPr>
                <w:rFonts w:cs="Times New Roman"/>
              </w:rPr>
            </w:pPr>
            <w:r>
              <w:rPr>
                <w:rFonts w:cs="Times New Roman"/>
                <w:sz w:val="15"/>
              </w:rPr>
              <w:t>0.074</w:t>
            </w:r>
          </w:p>
        </w:tc>
        <w:tc>
          <w:tcPr>
            <w:tcW w:w="1352" w:type="dxa"/>
            <w:tcMar>
              <w:top w:w="30" w:type="dxa"/>
              <w:left w:w="35" w:type="dxa"/>
              <w:bottom w:w="30" w:type="dxa"/>
              <w:right w:w="35" w:type="dxa"/>
            </w:tcMar>
            <w:vAlign w:val="center"/>
          </w:tcPr>
          <w:p w14:paraId="48391C94" w14:textId="77777777" w:rsidR="00F57CE1" w:rsidRDefault="00F57CE1" w:rsidP="00573F18">
            <w:pPr>
              <w:spacing w:after="0"/>
              <w:jc w:val="center"/>
              <w:rPr>
                <w:rFonts w:cs="Times New Roman"/>
              </w:rPr>
            </w:pPr>
            <w:r>
              <w:rPr>
                <w:rFonts w:cs="Times New Roman"/>
                <w:sz w:val="15"/>
              </w:rPr>
              <w:t>0.179</w:t>
            </w:r>
          </w:p>
        </w:tc>
        <w:tc>
          <w:tcPr>
            <w:tcW w:w="1352" w:type="dxa"/>
            <w:tcMar>
              <w:top w:w="30" w:type="dxa"/>
              <w:left w:w="35" w:type="dxa"/>
              <w:bottom w:w="30" w:type="dxa"/>
              <w:right w:w="35" w:type="dxa"/>
            </w:tcMar>
            <w:vAlign w:val="center"/>
          </w:tcPr>
          <w:p w14:paraId="520A327B" w14:textId="77777777" w:rsidR="00F57CE1" w:rsidRDefault="00F57CE1" w:rsidP="00573F18">
            <w:pPr>
              <w:spacing w:after="0"/>
              <w:jc w:val="center"/>
              <w:rPr>
                <w:rFonts w:cs="Times New Roman"/>
              </w:rPr>
            </w:pPr>
            <w:r>
              <w:rPr>
                <w:rFonts w:cs="Times New Roman"/>
                <w:sz w:val="15"/>
              </w:rPr>
              <w:t>0.118</w:t>
            </w:r>
          </w:p>
        </w:tc>
        <w:tc>
          <w:tcPr>
            <w:tcW w:w="1352" w:type="dxa"/>
            <w:tcMar>
              <w:top w:w="30" w:type="dxa"/>
              <w:left w:w="35" w:type="dxa"/>
              <w:bottom w:w="30" w:type="dxa"/>
              <w:right w:w="35" w:type="dxa"/>
            </w:tcMar>
            <w:vAlign w:val="center"/>
          </w:tcPr>
          <w:p w14:paraId="6C3F74EB" w14:textId="77777777" w:rsidR="00F57CE1" w:rsidRDefault="00F57CE1" w:rsidP="00573F18">
            <w:pPr>
              <w:spacing w:after="0"/>
              <w:jc w:val="center"/>
              <w:rPr>
                <w:rFonts w:cs="Times New Roman"/>
              </w:rPr>
            </w:pPr>
            <w:r>
              <w:rPr>
                <w:rFonts w:cs="Times New Roman"/>
                <w:sz w:val="15"/>
              </w:rPr>
              <w:t>0.221</w:t>
            </w:r>
          </w:p>
        </w:tc>
        <w:tc>
          <w:tcPr>
            <w:tcW w:w="1352" w:type="dxa"/>
            <w:tcMar>
              <w:top w:w="30" w:type="dxa"/>
              <w:left w:w="35" w:type="dxa"/>
              <w:bottom w:w="30" w:type="dxa"/>
              <w:right w:w="35" w:type="dxa"/>
            </w:tcMar>
            <w:vAlign w:val="center"/>
          </w:tcPr>
          <w:p w14:paraId="59754C36" w14:textId="77777777" w:rsidR="00F57CE1" w:rsidRDefault="00F57CE1" w:rsidP="00573F18">
            <w:pPr>
              <w:spacing w:after="0"/>
              <w:jc w:val="center"/>
              <w:rPr>
                <w:rFonts w:cs="Times New Roman"/>
              </w:rPr>
            </w:pPr>
            <w:r>
              <w:rPr>
                <w:rFonts w:cs="Times New Roman"/>
                <w:sz w:val="15"/>
              </w:rPr>
              <w:t>308</w:t>
            </w:r>
          </w:p>
        </w:tc>
      </w:tr>
      <w:tr w:rsidR="00F57CE1" w14:paraId="6085D9E3" w14:textId="77777777" w:rsidTr="00573F18">
        <w:tc>
          <w:tcPr>
            <w:tcW w:w="1352" w:type="dxa"/>
            <w:tcMar>
              <w:top w:w="30" w:type="dxa"/>
              <w:left w:w="35" w:type="dxa"/>
              <w:bottom w:w="30" w:type="dxa"/>
              <w:right w:w="35" w:type="dxa"/>
            </w:tcMar>
            <w:vAlign w:val="center"/>
          </w:tcPr>
          <w:p w14:paraId="1AE4EE73" w14:textId="77777777" w:rsidR="00F57CE1" w:rsidRDefault="00F57CE1" w:rsidP="00573F18">
            <w:pPr>
              <w:spacing w:after="0"/>
              <w:jc w:val="center"/>
              <w:rPr>
                <w:rFonts w:cs="Times New Roman"/>
              </w:rPr>
            </w:pPr>
            <w:r>
              <w:rPr>
                <w:rFonts w:cs="Times New Roman"/>
                <w:sz w:val="15"/>
              </w:rPr>
              <w:t>4</w:t>
            </w:r>
          </w:p>
        </w:tc>
        <w:tc>
          <w:tcPr>
            <w:tcW w:w="1352" w:type="dxa"/>
            <w:tcMar>
              <w:top w:w="30" w:type="dxa"/>
              <w:left w:w="35" w:type="dxa"/>
              <w:bottom w:w="30" w:type="dxa"/>
              <w:right w:w="35" w:type="dxa"/>
            </w:tcMar>
            <w:vAlign w:val="center"/>
          </w:tcPr>
          <w:p w14:paraId="5B9C77AF" w14:textId="77777777" w:rsidR="00F57CE1" w:rsidRDefault="00F57CE1" w:rsidP="00573F18">
            <w:pPr>
              <w:spacing w:after="0"/>
              <w:jc w:val="center"/>
              <w:rPr>
                <w:rFonts w:cs="Times New Roman"/>
              </w:rPr>
            </w:pPr>
            <w:r>
              <w:rPr>
                <w:rFonts w:cs="Times New Roman"/>
                <w:sz w:val="15"/>
              </w:rPr>
              <w:t>0.114</w:t>
            </w:r>
          </w:p>
        </w:tc>
        <w:tc>
          <w:tcPr>
            <w:tcW w:w="1352" w:type="dxa"/>
            <w:tcMar>
              <w:top w:w="30" w:type="dxa"/>
              <w:left w:w="35" w:type="dxa"/>
              <w:bottom w:w="30" w:type="dxa"/>
              <w:right w:w="35" w:type="dxa"/>
            </w:tcMar>
            <w:vAlign w:val="center"/>
          </w:tcPr>
          <w:p w14:paraId="1CA86079" w14:textId="77777777" w:rsidR="00F57CE1" w:rsidRDefault="00F57CE1" w:rsidP="00573F18">
            <w:pPr>
              <w:spacing w:after="0"/>
              <w:jc w:val="center"/>
              <w:rPr>
                <w:rFonts w:cs="Times New Roman"/>
              </w:rPr>
            </w:pPr>
            <w:r>
              <w:rPr>
                <w:rFonts w:cs="Times New Roman"/>
                <w:sz w:val="15"/>
              </w:rPr>
              <w:t>0.100</w:t>
            </w:r>
          </w:p>
        </w:tc>
        <w:tc>
          <w:tcPr>
            <w:tcW w:w="1352" w:type="dxa"/>
            <w:tcMar>
              <w:top w:w="30" w:type="dxa"/>
              <w:left w:w="35" w:type="dxa"/>
              <w:bottom w:w="30" w:type="dxa"/>
              <w:right w:w="35" w:type="dxa"/>
            </w:tcMar>
            <w:vAlign w:val="center"/>
          </w:tcPr>
          <w:p w14:paraId="0289CB04" w14:textId="77777777" w:rsidR="00F57CE1" w:rsidRDefault="00F57CE1" w:rsidP="00573F18">
            <w:pPr>
              <w:spacing w:after="0"/>
              <w:jc w:val="center"/>
              <w:rPr>
                <w:rFonts w:cs="Times New Roman"/>
              </w:rPr>
            </w:pPr>
            <w:r>
              <w:rPr>
                <w:rFonts w:cs="Times New Roman"/>
                <w:sz w:val="15"/>
              </w:rPr>
              <w:t>0.221</w:t>
            </w:r>
          </w:p>
        </w:tc>
        <w:tc>
          <w:tcPr>
            <w:tcW w:w="1352" w:type="dxa"/>
            <w:tcMar>
              <w:top w:w="30" w:type="dxa"/>
              <w:left w:w="35" w:type="dxa"/>
              <w:bottom w:w="30" w:type="dxa"/>
              <w:right w:w="35" w:type="dxa"/>
            </w:tcMar>
            <w:vAlign w:val="center"/>
          </w:tcPr>
          <w:p w14:paraId="7B3E0FBF" w14:textId="77777777" w:rsidR="00F57CE1" w:rsidRDefault="00F57CE1" w:rsidP="00573F18">
            <w:pPr>
              <w:spacing w:after="0"/>
              <w:jc w:val="center"/>
              <w:rPr>
                <w:rFonts w:cs="Times New Roman"/>
              </w:rPr>
            </w:pPr>
            <w:r>
              <w:rPr>
                <w:rFonts w:cs="Times New Roman"/>
                <w:sz w:val="15"/>
              </w:rPr>
              <w:t>0.135</w:t>
            </w:r>
          </w:p>
        </w:tc>
        <w:tc>
          <w:tcPr>
            <w:tcW w:w="1352" w:type="dxa"/>
            <w:tcMar>
              <w:top w:w="30" w:type="dxa"/>
              <w:left w:w="35" w:type="dxa"/>
              <w:bottom w:w="30" w:type="dxa"/>
              <w:right w:w="35" w:type="dxa"/>
            </w:tcMar>
            <w:vAlign w:val="center"/>
          </w:tcPr>
          <w:p w14:paraId="16EF148B" w14:textId="77777777" w:rsidR="00F57CE1" w:rsidRDefault="00F57CE1" w:rsidP="00573F18">
            <w:pPr>
              <w:spacing w:after="0"/>
              <w:jc w:val="center"/>
              <w:rPr>
                <w:rFonts w:cs="Times New Roman"/>
              </w:rPr>
            </w:pPr>
            <w:r>
              <w:rPr>
                <w:rFonts w:cs="Times New Roman"/>
                <w:sz w:val="15"/>
              </w:rPr>
              <w:t>0.517</w:t>
            </w:r>
          </w:p>
        </w:tc>
        <w:tc>
          <w:tcPr>
            <w:tcW w:w="1352" w:type="dxa"/>
            <w:tcMar>
              <w:top w:w="30" w:type="dxa"/>
              <w:left w:w="35" w:type="dxa"/>
              <w:bottom w:w="30" w:type="dxa"/>
              <w:right w:w="35" w:type="dxa"/>
            </w:tcMar>
            <w:vAlign w:val="center"/>
          </w:tcPr>
          <w:p w14:paraId="6CF3D02A" w14:textId="77777777" w:rsidR="00F57CE1" w:rsidRDefault="00F57CE1" w:rsidP="00573F18">
            <w:pPr>
              <w:spacing w:after="0"/>
              <w:jc w:val="center"/>
              <w:rPr>
                <w:rFonts w:cs="Times New Roman"/>
              </w:rPr>
            </w:pPr>
            <w:r>
              <w:rPr>
                <w:rFonts w:cs="Times New Roman"/>
                <w:sz w:val="15"/>
              </w:rPr>
              <w:t>280</w:t>
            </w:r>
          </w:p>
        </w:tc>
      </w:tr>
      <w:tr w:rsidR="00F57CE1" w14:paraId="468CB119" w14:textId="77777777" w:rsidTr="00573F18">
        <w:tc>
          <w:tcPr>
            <w:tcW w:w="1352" w:type="dxa"/>
            <w:tcMar>
              <w:top w:w="30" w:type="dxa"/>
              <w:left w:w="35" w:type="dxa"/>
              <w:bottom w:w="30" w:type="dxa"/>
              <w:right w:w="35" w:type="dxa"/>
            </w:tcMar>
            <w:vAlign w:val="center"/>
          </w:tcPr>
          <w:p w14:paraId="0A04B269" w14:textId="77777777" w:rsidR="00F57CE1" w:rsidRDefault="00F57CE1" w:rsidP="00573F18">
            <w:pPr>
              <w:spacing w:after="0"/>
              <w:jc w:val="center"/>
              <w:rPr>
                <w:rFonts w:cs="Times New Roman"/>
              </w:rPr>
            </w:pPr>
            <w:r>
              <w:rPr>
                <w:rFonts w:cs="Times New Roman"/>
                <w:sz w:val="15"/>
              </w:rPr>
              <w:t>5</w:t>
            </w:r>
          </w:p>
        </w:tc>
        <w:tc>
          <w:tcPr>
            <w:tcW w:w="1352" w:type="dxa"/>
            <w:tcMar>
              <w:top w:w="30" w:type="dxa"/>
              <w:left w:w="35" w:type="dxa"/>
              <w:bottom w:w="30" w:type="dxa"/>
              <w:right w:w="35" w:type="dxa"/>
            </w:tcMar>
            <w:vAlign w:val="center"/>
          </w:tcPr>
          <w:p w14:paraId="713D0A8F" w14:textId="77777777" w:rsidR="00F57CE1" w:rsidRDefault="00F57CE1" w:rsidP="00573F18">
            <w:pPr>
              <w:spacing w:after="0"/>
              <w:jc w:val="center"/>
              <w:rPr>
                <w:rFonts w:cs="Times New Roman"/>
              </w:rPr>
            </w:pPr>
            <w:r>
              <w:rPr>
                <w:rFonts w:cs="Times New Roman"/>
                <w:sz w:val="15"/>
              </w:rPr>
              <w:t>0.198</w:t>
            </w:r>
          </w:p>
        </w:tc>
        <w:tc>
          <w:tcPr>
            <w:tcW w:w="1352" w:type="dxa"/>
            <w:tcMar>
              <w:top w:w="30" w:type="dxa"/>
              <w:left w:w="35" w:type="dxa"/>
              <w:bottom w:w="30" w:type="dxa"/>
              <w:right w:w="35" w:type="dxa"/>
            </w:tcMar>
            <w:vAlign w:val="center"/>
          </w:tcPr>
          <w:p w14:paraId="4DCAF46D" w14:textId="77777777" w:rsidR="00F57CE1" w:rsidRDefault="00F57CE1" w:rsidP="00573F18">
            <w:pPr>
              <w:spacing w:after="0"/>
              <w:jc w:val="center"/>
              <w:rPr>
                <w:rFonts w:cs="Times New Roman"/>
              </w:rPr>
            </w:pPr>
            <w:r>
              <w:rPr>
                <w:rFonts w:cs="Times New Roman"/>
                <w:sz w:val="15"/>
              </w:rPr>
              <w:t>0.107</w:t>
            </w:r>
          </w:p>
        </w:tc>
        <w:tc>
          <w:tcPr>
            <w:tcW w:w="1352" w:type="dxa"/>
            <w:tcMar>
              <w:top w:w="30" w:type="dxa"/>
              <w:left w:w="35" w:type="dxa"/>
              <w:bottom w:w="30" w:type="dxa"/>
              <w:right w:w="35" w:type="dxa"/>
            </w:tcMar>
            <w:vAlign w:val="center"/>
          </w:tcPr>
          <w:p w14:paraId="7E0FE9C3" w14:textId="77777777" w:rsidR="00F57CE1" w:rsidRDefault="00F57CE1" w:rsidP="00573F18">
            <w:pPr>
              <w:spacing w:after="0"/>
              <w:jc w:val="center"/>
              <w:rPr>
                <w:rFonts w:cs="Times New Roman"/>
              </w:rPr>
            </w:pPr>
            <w:r>
              <w:rPr>
                <w:rFonts w:cs="Times New Roman"/>
                <w:sz w:val="15"/>
              </w:rPr>
              <w:t>0.132</w:t>
            </w:r>
          </w:p>
        </w:tc>
        <w:tc>
          <w:tcPr>
            <w:tcW w:w="1352" w:type="dxa"/>
            <w:tcMar>
              <w:top w:w="30" w:type="dxa"/>
              <w:left w:w="35" w:type="dxa"/>
              <w:bottom w:w="30" w:type="dxa"/>
              <w:right w:w="35" w:type="dxa"/>
            </w:tcMar>
            <w:vAlign w:val="center"/>
          </w:tcPr>
          <w:p w14:paraId="4387DAD2" w14:textId="77777777" w:rsidR="00F57CE1" w:rsidRDefault="00F57CE1" w:rsidP="00573F18">
            <w:pPr>
              <w:spacing w:after="0"/>
              <w:jc w:val="center"/>
              <w:rPr>
                <w:rFonts w:cs="Times New Roman"/>
              </w:rPr>
            </w:pPr>
            <w:r>
              <w:rPr>
                <w:rFonts w:cs="Times New Roman"/>
                <w:sz w:val="15"/>
              </w:rPr>
              <w:t>0.179</w:t>
            </w:r>
          </w:p>
        </w:tc>
        <w:tc>
          <w:tcPr>
            <w:tcW w:w="1352" w:type="dxa"/>
            <w:tcMar>
              <w:top w:w="30" w:type="dxa"/>
              <w:left w:w="35" w:type="dxa"/>
              <w:bottom w:w="30" w:type="dxa"/>
              <w:right w:w="35" w:type="dxa"/>
            </w:tcMar>
            <w:vAlign w:val="center"/>
          </w:tcPr>
          <w:p w14:paraId="4DE2833A" w14:textId="77777777" w:rsidR="00F57CE1" w:rsidRDefault="00F57CE1" w:rsidP="00573F18">
            <w:pPr>
              <w:spacing w:after="0"/>
              <w:jc w:val="center"/>
              <w:rPr>
                <w:rFonts w:cs="Times New Roman"/>
              </w:rPr>
            </w:pPr>
            <w:r>
              <w:rPr>
                <w:rFonts w:cs="Times New Roman"/>
                <w:sz w:val="15"/>
              </w:rPr>
              <w:t>0.737</w:t>
            </w:r>
          </w:p>
        </w:tc>
        <w:tc>
          <w:tcPr>
            <w:tcW w:w="1352" w:type="dxa"/>
            <w:tcMar>
              <w:top w:w="30" w:type="dxa"/>
              <w:left w:w="35" w:type="dxa"/>
              <w:bottom w:w="30" w:type="dxa"/>
              <w:right w:w="35" w:type="dxa"/>
            </w:tcMar>
            <w:vAlign w:val="center"/>
          </w:tcPr>
          <w:p w14:paraId="05D13937" w14:textId="77777777" w:rsidR="00F57CE1" w:rsidRDefault="00F57CE1" w:rsidP="00573F18">
            <w:pPr>
              <w:spacing w:after="0"/>
              <w:jc w:val="center"/>
              <w:rPr>
                <w:rFonts w:cs="Times New Roman"/>
              </w:rPr>
            </w:pPr>
            <w:r>
              <w:rPr>
                <w:rFonts w:cs="Times New Roman"/>
                <w:sz w:val="15"/>
              </w:rPr>
              <w:t>252</w:t>
            </w:r>
          </w:p>
        </w:tc>
      </w:tr>
    </w:tbl>
    <w:p w14:paraId="1E72D5D0" w14:textId="77777777" w:rsidR="00F57CE1" w:rsidRDefault="00F57CE1" w:rsidP="00F57CE1">
      <w:pPr>
        <w:spacing w:before="40" w:after="120"/>
        <w:jc w:val="both"/>
        <w:rPr>
          <w:rFonts w:cs="Times New Roman"/>
        </w:rPr>
      </w:pPr>
      <w:r>
        <w:rPr>
          <w:rFonts w:cs="Times New Roman"/>
        </w:rPr>
        <w:t>Notes: States use lagged levels and fixed median cutoffs computed from the horizon-zero baseline estimation sample: lnHouse_pc = 0.0178 and HC = 17.825%. The state classification is held constant across horizons. Each regression includes the state indicator, the non-focal contemporaneous shock, one lag of the differenced state vector, province fixed effects, and year fixed effects. Equality p-values use 4,999 Webb-weighted restricted-residual wild-cluster bootstrap replications. The whole-path omnibus equality p-values are 0.214 for Panel A and 0.460 for Panel B.</w:t>
      </w:r>
    </w:p>
    <w:p w14:paraId="36815C36" w14:textId="77777777" w:rsidR="00F57CE1" w:rsidRDefault="00F57CE1" w:rsidP="00F57CE1">
      <w:pPr>
        <w:pStyle w:val="Heading2"/>
        <w:rPr>
          <w:rFonts w:ascii="Times New Roman" w:hAnsi="Times New Roman" w:cs="Times New Roman"/>
        </w:rPr>
      </w:pPr>
      <w:r>
        <w:rPr>
          <w:rFonts w:ascii="Times New Roman" w:hAnsi="Times New Roman" w:cs="Times New Roman"/>
        </w:rPr>
        <w:t>Table OA.11. Smooth-transition local-projection sensitivity</w:t>
      </w:r>
    </w:p>
    <w:p w14:paraId="1BBB60AE" w14:textId="77777777" w:rsidR="00F57CE1" w:rsidRDefault="00F57CE1" w:rsidP="00F57CE1">
      <w:pPr>
        <w:keepNext/>
        <w:spacing w:after="40"/>
        <w:rPr>
          <w:rFonts w:cs="Times New Roman"/>
        </w:rPr>
      </w:pPr>
      <w:r>
        <w:rPr>
          <w:rFonts w:cs="Times New Roman"/>
        </w:rPr>
        <w:t>Panel A. Human-capital response across the smooth lagged residential-investment state</w:t>
      </w:r>
    </w:p>
    <w:tbl>
      <w:tblPr>
        <w:tblW w:w="0" w:type="auto"/>
        <w:tblLook w:val="04A0" w:firstRow="1" w:lastRow="0" w:firstColumn="1" w:lastColumn="0" w:noHBand="0" w:noVBand="1"/>
      </w:tblPr>
      <w:tblGrid>
        <w:gridCol w:w="1350"/>
        <w:gridCol w:w="1352"/>
        <w:gridCol w:w="1352"/>
        <w:gridCol w:w="1352"/>
        <w:gridCol w:w="1352"/>
        <w:gridCol w:w="1352"/>
        <w:gridCol w:w="1351"/>
      </w:tblGrid>
      <w:tr w:rsidR="00F57CE1" w14:paraId="3CA3B3AF" w14:textId="77777777" w:rsidTr="00573F18">
        <w:trPr>
          <w:tblHeader/>
        </w:trPr>
        <w:tc>
          <w:tcPr>
            <w:tcW w:w="1352" w:type="dxa"/>
            <w:tcMar>
              <w:top w:w="30" w:type="dxa"/>
              <w:left w:w="35" w:type="dxa"/>
              <w:bottom w:w="30" w:type="dxa"/>
              <w:right w:w="35" w:type="dxa"/>
            </w:tcMar>
            <w:vAlign w:val="center"/>
          </w:tcPr>
          <w:p w14:paraId="7E78BD9C" w14:textId="77777777" w:rsidR="00F57CE1" w:rsidRDefault="00F57CE1" w:rsidP="00573F18">
            <w:pPr>
              <w:spacing w:after="0"/>
              <w:jc w:val="center"/>
              <w:rPr>
                <w:rFonts w:cs="Times New Roman"/>
              </w:rPr>
            </w:pPr>
            <w:r>
              <w:rPr>
                <w:rFonts w:cs="Times New Roman"/>
                <w:b/>
                <w:sz w:val="14"/>
              </w:rPr>
              <w:t>h</w:t>
            </w:r>
          </w:p>
        </w:tc>
        <w:tc>
          <w:tcPr>
            <w:tcW w:w="1352" w:type="dxa"/>
            <w:tcMar>
              <w:top w:w="30" w:type="dxa"/>
              <w:left w:w="35" w:type="dxa"/>
              <w:bottom w:w="30" w:type="dxa"/>
              <w:right w:w="35" w:type="dxa"/>
            </w:tcMar>
            <w:vAlign w:val="center"/>
          </w:tcPr>
          <w:p w14:paraId="790F1808" w14:textId="77777777" w:rsidR="00F57CE1" w:rsidRDefault="00F57CE1" w:rsidP="00573F18">
            <w:pPr>
              <w:spacing w:after="0"/>
              <w:jc w:val="center"/>
              <w:rPr>
                <w:rFonts w:cs="Times New Roman"/>
              </w:rPr>
            </w:pPr>
            <w:r>
              <w:rPr>
                <w:rFonts w:cs="Times New Roman"/>
                <w:b/>
                <w:sz w:val="14"/>
              </w:rPr>
              <w:t>Low-state slope (%)</w:t>
            </w:r>
          </w:p>
        </w:tc>
        <w:tc>
          <w:tcPr>
            <w:tcW w:w="1352" w:type="dxa"/>
            <w:tcMar>
              <w:top w:w="30" w:type="dxa"/>
              <w:left w:w="35" w:type="dxa"/>
              <w:bottom w:w="30" w:type="dxa"/>
              <w:right w:w="35" w:type="dxa"/>
            </w:tcMar>
            <w:vAlign w:val="center"/>
          </w:tcPr>
          <w:p w14:paraId="5319EF9A"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2509DB29" w14:textId="77777777" w:rsidR="00F57CE1" w:rsidRDefault="00F57CE1" w:rsidP="00573F18">
            <w:pPr>
              <w:spacing w:after="0"/>
              <w:jc w:val="center"/>
              <w:rPr>
                <w:rFonts w:cs="Times New Roman"/>
              </w:rPr>
            </w:pPr>
            <w:r>
              <w:rPr>
                <w:rFonts w:cs="Times New Roman"/>
                <w:b/>
                <w:sz w:val="14"/>
              </w:rPr>
              <w:t>High-state slope (%)</w:t>
            </w:r>
          </w:p>
        </w:tc>
        <w:tc>
          <w:tcPr>
            <w:tcW w:w="1352" w:type="dxa"/>
            <w:tcMar>
              <w:top w:w="30" w:type="dxa"/>
              <w:left w:w="35" w:type="dxa"/>
              <w:bottom w:w="30" w:type="dxa"/>
              <w:right w:w="35" w:type="dxa"/>
            </w:tcMar>
            <w:vAlign w:val="center"/>
          </w:tcPr>
          <w:p w14:paraId="0629832C"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0199E935" w14:textId="77777777" w:rsidR="00F57CE1" w:rsidRDefault="00F57CE1" w:rsidP="00573F18">
            <w:pPr>
              <w:spacing w:after="0"/>
              <w:jc w:val="center"/>
              <w:rPr>
                <w:rFonts w:cs="Times New Roman"/>
              </w:rPr>
            </w:pPr>
            <w:r>
              <w:rPr>
                <w:rFonts w:cs="Times New Roman"/>
                <w:b/>
                <w:sz w:val="14"/>
              </w:rPr>
              <w:t>Wild p: equality</w:t>
            </w:r>
          </w:p>
        </w:tc>
        <w:tc>
          <w:tcPr>
            <w:tcW w:w="1352" w:type="dxa"/>
            <w:tcMar>
              <w:top w:w="30" w:type="dxa"/>
              <w:left w:w="35" w:type="dxa"/>
              <w:bottom w:w="30" w:type="dxa"/>
              <w:right w:w="35" w:type="dxa"/>
            </w:tcMar>
            <w:vAlign w:val="center"/>
          </w:tcPr>
          <w:p w14:paraId="08944EE7" w14:textId="77777777" w:rsidR="00F57CE1" w:rsidRDefault="00F57CE1" w:rsidP="00573F18">
            <w:pPr>
              <w:spacing w:after="0"/>
              <w:jc w:val="center"/>
              <w:rPr>
                <w:rFonts w:cs="Times New Roman"/>
              </w:rPr>
            </w:pPr>
            <w:r>
              <w:rPr>
                <w:rFonts w:cs="Times New Roman"/>
                <w:b/>
                <w:sz w:val="14"/>
              </w:rPr>
              <w:t>N</w:t>
            </w:r>
          </w:p>
        </w:tc>
      </w:tr>
      <w:tr w:rsidR="00F57CE1" w14:paraId="33304968" w14:textId="77777777" w:rsidTr="00573F18">
        <w:tc>
          <w:tcPr>
            <w:tcW w:w="1352" w:type="dxa"/>
            <w:tcMar>
              <w:top w:w="30" w:type="dxa"/>
              <w:left w:w="35" w:type="dxa"/>
              <w:bottom w:w="30" w:type="dxa"/>
              <w:right w:w="35" w:type="dxa"/>
            </w:tcMar>
            <w:vAlign w:val="center"/>
          </w:tcPr>
          <w:p w14:paraId="6F3115A7" w14:textId="77777777" w:rsidR="00F57CE1" w:rsidRDefault="00F57CE1" w:rsidP="00573F18">
            <w:pPr>
              <w:spacing w:after="0"/>
              <w:jc w:val="center"/>
              <w:rPr>
                <w:rFonts w:cs="Times New Roman"/>
              </w:rPr>
            </w:pPr>
            <w:r>
              <w:rPr>
                <w:rFonts w:cs="Times New Roman"/>
                <w:sz w:val="15"/>
              </w:rPr>
              <w:t>0</w:t>
            </w:r>
          </w:p>
        </w:tc>
        <w:tc>
          <w:tcPr>
            <w:tcW w:w="1352" w:type="dxa"/>
            <w:tcMar>
              <w:top w:w="30" w:type="dxa"/>
              <w:left w:w="35" w:type="dxa"/>
              <w:bottom w:w="30" w:type="dxa"/>
              <w:right w:w="35" w:type="dxa"/>
            </w:tcMar>
            <w:vAlign w:val="center"/>
          </w:tcPr>
          <w:p w14:paraId="49189E5B" w14:textId="77777777" w:rsidR="00F57CE1" w:rsidRDefault="00F57CE1" w:rsidP="00573F18">
            <w:pPr>
              <w:spacing w:after="0"/>
              <w:jc w:val="center"/>
              <w:rPr>
                <w:rFonts w:cs="Times New Roman"/>
              </w:rPr>
            </w:pPr>
            <w:r>
              <w:rPr>
                <w:rFonts w:cs="Times New Roman"/>
                <w:sz w:val="15"/>
              </w:rPr>
              <w:t>0.343</w:t>
            </w:r>
          </w:p>
        </w:tc>
        <w:tc>
          <w:tcPr>
            <w:tcW w:w="1352" w:type="dxa"/>
            <w:tcMar>
              <w:top w:w="30" w:type="dxa"/>
              <w:left w:w="35" w:type="dxa"/>
              <w:bottom w:w="30" w:type="dxa"/>
              <w:right w:w="35" w:type="dxa"/>
            </w:tcMar>
            <w:vAlign w:val="center"/>
          </w:tcPr>
          <w:p w14:paraId="507FD81B" w14:textId="77777777" w:rsidR="00F57CE1" w:rsidRDefault="00F57CE1" w:rsidP="00573F18">
            <w:pPr>
              <w:spacing w:after="0"/>
              <w:jc w:val="center"/>
              <w:rPr>
                <w:rFonts w:cs="Times New Roman"/>
              </w:rPr>
            </w:pPr>
            <w:r>
              <w:rPr>
                <w:rFonts w:cs="Times New Roman"/>
                <w:sz w:val="15"/>
              </w:rPr>
              <w:t>0.509</w:t>
            </w:r>
          </w:p>
        </w:tc>
        <w:tc>
          <w:tcPr>
            <w:tcW w:w="1352" w:type="dxa"/>
            <w:tcMar>
              <w:top w:w="30" w:type="dxa"/>
              <w:left w:w="35" w:type="dxa"/>
              <w:bottom w:w="30" w:type="dxa"/>
              <w:right w:w="35" w:type="dxa"/>
            </w:tcMar>
            <w:vAlign w:val="center"/>
          </w:tcPr>
          <w:p w14:paraId="539275D9" w14:textId="77777777" w:rsidR="00F57CE1" w:rsidRDefault="00F57CE1" w:rsidP="00573F18">
            <w:pPr>
              <w:spacing w:after="0"/>
              <w:jc w:val="center"/>
              <w:rPr>
                <w:rFonts w:cs="Times New Roman"/>
              </w:rPr>
            </w:pPr>
            <w:r>
              <w:rPr>
                <w:rFonts w:cs="Times New Roman"/>
                <w:sz w:val="15"/>
              </w:rPr>
              <w:t>0.106</w:t>
            </w:r>
          </w:p>
        </w:tc>
        <w:tc>
          <w:tcPr>
            <w:tcW w:w="1352" w:type="dxa"/>
            <w:tcMar>
              <w:top w:w="30" w:type="dxa"/>
              <w:left w:w="35" w:type="dxa"/>
              <w:bottom w:w="30" w:type="dxa"/>
              <w:right w:w="35" w:type="dxa"/>
            </w:tcMar>
            <w:vAlign w:val="center"/>
          </w:tcPr>
          <w:p w14:paraId="34BFF135" w14:textId="77777777" w:rsidR="00F57CE1" w:rsidRDefault="00F57CE1" w:rsidP="00573F18">
            <w:pPr>
              <w:spacing w:after="0"/>
              <w:jc w:val="center"/>
              <w:rPr>
                <w:rFonts w:cs="Times New Roman"/>
              </w:rPr>
            </w:pPr>
            <w:r>
              <w:rPr>
                <w:rFonts w:cs="Times New Roman"/>
                <w:sz w:val="15"/>
              </w:rPr>
              <w:t>0.783</w:t>
            </w:r>
          </w:p>
        </w:tc>
        <w:tc>
          <w:tcPr>
            <w:tcW w:w="1352" w:type="dxa"/>
            <w:tcMar>
              <w:top w:w="30" w:type="dxa"/>
              <w:left w:w="35" w:type="dxa"/>
              <w:bottom w:w="30" w:type="dxa"/>
              <w:right w:w="35" w:type="dxa"/>
            </w:tcMar>
            <w:vAlign w:val="center"/>
          </w:tcPr>
          <w:p w14:paraId="42953CE5" w14:textId="77777777" w:rsidR="00F57CE1" w:rsidRDefault="00F57CE1" w:rsidP="00573F18">
            <w:pPr>
              <w:spacing w:after="0"/>
              <w:jc w:val="center"/>
              <w:rPr>
                <w:rFonts w:cs="Times New Roman"/>
              </w:rPr>
            </w:pPr>
            <w:r>
              <w:rPr>
                <w:rFonts w:cs="Times New Roman"/>
                <w:sz w:val="15"/>
              </w:rPr>
              <w:t>0.858</w:t>
            </w:r>
          </w:p>
        </w:tc>
        <w:tc>
          <w:tcPr>
            <w:tcW w:w="1352" w:type="dxa"/>
            <w:tcMar>
              <w:top w:w="30" w:type="dxa"/>
              <w:left w:w="35" w:type="dxa"/>
              <w:bottom w:w="30" w:type="dxa"/>
              <w:right w:w="35" w:type="dxa"/>
            </w:tcMar>
            <w:vAlign w:val="center"/>
          </w:tcPr>
          <w:p w14:paraId="724DF155" w14:textId="77777777" w:rsidR="00F57CE1" w:rsidRDefault="00F57CE1" w:rsidP="00573F18">
            <w:pPr>
              <w:spacing w:after="0"/>
              <w:jc w:val="center"/>
              <w:rPr>
                <w:rFonts w:cs="Times New Roman"/>
              </w:rPr>
            </w:pPr>
            <w:r>
              <w:rPr>
                <w:rFonts w:cs="Times New Roman"/>
                <w:sz w:val="15"/>
              </w:rPr>
              <w:t>392</w:t>
            </w:r>
          </w:p>
        </w:tc>
      </w:tr>
      <w:tr w:rsidR="00F57CE1" w14:paraId="6BB430AA" w14:textId="77777777" w:rsidTr="00573F18">
        <w:tc>
          <w:tcPr>
            <w:tcW w:w="1352" w:type="dxa"/>
            <w:tcMar>
              <w:top w:w="30" w:type="dxa"/>
              <w:left w:w="35" w:type="dxa"/>
              <w:bottom w:w="30" w:type="dxa"/>
              <w:right w:w="35" w:type="dxa"/>
            </w:tcMar>
            <w:vAlign w:val="center"/>
          </w:tcPr>
          <w:p w14:paraId="5E7CFA9D" w14:textId="77777777" w:rsidR="00F57CE1" w:rsidRDefault="00F57CE1" w:rsidP="00573F18">
            <w:pPr>
              <w:spacing w:after="0"/>
              <w:jc w:val="center"/>
              <w:rPr>
                <w:rFonts w:cs="Times New Roman"/>
              </w:rPr>
            </w:pPr>
            <w:r>
              <w:rPr>
                <w:rFonts w:cs="Times New Roman"/>
                <w:sz w:val="15"/>
              </w:rPr>
              <w:t>1</w:t>
            </w:r>
          </w:p>
        </w:tc>
        <w:tc>
          <w:tcPr>
            <w:tcW w:w="1352" w:type="dxa"/>
            <w:tcMar>
              <w:top w:w="30" w:type="dxa"/>
              <w:left w:w="35" w:type="dxa"/>
              <w:bottom w:w="30" w:type="dxa"/>
              <w:right w:w="35" w:type="dxa"/>
            </w:tcMar>
            <w:vAlign w:val="center"/>
          </w:tcPr>
          <w:p w14:paraId="7BA73F16" w14:textId="77777777" w:rsidR="00F57CE1" w:rsidRDefault="00F57CE1" w:rsidP="00573F18">
            <w:pPr>
              <w:spacing w:after="0"/>
              <w:jc w:val="center"/>
              <w:rPr>
                <w:rFonts w:cs="Times New Roman"/>
              </w:rPr>
            </w:pPr>
            <w:r>
              <w:rPr>
                <w:rFonts w:cs="Times New Roman"/>
                <w:sz w:val="15"/>
              </w:rPr>
              <w:t>0.559</w:t>
            </w:r>
          </w:p>
        </w:tc>
        <w:tc>
          <w:tcPr>
            <w:tcW w:w="1352" w:type="dxa"/>
            <w:tcMar>
              <w:top w:w="30" w:type="dxa"/>
              <w:left w:w="35" w:type="dxa"/>
              <w:bottom w:w="30" w:type="dxa"/>
              <w:right w:w="35" w:type="dxa"/>
            </w:tcMar>
            <w:vAlign w:val="center"/>
          </w:tcPr>
          <w:p w14:paraId="5A2C17F7" w14:textId="77777777" w:rsidR="00F57CE1" w:rsidRDefault="00F57CE1" w:rsidP="00573F18">
            <w:pPr>
              <w:spacing w:after="0"/>
              <w:jc w:val="center"/>
              <w:rPr>
                <w:rFonts w:cs="Times New Roman"/>
              </w:rPr>
            </w:pPr>
            <w:r>
              <w:rPr>
                <w:rFonts w:cs="Times New Roman"/>
                <w:sz w:val="15"/>
              </w:rPr>
              <w:t>0.493</w:t>
            </w:r>
          </w:p>
        </w:tc>
        <w:tc>
          <w:tcPr>
            <w:tcW w:w="1352" w:type="dxa"/>
            <w:tcMar>
              <w:top w:w="30" w:type="dxa"/>
              <w:left w:w="35" w:type="dxa"/>
              <w:bottom w:w="30" w:type="dxa"/>
              <w:right w:w="35" w:type="dxa"/>
            </w:tcMar>
            <w:vAlign w:val="center"/>
          </w:tcPr>
          <w:p w14:paraId="68A04B00" w14:textId="77777777" w:rsidR="00F57CE1" w:rsidRDefault="00F57CE1" w:rsidP="00573F18">
            <w:pPr>
              <w:spacing w:after="0"/>
              <w:jc w:val="center"/>
              <w:rPr>
                <w:rFonts w:cs="Times New Roman"/>
              </w:rPr>
            </w:pPr>
            <w:r>
              <w:rPr>
                <w:rFonts w:cs="Times New Roman"/>
                <w:sz w:val="15"/>
              </w:rPr>
              <w:t>-0.400</w:t>
            </w:r>
          </w:p>
        </w:tc>
        <w:tc>
          <w:tcPr>
            <w:tcW w:w="1352" w:type="dxa"/>
            <w:tcMar>
              <w:top w:w="30" w:type="dxa"/>
              <w:left w:w="35" w:type="dxa"/>
              <w:bottom w:w="30" w:type="dxa"/>
              <w:right w:w="35" w:type="dxa"/>
            </w:tcMar>
            <w:vAlign w:val="center"/>
          </w:tcPr>
          <w:p w14:paraId="686A2AE5" w14:textId="77777777" w:rsidR="00F57CE1" w:rsidRDefault="00F57CE1" w:rsidP="00573F18">
            <w:pPr>
              <w:spacing w:after="0"/>
              <w:jc w:val="center"/>
              <w:rPr>
                <w:rFonts w:cs="Times New Roman"/>
              </w:rPr>
            </w:pPr>
            <w:r>
              <w:rPr>
                <w:rFonts w:cs="Times New Roman"/>
                <w:sz w:val="15"/>
              </w:rPr>
              <w:t>1.125</w:t>
            </w:r>
          </w:p>
        </w:tc>
        <w:tc>
          <w:tcPr>
            <w:tcW w:w="1352" w:type="dxa"/>
            <w:tcMar>
              <w:top w:w="30" w:type="dxa"/>
              <w:left w:w="35" w:type="dxa"/>
              <w:bottom w:w="30" w:type="dxa"/>
              <w:right w:w="35" w:type="dxa"/>
            </w:tcMar>
            <w:vAlign w:val="center"/>
          </w:tcPr>
          <w:p w14:paraId="4BFC829C" w14:textId="77777777" w:rsidR="00F57CE1" w:rsidRDefault="00F57CE1" w:rsidP="00573F18">
            <w:pPr>
              <w:spacing w:after="0"/>
              <w:jc w:val="center"/>
              <w:rPr>
                <w:rFonts w:cs="Times New Roman"/>
              </w:rPr>
            </w:pPr>
            <w:r>
              <w:rPr>
                <w:rFonts w:cs="Times New Roman"/>
                <w:sz w:val="15"/>
              </w:rPr>
              <w:t>0.558</w:t>
            </w:r>
          </w:p>
        </w:tc>
        <w:tc>
          <w:tcPr>
            <w:tcW w:w="1352" w:type="dxa"/>
            <w:tcMar>
              <w:top w:w="30" w:type="dxa"/>
              <w:left w:w="35" w:type="dxa"/>
              <w:bottom w:w="30" w:type="dxa"/>
              <w:right w:w="35" w:type="dxa"/>
            </w:tcMar>
            <w:vAlign w:val="center"/>
          </w:tcPr>
          <w:p w14:paraId="312B7855" w14:textId="77777777" w:rsidR="00F57CE1" w:rsidRDefault="00F57CE1" w:rsidP="00573F18">
            <w:pPr>
              <w:spacing w:after="0"/>
              <w:jc w:val="center"/>
              <w:rPr>
                <w:rFonts w:cs="Times New Roman"/>
              </w:rPr>
            </w:pPr>
            <w:r>
              <w:rPr>
                <w:rFonts w:cs="Times New Roman"/>
                <w:sz w:val="15"/>
              </w:rPr>
              <w:t>364</w:t>
            </w:r>
          </w:p>
        </w:tc>
      </w:tr>
      <w:tr w:rsidR="00F57CE1" w14:paraId="7994FFDD" w14:textId="77777777" w:rsidTr="00573F18">
        <w:tc>
          <w:tcPr>
            <w:tcW w:w="1352" w:type="dxa"/>
            <w:tcMar>
              <w:top w:w="30" w:type="dxa"/>
              <w:left w:w="35" w:type="dxa"/>
              <w:bottom w:w="30" w:type="dxa"/>
              <w:right w:w="35" w:type="dxa"/>
            </w:tcMar>
            <w:vAlign w:val="center"/>
          </w:tcPr>
          <w:p w14:paraId="7ABBD726" w14:textId="77777777" w:rsidR="00F57CE1" w:rsidRDefault="00F57CE1" w:rsidP="00573F18">
            <w:pPr>
              <w:spacing w:after="0"/>
              <w:jc w:val="center"/>
              <w:rPr>
                <w:rFonts w:cs="Times New Roman"/>
              </w:rPr>
            </w:pPr>
            <w:r>
              <w:rPr>
                <w:rFonts w:cs="Times New Roman"/>
                <w:sz w:val="15"/>
              </w:rPr>
              <w:t>2</w:t>
            </w:r>
          </w:p>
        </w:tc>
        <w:tc>
          <w:tcPr>
            <w:tcW w:w="1352" w:type="dxa"/>
            <w:tcMar>
              <w:top w:w="30" w:type="dxa"/>
              <w:left w:w="35" w:type="dxa"/>
              <w:bottom w:w="30" w:type="dxa"/>
              <w:right w:w="35" w:type="dxa"/>
            </w:tcMar>
            <w:vAlign w:val="center"/>
          </w:tcPr>
          <w:p w14:paraId="1339D481" w14:textId="77777777" w:rsidR="00F57CE1" w:rsidRDefault="00F57CE1" w:rsidP="00573F18">
            <w:pPr>
              <w:spacing w:after="0"/>
              <w:jc w:val="center"/>
              <w:rPr>
                <w:rFonts w:cs="Times New Roman"/>
              </w:rPr>
            </w:pPr>
            <w:r>
              <w:rPr>
                <w:rFonts w:cs="Times New Roman"/>
                <w:sz w:val="15"/>
              </w:rPr>
              <w:t>1.463</w:t>
            </w:r>
          </w:p>
        </w:tc>
        <w:tc>
          <w:tcPr>
            <w:tcW w:w="1352" w:type="dxa"/>
            <w:tcMar>
              <w:top w:w="30" w:type="dxa"/>
              <w:left w:w="35" w:type="dxa"/>
              <w:bottom w:w="30" w:type="dxa"/>
              <w:right w:w="35" w:type="dxa"/>
            </w:tcMar>
            <w:vAlign w:val="center"/>
          </w:tcPr>
          <w:p w14:paraId="2C9A0A8B" w14:textId="77777777" w:rsidR="00F57CE1" w:rsidRDefault="00F57CE1" w:rsidP="00573F18">
            <w:pPr>
              <w:spacing w:after="0"/>
              <w:jc w:val="center"/>
              <w:rPr>
                <w:rFonts w:cs="Times New Roman"/>
              </w:rPr>
            </w:pPr>
            <w:r>
              <w:rPr>
                <w:rFonts w:cs="Times New Roman"/>
                <w:sz w:val="15"/>
              </w:rPr>
              <w:t>0.447</w:t>
            </w:r>
          </w:p>
        </w:tc>
        <w:tc>
          <w:tcPr>
            <w:tcW w:w="1352" w:type="dxa"/>
            <w:tcMar>
              <w:top w:w="30" w:type="dxa"/>
              <w:left w:w="35" w:type="dxa"/>
              <w:bottom w:w="30" w:type="dxa"/>
              <w:right w:w="35" w:type="dxa"/>
            </w:tcMar>
            <w:vAlign w:val="center"/>
          </w:tcPr>
          <w:p w14:paraId="2C933A62" w14:textId="77777777" w:rsidR="00F57CE1" w:rsidRDefault="00F57CE1" w:rsidP="00573F18">
            <w:pPr>
              <w:spacing w:after="0"/>
              <w:jc w:val="center"/>
              <w:rPr>
                <w:rFonts w:cs="Times New Roman"/>
              </w:rPr>
            </w:pPr>
            <w:r>
              <w:rPr>
                <w:rFonts w:cs="Times New Roman"/>
                <w:sz w:val="15"/>
              </w:rPr>
              <w:t>-1.567</w:t>
            </w:r>
          </w:p>
        </w:tc>
        <w:tc>
          <w:tcPr>
            <w:tcW w:w="1352" w:type="dxa"/>
            <w:tcMar>
              <w:top w:w="30" w:type="dxa"/>
              <w:left w:w="35" w:type="dxa"/>
              <w:bottom w:w="30" w:type="dxa"/>
              <w:right w:w="35" w:type="dxa"/>
            </w:tcMar>
            <w:vAlign w:val="center"/>
          </w:tcPr>
          <w:p w14:paraId="27338ACF" w14:textId="77777777" w:rsidR="00F57CE1" w:rsidRDefault="00F57CE1" w:rsidP="00573F18">
            <w:pPr>
              <w:spacing w:after="0"/>
              <w:jc w:val="center"/>
              <w:rPr>
                <w:rFonts w:cs="Times New Roman"/>
              </w:rPr>
            </w:pPr>
            <w:r>
              <w:rPr>
                <w:rFonts w:cs="Times New Roman"/>
                <w:sz w:val="15"/>
              </w:rPr>
              <w:t>1.125</w:t>
            </w:r>
          </w:p>
        </w:tc>
        <w:tc>
          <w:tcPr>
            <w:tcW w:w="1352" w:type="dxa"/>
            <w:tcMar>
              <w:top w:w="30" w:type="dxa"/>
              <w:left w:w="35" w:type="dxa"/>
              <w:bottom w:w="30" w:type="dxa"/>
              <w:right w:w="35" w:type="dxa"/>
            </w:tcMar>
            <w:vAlign w:val="center"/>
          </w:tcPr>
          <w:p w14:paraId="7F60EC6E" w14:textId="77777777" w:rsidR="00F57CE1" w:rsidRDefault="00F57CE1" w:rsidP="00573F18">
            <w:pPr>
              <w:spacing w:after="0"/>
              <w:jc w:val="center"/>
              <w:rPr>
                <w:rFonts w:cs="Times New Roman"/>
              </w:rPr>
            </w:pPr>
            <w:r>
              <w:rPr>
                <w:rFonts w:cs="Times New Roman"/>
                <w:sz w:val="15"/>
              </w:rPr>
              <w:t>0.050</w:t>
            </w:r>
          </w:p>
        </w:tc>
        <w:tc>
          <w:tcPr>
            <w:tcW w:w="1352" w:type="dxa"/>
            <w:tcMar>
              <w:top w:w="30" w:type="dxa"/>
              <w:left w:w="35" w:type="dxa"/>
              <w:bottom w:w="30" w:type="dxa"/>
              <w:right w:w="35" w:type="dxa"/>
            </w:tcMar>
            <w:vAlign w:val="center"/>
          </w:tcPr>
          <w:p w14:paraId="445B31DF" w14:textId="77777777" w:rsidR="00F57CE1" w:rsidRDefault="00F57CE1" w:rsidP="00573F18">
            <w:pPr>
              <w:spacing w:after="0"/>
              <w:jc w:val="center"/>
              <w:rPr>
                <w:rFonts w:cs="Times New Roman"/>
              </w:rPr>
            </w:pPr>
            <w:r>
              <w:rPr>
                <w:rFonts w:cs="Times New Roman"/>
                <w:sz w:val="15"/>
              </w:rPr>
              <w:t>336</w:t>
            </w:r>
          </w:p>
        </w:tc>
      </w:tr>
      <w:tr w:rsidR="00F57CE1" w14:paraId="2427FBCB" w14:textId="77777777" w:rsidTr="00573F18">
        <w:tc>
          <w:tcPr>
            <w:tcW w:w="1352" w:type="dxa"/>
            <w:tcMar>
              <w:top w:w="30" w:type="dxa"/>
              <w:left w:w="35" w:type="dxa"/>
              <w:bottom w:w="30" w:type="dxa"/>
              <w:right w:w="35" w:type="dxa"/>
            </w:tcMar>
            <w:vAlign w:val="center"/>
          </w:tcPr>
          <w:p w14:paraId="6428C8E7" w14:textId="77777777" w:rsidR="00F57CE1" w:rsidRDefault="00F57CE1" w:rsidP="00573F18">
            <w:pPr>
              <w:spacing w:after="0"/>
              <w:jc w:val="center"/>
              <w:rPr>
                <w:rFonts w:cs="Times New Roman"/>
              </w:rPr>
            </w:pPr>
            <w:r>
              <w:rPr>
                <w:rFonts w:cs="Times New Roman"/>
                <w:sz w:val="15"/>
              </w:rPr>
              <w:t>3</w:t>
            </w:r>
          </w:p>
        </w:tc>
        <w:tc>
          <w:tcPr>
            <w:tcW w:w="1352" w:type="dxa"/>
            <w:tcMar>
              <w:top w:w="30" w:type="dxa"/>
              <w:left w:w="35" w:type="dxa"/>
              <w:bottom w:w="30" w:type="dxa"/>
              <w:right w:w="35" w:type="dxa"/>
            </w:tcMar>
            <w:vAlign w:val="center"/>
          </w:tcPr>
          <w:p w14:paraId="0BB03D6F" w14:textId="77777777" w:rsidR="00F57CE1" w:rsidRDefault="00F57CE1" w:rsidP="00573F18">
            <w:pPr>
              <w:spacing w:after="0"/>
              <w:jc w:val="center"/>
              <w:rPr>
                <w:rFonts w:cs="Times New Roman"/>
              </w:rPr>
            </w:pPr>
            <w:r>
              <w:rPr>
                <w:rFonts w:cs="Times New Roman"/>
                <w:sz w:val="15"/>
              </w:rPr>
              <w:t>0.678</w:t>
            </w:r>
          </w:p>
        </w:tc>
        <w:tc>
          <w:tcPr>
            <w:tcW w:w="1352" w:type="dxa"/>
            <w:tcMar>
              <w:top w:w="30" w:type="dxa"/>
              <w:left w:w="35" w:type="dxa"/>
              <w:bottom w:w="30" w:type="dxa"/>
              <w:right w:w="35" w:type="dxa"/>
            </w:tcMar>
            <w:vAlign w:val="center"/>
          </w:tcPr>
          <w:p w14:paraId="033173F0" w14:textId="77777777" w:rsidR="00F57CE1" w:rsidRDefault="00F57CE1" w:rsidP="00573F18">
            <w:pPr>
              <w:spacing w:after="0"/>
              <w:jc w:val="center"/>
              <w:rPr>
                <w:rFonts w:cs="Times New Roman"/>
              </w:rPr>
            </w:pPr>
            <w:r>
              <w:rPr>
                <w:rFonts w:cs="Times New Roman"/>
                <w:sz w:val="15"/>
              </w:rPr>
              <w:t>1.187</w:t>
            </w:r>
          </w:p>
        </w:tc>
        <w:tc>
          <w:tcPr>
            <w:tcW w:w="1352" w:type="dxa"/>
            <w:tcMar>
              <w:top w:w="30" w:type="dxa"/>
              <w:left w:w="35" w:type="dxa"/>
              <w:bottom w:w="30" w:type="dxa"/>
              <w:right w:w="35" w:type="dxa"/>
            </w:tcMar>
            <w:vAlign w:val="center"/>
          </w:tcPr>
          <w:p w14:paraId="1B3982E6" w14:textId="77777777" w:rsidR="00F57CE1" w:rsidRDefault="00F57CE1" w:rsidP="00573F18">
            <w:pPr>
              <w:spacing w:after="0"/>
              <w:jc w:val="center"/>
              <w:rPr>
                <w:rFonts w:cs="Times New Roman"/>
              </w:rPr>
            </w:pPr>
            <w:r>
              <w:rPr>
                <w:rFonts w:cs="Times New Roman"/>
                <w:sz w:val="15"/>
              </w:rPr>
              <w:t>-2.821</w:t>
            </w:r>
          </w:p>
        </w:tc>
        <w:tc>
          <w:tcPr>
            <w:tcW w:w="1352" w:type="dxa"/>
            <w:tcMar>
              <w:top w:w="30" w:type="dxa"/>
              <w:left w:w="35" w:type="dxa"/>
              <w:bottom w:w="30" w:type="dxa"/>
              <w:right w:w="35" w:type="dxa"/>
            </w:tcMar>
            <w:vAlign w:val="center"/>
          </w:tcPr>
          <w:p w14:paraId="085F7AB1" w14:textId="77777777" w:rsidR="00F57CE1" w:rsidRDefault="00F57CE1" w:rsidP="00573F18">
            <w:pPr>
              <w:spacing w:after="0"/>
              <w:jc w:val="center"/>
              <w:rPr>
                <w:rFonts w:cs="Times New Roman"/>
              </w:rPr>
            </w:pPr>
            <w:r>
              <w:rPr>
                <w:rFonts w:cs="Times New Roman"/>
                <w:sz w:val="15"/>
              </w:rPr>
              <w:t>0.849</w:t>
            </w:r>
          </w:p>
        </w:tc>
        <w:tc>
          <w:tcPr>
            <w:tcW w:w="1352" w:type="dxa"/>
            <w:tcMar>
              <w:top w:w="30" w:type="dxa"/>
              <w:left w:w="35" w:type="dxa"/>
              <w:bottom w:w="30" w:type="dxa"/>
              <w:right w:w="35" w:type="dxa"/>
            </w:tcMar>
            <w:vAlign w:val="center"/>
          </w:tcPr>
          <w:p w14:paraId="51F28735" w14:textId="77777777" w:rsidR="00F57CE1" w:rsidRDefault="00F57CE1" w:rsidP="00573F18">
            <w:pPr>
              <w:spacing w:after="0"/>
              <w:jc w:val="center"/>
              <w:rPr>
                <w:rFonts w:cs="Times New Roman"/>
              </w:rPr>
            </w:pPr>
            <w:r>
              <w:rPr>
                <w:rFonts w:cs="Times New Roman"/>
                <w:sz w:val="15"/>
              </w:rPr>
              <w:t>0.045</w:t>
            </w:r>
          </w:p>
        </w:tc>
        <w:tc>
          <w:tcPr>
            <w:tcW w:w="1352" w:type="dxa"/>
            <w:tcMar>
              <w:top w:w="30" w:type="dxa"/>
              <w:left w:w="35" w:type="dxa"/>
              <w:bottom w:w="30" w:type="dxa"/>
              <w:right w:w="35" w:type="dxa"/>
            </w:tcMar>
            <w:vAlign w:val="center"/>
          </w:tcPr>
          <w:p w14:paraId="6039CADA" w14:textId="77777777" w:rsidR="00F57CE1" w:rsidRDefault="00F57CE1" w:rsidP="00573F18">
            <w:pPr>
              <w:spacing w:after="0"/>
              <w:jc w:val="center"/>
              <w:rPr>
                <w:rFonts w:cs="Times New Roman"/>
              </w:rPr>
            </w:pPr>
            <w:r>
              <w:rPr>
                <w:rFonts w:cs="Times New Roman"/>
                <w:sz w:val="15"/>
              </w:rPr>
              <w:t>308</w:t>
            </w:r>
          </w:p>
        </w:tc>
      </w:tr>
      <w:tr w:rsidR="00F57CE1" w14:paraId="1BB84F16" w14:textId="77777777" w:rsidTr="00573F18">
        <w:tc>
          <w:tcPr>
            <w:tcW w:w="1352" w:type="dxa"/>
            <w:tcMar>
              <w:top w:w="30" w:type="dxa"/>
              <w:left w:w="35" w:type="dxa"/>
              <w:bottom w:w="30" w:type="dxa"/>
              <w:right w:w="35" w:type="dxa"/>
            </w:tcMar>
            <w:vAlign w:val="center"/>
          </w:tcPr>
          <w:p w14:paraId="2CF3521F" w14:textId="77777777" w:rsidR="00F57CE1" w:rsidRDefault="00F57CE1" w:rsidP="00573F18">
            <w:pPr>
              <w:spacing w:after="0"/>
              <w:jc w:val="center"/>
              <w:rPr>
                <w:rFonts w:cs="Times New Roman"/>
              </w:rPr>
            </w:pPr>
            <w:r>
              <w:rPr>
                <w:rFonts w:cs="Times New Roman"/>
                <w:sz w:val="15"/>
              </w:rPr>
              <w:t>4</w:t>
            </w:r>
          </w:p>
        </w:tc>
        <w:tc>
          <w:tcPr>
            <w:tcW w:w="1352" w:type="dxa"/>
            <w:tcMar>
              <w:top w:w="30" w:type="dxa"/>
              <w:left w:w="35" w:type="dxa"/>
              <w:bottom w:w="30" w:type="dxa"/>
              <w:right w:w="35" w:type="dxa"/>
            </w:tcMar>
            <w:vAlign w:val="center"/>
          </w:tcPr>
          <w:p w14:paraId="0DA22BA8" w14:textId="77777777" w:rsidR="00F57CE1" w:rsidRDefault="00F57CE1" w:rsidP="00573F18">
            <w:pPr>
              <w:spacing w:after="0"/>
              <w:jc w:val="center"/>
              <w:rPr>
                <w:rFonts w:cs="Times New Roman"/>
              </w:rPr>
            </w:pPr>
            <w:r>
              <w:rPr>
                <w:rFonts w:cs="Times New Roman"/>
                <w:sz w:val="15"/>
              </w:rPr>
              <w:t>0.146</w:t>
            </w:r>
          </w:p>
        </w:tc>
        <w:tc>
          <w:tcPr>
            <w:tcW w:w="1352" w:type="dxa"/>
            <w:tcMar>
              <w:top w:w="30" w:type="dxa"/>
              <w:left w:w="35" w:type="dxa"/>
              <w:bottom w:w="30" w:type="dxa"/>
              <w:right w:w="35" w:type="dxa"/>
            </w:tcMar>
            <w:vAlign w:val="center"/>
          </w:tcPr>
          <w:p w14:paraId="21718EF2" w14:textId="77777777" w:rsidR="00F57CE1" w:rsidRDefault="00F57CE1" w:rsidP="00573F18">
            <w:pPr>
              <w:spacing w:after="0"/>
              <w:jc w:val="center"/>
              <w:rPr>
                <w:rFonts w:cs="Times New Roman"/>
              </w:rPr>
            </w:pPr>
            <w:r>
              <w:rPr>
                <w:rFonts w:cs="Times New Roman"/>
                <w:sz w:val="15"/>
              </w:rPr>
              <w:t>1.297</w:t>
            </w:r>
          </w:p>
        </w:tc>
        <w:tc>
          <w:tcPr>
            <w:tcW w:w="1352" w:type="dxa"/>
            <w:tcMar>
              <w:top w:w="30" w:type="dxa"/>
              <w:left w:w="35" w:type="dxa"/>
              <w:bottom w:w="30" w:type="dxa"/>
              <w:right w:w="35" w:type="dxa"/>
            </w:tcMar>
            <w:vAlign w:val="center"/>
          </w:tcPr>
          <w:p w14:paraId="1C859542" w14:textId="77777777" w:rsidR="00F57CE1" w:rsidRDefault="00F57CE1" w:rsidP="00573F18">
            <w:pPr>
              <w:spacing w:after="0"/>
              <w:jc w:val="center"/>
              <w:rPr>
                <w:rFonts w:cs="Times New Roman"/>
              </w:rPr>
            </w:pPr>
            <w:r>
              <w:rPr>
                <w:rFonts w:cs="Times New Roman"/>
                <w:sz w:val="15"/>
              </w:rPr>
              <w:t>-2.896</w:t>
            </w:r>
          </w:p>
        </w:tc>
        <w:tc>
          <w:tcPr>
            <w:tcW w:w="1352" w:type="dxa"/>
            <w:tcMar>
              <w:top w:w="30" w:type="dxa"/>
              <w:left w:w="35" w:type="dxa"/>
              <w:bottom w:w="30" w:type="dxa"/>
              <w:right w:w="35" w:type="dxa"/>
            </w:tcMar>
            <w:vAlign w:val="center"/>
          </w:tcPr>
          <w:p w14:paraId="4BBBD96C" w14:textId="77777777" w:rsidR="00F57CE1" w:rsidRDefault="00F57CE1" w:rsidP="00573F18">
            <w:pPr>
              <w:spacing w:after="0"/>
              <w:jc w:val="center"/>
              <w:rPr>
                <w:rFonts w:cs="Times New Roman"/>
              </w:rPr>
            </w:pPr>
            <w:r>
              <w:rPr>
                <w:rFonts w:cs="Times New Roman"/>
                <w:sz w:val="15"/>
              </w:rPr>
              <w:t>0.705</w:t>
            </w:r>
          </w:p>
        </w:tc>
        <w:tc>
          <w:tcPr>
            <w:tcW w:w="1352" w:type="dxa"/>
            <w:tcMar>
              <w:top w:w="30" w:type="dxa"/>
              <w:left w:w="35" w:type="dxa"/>
              <w:bottom w:w="30" w:type="dxa"/>
              <w:right w:w="35" w:type="dxa"/>
            </w:tcMar>
            <w:vAlign w:val="center"/>
          </w:tcPr>
          <w:p w14:paraId="0090D2EA" w14:textId="77777777" w:rsidR="00F57CE1" w:rsidRDefault="00F57CE1" w:rsidP="00573F18">
            <w:pPr>
              <w:spacing w:after="0"/>
              <w:jc w:val="center"/>
              <w:rPr>
                <w:rFonts w:cs="Times New Roman"/>
              </w:rPr>
            </w:pPr>
            <w:r>
              <w:rPr>
                <w:rFonts w:cs="Times New Roman"/>
                <w:sz w:val="15"/>
              </w:rPr>
              <w:t>0.046</w:t>
            </w:r>
          </w:p>
        </w:tc>
        <w:tc>
          <w:tcPr>
            <w:tcW w:w="1352" w:type="dxa"/>
            <w:tcMar>
              <w:top w:w="30" w:type="dxa"/>
              <w:left w:w="35" w:type="dxa"/>
              <w:bottom w:w="30" w:type="dxa"/>
              <w:right w:w="35" w:type="dxa"/>
            </w:tcMar>
            <w:vAlign w:val="center"/>
          </w:tcPr>
          <w:p w14:paraId="4EF803D8" w14:textId="77777777" w:rsidR="00F57CE1" w:rsidRDefault="00F57CE1" w:rsidP="00573F18">
            <w:pPr>
              <w:spacing w:after="0"/>
              <w:jc w:val="center"/>
              <w:rPr>
                <w:rFonts w:cs="Times New Roman"/>
              </w:rPr>
            </w:pPr>
            <w:r>
              <w:rPr>
                <w:rFonts w:cs="Times New Roman"/>
                <w:sz w:val="15"/>
              </w:rPr>
              <w:t>280</w:t>
            </w:r>
          </w:p>
        </w:tc>
      </w:tr>
      <w:tr w:rsidR="00F57CE1" w14:paraId="16A0D4D3" w14:textId="77777777" w:rsidTr="00573F18">
        <w:tc>
          <w:tcPr>
            <w:tcW w:w="1352" w:type="dxa"/>
            <w:tcMar>
              <w:top w:w="30" w:type="dxa"/>
              <w:left w:w="35" w:type="dxa"/>
              <w:bottom w:w="30" w:type="dxa"/>
              <w:right w:w="35" w:type="dxa"/>
            </w:tcMar>
            <w:vAlign w:val="center"/>
          </w:tcPr>
          <w:p w14:paraId="08BEC73A" w14:textId="77777777" w:rsidR="00F57CE1" w:rsidRDefault="00F57CE1" w:rsidP="00573F18">
            <w:pPr>
              <w:spacing w:after="0"/>
              <w:jc w:val="center"/>
              <w:rPr>
                <w:rFonts w:cs="Times New Roman"/>
              </w:rPr>
            </w:pPr>
            <w:r>
              <w:rPr>
                <w:rFonts w:cs="Times New Roman"/>
                <w:sz w:val="15"/>
              </w:rPr>
              <w:t>5</w:t>
            </w:r>
          </w:p>
        </w:tc>
        <w:tc>
          <w:tcPr>
            <w:tcW w:w="1352" w:type="dxa"/>
            <w:tcMar>
              <w:top w:w="30" w:type="dxa"/>
              <w:left w:w="35" w:type="dxa"/>
              <w:bottom w:w="30" w:type="dxa"/>
              <w:right w:w="35" w:type="dxa"/>
            </w:tcMar>
            <w:vAlign w:val="center"/>
          </w:tcPr>
          <w:p w14:paraId="19EDB372" w14:textId="77777777" w:rsidR="00F57CE1" w:rsidRDefault="00F57CE1" w:rsidP="00573F18">
            <w:pPr>
              <w:spacing w:after="0"/>
              <w:jc w:val="center"/>
              <w:rPr>
                <w:rFonts w:cs="Times New Roman"/>
              </w:rPr>
            </w:pPr>
            <w:r>
              <w:rPr>
                <w:rFonts w:cs="Times New Roman"/>
                <w:sz w:val="15"/>
              </w:rPr>
              <w:t>1.002</w:t>
            </w:r>
          </w:p>
        </w:tc>
        <w:tc>
          <w:tcPr>
            <w:tcW w:w="1352" w:type="dxa"/>
            <w:tcMar>
              <w:top w:w="30" w:type="dxa"/>
              <w:left w:w="35" w:type="dxa"/>
              <w:bottom w:w="30" w:type="dxa"/>
              <w:right w:w="35" w:type="dxa"/>
            </w:tcMar>
            <w:vAlign w:val="center"/>
          </w:tcPr>
          <w:p w14:paraId="4F09D8CE" w14:textId="77777777" w:rsidR="00F57CE1" w:rsidRDefault="00F57CE1" w:rsidP="00573F18">
            <w:pPr>
              <w:spacing w:after="0"/>
              <w:jc w:val="center"/>
              <w:rPr>
                <w:rFonts w:cs="Times New Roman"/>
              </w:rPr>
            </w:pPr>
            <w:r>
              <w:rPr>
                <w:rFonts w:cs="Times New Roman"/>
                <w:sz w:val="15"/>
              </w:rPr>
              <w:t>1.106</w:t>
            </w:r>
          </w:p>
        </w:tc>
        <w:tc>
          <w:tcPr>
            <w:tcW w:w="1352" w:type="dxa"/>
            <w:tcMar>
              <w:top w:w="30" w:type="dxa"/>
              <w:left w:w="35" w:type="dxa"/>
              <w:bottom w:w="30" w:type="dxa"/>
              <w:right w:w="35" w:type="dxa"/>
            </w:tcMar>
            <w:vAlign w:val="center"/>
          </w:tcPr>
          <w:p w14:paraId="47CF401C" w14:textId="77777777" w:rsidR="00F57CE1" w:rsidRDefault="00F57CE1" w:rsidP="00573F18">
            <w:pPr>
              <w:spacing w:after="0"/>
              <w:jc w:val="center"/>
              <w:rPr>
                <w:rFonts w:cs="Times New Roman"/>
              </w:rPr>
            </w:pPr>
            <w:r>
              <w:rPr>
                <w:rFonts w:cs="Times New Roman"/>
                <w:sz w:val="15"/>
              </w:rPr>
              <w:t>-2.883</w:t>
            </w:r>
          </w:p>
        </w:tc>
        <w:tc>
          <w:tcPr>
            <w:tcW w:w="1352" w:type="dxa"/>
            <w:tcMar>
              <w:top w:w="30" w:type="dxa"/>
              <w:left w:w="35" w:type="dxa"/>
              <w:bottom w:w="30" w:type="dxa"/>
              <w:right w:w="35" w:type="dxa"/>
            </w:tcMar>
            <w:vAlign w:val="center"/>
          </w:tcPr>
          <w:p w14:paraId="74DB53E0" w14:textId="77777777" w:rsidR="00F57CE1" w:rsidRDefault="00F57CE1" w:rsidP="00573F18">
            <w:pPr>
              <w:spacing w:after="0"/>
              <w:jc w:val="center"/>
              <w:rPr>
                <w:rFonts w:cs="Times New Roman"/>
              </w:rPr>
            </w:pPr>
            <w:r>
              <w:rPr>
                <w:rFonts w:cs="Times New Roman"/>
                <w:sz w:val="15"/>
              </w:rPr>
              <w:t>1.503</w:t>
            </w:r>
          </w:p>
        </w:tc>
        <w:tc>
          <w:tcPr>
            <w:tcW w:w="1352" w:type="dxa"/>
            <w:tcMar>
              <w:top w:w="30" w:type="dxa"/>
              <w:left w:w="35" w:type="dxa"/>
              <w:bottom w:w="30" w:type="dxa"/>
              <w:right w:w="35" w:type="dxa"/>
            </w:tcMar>
            <w:vAlign w:val="center"/>
          </w:tcPr>
          <w:p w14:paraId="1D2DB32F" w14:textId="77777777" w:rsidR="00F57CE1" w:rsidRDefault="00F57CE1" w:rsidP="00573F18">
            <w:pPr>
              <w:spacing w:after="0"/>
              <w:jc w:val="center"/>
              <w:rPr>
                <w:rFonts w:cs="Times New Roman"/>
              </w:rPr>
            </w:pPr>
            <w:r>
              <w:rPr>
                <w:rFonts w:cs="Times New Roman"/>
                <w:sz w:val="15"/>
              </w:rPr>
              <w:t>0.063</w:t>
            </w:r>
          </w:p>
        </w:tc>
        <w:tc>
          <w:tcPr>
            <w:tcW w:w="1352" w:type="dxa"/>
            <w:tcMar>
              <w:top w:w="30" w:type="dxa"/>
              <w:left w:w="35" w:type="dxa"/>
              <w:bottom w:w="30" w:type="dxa"/>
              <w:right w:w="35" w:type="dxa"/>
            </w:tcMar>
            <w:vAlign w:val="center"/>
          </w:tcPr>
          <w:p w14:paraId="7D3FE0D2" w14:textId="77777777" w:rsidR="00F57CE1" w:rsidRDefault="00F57CE1" w:rsidP="00573F18">
            <w:pPr>
              <w:spacing w:after="0"/>
              <w:jc w:val="center"/>
              <w:rPr>
                <w:rFonts w:cs="Times New Roman"/>
              </w:rPr>
            </w:pPr>
            <w:r>
              <w:rPr>
                <w:rFonts w:cs="Times New Roman"/>
                <w:sz w:val="15"/>
              </w:rPr>
              <w:t>252</w:t>
            </w:r>
          </w:p>
        </w:tc>
      </w:tr>
    </w:tbl>
    <w:p w14:paraId="331151EF" w14:textId="77777777" w:rsidR="00F57CE1" w:rsidRDefault="00F57CE1" w:rsidP="00F57CE1">
      <w:pPr>
        <w:keepNext/>
        <w:spacing w:before="80" w:after="40"/>
        <w:rPr>
          <w:rFonts w:cs="Times New Roman"/>
        </w:rPr>
      </w:pPr>
      <w:r>
        <w:rPr>
          <w:rFonts w:cs="Times New Roman"/>
        </w:rPr>
        <w:lastRenderedPageBreak/>
        <w:t>Panel B. Residential-investment response across the smooth lagged human-capital state</w:t>
      </w:r>
    </w:p>
    <w:tbl>
      <w:tblPr>
        <w:tblW w:w="0" w:type="auto"/>
        <w:tblLook w:val="04A0" w:firstRow="1" w:lastRow="0" w:firstColumn="1" w:lastColumn="0" w:noHBand="0" w:noVBand="1"/>
      </w:tblPr>
      <w:tblGrid>
        <w:gridCol w:w="1350"/>
        <w:gridCol w:w="1352"/>
        <w:gridCol w:w="1352"/>
        <w:gridCol w:w="1352"/>
        <w:gridCol w:w="1352"/>
        <w:gridCol w:w="1352"/>
        <w:gridCol w:w="1351"/>
      </w:tblGrid>
      <w:tr w:rsidR="00F57CE1" w14:paraId="3D48B0C0" w14:textId="77777777" w:rsidTr="00573F18">
        <w:trPr>
          <w:tblHeader/>
        </w:trPr>
        <w:tc>
          <w:tcPr>
            <w:tcW w:w="1352" w:type="dxa"/>
            <w:tcMar>
              <w:top w:w="30" w:type="dxa"/>
              <w:left w:w="35" w:type="dxa"/>
              <w:bottom w:w="30" w:type="dxa"/>
              <w:right w:w="35" w:type="dxa"/>
            </w:tcMar>
            <w:vAlign w:val="center"/>
          </w:tcPr>
          <w:p w14:paraId="3A8108E7" w14:textId="77777777" w:rsidR="00F57CE1" w:rsidRDefault="00F57CE1" w:rsidP="00573F18">
            <w:pPr>
              <w:spacing w:after="0"/>
              <w:jc w:val="center"/>
              <w:rPr>
                <w:rFonts w:cs="Times New Roman"/>
              </w:rPr>
            </w:pPr>
            <w:r>
              <w:rPr>
                <w:rFonts w:cs="Times New Roman"/>
                <w:b/>
                <w:sz w:val="14"/>
              </w:rPr>
              <w:t>h</w:t>
            </w:r>
          </w:p>
        </w:tc>
        <w:tc>
          <w:tcPr>
            <w:tcW w:w="1352" w:type="dxa"/>
            <w:tcMar>
              <w:top w:w="30" w:type="dxa"/>
              <w:left w:w="35" w:type="dxa"/>
              <w:bottom w:w="30" w:type="dxa"/>
              <w:right w:w="35" w:type="dxa"/>
            </w:tcMar>
            <w:vAlign w:val="center"/>
          </w:tcPr>
          <w:p w14:paraId="033F5FE9" w14:textId="77777777" w:rsidR="00F57CE1" w:rsidRDefault="00F57CE1" w:rsidP="00573F18">
            <w:pPr>
              <w:spacing w:after="0"/>
              <w:jc w:val="center"/>
              <w:rPr>
                <w:rFonts w:cs="Times New Roman"/>
              </w:rPr>
            </w:pPr>
            <w:r>
              <w:rPr>
                <w:rFonts w:cs="Times New Roman"/>
                <w:b/>
                <w:sz w:val="14"/>
              </w:rPr>
              <w:t>Low-state slope (%)</w:t>
            </w:r>
          </w:p>
        </w:tc>
        <w:tc>
          <w:tcPr>
            <w:tcW w:w="1352" w:type="dxa"/>
            <w:tcMar>
              <w:top w:w="30" w:type="dxa"/>
              <w:left w:w="35" w:type="dxa"/>
              <w:bottom w:w="30" w:type="dxa"/>
              <w:right w:w="35" w:type="dxa"/>
            </w:tcMar>
            <w:vAlign w:val="center"/>
          </w:tcPr>
          <w:p w14:paraId="314F26E4"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4493C9FA" w14:textId="77777777" w:rsidR="00F57CE1" w:rsidRDefault="00F57CE1" w:rsidP="00573F18">
            <w:pPr>
              <w:spacing w:after="0"/>
              <w:jc w:val="center"/>
              <w:rPr>
                <w:rFonts w:cs="Times New Roman"/>
              </w:rPr>
            </w:pPr>
            <w:r>
              <w:rPr>
                <w:rFonts w:cs="Times New Roman"/>
                <w:b/>
                <w:sz w:val="14"/>
              </w:rPr>
              <w:t>High-state slope (%)</w:t>
            </w:r>
          </w:p>
        </w:tc>
        <w:tc>
          <w:tcPr>
            <w:tcW w:w="1352" w:type="dxa"/>
            <w:tcMar>
              <w:top w:w="30" w:type="dxa"/>
              <w:left w:w="35" w:type="dxa"/>
              <w:bottom w:w="30" w:type="dxa"/>
              <w:right w:w="35" w:type="dxa"/>
            </w:tcMar>
            <w:vAlign w:val="center"/>
          </w:tcPr>
          <w:p w14:paraId="74B861CB" w14:textId="77777777" w:rsidR="00F57CE1" w:rsidRDefault="00F57CE1" w:rsidP="00573F18">
            <w:pPr>
              <w:spacing w:after="0"/>
              <w:jc w:val="center"/>
              <w:rPr>
                <w:rFonts w:cs="Times New Roman"/>
              </w:rPr>
            </w:pPr>
            <w:r>
              <w:rPr>
                <w:rFonts w:cs="Times New Roman"/>
                <w:b/>
                <w:sz w:val="14"/>
              </w:rPr>
              <w:t>Clustered SE</w:t>
            </w:r>
          </w:p>
        </w:tc>
        <w:tc>
          <w:tcPr>
            <w:tcW w:w="1352" w:type="dxa"/>
            <w:tcMar>
              <w:top w:w="30" w:type="dxa"/>
              <w:left w:w="35" w:type="dxa"/>
              <w:bottom w:w="30" w:type="dxa"/>
              <w:right w:w="35" w:type="dxa"/>
            </w:tcMar>
            <w:vAlign w:val="center"/>
          </w:tcPr>
          <w:p w14:paraId="608CB11D" w14:textId="77777777" w:rsidR="00F57CE1" w:rsidRDefault="00F57CE1" w:rsidP="00573F18">
            <w:pPr>
              <w:spacing w:after="0"/>
              <w:jc w:val="center"/>
              <w:rPr>
                <w:rFonts w:cs="Times New Roman"/>
              </w:rPr>
            </w:pPr>
            <w:r>
              <w:rPr>
                <w:rFonts w:cs="Times New Roman"/>
                <w:b/>
                <w:sz w:val="14"/>
              </w:rPr>
              <w:t>Wild p: equality</w:t>
            </w:r>
          </w:p>
        </w:tc>
        <w:tc>
          <w:tcPr>
            <w:tcW w:w="1352" w:type="dxa"/>
            <w:tcMar>
              <w:top w:w="30" w:type="dxa"/>
              <w:left w:w="35" w:type="dxa"/>
              <w:bottom w:w="30" w:type="dxa"/>
              <w:right w:w="35" w:type="dxa"/>
            </w:tcMar>
            <w:vAlign w:val="center"/>
          </w:tcPr>
          <w:p w14:paraId="107395DB" w14:textId="77777777" w:rsidR="00F57CE1" w:rsidRDefault="00F57CE1" w:rsidP="00573F18">
            <w:pPr>
              <w:spacing w:after="0"/>
              <w:jc w:val="center"/>
              <w:rPr>
                <w:rFonts w:cs="Times New Roman"/>
              </w:rPr>
            </w:pPr>
            <w:r>
              <w:rPr>
                <w:rFonts w:cs="Times New Roman"/>
                <w:b/>
                <w:sz w:val="14"/>
              </w:rPr>
              <w:t>N</w:t>
            </w:r>
          </w:p>
        </w:tc>
      </w:tr>
      <w:tr w:rsidR="00F57CE1" w14:paraId="30D8252D" w14:textId="77777777" w:rsidTr="00573F18">
        <w:tc>
          <w:tcPr>
            <w:tcW w:w="1352" w:type="dxa"/>
            <w:tcMar>
              <w:top w:w="30" w:type="dxa"/>
              <w:left w:w="35" w:type="dxa"/>
              <w:bottom w:w="30" w:type="dxa"/>
              <w:right w:w="35" w:type="dxa"/>
            </w:tcMar>
            <w:vAlign w:val="center"/>
          </w:tcPr>
          <w:p w14:paraId="28B18673" w14:textId="77777777" w:rsidR="00F57CE1" w:rsidRDefault="00F57CE1" w:rsidP="00573F18">
            <w:pPr>
              <w:spacing w:after="0"/>
              <w:jc w:val="center"/>
              <w:rPr>
                <w:rFonts w:cs="Times New Roman"/>
              </w:rPr>
            </w:pPr>
            <w:r>
              <w:rPr>
                <w:rFonts w:cs="Times New Roman"/>
                <w:sz w:val="15"/>
              </w:rPr>
              <w:t>0</w:t>
            </w:r>
          </w:p>
        </w:tc>
        <w:tc>
          <w:tcPr>
            <w:tcW w:w="1352" w:type="dxa"/>
            <w:tcMar>
              <w:top w:w="30" w:type="dxa"/>
              <w:left w:w="35" w:type="dxa"/>
              <w:bottom w:w="30" w:type="dxa"/>
              <w:right w:w="35" w:type="dxa"/>
            </w:tcMar>
            <w:vAlign w:val="center"/>
          </w:tcPr>
          <w:p w14:paraId="3D7FB54E" w14:textId="77777777" w:rsidR="00F57CE1" w:rsidRDefault="00F57CE1" w:rsidP="00573F18">
            <w:pPr>
              <w:spacing w:after="0"/>
              <w:jc w:val="center"/>
              <w:rPr>
                <w:rFonts w:cs="Times New Roman"/>
              </w:rPr>
            </w:pPr>
            <w:r>
              <w:rPr>
                <w:rFonts w:cs="Times New Roman"/>
                <w:sz w:val="15"/>
              </w:rPr>
              <w:t>-0.037</w:t>
            </w:r>
          </w:p>
        </w:tc>
        <w:tc>
          <w:tcPr>
            <w:tcW w:w="1352" w:type="dxa"/>
            <w:tcMar>
              <w:top w:w="30" w:type="dxa"/>
              <w:left w:w="35" w:type="dxa"/>
              <w:bottom w:w="30" w:type="dxa"/>
              <w:right w:w="35" w:type="dxa"/>
            </w:tcMar>
            <w:vAlign w:val="center"/>
          </w:tcPr>
          <w:p w14:paraId="675B4EC5" w14:textId="77777777" w:rsidR="00F57CE1" w:rsidRDefault="00F57CE1" w:rsidP="00573F18">
            <w:pPr>
              <w:spacing w:after="0"/>
              <w:jc w:val="center"/>
              <w:rPr>
                <w:rFonts w:cs="Times New Roman"/>
              </w:rPr>
            </w:pPr>
            <w:r>
              <w:rPr>
                <w:rFonts w:cs="Times New Roman"/>
                <w:sz w:val="15"/>
              </w:rPr>
              <w:t>0.061</w:t>
            </w:r>
          </w:p>
        </w:tc>
        <w:tc>
          <w:tcPr>
            <w:tcW w:w="1352" w:type="dxa"/>
            <w:tcMar>
              <w:top w:w="30" w:type="dxa"/>
              <w:left w:w="35" w:type="dxa"/>
              <w:bottom w:w="30" w:type="dxa"/>
              <w:right w:w="35" w:type="dxa"/>
            </w:tcMar>
            <w:vAlign w:val="center"/>
          </w:tcPr>
          <w:p w14:paraId="34E9C8D0" w14:textId="77777777" w:rsidR="00F57CE1" w:rsidRDefault="00F57CE1" w:rsidP="00573F18">
            <w:pPr>
              <w:spacing w:after="0"/>
              <w:jc w:val="center"/>
              <w:rPr>
                <w:rFonts w:cs="Times New Roman"/>
              </w:rPr>
            </w:pPr>
            <w:r>
              <w:rPr>
                <w:rFonts w:cs="Times New Roman"/>
                <w:sz w:val="15"/>
              </w:rPr>
              <w:t>0.084</w:t>
            </w:r>
          </w:p>
        </w:tc>
        <w:tc>
          <w:tcPr>
            <w:tcW w:w="1352" w:type="dxa"/>
            <w:tcMar>
              <w:top w:w="30" w:type="dxa"/>
              <w:left w:w="35" w:type="dxa"/>
              <w:bottom w:w="30" w:type="dxa"/>
              <w:right w:w="35" w:type="dxa"/>
            </w:tcMar>
            <w:vAlign w:val="center"/>
          </w:tcPr>
          <w:p w14:paraId="07C9A6F6" w14:textId="77777777" w:rsidR="00F57CE1" w:rsidRDefault="00F57CE1" w:rsidP="00573F18">
            <w:pPr>
              <w:spacing w:after="0"/>
              <w:jc w:val="center"/>
              <w:rPr>
                <w:rFonts w:cs="Times New Roman"/>
              </w:rPr>
            </w:pPr>
            <w:r>
              <w:rPr>
                <w:rFonts w:cs="Times New Roman"/>
                <w:sz w:val="15"/>
              </w:rPr>
              <w:t>0.083</w:t>
            </w:r>
          </w:p>
        </w:tc>
        <w:tc>
          <w:tcPr>
            <w:tcW w:w="1352" w:type="dxa"/>
            <w:tcMar>
              <w:top w:w="30" w:type="dxa"/>
              <w:left w:w="35" w:type="dxa"/>
              <w:bottom w:w="30" w:type="dxa"/>
              <w:right w:w="35" w:type="dxa"/>
            </w:tcMar>
            <w:vAlign w:val="center"/>
          </w:tcPr>
          <w:p w14:paraId="5E16E536" w14:textId="77777777" w:rsidR="00F57CE1" w:rsidRDefault="00F57CE1" w:rsidP="00573F18">
            <w:pPr>
              <w:spacing w:after="0"/>
              <w:jc w:val="center"/>
              <w:rPr>
                <w:rFonts w:cs="Times New Roman"/>
              </w:rPr>
            </w:pPr>
            <w:r>
              <w:rPr>
                <w:rFonts w:cs="Times New Roman"/>
                <w:sz w:val="15"/>
              </w:rPr>
              <w:t>0.377</w:t>
            </w:r>
          </w:p>
        </w:tc>
        <w:tc>
          <w:tcPr>
            <w:tcW w:w="1352" w:type="dxa"/>
            <w:tcMar>
              <w:top w:w="30" w:type="dxa"/>
              <w:left w:w="35" w:type="dxa"/>
              <w:bottom w:w="30" w:type="dxa"/>
              <w:right w:w="35" w:type="dxa"/>
            </w:tcMar>
            <w:vAlign w:val="center"/>
          </w:tcPr>
          <w:p w14:paraId="2F642B26" w14:textId="77777777" w:rsidR="00F57CE1" w:rsidRDefault="00F57CE1" w:rsidP="00573F18">
            <w:pPr>
              <w:spacing w:after="0"/>
              <w:jc w:val="center"/>
              <w:rPr>
                <w:rFonts w:cs="Times New Roman"/>
              </w:rPr>
            </w:pPr>
            <w:r>
              <w:rPr>
                <w:rFonts w:cs="Times New Roman"/>
                <w:sz w:val="15"/>
              </w:rPr>
              <w:t>392</w:t>
            </w:r>
          </w:p>
        </w:tc>
      </w:tr>
      <w:tr w:rsidR="00F57CE1" w14:paraId="65D846F3" w14:textId="77777777" w:rsidTr="00573F18">
        <w:tc>
          <w:tcPr>
            <w:tcW w:w="1352" w:type="dxa"/>
            <w:tcMar>
              <w:top w:w="30" w:type="dxa"/>
              <w:left w:w="35" w:type="dxa"/>
              <w:bottom w:w="30" w:type="dxa"/>
              <w:right w:w="35" w:type="dxa"/>
            </w:tcMar>
            <w:vAlign w:val="center"/>
          </w:tcPr>
          <w:p w14:paraId="6F16F70D" w14:textId="77777777" w:rsidR="00F57CE1" w:rsidRDefault="00F57CE1" w:rsidP="00573F18">
            <w:pPr>
              <w:spacing w:after="0"/>
              <w:jc w:val="center"/>
              <w:rPr>
                <w:rFonts w:cs="Times New Roman"/>
              </w:rPr>
            </w:pPr>
            <w:r>
              <w:rPr>
                <w:rFonts w:cs="Times New Roman"/>
                <w:sz w:val="15"/>
              </w:rPr>
              <w:t>1</w:t>
            </w:r>
          </w:p>
        </w:tc>
        <w:tc>
          <w:tcPr>
            <w:tcW w:w="1352" w:type="dxa"/>
            <w:tcMar>
              <w:top w:w="30" w:type="dxa"/>
              <w:left w:w="35" w:type="dxa"/>
              <w:bottom w:w="30" w:type="dxa"/>
              <w:right w:w="35" w:type="dxa"/>
            </w:tcMar>
            <w:vAlign w:val="center"/>
          </w:tcPr>
          <w:p w14:paraId="5F10A768" w14:textId="77777777" w:rsidR="00F57CE1" w:rsidRDefault="00F57CE1" w:rsidP="00573F18">
            <w:pPr>
              <w:spacing w:after="0"/>
              <w:jc w:val="center"/>
              <w:rPr>
                <w:rFonts w:cs="Times New Roman"/>
              </w:rPr>
            </w:pPr>
            <w:r>
              <w:rPr>
                <w:rFonts w:cs="Times New Roman"/>
                <w:sz w:val="15"/>
              </w:rPr>
              <w:t>-0.111</w:t>
            </w:r>
          </w:p>
        </w:tc>
        <w:tc>
          <w:tcPr>
            <w:tcW w:w="1352" w:type="dxa"/>
            <w:tcMar>
              <w:top w:w="30" w:type="dxa"/>
              <w:left w:w="35" w:type="dxa"/>
              <w:bottom w:w="30" w:type="dxa"/>
              <w:right w:w="35" w:type="dxa"/>
            </w:tcMar>
            <w:vAlign w:val="center"/>
          </w:tcPr>
          <w:p w14:paraId="1CF31A06" w14:textId="77777777" w:rsidR="00F57CE1" w:rsidRDefault="00F57CE1" w:rsidP="00573F18">
            <w:pPr>
              <w:spacing w:after="0"/>
              <w:jc w:val="center"/>
              <w:rPr>
                <w:rFonts w:cs="Times New Roman"/>
              </w:rPr>
            </w:pPr>
            <w:r>
              <w:rPr>
                <w:rFonts w:cs="Times New Roman"/>
                <w:sz w:val="15"/>
              </w:rPr>
              <w:t>0.120</w:t>
            </w:r>
          </w:p>
        </w:tc>
        <w:tc>
          <w:tcPr>
            <w:tcW w:w="1352" w:type="dxa"/>
            <w:tcMar>
              <w:top w:w="30" w:type="dxa"/>
              <w:left w:w="35" w:type="dxa"/>
              <w:bottom w:w="30" w:type="dxa"/>
              <w:right w:w="35" w:type="dxa"/>
            </w:tcMar>
            <w:vAlign w:val="center"/>
          </w:tcPr>
          <w:p w14:paraId="353A1878" w14:textId="77777777" w:rsidR="00F57CE1" w:rsidRDefault="00F57CE1" w:rsidP="00573F18">
            <w:pPr>
              <w:spacing w:after="0"/>
              <w:jc w:val="center"/>
              <w:rPr>
                <w:rFonts w:cs="Times New Roman"/>
              </w:rPr>
            </w:pPr>
            <w:r>
              <w:rPr>
                <w:rFonts w:cs="Times New Roman"/>
                <w:sz w:val="15"/>
              </w:rPr>
              <w:t>0.236</w:t>
            </w:r>
          </w:p>
        </w:tc>
        <w:tc>
          <w:tcPr>
            <w:tcW w:w="1352" w:type="dxa"/>
            <w:tcMar>
              <w:top w:w="30" w:type="dxa"/>
              <w:left w:w="35" w:type="dxa"/>
              <w:bottom w:w="30" w:type="dxa"/>
              <w:right w:w="35" w:type="dxa"/>
            </w:tcMar>
            <w:vAlign w:val="center"/>
          </w:tcPr>
          <w:p w14:paraId="10C98797" w14:textId="77777777" w:rsidR="00F57CE1" w:rsidRDefault="00F57CE1" w:rsidP="00573F18">
            <w:pPr>
              <w:spacing w:after="0"/>
              <w:jc w:val="center"/>
              <w:rPr>
                <w:rFonts w:cs="Times New Roman"/>
              </w:rPr>
            </w:pPr>
            <w:r>
              <w:rPr>
                <w:rFonts w:cs="Times New Roman"/>
                <w:sz w:val="15"/>
              </w:rPr>
              <w:t>0.178</w:t>
            </w:r>
          </w:p>
        </w:tc>
        <w:tc>
          <w:tcPr>
            <w:tcW w:w="1352" w:type="dxa"/>
            <w:tcMar>
              <w:top w:w="30" w:type="dxa"/>
              <w:left w:w="35" w:type="dxa"/>
              <w:bottom w:w="30" w:type="dxa"/>
              <w:right w:w="35" w:type="dxa"/>
            </w:tcMar>
            <w:vAlign w:val="center"/>
          </w:tcPr>
          <w:p w14:paraId="1E637716" w14:textId="77777777" w:rsidR="00F57CE1" w:rsidRDefault="00F57CE1" w:rsidP="00573F18">
            <w:pPr>
              <w:spacing w:after="0"/>
              <w:jc w:val="center"/>
              <w:rPr>
                <w:rFonts w:cs="Times New Roman"/>
              </w:rPr>
            </w:pPr>
            <w:r>
              <w:rPr>
                <w:rFonts w:cs="Times New Roman"/>
                <w:sz w:val="15"/>
              </w:rPr>
              <w:t>0.214</w:t>
            </w:r>
          </w:p>
        </w:tc>
        <w:tc>
          <w:tcPr>
            <w:tcW w:w="1352" w:type="dxa"/>
            <w:tcMar>
              <w:top w:w="30" w:type="dxa"/>
              <w:left w:w="35" w:type="dxa"/>
              <w:bottom w:w="30" w:type="dxa"/>
              <w:right w:w="35" w:type="dxa"/>
            </w:tcMar>
            <w:vAlign w:val="center"/>
          </w:tcPr>
          <w:p w14:paraId="68DC488D" w14:textId="77777777" w:rsidR="00F57CE1" w:rsidRDefault="00F57CE1" w:rsidP="00573F18">
            <w:pPr>
              <w:spacing w:after="0"/>
              <w:jc w:val="center"/>
              <w:rPr>
                <w:rFonts w:cs="Times New Roman"/>
              </w:rPr>
            </w:pPr>
            <w:r>
              <w:rPr>
                <w:rFonts w:cs="Times New Roman"/>
                <w:sz w:val="15"/>
              </w:rPr>
              <w:t>364</w:t>
            </w:r>
          </w:p>
        </w:tc>
      </w:tr>
      <w:tr w:rsidR="00F57CE1" w14:paraId="2E275914" w14:textId="77777777" w:rsidTr="00573F18">
        <w:tc>
          <w:tcPr>
            <w:tcW w:w="1352" w:type="dxa"/>
            <w:tcMar>
              <w:top w:w="30" w:type="dxa"/>
              <w:left w:w="35" w:type="dxa"/>
              <w:bottom w:w="30" w:type="dxa"/>
              <w:right w:w="35" w:type="dxa"/>
            </w:tcMar>
            <w:vAlign w:val="center"/>
          </w:tcPr>
          <w:p w14:paraId="3526D08A" w14:textId="77777777" w:rsidR="00F57CE1" w:rsidRDefault="00F57CE1" w:rsidP="00573F18">
            <w:pPr>
              <w:spacing w:after="0"/>
              <w:jc w:val="center"/>
              <w:rPr>
                <w:rFonts w:cs="Times New Roman"/>
              </w:rPr>
            </w:pPr>
            <w:r>
              <w:rPr>
                <w:rFonts w:cs="Times New Roman"/>
                <w:sz w:val="15"/>
              </w:rPr>
              <w:t>2</w:t>
            </w:r>
          </w:p>
        </w:tc>
        <w:tc>
          <w:tcPr>
            <w:tcW w:w="1352" w:type="dxa"/>
            <w:tcMar>
              <w:top w:w="30" w:type="dxa"/>
              <w:left w:w="35" w:type="dxa"/>
              <w:bottom w:w="30" w:type="dxa"/>
              <w:right w:w="35" w:type="dxa"/>
            </w:tcMar>
            <w:vAlign w:val="center"/>
          </w:tcPr>
          <w:p w14:paraId="2D1B0611" w14:textId="77777777" w:rsidR="00F57CE1" w:rsidRDefault="00F57CE1" w:rsidP="00573F18">
            <w:pPr>
              <w:spacing w:after="0"/>
              <w:jc w:val="center"/>
              <w:rPr>
                <w:rFonts w:cs="Times New Roman"/>
              </w:rPr>
            </w:pPr>
            <w:r>
              <w:rPr>
                <w:rFonts w:cs="Times New Roman"/>
                <w:sz w:val="15"/>
              </w:rPr>
              <w:t>-0.109</w:t>
            </w:r>
          </w:p>
        </w:tc>
        <w:tc>
          <w:tcPr>
            <w:tcW w:w="1352" w:type="dxa"/>
            <w:tcMar>
              <w:top w:w="30" w:type="dxa"/>
              <w:left w:w="35" w:type="dxa"/>
              <w:bottom w:w="30" w:type="dxa"/>
              <w:right w:w="35" w:type="dxa"/>
            </w:tcMar>
            <w:vAlign w:val="center"/>
          </w:tcPr>
          <w:p w14:paraId="00C47C0B" w14:textId="77777777" w:rsidR="00F57CE1" w:rsidRDefault="00F57CE1" w:rsidP="00573F18">
            <w:pPr>
              <w:spacing w:after="0"/>
              <w:jc w:val="center"/>
              <w:rPr>
                <w:rFonts w:cs="Times New Roman"/>
              </w:rPr>
            </w:pPr>
            <w:r>
              <w:rPr>
                <w:rFonts w:cs="Times New Roman"/>
                <w:sz w:val="15"/>
              </w:rPr>
              <w:t>0.134</w:t>
            </w:r>
          </w:p>
        </w:tc>
        <w:tc>
          <w:tcPr>
            <w:tcW w:w="1352" w:type="dxa"/>
            <w:tcMar>
              <w:top w:w="30" w:type="dxa"/>
              <w:left w:w="35" w:type="dxa"/>
              <w:bottom w:w="30" w:type="dxa"/>
              <w:right w:w="35" w:type="dxa"/>
            </w:tcMar>
            <w:vAlign w:val="center"/>
          </w:tcPr>
          <w:p w14:paraId="0CD75883" w14:textId="77777777" w:rsidR="00F57CE1" w:rsidRDefault="00F57CE1" w:rsidP="00573F18">
            <w:pPr>
              <w:spacing w:after="0"/>
              <w:jc w:val="center"/>
              <w:rPr>
                <w:rFonts w:cs="Times New Roman"/>
              </w:rPr>
            </w:pPr>
            <w:r>
              <w:rPr>
                <w:rFonts w:cs="Times New Roman"/>
                <w:sz w:val="15"/>
              </w:rPr>
              <w:t>0.267</w:t>
            </w:r>
          </w:p>
        </w:tc>
        <w:tc>
          <w:tcPr>
            <w:tcW w:w="1352" w:type="dxa"/>
            <w:tcMar>
              <w:top w:w="30" w:type="dxa"/>
              <w:left w:w="35" w:type="dxa"/>
              <w:bottom w:w="30" w:type="dxa"/>
              <w:right w:w="35" w:type="dxa"/>
            </w:tcMar>
            <w:vAlign w:val="center"/>
          </w:tcPr>
          <w:p w14:paraId="3C6B5B01" w14:textId="77777777" w:rsidR="00F57CE1" w:rsidRDefault="00F57CE1" w:rsidP="00573F18">
            <w:pPr>
              <w:spacing w:after="0"/>
              <w:jc w:val="center"/>
              <w:rPr>
                <w:rFonts w:cs="Times New Roman"/>
              </w:rPr>
            </w:pPr>
            <w:r>
              <w:rPr>
                <w:rFonts w:cs="Times New Roman"/>
                <w:sz w:val="15"/>
              </w:rPr>
              <w:t>0.156</w:t>
            </w:r>
          </w:p>
        </w:tc>
        <w:tc>
          <w:tcPr>
            <w:tcW w:w="1352" w:type="dxa"/>
            <w:tcMar>
              <w:top w:w="30" w:type="dxa"/>
              <w:left w:w="35" w:type="dxa"/>
              <w:bottom w:w="30" w:type="dxa"/>
              <w:right w:w="35" w:type="dxa"/>
            </w:tcMar>
            <w:vAlign w:val="center"/>
          </w:tcPr>
          <w:p w14:paraId="7D8F0A4B" w14:textId="77777777" w:rsidR="00F57CE1" w:rsidRDefault="00F57CE1" w:rsidP="00573F18">
            <w:pPr>
              <w:spacing w:after="0"/>
              <w:jc w:val="center"/>
              <w:rPr>
                <w:rFonts w:cs="Times New Roman"/>
              </w:rPr>
            </w:pPr>
            <w:r>
              <w:rPr>
                <w:rFonts w:cs="Times New Roman"/>
                <w:sz w:val="15"/>
              </w:rPr>
              <w:t>0.264</w:t>
            </w:r>
          </w:p>
        </w:tc>
        <w:tc>
          <w:tcPr>
            <w:tcW w:w="1352" w:type="dxa"/>
            <w:tcMar>
              <w:top w:w="30" w:type="dxa"/>
              <w:left w:w="35" w:type="dxa"/>
              <w:bottom w:w="30" w:type="dxa"/>
              <w:right w:w="35" w:type="dxa"/>
            </w:tcMar>
            <w:vAlign w:val="center"/>
          </w:tcPr>
          <w:p w14:paraId="738AC7FE" w14:textId="77777777" w:rsidR="00F57CE1" w:rsidRDefault="00F57CE1" w:rsidP="00573F18">
            <w:pPr>
              <w:spacing w:after="0"/>
              <w:jc w:val="center"/>
              <w:rPr>
                <w:rFonts w:cs="Times New Roman"/>
              </w:rPr>
            </w:pPr>
            <w:r>
              <w:rPr>
                <w:rFonts w:cs="Times New Roman"/>
                <w:sz w:val="15"/>
              </w:rPr>
              <w:t>336</w:t>
            </w:r>
          </w:p>
        </w:tc>
      </w:tr>
      <w:tr w:rsidR="00F57CE1" w14:paraId="037806EB" w14:textId="77777777" w:rsidTr="00573F18">
        <w:tc>
          <w:tcPr>
            <w:tcW w:w="1352" w:type="dxa"/>
            <w:tcMar>
              <w:top w:w="30" w:type="dxa"/>
              <w:left w:w="35" w:type="dxa"/>
              <w:bottom w:w="30" w:type="dxa"/>
              <w:right w:w="35" w:type="dxa"/>
            </w:tcMar>
            <w:vAlign w:val="center"/>
          </w:tcPr>
          <w:p w14:paraId="36912D35" w14:textId="77777777" w:rsidR="00F57CE1" w:rsidRDefault="00F57CE1" w:rsidP="00573F18">
            <w:pPr>
              <w:spacing w:after="0"/>
              <w:jc w:val="center"/>
              <w:rPr>
                <w:rFonts w:cs="Times New Roman"/>
              </w:rPr>
            </w:pPr>
            <w:r>
              <w:rPr>
                <w:rFonts w:cs="Times New Roman"/>
                <w:sz w:val="15"/>
              </w:rPr>
              <w:t>3</w:t>
            </w:r>
          </w:p>
        </w:tc>
        <w:tc>
          <w:tcPr>
            <w:tcW w:w="1352" w:type="dxa"/>
            <w:tcMar>
              <w:top w:w="30" w:type="dxa"/>
              <w:left w:w="35" w:type="dxa"/>
              <w:bottom w:w="30" w:type="dxa"/>
              <w:right w:w="35" w:type="dxa"/>
            </w:tcMar>
            <w:vAlign w:val="center"/>
          </w:tcPr>
          <w:p w14:paraId="7A801507" w14:textId="77777777" w:rsidR="00F57CE1" w:rsidRDefault="00F57CE1" w:rsidP="00573F18">
            <w:pPr>
              <w:spacing w:after="0"/>
              <w:jc w:val="center"/>
              <w:rPr>
                <w:rFonts w:cs="Times New Roman"/>
              </w:rPr>
            </w:pPr>
            <w:r>
              <w:rPr>
                <w:rFonts w:cs="Times New Roman"/>
                <w:sz w:val="15"/>
              </w:rPr>
              <w:t>-0.167</w:t>
            </w:r>
          </w:p>
        </w:tc>
        <w:tc>
          <w:tcPr>
            <w:tcW w:w="1352" w:type="dxa"/>
            <w:tcMar>
              <w:top w:w="30" w:type="dxa"/>
              <w:left w:w="35" w:type="dxa"/>
              <w:bottom w:w="30" w:type="dxa"/>
              <w:right w:w="35" w:type="dxa"/>
            </w:tcMar>
            <w:vAlign w:val="center"/>
          </w:tcPr>
          <w:p w14:paraId="1EB3B863" w14:textId="77777777" w:rsidR="00F57CE1" w:rsidRDefault="00F57CE1" w:rsidP="00573F18">
            <w:pPr>
              <w:spacing w:after="0"/>
              <w:jc w:val="center"/>
              <w:rPr>
                <w:rFonts w:cs="Times New Roman"/>
              </w:rPr>
            </w:pPr>
            <w:r>
              <w:rPr>
                <w:rFonts w:cs="Times New Roman"/>
                <w:sz w:val="15"/>
              </w:rPr>
              <w:t>0.127</w:t>
            </w:r>
          </w:p>
        </w:tc>
        <w:tc>
          <w:tcPr>
            <w:tcW w:w="1352" w:type="dxa"/>
            <w:tcMar>
              <w:top w:w="30" w:type="dxa"/>
              <w:left w:w="35" w:type="dxa"/>
              <w:bottom w:w="30" w:type="dxa"/>
              <w:right w:w="35" w:type="dxa"/>
            </w:tcMar>
            <w:vAlign w:val="center"/>
          </w:tcPr>
          <w:p w14:paraId="6FB577C4" w14:textId="77777777" w:rsidR="00F57CE1" w:rsidRDefault="00F57CE1" w:rsidP="00573F18">
            <w:pPr>
              <w:spacing w:after="0"/>
              <w:jc w:val="center"/>
              <w:rPr>
                <w:rFonts w:cs="Times New Roman"/>
              </w:rPr>
            </w:pPr>
            <w:r>
              <w:rPr>
                <w:rFonts w:cs="Times New Roman"/>
                <w:sz w:val="15"/>
              </w:rPr>
              <w:t>0.337</w:t>
            </w:r>
          </w:p>
        </w:tc>
        <w:tc>
          <w:tcPr>
            <w:tcW w:w="1352" w:type="dxa"/>
            <w:tcMar>
              <w:top w:w="30" w:type="dxa"/>
              <w:left w:w="35" w:type="dxa"/>
              <w:bottom w:w="30" w:type="dxa"/>
              <w:right w:w="35" w:type="dxa"/>
            </w:tcMar>
            <w:vAlign w:val="center"/>
          </w:tcPr>
          <w:p w14:paraId="1FC09730" w14:textId="77777777" w:rsidR="00F57CE1" w:rsidRDefault="00F57CE1" w:rsidP="00573F18">
            <w:pPr>
              <w:spacing w:after="0"/>
              <w:jc w:val="center"/>
              <w:rPr>
                <w:rFonts w:cs="Times New Roman"/>
              </w:rPr>
            </w:pPr>
            <w:r>
              <w:rPr>
                <w:rFonts w:cs="Times New Roman"/>
                <w:sz w:val="15"/>
              </w:rPr>
              <w:t>0.122</w:t>
            </w:r>
          </w:p>
        </w:tc>
        <w:tc>
          <w:tcPr>
            <w:tcW w:w="1352" w:type="dxa"/>
            <w:tcMar>
              <w:top w:w="30" w:type="dxa"/>
              <w:left w:w="35" w:type="dxa"/>
              <w:bottom w:w="30" w:type="dxa"/>
              <w:right w:w="35" w:type="dxa"/>
            </w:tcMar>
            <w:vAlign w:val="center"/>
          </w:tcPr>
          <w:p w14:paraId="3A74BF04" w14:textId="77777777" w:rsidR="00F57CE1" w:rsidRDefault="00F57CE1" w:rsidP="00573F18">
            <w:pPr>
              <w:spacing w:after="0"/>
              <w:jc w:val="center"/>
              <w:rPr>
                <w:rFonts w:cs="Times New Roman"/>
              </w:rPr>
            </w:pPr>
            <w:r>
              <w:rPr>
                <w:rFonts w:cs="Times New Roman"/>
                <w:sz w:val="15"/>
              </w:rPr>
              <w:t>0.034</w:t>
            </w:r>
          </w:p>
        </w:tc>
        <w:tc>
          <w:tcPr>
            <w:tcW w:w="1352" w:type="dxa"/>
            <w:tcMar>
              <w:top w:w="30" w:type="dxa"/>
              <w:left w:w="35" w:type="dxa"/>
              <w:bottom w:w="30" w:type="dxa"/>
              <w:right w:w="35" w:type="dxa"/>
            </w:tcMar>
            <w:vAlign w:val="center"/>
          </w:tcPr>
          <w:p w14:paraId="2BD0C73C" w14:textId="77777777" w:rsidR="00F57CE1" w:rsidRDefault="00F57CE1" w:rsidP="00573F18">
            <w:pPr>
              <w:spacing w:after="0"/>
              <w:jc w:val="center"/>
              <w:rPr>
                <w:rFonts w:cs="Times New Roman"/>
              </w:rPr>
            </w:pPr>
            <w:r>
              <w:rPr>
                <w:rFonts w:cs="Times New Roman"/>
                <w:sz w:val="15"/>
              </w:rPr>
              <w:t>308</w:t>
            </w:r>
          </w:p>
        </w:tc>
      </w:tr>
      <w:tr w:rsidR="00F57CE1" w14:paraId="0B38F3BE" w14:textId="77777777" w:rsidTr="00573F18">
        <w:tc>
          <w:tcPr>
            <w:tcW w:w="1352" w:type="dxa"/>
            <w:tcMar>
              <w:top w:w="30" w:type="dxa"/>
              <w:left w:w="35" w:type="dxa"/>
              <w:bottom w:w="30" w:type="dxa"/>
              <w:right w:w="35" w:type="dxa"/>
            </w:tcMar>
            <w:vAlign w:val="center"/>
          </w:tcPr>
          <w:p w14:paraId="2EAE08BD" w14:textId="77777777" w:rsidR="00F57CE1" w:rsidRDefault="00F57CE1" w:rsidP="00573F18">
            <w:pPr>
              <w:spacing w:after="0"/>
              <w:jc w:val="center"/>
              <w:rPr>
                <w:rFonts w:cs="Times New Roman"/>
              </w:rPr>
            </w:pPr>
            <w:r>
              <w:rPr>
                <w:rFonts w:cs="Times New Roman"/>
                <w:sz w:val="15"/>
              </w:rPr>
              <w:t>4</w:t>
            </w:r>
          </w:p>
        </w:tc>
        <w:tc>
          <w:tcPr>
            <w:tcW w:w="1352" w:type="dxa"/>
            <w:tcMar>
              <w:top w:w="30" w:type="dxa"/>
              <w:left w:w="35" w:type="dxa"/>
              <w:bottom w:w="30" w:type="dxa"/>
              <w:right w:w="35" w:type="dxa"/>
            </w:tcMar>
            <w:vAlign w:val="center"/>
          </w:tcPr>
          <w:p w14:paraId="65920A4F" w14:textId="77777777" w:rsidR="00F57CE1" w:rsidRDefault="00F57CE1" w:rsidP="00573F18">
            <w:pPr>
              <w:spacing w:after="0"/>
              <w:jc w:val="center"/>
              <w:rPr>
                <w:rFonts w:cs="Times New Roman"/>
              </w:rPr>
            </w:pPr>
            <w:r>
              <w:rPr>
                <w:rFonts w:cs="Times New Roman"/>
                <w:sz w:val="15"/>
              </w:rPr>
              <w:t>-0.186</w:t>
            </w:r>
          </w:p>
        </w:tc>
        <w:tc>
          <w:tcPr>
            <w:tcW w:w="1352" w:type="dxa"/>
            <w:tcMar>
              <w:top w:w="30" w:type="dxa"/>
              <w:left w:w="35" w:type="dxa"/>
              <w:bottom w:w="30" w:type="dxa"/>
              <w:right w:w="35" w:type="dxa"/>
            </w:tcMar>
            <w:vAlign w:val="center"/>
          </w:tcPr>
          <w:p w14:paraId="2EA255C3" w14:textId="77777777" w:rsidR="00F57CE1" w:rsidRDefault="00F57CE1" w:rsidP="00573F18">
            <w:pPr>
              <w:spacing w:after="0"/>
              <w:jc w:val="center"/>
              <w:rPr>
                <w:rFonts w:cs="Times New Roman"/>
              </w:rPr>
            </w:pPr>
            <w:r>
              <w:rPr>
                <w:rFonts w:cs="Times New Roman"/>
                <w:sz w:val="15"/>
              </w:rPr>
              <w:t>0.197</w:t>
            </w:r>
          </w:p>
        </w:tc>
        <w:tc>
          <w:tcPr>
            <w:tcW w:w="1352" w:type="dxa"/>
            <w:tcMar>
              <w:top w:w="30" w:type="dxa"/>
              <w:left w:w="35" w:type="dxa"/>
              <w:bottom w:w="30" w:type="dxa"/>
              <w:right w:w="35" w:type="dxa"/>
            </w:tcMar>
            <w:vAlign w:val="center"/>
          </w:tcPr>
          <w:p w14:paraId="24C0E43F" w14:textId="77777777" w:rsidR="00F57CE1" w:rsidRDefault="00F57CE1" w:rsidP="00573F18">
            <w:pPr>
              <w:spacing w:after="0"/>
              <w:jc w:val="center"/>
              <w:rPr>
                <w:rFonts w:cs="Times New Roman"/>
              </w:rPr>
            </w:pPr>
            <w:r>
              <w:rPr>
                <w:rFonts w:cs="Times New Roman"/>
                <w:sz w:val="15"/>
              </w:rPr>
              <w:t>0.454</w:t>
            </w:r>
          </w:p>
        </w:tc>
        <w:tc>
          <w:tcPr>
            <w:tcW w:w="1352" w:type="dxa"/>
            <w:tcMar>
              <w:top w:w="30" w:type="dxa"/>
              <w:left w:w="35" w:type="dxa"/>
              <w:bottom w:w="30" w:type="dxa"/>
              <w:right w:w="35" w:type="dxa"/>
            </w:tcMar>
            <w:vAlign w:val="center"/>
          </w:tcPr>
          <w:p w14:paraId="17010687" w14:textId="77777777" w:rsidR="00F57CE1" w:rsidRDefault="00F57CE1" w:rsidP="00573F18">
            <w:pPr>
              <w:spacing w:after="0"/>
              <w:jc w:val="center"/>
              <w:rPr>
                <w:rFonts w:cs="Times New Roman"/>
              </w:rPr>
            </w:pPr>
            <w:r>
              <w:rPr>
                <w:rFonts w:cs="Times New Roman"/>
                <w:sz w:val="15"/>
              </w:rPr>
              <w:t>0.146</w:t>
            </w:r>
          </w:p>
        </w:tc>
        <w:tc>
          <w:tcPr>
            <w:tcW w:w="1352" w:type="dxa"/>
            <w:tcMar>
              <w:top w:w="30" w:type="dxa"/>
              <w:left w:w="35" w:type="dxa"/>
              <w:bottom w:w="30" w:type="dxa"/>
              <w:right w:w="35" w:type="dxa"/>
            </w:tcMar>
            <w:vAlign w:val="center"/>
          </w:tcPr>
          <w:p w14:paraId="1D642104" w14:textId="77777777" w:rsidR="00F57CE1" w:rsidRDefault="00F57CE1" w:rsidP="00573F18">
            <w:pPr>
              <w:spacing w:after="0"/>
              <w:jc w:val="center"/>
              <w:rPr>
                <w:rFonts w:cs="Times New Roman"/>
              </w:rPr>
            </w:pPr>
            <w:r>
              <w:rPr>
                <w:rFonts w:cs="Times New Roman"/>
                <w:sz w:val="15"/>
              </w:rPr>
              <w:t>0.154</w:t>
            </w:r>
          </w:p>
        </w:tc>
        <w:tc>
          <w:tcPr>
            <w:tcW w:w="1352" w:type="dxa"/>
            <w:tcMar>
              <w:top w:w="30" w:type="dxa"/>
              <w:left w:w="35" w:type="dxa"/>
              <w:bottom w:w="30" w:type="dxa"/>
              <w:right w:w="35" w:type="dxa"/>
            </w:tcMar>
            <w:vAlign w:val="center"/>
          </w:tcPr>
          <w:p w14:paraId="2553643B" w14:textId="77777777" w:rsidR="00F57CE1" w:rsidRDefault="00F57CE1" w:rsidP="00573F18">
            <w:pPr>
              <w:spacing w:after="0"/>
              <w:jc w:val="center"/>
              <w:rPr>
                <w:rFonts w:cs="Times New Roman"/>
              </w:rPr>
            </w:pPr>
            <w:r>
              <w:rPr>
                <w:rFonts w:cs="Times New Roman"/>
                <w:sz w:val="15"/>
              </w:rPr>
              <w:t>280</w:t>
            </w:r>
          </w:p>
        </w:tc>
      </w:tr>
      <w:tr w:rsidR="00F57CE1" w14:paraId="23C618C2" w14:textId="77777777" w:rsidTr="00573F18">
        <w:tc>
          <w:tcPr>
            <w:tcW w:w="1352" w:type="dxa"/>
            <w:tcMar>
              <w:top w:w="30" w:type="dxa"/>
              <w:left w:w="35" w:type="dxa"/>
              <w:bottom w:w="30" w:type="dxa"/>
              <w:right w:w="35" w:type="dxa"/>
            </w:tcMar>
            <w:vAlign w:val="center"/>
          </w:tcPr>
          <w:p w14:paraId="22EB7E5E" w14:textId="77777777" w:rsidR="00F57CE1" w:rsidRDefault="00F57CE1" w:rsidP="00573F18">
            <w:pPr>
              <w:spacing w:after="0"/>
              <w:jc w:val="center"/>
              <w:rPr>
                <w:rFonts w:cs="Times New Roman"/>
              </w:rPr>
            </w:pPr>
            <w:r>
              <w:rPr>
                <w:rFonts w:cs="Times New Roman"/>
                <w:sz w:val="15"/>
              </w:rPr>
              <w:t>5</w:t>
            </w:r>
          </w:p>
        </w:tc>
        <w:tc>
          <w:tcPr>
            <w:tcW w:w="1352" w:type="dxa"/>
            <w:tcMar>
              <w:top w:w="30" w:type="dxa"/>
              <w:left w:w="35" w:type="dxa"/>
              <w:bottom w:w="30" w:type="dxa"/>
              <w:right w:w="35" w:type="dxa"/>
            </w:tcMar>
            <w:vAlign w:val="center"/>
          </w:tcPr>
          <w:p w14:paraId="3F5B946C" w14:textId="77777777" w:rsidR="00F57CE1" w:rsidRDefault="00F57CE1" w:rsidP="00573F18">
            <w:pPr>
              <w:spacing w:after="0"/>
              <w:jc w:val="center"/>
              <w:rPr>
                <w:rFonts w:cs="Times New Roman"/>
              </w:rPr>
            </w:pPr>
            <w:r>
              <w:rPr>
                <w:rFonts w:cs="Times New Roman"/>
                <w:sz w:val="15"/>
              </w:rPr>
              <w:t>-0.101</w:t>
            </w:r>
          </w:p>
        </w:tc>
        <w:tc>
          <w:tcPr>
            <w:tcW w:w="1352" w:type="dxa"/>
            <w:tcMar>
              <w:top w:w="30" w:type="dxa"/>
              <w:left w:w="35" w:type="dxa"/>
              <w:bottom w:w="30" w:type="dxa"/>
              <w:right w:w="35" w:type="dxa"/>
            </w:tcMar>
            <w:vAlign w:val="center"/>
          </w:tcPr>
          <w:p w14:paraId="3759B685" w14:textId="77777777" w:rsidR="00F57CE1" w:rsidRDefault="00F57CE1" w:rsidP="00573F18">
            <w:pPr>
              <w:spacing w:after="0"/>
              <w:jc w:val="center"/>
              <w:rPr>
                <w:rFonts w:cs="Times New Roman"/>
              </w:rPr>
            </w:pPr>
            <w:r>
              <w:rPr>
                <w:rFonts w:cs="Times New Roman"/>
                <w:sz w:val="15"/>
              </w:rPr>
              <w:t>0.226</w:t>
            </w:r>
          </w:p>
        </w:tc>
        <w:tc>
          <w:tcPr>
            <w:tcW w:w="1352" w:type="dxa"/>
            <w:tcMar>
              <w:top w:w="30" w:type="dxa"/>
              <w:left w:w="35" w:type="dxa"/>
              <w:bottom w:w="30" w:type="dxa"/>
              <w:right w:w="35" w:type="dxa"/>
            </w:tcMar>
            <w:vAlign w:val="center"/>
          </w:tcPr>
          <w:p w14:paraId="07BBEA81" w14:textId="77777777" w:rsidR="00F57CE1" w:rsidRDefault="00F57CE1" w:rsidP="00573F18">
            <w:pPr>
              <w:spacing w:after="0"/>
              <w:jc w:val="center"/>
              <w:rPr>
                <w:rFonts w:cs="Times New Roman"/>
              </w:rPr>
            </w:pPr>
            <w:r>
              <w:rPr>
                <w:rFonts w:cs="Times New Roman"/>
                <w:sz w:val="15"/>
              </w:rPr>
              <w:t>0.405</w:t>
            </w:r>
          </w:p>
        </w:tc>
        <w:tc>
          <w:tcPr>
            <w:tcW w:w="1352" w:type="dxa"/>
            <w:tcMar>
              <w:top w:w="30" w:type="dxa"/>
              <w:left w:w="35" w:type="dxa"/>
              <w:bottom w:w="30" w:type="dxa"/>
              <w:right w:w="35" w:type="dxa"/>
            </w:tcMar>
            <w:vAlign w:val="center"/>
          </w:tcPr>
          <w:p w14:paraId="4F2016B4" w14:textId="77777777" w:rsidR="00F57CE1" w:rsidRDefault="00F57CE1" w:rsidP="00573F18">
            <w:pPr>
              <w:spacing w:after="0"/>
              <w:jc w:val="center"/>
              <w:rPr>
                <w:rFonts w:cs="Times New Roman"/>
              </w:rPr>
            </w:pPr>
            <w:r>
              <w:rPr>
                <w:rFonts w:cs="Times New Roman"/>
                <w:sz w:val="15"/>
              </w:rPr>
              <w:t>0.253</w:t>
            </w:r>
          </w:p>
        </w:tc>
        <w:tc>
          <w:tcPr>
            <w:tcW w:w="1352" w:type="dxa"/>
            <w:tcMar>
              <w:top w:w="30" w:type="dxa"/>
              <w:left w:w="35" w:type="dxa"/>
              <w:bottom w:w="30" w:type="dxa"/>
              <w:right w:w="35" w:type="dxa"/>
            </w:tcMar>
            <w:vAlign w:val="center"/>
          </w:tcPr>
          <w:p w14:paraId="1D13C7F1" w14:textId="77777777" w:rsidR="00F57CE1" w:rsidRDefault="00F57CE1" w:rsidP="00573F18">
            <w:pPr>
              <w:spacing w:after="0"/>
              <w:jc w:val="center"/>
              <w:rPr>
                <w:rFonts w:cs="Times New Roman"/>
              </w:rPr>
            </w:pPr>
            <w:r>
              <w:rPr>
                <w:rFonts w:cs="Times New Roman"/>
                <w:sz w:val="15"/>
              </w:rPr>
              <w:t>0.329</w:t>
            </w:r>
          </w:p>
        </w:tc>
        <w:tc>
          <w:tcPr>
            <w:tcW w:w="1352" w:type="dxa"/>
            <w:tcMar>
              <w:top w:w="30" w:type="dxa"/>
              <w:left w:w="35" w:type="dxa"/>
              <w:bottom w:w="30" w:type="dxa"/>
              <w:right w:w="35" w:type="dxa"/>
            </w:tcMar>
            <w:vAlign w:val="center"/>
          </w:tcPr>
          <w:p w14:paraId="1AEA2625" w14:textId="77777777" w:rsidR="00F57CE1" w:rsidRDefault="00F57CE1" w:rsidP="00573F18">
            <w:pPr>
              <w:spacing w:after="0"/>
              <w:jc w:val="center"/>
              <w:rPr>
                <w:rFonts w:cs="Times New Roman"/>
              </w:rPr>
            </w:pPr>
            <w:r>
              <w:rPr>
                <w:rFonts w:cs="Times New Roman"/>
                <w:sz w:val="15"/>
              </w:rPr>
              <w:t>252</w:t>
            </w:r>
          </w:p>
        </w:tc>
      </w:tr>
    </w:tbl>
    <w:p w14:paraId="01B0909D" w14:textId="77777777" w:rsidR="00F57CE1" w:rsidRDefault="00F57CE1" w:rsidP="00F57CE1">
      <w:pPr>
        <w:spacing w:before="40" w:after="120"/>
        <w:jc w:val="both"/>
        <w:rPr>
          <w:rFonts w:cs="Times New Roman"/>
        </w:rPr>
      </w:pPr>
      <w:r>
        <w:rPr>
          <w:rFonts w:cs="Times New Roman"/>
        </w:rPr>
        <w:t>Notes: The transition function is G(q) = 1/[1 + exp{-γ(q - c)}]. For the housing state in Panel A, Q25 = -0.1937, Q75 = 0.2316, c = 0.0189, and γ = 5.1656. For the HC state in Panel B, Q25 = 13.8375, Q75 = 23.0625, c = 18.4500, and γ = 0.2382. These choices imply G(Q25) = 0.25 and G(Q75) = 0.75 and are fixed from the lagged-state distributions rather than estimated from productivity outcomes. Equality p-values use 4,999 Webb-weighted restricted-residual wild-cluster bootstrap replications. Whole-path omnibus equality p-values are 0.065 for Panel A and 0.156 for Panel B. The smooth-transition exercise is a sensitivity analysis and is not used to redefine the baseline estimand.</w:t>
      </w:r>
    </w:p>
    <w:p w14:paraId="524CAC75" w14:textId="77777777" w:rsidR="00EB4A2D" w:rsidRDefault="00EB4A2D"/>
    <w:sectPr w:rsidR="00EB4A2D" w:rsidSect="00F57CE1">
      <w:footerReference w:type="default" r:id="rId7"/>
      <w:pgSz w:w="11909" w:h="16834"/>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8B1C" w14:textId="77777777" w:rsidR="00F57CE1" w:rsidRDefault="00F57CE1">
    <w:pPr>
      <w:pStyle w:val="Footer"/>
      <w:jc w:val="cent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6AEF" w14:textId="77777777" w:rsidR="00F57CE1" w:rsidRDefault="00F57CE1">
    <w:pPr>
      <w:pStyle w:val="Footer"/>
      <w:jc w:val="center"/>
    </w:pPr>
    <w:r>
      <w:fldChar w:fldCharType="begin"/>
    </w:r>
    <w:r>
      <w:instrText xml:space="preserve"> PAGE </w:instrText>
    </w:r>
    <w:r>
      <w:fldChar w:fldCharType="separate"/>
    </w:r>
    <w:r>
      <w:rPr>
        <w:noProof/>
      </w:rPr>
      <w:t>16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19CC" w14:textId="77777777" w:rsidR="00F57CE1" w:rsidRDefault="00F57CE1">
    <w:pPr>
      <w:pStyle w:val="Footer"/>
      <w:jc w:val="center"/>
    </w:pPr>
    <w:r>
      <w:fldChar w:fldCharType="begin"/>
    </w:r>
    <w:r>
      <w:instrText xml:space="preserve"> PAGE </w:instrText>
    </w:r>
    <w:r>
      <w:fldChar w:fldCharType="separate"/>
    </w:r>
    <w:r>
      <w:rPr>
        <w:noProof/>
      </w:rPr>
      <w:t>20</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850246">
    <w:abstractNumId w:val="8"/>
  </w:num>
  <w:num w:numId="2" w16cid:durableId="282157582">
    <w:abstractNumId w:val="6"/>
  </w:num>
  <w:num w:numId="3" w16cid:durableId="1476221184">
    <w:abstractNumId w:val="5"/>
  </w:num>
  <w:num w:numId="4" w16cid:durableId="125778526">
    <w:abstractNumId w:val="4"/>
  </w:num>
  <w:num w:numId="5" w16cid:durableId="1911500636">
    <w:abstractNumId w:val="7"/>
  </w:num>
  <w:num w:numId="6" w16cid:durableId="578908313">
    <w:abstractNumId w:val="3"/>
  </w:num>
  <w:num w:numId="7" w16cid:durableId="273907318">
    <w:abstractNumId w:val="2"/>
  </w:num>
  <w:num w:numId="8" w16cid:durableId="768042983">
    <w:abstractNumId w:val="1"/>
  </w:num>
  <w:num w:numId="9" w16cid:durableId="124807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E1"/>
    <w:rsid w:val="000B2F96"/>
    <w:rsid w:val="001D3053"/>
    <w:rsid w:val="001E3A92"/>
    <w:rsid w:val="00217E67"/>
    <w:rsid w:val="002C7D54"/>
    <w:rsid w:val="0033371E"/>
    <w:rsid w:val="005C0D39"/>
    <w:rsid w:val="0070406C"/>
    <w:rsid w:val="00724754"/>
    <w:rsid w:val="007B36B1"/>
    <w:rsid w:val="00C321FA"/>
    <w:rsid w:val="00C97210"/>
    <w:rsid w:val="00EB4A2D"/>
    <w:rsid w:val="00EE513F"/>
    <w:rsid w:val="00F57CE1"/>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FC315"/>
  <w15:chartTrackingRefBased/>
  <w15:docId w15:val="{FCD1489C-88FB-4903-A7AA-7F0B014E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CE1"/>
    <w:pPr>
      <w:spacing w:after="80" w:line="276" w:lineRule="auto"/>
    </w:pPr>
    <w:rPr>
      <w:rFonts w:ascii="Times New Roman" w:eastAsiaTheme="minorEastAsia" w:hAnsi="Times New Roman"/>
      <w:kern w:val="0"/>
      <w:sz w:val="21"/>
      <w:szCs w:val="22"/>
      <w:lang w:val="en-US"/>
      <w14:ligatures w14:val="none"/>
    </w:rPr>
  </w:style>
  <w:style w:type="paragraph" w:styleId="Heading1">
    <w:name w:val="heading 1"/>
    <w:basedOn w:val="Normal"/>
    <w:next w:val="Normal"/>
    <w:link w:val="Heading1Char"/>
    <w:uiPriority w:val="9"/>
    <w:qFormat/>
    <w:rsid w:val="00F57CE1"/>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7CE1"/>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7CE1"/>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7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7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CE1"/>
    <w:rPr>
      <w:rFonts w:eastAsiaTheme="majorEastAsia" w:cstheme="majorBidi"/>
      <w:color w:val="272727" w:themeColor="text1" w:themeTint="D8"/>
    </w:rPr>
  </w:style>
  <w:style w:type="paragraph" w:styleId="Title">
    <w:name w:val="Title"/>
    <w:basedOn w:val="Normal"/>
    <w:next w:val="Normal"/>
    <w:link w:val="TitleChar"/>
    <w:uiPriority w:val="10"/>
    <w:qFormat/>
    <w:rsid w:val="00F57CE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CE1"/>
    <w:pPr>
      <w:spacing w:before="160"/>
      <w:jc w:val="center"/>
    </w:pPr>
    <w:rPr>
      <w:i/>
      <w:iCs/>
      <w:color w:val="404040" w:themeColor="text1" w:themeTint="BF"/>
    </w:rPr>
  </w:style>
  <w:style w:type="character" w:customStyle="1" w:styleId="QuoteChar">
    <w:name w:val="Quote Char"/>
    <w:basedOn w:val="DefaultParagraphFont"/>
    <w:link w:val="Quote"/>
    <w:uiPriority w:val="29"/>
    <w:rsid w:val="00F57CE1"/>
    <w:rPr>
      <w:i/>
      <w:iCs/>
      <w:color w:val="404040" w:themeColor="text1" w:themeTint="BF"/>
    </w:rPr>
  </w:style>
  <w:style w:type="paragraph" w:styleId="ListParagraph">
    <w:name w:val="List Paragraph"/>
    <w:basedOn w:val="Normal"/>
    <w:uiPriority w:val="34"/>
    <w:qFormat/>
    <w:rsid w:val="00F57CE1"/>
    <w:pPr>
      <w:ind w:left="720"/>
      <w:contextualSpacing/>
    </w:pPr>
  </w:style>
  <w:style w:type="character" w:styleId="IntenseEmphasis">
    <w:name w:val="Intense Emphasis"/>
    <w:basedOn w:val="DefaultParagraphFont"/>
    <w:uiPriority w:val="21"/>
    <w:qFormat/>
    <w:rsid w:val="00F57CE1"/>
    <w:rPr>
      <w:i/>
      <w:iCs/>
      <w:color w:val="0F4761" w:themeColor="accent1" w:themeShade="BF"/>
    </w:rPr>
  </w:style>
  <w:style w:type="paragraph" w:styleId="IntenseQuote">
    <w:name w:val="Intense Quote"/>
    <w:basedOn w:val="Normal"/>
    <w:next w:val="Normal"/>
    <w:link w:val="IntenseQuoteChar"/>
    <w:uiPriority w:val="30"/>
    <w:qFormat/>
    <w:rsid w:val="00F57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CE1"/>
    <w:rPr>
      <w:i/>
      <w:iCs/>
      <w:color w:val="0F4761" w:themeColor="accent1" w:themeShade="BF"/>
    </w:rPr>
  </w:style>
  <w:style w:type="character" w:styleId="IntenseReference">
    <w:name w:val="Intense Reference"/>
    <w:basedOn w:val="DefaultParagraphFont"/>
    <w:uiPriority w:val="32"/>
    <w:qFormat/>
    <w:rsid w:val="00F57CE1"/>
    <w:rPr>
      <w:b/>
      <w:bCs/>
      <w:smallCaps/>
      <w:color w:val="0F4761" w:themeColor="accent1" w:themeShade="BF"/>
      <w:spacing w:val="5"/>
    </w:rPr>
  </w:style>
  <w:style w:type="paragraph" w:styleId="Header">
    <w:name w:val="header"/>
    <w:basedOn w:val="Normal"/>
    <w:link w:val="HeaderChar"/>
    <w:uiPriority w:val="99"/>
    <w:unhideWhenUsed/>
    <w:rsid w:val="00F57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CE1"/>
    <w:rPr>
      <w:rFonts w:ascii="Times New Roman" w:eastAsiaTheme="minorEastAsia" w:hAnsi="Times New Roman"/>
      <w:kern w:val="0"/>
      <w:sz w:val="21"/>
      <w:szCs w:val="22"/>
      <w:lang w:val="en-US"/>
      <w14:ligatures w14:val="none"/>
    </w:rPr>
  </w:style>
  <w:style w:type="paragraph" w:styleId="Footer">
    <w:name w:val="footer"/>
    <w:basedOn w:val="Normal"/>
    <w:link w:val="FooterChar"/>
    <w:uiPriority w:val="99"/>
    <w:unhideWhenUsed/>
    <w:rsid w:val="00F57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CE1"/>
    <w:rPr>
      <w:rFonts w:ascii="Times New Roman" w:eastAsiaTheme="minorEastAsia" w:hAnsi="Times New Roman"/>
      <w:kern w:val="0"/>
      <w:sz w:val="21"/>
      <w:szCs w:val="22"/>
      <w:lang w:val="en-US"/>
      <w14:ligatures w14:val="none"/>
    </w:rPr>
  </w:style>
  <w:style w:type="paragraph" w:styleId="NoSpacing">
    <w:name w:val="No Spacing"/>
    <w:uiPriority w:val="1"/>
    <w:qFormat/>
    <w:rsid w:val="00F57CE1"/>
    <w:pPr>
      <w:spacing w:after="0" w:line="240" w:lineRule="auto"/>
    </w:pPr>
    <w:rPr>
      <w:rFonts w:eastAsiaTheme="minorEastAsia"/>
      <w:kern w:val="0"/>
      <w:sz w:val="22"/>
      <w:szCs w:val="22"/>
      <w:lang w:val="en-US"/>
      <w14:ligatures w14:val="none"/>
    </w:rPr>
  </w:style>
  <w:style w:type="paragraph" w:styleId="BodyText">
    <w:name w:val="Body Text"/>
    <w:basedOn w:val="Normal"/>
    <w:link w:val="BodyTextChar"/>
    <w:uiPriority w:val="99"/>
    <w:unhideWhenUsed/>
    <w:rsid w:val="00F57CE1"/>
    <w:pPr>
      <w:spacing w:after="120"/>
    </w:pPr>
  </w:style>
  <w:style w:type="character" w:customStyle="1" w:styleId="BodyTextChar">
    <w:name w:val="Body Text Char"/>
    <w:basedOn w:val="DefaultParagraphFont"/>
    <w:link w:val="BodyText"/>
    <w:uiPriority w:val="99"/>
    <w:rsid w:val="00F57CE1"/>
    <w:rPr>
      <w:rFonts w:ascii="Times New Roman" w:eastAsiaTheme="minorEastAsia" w:hAnsi="Times New Roman"/>
      <w:kern w:val="0"/>
      <w:sz w:val="21"/>
      <w:szCs w:val="22"/>
      <w:lang w:val="en-US"/>
      <w14:ligatures w14:val="none"/>
    </w:rPr>
  </w:style>
  <w:style w:type="paragraph" w:styleId="BodyText2">
    <w:name w:val="Body Text 2"/>
    <w:basedOn w:val="Normal"/>
    <w:link w:val="BodyText2Char"/>
    <w:uiPriority w:val="99"/>
    <w:unhideWhenUsed/>
    <w:rsid w:val="00F57CE1"/>
    <w:pPr>
      <w:spacing w:after="120" w:line="480" w:lineRule="auto"/>
    </w:pPr>
  </w:style>
  <w:style w:type="character" w:customStyle="1" w:styleId="BodyText2Char">
    <w:name w:val="Body Text 2 Char"/>
    <w:basedOn w:val="DefaultParagraphFont"/>
    <w:link w:val="BodyText2"/>
    <w:uiPriority w:val="99"/>
    <w:rsid w:val="00F57CE1"/>
    <w:rPr>
      <w:rFonts w:ascii="Times New Roman" w:eastAsiaTheme="minorEastAsia" w:hAnsi="Times New Roman"/>
      <w:kern w:val="0"/>
      <w:sz w:val="21"/>
      <w:szCs w:val="22"/>
      <w:lang w:val="en-US"/>
      <w14:ligatures w14:val="none"/>
    </w:rPr>
  </w:style>
  <w:style w:type="paragraph" w:styleId="BodyText3">
    <w:name w:val="Body Text 3"/>
    <w:basedOn w:val="Normal"/>
    <w:link w:val="BodyText3Char"/>
    <w:uiPriority w:val="99"/>
    <w:unhideWhenUsed/>
    <w:rsid w:val="00F57CE1"/>
    <w:pPr>
      <w:spacing w:after="120"/>
    </w:pPr>
    <w:rPr>
      <w:sz w:val="16"/>
      <w:szCs w:val="16"/>
    </w:rPr>
  </w:style>
  <w:style w:type="character" w:customStyle="1" w:styleId="BodyText3Char">
    <w:name w:val="Body Text 3 Char"/>
    <w:basedOn w:val="DefaultParagraphFont"/>
    <w:link w:val="BodyText3"/>
    <w:uiPriority w:val="99"/>
    <w:rsid w:val="00F57CE1"/>
    <w:rPr>
      <w:rFonts w:ascii="Times New Roman" w:eastAsiaTheme="minorEastAsia" w:hAnsi="Times New Roman"/>
      <w:kern w:val="0"/>
      <w:sz w:val="16"/>
      <w:szCs w:val="16"/>
      <w:lang w:val="en-US"/>
      <w14:ligatures w14:val="none"/>
    </w:rPr>
  </w:style>
  <w:style w:type="paragraph" w:styleId="List">
    <w:name w:val="List"/>
    <w:basedOn w:val="Normal"/>
    <w:uiPriority w:val="99"/>
    <w:unhideWhenUsed/>
    <w:rsid w:val="00F57CE1"/>
    <w:pPr>
      <w:ind w:left="360" w:hanging="360"/>
      <w:contextualSpacing/>
    </w:pPr>
  </w:style>
  <w:style w:type="paragraph" w:styleId="List2">
    <w:name w:val="List 2"/>
    <w:basedOn w:val="Normal"/>
    <w:uiPriority w:val="99"/>
    <w:unhideWhenUsed/>
    <w:rsid w:val="00F57CE1"/>
    <w:pPr>
      <w:ind w:left="720" w:hanging="360"/>
      <w:contextualSpacing/>
    </w:pPr>
  </w:style>
  <w:style w:type="paragraph" w:styleId="List3">
    <w:name w:val="List 3"/>
    <w:basedOn w:val="Normal"/>
    <w:uiPriority w:val="99"/>
    <w:unhideWhenUsed/>
    <w:rsid w:val="00F57CE1"/>
    <w:pPr>
      <w:ind w:left="1080" w:hanging="360"/>
      <w:contextualSpacing/>
    </w:pPr>
  </w:style>
  <w:style w:type="paragraph" w:styleId="ListBullet">
    <w:name w:val="List Bullet"/>
    <w:basedOn w:val="Normal"/>
    <w:uiPriority w:val="99"/>
    <w:unhideWhenUsed/>
    <w:rsid w:val="00F57CE1"/>
    <w:pPr>
      <w:numPr>
        <w:numId w:val="1"/>
      </w:numPr>
      <w:tabs>
        <w:tab w:val="clear" w:pos="360"/>
      </w:tabs>
      <w:ind w:left="0" w:firstLine="0"/>
      <w:contextualSpacing/>
    </w:pPr>
  </w:style>
  <w:style w:type="paragraph" w:styleId="ListBullet2">
    <w:name w:val="List Bullet 2"/>
    <w:basedOn w:val="Normal"/>
    <w:uiPriority w:val="99"/>
    <w:unhideWhenUsed/>
    <w:rsid w:val="00F57CE1"/>
    <w:pPr>
      <w:numPr>
        <w:numId w:val="2"/>
      </w:numPr>
      <w:tabs>
        <w:tab w:val="clear" w:pos="720"/>
      </w:tabs>
      <w:ind w:left="0" w:firstLine="0"/>
      <w:contextualSpacing/>
    </w:pPr>
  </w:style>
  <w:style w:type="paragraph" w:styleId="ListBullet3">
    <w:name w:val="List Bullet 3"/>
    <w:basedOn w:val="Normal"/>
    <w:uiPriority w:val="99"/>
    <w:unhideWhenUsed/>
    <w:rsid w:val="00F57CE1"/>
    <w:pPr>
      <w:numPr>
        <w:numId w:val="3"/>
      </w:numPr>
      <w:tabs>
        <w:tab w:val="clear" w:pos="1080"/>
      </w:tabs>
      <w:ind w:left="0" w:firstLine="0"/>
      <w:contextualSpacing/>
    </w:pPr>
  </w:style>
  <w:style w:type="paragraph" w:styleId="ListNumber">
    <w:name w:val="List Number"/>
    <w:basedOn w:val="Normal"/>
    <w:uiPriority w:val="99"/>
    <w:unhideWhenUsed/>
    <w:rsid w:val="00F57CE1"/>
    <w:pPr>
      <w:numPr>
        <w:numId w:val="5"/>
      </w:numPr>
      <w:tabs>
        <w:tab w:val="clear" w:pos="360"/>
      </w:tabs>
      <w:ind w:left="0" w:firstLine="0"/>
      <w:contextualSpacing/>
    </w:pPr>
  </w:style>
  <w:style w:type="paragraph" w:styleId="ListNumber2">
    <w:name w:val="List Number 2"/>
    <w:basedOn w:val="Normal"/>
    <w:uiPriority w:val="99"/>
    <w:unhideWhenUsed/>
    <w:rsid w:val="00F57CE1"/>
    <w:pPr>
      <w:numPr>
        <w:numId w:val="6"/>
      </w:numPr>
      <w:tabs>
        <w:tab w:val="clear" w:pos="720"/>
      </w:tabs>
      <w:ind w:left="0" w:firstLine="0"/>
      <w:contextualSpacing/>
    </w:pPr>
  </w:style>
  <w:style w:type="paragraph" w:styleId="ListNumber3">
    <w:name w:val="List Number 3"/>
    <w:basedOn w:val="Normal"/>
    <w:uiPriority w:val="99"/>
    <w:unhideWhenUsed/>
    <w:rsid w:val="00F57CE1"/>
    <w:pPr>
      <w:numPr>
        <w:numId w:val="7"/>
      </w:numPr>
      <w:tabs>
        <w:tab w:val="clear" w:pos="1080"/>
      </w:tabs>
      <w:ind w:left="0" w:firstLine="0"/>
      <w:contextualSpacing/>
    </w:pPr>
  </w:style>
  <w:style w:type="paragraph" w:styleId="ListContinue">
    <w:name w:val="List Continue"/>
    <w:basedOn w:val="Normal"/>
    <w:uiPriority w:val="99"/>
    <w:unhideWhenUsed/>
    <w:rsid w:val="00F57CE1"/>
    <w:pPr>
      <w:spacing w:after="120"/>
      <w:ind w:left="360"/>
      <w:contextualSpacing/>
    </w:pPr>
  </w:style>
  <w:style w:type="paragraph" w:styleId="ListContinue2">
    <w:name w:val="List Continue 2"/>
    <w:basedOn w:val="Normal"/>
    <w:uiPriority w:val="99"/>
    <w:unhideWhenUsed/>
    <w:rsid w:val="00F57CE1"/>
    <w:pPr>
      <w:spacing w:after="120"/>
      <w:ind w:left="720"/>
      <w:contextualSpacing/>
    </w:pPr>
  </w:style>
  <w:style w:type="paragraph" w:styleId="ListContinue3">
    <w:name w:val="List Continue 3"/>
    <w:basedOn w:val="Normal"/>
    <w:uiPriority w:val="99"/>
    <w:unhideWhenUsed/>
    <w:rsid w:val="00F57CE1"/>
    <w:pPr>
      <w:spacing w:after="120"/>
      <w:ind w:left="1080"/>
      <w:contextualSpacing/>
    </w:pPr>
  </w:style>
  <w:style w:type="paragraph" w:styleId="MacroText">
    <w:name w:val="macro"/>
    <w:link w:val="MacroTextChar"/>
    <w:uiPriority w:val="99"/>
    <w:unhideWhenUsed/>
    <w:rsid w:val="00F57CE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F57CE1"/>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F57CE1"/>
    <w:pPr>
      <w:spacing w:line="240" w:lineRule="auto"/>
    </w:pPr>
    <w:rPr>
      <w:b/>
      <w:bCs/>
      <w:color w:val="156082" w:themeColor="accent1"/>
      <w:sz w:val="18"/>
      <w:szCs w:val="18"/>
    </w:rPr>
  </w:style>
  <w:style w:type="character" w:styleId="Strong">
    <w:name w:val="Strong"/>
    <w:basedOn w:val="DefaultParagraphFont"/>
    <w:uiPriority w:val="22"/>
    <w:qFormat/>
    <w:rsid w:val="00F57CE1"/>
    <w:rPr>
      <w:b/>
      <w:bCs/>
    </w:rPr>
  </w:style>
  <w:style w:type="character" w:styleId="Emphasis">
    <w:name w:val="Emphasis"/>
    <w:basedOn w:val="DefaultParagraphFont"/>
    <w:uiPriority w:val="20"/>
    <w:qFormat/>
    <w:rsid w:val="00F57CE1"/>
    <w:rPr>
      <w:i/>
      <w:iCs/>
    </w:rPr>
  </w:style>
  <w:style w:type="character" w:styleId="SubtleEmphasis">
    <w:name w:val="Subtle Emphasis"/>
    <w:basedOn w:val="DefaultParagraphFont"/>
    <w:uiPriority w:val="19"/>
    <w:qFormat/>
    <w:rsid w:val="00F57CE1"/>
    <w:rPr>
      <w:i/>
      <w:iCs/>
      <w:color w:val="808080" w:themeColor="text1" w:themeTint="7F"/>
    </w:rPr>
  </w:style>
  <w:style w:type="character" w:styleId="SubtleReference">
    <w:name w:val="Subtle Reference"/>
    <w:basedOn w:val="DefaultParagraphFont"/>
    <w:uiPriority w:val="31"/>
    <w:qFormat/>
    <w:rsid w:val="00F57CE1"/>
    <w:rPr>
      <w:smallCaps/>
      <w:color w:val="E97132" w:themeColor="accent2"/>
      <w:u w:val="single"/>
    </w:rPr>
  </w:style>
  <w:style w:type="character" w:styleId="BookTitle">
    <w:name w:val="Book Title"/>
    <w:basedOn w:val="DefaultParagraphFont"/>
    <w:uiPriority w:val="33"/>
    <w:qFormat/>
    <w:rsid w:val="00F57CE1"/>
    <w:rPr>
      <w:b/>
      <w:bCs/>
      <w:smallCaps/>
      <w:spacing w:val="5"/>
    </w:rPr>
  </w:style>
  <w:style w:type="paragraph" w:styleId="TOCHeading">
    <w:name w:val="TOC Heading"/>
    <w:basedOn w:val="Heading1"/>
    <w:next w:val="Normal"/>
    <w:uiPriority w:val="39"/>
    <w:semiHidden/>
    <w:unhideWhenUsed/>
    <w:qFormat/>
    <w:rsid w:val="00F57CE1"/>
    <w:pPr>
      <w:spacing w:before="200"/>
      <w:outlineLvl w:val="9"/>
    </w:pPr>
    <w:rPr>
      <w:b/>
      <w:bCs/>
      <w:color w:val="000000"/>
      <w:sz w:val="28"/>
      <w:szCs w:val="28"/>
    </w:rPr>
  </w:style>
  <w:style w:type="table" w:styleId="TableGrid">
    <w:name w:val="Table Grid"/>
    <w:basedOn w:val="TableNormal"/>
    <w:uiPriority w:val="59"/>
    <w:rsid w:val="00F57CE1"/>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57CE1"/>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57CE1"/>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57CE1"/>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57CE1"/>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57CE1"/>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57CE1"/>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57CE1"/>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57CE1"/>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F57CE1"/>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F57CE1"/>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F57CE1"/>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2435</Words>
  <Characters>13880</Characters>
  <Application>Microsoft Office Word</Application>
  <DocSecurity>0</DocSecurity>
  <Lines>115</Lines>
  <Paragraphs>32</Paragraphs>
  <ScaleCrop>false</ScaleCrop>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2026-11-02T08:25:00Z</dcterms:created>
  <dcterms:modified xsi:type="dcterms:W3CDTF">2026-11-02T08:25:00Z</dcterms:modified>
</cp:coreProperties>
</file>