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3E2908" w14:textId="77777777" w:rsidR="00FA6E44" w:rsidRDefault="00000000">
      <w:pPr>
        <w:jc w:val="center"/>
      </w:pPr>
      <w:r>
        <w:rPr>
          <w:b/>
          <w:sz w:val="28"/>
        </w:rPr>
        <w:t>Supplementary File 1</w:t>
      </w:r>
    </w:p>
    <w:p w14:paraId="4AB9175C" w14:textId="77777777" w:rsidR="00FA6E44" w:rsidRDefault="00000000">
      <w:pPr>
        <w:jc w:val="center"/>
      </w:pPr>
      <w:r>
        <w:rPr>
          <w:b/>
          <w:sz w:val="26"/>
        </w:rPr>
        <w:t>English-Language Semi-Structured Interview Guide</w:t>
      </w:r>
    </w:p>
    <w:p w14:paraId="39C1FD36" w14:textId="77777777" w:rsidR="00FA6E44" w:rsidRDefault="00000000">
      <w:pPr>
        <w:jc w:val="center"/>
      </w:pPr>
      <w:r>
        <w:rPr>
          <w:i/>
        </w:rPr>
        <w:t>HIV-Related Risk Perception, Risk Behaviors, and Preventive Behaviors Among Young Adult Black Men Who Have Sex with Men (MSM): A Qualitative Study</w:t>
      </w:r>
    </w:p>
    <w:p w14:paraId="621BE3D2" w14:textId="77777777" w:rsidR="00FA6E44" w:rsidRDefault="00000000">
      <w:r>
        <w:t>This is the interview guide developed for and used in the study. The substantive interview questions and probes are reproduced from the original data-collection instrument.</w:t>
      </w:r>
    </w:p>
    <w:p w14:paraId="62FFDC02" w14:textId="77777777" w:rsidR="00FA6E44" w:rsidRDefault="00000000">
      <w:pPr>
        <w:spacing w:after="80"/>
      </w:pPr>
      <w:r>
        <w:t>Subject ID:</w:t>
      </w:r>
    </w:p>
    <w:p w14:paraId="0CA82813" w14:textId="77777777" w:rsidR="00FA6E44" w:rsidRDefault="00000000">
      <w:pPr>
        <w:spacing w:after="80"/>
      </w:pPr>
      <w:r>
        <w:t>Date:</w:t>
      </w:r>
    </w:p>
    <w:p w14:paraId="2A16113C" w14:textId="77777777" w:rsidR="00FA6E44" w:rsidRDefault="00000000">
      <w:pPr>
        <w:spacing w:after="80"/>
      </w:pPr>
      <w:r>
        <w:t>Interviewer:</w:t>
      </w:r>
    </w:p>
    <w:p w14:paraId="2B9FE458" w14:textId="77777777" w:rsidR="00FA6E44" w:rsidRDefault="00FA6E44"/>
    <w:p w14:paraId="3007CAA1" w14:textId="77777777" w:rsidR="00FA6E44" w:rsidRDefault="00000000">
      <w:pPr>
        <w:spacing w:after="80"/>
      </w:pPr>
      <w:r>
        <w:rPr>
          <w:b/>
        </w:rPr>
        <w:t>INTERVIEW GUIDE</w:t>
      </w:r>
    </w:p>
    <w:p w14:paraId="35F540FB" w14:textId="77777777" w:rsidR="00FA6E44" w:rsidRDefault="00FA6E44"/>
    <w:p w14:paraId="1CCAA365" w14:textId="77777777" w:rsidR="00FA6E44" w:rsidRDefault="00000000">
      <w:pPr>
        <w:spacing w:after="80"/>
      </w:pPr>
      <w:r>
        <w:t>HIV-Related Risk Perception, Risk Behaviors, and Preventive Behaviors Among Young Adult Black Men Who Have Sex with Men (MSM): A Qualitative Study</w:t>
      </w:r>
    </w:p>
    <w:p w14:paraId="24EB14BD" w14:textId="77777777" w:rsidR="00FA6E44" w:rsidRDefault="00000000">
      <w:pPr>
        <w:spacing w:after="80"/>
      </w:pPr>
      <w:r>
        <w:rPr>
          <w:b/>
        </w:rPr>
        <w:t>Introduction:</w:t>
      </w:r>
    </w:p>
    <w:p w14:paraId="69874F3B" w14:textId="77777777" w:rsidR="00FA6E44" w:rsidRDefault="00FA6E44"/>
    <w:p w14:paraId="06F76999" w14:textId="77777777" w:rsidR="00FA6E44" w:rsidRDefault="00000000">
      <w:pPr>
        <w:spacing w:after="80"/>
      </w:pPr>
      <w:r>
        <w:t xml:space="preserve">Good “afternoon”, I would like to thank you for willingness to participate in this study. My name is Ishmael Tagoe and I will be conducting the interview with you today. </w:t>
      </w:r>
    </w:p>
    <w:p w14:paraId="5C9AB9EB" w14:textId="77777777" w:rsidR="00FA6E44" w:rsidRDefault="00FA6E44"/>
    <w:p w14:paraId="36DB5413" w14:textId="77777777" w:rsidR="00FA6E44" w:rsidRDefault="00000000">
      <w:pPr>
        <w:spacing w:after="80"/>
      </w:pPr>
      <w:r>
        <w:t>I am conducting this research as part of my doctoral dissertation requirement at the University of Toledo. The purpose of this study is to explore HIV-related risk perception, risk behaviors, and preventive behaviors among young adult black men who have sex with men. Information from the study will be helpful in improving existing research instrument to make it more inclusive and representative of MSM population in the United States. Information from this study will also be useful in developing effective interventions to address the increasing rate of HIV infection among the Black MSM population. During this interview, I will be asking you a variety of open-ended questions on the topic of interest, including your own sexual behavior patterns and HIV preventive practices. I want you to know that you are free to share whatever information you feel will be important to the study without any fear or pressure.</w:t>
      </w:r>
    </w:p>
    <w:p w14:paraId="17351F5E" w14:textId="77777777" w:rsidR="00FA6E44" w:rsidRDefault="00FA6E44"/>
    <w:p w14:paraId="6C01110B" w14:textId="77777777" w:rsidR="00FA6E44" w:rsidRDefault="00000000">
      <w:pPr>
        <w:spacing w:after="80"/>
      </w:pPr>
      <w:r>
        <w:t>Also, although you have read and signed the informed consent form which provides additional details of the research procedures and potential risks and benefits, I would like to provide you the opportunity to ask any questions that you still have about the study. Are there any questions you have about the research?</w:t>
      </w:r>
    </w:p>
    <w:p w14:paraId="7FF7C02A" w14:textId="77777777" w:rsidR="00FA6E44" w:rsidRDefault="00FA6E44"/>
    <w:p w14:paraId="5E93FE1F" w14:textId="77777777" w:rsidR="00FA6E44" w:rsidRDefault="00000000">
      <w:pPr>
        <w:spacing w:after="80"/>
      </w:pPr>
      <w:r>
        <w:lastRenderedPageBreak/>
        <w:t>Additionally, I will be recording the conversation of this interview and I will be taking notes as we talk to be used for the purposes of the analysis.  As stated in the informed consent form, the voice recordings will be deleted after transcription and any identifying information will be removed from the transcribed data to protect your confidentiality. Do you permit me to record this conversation? Do you have any questions so far?</w:t>
      </w:r>
    </w:p>
    <w:p w14:paraId="6E88D6A2" w14:textId="77777777" w:rsidR="00FA6E44" w:rsidRDefault="00FA6E44"/>
    <w:p w14:paraId="129EE9DC" w14:textId="77777777" w:rsidR="00FA6E44" w:rsidRDefault="00000000">
      <w:pPr>
        <w:spacing w:after="80"/>
      </w:pPr>
      <w:r>
        <w:t>I would also like you to fill out a brief demographic survey about your background, gender, age, level of education, marital status, past sexual behaviors among other useful characteristics. Demographic data will be used for the descriptive data analysis. Do you have any questions so far?</w:t>
      </w:r>
    </w:p>
    <w:p w14:paraId="757E4AB3" w14:textId="77777777" w:rsidR="00FA6E44" w:rsidRDefault="00FA6E44"/>
    <w:p w14:paraId="0904B48F" w14:textId="77777777" w:rsidR="00FA6E44" w:rsidRDefault="00000000">
      <w:pPr>
        <w:spacing w:after="80"/>
      </w:pPr>
      <w:r>
        <w:t xml:space="preserve">Thanks for filling out the demographic sheet. I would like to begin with the interview at this stage, if you have no questions. </w:t>
      </w:r>
    </w:p>
    <w:p w14:paraId="148F8B46" w14:textId="77777777" w:rsidR="00FA6E44" w:rsidRDefault="00FA6E44"/>
    <w:p w14:paraId="61DEAE2E" w14:textId="77777777" w:rsidR="00FA6E44" w:rsidRDefault="00FA6E44"/>
    <w:p w14:paraId="36CD0BEE" w14:textId="77777777" w:rsidR="00FA6E44" w:rsidRDefault="00FA6E44"/>
    <w:p w14:paraId="734F6E8B" w14:textId="77777777" w:rsidR="00FA6E44" w:rsidRDefault="00000000">
      <w:pPr>
        <w:spacing w:after="80"/>
      </w:pPr>
      <w:r>
        <w:rPr>
          <w:b/>
        </w:rPr>
        <w:t>Opening Question</w:t>
      </w:r>
    </w:p>
    <w:p w14:paraId="4950B678" w14:textId="77777777" w:rsidR="00FA6E44" w:rsidRDefault="00FA6E44"/>
    <w:p w14:paraId="3874E9B1" w14:textId="77777777" w:rsidR="00FA6E44" w:rsidRDefault="00000000">
      <w:pPr>
        <w:spacing w:after="80"/>
      </w:pPr>
      <w:r>
        <w:t>Who is a part of your “family” and other social networks?</w:t>
      </w:r>
    </w:p>
    <w:p w14:paraId="78360BCE" w14:textId="77777777" w:rsidR="00FA6E44" w:rsidRDefault="00000000">
      <w:pPr>
        <w:spacing w:after="80"/>
      </w:pPr>
      <w:r>
        <w:rPr>
          <w:b/>
        </w:rPr>
        <w:t>Key Questions</w:t>
      </w:r>
    </w:p>
    <w:p w14:paraId="4C6FDC3D" w14:textId="77777777" w:rsidR="00FA6E44" w:rsidRDefault="00FA6E44"/>
    <w:p w14:paraId="7A60FA7B" w14:textId="77777777" w:rsidR="00FA6E44" w:rsidRDefault="00000000">
      <w:pPr>
        <w:spacing w:after="80"/>
      </w:pPr>
      <w:r>
        <w:t>Can you tell me when you first engaged in sexual intercourse with someone assigned male sex at birth?  Please describe that experience.</w:t>
      </w:r>
    </w:p>
    <w:p w14:paraId="75763738" w14:textId="77777777" w:rsidR="00FA6E44" w:rsidRDefault="00000000">
      <w:pPr>
        <w:spacing w:after="80"/>
      </w:pPr>
      <w:r>
        <w:t xml:space="preserve">PROBE if not answered: Aside from sexual intercourse, are there other things you did? </w:t>
      </w:r>
    </w:p>
    <w:p w14:paraId="533146D2" w14:textId="77777777" w:rsidR="00FA6E44" w:rsidRDefault="00000000">
      <w:pPr>
        <w:spacing w:after="80"/>
      </w:pPr>
      <w:r>
        <w:t>Since then, have you engaged in sexual intercourse with a biological male?  Please describe your most recent experience.</w:t>
      </w:r>
    </w:p>
    <w:p w14:paraId="2476BA49" w14:textId="77777777" w:rsidR="00FA6E44" w:rsidRDefault="00FA6E44"/>
    <w:p w14:paraId="79D54DBF" w14:textId="77777777" w:rsidR="00FA6E44" w:rsidRDefault="00000000">
      <w:pPr>
        <w:spacing w:after="80"/>
      </w:pPr>
      <w:r>
        <w:rPr>
          <w:b/>
        </w:rPr>
        <w:t>Risk Perceptions</w:t>
      </w:r>
    </w:p>
    <w:p w14:paraId="07148051" w14:textId="77777777" w:rsidR="00FA6E44" w:rsidRDefault="00000000">
      <w:pPr>
        <w:spacing w:after="80"/>
      </w:pPr>
      <w:r>
        <w:t>Do you think that you are at risk for HIV?  Please explain why or why not.</w:t>
      </w:r>
    </w:p>
    <w:p w14:paraId="388B5481" w14:textId="77777777" w:rsidR="00FA6E44" w:rsidRDefault="00FA6E44"/>
    <w:p w14:paraId="5435B1BA" w14:textId="77777777" w:rsidR="00FA6E44" w:rsidRDefault="00000000">
      <w:pPr>
        <w:spacing w:after="80"/>
      </w:pPr>
      <w:r>
        <w:rPr>
          <w:b/>
        </w:rPr>
        <w:t>Risky Sexual Behaviors</w:t>
      </w:r>
    </w:p>
    <w:p w14:paraId="2AF016BF" w14:textId="77777777" w:rsidR="00FA6E44" w:rsidRDefault="00000000">
      <w:pPr>
        <w:spacing w:after="80"/>
      </w:pPr>
      <w:r>
        <w:t xml:space="preserve">Some sexual behaviors are considered riskier than others.  </w:t>
      </w:r>
    </w:p>
    <w:p w14:paraId="57A55F9F" w14:textId="77777777" w:rsidR="00FA6E44" w:rsidRDefault="00000000">
      <w:pPr>
        <w:spacing w:after="80"/>
      </w:pPr>
      <w:r>
        <w:t xml:space="preserve">Please tell me about behaviors that you do that you think might increase your chances of getting HIV.  </w:t>
      </w:r>
    </w:p>
    <w:p w14:paraId="7E52467A" w14:textId="77777777" w:rsidR="00FA6E44" w:rsidRDefault="00000000">
      <w:pPr>
        <w:spacing w:after="80"/>
      </w:pPr>
      <w:r>
        <w:lastRenderedPageBreak/>
        <w:t>PROBE if not answered: This might include multiple sexual partners, group sex, using drugs or alcohol, having sex with someone who is HIV positive.</w:t>
      </w:r>
    </w:p>
    <w:p w14:paraId="3566AFDB" w14:textId="77777777" w:rsidR="00FA6E44" w:rsidRDefault="00FA6E44"/>
    <w:p w14:paraId="3F752FDD" w14:textId="77777777" w:rsidR="00FA6E44" w:rsidRDefault="00000000">
      <w:pPr>
        <w:spacing w:after="80"/>
      </w:pPr>
      <w:r>
        <w:rPr>
          <w:b/>
        </w:rPr>
        <w:t>HIV Preventive Practices</w:t>
      </w:r>
    </w:p>
    <w:p w14:paraId="0DB9F9D2" w14:textId="77777777" w:rsidR="00FA6E44" w:rsidRDefault="00000000">
      <w:pPr>
        <w:spacing w:after="80"/>
      </w:pPr>
      <w:r>
        <w:t xml:space="preserve">Other behaviors might prevent you from getting or spreading HIV.  </w:t>
      </w:r>
    </w:p>
    <w:p w14:paraId="32B19A2C" w14:textId="77777777" w:rsidR="00FA6E44" w:rsidRDefault="00000000">
      <w:pPr>
        <w:spacing w:after="80"/>
      </w:pPr>
      <w:r>
        <w:t>Please describe behaviors that you do that you think help you from getting or spreading HIV.</w:t>
      </w:r>
    </w:p>
    <w:p w14:paraId="62745C41" w14:textId="77777777" w:rsidR="00FA6E44" w:rsidRDefault="00000000">
      <w:pPr>
        <w:spacing w:after="80"/>
      </w:pPr>
      <w:r>
        <w:t>PROBE if not answered: This might include using condoms, getting tested for HIV or other STIs, asking others if they have been tested, PrEP/PEP or other medications or pills that you take to manage your HIV.</w:t>
      </w:r>
    </w:p>
    <w:p w14:paraId="25041463" w14:textId="77777777" w:rsidR="00FA6E44" w:rsidRDefault="00FA6E44"/>
    <w:p w14:paraId="288EED96" w14:textId="77777777" w:rsidR="00FA6E44" w:rsidRDefault="00000000">
      <w:pPr>
        <w:spacing w:after="80"/>
      </w:pPr>
      <w:r>
        <w:rPr>
          <w:b/>
        </w:rPr>
        <w:t>Race and MSM</w:t>
      </w:r>
    </w:p>
    <w:p w14:paraId="0E3D623F" w14:textId="77777777" w:rsidR="00FA6E44" w:rsidRDefault="00000000">
      <w:pPr>
        <w:spacing w:after="80"/>
      </w:pPr>
      <w:r>
        <w:t>Have you experienced race-based discrimination?  Please share your experiences and how they have influenced you.</w:t>
      </w:r>
    </w:p>
    <w:p w14:paraId="63EEBAB0" w14:textId="77777777" w:rsidR="00FA6E44" w:rsidRDefault="00000000">
      <w:pPr>
        <w:spacing w:after="80"/>
      </w:pPr>
      <w:r>
        <w:t>Have you experienced sexual orientation-based discrimination?  Please share your experiences and how they have influenced you.</w:t>
      </w:r>
    </w:p>
    <w:p w14:paraId="587CEDCB" w14:textId="77777777" w:rsidR="00FA6E44" w:rsidRDefault="00000000">
      <w:pPr>
        <w:spacing w:after="80"/>
      </w:pPr>
      <w:r>
        <w:t xml:space="preserve">What do you think are barriers to HIV preventive behaviors within the Black community?  </w:t>
      </w:r>
    </w:p>
    <w:p w14:paraId="4BBB6840" w14:textId="77777777" w:rsidR="00FA6E44" w:rsidRDefault="00000000">
      <w:pPr>
        <w:spacing w:after="80"/>
      </w:pPr>
      <w:r>
        <w:t>PROBE if not answered: Related to testing, as well as PrEP/PEP and condom use.</w:t>
      </w:r>
    </w:p>
    <w:p w14:paraId="6F9B417A" w14:textId="77777777" w:rsidR="00FA6E44" w:rsidRDefault="00000000">
      <w:pPr>
        <w:spacing w:after="80"/>
      </w:pPr>
      <w:r>
        <w:t>What are your words of wisdom or other things that have helped you or other Black people your age to avoid becoming HIV-infected?</w:t>
      </w:r>
    </w:p>
    <w:p w14:paraId="322BEA8B" w14:textId="77777777" w:rsidR="00FA6E44" w:rsidRDefault="00000000">
      <w:pPr>
        <w:spacing w:after="80"/>
      </w:pPr>
      <w:r>
        <w:t>To avoid risky sexual behavior?</w:t>
      </w:r>
    </w:p>
    <w:p w14:paraId="59D1AEAF" w14:textId="77777777" w:rsidR="00FA6E44" w:rsidRDefault="00FA6E44"/>
    <w:p w14:paraId="5C2767C2" w14:textId="77777777" w:rsidR="00FA6E44" w:rsidRDefault="00000000">
      <w:pPr>
        <w:spacing w:after="80"/>
      </w:pPr>
      <w:r>
        <w:rPr>
          <w:b/>
        </w:rPr>
        <w:t>Closing Questions</w:t>
      </w:r>
    </w:p>
    <w:p w14:paraId="6EC464CD" w14:textId="77777777" w:rsidR="00FA6E44" w:rsidRDefault="00000000">
      <w:pPr>
        <w:spacing w:after="80"/>
      </w:pPr>
      <w:r>
        <w:t xml:space="preserve">Is there any other information that you would like to share relating to this topic? </w:t>
      </w:r>
    </w:p>
    <w:p w14:paraId="7F5BF8D1" w14:textId="77777777" w:rsidR="00FA6E44" w:rsidRDefault="00FA6E44"/>
    <w:p w14:paraId="06655CCB" w14:textId="77777777" w:rsidR="00FA6E44" w:rsidRDefault="00000000">
      <w:pPr>
        <w:spacing w:after="80"/>
      </w:pPr>
      <w:r>
        <w:t xml:space="preserve">Thank you for your time and if you think of anything else, please feel free to stay in touch. If in the future I need to clarify some information based on your responses, is it okay to contact you. </w:t>
      </w:r>
    </w:p>
    <w:p w14:paraId="79A59CC0" w14:textId="77777777" w:rsidR="00FA6E44" w:rsidRDefault="00000000">
      <w:pPr>
        <w:spacing w:after="80"/>
      </w:pPr>
      <w:r>
        <w:t>Have a good day.</w:t>
      </w:r>
    </w:p>
    <w:p w14:paraId="617B7D1D" w14:textId="77777777" w:rsidR="00FA6E44" w:rsidRDefault="00FA6E44"/>
    <w:p w14:paraId="597BBC0B" w14:textId="77777777" w:rsidR="00FA6E44" w:rsidRDefault="00000000">
      <w:pPr>
        <w:spacing w:after="80"/>
      </w:pPr>
      <w:r>
        <w:rPr>
          <w:b/>
        </w:rPr>
        <w:t>Brief Questionnaire and Demographic Information:</w:t>
      </w:r>
    </w:p>
    <w:p w14:paraId="7AE9CB28" w14:textId="77777777" w:rsidR="00FA6E44" w:rsidRDefault="00FA6E44"/>
    <w:p w14:paraId="7623C393" w14:textId="77777777" w:rsidR="00FA6E44" w:rsidRDefault="00000000">
      <w:pPr>
        <w:spacing w:after="80"/>
      </w:pPr>
      <w:r>
        <w:t>How old are you?</w:t>
      </w:r>
    </w:p>
    <w:p w14:paraId="5512DCF5" w14:textId="77777777" w:rsidR="00FA6E44" w:rsidRDefault="00000000">
      <w:pPr>
        <w:spacing w:after="80"/>
      </w:pPr>
      <w:r>
        <w:t xml:space="preserve">What is your sexual relationship status? </w:t>
      </w:r>
    </w:p>
    <w:p w14:paraId="4FB374E6" w14:textId="77777777" w:rsidR="00FA6E44" w:rsidRDefault="00000000">
      <w:pPr>
        <w:spacing w:after="80"/>
      </w:pPr>
      <w:r>
        <w:t xml:space="preserve">Partnered, Married, Single, divorced, Open relationship, Other…. </w:t>
      </w:r>
    </w:p>
    <w:p w14:paraId="329889DA" w14:textId="77777777" w:rsidR="00FA6E44" w:rsidRDefault="00000000">
      <w:pPr>
        <w:spacing w:after="80"/>
      </w:pPr>
      <w:r>
        <w:t xml:space="preserve">How many sexual partners do you currently have? </w:t>
      </w:r>
    </w:p>
    <w:p w14:paraId="20ED320F" w14:textId="77777777" w:rsidR="00FA6E44" w:rsidRDefault="00000000">
      <w:pPr>
        <w:spacing w:after="80"/>
      </w:pPr>
      <w:r>
        <w:lastRenderedPageBreak/>
        <w:t xml:space="preserve">How frequently do you engage in sexual intercourse with males? </w:t>
      </w:r>
    </w:p>
    <w:p w14:paraId="46A63653" w14:textId="77777777" w:rsidR="00FA6E44" w:rsidRDefault="00000000">
      <w:pPr>
        <w:spacing w:after="80"/>
      </w:pPr>
      <w:r>
        <w:t xml:space="preserve">Rarely b. Sometimes c. Often d. Always </w:t>
      </w:r>
    </w:p>
    <w:p w14:paraId="717EF5ED" w14:textId="77777777" w:rsidR="00FA6E44" w:rsidRDefault="00000000">
      <w:pPr>
        <w:spacing w:after="80"/>
      </w:pPr>
      <w:r>
        <w:t>Have you ever engaged in group sex, such as a threesome, foursome, or orgy?</w:t>
      </w:r>
    </w:p>
    <w:p w14:paraId="2EAD74E4" w14:textId="77777777" w:rsidR="00FA6E44" w:rsidRDefault="00000000">
      <w:pPr>
        <w:spacing w:after="80"/>
      </w:pPr>
      <w:r>
        <w:t xml:space="preserve">When you engage in sexual intercourse with men, can you tell me what your position is usually?  Bottom or top or Versatile? </w:t>
      </w:r>
    </w:p>
    <w:p w14:paraId="4F6A28F7" w14:textId="77777777" w:rsidR="00FA6E44" w:rsidRDefault="00000000">
      <w:pPr>
        <w:spacing w:after="80"/>
      </w:pPr>
      <w:r>
        <w:t xml:space="preserve">Do you use alcohol or drugs?  </w:t>
      </w:r>
    </w:p>
    <w:p w14:paraId="36B27947" w14:textId="77777777" w:rsidR="00FA6E44" w:rsidRDefault="00000000">
      <w:pPr>
        <w:spacing w:after="80"/>
      </w:pPr>
      <w:r>
        <w:t>If yes, have you had sexual intercourse with a man when you were under the influence of alcohol, drugs, etc.?</w:t>
      </w:r>
    </w:p>
    <w:p w14:paraId="77E361B2" w14:textId="77777777" w:rsidR="00FA6E44" w:rsidRDefault="00000000">
      <w:pPr>
        <w:spacing w:after="80"/>
      </w:pPr>
      <w:r>
        <w:t xml:space="preserve">Have you been diagnosed with an STI, such as gonorrhea or syphilis?  </w:t>
      </w:r>
    </w:p>
    <w:p w14:paraId="6927DFC0" w14:textId="77777777" w:rsidR="00FA6E44" w:rsidRDefault="00000000">
      <w:pPr>
        <w:spacing w:after="80"/>
      </w:pPr>
      <w:r>
        <w:t>If yes, how were you treated? Any recurring symptoms?</w:t>
      </w:r>
    </w:p>
    <w:p w14:paraId="39BFACC8" w14:textId="77777777" w:rsidR="00FA6E44" w:rsidRDefault="00FA6E44"/>
    <w:p w14:paraId="09543AF1" w14:textId="77777777" w:rsidR="00FA6E44" w:rsidRDefault="00000000">
      <w:pPr>
        <w:spacing w:after="80"/>
      </w:pPr>
      <w:r>
        <w:rPr>
          <w:b/>
        </w:rPr>
        <w:t>Knowledge on HIV</w:t>
      </w:r>
    </w:p>
    <w:p w14:paraId="7F65F18F" w14:textId="77777777" w:rsidR="00FA6E44" w:rsidRDefault="00000000">
      <w:pPr>
        <w:spacing w:after="80"/>
      </w:pPr>
      <w:r>
        <w:t xml:space="preserve">How much do you know about HIV?  </w:t>
      </w:r>
    </w:p>
    <w:p w14:paraId="04F0FC21" w14:textId="77777777" w:rsidR="00FA6E44" w:rsidRDefault="00000000">
      <w:pPr>
        <w:spacing w:after="80"/>
      </w:pPr>
      <w:r>
        <w:t xml:space="preserve">Have you heard about PrEP and PEP or any other forms of medications or pills that you can take to manage HIV?  </w:t>
      </w:r>
    </w:p>
    <w:p w14:paraId="2C053729" w14:textId="77777777" w:rsidR="00FA6E44" w:rsidRDefault="00000000">
      <w:pPr>
        <w:spacing w:after="80"/>
      </w:pPr>
      <w:r>
        <w:t>If yes, how much do you know about PrEP?  About PEP?</w:t>
      </w:r>
    </w:p>
    <w:p w14:paraId="5F21EA12" w14:textId="77777777" w:rsidR="00FA6E44" w:rsidRDefault="00000000">
      <w:pPr>
        <w:spacing w:after="80"/>
      </w:pPr>
      <w:r>
        <w:t>Do you use PrEP? How often?</w:t>
      </w:r>
    </w:p>
    <w:p w14:paraId="331DAE00" w14:textId="77777777" w:rsidR="00FA6E44" w:rsidRDefault="00000000">
      <w:pPr>
        <w:spacing w:after="80"/>
      </w:pPr>
      <w:r>
        <w:t>Do you use PEP? How often?</w:t>
      </w:r>
    </w:p>
    <w:p w14:paraId="14A8FA56" w14:textId="77777777" w:rsidR="00FA6E44" w:rsidRDefault="00000000">
      <w:pPr>
        <w:spacing w:after="80"/>
      </w:pPr>
      <w:r>
        <w:t>Do your friends use PrEP?  Do your friends use PEP?</w:t>
      </w:r>
    </w:p>
    <w:p w14:paraId="319881E5" w14:textId="77777777" w:rsidR="00FA6E44" w:rsidRDefault="00000000">
      <w:pPr>
        <w:spacing w:after="80"/>
      </w:pPr>
      <w:r>
        <w:t>When you have sex with men, do you usually use condoms, lubes, other things?</w:t>
      </w:r>
    </w:p>
    <w:p w14:paraId="42BC0110" w14:textId="77777777" w:rsidR="00FA6E44" w:rsidRDefault="00000000">
      <w:pPr>
        <w:spacing w:after="80"/>
      </w:pPr>
      <w:r>
        <w:t>Are there times that you do not use condoms? How about lubes?</w:t>
      </w:r>
    </w:p>
    <w:p w14:paraId="4181989B" w14:textId="77777777" w:rsidR="00FA6E44" w:rsidRDefault="00000000">
      <w:pPr>
        <w:spacing w:after="80"/>
      </w:pPr>
      <w:r>
        <w:t xml:space="preserve">Have you had sex with someone when the condom tears? </w:t>
      </w:r>
    </w:p>
    <w:p w14:paraId="23C84B53" w14:textId="77777777" w:rsidR="00FA6E44" w:rsidRDefault="00000000">
      <w:pPr>
        <w:spacing w:after="80"/>
      </w:pPr>
      <w:r>
        <w:t>If yes, what did you do?</w:t>
      </w:r>
    </w:p>
    <w:p w14:paraId="55FE80E6" w14:textId="77777777" w:rsidR="00FA6E44" w:rsidRDefault="00FA6E44"/>
    <w:p w14:paraId="1FA3D7EA" w14:textId="77777777" w:rsidR="00FA6E44" w:rsidRDefault="00000000">
      <w:pPr>
        <w:spacing w:after="80"/>
      </w:pPr>
      <w:r>
        <w:rPr>
          <w:b/>
        </w:rPr>
        <w:t>HIV Testing</w:t>
      </w:r>
    </w:p>
    <w:p w14:paraId="6B9EF61C" w14:textId="77777777" w:rsidR="00FA6E44" w:rsidRDefault="00000000">
      <w:pPr>
        <w:spacing w:after="80"/>
      </w:pPr>
      <w:r>
        <w:t xml:space="preserve">Have you ever tested for HIV?  </w:t>
      </w:r>
    </w:p>
    <w:p w14:paraId="4C5482A9" w14:textId="77777777" w:rsidR="00FA6E44" w:rsidRDefault="00000000">
      <w:pPr>
        <w:spacing w:after="80"/>
      </w:pPr>
      <w:r>
        <w:t>If yes, how often do you get tested?</w:t>
      </w:r>
    </w:p>
    <w:p w14:paraId="61257C36" w14:textId="77777777" w:rsidR="00FA6E44" w:rsidRDefault="00000000">
      <w:pPr>
        <w:spacing w:after="80"/>
      </w:pPr>
      <w:r>
        <w:t>Do you ask for HIV status before engaging in sexual activity with someone?  Other STIs?</w:t>
      </w:r>
    </w:p>
    <w:p w14:paraId="761B1641" w14:textId="77777777" w:rsidR="00FA6E44" w:rsidRDefault="00000000">
      <w:pPr>
        <w:spacing w:after="80"/>
      </w:pPr>
      <w:r>
        <w:t>Would you have sex with someone who is HIV positive?</w:t>
      </w:r>
    </w:p>
    <w:p w14:paraId="0831B85F" w14:textId="77777777" w:rsidR="00FA6E44" w:rsidRDefault="00000000">
      <w:pPr>
        <w:spacing w:after="80"/>
      </w:pPr>
      <w:r>
        <w:t>Have you had sex with someone that you later found to be HIV positive?</w:t>
      </w:r>
    </w:p>
    <w:p w14:paraId="767AD89E" w14:textId="77777777" w:rsidR="00FA6E44" w:rsidRDefault="00FA6E44"/>
    <w:p w14:paraId="61D529DF" w14:textId="77777777" w:rsidR="00FA6E44" w:rsidRDefault="00FA6E44"/>
    <w:sectPr w:rsidR="00FA6E44"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8771239">
    <w:abstractNumId w:val="8"/>
  </w:num>
  <w:num w:numId="2" w16cid:durableId="1082261955">
    <w:abstractNumId w:val="6"/>
  </w:num>
  <w:num w:numId="3" w16cid:durableId="1351763999">
    <w:abstractNumId w:val="5"/>
  </w:num>
  <w:num w:numId="4" w16cid:durableId="1415978052">
    <w:abstractNumId w:val="4"/>
  </w:num>
  <w:num w:numId="5" w16cid:durableId="1968315641">
    <w:abstractNumId w:val="7"/>
  </w:num>
  <w:num w:numId="6" w16cid:durableId="1428037549">
    <w:abstractNumId w:val="3"/>
  </w:num>
  <w:num w:numId="7" w16cid:durableId="769812506">
    <w:abstractNumId w:val="2"/>
  </w:num>
  <w:num w:numId="8" w16cid:durableId="267734594">
    <w:abstractNumId w:val="1"/>
  </w:num>
  <w:num w:numId="9" w16cid:durableId="220990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7178"/>
    <w:rsid w:val="0015074B"/>
    <w:rsid w:val="0029639D"/>
    <w:rsid w:val="00326F90"/>
    <w:rsid w:val="00887603"/>
    <w:rsid w:val="00AA1D8D"/>
    <w:rsid w:val="00B47730"/>
    <w:rsid w:val="00CB0664"/>
    <w:rsid w:val="00FA6E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8EB75"/>
  <w14:defaultImageDpi w14:val="300"/>
  <w15:docId w15:val="{E221218A-09BD-B84C-BA52-CF2E106C1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Tagoe, Ishmael</cp:lastModifiedBy>
  <cp:revision>2</cp:revision>
  <dcterms:created xsi:type="dcterms:W3CDTF">2026-08-13T02:26:00Z</dcterms:created>
  <dcterms:modified xsi:type="dcterms:W3CDTF">2026-08-13T02:26:00Z</dcterms:modified>
  <cp:category/>
</cp:coreProperties>
</file>