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D2084" w14:textId="77777777" w:rsidR="00587C7B" w:rsidRDefault="00000000">
      <w:pPr>
        <w:jc w:val="center"/>
      </w:pPr>
      <w:r>
        <w:rPr>
          <w:b/>
          <w:sz w:val="28"/>
        </w:rPr>
        <w:t>Supplementary Information</w:t>
      </w:r>
    </w:p>
    <w:p w14:paraId="65552684" w14:textId="3E5F5BEF" w:rsidR="00587C7B" w:rsidRPr="00ED6E9C" w:rsidRDefault="00000000">
      <w:pPr>
        <w:rPr>
          <w:b/>
          <w:bCs/>
        </w:rPr>
      </w:pPr>
      <w:r w:rsidRPr="00ED6E9C">
        <w:rPr>
          <w:b/>
          <w:bCs/>
        </w:rPr>
        <w:t>Genome-wide association and exploratory polygenic risk score analysis of prediabetes in women from Northern Kerala, India</w:t>
      </w:r>
      <w:r w:rsidR="00ED6E9C" w:rsidRPr="00ED6E9C">
        <w:rPr>
          <w:b/>
          <w:bCs/>
        </w:rPr>
        <w:t xml:space="preserve"> – A pilot study</w:t>
      </w:r>
    </w:p>
    <w:p w14:paraId="0EB3897F" w14:textId="6B56AB46" w:rsidR="00587C7B" w:rsidRDefault="00000000">
      <w:pPr>
        <w:keepNext/>
      </w:pPr>
      <w:r>
        <w:rPr>
          <w:b/>
        </w:rPr>
        <w:t xml:space="preserve">Supplementary Table </w:t>
      </w:r>
      <w:r w:rsidR="00ED6E9C">
        <w:rPr>
          <w:b/>
        </w:rPr>
        <w:t>S</w:t>
      </w:r>
      <w:r>
        <w:rPr>
          <w:b/>
        </w:rPr>
        <w:t>1 Summary statistics for anthropometric, glycaemic, lipid, and insulin-related characteristics of the study participants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587C7B" w14:paraId="1B2DD012" w14:textId="77777777">
        <w:trPr>
          <w:jc w:val="center"/>
        </w:trPr>
        <w:tc>
          <w:tcPr>
            <w:tcW w:w="3120" w:type="dxa"/>
          </w:tcPr>
          <w:p w14:paraId="18AE8410" w14:textId="77777777" w:rsidR="00587C7B" w:rsidRDefault="00000000">
            <w:r>
              <w:rPr>
                <w:b/>
                <w:sz w:val="16"/>
              </w:rPr>
              <w:t>Metabolic Trait</w:t>
            </w:r>
          </w:p>
        </w:tc>
        <w:tc>
          <w:tcPr>
            <w:tcW w:w="3120" w:type="dxa"/>
          </w:tcPr>
          <w:p w14:paraId="7A0D12C1" w14:textId="77777777" w:rsidR="00587C7B" w:rsidRDefault="00000000">
            <w:r>
              <w:rPr>
                <w:b/>
                <w:sz w:val="16"/>
              </w:rPr>
              <w:t>Mean</w:t>
            </w:r>
          </w:p>
        </w:tc>
        <w:tc>
          <w:tcPr>
            <w:tcW w:w="3120" w:type="dxa"/>
          </w:tcPr>
          <w:p w14:paraId="6295781D" w14:textId="77777777" w:rsidR="00587C7B" w:rsidRDefault="00000000">
            <w:r>
              <w:rPr>
                <w:b/>
                <w:sz w:val="16"/>
              </w:rPr>
              <w:t>Standard Deviation</w:t>
            </w:r>
          </w:p>
        </w:tc>
      </w:tr>
      <w:tr w:rsidR="00587C7B" w14:paraId="30E3171E" w14:textId="77777777">
        <w:trPr>
          <w:jc w:val="center"/>
        </w:trPr>
        <w:tc>
          <w:tcPr>
            <w:tcW w:w="3120" w:type="dxa"/>
          </w:tcPr>
          <w:p w14:paraId="47940CB8" w14:textId="77777777" w:rsidR="00587C7B" w:rsidRDefault="00000000">
            <w:r>
              <w:t>Waist circumference</w:t>
            </w:r>
          </w:p>
        </w:tc>
        <w:tc>
          <w:tcPr>
            <w:tcW w:w="3120" w:type="dxa"/>
          </w:tcPr>
          <w:p w14:paraId="15B8C1F1" w14:textId="77777777" w:rsidR="00587C7B" w:rsidRDefault="00000000">
            <w:r>
              <w:rPr>
                <w:sz w:val="16"/>
              </w:rPr>
              <w:t>90.21666667</w:t>
            </w:r>
          </w:p>
        </w:tc>
        <w:tc>
          <w:tcPr>
            <w:tcW w:w="3120" w:type="dxa"/>
          </w:tcPr>
          <w:p w14:paraId="6BF4FEE2" w14:textId="77777777" w:rsidR="00587C7B" w:rsidRDefault="00000000">
            <w:r>
              <w:rPr>
                <w:sz w:val="16"/>
              </w:rPr>
              <w:t>15.56932251</w:t>
            </w:r>
          </w:p>
        </w:tc>
      </w:tr>
      <w:tr w:rsidR="00587C7B" w14:paraId="62D893A3" w14:textId="77777777">
        <w:trPr>
          <w:jc w:val="center"/>
        </w:trPr>
        <w:tc>
          <w:tcPr>
            <w:tcW w:w="3120" w:type="dxa"/>
          </w:tcPr>
          <w:p w14:paraId="12FAACD9" w14:textId="77777777" w:rsidR="00587C7B" w:rsidRDefault="00000000">
            <w:r>
              <w:t>Hip circumference</w:t>
            </w:r>
          </w:p>
        </w:tc>
        <w:tc>
          <w:tcPr>
            <w:tcW w:w="3120" w:type="dxa"/>
          </w:tcPr>
          <w:p w14:paraId="35C5B73B" w14:textId="77777777" w:rsidR="00587C7B" w:rsidRDefault="00000000">
            <w:r>
              <w:rPr>
                <w:sz w:val="16"/>
              </w:rPr>
              <w:t>101.2148148</w:t>
            </w:r>
          </w:p>
        </w:tc>
        <w:tc>
          <w:tcPr>
            <w:tcW w:w="3120" w:type="dxa"/>
          </w:tcPr>
          <w:p w14:paraId="7D132753" w14:textId="77777777" w:rsidR="00587C7B" w:rsidRDefault="00000000">
            <w:r>
              <w:rPr>
                <w:sz w:val="16"/>
              </w:rPr>
              <w:t>7.734351187</w:t>
            </w:r>
          </w:p>
        </w:tc>
      </w:tr>
      <w:tr w:rsidR="00587C7B" w14:paraId="6FD619FB" w14:textId="77777777">
        <w:trPr>
          <w:jc w:val="center"/>
        </w:trPr>
        <w:tc>
          <w:tcPr>
            <w:tcW w:w="3120" w:type="dxa"/>
          </w:tcPr>
          <w:p w14:paraId="29A4B10D" w14:textId="77777777" w:rsidR="00587C7B" w:rsidRDefault="00000000">
            <w:r>
              <w:t>Body mass index</w:t>
            </w:r>
          </w:p>
        </w:tc>
        <w:tc>
          <w:tcPr>
            <w:tcW w:w="3120" w:type="dxa"/>
          </w:tcPr>
          <w:p w14:paraId="2E291B96" w14:textId="77777777" w:rsidR="00587C7B" w:rsidRDefault="00000000">
            <w:r>
              <w:rPr>
                <w:sz w:val="16"/>
              </w:rPr>
              <w:t>28.32240741</w:t>
            </w:r>
          </w:p>
        </w:tc>
        <w:tc>
          <w:tcPr>
            <w:tcW w:w="3120" w:type="dxa"/>
          </w:tcPr>
          <w:p w14:paraId="7A14177D" w14:textId="77777777" w:rsidR="00587C7B" w:rsidRDefault="00000000">
            <w:r>
              <w:rPr>
                <w:sz w:val="16"/>
              </w:rPr>
              <w:t>3.878569365</w:t>
            </w:r>
          </w:p>
        </w:tc>
      </w:tr>
      <w:tr w:rsidR="00587C7B" w14:paraId="03E23560" w14:textId="77777777">
        <w:trPr>
          <w:jc w:val="center"/>
        </w:trPr>
        <w:tc>
          <w:tcPr>
            <w:tcW w:w="3120" w:type="dxa"/>
          </w:tcPr>
          <w:p w14:paraId="03AFB0E4" w14:textId="77777777" w:rsidR="00587C7B" w:rsidRDefault="00000000">
            <w:r>
              <w:t>Random blood sugar</w:t>
            </w:r>
          </w:p>
        </w:tc>
        <w:tc>
          <w:tcPr>
            <w:tcW w:w="3120" w:type="dxa"/>
          </w:tcPr>
          <w:p w14:paraId="0621D44D" w14:textId="77777777" w:rsidR="00587C7B" w:rsidRDefault="00000000">
            <w:r>
              <w:rPr>
                <w:sz w:val="16"/>
              </w:rPr>
              <w:t>126.2962963</w:t>
            </w:r>
          </w:p>
        </w:tc>
        <w:tc>
          <w:tcPr>
            <w:tcW w:w="3120" w:type="dxa"/>
          </w:tcPr>
          <w:p w14:paraId="5ADA4DA9" w14:textId="77777777" w:rsidR="00587C7B" w:rsidRDefault="00000000">
            <w:r>
              <w:rPr>
                <w:sz w:val="16"/>
              </w:rPr>
              <w:t>21.90553986</w:t>
            </w:r>
          </w:p>
        </w:tc>
      </w:tr>
      <w:tr w:rsidR="00587C7B" w14:paraId="09C19A39" w14:textId="77777777">
        <w:trPr>
          <w:jc w:val="center"/>
        </w:trPr>
        <w:tc>
          <w:tcPr>
            <w:tcW w:w="3120" w:type="dxa"/>
          </w:tcPr>
          <w:p w14:paraId="18264359" w14:textId="77777777" w:rsidR="00587C7B" w:rsidRDefault="00000000">
            <w:r>
              <w:t>Glycated haemoglobin</w:t>
            </w:r>
          </w:p>
        </w:tc>
        <w:tc>
          <w:tcPr>
            <w:tcW w:w="3120" w:type="dxa"/>
          </w:tcPr>
          <w:p w14:paraId="0EF26BE7" w14:textId="77777777" w:rsidR="00587C7B" w:rsidRDefault="00000000">
            <w:r>
              <w:rPr>
                <w:sz w:val="16"/>
              </w:rPr>
              <w:t>5.659573284</w:t>
            </w:r>
          </w:p>
        </w:tc>
        <w:tc>
          <w:tcPr>
            <w:tcW w:w="3120" w:type="dxa"/>
          </w:tcPr>
          <w:p w14:paraId="052223BC" w14:textId="77777777" w:rsidR="00587C7B" w:rsidRDefault="00000000">
            <w:r>
              <w:rPr>
                <w:sz w:val="16"/>
              </w:rPr>
              <w:t>0.520833622</w:t>
            </w:r>
          </w:p>
        </w:tc>
      </w:tr>
      <w:tr w:rsidR="00587C7B" w14:paraId="77B0C351" w14:textId="77777777">
        <w:trPr>
          <w:jc w:val="center"/>
        </w:trPr>
        <w:tc>
          <w:tcPr>
            <w:tcW w:w="3120" w:type="dxa"/>
          </w:tcPr>
          <w:p w14:paraId="634635A7" w14:textId="77777777" w:rsidR="00587C7B" w:rsidRDefault="00000000">
            <w:r>
              <w:t>Fasting glucose</w:t>
            </w:r>
          </w:p>
        </w:tc>
        <w:tc>
          <w:tcPr>
            <w:tcW w:w="3120" w:type="dxa"/>
          </w:tcPr>
          <w:p w14:paraId="1785234F" w14:textId="77777777" w:rsidR="00587C7B" w:rsidRDefault="00000000">
            <w:r>
              <w:rPr>
                <w:sz w:val="16"/>
              </w:rPr>
              <w:t>97.8096475</w:t>
            </w:r>
          </w:p>
        </w:tc>
        <w:tc>
          <w:tcPr>
            <w:tcW w:w="3120" w:type="dxa"/>
          </w:tcPr>
          <w:p w14:paraId="69A846CB" w14:textId="77777777" w:rsidR="00587C7B" w:rsidRDefault="00000000">
            <w:r>
              <w:rPr>
                <w:sz w:val="16"/>
              </w:rPr>
              <w:t>10.3837779</w:t>
            </w:r>
          </w:p>
        </w:tc>
      </w:tr>
      <w:tr w:rsidR="00587C7B" w14:paraId="2D88F1A6" w14:textId="77777777">
        <w:trPr>
          <w:jc w:val="center"/>
        </w:trPr>
        <w:tc>
          <w:tcPr>
            <w:tcW w:w="3120" w:type="dxa"/>
          </w:tcPr>
          <w:p w14:paraId="5341F801" w14:textId="77777777" w:rsidR="00587C7B" w:rsidRDefault="00000000">
            <w:r>
              <w:t>Total cholesterol</w:t>
            </w:r>
          </w:p>
        </w:tc>
        <w:tc>
          <w:tcPr>
            <w:tcW w:w="3120" w:type="dxa"/>
          </w:tcPr>
          <w:p w14:paraId="24D428B0" w14:textId="77777777" w:rsidR="00587C7B" w:rsidRDefault="00000000">
            <w:r>
              <w:rPr>
                <w:sz w:val="16"/>
              </w:rPr>
              <w:t>208.6037106</w:t>
            </w:r>
          </w:p>
        </w:tc>
        <w:tc>
          <w:tcPr>
            <w:tcW w:w="3120" w:type="dxa"/>
          </w:tcPr>
          <w:p w14:paraId="7A29B81C" w14:textId="77777777" w:rsidR="00587C7B" w:rsidRDefault="00000000">
            <w:r>
              <w:rPr>
                <w:sz w:val="16"/>
              </w:rPr>
              <w:t>39.81583376</w:t>
            </w:r>
          </w:p>
        </w:tc>
      </w:tr>
      <w:tr w:rsidR="00587C7B" w14:paraId="64591781" w14:textId="77777777">
        <w:trPr>
          <w:jc w:val="center"/>
        </w:trPr>
        <w:tc>
          <w:tcPr>
            <w:tcW w:w="3120" w:type="dxa"/>
          </w:tcPr>
          <w:p w14:paraId="79AB414C" w14:textId="77777777" w:rsidR="00587C7B" w:rsidRDefault="00000000">
            <w:r>
              <w:t>Triglycerides</w:t>
            </w:r>
          </w:p>
        </w:tc>
        <w:tc>
          <w:tcPr>
            <w:tcW w:w="3120" w:type="dxa"/>
          </w:tcPr>
          <w:p w14:paraId="39F4F234" w14:textId="77777777" w:rsidR="00587C7B" w:rsidRDefault="00000000">
            <w:r>
              <w:rPr>
                <w:sz w:val="16"/>
              </w:rPr>
              <w:t>118.312987</w:t>
            </w:r>
          </w:p>
        </w:tc>
        <w:tc>
          <w:tcPr>
            <w:tcW w:w="3120" w:type="dxa"/>
          </w:tcPr>
          <w:p w14:paraId="04FC7675" w14:textId="77777777" w:rsidR="00587C7B" w:rsidRDefault="00000000">
            <w:r>
              <w:rPr>
                <w:sz w:val="16"/>
              </w:rPr>
              <w:t>56.02785899</w:t>
            </w:r>
          </w:p>
        </w:tc>
      </w:tr>
      <w:tr w:rsidR="00587C7B" w14:paraId="50AABE83" w14:textId="77777777">
        <w:trPr>
          <w:jc w:val="center"/>
        </w:trPr>
        <w:tc>
          <w:tcPr>
            <w:tcW w:w="3120" w:type="dxa"/>
          </w:tcPr>
          <w:p w14:paraId="48E7A81F" w14:textId="77777777" w:rsidR="00587C7B" w:rsidRDefault="00000000">
            <w:r>
              <w:t>High-density lipoprotein cholesterol</w:t>
            </w:r>
          </w:p>
        </w:tc>
        <w:tc>
          <w:tcPr>
            <w:tcW w:w="3120" w:type="dxa"/>
          </w:tcPr>
          <w:p w14:paraId="7A299B8E" w14:textId="77777777" w:rsidR="00587C7B" w:rsidRDefault="00000000">
            <w:r>
              <w:rPr>
                <w:sz w:val="16"/>
              </w:rPr>
              <w:t>47.45454545</w:t>
            </w:r>
          </w:p>
        </w:tc>
        <w:tc>
          <w:tcPr>
            <w:tcW w:w="3120" w:type="dxa"/>
          </w:tcPr>
          <w:p w14:paraId="29417ED0" w14:textId="77777777" w:rsidR="00587C7B" w:rsidRDefault="00000000">
            <w:r>
              <w:rPr>
                <w:sz w:val="16"/>
              </w:rPr>
              <w:t>11.28719678</w:t>
            </w:r>
          </w:p>
        </w:tc>
      </w:tr>
      <w:tr w:rsidR="00587C7B" w14:paraId="07EA1B53" w14:textId="77777777">
        <w:trPr>
          <w:jc w:val="center"/>
        </w:trPr>
        <w:tc>
          <w:tcPr>
            <w:tcW w:w="3120" w:type="dxa"/>
          </w:tcPr>
          <w:p w14:paraId="415B9656" w14:textId="77777777" w:rsidR="00587C7B" w:rsidRDefault="00000000">
            <w:r>
              <w:t>Low-density lipoprotein cholesterol</w:t>
            </w:r>
          </w:p>
        </w:tc>
        <w:tc>
          <w:tcPr>
            <w:tcW w:w="3120" w:type="dxa"/>
          </w:tcPr>
          <w:p w14:paraId="71A3268C" w14:textId="77777777" w:rsidR="00587C7B" w:rsidRDefault="00000000">
            <w:r>
              <w:rPr>
                <w:sz w:val="16"/>
              </w:rPr>
              <w:t>128.3840445</w:t>
            </w:r>
          </w:p>
        </w:tc>
        <w:tc>
          <w:tcPr>
            <w:tcW w:w="3120" w:type="dxa"/>
          </w:tcPr>
          <w:p w14:paraId="1B0AC9BD" w14:textId="77777777" w:rsidR="00587C7B" w:rsidRDefault="00000000">
            <w:r>
              <w:rPr>
                <w:sz w:val="16"/>
              </w:rPr>
              <w:t>32.70254309</w:t>
            </w:r>
          </w:p>
        </w:tc>
      </w:tr>
      <w:tr w:rsidR="00587C7B" w14:paraId="167832FA" w14:textId="77777777">
        <w:trPr>
          <w:jc w:val="center"/>
        </w:trPr>
        <w:tc>
          <w:tcPr>
            <w:tcW w:w="3120" w:type="dxa"/>
          </w:tcPr>
          <w:p w14:paraId="3B26F374" w14:textId="77777777" w:rsidR="00587C7B" w:rsidRDefault="00000000">
            <w:r>
              <w:t>Fasting insulin</w:t>
            </w:r>
          </w:p>
        </w:tc>
        <w:tc>
          <w:tcPr>
            <w:tcW w:w="3120" w:type="dxa"/>
          </w:tcPr>
          <w:p w14:paraId="60567ABC" w14:textId="77777777" w:rsidR="00587C7B" w:rsidRDefault="00000000">
            <w:r>
              <w:rPr>
                <w:sz w:val="16"/>
              </w:rPr>
              <w:t>8.843858998</w:t>
            </w:r>
          </w:p>
        </w:tc>
        <w:tc>
          <w:tcPr>
            <w:tcW w:w="3120" w:type="dxa"/>
          </w:tcPr>
          <w:p w14:paraId="70AF7714" w14:textId="77777777" w:rsidR="00587C7B" w:rsidRDefault="00000000">
            <w:r>
              <w:rPr>
                <w:sz w:val="16"/>
              </w:rPr>
              <w:t>4.830453728</w:t>
            </w:r>
          </w:p>
        </w:tc>
      </w:tr>
    </w:tbl>
    <w:p w14:paraId="1C486C47" w14:textId="77777777" w:rsidR="00587C7B" w:rsidRDefault="00000000">
      <w:r>
        <w:rPr>
          <w:sz w:val="16"/>
        </w:rPr>
        <w:t>BMI body mass index, HbA1c glycated haemoglobin, HDL high-density lipoprotein, LDL low-density lipoprotein, RBS random blood sugar</w:t>
      </w:r>
    </w:p>
    <w:p w14:paraId="216E8FE6" w14:textId="77777777" w:rsidR="00587C7B" w:rsidRDefault="00000000">
      <w:r>
        <w:br w:type="page"/>
      </w:r>
    </w:p>
    <w:p w14:paraId="2993358F" w14:textId="35D344CE" w:rsidR="00587C7B" w:rsidRDefault="00000000">
      <w:pPr>
        <w:keepNext/>
      </w:pPr>
      <w:r>
        <w:rPr>
          <w:b/>
        </w:rPr>
        <w:lastRenderedPageBreak/>
        <w:t xml:space="preserve">Supplementary Table </w:t>
      </w:r>
      <w:r w:rsidR="00ED6E9C">
        <w:rPr>
          <w:b/>
        </w:rPr>
        <w:t>S</w:t>
      </w:r>
      <w:r>
        <w:rPr>
          <w:b/>
        </w:rPr>
        <w:t>2 Principal component analysis and significant pairwise correlations among metabolic traits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587C7B" w14:paraId="68CD3517" w14:textId="77777777">
        <w:trPr>
          <w:jc w:val="center"/>
        </w:trPr>
        <w:tc>
          <w:tcPr>
            <w:tcW w:w="3120" w:type="dxa"/>
          </w:tcPr>
          <w:p w14:paraId="0F7A81F9" w14:textId="77777777" w:rsidR="00587C7B" w:rsidRDefault="00000000">
            <w:r>
              <w:rPr>
                <w:b/>
                <w:sz w:val="16"/>
              </w:rPr>
              <w:t>Analysis</w:t>
            </w:r>
          </w:p>
        </w:tc>
        <w:tc>
          <w:tcPr>
            <w:tcW w:w="3120" w:type="dxa"/>
          </w:tcPr>
          <w:p w14:paraId="69D8EAD2" w14:textId="77777777" w:rsidR="00587C7B" w:rsidRDefault="00000000">
            <w:r>
              <w:rPr>
                <w:b/>
                <w:sz w:val="16"/>
              </w:rPr>
              <w:t>Traits</w:t>
            </w:r>
          </w:p>
        </w:tc>
        <w:tc>
          <w:tcPr>
            <w:tcW w:w="3120" w:type="dxa"/>
          </w:tcPr>
          <w:p w14:paraId="41B5716D" w14:textId="77777777" w:rsidR="00587C7B" w:rsidRDefault="00000000">
            <w:r>
              <w:rPr>
                <w:b/>
                <w:sz w:val="16"/>
              </w:rPr>
              <w:t>Result</w:t>
            </w:r>
          </w:p>
        </w:tc>
      </w:tr>
      <w:tr w:rsidR="00587C7B" w14:paraId="7FA143F8" w14:textId="77777777">
        <w:trPr>
          <w:jc w:val="center"/>
        </w:trPr>
        <w:tc>
          <w:tcPr>
            <w:tcW w:w="3120" w:type="dxa"/>
          </w:tcPr>
          <w:p w14:paraId="237AB309" w14:textId="77777777" w:rsidR="00587C7B" w:rsidRDefault="00000000">
            <w:r>
              <w:rPr>
                <w:sz w:val="16"/>
              </w:rPr>
              <w:t>Principal Component Analysis</w:t>
            </w:r>
          </w:p>
        </w:tc>
        <w:tc>
          <w:tcPr>
            <w:tcW w:w="3120" w:type="dxa"/>
          </w:tcPr>
          <w:p w14:paraId="35332787" w14:textId="77777777" w:rsidR="00587C7B" w:rsidRDefault="00000000">
            <w:r>
              <w:rPr>
                <w:sz w:val="16"/>
              </w:rPr>
              <w:t>PC1 (Obesity–insulin resistance axis)</w:t>
            </w:r>
          </w:p>
        </w:tc>
        <w:tc>
          <w:tcPr>
            <w:tcW w:w="3120" w:type="dxa"/>
          </w:tcPr>
          <w:p w14:paraId="068035EC" w14:textId="77777777" w:rsidR="00587C7B" w:rsidRDefault="00000000">
            <w:r>
              <w:rPr>
                <w:sz w:val="16"/>
              </w:rPr>
              <w:t>Eigenvalue = 2.561; 23.2% variance explained; major loadings: Hip circumference (+0.80), BMI (+0.80), Waist circumference (+0.64), Triglycerides (+0.45), HDL (−0.44), Fasting insulin (+0.43), Fasting glucose (+0.40)</w:t>
            </w:r>
          </w:p>
        </w:tc>
      </w:tr>
      <w:tr w:rsidR="00587C7B" w14:paraId="417C4EAD" w14:textId="77777777">
        <w:trPr>
          <w:jc w:val="center"/>
        </w:trPr>
        <w:tc>
          <w:tcPr>
            <w:tcW w:w="3120" w:type="dxa"/>
          </w:tcPr>
          <w:p w14:paraId="68B98BDC" w14:textId="77777777" w:rsidR="00587C7B" w:rsidRDefault="00587C7B"/>
        </w:tc>
        <w:tc>
          <w:tcPr>
            <w:tcW w:w="3120" w:type="dxa"/>
          </w:tcPr>
          <w:p w14:paraId="3137600C" w14:textId="77777777" w:rsidR="00587C7B" w:rsidRDefault="00000000">
            <w:r>
              <w:rPr>
                <w:sz w:val="16"/>
              </w:rPr>
              <w:t>PC2 (Lipid metabolism axis)</w:t>
            </w:r>
          </w:p>
        </w:tc>
        <w:tc>
          <w:tcPr>
            <w:tcW w:w="3120" w:type="dxa"/>
          </w:tcPr>
          <w:p w14:paraId="346C8021" w14:textId="77777777" w:rsidR="00587C7B" w:rsidRDefault="00000000">
            <w:r>
              <w:rPr>
                <w:sz w:val="16"/>
              </w:rPr>
              <w:t>Eigenvalue = 2.140; 19.4% variance explained; major loadings: Total cholesterol (+0.92), LDL (+0.88)</w:t>
            </w:r>
          </w:p>
        </w:tc>
      </w:tr>
      <w:tr w:rsidR="00587C7B" w14:paraId="59B07ACC" w14:textId="77777777">
        <w:trPr>
          <w:jc w:val="center"/>
        </w:trPr>
        <w:tc>
          <w:tcPr>
            <w:tcW w:w="3120" w:type="dxa"/>
          </w:tcPr>
          <w:p w14:paraId="58E310C6" w14:textId="77777777" w:rsidR="00587C7B" w:rsidRDefault="00587C7B"/>
        </w:tc>
        <w:tc>
          <w:tcPr>
            <w:tcW w:w="3120" w:type="dxa"/>
          </w:tcPr>
          <w:p w14:paraId="1A07522D" w14:textId="77777777" w:rsidR="00587C7B" w:rsidRDefault="00000000">
            <w:r>
              <w:rPr>
                <w:sz w:val="16"/>
              </w:rPr>
              <w:t>PC3 (Glycemic regulation axis)</w:t>
            </w:r>
          </w:p>
        </w:tc>
        <w:tc>
          <w:tcPr>
            <w:tcW w:w="3120" w:type="dxa"/>
          </w:tcPr>
          <w:p w14:paraId="25E83E73" w14:textId="77777777" w:rsidR="00587C7B" w:rsidRDefault="00000000">
            <w:r>
              <w:rPr>
                <w:sz w:val="16"/>
              </w:rPr>
              <w:t>Eigenvalue = 1.480; 13.4% variance explained; major loadings: HbA1c (+0.53), Fasting glucose (+0.50), RBS (+0.42)</w:t>
            </w:r>
          </w:p>
        </w:tc>
      </w:tr>
      <w:tr w:rsidR="00587C7B" w14:paraId="23AF7112" w14:textId="77777777">
        <w:trPr>
          <w:jc w:val="center"/>
        </w:trPr>
        <w:tc>
          <w:tcPr>
            <w:tcW w:w="3120" w:type="dxa"/>
          </w:tcPr>
          <w:p w14:paraId="6263C6B7" w14:textId="77777777" w:rsidR="00587C7B" w:rsidRDefault="00587C7B"/>
        </w:tc>
        <w:tc>
          <w:tcPr>
            <w:tcW w:w="3120" w:type="dxa"/>
          </w:tcPr>
          <w:p w14:paraId="28CB35D2" w14:textId="77777777" w:rsidR="00587C7B" w:rsidRDefault="00000000">
            <w:r>
              <w:rPr>
                <w:sz w:val="16"/>
              </w:rPr>
              <w:t>PC4 (Atherogenic dyslipidemia axis)</w:t>
            </w:r>
          </w:p>
        </w:tc>
        <w:tc>
          <w:tcPr>
            <w:tcW w:w="3120" w:type="dxa"/>
          </w:tcPr>
          <w:p w14:paraId="16DC7CE1" w14:textId="77777777" w:rsidR="00587C7B" w:rsidRDefault="00000000">
            <w:r>
              <w:rPr>
                <w:sz w:val="16"/>
              </w:rPr>
              <w:t>Eigenvalue = 1.122; 10.2% variance explained; major loadings: Triglycerides (+0.60), HDL (−0.52), HbA1c (−0.42)</w:t>
            </w:r>
          </w:p>
        </w:tc>
      </w:tr>
      <w:tr w:rsidR="00587C7B" w14:paraId="6666C757" w14:textId="77777777">
        <w:trPr>
          <w:jc w:val="center"/>
        </w:trPr>
        <w:tc>
          <w:tcPr>
            <w:tcW w:w="3120" w:type="dxa"/>
          </w:tcPr>
          <w:p w14:paraId="1C919542" w14:textId="77777777" w:rsidR="00587C7B" w:rsidRDefault="00000000">
            <w:r>
              <w:rPr>
                <w:sz w:val="16"/>
              </w:rPr>
              <w:t>Correlation analysis</w:t>
            </w:r>
          </w:p>
        </w:tc>
        <w:tc>
          <w:tcPr>
            <w:tcW w:w="3120" w:type="dxa"/>
          </w:tcPr>
          <w:p w14:paraId="1817D707" w14:textId="77777777" w:rsidR="00587C7B" w:rsidRDefault="00000000">
            <w:r>
              <w:rPr>
                <w:sz w:val="16"/>
              </w:rPr>
              <w:t>Total cholesterol vs. LDL</w:t>
            </w:r>
          </w:p>
        </w:tc>
        <w:tc>
          <w:tcPr>
            <w:tcW w:w="3120" w:type="dxa"/>
          </w:tcPr>
          <w:p w14:paraId="65A0D70C" w14:textId="77777777" w:rsidR="00587C7B" w:rsidRDefault="00000000">
            <w:r>
              <w:rPr>
                <w:sz w:val="16"/>
              </w:rPr>
              <w:t>r = 0.894, adjusted P = 7.04 × 10⁻¹⁸⁸</w:t>
            </w:r>
          </w:p>
        </w:tc>
      </w:tr>
      <w:tr w:rsidR="00587C7B" w14:paraId="39588A98" w14:textId="77777777">
        <w:trPr>
          <w:jc w:val="center"/>
        </w:trPr>
        <w:tc>
          <w:tcPr>
            <w:tcW w:w="3120" w:type="dxa"/>
          </w:tcPr>
          <w:p w14:paraId="0FFA4899" w14:textId="77777777" w:rsidR="00587C7B" w:rsidRDefault="00587C7B"/>
        </w:tc>
        <w:tc>
          <w:tcPr>
            <w:tcW w:w="3120" w:type="dxa"/>
          </w:tcPr>
          <w:p w14:paraId="0FBFCFF4" w14:textId="77777777" w:rsidR="00587C7B" w:rsidRDefault="00000000">
            <w:r>
              <w:rPr>
                <w:sz w:val="16"/>
              </w:rPr>
              <w:t>Hip circumference vs. BMI</w:t>
            </w:r>
          </w:p>
        </w:tc>
        <w:tc>
          <w:tcPr>
            <w:tcW w:w="3120" w:type="dxa"/>
          </w:tcPr>
          <w:p w14:paraId="4C998A39" w14:textId="77777777" w:rsidR="00587C7B" w:rsidRDefault="00000000">
            <w:r>
              <w:rPr>
                <w:sz w:val="16"/>
              </w:rPr>
              <w:t>r = 0.850, adjusted P = 3.68 × 10⁻¹⁵⁰</w:t>
            </w:r>
          </w:p>
        </w:tc>
      </w:tr>
      <w:tr w:rsidR="00587C7B" w14:paraId="2D29E8EC" w14:textId="77777777">
        <w:trPr>
          <w:jc w:val="center"/>
        </w:trPr>
        <w:tc>
          <w:tcPr>
            <w:tcW w:w="3120" w:type="dxa"/>
          </w:tcPr>
          <w:p w14:paraId="14C9B38D" w14:textId="77777777" w:rsidR="00587C7B" w:rsidRDefault="00587C7B"/>
        </w:tc>
        <w:tc>
          <w:tcPr>
            <w:tcW w:w="3120" w:type="dxa"/>
          </w:tcPr>
          <w:p w14:paraId="18F9E2E5" w14:textId="77777777" w:rsidR="00587C7B" w:rsidRDefault="00000000">
            <w:r>
              <w:rPr>
                <w:sz w:val="16"/>
              </w:rPr>
              <w:t>Waist circumference vs. Hip circumference</w:t>
            </w:r>
          </w:p>
        </w:tc>
        <w:tc>
          <w:tcPr>
            <w:tcW w:w="3120" w:type="dxa"/>
          </w:tcPr>
          <w:p w14:paraId="45822749" w14:textId="77777777" w:rsidR="00587C7B" w:rsidRDefault="00000000">
            <w:r>
              <w:rPr>
                <w:sz w:val="16"/>
              </w:rPr>
              <w:t>r = 0.457, adjusted P = 5.51 × 10⁻²⁸</w:t>
            </w:r>
          </w:p>
        </w:tc>
      </w:tr>
      <w:tr w:rsidR="00587C7B" w14:paraId="0E81FB8F" w14:textId="77777777">
        <w:trPr>
          <w:jc w:val="center"/>
        </w:trPr>
        <w:tc>
          <w:tcPr>
            <w:tcW w:w="3120" w:type="dxa"/>
          </w:tcPr>
          <w:p w14:paraId="3BD97190" w14:textId="77777777" w:rsidR="00587C7B" w:rsidRDefault="00587C7B"/>
        </w:tc>
        <w:tc>
          <w:tcPr>
            <w:tcW w:w="3120" w:type="dxa"/>
          </w:tcPr>
          <w:p w14:paraId="1FE67443" w14:textId="77777777" w:rsidR="00587C7B" w:rsidRDefault="00000000">
            <w:r>
              <w:rPr>
                <w:sz w:val="16"/>
              </w:rPr>
              <w:t>Waist circumference vs. BMI</w:t>
            </w:r>
          </w:p>
        </w:tc>
        <w:tc>
          <w:tcPr>
            <w:tcW w:w="3120" w:type="dxa"/>
          </w:tcPr>
          <w:p w14:paraId="6706E4BC" w14:textId="77777777" w:rsidR="00587C7B" w:rsidRDefault="00000000">
            <w:r>
              <w:rPr>
                <w:sz w:val="16"/>
              </w:rPr>
              <w:t>r = 0.452, adjusted P = 2.30 × 10⁻²⁷</w:t>
            </w:r>
          </w:p>
        </w:tc>
      </w:tr>
      <w:tr w:rsidR="00587C7B" w14:paraId="6132B0D8" w14:textId="77777777">
        <w:trPr>
          <w:jc w:val="center"/>
        </w:trPr>
        <w:tc>
          <w:tcPr>
            <w:tcW w:w="3120" w:type="dxa"/>
          </w:tcPr>
          <w:p w14:paraId="2B9C48B5" w14:textId="77777777" w:rsidR="00587C7B" w:rsidRDefault="00587C7B"/>
        </w:tc>
        <w:tc>
          <w:tcPr>
            <w:tcW w:w="3120" w:type="dxa"/>
          </w:tcPr>
          <w:p w14:paraId="259E2498" w14:textId="77777777" w:rsidR="00587C7B" w:rsidRDefault="00000000">
            <w:r>
              <w:rPr>
                <w:sz w:val="16"/>
              </w:rPr>
              <w:t>HbA1c vs. Fasting glucose</w:t>
            </w:r>
          </w:p>
        </w:tc>
        <w:tc>
          <w:tcPr>
            <w:tcW w:w="3120" w:type="dxa"/>
          </w:tcPr>
          <w:p w14:paraId="3EEE90B8" w14:textId="77777777" w:rsidR="00587C7B" w:rsidRDefault="00000000">
            <w:r>
              <w:rPr>
                <w:sz w:val="16"/>
              </w:rPr>
              <w:t>r = 0.408, adjusted P = 5.21 × 10⁻²²</w:t>
            </w:r>
          </w:p>
        </w:tc>
      </w:tr>
      <w:tr w:rsidR="00587C7B" w14:paraId="22C8B624" w14:textId="77777777">
        <w:trPr>
          <w:jc w:val="center"/>
        </w:trPr>
        <w:tc>
          <w:tcPr>
            <w:tcW w:w="3120" w:type="dxa"/>
          </w:tcPr>
          <w:p w14:paraId="70B72BAD" w14:textId="77777777" w:rsidR="00587C7B" w:rsidRDefault="00587C7B"/>
        </w:tc>
        <w:tc>
          <w:tcPr>
            <w:tcW w:w="3120" w:type="dxa"/>
          </w:tcPr>
          <w:p w14:paraId="3E138A8D" w14:textId="77777777" w:rsidR="00587C7B" w:rsidRDefault="00000000">
            <w:r>
              <w:rPr>
                <w:sz w:val="16"/>
              </w:rPr>
              <w:t>Triglycerides vs. HDL</w:t>
            </w:r>
          </w:p>
        </w:tc>
        <w:tc>
          <w:tcPr>
            <w:tcW w:w="3120" w:type="dxa"/>
          </w:tcPr>
          <w:p w14:paraId="0EB7230F" w14:textId="77777777" w:rsidR="00587C7B" w:rsidRDefault="00000000">
            <w:r>
              <w:rPr>
                <w:sz w:val="16"/>
              </w:rPr>
              <w:t>r = −0.316, adjusted P = 4.93 × 10⁻¹³</w:t>
            </w:r>
          </w:p>
        </w:tc>
      </w:tr>
      <w:tr w:rsidR="00587C7B" w14:paraId="670E8555" w14:textId="77777777">
        <w:trPr>
          <w:jc w:val="center"/>
        </w:trPr>
        <w:tc>
          <w:tcPr>
            <w:tcW w:w="3120" w:type="dxa"/>
          </w:tcPr>
          <w:p w14:paraId="090045B1" w14:textId="77777777" w:rsidR="00587C7B" w:rsidRDefault="00587C7B"/>
        </w:tc>
        <w:tc>
          <w:tcPr>
            <w:tcW w:w="3120" w:type="dxa"/>
          </w:tcPr>
          <w:p w14:paraId="6A7E5D22" w14:textId="77777777" w:rsidR="00587C7B" w:rsidRDefault="00000000">
            <w:r>
              <w:rPr>
                <w:sz w:val="16"/>
              </w:rPr>
              <w:t>Total cholesterol vs. Triglycerides</w:t>
            </w:r>
          </w:p>
        </w:tc>
        <w:tc>
          <w:tcPr>
            <w:tcW w:w="3120" w:type="dxa"/>
          </w:tcPr>
          <w:p w14:paraId="0CC7C649" w14:textId="77777777" w:rsidR="00587C7B" w:rsidRDefault="00000000">
            <w:r>
              <w:rPr>
                <w:sz w:val="16"/>
              </w:rPr>
              <w:t>r = 0.298, adjusted P = 1.31 × 10⁻¹¹</w:t>
            </w:r>
          </w:p>
        </w:tc>
      </w:tr>
      <w:tr w:rsidR="00587C7B" w14:paraId="6728EB85" w14:textId="77777777">
        <w:trPr>
          <w:jc w:val="center"/>
        </w:trPr>
        <w:tc>
          <w:tcPr>
            <w:tcW w:w="3120" w:type="dxa"/>
          </w:tcPr>
          <w:p w14:paraId="331DEB2A" w14:textId="77777777" w:rsidR="00587C7B" w:rsidRDefault="00587C7B"/>
        </w:tc>
        <w:tc>
          <w:tcPr>
            <w:tcW w:w="3120" w:type="dxa"/>
          </w:tcPr>
          <w:p w14:paraId="1DD38992" w14:textId="77777777" w:rsidR="00587C7B" w:rsidRDefault="00000000">
            <w:r>
              <w:rPr>
                <w:sz w:val="16"/>
              </w:rPr>
              <w:t>Triglycerides vs. Fasting insulin</w:t>
            </w:r>
          </w:p>
        </w:tc>
        <w:tc>
          <w:tcPr>
            <w:tcW w:w="3120" w:type="dxa"/>
          </w:tcPr>
          <w:p w14:paraId="57515B50" w14:textId="77777777" w:rsidR="00587C7B" w:rsidRDefault="00000000">
            <w:r>
              <w:rPr>
                <w:sz w:val="16"/>
              </w:rPr>
              <w:t>r = 0.220, adjusted P = 1.50 × 10⁻⁶</w:t>
            </w:r>
          </w:p>
        </w:tc>
      </w:tr>
      <w:tr w:rsidR="00587C7B" w14:paraId="16B709F7" w14:textId="77777777">
        <w:trPr>
          <w:jc w:val="center"/>
        </w:trPr>
        <w:tc>
          <w:tcPr>
            <w:tcW w:w="3120" w:type="dxa"/>
          </w:tcPr>
          <w:p w14:paraId="27E036E4" w14:textId="77777777" w:rsidR="00587C7B" w:rsidRDefault="00587C7B"/>
        </w:tc>
        <w:tc>
          <w:tcPr>
            <w:tcW w:w="3120" w:type="dxa"/>
          </w:tcPr>
          <w:p w14:paraId="5FA6A00B" w14:textId="77777777" w:rsidR="00587C7B" w:rsidRDefault="00000000">
            <w:r>
              <w:rPr>
                <w:sz w:val="16"/>
              </w:rPr>
              <w:t>Total cholesterol vs. HDL</w:t>
            </w:r>
          </w:p>
        </w:tc>
        <w:tc>
          <w:tcPr>
            <w:tcW w:w="3120" w:type="dxa"/>
          </w:tcPr>
          <w:p w14:paraId="1656B052" w14:textId="77777777" w:rsidR="00587C7B" w:rsidRDefault="00000000">
            <w:r>
              <w:rPr>
                <w:sz w:val="16"/>
              </w:rPr>
              <w:t>r = 0.220, adjusted P = 1.50 × 10⁻⁶</w:t>
            </w:r>
          </w:p>
        </w:tc>
      </w:tr>
      <w:tr w:rsidR="00587C7B" w14:paraId="5A44958A" w14:textId="77777777">
        <w:trPr>
          <w:jc w:val="center"/>
        </w:trPr>
        <w:tc>
          <w:tcPr>
            <w:tcW w:w="3120" w:type="dxa"/>
          </w:tcPr>
          <w:p w14:paraId="070609D9" w14:textId="77777777" w:rsidR="00587C7B" w:rsidRDefault="00587C7B"/>
        </w:tc>
        <w:tc>
          <w:tcPr>
            <w:tcW w:w="3120" w:type="dxa"/>
          </w:tcPr>
          <w:p w14:paraId="0DB47764" w14:textId="77777777" w:rsidR="00587C7B" w:rsidRDefault="00000000">
            <w:r>
              <w:rPr>
                <w:sz w:val="16"/>
              </w:rPr>
              <w:t>BMI vs. Fasting insulin</w:t>
            </w:r>
          </w:p>
        </w:tc>
        <w:tc>
          <w:tcPr>
            <w:tcW w:w="3120" w:type="dxa"/>
          </w:tcPr>
          <w:p w14:paraId="5F54FB96" w14:textId="77777777" w:rsidR="00587C7B" w:rsidRDefault="00000000">
            <w:r>
              <w:rPr>
                <w:sz w:val="16"/>
              </w:rPr>
              <w:t>r = 0.210, adjusted P = 4.56 × 10⁻⁶</w:t>
            </w:r>
          </w:p>
        </w:tc>
      </w:tr>
    </w:tbl>
    <w:p w14:paraId="1429A621" w14:textId="77777777" w:rsidR="00587C7B" w:rsidRDefault="00000000">
      <w:r>
        <w:rPr>
          <w:sz w:val="16"/>
        </w:rPr>
        <w:t>Adjusted P values are those supplied in the original table. BMI body mass index, HbA1c glycated haemoglobin, HDL high-density lipoprotein, LDL low-density lipoprotein, PC principal component, RBS random blood sugar</w:t>
      </w:r>
    </w:p>
    <w:p w14:paraId="1CD6EF0C" w14:textId="77777777" w:rsidR="00587C7B" w:rsidRDefault="00000000">
      <w:r>
        <w:br w:type="page"/>
      </w:r>
    </w:p>
    <w:p w14:paraId="7C9D5587" w14:textId="3EEEB443" w:rsidR="00587C7B" w:rsidRDefault="00000000">
      <w:pPr>
        <w:keepNext/>
      </w:pPr>
      <w:r>
        <w:rPr>
          <w:b/>
        </w:rPr>
        <w:lastRenderedPageBreak/>
        <w:t xml:space="preserve">Supplementary Table </w:t>
      </w:r>
      <w:r w:rsidR="00ED6E9C">
        <w:rPr>
          <w:b/>
        </w:rPr>
        <w:t>S</w:t>
      </w:r>
      <w:r>
        <w:rPr>
          <w:b/>
        </w:rPr>
        <w:t>3 Participant and variant counts at each stage of quality control and genome-wide association analysis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72"/>
        <w:gridCol w:w="1872"/>
        <w:gridCol w:w="1872"/>
        <w:gridCol w:w="1872"/>
        <w:gridCol w:w="1872"/>
      </w:tblGrid>
      <w:tr w:rsidR="00587C7B" w14:paraId="17DB9351" w14:textId="77777777">
        <w:trPr>
          <w:jc w:val="center"/>
        </w:trPr>
        <w:tc>
          <w:tcPr>
            <w:tcW w:w="1872" w:type="dxa"/>
          </w:tcPr>
          <w:p w14:paraId="3AE728C2" w14:textId="77777777" w:rsidR="00587C7B" w:rsidRDefault="00000000">
            <w:r>
              <w:rPr>
                <w:b/>
                <w:sz w:val="16"/>
              </w:rPr>
              <w:t>Analysis stage</w:t>
            </w:r>
          </w:p>
        </w:tc>
        <w:tc>
          <w:tcPr>
            <w:tcW w:w="1872" w:type="dxa"/>
          </w:tcPr>
          <w:p w14:paraId="5113791C" w14:textId="77777777" w:rsidR="00587C7B" w:rsidRDefault="00000000">
            <w:r>
              <w:rPr>
                <w:b/>
                <w:sz w:val="16"/>
              </w:rPr>
              <w:t>Participants</w:t>
            </w:r>
          </w:p>
        </w:tc>
        <w:tc>
          <w:tcPr>
            <w:tcW w:w="1872" w:type="dxa"/>
          </w:tcPr>
          <w:p w14:paraId="731A10D1" w14:textId="77777777" w:rsidR="00587C7B" w:rsidRDefault="00000000">
            <w:r>
              <w:rPr>
                <w:b/>
                <w:sz w:val="16"/>
              </w:rPr>
              <w:t>Prediabetes</w:t>
            </w:r>
          </w:p>
        </w:tc>
        <w:tc>
          <w:tcPr>
            <w:tcW w:w="1872" w:type="dxa"/>
          </w:tcPr>
          <w:p w14:paraId="4A042679" w14:textId="77777777" w:rsidR="00587C7B" w:rsidRDefault="00000000">
            <w:r>
              <w:rPr>
                <w:b/>
                <w:sz w:val="16"/>
              </w:rPr>
              <w:t>Controls</w:t>
            </w:r>
          </w:p>
        </w:tc>
        <w:tc>
          <w:tcPr>
            <w:tcW w:w="1872" w:type="dxa"/>
          </w:tcPr>
          <w:p w14:paraId="1C44D63D" w14:textId="77777777" w:rsidR="00587C7B" w:rsidRDefault="00000000">
            <w:r>
              <w:rPr>
                <w:b/>
                <w:sz w:val="16"/>
              </w:rPr>
              <w:t>Variants / markers</w:t>
            </w:r>
          </w:p>
        </w:tc>
      </w:tr>
      <w:tr w:rsidR="00587C7B" w14:paraId="2404D074" w14:textId="77777777">
        <w:trPr>
          <w:jc w:val="center"/>
        </w:trPr>
        <w:tc>
          <w:tcPr>
            <w:tcW w:w="1872" w:type="dxa"/>
          </w:tcPr>
          <w:p w14:paraId="5DAF43E5" w14:textId="77777777" w:rsidR="00587C7B" w:rsidRDefault="00000000">
            <w:r>
              <w:rPr>
                <w:sz w:val="16"/>
              </w:rPr>
              <w:t>Initial genotyped set</w:t>
            </w:r>
          </w:p>
        </w:tc>
        <w:tc>
          <w:tcPr>
            <w:tcW w:w="1872" w:type="dxa"/>
          </w:tcPr>
          <w:p w14:paraId="27CC8E3F" w14:textId="77777777" w:rsidR="00587C7B" w:rsidRDefault="00000000">
            <w:r>
              <w:rPr>
                <w:sz w:val="16"/>
              </w:rPr>
              <w:t>540</w:t>
            </w:r>
          </w:p>
        </w:tc>
        <w:tc>
          <w:tcPr>
            <w:tcW w:w="1872" w:type="dxa"/>
          </w:tcPr>
          <w:p w14:paraId="6D79C97F" w14:textId="77777777" w:rsidR="00587C7B" w:rsidRDefault="00000000">
            <w:r>
              <w:rPr>
                <w:sz w:val="16"/>
              </w:rPr>
              <w:t>303</w:t>
            </w:r>
          </w:p>
        </w:tc>
        <w:tc>
          <w:tcPr>
            <w:tcW w:w="1872" w:type="dxa"/>
          </w:tcPr>
          <w:p w14:paraId="7433F955" w14:textId="77777777" w:rsidR="00587C7B" w:rsidRDefault="00000000">
            <w:r>
              <w:rPr>
                <w:sz w:val="16"/>
              </w:rPr>
              <w:t>237</w:t>
            </w:r>
          </w:p>
        </w:tc>
        <w:tc>
          <w:tcPr>
            <w:tcW w:w="1872" w:type="dxa"/>
          </w:tcPr>
          <w:p w14:paraId="08F116D0" w14:textId="77777777" w:rsidR="00587C7B" w:rsidRDefault="00000000">
            <w:r>
              <w:rPr>
                <w:sz w:val="16"/>
              </w:rPr>
              <w:t>654,027</w:t>
            </w:r>
          </w:p>
        </w:tc>
      </w:tr>
      <w:tr w:rsidR="00587C7B" w14:paraId="2C78A446" w14:textId="77777777">
        <w:trPr>
          <w:jc w:val="center"/>
        </w:trPr>
        <w:tc>
          <w:tcPr>
            <w:tcW w:w="1872" w:type="dxa"/>
          </w:tcPr>
          <w:p w14:paraId="67BDB008" w14:textId="77777777" w:rsidR="00587C7B" w:rsidRDefault="00000000">
            <w:r>
              <w:rPr>
                <w:sz w:val="16"/>
              </w:rPr>
              <w:t>After heterozygosity QC</w:t>
            </w:r>
          </w:p>
        </w:tc>
        <w:tc>
          <w:tcPr>
            <w:tcW w:w="1872" w:type="dxa"/>
          </w:tcPr>
          <w:p w14:paraId="7316FE17" w14:textId="77777777" w:rsidR="00587C7B" w:rsidRDefault="00000000">
            <w:r>
              <w:rPr>
                <w:sz w:val="16"/>
              </w:rPr>
              <w:t>499</w:t>
            </w:r>
          </w:p>
        </w:tc>
        <w:tc>
          <w:tcPr>
            <w:tcW w:w="1872" w:type="dxa"/>
          </w:tcPr>
          <w:p w14:paraId="541EBABB" w14:textId="77777777" w:rsidR="00587C7B" w:rsidRDefault="00000000">
            <w:r>
              <w:rPr>
                <w:sz w:val="16"/>
              </w:rPr>
              <w:t>281</w:t>
            </w:r>
          </w:p>
        </w:tc>
        <w:tc>
          <w:tcPr>
            <w:tcW w:w="1872" w:type="dxa"/>
          </w:tcPr>
          <w:p w14:paraId="39EE73DF" w14:textId="77777777" w:rsidR="00587C7B" w:rsidRDefault="00000000">
            <w:r>
              <w:rPr>
                <w:sz w:val="16"/>
              </w:rPr>
              <w:t>218</w:t>
            </w:r>
          </w:p>
        </w:tc>
        <w:tc>
          <w:tcPr>
            <w:tcW w:w="1872" w:type="dxa"/>
          </w:tcPr>
          <w:p w14:paraId="0BE006FC" w14:textId="77777777" w:rsidR="00587C7B" w:rsidRDefault="00000000">
            <w:r>
              <w:rPr>
                <w:sz w:val="16"/>
              </w:rPr>
              <w:t>653,589</w:t>
            </w:r>
          </w:p>
        </w:tc>
      </w:tr>
      <w:tr w:rsidR="00587C7B" w14:paraId="3EFE844A" w14:textId="77777777">
        <w:trPr>
          <w:jc w:val="center"/>
        </w:trPr>
        <w:tc>
          <w:tcPr>
            <w:tcW w:w="1872" w:type="dxa"/>
          </w:tcPr>
          <w:p w14:paraId="2B42EA25" w14:textId="77777777" w:rsidR="00587C7B" w:rsidRDefault="00000000">
            <w:r>
              <w:rPr>
                <w:sz w:val="16"/>
              </w:rPr>
              <w:t>After relatedness QC</w:t>
            </w:r>
          </w:p>
        </w:tc>
        <w:tc>
          <w:tcPr>
            <w:tcW w:w="1872" w:type="dxa"/>
          </w:tcPr>
          <w:p w14:paraId="411D69AE" w14:textId="77777777" w:rsidR="00587C7B" w:rsidRDefault="00000000">
            <w:r>
              <w:rPr>
                <w:sz w:val="16"/>
              </w:rPr>
              <w:t>471</w:t>
            </w:r>
          </w:p>
        </w:tc>
        <w:tc>
          <w:tcPr>
            <w:tcW w:w="1872" w:type="dxa"/>
          </w:tcPr>
          <w:p w14:paraId="206C02B1" w14:textId="77777777" w:rsidR="00587C7B" w:rsidRDefault="00000000">
            <w:r>
              <w:rPr>
                <w:sz w:val="16"/>
              </w:rPr>
              <w:t>269</w:t>
            </w:r>
          </w:p>
        </w:tc>
        <w:tc>
          <w:tcPr>
            <w:tcW w:w="1872" w:type="dxa"/>
          </w:tcPr>
          <w:p w14:paraId="6AB008E7" w14:textId="77777777" w:rsidR="00587C7B" w:rsidRDefault="00000000">
            <w:r>
              <w:rPr>
                <w:sz w:val="16"/>
              </w:rPr>
              <w:t>202</w:t>
            </w:r>
          </w:p>
        </w:tc>
        <w:tc>
          <w:tcPr>
            <w:tcW w:w="1872" w:type="dxa"/>
          </w:tcPr>
          <w:p w14:paraId="7E52867E" w14:textId="77777777" w:rsidR="00587C7B" w:rsidRDefault="00000000">
            <w:r>
              <w:rPr>
                <w:sz w:val="16"/>
              </w:rPr>
              <w:t>653,589</w:t>
            </w:r>
          </w:p>
        </w:tc>
      </w:tr>
      <w:tr w:rsidR="00587C7B" w14:paraId="744D6278" w14:textId="77777777">
        <w:trPr>
          <w:jc w:val="center"/>
        </w:trPr>
        <w:tc>
          <w:tcPr>
            <w:tcW w:w="1872" w:type="dxa"/>
          </w:tcPr>
          <w:p w14:paraId="4525CFBE" w14:textId="77777777" w:rsidR="00587C7B" w:rsidRDefault="00000000">
            <w:r>
              <w:rPr>
                <w:sz w:val="16"/>
              </w:rPr>
              <w:t>PCA marker set</w:t>
            </w:r>
          </w:p>
        </w:tc>
        <w:tc>
          <w:tcPr>
            <w:tcW w:w="1872" w:type="dxa"/>
          </w:tcPr>
          <w:p w14:paraId="569F8317" w14:textId="77777777" w:rsidR="00587C7B" w:rsidRDefault="00000000">
            <w:r>
              <w:rPr>
                <w:sz w:val="16"/>
              </w:rPr>
              <w:t>471</w:t>
            </w:r>
          </w:p>
        </w:tc>
        <w:tc>
          <w:tcPr>
            <w:tcW w:w="1872" w:type="dxa"/>
          </w:tcPr>
          <w:p w14:paraId="4074E5BE" w14:textId="77777777" w:rsidR="00587C7B" w:rsidRDefault="00000000">
            <w:r>
              <w:rPr>
                <w:sz w:val="16"/>
              </w:rPr>
              <w:t>269</w:t>
            </w:r>
          </w:p>
        </w:tc>
        <w:tc>
          <w:tcPr>
            <w:tcW w:w="1872" w:type="dxa"/>
          </w:tcPr>
          <w:p w14:paraId="5F9E8270" w14:textId="77777777" w:rsidR="00587C7B" w:rsidRDefault="00000000">
            <w:r>
              <w:rPr>
                <w:sz w:val="16"/>
              </w:rPr>
              <w:t>202</w:t>
            </w:r>
          </w:p>
        </w:tc>
        <w:tc>
          <w:tcPr>
            <w:tcW w:w="1872" w:type="dxa"/>
          </w:tcPr>
          <w:p w14:paraId="5EFEE96A" w14:textId="77777777" w:rsidR="00587C7B" w:rsidRDefault="00000000">
            <w:r>
              <w:rPr>
                <w:sz w:val="16"/>
              </w:rPr>
              <w:t>252,842</w:t>
            </w:r>
          </w:p>
        </w:tc>
      </w:tr>
      <w:tr w:rsidR="00587C7B" w14:paraId="228EF3A0" w14:textId="77777777">
        <w:trPr>
          <w:jc w:val="center"/>
        </w:trPr>
        <w:tc>
          <w:tcPr>
            <w:tcW w:w="1872" w:type="dxa"/>
          </w:tcPr>
          <w:p w14:paraId="57C78310" w14:textId="77777777" w:rsidR="00587C7B" w:rsidRDefault="00000000">
            <w:r>
              <w:rPr>
                <w:sz w:val="16"/>
              </w:rPr>
              <w:t>GWAS analysis</w:t>
            </w:r>
          </w:p>
        </w:tc>
        <w:tc>
          <w:tcPr>
            <w:tcW w:w="1872" w:type="dxa"/>
          </w:tcPr>
          <w:p w14:paraId="1BFBE531" w14:textId="77777777" w:rsidR="00587C7B" w:rsidRDefault="00000000">
            <w:r>
              <w:rPr>
                <w:sz w:val="16"/>
              </w:rPr>
              <w:t>471</w:t>
            </w:r>
          </w:p>
        </w:tc>
        <w:tc>
          <w:tcPr>
            <w:tcW w:w="1872" w:type="dxa"/>
          </w:tcPr>
          <w:p w14:paraId="29943D41" w14:textId="77777777" w:rsidR="00587C7B" w:rsidRDefault="00000000">
            <w:r>
              <w:rPr>
                <w:sz w:val="16"/>
              </w:rPr>
              <w:t>269</w:t>
            </w:r>
          </w:p>
        </w:tc>
        <w:tc>
          <w:tcPr>
            <w:tcW w:w="1872" w:type="dxa"/>
          </w:tcPr>
          <w:p w14:paraId="36FE9FC9" w14:textId="77777777" w:rsidR="00587C7B" w:rsidRDefault="00000000">
            <w:r>
              <w:rPr>
                <w:sz w:val="16"/>
              </w:rPr>
              <w:t>202</w:t>
            </w:r>
          </w:p>
        </w:tc>
        <w:tc>
          <w:tcPr>
            <w:tcW w:w="1872" w:type="dxa"/>
          </w:tcPr>
          <w:p w14:paraId="6144AC32" w14:textId="77777777" w:rsidR="00587C7B" w:rsidRDefault="00000000">
            <w:r>
              <w:rPr>
                <w:sz w:val="16"/>
              </w:rPr>
              <w:t>411,640</w:t>
            </w:r>
          </w:p>
        </w:tc>
      </w:tr>
    </w:tbl>
    <w:p w14:paraId="61250575" w14:textId="77777777" w:rsidR="00587C7B" w:rsidRDefault="00000000">
      <w:r>
        <w:rPr>
          <w:sz w:val="16"/>
        </w:rPr>
        <w:t>GWAS genome-wide association study, PCA principal component analysis, QC quality control</w:t>
      </w:r>
    </w:p>
    <w:p w14:paraId="644F4C84" w14:textId="77777777" w:rsidR="00587C7B" w:rsidRDefault="00000000">
      <w:r>
        <w:br w:type="page"/>
      </w:r>
    </w:p>
    <w:p w14:paraId="51375D30" w14:textId="6686385E" w:rsidR="00587C7B" w:rsidRDefault="00000000">
      <w:pPr>
        <w:keepNext/>
      </w:pPr>
      <w:r>
        <w:rPr>
          <w:b/>
        </w:rPr>
        <w:lastRenderedPageBreak/>
        <w:t xml:space="preserve">Supplementary Table </w:t>
      </w:r>
      <w:r w:rsidR="00ED6E9C">
        <w:rPr>
          <w:b/>
        </w:rPr>
        <w:t>S</w:t>
      </w:r>
      <w:r>
        <w:rPr>
          <w:b/>
        </w:rPr>
        <w:t>4 Suggestive single-nucleotide polymorphism associations in the genome-wide analysis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 w:rsidR="00587C7B" w14:paraId="560104BB" w14:textId="77777777">
        <w:trPr>
          <w:jc w:val="center"/>
        </w:trPr>
        <w:tc>
          <w:tcPr>
            <w:tcW w:w="1040" w:type="dxa"/>
          </w:tcPr>
          <w:p w14:paraId="53FED03B" w14:textId="77777777" w:rsidR="00587C7B" w:rsidRDefault="00000000">
            <w:r>
              <w:rPr>
                <w:b/>
                <w:sz w:val="16"/>
              </w:rPr>
              <w:t>CHR</w:t>
            </w:r>
          </w:p>
        </w:tc>
        <w:tc>
          <w:tcPr>
            <w:tcW w:w="1040" w:type="dxa"/>
          </w:tcPr>
          <w:p w14:paraId="71874072" w14:textId="77777777" w:rsidR="00587C7B" w:rsidRDefault="00000000">
            <w:r>
              <w:rPr>
                <w:b/>
                <w:sz w:val="16"/>
              </w:rPr>
              <w:t>SNP</w:t>
            </w:r>
          </w:p>
        </w:tc>
        <w:tc>
          <w:tcPr>
            <w:tcW w:w="1040" w:type="dxa"/>
          </w:tcPr>
          <w:p w14:paraId="6CC04D86" w14:textId="77777777" w:rsidR="00587C7B" w:rsidRDefault="00000000">
            <w:r>
              <w:rPr>
                <w:b/>
                <w:sz w:val="16"/>
              </w:rPr>
              <w:t>BP</w:t>
            </w:r>
          </w:p>
        </w:tc>
        <w:tc>
          <w:tcPr>
            <w:tcW w:w="1040" w:type="dxa"/>
          </w:tcPr>
          <w:p w14:paraId="286AEE1D" w14:textId="77777777" w:rsidR="00587C7B" w:rsidRDefault="00000000">
            <w:r>
              <w:rPr>
                <w:b/>
                <w:sz w:val="16"/>
              </w:rPr>
              <w:t>A1</w:t>
            </w:r>
          </w:p>
        </w:tc>
        <w:tc>
          <w:tcPr>
            <w:tcW w:w="1040" w:type="dxa"/>
          </w:tcPr>
          <w:p w14:paraId="293D9FAF" w14:textId="77777777" w:rsidR="00587C7B" w:rsidRDefault="00000000">
            <w:r>
              <w:rPr>
                <w:b/>
                <w:sz w:val="16"/>
              </w:rPr>
              <w:t>OR</w:t>
            </w:r>
          </w:p>
        </w:tc>
        <w:tc>
          <w:tcPr>
            <w:tcW w:w="1040" w:type="dxa"/>
          </w:tcPr>
          <w:p w14:paraId="3C23CB8D" w14:textId="77777777" w:rsidR="00587C7B" w:rsidRDefault="00000000">
            <w:r>
              <w:rPr>
                <w:b/>
                <w:sz w:val="16"/>
              </w:rPr>
              <w:t>SE</w:t>
            </w:r>
          </w:p>
        </w:tc>
        <w:tc>
          <w:tcPr>
            <w:tcW w:w="1040" w:type="dxa"/>
          </w:tcPr>
          <w:p w14:paraId="4444A4EF" w14:textId="77777777" w:rsidR="00587C7B" w:rsidRDefault="00000000">
            <w:r>
              <w:rPr>
                <w:b/>
                <w:sz w:val="16"/>
              </w:rPr>
              <w:t>L95</w:t>
            </w:r>
          </w:p>
        </w:tc>
        <w:tc>
          <w:tcPr>
            <w:tcW w:w="1040" w:type="dxa"/>
          </w:tcPr>
          <w:p w14:paraId="18782DF5" w14:textId="77777777" w:rsidR="00587C7B" w:rsidRDefault="00000000">
            <w:r>
              <w:rPr>
                <w:b/>
                <w:sz w:val="16"/>
              </w:rPr>
              <w:t>U95</w:t>
            </w:r>
          </w:p>
        </w:tc>
        <w:tc>
          <w:tcPr>
            <w:tcW w:w="1040" w:type="dxa"/>
          </w:tcPr>
          <w:p w14:paraId="5587CE45" w14:textId="77777777" w:rsidR="00587C7B" w:rsidRDefault="00000000">
            <w:r>
              <w:rPr>
                <w:b/>
                <w:sz w:val="16"/>
              </w:rPr>
              <w:t>P</w:t>
            </w:r>
          </w:p>
        </w:tc>
      </w:tr>
      <w:tr w:rsidR="00587C7B" w14:paraId="5FFEA6C0" w14:textId="77777777">
        <w:trPr>
          <w:jc w:val="center"/>
        </w:trPr>
        <w:tc>
          <w:tcPr>
            <w:tcW w:w="1040" w:type="dxa"/>
          </w:tcPr>
          <w:p w14:paraId="001F67B5" w14:textId="77777777" w:rsidR="00587C7B" w:rsidRDefault="00000000">
            <w:r>
              <w:rPr>
                <w:sz w:val="16"/>
              </w:rPr>
              <w:t>11</w:t>
            </w:r>
          </w:p>
        </w:tc>
        <w:tc>
          <w:tcPr>
            <w:tcW w:w="1040" w:type="dxa"/>
          </w:tcPr>
          <w:p w14:paraId="4FDA4233" w14:textId="77777777" w:rsidR="00587C7B" w:rsidRDefault="00000000">
            <w:r>
              <w:rPr>
                <w:sz w:val="16"/>
              </w:rPr>
              <w:t>rs11020124</w:t>
            </w:r>
          </w:p>
        </w:tc>
        <w:tc>
          <w:tcPr>
            <w:tcW w:w="1040" w:type="dxa"/>
          </w:tcPr>
          <w:p w14:paraId="032A8842" w14:textId="77777777" w:rsidR="00587C7B" w:rsidRDefault="00000000">
            <w:r>
              <w:rPr>
                <w:sz w:val="16"/>
              </w:rPr>
              <w:t>92957495</w:t>
            </w:r>
          </w:p>
        </w:tc>
        <w:tc>
          <w:tcPr>
            <w:tcW w:w="1040" w:type="dxa"/>
          </w:tcPr>
          <w:p w14:paraId="11B9F2CB" w14:textId="77777777" w:rsidR="00587C7B" w:rsidRDefault="00000000">
            <w:r>
              <w:rPr>
                <w:sz w:val="16"/>
              </w:rPr>
              <w:t>G</w:t>
            </w:r>
          </w:p>
        </w:tc>
        <w:tc>
          <w:tcPr>
            <w:tcW w:w="1040" w:type="dxa"/>
          </w:tcPr>
          <w:p w14:paraId="25A40CAC" w14:textId="77777777" w:rsidR="00587C7B" w:rsidRDefault="00000000">
            <w:r>
              <w:rPr>
                <w:sz w:val="16"/>
              </w:rPr>
              <w:t>1.826</w:t>
            </w:r>
          </w:p>
        </w:tc>
        <w:tc>
          <w:tcPr>
            <w:tcW w:w="1040" w:type="dxa"/>
          </w:tcPr>
          <w:p w14:paraId="2186F26F" w14:textId="77777777" w:rsidR="00587C7B" w:rsidRDefault="00000000">
            <w:r>
              <w:rPr>
                <w:sz w:val="16"/>
              </w:rPr>
              <w:t>0.1418</w:t>
            </w:r>
          </w:p>
        </w:tc>
        <w:tc>
          <w:tcPr>
            <w:tcW w:w="1040" w:type="dxa"/>
          </w:tcPr>
          <w:p w14:paraId="510F5EE5" w14:textId="77777777" w:rsidR="00587C7B" w:rsidRDefault="00000000">
            <w:r>
              <w:rPr>
                <w:sz w:val="16"/>
              </w:rPr>
              <w:t>1.383</w:t>
            </w:r>
          </w:p>
        </w:tc>
        <w:tc>
          <w:tcPr>
            <w:tcW w:w="1040" w:type="dxa"/>
          </w:tcPr>
          <w:p w14:paraId="55B85779" w14:textId="77777777" w:rsidR="00587C7B" w:rsidRDefault="00000000">
            <w:r>
              <w:rPr>
                <w:sz w:val="16"/>
              </w:rPr>
              <w:t>2.411</w:t>
            </w:r>
          </w:p>
        </w:tc>
        <w:tc>
          <w:tcPr>
            <w:tcW w:w="1040" w:type="dxa"/>
          </w:tcPr>
          <w:p w14:paraId="1C00A675" w14:textId="77777777" w:rsidR="00587C7B" w:rsidRDefault="00000000">
            <w:r>
              <w:rPr>
                <w:sz w:val="16"/>
              </w:rPr>
              <w:t>2.17E-05</w:t>
            </w:r>
          </w:p>
        </w:tc>
      </w:tr>
      <w:tr w:rsidR="00587C7B" w14:paraId="72F2EC6C" w14:textId="77777777">
        <w:trPr>
          <w:jc w:val="center"/>
        </w:trPr>
        <w:tc>
          <w:tcPr>
            <w:tcW w:w="1040" w:type="dxa"/>
          </w:tcPr>
          <w:p w14:paraId="47500232" w14:textId="77777777" w:rsidR="00587C7B" w:rsidRDefault="00000000">
            <w:r>
              <w:rPr>
                <w:sz w:val="16"/>
              </w:rPr>
              <w:t>6</w:t>
            </w:r>
          </w:p>
        </w:tc>
        <w:tc>
          <w:tcPr>
            <w:tcW w:w="1040" w:type="dxa"/>
          </w:tcPr>
          <w:p w14:paraId="637107F6" w14:textId="77777777" w:rsidR="00587C7B" w:rsidRDefault="00000000">
            <w:r>
              <w:rPr>
                <w:sz w:val="16"/>
              </w:rPr>
              <w:t>rs12111375</w:t>
            </w:r>
          </w:p>
        </w:tc>
        <w:tc>
          <w:tcPr>
            <w:tcW w:w="1040" w:type="dxa"/>
          </w:tcPr>
          <w:p w14:paraId="024B535E" w14:textId="77777777" w:rsidR="00587C7B" w:rsidRDefault="00000000">
            <w:r>
              <w:rPr>
                <w:sz w:val="16"/>
              </w:rPr>
              <w:t>55204196</w:t>
            </w:r>
          </w:p>
        </w:tc>
        <w:tc>
          <w:tcPr>
            <w:tcW w:w="1040" w:type="dxa"/>
          </w:tcPr>
          <w:p w14:paraId="1EC9FF50" w14:textId="77777777" w:rsidR="00587C7B" w:rsidRDefault="00000000">
            <w:r>
              <w:rPr>
                <w:sz w:val="16"/>
              </w:rPr>
              <w:t>G</w:t>
            </w:r>
          </w:p>
        </w:tc>
        <w:tc>
          <w:tcPr>
            <w:tcW w:w="1040" w:type="dxa"/>
          </w:tcPr>
          <w:p w14:paraId="46546274" w14:textId="77777777" w:rsidR="00587C7B" w:rsidRDefault="00000000">
            <w:r>
              <w:rPr>
                <w:sz w:val="16"/>
              </w:rPr>
              <w:t>0.545</w:t>
            </w:r>
          </w:p>
        </w:tc>
        <w:tc>
          <w:tcPr>
            <w:tcW w:w="1040" w:type="dxa"/>
          </w:tcPr>
          <w:p w14:paraId="2E51C413" w14:textId="77777777" w:rsidR="00587C7B" w:rsidRDefault="00000000">
            <w:r>
              <w:rPr>
                <w:sz w:val="16"/>
              </w:rPr>
              <w:t>0.144</w:t>
            </w:r>
          </w:p>
        </w:tc>
        <w:tc>
          <w:tcPr>
            <w:tcW w:w="1040" w:type="dxa"/>
          </w:tcPr>
          <w:p w14:paraId="11DBCEC4" w14:textId="77777777" w:rsidR="00587C7B" w:rsidRDefault="00000000">
            <w:r>
              <w:rPr>
                <w:sz w:val="16"/>
              </w:rPr>
              <w:t>0.411</w:t>
            </w:r>
          </w:p>
        </w:tc>
        <w:tc>
          <w:tcPr>
            <w:tcW w:w="1040" w:type="dxa"/>
          </w:tcPr>
          <w:p w14:paraId="38980215" w14:textId="77777777" w:rsidR="00587C7B" w:rsidRDefault="00000000">
            <w:r>
              <w:rPr>
                <w:sz w:val="16"/>
              </w:rPr>
              <w:t>0.7227</w:t>
            </w:r>
          </w:p>
        </w:tc>
        <w:tc>
          <w:tcPr>
            <w:tcW w:w="1040" w:type="dxa"/>
          </w:tcPr>
          <w:p w14:paraId="3A94A10B" w14:textId="77777777" w:rsidR="00587C7B" w:rsidRDefault="00000000">
            <w:r>
              <w:rPr>
                <w:sz w:val="16"/>
              </w:rPr>
              <w:t>2.49E-05</w:t>
            </w:r>
          </w:p>
        </w:tc>
      </w:tr>
      <w:tr w:rsidR="00587C7B" w14:paraId="1A3C9F59" w14:textId="77777777">
        <w:trPr>
          <w:jc w:val="center"/>
        </w:trPr>
        <w:tc>
          <w:tcPr>
            <w:tcW w:w="1040" w:type="dxa"/>
          </w:tcPr>
          <w:p w14:paraId="6C64EBBC" w14:textId="77777777" w:rsidR="00587C7B" w:rsidRDefault="00000000">
            <w:r>
              <w:rPr>
                <w:sz w:val="16"/>
              </w:rPr>
              <w:t>17</w:t>
            </w:r>
          </w:p>
        </w:tc>
        <w:tc>
          <w:tcPr>
            <w:tcW w:w="1040" w:type="dxa"/>
          </w:tcPr>
          <w:p w14:paraId="76B478EA" w14:textId="77777777" w:rsidR="00587C7B" w:rsidRDefault="00000000">
            <w:r>
              <w:rPr>
                <w:sz w:val="16"/>
              </w:rPr>
              <w:t>rs11650969</w:t>
            </w:r>
          </w:p>
        </w:tc>
        <w:tc>
          <w:tcPr>
            <w:tcW w:w="1040" w:type="dxa"/>
          </w:tcPr>
          <w:p w14:paraId="048F9F53" w14:textId="77777777" w:rsidR="00587C7B" w:rsidRDefault="00000000">
            <w:r>
              <w:rPr>
                <w:sz w:val="16"/>
              </w:rPr>
              <w:t>41777825</w:t>
            </w:r>
          </w:p>
        </w:tc>
        <w:tc>
          <w:tcPr>
            <w:tcW w:w="1040" w:type="dxa"/>
          </w:tcPr>
          <w:p w14:paraId="14DFDF70" w14:textId="77777777" w:rsidR="00587C7B" w:rsidRDefault="00000000">
            <w:r>
              <w:rPr>
                <w:sz w:val="16"/>
              </w:rPr>
              <w:t>A</w:t>
            </w:r>
          </w:p>
        </w:tc>
        <w:tc>
          <w:tcPr>
            <w:tcW w:w="1040" w:type="dxa"/>
          </w:tcPr>
          <w:p w14:paraId="6B8B8C93" w14:textId="77777777" w:rsidR="00587C7B" w:rsidRDefault="00000000">
            <w:r>
              <w:rPr>
                <w:sz w:val="16"/>
              </w:rPr>
              <w:t>0.5655</w:t>
            </w:r>
          </w:p>
        </w:tc>
        <w:tc>
          <w:tcPr>
            <w:tcW w:w="1040" w:type="dxa"/>
          </w:tcPr>
          <w:p w14:paraId="639CC8C7" w14:textId="77777777" w:rsidR="00587C7B" w:rsidRDefault="00000000">
            <w:r>
              <w:rPr>
                <w:sz w:val="16"/>
              </w:rPr>
              <w:t>0.1362</w:t>
            </w:r>
          </w:p>
        </w:tc>
        <w:tc>
          <w:tcPr>
            <w:tcW w:w="1040" w:type="dxa"/>
          </w:tcPr>
          <w:p w14:paraId="10CF715B" w14:textId="77777777" w:rsidR="00587C7B" w:rsidRDefault="00000000">
            <w:r>
              <w:rPr>
                <w:sz w:val="16"/>
              </w:rPr>
              <w:t>0.4331</w:t>
            </w:r>
          </w:p>
        </w:tc>
        <w:tc>
          <w:tcPr>
            <w:tcW w:w="1040" w:type="dxa"/>
          </w:tcPr>
          <w:p w14:paraId="013C7B97" w14:textId="77777777" w:rsidR="00587C7B" w:rsidRDefault="00000000">
            <w:r>
              <w:rPr>
                <w:sz w:val="16"/>
              </w:rPr>
              <w:t>0.7385</w:t>
            </w:r>
          </w:p>
        </w:tc>
        <w:tc>
          <w:tcPr>
            <w:tcW w:w="1040" w:type="dxa"/>
          </w:tcPr>
          <w:p w14:paraId="085E06EE" w14:textId="77777777" w:rsidR="00587C7B" w:rsidRDefault="00000000">
            <w:r>
              <w:rPr>
                <w:sz w:val="16"/>
              </w:rPr>
              <w:t>2.84E-05</w:t>
            </w:r>
          </w:p>
        </w:tc>
      </w:tr>
      <w:tr w:rsidR="00587C7B" w14:paraId="659607EA" w14:textId="77777777">
        <w:trPr>
          <w:jc w:val="center"/>
        </w:trPr>
        <w:tc>
          <w:tcPr>
            <w:tcW w:w="1040" w:type="dxa"/>
          </w:tcPr>
          <w:p w14:paraId="22B9D1DE" w14:textId="77777777" w:rsidR="00587C7B" w:rsidRDefault="00000000">
            <w:r>
              <w:rPr>
                <w:sz w:val="16"/>
              </w:rPr>
              <w:t>11</w:t>
            </w:r>
          </w:p>
        </w:tc>
        <w:tc>
          <w:tcPr>
            <w:tcW w:w="1040" w:type="dxa"/>
          </w:tcPr>
          <w:p w14:paraId="4DB4FA24" w14:textId="77777777" w:rsidR="00587C7B" w:rsidRDefault="00000000">
            <w:r>
              <w:rPr>
                <w:sz w:val="16"/>
              </w:rPr>
              <w:t>rs1387153</w:t>
            </w:r>
          </w:p>
        </w:tc>
        <w:tc>
          <w:tcPr>
            <w:tcW w:w="1040" w:type="dxa"/>
          </w:tcPr>
          <w:p w14:paraId="32ED1A06" w14:textId="77777777" w:rsidR="00587C7B" w:rsidRDefault="00000000">
            <w:r>
              <w:rPr>
                <w:sz w:val="16"/>
              </w:rPr>
              <w:t>92940662</w:t>
            </w:r>
          </w:p>
        </w:tc>
        <w:tc>
          <w:tcPr>
            <w:tcW w:w="1040" w:type="dxa"/>
          </w:tcPr>
          <w:p w14:paraId="4D0C195E" w14:textId="77777777" w:rsidR="00587C7B" w:rsidRDefault="00000000">
            <w:r>
              <w:rPr>
                <w:sz w:val="16"/>
              </w:rPr>
              <w:t>A</w:t>
            </w:r>
          </w:p>
        </w:tc>
        <w:tc>
          <w:tcPr>
            <w:tcW w:w="1040" w:type="dxa"/>
          </w:tcPr>
          <w:p w14:paraId="64360609" w14:textId="77777777" w:rsidR="00587C7B" w:rsidRDefault="00000000">
            <w:r>
              <w:rPr>
                <w:sz w:val="16"/>
              </w:rPr>
              <w:t>1.794</w:t>
            </w:r>
          </w:p>
        </w:tc>
        <w:tc>
          <w:tcPr>
            <w:tcW w:w="1040" w:type="dxa"/>
          </w:tcPr>
          <w:p w14:paraId="07926DC6" w14:textId="77777777" w:rsidR="00587C7B" w:rsidRDefault="00000000">
            <w:r>
              <w:rPr>
                <w:sz w:val="16"/>
              </w:rPr>
              <w:t>0.1404</w:t>
            </w:r>
          </w:p>
        </w:tc>
        <w:tc>
          <w:tcPr>
            <w:tcW w:w="1040" w:type="dxa"/>
          </w:tcPr>
          <w:p w14:paraId="178A0AFE" w14:textId="77777777" w:rsidR="00587C7B" w:rsidRDefault="00000000">
            <w:r>
              <w:rPr>
                <w:sz w:val="16"/>
              </w:rPr>
              <w:t>1.362</w:t>
            </w:r>
          </w:p>
        </w:tc>
        <w:tc>
          <w:tcPr>
            <w:tcW w:w="1040" w:type="dxa"/>
          </w:tcPr>
          <w:p w14:paraId="25D45F62" w14:textId="77777777" w:rsidR="00587C7B" w:rsidRDefault="00000000">
            <w:r>
              <w:rPr>
                <w:sz w:val="16"/>
              </w:rPr>
              <w:t>2.362</w:t>
            </w:r>
          </w:p>
        </w:tc>
        <w:tc>
          <w:tcPr>
            <w:tcW w:w="1040" w:type="dxa"/>
          </w:tcPr>
          <w:p w14:paraId="5F5BF36A" w14:textId="77777777" w:rsidR="00587C7B" w:rsidRDefault="00000000">
            <w:r>
              <w:rPr>
                <w:sz w:val="16"/>
              </w:rPr>
              <w:t>3.16E-05</w:t>
            </w:r>
          </w:p>
        </w:tc>
      </w:tr>
      <w:tr w:rsidR="00587C7B" w14:paraId="429A05DE" w14:textId="77777777">
        <w:trPr>
          <w:jc w:val="center"/>
        </w:trPr>
        <w:tc>
          <w:tcPr>
            <w:tcW w:w="1040" w:type="dxa"/>
          </w:tcPr>
          <w:p w14:paraId="47BA971D" w14:textId="77777777" w:rsidR="00587C7B" w:rsidRDefault="00000000">
            <w:r>
              <w:rPr>
                <w:sz w:val="16"/>
              </w:rPr>
              <w:t>11</w:t>
            </w:r>
          </w:p>
        </w:tc>
        <w:tc>
          <w:tcPr>
            <w:tcW w:w="1040" w:type="dxa"/>
          </w:tcPr>
          <w:p w14:paraId="5C441E15" w14:textId="77777777" w:rsidR="00587C7B" w:rsidRDefault="00000000">
            <w:r>
              <w:rPr>
                <w:sz w:val="16"/>
              </w:rPr>
              <w:t>rs10830956</w:t>
            </w:r>
          </w:p>
        </w:tc>
        <w:tc>
          <w:tcPr>
            <w:tcW w:w="1040" w:type="dxa"/>
          </w:tcPr>
          <w:p w14:paraId="3C42F0B5" w14:textId="77777777" w:rsidR="00587C7B" w:rsidRDefault="00000000">
            <w:r>
              <w:rPr>
                <w:sz w:val="16"/>
              </w:rPr>
              <w:t>92947847</w:t>
            </w:r>
          </w:p>
        </w:tc>
        <w:tc>
          <w:tcPr>
            <w:tcW w:w="1040" w:type="dxa"/>
          </w:tcPr>
          <w:p w14:paraId="6F192ADD" w14:textId="77777777" w:rsidR="00587C7B" w:rsidRDefault="00000000">
            <w:r>
              <w:rPr>
                <w:sz w:val="16"/>
              </w:rPr>
              <w:t>A</w:t>
            </w:r>
          </w:p>
        </w:tc>
        <w:tc>
          <w:tcPr>
            <w:tcW w:w="1040" w:type="dxa"/>
          </w:tcPr>
          <w:p w14:paraId="338E5BB1" w14:textId="77777777" w:rsidR="00587C7B" w:rsidRDefault="00000000">
            <w:r>
              <w:rPr>
                <w:sz w:val="16"/>
              </w:rPr>
              <w:t>1.794</w:t>
            </w:r>
          </w:p>
        </w:tc>
        <w:tc>
          <w:tcPr>
            <w:tcW w:w="1040" w:type="dxa"/>
          </w:tcPr>
          <w:p w14:paraId="7760756E" w14:textId="77777777" w:rsidR="00587C7B" w:rsidRDefault="00000000">
            <w:r>
              <w:rPr>
                <w:sz w:val="16"/>
              </w:rPr>
              <w:t>0.1404</w:t>
            </w:r>
          </w:p>
        </w:tc>
        <w:tc>
          <w:tcPr>
            <w:tcW w:w="1040" w:type="dxa"/>
          </w:tcPr>
          <w:p w14:paraId="4A85FEE3" w14:textId="77777777" w:rsidR="00587C7B" w:rsidRDefault="00000000">
            <w:r>
              <w:rPr>
                <w:sz w:val="16"/>
              </w:rPr>
              <w:t>1.362</w:t>
            </w:r>
          </w:p>
        </w:tc>
        <w:tc>
          <w:tcPr>
            <w:tcW w:w="1040" w:type="dxa"/>
          </w:tcPr>
          <w:p w14:paraId="1190231C" w14:textId="77777777" w:rsidR="00587C7B" w:rsidRDefault="00000000">
            <w:r>
              <w:rPr>
                <w:sz w:val="16"/>
              </w:rPr>
              <w:t>2.362</w:t>
            </w:r>
          </w:p>
        </w:tc>
        <w:tc>
          <w:tcPr>
            <w:tcW w:w="1040" w:type="dxa"/>
          </w:tcPr>
          <w:p w14:paraId="619F9813" w14:textId="77777777" w:rsidR="00587C7B" w:rsidRDefault="00000000">
            <w:r>
              <w:rPr>
                <w:sz w:val="16"/>
              </w:rPr>
              <w:t>3.16E-05</w:t>
            </w:r>
          </w:p>
        </w:tc>
      </w:tr>
      <w:tr w:rsidR="00587C7B" w14:paraId="31690BE6" w14:textId="77777777">
        <w:trPr>
          <w:jc w:val="center"/>
        </w:trPr>
        <w:tc>
          <w:tcPr>
            <w:tcW w:w="1040" w:type="dxa"/>
          </w:tcPr>
          <w:p w14:paraId="29DFDDE2" w14:textId="77777777" w:rsidR="00587C7B" w:rsidRDefault="00000000">
            <w:r>
              <w:rPr>
                <w:sz w:val="16"/>
              </w:rPr>
              <w:t>6</w:t>
            </w:r>
          </w:p>
        </w:tc>
        <w:tc>
          <w:tcPr>
            <w:tcW w:w="1040" w:type="dxa"/>
          </w:tcPr>
          <w:p w14:paraId="0C4FDE7A" w14:textId="77777777" w:rsidR="00587C7B" w:rsidRDefault="00000000">
            <w:r>
              <w:rPr>
                <w:sz w:val="16"/>
              </w:rPr>
              <w:t>rs2178373</w:t>
            </w:r>
          </w:p>
        </w:tc>
        <w:tc>
          <w:tcPr>
            <w:tcW w:w="1040" w:type="dxa"/>
          </w:tcPr>
          <w:p w14:paraId="6F16AAB6" w14:textId="77777777" w:rsidR="00587C7B" w:rsidRDefault="00000000">
            <w:r>
              <w:rPr>
                <w:sz w:val="16"/>
              </w:rPr>
              <w:t>91092167</w:t>
            </w:r>
          </w:p>
        </w:tc>
        <w:tc>
          <w:tcPr>
            <w:tcW w:w="1040" w:type="dxa"/>
          </w:tcPr>
          <w:p w14:paraId="539FF164" w14:textId="77777777" w:rsidR="00587C7B" w:rsidRDefault="00000000">
            <w:r>
              <w:rPr>
                <w:sz w:val="16"/>
              </w:rPr>
              <w:t>G</w:t>
            </w:r>
          </w:p>
        </w:tc>
        <w:tc>
          <w:tcPr>
            <w:tcW w:w="1040" w:type="dxa"/>
          </w:tcPr>
          <w:p w14:paraId="39FC6B1C" w14:textId="77777777" w:rsidR="00587C7B" w:rsidRDefault="00000000">
            <w:r>
              <w:rPr>
                <w:sz w:val="16"/>
              </w:rPr>
              <w:t>0.504</w:t>
            </w:r>
          </w:p>
        </w:tc>
        <w:tc>
          <w:tcPr>
            <w:tcW w:w="1040" w:type="dxa"/>
          </w:tcPr>
          <w:p w14:paraId="23A5EC96" w14:textId="77777777" w:rsidR="00587C7B" w:rsidRDefault="00000000">
            <w:r>
              <w:rPr>
                <w:sz w:val="16"/>
              </w:rPr>
              <w:t>0.1672</w:t>
            </w:r>
          </w:p>
        </w:tc>
        <w:tc>
          <w:tcPr>
            <w:tcW w:w="1040" w:type="dxa"/>
          </w:tcPr>
          <w:p w14:paraId="2F72010C" w14:textId="77777777" w:rsidR="00587C7B" w:rsidRDefault="00000000">
            <w:r>
              <w:rPr>
                <w:sz w:val="16"/>
              </w:rPr>
              <w:t>0.3632</w:t>
            </w:r>
          </w:p>
        </w:tc>
        <w:tc>
          <w:tcPr>
            <w:tcW w:w="1040" w:type="dxa"/>
          </w:tcPr>
          <w:p w14:paraId="439EF8EF" w14:textId="77777777" w:rsidR="00587C7B" w:rsidRDefault="00000000">
            <w:r>
              <w:rPr>
                <w:sz w:val="16"/>
              </w:rPr>
              <w:t>0.6994</w:t>
            </w:r>
          </w:p>
        </w:tc>
        <w:tc>
          <w:tcPr>
            <w:tcW w:w="1040" w:type="dxa"/>
          </w:tcPr>
          <w:p w14:paraId="44C0BEEB" w14:textId="77777777" w:rsidR="00587C7B" w:rsidRDefault="00000000">
            <w:r>
              <w:rPr>
                <w:sz w:val="16"/>
              </w:rPr>
              <w:t>4.15E-05</w:t>
            </w:r>
          </w:p>
        </w:tc>
      </w:tr>
      <w:tr w:rsidR="00587C7B" w14:paraId="248C920F" w14:textId="77777777">
        <w:trPr>
          <w:jc w:val="center"/>
        </w:trPr>
        <w:tc>
          <w:tcPr>
            <w:tcW w:w="1040" w:type="dxa"/>
          </w:tcPr>
          <w:p w14:paraId="25FA37D2" w14:textId="77777777" w:rsidR="00587C7B" w:rsidRDefault="00000000">
            <w:r>
              <w:rPr>
                <w:sz w:val="16"/>
              </w:rPr>
              <w:t>11</w:t>
            </w:r>
          </w:p>
        </w:tc>
        <w:tc>
          <w:tcPr>
            <w:tcW w:w="1040" w:type="dxa"/>
          </w:tcPr>
          <w:p w14:paraId="0B3C2EC9" w14:textId="77777777" w:rsidR="00587C7B" w:rsidRDefault="00000000">
            <w:r>
              <w:rPr>
                <w:sz w:val="16"/>
              </w:rPr>
              <w:t>rs10830963</w:t>
            </w:r>
          </w:p>
        </w:tc>
        <w:tc>
          <w:tcPr>
            <w:tcW w:w="1040" w:type="dxa"/>
          </w:tcPr>
          <w:p w14:paraId="1EDB910A" w14:textId="77777777" w:rsidR="00587C7B" w:rsidRDefault="00000000">
            <w:r>
              <w:rPr>
                <w:sz w:val="16"/>
              </w:rPr>
              <w:t>92975544</w:t>
            </w:r>
          </w:p>
        </w:tc>
        <w:tc>
          <w:tcPr>
            <w:tcW w:w="1040" w:type="dxa"/>
          </w:tcPr>
          <w:p w14:paraId="6857F310" w14:textId="77777777" w:rsidR="00587C7B" w:rsidRDefault="00000000">
            <w:r>
              <w:rPr>
                <w:sz w:val="16"/>
              </w:rPr>
              <w:t>G</w:t>
            </w:r>
          </w:p>
        </w:tc>
        <w:tc>
          <w:tcPr>
            <w:tcW w:w="1040" w:type="dxa"/>
          </w:tcPr>
          <w:p w14:paraId="1114A321" w14:textId="77777777" w:rsidR="00587C7B" w:rsidRDefault="00000000">
            <w:r>
              <w:rPr>
                <w:sz w:val="16"/>
              </w:rPr>
              <w:t>1.766</w:t>
            </w:r>
          </w:p>
        </w:tc>
        <w:tc>
          <w:tcPr>
            <w:tcW w:w="1040" w:type="dxa"/>
          </w:tcPr>
          <w:p w14:paraId="5FC2D532" w14:textId="77777777" w:rsidR="00587C7B" w:rsidRDefault="00000000">
            <w:r>
              <w:rPr>
                <w:sz w:val="16"/>
              </w:rPr>
              <w:t>0.1398</w:t>
            </w:r>
          </w:p>
        </w:tc>
        <w:tc>
          <w:tcPr>
            <w:tcW w:w="1040" w:type="dxa"/>
          </w:tcPr>
          <w:p w14:paraId="5079BF72" w14:textId="77777777" w:rsidR="00587C7B" w:rsidRDefault="00000000">
            <w:r>
              <w:rPr>
                <w:sz w:val="16"/>
              </w:rPr>
              <w:t>1.343</w:t>
            </w:r>
          </w:p>
        </w:tc>
        <w:tc>
          <w:tcPr>
            <w:tcW w:w="1040" w:type="dxa"/>
          </w:tcPr>
          <w:p w14:paraId="69B261E9" w14:textId="77777777" w:rsidR="00587C7B" w:rsidRDefault="00000000">
            <w:r>
              <w:rPr>
                <w:sz w:val="16"/>
              </w:rPr>
              <w:t>2.322</w:t>
            </w:r>
          </w:p>
        </w:tc>
        <w:tc>
          <w:tcPr>
            <w:tcW w:w="1040" w:type="dxa"/>
          </w:tcPr>
          <w:p w14:paraId="7B631E41" w14:textId="77777777" w:rsidR="00587C7B" w:rsidRDefault="00000000">
            <w:r>
              <w:rPr>
                <w:sz w:val="16"/>
              </w:rPr>
              <w:t>4.73E-05</w:t>
            </w:r>
          </w:p>
        </w:tc>
      </w:tr>
      <w:tr w:rsidR="00587C7B" w14:paraId="0C0538A1" w14:textId="77777777">
        <w:trPr>
          <w:jc w:val="center"/>
        </w:trPr>
        <w:tc>
          <w:tcPr>
            <w:tcW w:w="1040" w:type="dxa"/>
          </w:tcPr>
          <w:p w14:paraId="3FCC1966" w14:textId="77777777" w:rsidR="00587C7B" w:rsidRDefault="00000000">
            <w:r>
              <w:rPr>
                <w:sz w:val="16"/>
              </w:rPr>
              <w:t>13</w:t>
            </w:r>
          </w:p>
        </w:tc>
        <w:tc>
          <w:tcPr>
            <w:tcW w:w="1040" w:type="dxa"/>
          </w:tcPr>
          <w:p w14:paraId="13F730A1" w14:textId="77777777" w:rsidR="00587C7B" w:rsidRDefault="00000000">
            <w:r>
              <w:rPr>
                <w:sz w:val="16"/>
              </w:rPr>
              <w:t>rs9585136</w:t>
            </w:r>
          </w:p>
        </w:tc>
        <w:tc>
          <w:tcPr>
            <w:tcW w:w="1040" w:type="dxa"/>
          </w:tcPr>
          <w:p w14:paraId="0D114A69" w14:textId="77777777" w:rsidR="00587C7B" w:rsidRDefault="00000000">
            <w:r>
              <w:rPr>
                <w:sz w:val="16"/>
              </w:rPr>
              <w:t>99587545</w:t>
            </w:r>
          </w:p>
        </w:tc>
        <w:tc>
          <w:tcPr>
            <w:tcW w:w="1040" w:type="dxa"/>
          </w:tcPr>
          <w:p w14:paraId="6B606147" w14:textId="77777777" w:rsidR="00587C7B" w:rsidRDefault="00000000">
            <w:r>
              <w:rPr>
                <w:sz w:val="16"/>
              </w:rPr>
              <w:t>G</w:t>
            </w:r>
          </w:p>
        </w:tc>
        <w:tc>
          <w:tcPr>
            <w:tcW w:w="1040" w:type="dxa"/>
          </w:tcPr>
          <w:p w14:paraId="6B80D767" w14:textId="77777777" w:rsidR="00587C7B" w:rsidRDefault="00000000">
            <w:r>
              <w:rPr>
                <w:sz w:val="16"/>
              </w:rPr>
              <w:t>0.5713</w:t>
            </w:r>
          </w:p>
        </w:tc>
        <w:tc>
          <w:tcPr>
            <w:tcW w:w="1040" w:type="dxa"/>
          </w:tcPr>
          <w:p w14:paraId="48D478F0" w14:textId="77777777" w:rsidR="00587C7B" w:rsidRDefault="00000000">
            <w:r>
              <w:rPr>
                <w:sz w:val="16"/>
              </w:rPr>
              <w:t>0.1385</w:t>
            </w:r>
          </w:p>
        </w:tc>
        <w:tc>
          <w:tcPr>
            <w:tcW w:w="1040" w:type="dxa"/>
          </w:tcPr>
          <w:p w14:paraId="1A306608" w14:textId="77777777" w:rsidR="00587C7B" w:rsidRDefault="00000000">
            <w:r>
              <w:rPr>
                <w:sz w:val="16"/>
              </w:rPr>
              <w:t>0.4355</w:t>
            </w:r>
          </w:p>
        </w:tc>
        <w:tc>
          <w:tcPr>
            <w:tcW w:w="1040" w:type="dxa"/>
          </w:tcPr>
          <w:p w14:paraId="4DC70863" w14:textId="77777777" w:rsidR="00587C7B" w:rsidRDefault="00000000">
            <w:r>
              <w:rPr>
                <w:sz w:val="16"/>
              </w:rPr>
              <w:t>0.7495</w:t>
            </w:r>
          </w:p>
        </w:tc>
        <w:tc>
          <w:tcPr>
            <w:tcW w:w="1040" w:type="dxa"/>
          </w:tcPr>
          <w:p w14:paraId="6799A2BE" w14:textId="77777777" w:rsidR="00587C7B" w:rsidRDefault="00000000">
            <w:r>
              <w:rPr>
                <w:sz w:val="16"/>
              </w:rPr>
              <w:t>5.29E-05</w:t>
            </w:r>
          </w:p>
        </w:tc>
      </w:tr>
      <w:tr w:rsidR="00587C7B" w14:paraId="665FD763" w14:textId="77777777">
        <w:trPr>
          <w:jc w:val="center"/>
        </w:trPr>
        <w:tc>
          <w:tcPr>
            <w:tcW w:w="1040" w:type="dxa"/>
          </w:tcPr>
          <w:p w14:paraId="3F5A37A7" w14:textId="77777777" w:rsidR="00587C7B" w:rsidRDefault="00000000">
            <w:r>
              <w:rPr>
                <w:sz w:val="16"/>
              </w:rPr>
              <w:t>11</w:t>
            </w:r>
          </w:p>
        </w:tc>
        <w:tc>
          <w:tcPr>
            <w:tcW w:w="1040" w:type="dxa"/>
          </w:tcPr>
          <w:p w14:paraId="0315E03B" w14:textId="77777777" w:rsidR="00587C7B" w:rsidRDefault="00000000">
            <w:r>
              <w:rPr>
                <w:sz w:val="16"/>
              </w:rPr>
              <w:t>rs1344299</w:t>
            </w:r>
          </w:p>
        </w:tc>
        <w:tc>
          <w:tcPr>
            <w:tcW w:w="1040" w:type="dxa"/>
          </w:tcPr>
          <w:p w14:paraId="7947F3BF" w14:textId="77777777" w:rsidR="00587C7B" w:rsidRDefault="00000000">
            <w:r>
              <w:rPr>
                <w:sz w:val="16"/>
              </w:rPr>
              <w:t>28661687</w:t>
            </w:r>
          </w:p>
        </w:tc>
        <w:tc>
          <w:tcPr>
            <w:tcW w:w="1040" w:type="dxa"/>
          </w:tcPr>
          <w:p w14:paraId="585EEF0F" w14:textId="77777777" w:rsidR="00587C7B" w:rsidRDefault="00000000">
            <w:r>
              <w:rPr>
                <w:sz w:val="16"/>
              </w:rPr>
              <w:t>A</w:t>
            </w:r>
          </w:p>
        </w:tc>
        <w:tc>
          <w:tcPr>
            <w:tcW w:w="1040" w:type="dxa"/>
          </w:tcPr>
          <w:p w14:paraId="4D05E8FE" w14:textId="77777777" w:rsidR="00587C7B" w:rsidRDefault="00000000">
            <w:r>
              <w:rPr>
                <w:sz w:val="16"/>
              </w:rPr>
              <w:t>0.4223</w:t>
            </w:r>
          </w:p>
        </w:tc>
        <w:tc>
          <w:tcPr>
            <w:tcW w:w="1040" w:type="dxa"/>
          </w:tcPr>
          <w:p w14:paraId="76C82A3E" w14:textId="77777777" w:rsidR="00587C7B" w:rsidRDefault="00000000">
            <w:r>
              <w:rPr>
                <w:sz w:val="16"/>
              </w:rPr>
              <w:t>0.2148</w:t>
            </w:r>
          </w:p>
        </w:tc>
        <w:tc>
          <w:tcPr>
            <w:tcW w:w="1040" w:type="dxa"/>
          </w:tcPr>
          <w:p w14:paraId="780981C8" w14:textId="77777777" w:rsidR="00587C7B" w:rsidRDefault="00000000">
            <w:r>
              <w:rPr>
                <w:sz w:val="16"/>
              </w:rPr>
              <w:t>0.2772</w:t>
            </w:r>
          </w:p>
        </w:tc>
        <w:tc>
          <w:tcPr>
            <w:tcW w:w="1040" w:type="dxa"/>
          </w:tcPr>
          <w:p w14:paraId="1FC4E033" w14:textId="77777777" w:rsidR="00587C7B" w:rsidRDefault="00000000">
            <w:r>
              <w:rPr>
                <w:sz w:val="16"/>
              </w:rPr>
              <w:t>0.6433</w:t>
            </w:r>
          </w:p>
        </w:tc>
        <w:tc>
          <w:tcPr>
            <w:tcW w:w="1040" w:type="dxa"/>
          </w:tcPr>
          <w:p w14:paraId="5ED9D8D2" w14:textId="77777777" w:rsidR="00587C7B" w:rsidRDefault="00000000">
            <w:r>
              <w:rPr>
                <w:sz w:val="16"/>
              </w:rPr>
              <w:t>5.97E-05</w:t>
            </w:r>
          </w:p>
        </w:tc>
      </w:tr>
      <w:tr w:rsidR="00587C7B" w14:paraId="7BE30F75" w14:textId="77777777">
        <w:trPr>
          <w:jc w:val="center"/>
        </w:trPr>
        <w:tc>
          <w:tcPr>
            <w:tcW w:w="1040" w:type="dxa"/>
          </w:tcPr>
          <w:p w14:paraId="05D6EEC6" w14:textId="77777777" w:rsidR="00587C7B" w:rsidRDefault="00000000">
            <w:r>
              <w:rPr>
                <w:sz w:val="16"/>
              </w:rPr>
              <w:t>17</w:t>
            </w:r>
          </w:p>
        </w:tc>
        <w:tc>
          <w:tcPr>
            <w:tcW w:w="1040" w:type="dxa"/>
          </w:tcPr>
          <w:p w14:paraId="2192D46F" w14:textId="77777777" w:rsidR="00587C7B" w:rsidRDefault="00000000">
            <w:r>
              <w:rPr>
                <w:sz w:val="16"/>
              </w:rPr>
              <w:t>rs4796699</w:t>
            </w:r>
          </w:p>
        </w:tc>
        <w:tc>
          <w:tcPr>
            <w:tcW w:w="1040" w:type="dxa"/>
          </w:tcPr>
          <w:p w14:paraId="18EC6A23" w14:textId="77777777" w:rsidR="00587C7B" w:rsidRDefault="00000000">
            <w:r>
              <w:rPr>
                <w:sz w:val="16"/>
              </w:rPr>
              <w:t>41769897</w:t>
            </w:r>
          </w:p>
        </w:tc>
        <w:tc>
          <w:tcPr>
            <w:tcW w:w="1040" w:type="dxa"/>
          </w:tcPr>
          <w:p w14:paraId="40B082F4" w14:textId="77777777" w:rsidR="00587C7B" w:rsidRDefault="00000000">
            <w:r>
              <w:rPr>
                <w:sz w:val="16"/>
              </w:rPr>
              <w:t>A</w:t>
            </w:r>
          </w:p>
        </w:tc>
        <w:tc>
          <w:tcPr>
            <w:tcW w:w="1040" w:type="dxa"/>
          </w:tcPr>
          <w:p w14:paraId="4E9C93FF" w14:textId="77777777" w:rsidR="00587C7B" w:rsidRDefault="00000000">
            <w:r>
              <w:rPr>
                <w:sz w:val="16"/>
              </w:rPr>
              <w:t>1.79</w:t>
            </w:r>
          </w:p>
        </w:tc>
        <w:tc>
          <w:tcPr>
            <w:tcW w:w="1040" w:type="dxa"/>
          </w:tcPr>
          <w:p w14:paraId="67E670CE" w14:textId="77777777" w:rsidR="00587C7B" w:rsidRDefault="00000000">
            <w:r>
              <w:rPr>
                <w:sz w:val="16"/>
              </w:rPr>
              <w:t>0.1451</w:t>
            </w:r>
          </w:p>
        </w:tc>
        <w:tc>
          <w:tcPr>
            <w:tcW w:w="1040" w:type="dxa"/>
          </w:tcPr>
          <w:p w14:paraId="0E828081" w14:textId="77777777" w:rsidR="00587C7B" w:rsidRDefault="00000000">
            <w:r>
              <w:rPr>
                <w:sz w:val="16"/>
              </w:rPr>
              <w:t>1.347</w:t>
            </w:r>
          </w:p>
        </w:tc>
        <w:tc>
          <w:tcPr>
            <w:tcW w:w="1040" w:type="dxa"/>
          </w:tcPr>
          <w:p w14:paraId="3F889D65" w14:textId="77777777" w:rsidR="00587C7B" w:rsidRDefault="00000000">
            <w:r>
              <w:rPr>
                <w:sz w:val="16"/>
              </w:rPr>
              <w:t>2.379</w:t>
            </w:r>
          </w:p>
        </w:tc>
        <w:tc>
          <w:tcPr>
            <w:tcW w:w="1040" w:type="dxa"/>
          </w:tcPr>
          <w:p w14:paraId="770AFEEF" w14:textId="77777777" w:rsidR="00587C7B" w:rsidRDefault="00000000">
            <w:r>
              <w:rPr>
                <w:sz w:val="16"/>
              </w:rPr>
              <w:t>5.98E-05</w:t>
            </w:r>
          </w:p>
        </w:tc>
      </w:tr>
      <w:tr w:rsidR="00587C7B" w14:paraId="519DC2D6" w14:textId="77777777">
        <w:trPr>
          <w:jc w:val="center"/>
        </w:trPr>
        <w:tc>
          <w:tcPr>
            <w:tcW w:w="1040" w:type="dxa"/>
          </w:tcPr>
          <w:p w14:paraId="50D4E66D" w14:textId="77777777" w:rsidR="00587C7B" w:rsidRDefault="00000000">
            <w:r>
              <w:rPr>
                <w:sz w:val="16"/>
              </w:rPr>
              <w:t>4</w:t>
            </w:r>
          </w:p>
        </w:tc>
        <w:tc>
          <w:tcPr>
            <w:tcW w:w="1040" w:type="dxa"/>
          </w:tcPr>
          <w:p w14:paraId="1298C53B" w14:textId="77777777" w:rsidR="00587C7B" w:rsidRDefault="00000000">
            <w:r>
              <w:rPr>
                <w:sz w:val="16"/>
              </w:rPr>
              <w:t>rs1378933</w:t>
            </w:r>
          </w:p>
        </w:tc>
        <w:tc>
          <w:tcPr>
            <w:tcW w:w="1040" w:type="dxa"/>
          </w:tcPr>
          <w:p w14:paraId="09D335EA" w14:textId="77777777" w:rsidR="00587C7B" w:rsidRDefault="00000000">
            <w:r>
              <w:rPr>
                <w:sz w:val="16"/>
              </w:rPr>
              <w:t>1.54E+08</w:t>
            </w:r>
          </w:p>
        </w:tc>
        <w:tc>
          <w:tcPr>
            <w:tcW w:w="1040" w:type="dxa"/>
          </w:tcPr>
          <w:p w14:paraId="06C7FE72" w14:textId="77777777" w:rsidR="00587C7B" w:rsidRDefault="00000000">
            <w:r>
              <w:rPr>
                <w:sz w:val="16"/>
              </w:rPr>
              <w:t>G</w:t>
            </w:r>
          </w:p>
        </w:tc>
        <w:tc>
          <w:tcPr>
            <w:tcW w:w="1040" w:type="dxa"/>
          </w:tcPr>
          <w:p w14:paraId="417903E0" w14:textId="77777777" w:rsidR="00587C7B" w:rsidRDefault="00000000">
            <w:r>
              <w:rPr>
                <w:sz w:val="16"/>
              </w:rPr>
              <w:t>1.785</w:t>
            </w:r>
          </w:p>
        </w:tc>
        <w:tc>
          <w:tcPr>
            <w:tcW w:w="1040" w:type="dxa"/>
          </w:tcPr>
          <w:p w14:paraId="5A968582" w14:textId="77777777" w:rsidR="00587C7B" w:rsidRDefault="00000000">
            <w:r>
              <w:rPr>
                <w:sz w:val="16"/>
              </w:rPr>
              <w:t>0.1445</w:t>
            </w:r>
          </w:p>
        </w:tc>
        <w:tc>
          <w:tcPr>
            <w:tcW w:w="1040" w:type="dxa"/>
          </w:tcPr>
          <w:p w14:paraId="5B8CC3F6" w14:textId="77777777" w:rsidR="00587C7B" w:rsidRDefault="00000000">
            <w:r>
              <w:rPr>
                <w:sz w:val="16"/>
              </w:rPr>
              <w:t>1.345</w:t>
            </w:r>
          </w:p>
        </w:tc>
        <w:tc>
          <w:tcPr>
            <w:tcW w:w="1040" w:type="dxa"/>
          </w:tcPr>
          <w:p w14:paraId="4246983F" w14:textId="77777777" w:rsidR="00587C7B" w:rsidRDefault="00000000">
            <w:r>
              <w:rPr>
                <w:sz w:val="16"/>
              </w:rPr>
              <w:t>2.369</w:t>
            </w:r>
          </w:p>
        </w:tc>
        <w:tc>
          <w:tcPr>
            <w:tcW w:w="1040" w:type="dxa"/>
          </w:tcPr>
          <w:p w14:paraId="294B8799" w14:textId="77777777" w:rsidR="00587C7B" w:rsidRDefault="00000000">
            <w:r>
              <w:rPr>
                <w:sz w:val="16"/>
              </w:rPr>
              <w:t>6.06E-05</w:t>
            </w:r>
          </w:p>
        </w:tc>
      </w:tr>
      <w:tr w:rsidR="00587C7B" w14:paraId="6406FA1A" w14:textId="77777777">
        <w:trPr>
          <w:jc w:val="center"/>
        </w:trPr>
        <w:tc>
          <w:tcPr>
            <w:tcW w:w="1040" w:type="dxa"/>
          </w:tcPr>
          <w:p w14:paraId="2C4865CF" w14:textId="77777777" w:rsidR="00587C7B" w:rsidRDefault="00000000">
            <w:r>
              <w:rPr>
                <w:sz w:val="16"/>
              </w:rPr>
              <w:t>12</w:t>
            </w:r>
          </w:p>
        </w:tc>
        <w:tc>
          <w:tcPr>
            <w:tcW w:w="1040" w:type="dxa"/>
          </w:tcPr>
          <w:p w14:paraId="70767669" w14:textId="77777777" w:rsidR="00587C7B" w:rsidRDefault="00000000">
            <w:r>
              <w:rPr>
                <w:sz w:val="16"/>
              </w:rPr>
              <w:t>rs34894511</w:t>
            </w:r>
          </w:p>
        </w:tc>
        <w:tc>
          <w:tcPr>
            <w:tcW w:w="1040" w:type="dxa"/>
          </w:tcPr>
          <w:p w14:paraId="0BA98D8A" w14:textId="77777777" w:rsidR="00587C7B" w:rsidRDefault="00000000">
            <w:r>
              <w:rPr>
                <w:sz w:val="16"/>
              </w:rPr>
              <w:t>1.29E+08</w:t>
            </w:r>
          </w:p>
        </w:tc>
        <w:tc>
          <w:tcPr>
            <w:tcW w:w="1040" w:type="dxa"/>
          </w:tcPr>
          <w:p w14:paraId="02A7901F" w14:textId="77777777" w:rsidR="00587C7B" w:rsidRDefault="00000000">
            <w:r>
              <w:rPr>
                <w:sz w:val="16"/>
              </w:rPr>
              <w:t>G</w:t>
            </w:r>
          </w:p>
        </w:tc>
        <w:tc>
          <w:tcPr>
            <w:tcW w:w="1040" w:type="dxa"/>
          </w:tcPr>
          <w:p w14:paraId="7150B672" w14:textId="77777777" w:rsidR="00587C7B" w:rsidRDefault="00000000">
            <w:r>
              <w:rPr>
                <w:sz w:val="16"/>
              </w:rPr>
              <w:t>0.4116</w:t>
            </w:r>
          </w:p>
        </w:tc>
        <w:tc>
          <w:tcPr>
            <w:tcW w:w="1040" w:type="dxa"/>
          </w:tcPr>
          <w:p w14:paraId="407434AB" w14:textId="77777777" w:rsidR="00587C7B" w:rsidRDefault="00000000">
            <w:r>
              <w:rPr>
                <w:sz w:val="16"/>
              </w:rPr>
              <w:t>0.2214</w:t>
            </w:r>
          </w:p>
        </w:tc>
        <w:tc>
          <w:tcPr>
            <w:tcW w:w="1040" w:type="dxa"/>
          </w:tcPr>
          <w:p w14:paraId="45155B43" w14:textId="77777777" w:rsidR="00587C7B" w:rsidRDefault="00000000">
            <w:r>
              <w:rPr>
                <w:sz w:val="16"/>
              </w:rPr>
              <w:t>0.2667</w:t>
            </w:r>
          </w:p>
        </w:tc>
        <w:tc>
          <w:tcPr>
            <w:tcW w:w="1040" w:type="dxa"/>
          </w:tcPr>
          <w:p w14:paraId="5F5AFCB1" w14:textId="77777777" w:rsidR="00587C7B" w:rsidRDefault="00000000">
            <w:r>
              <w:rPr>
                <w:sz w:val="16"/>
              </w:rPr>
              <w:t>0.6353</w:t>
            </w:r>
          </w:p>
        </w:tc>
        <w:tc>
          <w:tcPr>
            <w:tcW w:w="1040" w:type="dxa"/>
          </w:tcPr>
          <w:p w14:paraId="409D0CF5" w14:textId="77777777" w:rsidR="00587C7B" w:rsidRDefault="00000000">
            <w:r>
              <w:rPr>
                <w:sz w:val="16"/>
              </w:rPr>
              <w:t>6.10E-05</w:t>
            </w:r>
          </w:p>
        </w:tc>
      </w:tr>
      <w:tr w:rsidR="00587C7B" w14:paraId="35CC32BC" w14:textId="77777777">
        <w:trPr>
          <w:jc w:val="center"/>
        </w:trPr>
        <w:tc>
          <w:tcPr>
            <w:tcW w:w="1040" w:type="dxa"/>
          </w:tcPr>
          <w:p w14:paraId="7AB5B53F" w14:textId="77777777" w:rsidR="00587C7B" w:rsidRDefault="00000000">
            <w:r>
              <w:rPr>
                <w:sz w:val="16"/>
              </w:rPr>
              <w:t>11</w:t>
            </w:r>
          </w:p>
        </w:tc>
        <w:tc>
          <w:tcPr>
            <w:tcW w:w="1040" w:type="dxa"/>
          </w:tcPr>
          <w:p w14:paraId="27F7311E" w14:textId="77777777" w:rsidR="00587C7B" w:rsidRDefault="00000000">
            <w:r>
              <w:rPr>
                <w:sz w:val="16"/>
              </w:rPr>
              <w:t>rs7936247</w:t>
            </w:r>
          </w:p>
        </w:tc>
        <w:tc>
          <w:tcPr>
            <w:tcW w:w="1040" w:type="dxa"/>
          </w:tcPr>
          <w:p w14:paraId="51240FDC" w14:textId="77777777" w:rsidR="00587C7B" w:rsidRDefault="00000000">
            <w:r>
              <w:rPr>
                <w:sz w:val="16"/>
              </w:rPr>
              <w:t>92956866</w:t>
            </w:r>
          </w:p>
        </w:tc>
        <w:tc>
          <w:tcPr>
            <w:tcW w:w="1040" w:type="dxa"/>
          </w:tcPr>
          <w:p w14:paraId="6F813B18" w14:textId="77777777" w:rsidR="00587C7B" w:rsidRDefault="00000000">
            <w:r>
              <w:rPr>
                <w:sz w:val="16"/>
              </w:rPr>
              <w:t>A</w:t>
            </w:r>
          </w:p>
        </w:tc>
        <w:tc>
          <w:tcPr>
            <w:tcW w:w="1040" w:type="dxa"/>
          </w:tcPr>
          <w:p w14:paraId="4BC4EF32" w14:textId="77777777" w:rsidR="00587C7B" w:rsidRDefault="00000000">
            <w:r>
              <w:rPr>
                <w:sz w:val="16"/>
              </w:rPr>
              <w:t>1.765</w:t>
            </w:r>
          </w:p>
        </w:tc>
        <w:tc>
          <w:tcPr>
            <w:tcW w:w="1040" w:type="dxa"/>
          </w:tcPr>
          <w:p w14:paraId="5D192528" w14:textId="77777777" w:rsidR="00587C7B" w:rsidRDefault="00000000">
            <w:r>
              <w:rPr>
                <w:sz w:val="16"/>
              </w:rPr>
              <w:t>0.1422</w:t>
            </w:r>
          </w:p>
        </w:tc>
        <w:tc>
          <w:tcPr>
            <w:tcW w:w="1040" w:type="dxa"/>
          </w:tcPr>
          <w:p w14:paraId="28B36120" w14:textId="77777777" w:rsidR="00587C7B" w:rsidRDefault="00000000">
            <w:r>
              <w:rPr>
                <w:sz w:val="16"/>
              </w:rPr>
              <w:t>1.336</w:t>
            </w:r>
          </w:p>
        </w:tc>
        <w:tc>
          <w:tcPr>
            <w:tcW w:w="1040" w:type="dxa"/>
          </w:tcPr>
          <w:p w14:paraId="04A1CA31" w14:textId="77777777" w:rsidR="00587C7B" w:rsidRDefault="00000000">
            <w:r>
              <w:rPr>
                <w:sz w:val="16"/>
              </w:rPr>
              <w:t>2.333</w:t>
            </w:r>
          </w:p>
        </w:tc>
        <w:tc>
          <w:tcPr>
            <w:tcW w:w="1040" w:type="dxa"/>
          </w:tcPr>
          <w:p w14:paraId="4DD66ACE" w14:textId="77777777" w:rsidR="00587C7B" w:rsidRDefault="00000000">
            <w:r>
              <w:rPr>
                <w:sz w:val="16"/>
              </w:rPr>
              <w:t>6.43E-05</w:t>
            </w:r>
          </w:p>
        </w:tc>
      </w:tr>
      <w:tr w:rsidR="00587C7B" w14:paraId="5A9E6510" w14:textId="77777777">
        <w:trPr>
          <w:jc w:val="center"/>
        </w:trPr>
        <w:tc>
          <w:tcPr>
            <w:tcW w:w="1040" w:type="dxa"/>
          </w:tcPr>
          <w:p w14:paraId="75C31E3A" w14:textId="77777777" w:rsidR="00587C7B" w:rsidRDefault="00000000">
            <w:r>
              <w:rPr>
                <w:sz w:val="16"/>
              </w:rPr>
              <w:t>17</w:t>
            </w:r>
          </w:p>
        </w:tc>
        <w:tc>
          <w:tcPr>
            <w:tcW w:w="1040" w:type="dxa"/>
          </w:tcPr>
          <w:p w14:paraId="596B7F4B" w14:textId="77777777" w:rsidR="00587C7B" w:rsidRDefault="00000000">
            <w:r>
              <w:rPr>
                <w:sz w:val="16"/>
              </w:rPr>
              <w:t>rs8080306</w:t>
            </w:r>
          </w:p>
        </w:tc>
        <w:tc>
          <w:tcPr>
            <w:tcW w:w="1040" w:type="dxa"/>
          </w:tcPr>
          <w:p w14:paraId="0BFF5390" w14:textId="77777777" w:rsidR="00587C7B" w:rsidRDefault="00000000">
            <w:r>
              <w:rPr>
                <w:sz w:val="16"/>
              </w:rPr>
              <w:t>68512102</w:t>
            </w:r>
          </w:p>
        </w:tc>
        <w:tc>
          <w:tcPr>
            <w:tcW w:w="1040" w:type="dxa"/>
          </w:tcPr>
          <w:p w14:paraId="5D3583B1" w14:textId="77777777" w:rsidR="00587C7B" w:rsidRDefault="00000000">
            <w:r>
              <w:rPr>
                <w:sz w:val="16"/>
              </w:rPr>
              <w:t>C</w:t>
            </w:r>
          </w:p>
        </w:tc>
        <w:tc>
          <w:tcPr>
            <w:tcW w:w="1040" w:type="dxa"/>
          </w:tcPr>
          <w:p w14:paraId="690A08F8" w14:textId="77777777" w:rsidR="00587C7B" w:rsidRDefault="00000000">
            <w:r>
              <w:rPr>
                <w:sz w:val="16"/>
              </w:rPr>
              <w:t>2.002</w:t>
            </w:r>
          </w:p>
        </w:tc>
        <w:tc>
          <w:tcPr>
            <w:tcW w:w="1040" w:type="dxa"/>
          </w:tcPr>
          <w:p w14:paraId="410712F8" w14:textId="77777777" w:rsidR="00587C7B" w:rsidRDefault="00000000">
            <w:r>
              <w:rPr>
                <w:sz w:val="16"/>
              </w:rPr>
              <w:t>0.1758</w:t>
            </w:r>
          </w:p>
        </w:tc>
        <w:tc>
          <w:tcPr>
            <w:tcW w:w="1040" w:type="dxa"/>
          </w:tcPr>
          <w:p w14:paraId="476F9E1E" w14:textId="77777777" w:rsidR="00587C7B" w:rsidRDefault="00000000">
            <w:r>
              <w:rPr>
                <w:sz w:val="16"/>
              </w:rPr>
              <w:t>1.418</w:t>
            </w:r>
          </w:p>
        </w:tc>
        <w:tc>
          <w:tcPr>
            <w:tcW w:w="1040" w:type="dxa"/>
          </w:tcPr>
          <w:p w14:paraId="2011BF90" w14:textId="77777777" w:rsidR="00587C7B" w:rsidRDefault="00000000">
            <w:r>
              <w:rPr>
                <w:sz w:val="16"/>
              </w:rPr>
              <w:t>2.825</w:t>
            </w:r>
          </w:p>
        </w:tc>
        <w:tc>
          <w:tcPr>
            <w:tcW w:w="1040" w:type="dxa"/>
          </w:tcPr>
          <w:p w14:paraId="63EEC8E8" w14:textId="77777777" w:rsidR="00587C7B" w:rsidRDefault="00000000">
            <w:r>
              <w:rPr>
                <w:sz w:val="16"/>
              </w:rPr>
              <w:t>7.85E-05</w:t>
            </w:r>
          </w:p>
        </w:tc>
      </w:tr>
      <w:tr w:rsidR="00587C7B" w14:paraId="4D5C1216" w14:textId="77777777">
        <w:trPr>
          <w:jc w:val="center"/>
        </w:trPr>
        <w:tc>
          <w:tcPr>
            <w:tcW w:w="1040" w:type="dxa"/>
          </w:tcPr>
          <w:p w14:paraId="09980F87" w14:textId="77777777" w:rsidR="00587C7B" w:rsidRDefault="00000000">
            <w:r>
              <w:rPr>
                <w:sz w:val="16"/>
              </w:rPr>
              <w:t>12</w:t>
            </w:r>
          </w:p>
        </w:tc>
        <w:tc>
          <w:tcPr>
            <w:tcW w:w="1040" w:type="dxa"/>
          </w:tcPr>
          <w:p w14:paraId="2998530F" w14:textId="77777777" w:rsidR="00587C7B" w:rsidRDefault="00000000">
            <w:r>
              <w:rPr>
                <w:sz w:val="16"/>
              </w:rPr>
              <w:t>rs11829045</w:t>
            </w:r>
          </w:p>
        </w:tc>
        <w:tc>
          <w:tcPr>
            <w:tcW w:w="1040" w:type="dxa"/>
          </w:tcPr>
          <w:p w14:paraId="53B735F2" w14:textId="77777777" w:rsidR="00587C7B" w:rsidRDefault="00000000">
            <w:r>
              <w:rPr>
                <w:sz w:val="16"/>
              </w:rPr>
              <w:t>1.29E+08</w:t>
            </w:r>
          </w:p>
        </w:tc>
        <w:tc>
          <w:tcPr>
            <w:tcW w:w="1040" w:type="dxa"/>
          </w:tcPr>
          <w:p w14:paraId="369D7A67" w14:textId="77777777" w:rsidR="00587C7B" w:rsidRDefault="00000000">
            <w:r>
              <w:rPr>
                <w:sz w:val="16"/>
              </w:rPr>
              <w:t>A</w:t>
            </w:r>
          </w:p>
        </w:tc>
        <w:tc>
          <w:tcPr>
            <w:tcW w:w="1040" w:type="dxa"/>
          </w:tcPr>
          <w:p w14:paraId="526D9410" w14:textId="77777777" w:rsidR="00587C7B" w:rsidRDefault="00000000">
            <w:r>
              <w:rPr>
                <w:sz w:val="16"/>
              </w:rPr>
              <w:t>0.3965</w:t>
            </w:r>
          </w:p>
        </w:tc>
        <w:tc>
          <w:tcPr>
            <w:tcW w:w="1040" w:type="dxa"/>
          </w:tcPr>
          <w:p w14:paraId="50D61110" w14:textId="77777777" w:rsidR="00587C7B" w:rsidRDefault="00000000">
            <w:r>
              <w:rPr>
                <w:sz w:val="16"/>
              </w:rPr>
              <w:t>0.235</w:t>
            </w:r>
          </w:p>
        </w:tc>
        <w:tc>
          <w:tcPr>
            <w:tcW w:w="1040" w:type="dxa"/>
          </w:tcPr>
          <w:p w14:paraId="3F597831" w14:textId="77777777" w:rsidR="00587C7B" w:rsidRDefault="00000000">
            <w:r>
              <w:rPr>
                <w:sz w:val="16"/>
              </w:rPr>
              <w:t>0.2501</w:t>
            </w:r>
          </w:p>
        </w:tc>
        <w:tc>
          <w:tcPr>
            <w:tcW w:w="1040" w:type="dxa"/>
          </w:tcPr>
          <w:p w14:paraId="6664C06C" w14:textId="77777777" w:rsidR="00587C7B" w:rsidRDefault="00000000">
            <w:r>
              <w:rPr>
                <w:sz w:val="16"/>
              </w:rPr>
              <w:t>0.6285</w:t>
            </w:r>
          </w:p>
        </w:tc>
        <w:tc>
          <w:tcPr>
            <w:tcW w:w="1040" w:type="dxa"/>
          </w:tcPr>
          <w:p w14:paraId="4236DA28" w14:textId="77777777" w:rsidR="00587C7B" w:rsidRDefault="00000000">
            <w:r>
              <w:rPr>
                <w:sz w:val="16"/>
              </w:rPr>
              <w:t>8.28E-05</w:t>
            </w:r>
          </w:p>
        </w:tc>
      </w:tr>
      <w:tr w:rsidR="00587C7B" w14:paraId="47614897" w14:textId="77777777">
        <w:trPr>
          <w:jc w:val="center"/>
        </w:trPr>
        <w:tc>
          <w:tcPr>
            <w:tcW w:w="1040" w:type="dxa"/>
          </w:tcPr>
          <w:p w14:paraId="602EC2DD" w14:textId="77777777" w:rsidR="00587C7B" w:rsidRDefault="00000000">
            <w:r>
              <w:rPr>
                <w:sz w:val="16"/>
              </w:rPr>
              <w:t>8</w:t>
            </w:r>
          </w:p>
        </w:tc>
        <w:tc>
          <w:tcPr>
            <w:tcW w:w="1040" w:type="dxa"/>
          </w:tcPr>
          <w:p w14:paraId="7CF66F33" w14:textId="77777777" w:rsidR="00587C7B" w:rsidRDefault="00000000">
            <w:r>
              <w:rPr>
                <w:sz w:val="16"/>
              </w:rPr>
              <w:t>rs975730</w:t>
            </w:r>
          </w:p>
        </w:tc>
        <w:tc>
          <w:tcPr>
            <w:tcW w:w="1040" w:type="dxa"/>
          </w:tcPr>
          <w:p w14:paraId="1514EC58" w14:textId="77777777" w:rsidR="00587C7B" w:rsidRDefault="00000000">
            <w:r>
              <w:rPr>
                <w:sz w:val="16"/>
              </w:rPr>
              <w:t>1.28E+08</w:t>
            </w:r>
          </w:p>
        </w:tc>
        <w:tc>
          <w:tcPr>
            <w:tcW w:w="1040" w:type="dxa"/>
          </w:tcPr>
          <w:p w14:paraId="5EBBA656" w14:textId="77777777" w:rsidR="00587C7B" w:rsidRDefault="00000000">
            <w:r>
              <w:rPr>
                <w:sz w:val="16"/>
              </w:rPr>
              <w:t>G</w:t>
            </w:r>
          </w:p>
        </w:tc>
        <w:tc>
          <w:tcPr>
            <w:tcW w:w="1040" w:type="dxa"/>
          </w:tcPr>
          <w:p w14:paraId="5FE91E30" w14:textId="77777777" w:rsidR="00587C7B" w:rsidRDefault="00000000">
            <w:r>
              <w:rPr>
                <w:sz w:val="16"/>
              </w:rPr>
              <w:t>0.5927</w:t>
            </w:r>
          </w:p>
        </w:tc>
        <w:tc>
          <w:tcPr>
            <w:tcW w:w="1040" w:type="dxa"/>
          </w:tcPr>
          <w:p w14:paraId="0D37F553" w14:textId="77777777" w:rsidR="00587C7B" w:rsidRDefault="00000000">
            <w:r>
              <w:rPr>
                <w:sz w:val="16"/>
              </w:rPr>
              <w:t>0.1337</w:t>
            </w:r>
          </w:p>
        </w:tc>
        <w:tc>
          <w:tcPr>
            <w:tcW w:w="1040" w:type="dxa"/>
          </w:tcPr>
          <w:p w14:paraId="36CB3B7B" w14:textId="77777777" w:rsidR="00587C7B" w:rsidRDefault="00000000">
            <w:r>
              <w:rPr>
                <w:sz w:val="16"/>
              </w:rPr>
              <w:t>0.456</w:t>
            </w:r>
          </w:p>
        </w:tc>
        <w:tc>
          <w:tcPr>
            <w:tcW w:w="1040" w:type="dxa"/>
          </w:tcPr>
          <w:p w14:paraId="2DB5BEB8" w14:textId="77777777" w:rsidR="00587C7B" w:rsidRDefault="00000000">
            <w:r>
              <w:rPr>
                <w:sz w:val="16"/>
              </w:rPr>
              <w:t>0.7702</w:t>
            </w:r>
          </w:p>
        </w:tc>
        <w:tc>
          <w:tcPr>
            <w:tcW w:w="1040" w:type="dxa"/>
          </w:tcPr>
          <w:p w14:paraId="306254F0" w14:textId="77777777" w:rsidR="00587C7B" w:rsidRDefault="00000000">
            <w:r>
              <w:rPr>
                <w:sz w:val="16"/>
              </w:rPr>
              <w:t>9.13E-05</w:t>
            </w:r>
          </w:p>
        </w:tc>
      </w:tr>
      <w:tr w:rsidR="00587C7B" w14:paraId="6430C59C" w14:textId="77777777">
        <w:trPr>
          <w:jc w:val="center"/>
        </w:trPr>
        <w:tc>
          <w:tcPr>
            <w:tcW w:w="1040" w:type="dxa"/>
          </w:tcPr>
          <w:p w14:paraId="7A2A94AE" w14:textId="77777777" w:rsidR="00587C7B" w:rsidRDefault="00000000">
            <w:r>
              <w:rPr>
                <w:sz w:val="16"/>
              </w:rPr>
              <w:t>2</w:t>
            </w:r>
          </w:p>
        </w:tc>
        <w:tc>
          <w:tcPr>
            <w:tcW w:w="1040" w:type="dxa"/>
          </w:tcPr>
          <w:p w14:paraId="4E96D085" w14:textId="77777777" w:rsidR="00587C7B" w:rsidRDefault="00000000">
            <w:r>
              <w:rPr>
                <w:sz w:val="16"/>
              </w:rPr>
              <w:t>rs2704552</w:t>
            </w:r>
          </w:p>
        </w:tc>
        <w:tc>
          <w:tcPr>
            <w:tcW w:w="1040" w:type="dxa"/>
          </w:tcPr>
          <w:p w14:paraId="0ACA5B28" w14:textId="77777777" w:rsidR="00587C7B" w:rsidRDefault="00000000">
            <w:r>
              <w:rPr>
                <w:sz w:val="16"/>
              </w:rPr>
              <w:t>1.3E+08</w:t>
            </w:r>
          </w:p>
        </w:tc>
        <w:tc>
          <w:tcPr>
            <w:tcW w:w="1040" w:type="dxa"/>
          </w:tcPr>
          <w:p w14:paraId="1017C309" w14:textId="77777777" w:rsidR="00587C7B" w:rsidRDefault="00000000">
            <w:r>
              <w:rPr>
                <w:sz w:val="16"/>
              </w:rPr>
              <w:t>C</w:t>
            </w:r>
          </w:p>
        </w:tc>
        <w:tc>
          <w:tcPr>
            <w:tcW w:w="1040" w:type="dxa"/>
          </w:tcPr>
          <w:p w14:paraId="7AA1D7E7" w14:textId="77777777" w:rsidR="00587C7B" w:rsidRDefault="00000000">
            <w:r>
              <w:rPr>
                <w:sz w:val="16"/>
              </w:rPr>
              <w:t>2.172</w:t>
            </w:r>
          </w:p>
        </w:tc>
        <w:tc>
          <w:tcPr>
            <w:tcW w:w="1040" w:type="dxa"/>
          </w:tcPr>
          <w:p w14:paraId="2DE4BC7E" w14:textId="77777777" w:rsidR="00587C7B" w:rsidRDefault="00000000">
            <w:r>
              <w:rPr>
                <w:sz w:val="16"/>
              </w:rPr>
              <w:t>0.1995</w:t>
            </w:r>
          </w:p>
        </w:tc>
        <w:tc>
          <w:tcPr>
            <w:tcW w:w="1040" w:type="dxa"/>
          </w:tcPr>
          <w:p w14:paraId="3B20061D" w14:textId="77777777" w:rsidR="00587C7B" w:rsidRDefault="00000000">
            <w:r>
              <w:rPr>
                <w:sz w:val="16"/>
              </w:rPr>
              <w:t>1.469</w:t>
            </w:r>
          </w:p>
        </w:tc>
        <w:tc>
          <w:tcPr>
            <w:tcW w:w="1040" w:type="dxa"/>
          </w:tcPr>
          <w:p w14:paraId="5697664B" w14:textId="77777777" w:rsidR="00587C7B" w:rsidRDefault="00000000">
            <w:r>
              <w:rPr>
                <w:sz w:val="16"/>
              </w:rPr>
              <w:t>3.212</w:t>
            </w:r>
          </w:p>
        </w:tc>
        <w:tc>
          <w:tcPr>
            <w:tcW w:w="1040" w:type="dxa"/>
          </w:tcPr>
          <w:p w14:paraId="093C2A55" w14:textId="77777777" w:rsidR="00587C7B" w:rsidRDefault="00000000">
            <w:r>
              <w:rPr>
                <w:sz w:val="16"/>
              </w:rPr>
              <w:t>0.000101</w:t>
            </w:r>
          </w:p>
        </w:tc>
      </w:tr>
      <w:tr w:rsidR="00587C7B" w14:paraId="09016D69" w14:textId="77777777">
        <w:trPr>
          <w:jc w:val="center"/>
        </w:trPr>
        <w:tc>
          <w:tcPr>
            <w:tcW w:w="1040" w:type="dxa"/>
          </w:tcPr>
          <w:p w14:paraId="3E19DD7E" w14:textId="77777777" w:rsidR="00587C7B" w:rsidRDefault="00000000">
            <w:r>
              <w:rPr>
                <w:sz w:val="16"/>
              </w:rPr>
              <w:t>8</w:t>
            </w:r>
          </w:p>
        </w:tc>
        <w:tc>
          <w:tcPr>
            <w:tcW w:w="1040" w:type="dxa"/>
          </w:tcPr>
          <w:p w14:paraId="0153133A" w14:textId="77777777" w:rsidR="00587C7B" w:rsidRDefault="00000000">
            <w:r>
              <w:rPr>
                <w:sz w:val="16"/>
              </w:rPr>
              <w:t>rs7010258</w:t>
            </w:r>
          </w:p>
        </w:tc>
        <w:tc>
          <w:tcPr>
            <w:tcW w:w="1040" w:type="dxa"/>
          </w:tcPr>
          <w:p w14:paraId="6B15537C" w14:textId="77777777" w:rsidR="00587C7B" w:rsidRDefault="00000000">
            <w:r>
              <w:rPr>
                <w:sz w:val="16"/>
              </w:rPr>
              <w:t>1.28E+08</w:t>
            </w:r>
          </w:p>
        </w:tc>
        <w:tc>
          <w:tcPr>
            <w:tcW w:w="1040" w:type="dxa"/>
          </w:tcPr>
          <w:p w14:paraId="2C30BDD3" w14:textId="77777777" w:rsidR="00587C7B" w:rsidRDefault="00000000">
            <w:r>
              <w:rPr>
                <w:sz w:val="16"/>
              </w:rPr>
              <w:t>G</w:t>
            </w:r>
          </w:p>
        </w:tc>
        <w:tc>
          <w:tcPr>
            <w:tcW w:w="1040" w:type="dxa"/>
          </w:tcPr>
          <w:p w14:paraId="64EF1DBE" w14:textId="77777777" w:rsidR="00587C7B" w:rsidRDefault="00000000">
            <w:r>
              <w:rPr>
                <w:sz w:val="16"/>
              </w:rPr>
              <w:t>0.5925</w:t>
            </w:r>
          </w:p>
        </w:tc>
        <w:tc>
          <w:tcPr>
            <w:tcW w:w="1040" w:type="dxa"/>
          </w:tcPr>
          <w:p w14:paraId="4454F6E9" w14:textId="77777777" w:rsidR="00587C7B" w:rsidRDefault="00000000">
            <w:r>
              <w:rPr>
                <w:sz w:val="16"/>
              </w:rPr>
              <w:t>0.1346</w:t>
            </w:r>
          </w:p>
        </w:tc>
        <w:tc>
          <w:tcPr>
            <w:tcW w:w="1040" w:type="dxa"/>
          </w:tcPr>
          <w:p w14:paraId="0A913046" w14:textId="77777777" w:rsidR="00587C7B" w:rsidRDefault="00000000">
            <w:r>
              <w:rPr>
                <w:sz w:val="16"/>
              </w:rPr>
              <w:t>0.4551</w:t>
            </w:r>
          </w:p>
        </w:tc>
        <w:tc>
          <w:tcPr>
            <w:tcW w:w="1040" w:type="dxa"/>
          </w:tcPr>
          <w:p w14:paraId="7EF5A8EB" w14:textId="77777777" w:rsidR="00587C7B" w:rsidRDefault="00000000">
            <w:r>
              <w:rPr>
                <w:sz w:val="16"/>
              </w:rPr>
              <w:t>0.7715</w:t>
            </w:r>
          </w:p>
        </w:tc>
        <w:tc>
          <w:tcPr>
            <w:tcW w:w="1040" w:type="dxa"/>
          </w:tcPr>
          <w:p w14:paraId="315E481E" w14:textId="77777777" w:rsidR="00587C7B" w:rsidRDefault="00000000">
            <w:r>
              <w:rPr>
                <w:sz w:val="16"/>
              </w:rPr>
              <w:t>0.000101</w:t>
            </w:r>
          </w:p>
        </w:tc>
      </w:tr>
      <w:tr w:rsidR="00587C7B" w14:paraId="04ECCBC7" w14:textId="77777777">
        <w:trPr>
          <w:jc w:val="center"/>
        </w:trPr>
        <w:tc>
          <w:tcPr>
            <w:tcW w:w="1040" w:type="dxa"/>
          </w:tcPr>
          <w:p w14:paraId="16CF05B3" w14:textId="77777777" w:rsidR="00587C7B" w:rsidRDefault="00000000">
            <w:r>
              <w:rPr>
                <w:sz w:val="16"/>
              </w:rPr>
              <w:t>3</w:t>
            </w:r>
          </w:p>
        </w:tc>
        <w:tc>
          <w:tcPr>
            <w:tcW w:w="1040" w:type="dxa"/>
          </w:tcPr>
          <w:p w14:paraId="1F1A727B" w14:textId="77777777" w:rsidR="00587C7B" w:rsidRDefault="00000000">
            <w:r>
              <w:rPr>
                <w:sz w:val="16"/>
              </w:rPr>
              <w:t>rs77693251</w:t>
            </w:r>
          </w:p>
        </w:tc>
        <w:tc>
          <w:tcPr>
            <w:tcW w:w="1040" w:type="dxa"/>
          </w:tcPr>
          <w:p w14:paraId="54A692FA" w14:textId="77777777" w:rsidR="00587C7B" w:rsidRDefault="00000000">
            <w:r>
              <w:rPr>
                <w:sz w:val="16"/>
              </w:rPr>
              <w:t>1.37E+08</w:t>
            </w:r>
          </w:p>
        </w:tc>
        <w:tc>
          <w:tcPr>
            <w:tcW w:w="1040" w:type="dxa"/>
          </w:tcPr>
          <w:p w14:paraId="156166CD" w14:textId="77777777" w:rsidR="00587C7B" w:rsidRDefault="00000000">
            <w:r>
              <w:rPr>
                <w:sz w:val="16"/>
              </w:rPr>
              <w:t>C</w:t>
            </w:r>
          </w:p>
        </w:tc>
        <w:tc>
          <w:tcPr>
            <w:tcW w:w="1040" w:type="dxa"/>
          </w:tcPr>
          <w:p w14:paraId="54B1821D" w14:textId="77777777" w:rsidR="00587C7B" w:rsidRDefault="00000000">
            <w:r>
              <w:rPr>
                <w:sz w:val="16"/>
              </w:rPr>
              <w:t>0.3214</w:t>
            </w:r>
          </w:p>
        </w:tc>
        <w:tc>
          <w:tcPr>
            <w:tcW w:w="1040" w:type="dxa"/>
          </w:tcPr>
          <w:p w14:paraId="38D982DA" w14:textId="77777777" w:rsidR="00587C7B" w:rsidRDefault="00000000">
            <w:r>
              <w:rPr>
                <w:sz w:val="16"/>
              </w:rPr>
              <w:t>0.2927</w:t>
            </w:r>
          </w:p>
        </w:tc>
        <w:tc>
          <w:tcPr>
            <w:tcW w:w="1040" w:type="dxa"/>
          </w:tcPr>
          <w:p w14:paraId="0B7DC9C1" w14:textId="77777777" w:rsidR="00587C7B" w:rsidRDefault="00000000">
            <w:r>
              <w:rPr>
                <w:sz w:val="16"/>
              </w:rPr>
              <w:t>0.1811</w:t>
            </w:r>
          </w:p>
        </w:tc>
        <w:tc>
          <w:tcPr>
            <w:tcW w:w="1040" w:type="dxa"/>
          </w:tcPr>
          <w:p w14:paraId="73B19B72" w14:textId="77777777" w:rsidR="00587C7B" w:rsidRDefault="00000000">
            <w:r>
              <w:rPr>
                <w:sz w:val="16"/>
              </w:rPr>
              <w:t>0.5705</w:t>
            </w:r>
          </w:p>
        </w:tc>
        <w:tc>
          <w:tcPr>
            <w:tcW w:w="1040" w:type="dxa"/>
          </w:tcPr>
          <w:p w14:paraId="7FA5564D" w14:textId="77777777" w:rsidR="00587C7B" w:rsidRDefault="00000000">
            <w:r>
              <w:rPr>
                <w:sz w:val="16"/>
              </w:rPr>
              <w:t>0.000106</w:t>
            </w:r>
          </w:p>
        </w:tc>
      </w:tr>
      <w:tr w:rsidR="00587C7B" w14:paraId="220D5938" w14:textId="77777777">
        <w:trPr>
          <w:jc w:val="center"/>
        </w:trPr>
        <w:tc>
          <w:tcPr>
            <w:tcW w:w="1040" w:type="dxa"/>
          </w:tcPr>
          <w:p w14:paraId="0B5231E4" w14:textId="77777777" w:rsidR="00587C7B" w:rsidRDefault="00000000">
            <w:r>
              <w:rPr>
                <w:sz w:val="16"/>
              </w:rPr>
              <w:t>11</w:t>
            </w:r>
          </w:p>
        </w:tc>
        <w:tc>
          <w:tcPr>
            <w:tcW w:w="1040" w:type="dxa"/>
          </w:tcPr>
          <w:p w14:paraId="6B50ABD3" w14:textId="77777777" w:rsidR="00587C7B" w:rsidRDefault="00000000">
            <w:r>
              <w:rPr>
                <w:sz w:val="16"/>
              </w:rPr>
              <w:t>rs10466351</w:t>
            </w:r>
          </w:p>
        </w:tc>
        <w:tc>
          <w:tcPr>
            <w:tcW w:w="1040" w:type="dxa"/>
          </w:tcPr>
          <w:p w14:paraId="10DCC01B" w14:textId="77777777" w:rsidR="00587C7B" w:rsidRDefault="00000000">
            <w:r>
              <w:rPr>
                <w:sz w:val="16"/>
              </w:rPr>
              <w:t>92964815</w:t>
            </w:r>
          </w:p>
        </w:tc>
        <w:tc>
          <w:tcPr>
            <w:tcW w:w="1040" w:type="dxa"/>
          </w:tcPr>
          <w:p w14:paraId="7FC2886C" w14:textId="77777777" w:rsidR="00587C7B" w:rsidRDefault="00000000">
            <w:r>
              <w:rPr>
                <w:sz w:val="16"/>
              </w:rPr>
              <w:t>G</w:t>
            </w:r>
          </w:p>
        </w:tc>
        <w:tc>
          <w:tcPr>
            <w:tcW w:w="1040" w:type="dxa"/>
          </w:tcPr>
          <w:p w14:paraId="64F89569" w14:textId="77777777" w:rsidR="00587C7B" w:rsidRDefault="00000000">
            <w:r>
              <w:rPr>
                <w:sz w:val="16"/>
              </w:rPr>
              <w:t>0.5791</w:t>
            </w:r>
          </w:p>
        </w:tc>
        <w:tc>
          <w:tcPr>
            <w:tcW w:w="1040" w:type="dxa"/>
          </w:tcPr>
          <w:p w14:paraId="2F88D8DA" w14:textId="77777777" w:rsidR="00587C7B" w:rsidRDefault="00000000">
            <w:r>
              <w:rPr>
                <w:sz w:val="16"/>
              </w:rPr>
              <w:t>0.1412</w:t>
            </w:r>
          </w:p>
        </w:tc>
        <w:tc>
          <w:tcPr>
            <w:tcW w:w="1040" w:type="dxa"/>
          </w:tcPr>
          <w:p w14:paraId="2FF3F8C4" w14:textId="77777777" w:rsidR="00587C7B" w:rsidRDefault="00000000">
            <w:r>
              <w:rPr>
                <w:sz w:val="16"/>
              </w:rPr>
              <w:t>0.4391</w:t>
            </w:r>
          </w:p>
        </w:tc>
        <w:tc>
          <w:tcPr>
            <w:tcW w:w="1040" w:type="dxa"/>
          </w:tcPr>
          <w:p w14:paraId="3D9B3B50" w14:textId="77777777" w:rsidR="00587C7B" w:rsidRDefault="00000000">
            <w:r>
              <w:rPr>
                <w:sz w:val="16"/>
              </w:rPr>
              <w:t>0.7637</w:t>
            </w:r>
          </w:p>
        </w:tc>
        <w:tc>
          <w:tcPr>
            <w:tcW w:w="1040" w:type="dxa"/>
          </w:tcPr>
          <w:p w14:paraId="073F4A2D" w14:textId="77777777" w:rsidR="00587C7B" w:rsidRDefault="00000000">
            <w:r>
              <w:rPr>
                <w:sz w:val="16"/>
              </w:rPr>
              <w:t>0.000109</w:t>
            </w:r>
          </w:p>
        </w:tc>
      </w:tr>
      <w:tr w:rsidR="00587C7B" w14:paraId="6674AAD1" w14:textId="77777777">
        <w:trPr>
          <w:jc w:val="center"/>
        </w:trPr>
        <w:tc>
          <w:tcPr>
            <w:tcW w:w="1040" w:type="dxa"/>
          </w:tcPr>
          <w:p w14:paraId="75248E03" w14:textId="77777777" w:rsidR="00587C7B" w:rsidRDefault="00000000">
            <w:r>
              <w:rPr>
                <w:sz w:val="16"/>
              </w:rPr>
              <w:t>5</w:t>
            </w:r>
          </w:p>
        </w:tc>
        <w:tc>
          <w:tcPr>
            <w:tcW w:w="1040" w:type="dxa"/>
          </w:tcPr>
          <w:p w14:paraId="1668ECAC" w14:textId="77777777" w:rsidR="00587C7B" w:rsidRDefault="00000000">
            <w:r>
              <w:rPr>
                <w:sz w:val="16"/>
              </w:rPr>
              <w:t>rs6889241</w:t>
            </w:r>
          </w:p>
        </w:tc>
        <w:tc>
          <w:tcPr>
            <w:tcW w:w="1040" w:type="dxa"/>
          </w:tcPr>
          <w:p w14:paraId="524C4565" w14:textId="77777777" w:rsidR="00587C7B" w:rsidRDefault="00000000">
            <w:r>
              <w:rPr>
                <w:sz w:val="16"/>
              </w:rPr>
              <w:t>1.54E+08</w:t>
            </w:r>
          </w:p>
        </w:tc>
        <w:tc>
          <w:tcPr>
            <w:tcW w:w="1040" w:type="dxa"/>
          </w:tcPr>
          <w:p w14:paraId="530F1566" w14:textId="77777777" w:rsidR="00587C7B" w:rsidRDefault="00000000">
            <w:r>
              <w:rPr>
                <w:sz w:val="16"/>
              </w:rPr>
              <w:t>G</w:t>
            </w:r>
          </w:p>
        </w:tc>
        <w:tc>
          <w:tcPr>
            <w:tcW w:w="1040" w:type="dxa"/>
          </w:tcPr>
          <w:p w14:paraId="04B4BE81" w14:textId="77777777" w:rsidR="00587C7B" w:rsidRDefault="00000000">
            <w:r>
              <w:rPr>
                <w:sz w:val="16"/>
              </w:rPr>
              <w:t>0.5636</w:t>
            </w:r>
          </w:p>
        </w:tc>
        <w:tc>
          <w:tcPr>
            <w:tcW w:w="1040" w:type="dxa"/>
          </w:tcPr>
          <w:p w14:paraId="24FD032D" w14:textId="77777777" w:rsidR="00587C7B" w:rsidRDefault="00000000">
            <w:r>
              <w:rPr>
                <w:sz w:val="16"/>
              </w:rPr>
              <w:t>0.1483</w:t>
            </w:r>
          </w:p>
        </w:tc>
        <w:tc>
          <w:tcPr>
            <w:tcW w:w="1040" w:type="dxa"/>
          </w:tcPr>
          <w:p w14:paraId="196FA48D" w14:textId="77777777" w:rsidR="00587C7B" w:rsidRDefault="00000000">
            <w:r>
              <w:rPr>
                <w:sz w:val="16"/>
              </w:rPr>
              <w:t>0.4215</w:t>
            </w:r>
          </w:p>
        </w:tc>
        <w:tc>
          <w:tcPr>
            <w:tcW w:w="1040" w:type="dxa"/>
          </w:tcPr>
          <w:p w14:paraId="6B086879" w14:textId="77777777" w:rsidR="00587C7B" w:rsidRDefault="00000000">
            <w:r>
              <w:rPr>
                <w:sz w:val="16"/>
              </w:rPr>
              <w:t>0.7537</w:t>
            </w:r>
          </w:p>
        </w:tc>
        <w:tc>
          <w:tcPr>
            <w:tcW w:w="1040" w:type="dxa"/>
          </w:tcPr>
          <w:p w14:paraId="3C9CCD16" w14:textId="77777777" w:rsidR="00587C7B" w:rsidRDefault="00000000">
            <w:r>
              <w:rPr>
                <w:sz w:val="16"/>
              </w:rPr>
              <w:t>0.00011</w:t>
            </w:r>
          </w:p>
        </w:tc>
      </w:tr>
      <w:tr w:rsidR="00587C7B" w14:paraId="26CC402F" w14:textId="77777777">
        <w:trPr>
          <w:jc w:val="center"/>
        </w:trPr>
        <w:tc>
          <w:tcPr>
            <w:tcW w:w="1040" w:type="dxa"/>
          </w:tcPr>
          <w:p w14:paraId="24CA0E5C" w14:textId="77777777" w:rsidR="00587C7B" w:rsidRDefault="00000000">
            <w:r>
              <w:rPr>
                <w:sz w:val="16"/>
              </w:rPr>
              <w:t>13</w:t>
            </w:r>
          </w:p>
        </w:tc>
        <w:tc>
          <w:tcPr>
            <w:tcW w:w="1040" w:type="dxa"/>
          </w:tcPr>
          <w:p w14:paraId="7695B19D" w14:textId="77777777" w:rsidR="00587C7B" w:rsidRDefault="00000000">
            <w:r>
              <w:rPr>
                <w:sz w:val="16"/>
              </w:rPr>
              <w:t>rs661732</w:t>
            </w:r>
          </w:p>
        </w:tc>
        <w:tc>
          <w:tcPr>
            <w:tcW w:w="1040" w:type="dxa"/>
          </w:tcPr>
          <w:p w14:paraId="67CBDE33" w14:textId="77777777" w:rsidR="00587C7B" w:rsidRDefault="00000000">
            <w:r>
              <w:rPr>
                <w:sz w:val="16"/>
              </w:rPr>
              <w:t>28954855</w:t>
            </w:r>
          </w:p>
        </w:tc>
        <w:tc>
          <w:tcPr>
            <w:tcW w:w="1040" w:type="dxa"/>
          </w:tcPr>
          <w:p w14:paraId="131848A2" w14:textId="77777777" w:rsidR="00587C7B" w:rsidRDefault="00000000">
            <w:r>
              <w:rPr>
                <w:sz w:val="16"/>
              </w:rPr>
              <w:t>G</w:t>
            </w:r>
          </w:p>
        </w:tc>
        <w:tc>
          <w:tcPr>
            <w:tcW w:w="1040" w:type="dxa"/>
          </w:tcPr>
          <w:p w14:paraId="25A73D3A" w14:textId="77777777" w:rsidR="00587C7B" w:rsidRDefault="00000000">
            <w:r>
              <w:rPr>
                <w:sz w:val="16"/>
              </w:rPr>
              <w:t>1.833</w:t>
            </w:r>
          </w:p>
        </w:tc>
        <w:tc>
          <w:tcPr>
            <w:tcW w:w="1040" w:type="dxa"/>
          </w:tcPr>
          <w:p w14:paraId="1BE4B3C3" w14:textId="77777777" w:rsidR="00587C7B" w:rsidRDefault="00000000">
            <w:r>
              <w:rPr>
                <w:sz w:val="16"/>
              </w:rPr>
              <w:t>0.1566</w:t>
            </w:r>
          </w:p>
        </w:tc>
        <w:tc>
          <w:tcPr>
            <w:tcW w:w="1040" w:type="dxa"/>
          </w:tcPr>
          <w:p w14:paraId="2FD10394" w14:textId="77777777" w:rsidR="00587C7B" w:rsidRDefault="00000000">
            <w:r>
              <w:rPr>
                <w:sz w:val="16"/>
              </w:rPr>
              <w:t>1.348</w:t>
            </w:r>
          </w:p>
        </w:tc>
        <w:tc>
          <w:tcPr>
            <w:tcW w:w="1040" w:type="dxa"/>
          </w:tcPr>
          <w:p w14:paraId="0083000A" w14:textId="77777777" w:rsidR="00587C7B" w:rsidRDefault="00000000">
            <w:r>
              <w:rPr>
                <w:sz w:val="16"/>
              </w:rPr>
              <w:t>2.491</w:t>
            </w:r>
          </w:p>
        </w:tc>
        <w:tc>
          <w:tcPr>
            <w:tcW w:w="1040" w:type="dxa"/>
          </w:tcPr>
          <w:p w14:paraId="3CA526BF" w14:textId="77777777" w:rsidR="00587C7B" w:rsidRDefault="00000000">
            <w:r>
              <w:rPr>
                <w:sz w:val="16"/>
              </w:rPr>
              <w:t>0.00011</w:t>
            </w:r>
          </w:p>
        </w:tc>
      </w:tr>
      <w:tr w:rsidR="00587C7B" w14:paraId="7E9ECD06" w14:textId="77777777">
        <w:trPr>
          <w:jc w:val="center"/>
        </w:trPr>
        <w:tc>
          <w:tcPr>
            <w:tcW w:w="1040" w:type="dxa"/>
          </w:tcPr>
          <w:p w14:paraId="04C7255E" w14:textId="77777777" w:rsidR="00587C7B" w:rsidRDefault="00000000">
            <w:r>
              <w:rPr>
                <w:sz w:val="16"/>
              </w:rPr>
              <w:t>16</w:t>
            </w:r>
          </w:p>
        </w:tc>
        <w:tc>
          <w:tcPr>
            <w:tcW w:w="1040" w:type="dxa"/>
          </w:tcPr>
          <w:p w14:paraId="66F135E7" w14:textId="77777777" w:rsidR="00587C7B" w:rsidRDefault="00000000">
            <w:r>
              <w:rPr>
                <w:sz w:val="16"/>
              </w:rPr>
              <w:t>rs16961122</w:t>
            </w:r>
          </w:p>
        </w:tc>
        <w:tc>
          <w:tcPr>
            <w:tcW w:w="1040" w:type="dxa"/>
          </w:tcPr>
          <w:p w14:paraId="4EADC5F2" w14:textId="77777777" w:rsidR="00587C7B" w:rsidRDefault="00000000">
            <w:r>
              <w:rPr>
                <w:sz w:val="16"/>
              </w:rPr>
              <w:t>83643686</w:t>
            </w:r>
          </w:p>
        </w:tc>
        <w:tc>
          <w:tcPr>
            <w:tcW w:w="1040" w:type="dxa"/>
          </w:tcPr>
          <w:p w14:paraId="7B8FA562" w14:textId="77777777" w:rsidR="00587C7B" w:rsidRDefault="00000000">
            <w:r>
              <w:rPr>
                <w:sz w:val="16"/>
              </w:rPr>
              <w:t>G</w:t>
            </w:r>
          </w:p>
        </w:tc>
        <w:tc>
          <w:tcPr>
            <w:tcW w:w="1040" w:type="dxa"/>
          </w:tcPr>
          <w:p w14:paraId="50C8A3F3" w14:textId="77777777" w:rsidR="00587C7B" w:rsidRDefault="00000000">
            <w:r>
              <w:rPr>
                <w:sz w:val="16"/>
              </w:rPr>
              <w:t>0.56</w:t>
            </w:r>
          </w:p>
        </w:tc>
        <w:tc>
          <w:tcPr>
            <w:tcW w:w="1040" w:type="dxa"/>
          </w:tcPr>
          <w:p w14:paraId="3C468B27" w14:textId="77777777" w:rsidR="00587C7B" w:rsidRDefault="00000000">
            <w:r>
              <w:rPr>
                <w:sz w:val="16"/>
              </w:rPr>
              <w:t>0.1499</w:t>
            </w:r>
          </w:p>
        </w:tc>
        <w:tc>
          <w:tcPr>
            <w:tcW w:w="1040" w:type="dxa"/>
          </w:tcPr>
          <w:p w14:paraId="795523E4" w14:textId="77777777" w:rsidR="00587C7B" w:rsidRDefault="00000000">
            <w:r>
              <w:rPr>
                <w:sz w:val="16"/>
              </w:rPr>
              <w:t>0.4174</w:t>
            </w:r>
          </w:p>
        </w:tc>
        <w:tc>
          <w:tcPr>
            <w:tcW w:w="1040" w:type="dxa"/>
          </w:tcPr>
          <w:p w14:paraId="524EE208" w14:textId="77777777" w:rsidR="00587C7B" w:rsidRDefault="00000000">
            <w:r>
              <w:rPr>
                <w:sz w:val="16"/>
              </w:rPr>
              <w:t>0.7513</w:t>
            </w:r>
          </w:p>
        </w:tc>
        <w:tc>
          <w:tcPr>
            <w:tcW w:w="1040" w:type="dxa"/>
          </w:tcPr>
          <w:p w14:paraId="37421EA7" w14:textId="77777777" w:rsidR="00587C7B" w:rsidRDefault="00000000">
            <w:r>
              <w:rPr>
                <w:sz w:val="16"/>
              </w:rPr>
              <w:t>0.00011</w:t>
            </w:r>
          </w:p>
        </w:tc>
      </w:tr>
      <w:tr w:rsidR="00587C7B" w14:paraId="3830417D" w14:textId="77777777">
        <w:trPr>
          <w:jc w:val="center"/>
        </w:trPr>
        <w:tc>
          <w:tcPr>
            <w:tcW w:w="1040" w:type="dxa"/>
          </w:tcPr>
          <w:p w14:paraId="2D2C4FA6" w14:textId="77777777" w:rsidR="00587C7B" w:rsidRDefault="00000000">
            <w:r>
              <w:rPr>
                <w:sz w:val="16"/>
              </w:rPr>
              <w:t>13</w:t>
            </w:r>
          </w:p>
        </w:tc>
        <w:tc>
          <w:tcPr>
            <w:tcW w:w="1040" w:type="dxa"/>
          </w:tcPr>
          <w:p w14:paraId="17F85F82" w14:textId="77777777" w:rsidR="00587C7B" w:rsidRDefault="00000000">
            <w:r>
              <w:rPr>
                <w:sz w:val="16"/>
              </w:rPr>
              <w:t>rs9552829</w:t>
            </w:r>
          </w:p>
        </w:tc>
        <w:tc>
          <w:tcPr>
            <w:tcW w:w="1040" w:type="dxa"/>
          </w:tcPr>
          <w:p w14:paraId="2E74CDA7" w14:textId="77777777" w:rsidR="00587C7B" w:rsidRDefault="00000000">
            <w:r>
              <w:rPr>
                <w:sz w:val="16"/>
              </w:rPr>
              <w:t>23121963</w:t>
            </w:r>
          </w:p>
        </w:tc>
        <w:tc>
          <w:tcPr>
            <w:tcW w:w="1040" w:type="dxa"/>
          </w:tcPr>
          <w:p w14:paraId="520247D3" w14:textId="77777777" w:rsidR="00587C7B" w:rsidRDefault="00000000">
            <w:r>
              <w:rPr>
                <w:sz w:val="16"/>
              </w:rPr>
              <w:t>A</w:t>
            </w:r>
          </w:p>
        </w:tc>
        <w:tc>
          <w:tcPr>
            <w:tcW w:w="1040" w:type="dxa"/>
          </w:tcPr>
          <w:p w14:paraId="3C8A406B" w14:textId="77777777" w:rsidR="00587C7B" w:rsidRDefault="00000000">
            <w:r>
              <w:rPr>
                <w:sz w:val="16"/>
              </w:rPr>
              <w:t>1.86</w:t>
            </w:r>
          </w:p>
        </w:tc>
        <w:tc>
          <w:tcPr>
            <w:tcW w:w="1040" w:type="dxa"/>
          </w:tcPr>
          <w:p w14:paraId="1ED62FC0" w14:textId="77777777" w:rsidR="00587C7B" w:rsidRDefault="00000000">
            <w:r>
              <w:rPr>
                <w:sz w:val="16"/>
              </w:rPr>
              <w:t>0.1605</w:t>
            </w:r>
          </w:p>
        </w:tc>
        <w:tc>
          <w:tcPr>
            <w:tcW w:w="1040" w:type="dxa"/>
          </w:tcPr>
          <w:p w14:paraId="19F29B4A" w14:textId="77777777" w:rsidR="00587C7B" w:rsidRDefault="00000000">
            <w:r>
              <w:rPr>
                <w:sz w:val="16"/>
              </w:rPr>
              <w:t>1.358</w:t>
            </w:r>
          </w:p>
        </w:tc>
        <w:tc>
          <w:tcPr>
            <w:tcW w:w="1040" w:type="dxa"/>
          </w:tcPr>
          <w:p w14:paraId="0B3C24C0" w14:textId="77777777" w:rsidR="00587C7B" w:rsidRDefault="00000000">
            <w:r>
              <w:rPr>
                <w:sz w:val="16"/>
              </w:rPr>
              <w:t>2.548</w:t>
            </w:r>
          </w:p>
        </w:tc>
        <w:tc>
          <w:tcPr>
            <w:tcW w:w="1040" w:type="dxa"/>
          </w:tcPr>
          <w:p w14:paraId="1D5A9C70" w14:textId="77777777" w:rsidR="00587C7B" w:rsidRDefault="00000000">
            <w:r>
              <w:rPr>
                <w:sz w:val="16"/>
              </w:rPr>
              <w:t>0.000111</w:t>
            </w:r>
          </w:p>
        </w:tc>
      </w:tr>
      <w:tr w:rsidR="00587C7B" w14:paraId="07A5690D" w14:textId="77777777">
        <w:trPr>
          <w:jc w:val="center"/>
        </w:trPr>
        <w:tc>
          <w:tcPr>
            <w:tcW w:w="1040" w:type="dxa"/>
          </w:tcPr>
          <w:p w14:paraId="2E4D3938" w14:textId="77777777" w:rsidR="00587C7B" w:rsidRDefault="00000000">
            <w:r>
              <w:rPr>
                <w:sz w:val="16"/>
              </w:rPr>
              <w:t>3</w:t>
            </w:r>
          </w:p>
        </w:tc>
        <w:tc>
          <w:tcPr>
            <w:tcW w:w="1040" w:type="dxa"/>
          </w:tcPr>
          <w:p w14:paraId="6398E6E5" w14:textId="77777777" w:rsidR="00587C7B" w:rsidRDefault="00000000">
            <w:r>
              <w:rPr>
                <w:sz w:val="16"/>
              </w:rPr>
              <w:t>rs2713575</w:t>
            </w:r>
          </w:p>
        </w:tc>
        <w:tc>
          <w:tcPr>
            <w:tcW w:w="1040" w:type="dxa"/>
          </w:tcPr>
          <w:p w14:paraId="7BDEB8F4" w14:textId="77777777" w:rsidR="00587C7B" w:rsidRDefault="00000000">
            <w:r>
              <w:rPr>
                <w:sz w:val="16"/>
              </w:rPr>
              <w:t>1.29E+08</w:t>
            </w:r>
          </w:p>
        </w:tc>
        <w:tc>
          <w:tcPr>
            <w:tcW w:w="1040" w:type="dxa"/>
          </w:tcPr>
          <w:p w14:paraId="2A6A59B6" w14:textId="77777777" w:rsidR="00587C7B" w:rsidRDefault="00000000">
            <w:r>
              <w:rPr>
                <w:sz w:val="16"/>
              </w:rPr>
              <w:t>A</w:t>
            </w:r>
          </w:p>
        </w:tc>
        <w:tc>
          <w:tcPr>
            <w:tcW w:w="1040" w:type="dxa"/>
          </w:tcPr>
          <w:p w14:paraId="4D005257" w14:textId="77777777" w:rsidR="00587C7B" w:rsidRDefault="00000000">
            <w:r>
              <w:rPr>
                <w:sz w:val="16"/>
              </w:rPr>
              <w:t>1.714</w:t>
            </w:r>
          </w:p>
        </w:tc>
        <w:tc>
          <w:tcPr>
            <w:tcW w:w="1040" w:type="dxa"/>
          </w:tcPr>
          <w:p w14:paraId="2063A86D" w14:textId="77777777" w:rsidR="00587C7B" w:rsidRDefault="00000000">
            <w:r>
              <w:rPr>
                <w:sz w:val="16"/>
              </w:rPr>
              <w:t>0.1397</w:t>
            </w:r>
          </w:p>
        </w:tc>
        <w:tc>
          <w:tcPr>
            <w:tcW w:w="1040" w:type="dxa"/>
          </w:tcPr>
          <w:p w14:paraId="2A4128C1" w14:textId="77777777" w:rsidR="00587C7B" w:rsidRDefault="00000000">
            <w:r>
              <w:rPr>
                <w:sz w:val="16"/>
              </w:rPr>
              <w:t>1.304</w:t>
            </w:r>
          </w:p>
        </w:tc>
        <w:tc>
          <w:tcPr>
            <w:tcW w:w="1040" w:type="dxa"/>
          </w:tcPr>
          <w:p w14:paraId="20C52EB6" w14:textId="77777777" w:rsidR="00587C7B" w:rsidRDefault="00000000">
            <w:r>
              <w:rPr>
                <w:sz w:val="16"/>
              </w:rPr>
              <w:t>2.254</w:t>
            </w:r>
          </w:p>
        </w:tc>
        <w:tc>
          <w:tcPr>
            <w:tcW w:w="1040" w:type="dxa"/>
          </w:tcPr>
          <w:p w14:paraId="479DB13E" w14:textId="77777777" w:rsidR="00587C7B" w:rsidRDefault="00000000">
            <w:r>
              <w:rPr>
                <w:sz w:val="16"/>
              </w:rPr>
              <w:t>0.000114</w:t>
            </w:r>
          </w:p>
        </w:tc>
      </w:tr>
      <w:tr w:rsidR="00587C7B" w14:paraId="6CE70F4B" w14:textId="77777777">
        <w:trPr>
          <w:jc w:val="center"/>
        </w:trPr>
        <w:tc>
          <w:tcPr>
            <w:tcW w:w="1040" w:type="dxa"/>
          </w:tcPr>
          <w:p w14:paraId="6FBBBCCF" w14:textId="77777777" w:rsidR="00587C7B" w:rsidRDefault="00000000">
            <w:r>
              <w:rPr>
                <w:sz w:val="16"/>
              </w:rPr>
              <w:t>13</w:t>
            </w:r>
          </w:p>
        </w:tc>
        <w:tc>
          <w:tcPr>
            <w:tcW w:w="1040" w:type="dxa"/>
          </w:tcPr>
          <w:p w14:paraId="10474E08" w14:textId="77777777" w:rsidR="00587C7B" w:rsidRDefault="00000000">
            <w:r>
              <w:rPr>
                <w:sz w:val="16"/>
              </w:rPr>
              <w:t>rs2763922</w:t>
            </w:r>
          </w:p>
        </w:tc>
        <w:tc>
          <w:tcPr>
            <w:tcW w:w="1040" w:type="dxa"/>
          </w:tcPr>
          <w:p w14:paraId="1A895410" w14:textId="77777777" w:rsidR="00587C7B" w:rsidRDefault="00000000">
            <w:r>
              <w:rPr>
                <w:sz w:val="16"/>
              </w:rPr>
              <w:t>99580005</w:t>
            </w:r>
          </w:p>
        </w:tc>
        <w:tc>
          <w:tcPr>
            <w:tcW w:w="1040" w:type="dxa"/>
          </w:tcPr>
          <w:p w14:paraId="216AA469" w14:textId="77777777" w:rsidR="00587C7B" w:rsidRDefault="00000000">
            <w:r>
              <w:rPr>
                <w:sz w:val="16"/>
              </w:rPr>
              <w:t>C</w:t>
            </w:r>
          </w:p>
        </w:tc>
        <w:tc>
          <w:tcPr>
            <w:tcW w:w="1040" w:type="dxa"/>
          </w:tcPr>
          <w:p w14:paraId="13320546" w14:textId="77777777" w:rsidR="00587C7B" w:rsidRDefault="00000000">
            <w:r>
              <w:rPr>
                <w:sz w:val="16"/>
              </w:rPr>
              <w:t>0.5923</w:t>
            </w:r>
          </w:p>
        </w:tc>
        <w:tc>
          <w:tcPr>
            <w:tcW w:w="1040" w:type="dxa"/>
          </w:tcPr>
          <w:p w14:paraId="0100F998" w14:textId="77777777" w:rsidR="00587C7B" w:rsidRDefault="00000000">
            <w:r>
              <w:rPr>
                <w:sz w:val="16"/>
              </w:rPr>
              <w:t>0.1358</w:t>
            </w:r>
          </w:p>
        </w:tc>
        <w:tc>
          <w:tcPr>
            <w:tcW w:w="1040" w:type="dxa"/>
          </w:tcPr>
          <w:p w14:paraId="1D73E150" w14:textId="77777777" w:rsidR="00587C7B" w:rsidRDefault="00000000">
            <w:r>
              <w:rPr>
                <w:sz w:val="16"/>
              </w:rPr>
              <w:t>0.4538</w:t>
            </w:r>
          </w:p>
        </w:tc>
        <w:tc>
          <w:tcPr>
            <w:tcW w:w="1040" w:type="dxa"/>
          </w:tcPr>
          <w:p w14:paraId="01976A2C" w14:textId="77777777" w:rsidR="00587C7B" w:rsidRDefault="00000000">
            <w:r>
              <w:rPr>
                <w:sz w:val="16"/>
              </w:rPr>
              <w:t>0.7729</w:t>
            </w:r>
          </w:p>
        </w:tc>
        <w:tc>
          <w:tcPr>
            <w:tcW w:w="1040" w:type="dxa"/>
          </w:tcPr>
          <w:p w14:paraId="28D0CA21" w14:textId="77777777" w:rsidR="00587C7B" w:rsidRDefault="00000000">
            <w:r>
              <w:rPr>
                <w:sz w:val="16"/>
              </w:rPr>
              <w:t>0.000115</w:t>
            </w:r>
          </w:p>
        </w:tc>
      </w:tr>
      <w:tr w:rsidR="00587C7B" w14:paraId="7DF4222B" w14:textId="77777777">
        <w:trPr>
          <w:jc w:val="center"/>
        </w:trPr>
        <w:tc>
          <w:tcPr>
            <w:tcW w:w="1040" w:type="dxa"/>
          </w:tcPr>
          <w:p w14:paraId="77429FE3" w14:textId="77777777" w:rsidR="00587C7B" w:rsidRDefault="00000000">
            <w:r>
              <w:rPr>
                <w:sz w:val="16"/>
              </w:rPr>
              <w:t>23</w:t>
            </w:r>
          </w:p>
        </w:tc>
        <w:tc>
          <w:tcPr>
            <w:tcW w:w="1040" w:type="dxa"/>
          </w:tcPr>
          <w:p w14:paraId="51FCBA2E" w14:textId="77777777" w:rsidR="00587C7B" w:rsidRDefault="00000000">
            <w:r>
              <w:rPr>
                <w:sz w:val="16"/>
              </w:rPr>
              <w:t>rs2223198</w:t>
            </w:r>
          </w:p>
        </w:tc>
        <w:tc>
          <w:tcPr>
            <w:tcW w:w="1040" w:type="dxa"/>
          </w:tcPr>
          <w:p w14:paraId="677F5425" w14:textId="77777777" w:rsidR="00587C7B" w:rsidRDefault="00000000">
            <w:r>
              <w:rPr>
                <w:sz w:val="16"/>
              </w:rPr>
              <w:t>1.29E+08</w:t>
            </w:r>
          </w:p>
        </w:tc>
        <w:tc>
          <w:tcPr>
            <w:tcW w:w="1040" w:type="dxa"/>
          </w:tcPr>
          <w:p w14:paraId="1ACBFCB0" w14:textId="77777777" w:rsidR="00587C7B" w:rsidRDefault="00000000">
            <w:r>
              <w:rPr>
                <w:sz w:val="16"/>
              </w:rPr>
              <w:t>A</w:t>
            </w:r>
          </w:p>
        </w:tc>
        <w:tc>
          <w:tcPr>
            <w:tcW w:w="1040" w:type="dxa"/>
          </w:tcPr>
          <w:p w14:paraId="1EA9BF56" w14:textId="77777777" w:rsidR="00587C7B" w:rsidRDefault="00000000">
            <w:r>
              <w:rPr>
                <w:sz w:val="16"/>
              </w:rPr>
              <w:t>0.5314</w:t>
            </w:r>
          </w:p>
        </w:tc>
        <w:tc>
          <w:tcPr>
            <w:tcW w:w="1040" w:type="dxa"/>
          </w:tcPr>
          <w:p w14:paraId="711E0016" w14:textId="77777777" w:rsidR="00587C7B" w:rsidRDefault="00000000">
            <w:r>
              <w:rPr>
                <w:sz w:val="16"/>
              </w:rPr>
              <w:t>0.1643</w:t>
            </w:r>
          </w:p>
        </w:tc>
        <w:tc>
          <w:tcPr>
            <w:tcW w:w="1040" w:type="dxa"/>
          </w:tcPr>
          <w:p w14:paraId="26F62E86" w14:textId="77777777" w:rsidR="00587C7B" w:rsidRDefault="00000000">
            <w:r>
              <w:rPr>
                <w:sz w:val="16"/>
              </w:rPr>
              <w:t>0.3851</w:t>
            </w:r>
          </w:p>
        </w:tc>
        <w:tc>
          <w:tcPr>
            <w:tcW w:w="1040" w:type="dxa"/>
          </w:tcPr>
          <w:p w14:paraId="4D639F20" w14:textId="77777777" w:rsidR="00587C7B" w:rsidRDefault="00000000">
            <w:r>
              <w:rPr>
                <w:sz w:val="16"/>
              </w:rPr>
              <w:t>0.7333</w:t>
            </w:r>
          </w:p>
        </w:tc>
        <w:tc>
          <w:tcPr>
            <w:tcW w:w="1040" w:type="dxa"/>
          </w:tcPr>
          <w:p w14:paraId="01DC5D4E" w14:textId="77777777" w:rsidR="00587C7B" w:rsidRDefault="00000000">
            <w:r>
              <w:rPr>
                <w:sz w:val="16"/>
              </w:rPr>
              <w:t>0.000119</w:t>
            </w:r>
          </w:p>
        </w:tc>
      </w:tr>
      <w:tr w:rsidR="00587C7B" w14:paraId="718279E9" w14:textId="77777777">
        <w:trPr>
          <w:jc w:val="center"/>
        </w:trPr>
        <w:tc>
          <w:tcPr>
            <w:tcW w:w="1040" w:type="dxa"/>
          </w:tcPr>
          <w:p w14:paraId="19CFCB9B" w14:textId="77777777" w:rsidR="00587C7B" w:rsidRDefault="00000000">
            <w:r>
              <w:rPr>
                <w:sz w:val="16"/>
              </w:rPr>
              <w:t>8</w:t>
            </w:r>
          </w:p>
        </w:tc>
        <w:tc>
          <w:tcPr>
            <w:tcW w:w="1040" w:type="dxa"/>
          </w:tcPr>
          <w:p w14:paraId="53C2A6CA" w14:textId="77777777" w:rsidR="00587C7B" w:rsidRDefault="00000000">
            <w:r>
              <w:rPr>
                <w:sz w:val="16"/>
              </w:rPr>
              <w:t>rs75077885</w:t>
            </w:r>
          </w:p>
        </w:tc>
        <w:tc>
          <w:tcPr>
            <w:tcW w:w="1040" w:type="dxa"/>
          </w:tcPr>
          <w:p w14:paraId="6D857709" w14:textId="77777777" w:rsidR="00587C7B" w:rsidRDefault="00000000">
            <w:r>
              <w:rPr>
                <w:sz w:val="16"/>
              </w:rPr>
              <w:t>19482022</w:t>
            </w:r>
          </w:p>
        </w:tc>
        <w:tc>
          <w:tcPr>
            <w:tcW w:w="1040" w:type="dxa"/>
          </w:tcPr>
          <w:p w14:paraId="34348470" w14:textId="77777777" w:rsidR="00587C7B" w:rsidRDefault="00000000">
            <w:r>
              <w:rPr>
                <w:sz w:val="16"/>
              </w:rPr>
              <w:t>A</w:t>
            </w:r>
          </w:p>
        </w:tc>
        <w:tc>
          <w:tcPr>
            <w:tcW w:w="1040" w:type="dxa"/>
          </w:tcPr>
          <w:p w14:paraId="5DC99361" w14:textId="77777777" w:rsidR="00587C7B" w:rsidRDefault="00000000">
            <w:r>
              <w:rPr>
                <w:sz w:val="16"/>
              </w:rPr>
              <w:t>1.954</w:t>
            </w:r>
          </w:p>
        </w:tc>
        <w:tc>
          <w:tcPr>
            <w:tcW w:w="1040" w:type="dxa"/>
          </w:tcPr>
          <w:p w14:paraId="1927D026" w14:textId="77777777" w:rsidR="00587C7B" w:rsidRDefault="00000000">
            <w:r>
              <w:rPr>
                <w:sz w:val="16"/>
              </w:rPr>
              <w:t>0.1744</w:t>
            </w:r>
          </w:p>
        </w:tc>
        <w:tc>
          <w:tcPr>
            <w:tcW w:w="1040" w:type="dxa"/>
          </w:tcPr>
          <w:p w14:paraId="27690877" w14:textId="77777777" w:rsidR="00587C7B" w:rsidRDefault="00000000">
            <w:r>
              <w:rPr>
                <w:sz w:val="16"/>
              </w:rPr>
              <w:t>1.388</w:t>
            </w:r>
          </w:p>
        </w:tc>
        <w:tc>
          <w:tcPr>
            <w:tcW w:w="1040" w:type="dxa"/>
          </w:tcPr>
          <w:p w14:paraId="03767BBA" w14:textId="77777777" w:rsidR="00587C7B" w:rsidRDefault="00000000">
            <w:r>
              <w:rPr>
                <w:sz w:val="16"/>
              </w:rPr>
              <w:t>2.75</w:t>
            </w:r>
          </w:p>
        </w:tc>
        <w:tc>
          <w:tcPr>
            <w:tcW w:w="1040" w:type="dxa"/>
          </w:tcPr>
          <w:p w14:paraId="73752E69" w14:textId="77777777" w:rsidR="00587C7B" w:rsidRDefault="00000000">
            <w:r>
              <w:rPr>
                <w:sz w:val="16"/>
              </w:rPr>
              <w:t>0.000122</w:t>
            </w:r>
          </w:p>
        </w:tc>
      </w:tr>
      <w:tr w:rsidR="00587C7B" w14:paraId="5125AFC2" w14:textId="77777777">
        <w:trPr>
          <w:jc w:val="center"/>
        </w:trPr>
        <w:tc>
          <w:tcPr>
            <w:tcW w:w="1040" w:type="dxa"/>
          </w:tcPr>
          <w:p w14:paraId="358BE4F1" w14:textId="77777777" w:rsidR="00587C7B" w:rsidRDefault="00000000">
            <w:r>
              <w:rPr>
                <w:sz w:val="16"/>
              </w:rPr>
              <w:t>15</w:t>
            </w:r>
          </w:p>
        </w:tc>
        <w:tc>
          <w:tcPr>
            <w:tcW w:w="1040" w:type="dxa"/>
          </w:tcPr>
          <w:p w14:paraId="52DAD0C9" w14:textId="77777777" w:rsidR="00587C7B" w:rsidRDefault="00000000">
            <w:r>
              <w:rPr>
                <w:sz w:val="16"/>
              </w:rPr>
              <w:t>rs12899795</w:t>
            </w:r>
          </w:p>
        </w:tc>
        <w:tc>
          <w:tcPr>
            <w:tcW w:w="1040" w:type="dxa"/>
          </w:tcPr>
          <w:p w14:paraId="2F8883B1" w14:textId="77777777" w:rsidR="00587C7B" w:rsidRDefault="00000000">
            <w:r>
              <w:rPr>
                <w:sz w:val="16"/>
              </w:rPr>
              <w:t>97490538</w:t>
            </w:r>
          </w:p>
        </w:tc>
        <w:tc>
          <w:tcPr>
            <w:tcW w:w="1040" w:type="dxa"/>
          </w:tcPr>
          <w:p w14:paraId="2330DA85" w14:textId="77777777" w:rsidR="00587C7B" w:rsidRDefault="00000000">
            <w:r>
              <w:rPr>
                <w:sz w:val="16"/>
              </w:rPr>
              <w:t>G</w:t>
            </w:r>
          </w:p>
        </w:tc>
        <w:tc>
          <w:tcPr>
            <w:tcW w:w="1040" w:type="dxa"/>
          </w:tcPr>
          <w:p w14:paraId="243BE328" w14:textId="77777777" w:rsidR="00587C7B" w:rsidRDefault="00000000">
            <w:r>
              <w:rPr>
                <w:sz w:val="16"/>
              </w:rPr>
              <w:t>2.125</w:t>
            </w:r>
          </w:p>
        </w:tc>
        <w:tc>
          <w:tcPr>
            <w:tcW w:w="1040" w:type="dxa"/>
          </w:tcPr>
          <w:p w14:paraId="288629E8" w14:textId="77777777" w:rsidR="00587C7B" w:rsidRDefault="00000000">
            <w:r>
              <w:rPr>
                <w:sz w:val="16"/>
              </w:rPr>
              <w:t>0.1967</w:t>
            </w:r>
          </w:p>
        </w:tc>
        <w:tc>
          <w:tcPr>
            <w:tcW w:w="1040" w:type="dxa"/>
          </w:tcPr>
          <w:p w14:paraId="3E0281D9" w14:textId="77777777" w:rsidR="00587C7B" w:rsidRDefault="00000000">
            <w:r>
              <w:rPr>
                <w:sz w:val="16"/>
              </w:rPr>
              <w:t>1.445</w:t>
            </w:r>
          </w:p>
        </w:tc>
        <w:tc>
          <w:tcPr>
            <w:tcW w:w="1040" w:type="dxa"/>
          </w:tcPr>
          <w:p w14:paraId="013C3023" w14:textId="77777777" w:rsidR="00587C7B" w:rsidRDefault="00000000">
            <w:r>
              <w:rPr>
                <w:sz w:val="16"/>
              </w:rPr>
              <w:t>3.124</w:t>
            </w:r>
          </w:p>
        </w:tc>
        <w:tc>
          <w:tcPr>
            <w:tcW w:w="1040" w:type="dxa"/>
          </w:tcPr>
          <w:p w14:paraId="7D0F5B12" w14:textId="77777777" w:rsidR="00587C7B" w:rsidRDefault="00000000">
            <w:r>
              <w:rPr>
                <w:sz w:val="16"/>
              </w:rPr>
              <w:t>0.000128</w:t>
            </w:r>
          </w:p>
        </w:tc>
      </w:tr>
      <w:tr w:rsidR="00587C7B" w14:paraId="4CC877FB" w14:textId="77777777">
        <w:trPr>
          <w:jc w:val="center"/>
        </w:trPr>
        <w:tc>
          <w:tcPr>
            <w:tcW w:w="1040" w:type="dxa"/>
          </w:tcPr>
          <w:p w14:paraId="2DD49259" w14:textId="77777777" w:rsidR="00587C7B" w:rsidRDefault="00000000">
            <w:r>
              <w:rPr>
                <w:sz w:val="16"/>
              </w:rPr>
              <w:lastRenderedPageBreak/>
              <w:t>16</w:t>
            </w:r>
          </w:p>
        </w:tc>
        <w:tc>
          <w:tcPr>
            <w:tcW w:w="1040" w:type="dxa"/>
          </w:tcPr>
          <w:p w14:paraId="4EFF3740" w14:textId="77777777" w:rsidR="00587C7B" w:rsidRDefault="00000000">
            <w:r>
              <w:rPr>
                <w:sz w:val="16"/>
              </w:rPr>
              <w:t>rs8060294</w:t>
            </w:r>
          </w:p>
        </w:tc>
        <w:tc>
          <w:tcPr>
            <w:tcW w:w="1040" w:type="dxa"/>
          </w:tcPr>
          <w:p w14:paraId="2FF760B4" w14:textId="77777777" w:rsidR="00587C7B" w:rsidRDefault="00000000">
            <w:r>
              <w:rPr>
                <w:sz w:val="16"/>
              </w:rPr>
              <w:t>81215140</w:t>
            </w:r>
          </w:p>
        </w:tc>
        <w:tc>
          <w:tcPr>
            <w:tcW w:w="1040" w:type="dxa"/>
          </w:tcPr>
          <w:p w14:paraId="404593AF" w14:textId="77777777" w:rsidR="00587C7B" w:rsidRDefault="00000000">
            <w:r>
              <w:rPr>
                <w:sz w:val="16"/>
              </w:rPr>
              <w:t>G</w:t>
            </w:r>
          </w:p>
        </w:tc>
        <w:tc>
          <w:tcPr>
            <w:tcW w:w="1040" w:type="dxa"/>
          </w:tcPr>
          <w:p w14:paraId="483F868D" w14:textId="77777777" w:rsidR="00587C7B" w:rsidRDefault="00000000">
            <w:r>
              <w:rPr>
                <w:sz w:val="16"/>
              </w:rPr>
              <w:t>1.875</w:t>
            </w:r>
          </w:p>
        </w:tc>
        <w:tc>
          <w:tcPr>
            <w:tcW w:w="1040" w:type="dxa"/>
          </w:tcPr>
          <w:p w14:paraId="4819B13B" w14:textId="77777777" w:rsidR="00587C7B" w:rsidRDefault="00000000">
            <w:r>
              <w:rPr>
                <w:sz w:val="16"/>
              </w:rPr>
              <w:t>0.1644</w:t>
            </w:r>
          </w:p>
        </w:tc>
        <w:tc>
          <w:tcPr>
            <w:tcW w:w="1040" w:type="dxa"/>
          </w:tcPr>
          <w:p w14:paraId="1CB0EE64" w14:textId="77777777" w:rsidR="00587C7B" w:rsidRDefault="00000000">
            <w:r>
              <w:rPr>
                <w:sz w:val="16"/>
              </w:rPr>
              <w:t>1.358</w:t>
            </w:r>
          </w:p>
        </w:tc>
        <w:tc>
          <w:tcPr>
            <w:tcW w:w="1040" w:type="dxa"/>
          </w:tcPr>
          <w:p w14:paraId="4AB63085" w14:textId="77777777" w:rsidR="00587C7B" w:rsidRDefault="00000000">
            <w:r>
              <w:rPr>
                <w:sz w:val="16"/>
              </w:rPr>
              <w:t>2.588</w:t>
            </w:r>
          </w:p>
        </w:tc>
        <w:tc>
          <w:tcPr>
            <w:tcW w:w="1040" w:type="dxa"/>
          </w:tcPr>
          <w:p w14:paraId="4A702F04" w14:textId="77777777" w:rsidR="00587C7B" w:rsidRDefault="00000000">
            <w:r>
              <w:rPr>
                <w:sz w:val="16"/>
              </w:rPr>
              <w:t>0.000132</w:t>
            </w:r>
          </w:p>
        </w:tc>
      </w:tr>
      <w:tr w:rsidR="00587C7B" w14:paraId="44365DCF" w14:textId="77777777">
        <w:trPr>
          <w:jc w:val="center"/>
        </w:trPr>
        <w:tc>
          <w:tcPr>
            <w:tcW w:w="1040" w:type="dxa"/>
          </w:tcPr>
          <w:p w14:paraId="41AFB59F" w14:textId="77777777" w:rsidR="00587C7B" w:rsidRDefault="00000000">
            <w:r>
              <w:rPr>
                <w:sz w:val="16"/>
              </w:rPr>
              <w:t>6</w:t>
            </w:r>
          </w:p>
        </w:tc>
        <w:tc>
          <w:tcPr>
            <w:tcW w:w="1040" w:type="dxa"/>
          </w:tcPr>
          <w:p w14:paraId="0CD75BA6" w14:textId="77777777" w:rsidR="00587C7B" w:rsidRDefault="00000000">
            <w:r>
              <w:rPr>
                <w:sz w:val="16"/>
              </w:rPr>
              <w:t>rs1421371</w:t>
            </w:r>
          </w:p>
        </w:tc>
        <w:tc>
          <w:tcPr>
            <w:tcW w:w="1040" w:type="dxa"/>
          </w:tcPr>
          <w:p w14:paraId="3CE39C56" w14:textId="77777777" w:rsidR="00587C7B" w:rsidRDefault="00000000">
            <w:r>
              <w:rPr>
                <w:sz w:val="16"/>
              </w:rPr>
              <w:t>46703085</w:t>
            </w:r>
          </w:p>
        </w:tc>
        <w:tc>
          <w:tcPr>
            <w:tcW w:w="1040" w:type="dxa"/>
          </w:tcPr>
          <w:p w14:paraId="02F16F74" w14:textId="77777777" w:rsidR="00587C7B" w:rsidRDefault="00000000">
            <w:r>
              <w:rPr>
                <w:sz w:val="16"/>
              </w:rPr>
              <w:t>G</w:t>
            </w:r>
          </w:p>
        </w:tc>
        <w:tc>
          <w:tcPr>
            <w:tcW w:w="1040" w:type="dxa"/>
          </w:tcPr>
          <w:p w14:paraId="034D7150" w14:textId="77777777" w:rsidR="00587C7B" w:rsidRDefault="00000000">
            <w:r>
              <w:rPr>
                <w:sz w:val="16"/>
              </w:rPr>
              <w:t>2.272</w:t>
            </w:r>
          </w:p>
        </w:tc>
        <w:tc>
          <w:tcPr>
            <w:tcW w:w="1040" w:type="dxa"/>
          </w:tcPr>
          <w:p w14:paraId="4D00B812" w14:textId="77777777" w:rsidR="00587C7B" w:rsidRDefault="00000000">
            <w:r>
              <w:rPr>
                <w:sz w:val="16"/>
              </w:rPr>
              <w:t>0.2148</w:t>
            </w:r>
          </w:p>
        </w:tc>
        <w:tc>
          <w:tcPr>
            <w:tcW w:w="1040" w:type="dxa"/>
          </w:tcPr>
          <w:p w14:paraId="2FA2693F" w14:textId="77777777" w:rsidR="00587C7B" w:rsidRDefault="00000000">
            <w:r>
              <w:rPr>
                <w:sz w:val="16"/>
              </w:rPr>
              <w:t>1.491</w:t>
            </w:r>
          </w:p>
        </w:tc>
        <w:tc>
          <w:tcPr>
            <w:tcW w:w="1040" w:type="dxa"/>
          </w:tcPr>
          <w:p w14:paraId="04AC5880" w14:textId="77777777" w:rsidR="00587C7B" w:rsidRDefault="00000000">
            <w:r>
              <w:rPr>
                <w:sz w:val="16"/>
              </w:rPr>
              <w:t>3.461</w:t>
            </w:r>
          </w:p>
        </w:tc>
        <w:tc>
          <w:tcPr>
            <w:tcW w:w="1040" w:type="dxa"/>
          </w:tcPr>
          <w:p w14:paraId="62CBEC55" w14:textId="77777777" w:rsidR="00587C7B" w:rsidRDefault="00000000">
            <w:r>
              <w:rPr>
                <w:sz w:val="16"/>
              </w:rPr>
              <w:t>0.000134</w:t>
            </w:r>
          </w:p>
        </w:tc>
      </w:tr>
      <w:tr w:rsidR="00587C7B" w14:paraId="0812B962" w14:textId="77777777">
        <w:trPr>
          <w:jc w:val="center"/>
        </w:trPr>
        <w:tc>
          <w:tcPr>
            <w:tcW w:w="1040" w:type="dxa"/>
          </w:tcPr>
          <w:p w14:paraId="74B99B5F" w14:textId="77777777" w:rsidR="00587C7B" w:rsidRDefault="00000000">
            <w:r>
              <w:rPr>
                <w:sz w:val="16"/>
              </w:rPr>
              <w:t>19</w:t>
            </w:r>
          </w:p>
        </w:tc>
        <w:tc>
          <w:tcPr>
            <w:tcW w:w="1040" w:type="dxa"/>
          </w:tcPr>
          <w:p w14:paraId="0F8A8F2A" w14:textId="77777777" w:rsidR="00587C7B" w:rsidRDefault="00000000">
            <w:r>
              <w:rPr>
                <w:sz w:val="16"/>
              </w:rPr>
              <w:t>rs2307019</w:t>
            </w:r>
          </w:p>
        </w:tc>
        <w:tc>
          <w:tcPr>
            <w:tcW w:w="1040" w:type="dxa"/>
          </w:tcPr>
          <w:p w14:paraId="51A2F747" w14:textId="77777777" w:rsidR="00587C7B" w:rsidRDefault="00000000">
            <w:r>
              <w:rPr>
                <w:sz w:val="16"/>
              </w:rPr>
              <w:t>48740963</w:t>
            </w:r>
          </w:p>
        </w:tc>
        <w:tc>
          <w:tcPr>
            <w:tcW w:w="1040" w:type="dxa"/>
          </w:tcPr>
          <w:p w14:paraId="73F54165" w14:textId="77777777" w:rsidR="00587C7B" w:rsidRDefault="00000000">
            <w:r>
              <w:rPr>
                <w:sz w:val="16"/>
              </w:rPr>
              <w:t>G</w:t>
            </w:r>
          </w:p>
        </w:tc>
        <w:tc>
          <w:tcPr>
            <w:tcW w:w="1040" w:type="dxa"/>
          </w:tcPr>
          <w:p w14:paraId="22DAC165" w14:textId="77777777" w:rsidR="00587C7B" w:rsidRDefault="00000000">
            <w:r>
              <w:rPr>
                <w:sz w:val="16"/>
              </w:rPr>
              <w:t>0.5927</w:t>
            </w:r>
          </w:p>
        </w:tc>
        <w:tc>
          <w:tcPr>
            <w:tcW w:w="1040" w:type="dxa"/>
          </w:tcPr>
          <w:p w14:paraId="3D3A035A" w14:textId="77777777" w:rsidR="00587C7B" w:rsidRDefault="00000000">
            <w:r>
              <w:rPr>
                <w:sz w:val="16"/>
              </w:rPr>
              <w:t>0.1376</w:t>
            </w:r>
          </w:p>
        </w:tc>
        <w:tc>
          <w:tcPr>
            <w:tcW w:w="1040" w:type="dxa"/>
          </w:tcPr>
          <w:p w14:paraId="759F6E5B" w14:textId="77777777" w:rsidR="00587C7B" w:rsidRDefault="00000000">
            <w:r>
              <w:rPr>
                <w:sz w:val="16"/>
              </w:rPr>
              <w:t>0.4526</w:t>
            </w:r>
          </w:p>
        </w:tc>
        <w:tc>
          <w:tcPr>
            <w:tcW w:w="1040" w:type="dxa"/>
          </w:tcPr>
          <w:p w14:paraId="00599106" w14:textId="77777777" w:rsidR="00587C7B" w:rsidRDefault="00000000">
            <w:r>
              <w:rPr>
                <w:sz w:val="16"/>
              </w:rPr>
              <w:t>0.7762</w:t>
            </w:r>
          </w:p>
        </w:tc>
        <w:tc>
          <w:tcPr>
            <w:tcW w:w="1040" w:type="dxa"/>
          </w:tcPr>
          <w:p w14:paraId="071D3F51" w14:textId="77777777" w:rsidR="00587C7B" w:rsidRDefault="00000000">
            <w:r>
              <w:rPr>
                <w:sz w:val="16"/>
              </w:rPr>
              <w:t>0.000144</w:t>
            </w:r>
          </w:p>
        </w:tc>
      </w:tr>
      <w:tr w:rsidR="00587C7B" w14:paraId="4C4837E0" w14:textId="77777777">
        <w:trPr>
          <w:jc w:val="center"/>
        </w:trPr>
        <w:tc>
          <w:tcPr>
            <w:tcW w:w="1040" w:type="dxa"/>
          </w:tcPr>
          <w:p w14:paraId="515E93DF" w14:textId="77777777" w:rsidR="00587C7B" w:rsidRDefault="00000000">
            <w:r>
              <w:rPr>
                <w:sz w:val="16"/>
              </w:rPr>
              <w:t>9</w:t>
            </w:r>
          </w:p>
        </w:tc>
        <w:tc>
          <w:tcPr>
            <w:tcW w:w="1040" w:type="dxa"/>
          </w:tcPr>
          <w:p w14:paraId="345BB432" w14:textId="77777777" w:rsidR="00587C7B" w:rsidRDefault="00000000">
            <w:r>
              <w:rPr>
                <w:sz w:val="16"/>
              </w:rPr>
              <w:t>rs3892039</w:t>
            </w:r>
          </w:p>
        </w:tc>
        <w:tc>
          <w:tcPr>
            <w:tcW w:w="1040" w:type="dxa"/>
          </w:tcPr>
          <w:p w14:paraId="3D1CC179" w14:textId="77777777" w:rsidR="00587C7B" w:rsidRDefault="00000000">
            <w:r>
              <w:rPr>
                <w:sz w:val="16"/>
              </w:rPr>
              <w:t>20479339</w:t>
            </w:r>
          </w:p>
        </w:tc>
        <w:tc>
          <w:tcPr>
            <w:tcW w:w="1040" w:type="dxa"/>
          </w:tcPr>
          <w:p w14:paraId="13371A99" w14:textId="77777777" w:rsidR="00587C7B" w:rsidRDefault="00000000">
            <w:r>
              <w:rPr>
                <w:sz w:val="16"/>
              </w:rPr>
              <w:t>C</w:t>
            </w:r>
          </w:p>
        </w:tc>
        <w:tc>
          <w:tcPr>
            <w:tcW w:w="1040" w:type="dxa"/>
          </w:tcPr>
          <w:p w14:paraId="440418AD" w14:textId="77777777" w:rsidR="00587C7B" w:rsidRDefault="00000000">
            <w:r>
              <w:rPr>
                <w:sz w:val="16"/>
              </w:rPr>
              <w:t>0.4558</w:t>
            </w:r>
          </w:p>
        </w:tc>
        <w:tc>
          <w:tcPr>
            <w:tcW w:w="1040" w:type="dxa"/>
          </w:tcPr>
          <w:p w14:paraId="6C338E6B" w14:textId="77777777" w:rsidR="00587C7B" w:rsidRDefault="00000000">
            <w:r>
              <w:rPr>
                <w:sz w:val="16"/>
              </w:rPr>
              <w:t>0.2081</w:t>
            </w:r>
          </w:p>
        </w:tc>
        <w:tc>
          <w:tcPr>
            <w:tcW w:w="1040" w:type="dxa"/>
          </w:tcPr>
          <w:p w14:paraId="10EB9C74" w14:textId="77777777" w:rsidR="00587C7B" w:rsidRDefault="00000000">
            <w:r>
              <w:rPr>
                <w:sz w:val="16"/>
              </w:rPr>
              <w:t>0.3032</w:t>
            </w:r>
          </w:p>
        </w:tc>
        <w:tc>
          <w:tcPr>
            <w:tcW w:w="1040" w:type="dxa"/>
          </w:tcPr>
          <w:p w14:paraId="39DDD21A" w14:textId="77777777" w:rsidR="00587C7B" w:rsidRDefault="00000000">
            <w:r>
              <w:rPr>
                <w:sz w:val="16"/>
              </w:rPr>
              <w:t>0.6853</w:t>
            </w:r>
          </w:p>
        </w:tc>
        <w:tc>
          <w:tcPr>
            <w:tcW w:w="1040" w:type="dxa"/>
          </w:tcPr>
          <w:p w14:paraId="0DD1FF9F" w14:textId="77777777" w:rsidR="00587C7B" w:rsidRDefault="00000000">
            <w:r>
              <w:rPr>
                <w:sz w:val="16"/>
              </w:rPr>
              <w:t>0.000159</w:t>
            </w:r>
          </w:p>
        </w:tc>
      </w:tr>
      <w:tr w:rsidR="00587C7B" w14:paraId="340DCBFA" w14:textId="77777777">
        <w:trPr>
          <w:jc w:val="center"/>
        </w:trPr>
        <w:tc>
          <w:tcPr>
            <w:tcW w:w="1040" w:type="dxa"/>
          </w:tcPr>
          <w:p w14:paraId="0994604C" w14:textId="77777777" w:rsidR="00587C7B" w:rsidRDefault="00000000">
            <w:r>
              <w:rPr>
                <w:sz w:val="16"/>
              </w:rPr>
              <w:t>2</w:t>
            </w:r>
          </w:p>
        </w:tc>
        <w:tc>
          <w:tcPr>
            <w:tcW w:w="1040" w:type="dxa"/>
          </w:tcPr>
          <w:p w14:paraId="1C3F07DF" w14:textId="77777777" w:rsidR="00587C7B" w:rsidRDefault="00000000">
            <w:r>
              <w:rPr>
                <w:sz w:val="16"/>
              </w:rPr>
              <w:t>rs1653794</w:t>
            </w:r>
          </w:p>
        </w:tc>
        <w:tc>
          <w:tcPr>
            <w:tcW w:w="1040" w:type="dxa"/>
          </w:tcPr>
          <w:p w14:paraId="391DBBB2" w14:textId="77777777" w:rsidR="00587C7B" w:rsidRDefault="00000000">
            <w:r>
              <w:rPr>
                <w:sz w:val="16"/>
              </w:rPr>
              <w:t>1.34E+08</w:t>
            </w:r>
          </w:p>
        </w:tc>
        <w:tc>
          <w:tcPr>
            <w:tcW w:w="1040" w:type="dxa"/>
          </w:tcPr>
          <w:p w14:paraId="44B672A8" w14:textId="77777777" w:rsidR="00587C7B" w:rsidRDefault="00000000">
            <w:r>
              <w:rPr>
                <w:sz w:val="16"/>
              </w:rPr>
              <w:t>A</w:t>
            </w:r>
          </w:p>
        </w:tc>
        <w:tc>
          <w:tcPr>
            <w:tcW w:w="1040" w:type="dxa"/>
          </w:tcPr>
          <w:p w14:paraId="26596C74" w14:textId="77777777" w:rsidR="00587C7B" w:rsidRDefault="00000000">
            <w:r>
              <w:rPr>
                <w:sz w:val="16"/>
              </w:rPr>
              <w:t>0.4303</w:t>
            </w:r>
          </w:p>
        </w:tc>
        <w:tc>
          <w:tcPr>
            <w:tcW w:w="1040" w:type="dxa"/>
          </w:tcPr>
          <w:p w14:paraId="4FA25450" w14:textId="77777777" w:rsidR="00587C7B" w:rsidRDefault="00000000">
            <w:r>
              <w:rPr>
                <w:sz w:val="16"/>
              </w:rPr>
              <w:t>0.2233</w:t>
            </w:r>
          </w:p>
        </w:tc>
        <w:tc>
          <w:tcPr>
            <w:tcW w:w="1040" w:type="dxa"/>
          </w:tcPr>
          <w:p w14:paraId="2189676B" w14:textId="77777777" w:rsidR="00587C7B" w:rsidRDefault="00000000">
            <w:r>
              <w:rPr>
                <w:sz w:val="16"/>
              </w:rPr>
              <w:t>0.2778</w:t>
            </w:r>
          </w:p>
        </w:tc>
        <w:tc>
          <w:tcPr>
            <w:tcW w:w="1040" w:type="dxa"/>
          </w:tcPr>
          <w:p w14:paraId="2F512BFE" w14:textId="77777777" w:rsidR="00587C7B" w:rsidRDefault="00000000">
            <w:r>
              <w:rPr>
                <w:sz w:val="16"/>
              </w:rPr>
              <w:t>0.6666</w:t>
            </w:r>
          </w:p>
        </w:tc>
        <w:tc>
          <w:tcPr>
            <w:tcW w:w="1040" w:type="dxa"/>
          </w:tcPr>
          <w:p w14:paraId="58118AFC" w14:textId="77777777" w:rsidR="00587C7B" w:rsidRDefault="00000000">
            <w:r>
              <w:rPr>
                <w:sz w:val="16"/>
              </w:rPr>
              <w:t>0.00016</w:t>
            </w:r>
          </w:p>
        </w:tc>
      </w:tr>
      <w:tr w:rsidR="00587C7B" w14:paraId="646C2C79" w14:textId="77777777">
        <w:trPr>
          <w:jc w:val="center"/>
        </w:trPr>
        <w:tc>
          <w:tcPr>
            <w:tcW w:w="1040" w:type="dxa"/>
          </w:tcPr>
          <w:p w14:paraId="1056F4EA" w14:textId="77777777" w:rsidR="00587C7B" w:rsidRDefault="00000000">
            <w:r>
              <w:rPr>
                <w:sz w:val="16"/>
              </w:rPr>
              <w:t>23</w:t>
            </w:r>
          </w:p>
        </w:tc>
        <w:tc>
          <w:tcPr>
            <w:tcW w:w="1040" w:type="dxa"/>
          </w:tcPr>
          <w:p w14:paraId="72FE663C" w14:textId="77777777" w:rsidR="00587C7B" w:rsidRDefault="00000000">
            <w:r>
              <w:rPr>
                <w:sz w:val="16"/>
              </w:rPr>
              <w:t>rs17330794</w:t>
            </w:r>
          </w:p>
        </w:tc>
        <w:tc>
          <w:tcPr>
            <w:tcW w:w="1040" w:type="dxa"/>
          </w:tcPr>
          <w:p w14:paraId="24A4F29A" w14:textId="77777777" w:rsidR="00587C7B" w:rsidRDefault="00000000">
            <w:r>
              <w:rPr>
                <w:sz w:val="16"/>
              </w:rPr>
              <w:t>1.36E+08</w:t>
            </w:r>
          </w:p>
        </w:tc>
        <w:tc>
          <w:tcPr>
            <w:tcW w:w="1040" w:type="dxa"/>
          </w:tcPr>
          <w:p w14:paraId="66FBB983" w14:textId="77777777" w:rsidR="00587C7B" w:rsidRDefault="00000000">
            <w:r>
              <w:rPr>
                <w:sz w:val="16"/>
              </w:rPr>
              <w:t>A</w:t>
            </w:r>
          </w:p>
        </w:tc>
        <w:tc>
          <w:tcPr>
            <w:tcW w:w="1040" w:type="dxa"/>
          </w:tcPr>
          <w:p w14:paraId="6208BFF0" w14:textId="77777777" w:rsidR="00587C7B" w:rsidRDefault="00000000">
            <w:r>
              <w:rPr>
                <w:sz w:val="16"/>
              </w:rPr>
              <w:t>3.398</w:t>
            </w:r>
          </w:p>
        </w:tc>
        <w:tc>
          <w:tcPr>
            <w:tcW w:w="1040" w:type="dxa"/>
          </w:tcPr>
          <w:p w14:paraId="04B842DE" w14:textId="77777777" w:rsidR="00587C7B" w:rsidRDefault="00000000">
            <w:r>
              <w:rPr>
                <w:sz w:val="16"/>
              </w:rPr>
              <w:t>0.3244</w:t>
            </w:r>
          </w:p>
        </w:tc>
        <w:tc>
          <w:tcPr>
            <w:tcW w:w="1040" w:type="dxa"/>
          </w:tcPr>
          <w:p w14:paraId="2BE9E89C" w14:textId="77777777" w:rsidR="00587C7B" w:rsidRDefault="00000000">
            <w:r>
              <w:rPr>
                <w:sz w:val="16"/>
              </w:rPr>
              <w:t>1.799</w:t>
            </w:r>
          </w:p>
        </w:tc>
        <w:tc>
          <w:tcPr>
            <w:tcW w:w="1040" w:type="dxa"/>
          </w:tcPr>
          <w:p w14:paraId="478D77B9" w14:textId="77777777" w:rsidR="00587C7B" w:rsidRDefault="00000000">
            <w:r>
              <w:rPr>
                <w:sz w:val="16"/>
              </w:rPr>
              <w:t>6.418</w:t>
            </w:r>
          </w:p>
        </w:tc>
        <w:tc>
          <w:tcPr>
            <w:tcW w:w="1040" w:type="dxa"/>
          </w:tcPr>
          <w:p w14:paraId="1936BFE3" w14:textId="77777777" w:rsidR="00587C7B" w:rsidRDefault="00000000">
            <w:r>
              <w:rPr>
                <w:sz w:val="16"/>
              </w:rPr>
              <w:t>0.000163</w:t>
            </w:r>
          </w:p>
        </w:tc>
      </w:tr>
      <w:tr w:rsidR="00587C7B" w14:paraId="4594761F" w14:textId="77777777">
        <w:trPr>
          <w:jc w:val="center"/>
        </w:trPr>
        <w:tc>
          <w:tcPr>
            <w:tcW w:w="1040" w:type="dxa"/>
          </w:tcPr>
          <w:p w14:paraId="24F302F6" w14:textId="77777777" w:rsidR="00587C7B" w:rsidRDefault="00000000">
            <w:r>
              <w:rPr>
                <w:sz w:val="16"/>
              </w:rPr>
              <w:t>15</w:t>
            </w:r>
          </w:p>
        </w:tc>
        <w:tc>
          <w:tcPr>
            <w:tcW w:w="1040" w:type="dxa"/>
          </w:tcPr>
          <w:p w14:paraId="19C56B84" w14:textId="77777777" w:rsidR="00587C7B" w:rsidRDefault="00000000">
            <w:r>
              <w:rPr>
                <w:sz w:val="16"/>
              </w:rPr>
              <w:t>rs74031843</w:t>
            </w:r>
          </w:p>
        </w:tc>
        <w:tc>
          <w:tcPr>
            <w:tcW w:w="1040" w:type="dxa"/>
          </w:tcPr>
          <w:p w14:paraId="45BA59C1" w14:textId="77777777" w:rsidR="00587C7B" w:rsidRDefault="00000000">
            <w:r>
              <w:rPr>
                <w:sz w:val="16"/>
              </w:rPr>
              <w:t>98270687</w:t>
            </w:r>
          </w:p>
        </w:tc>
        <w:tc>
          <w:tcPr>
            <w:tcW w:w="1040" w:type="dxa"/>
          </w:tcPr>
          <w:p w14:paraId="191220CD" w14:textId="77777777" w:rsidR="00587C7B" w:rsidRDefault="00000000">
            <w:r>
              <w:rPr>
                <w:sz w:val="16"/>
              </w:rPr>
              <w:t>A</w:t>
            </w:r>
          </w:p>
        </w:tc>
        <w:tc>
          <w:tcPr>
            <w:tcW w:w="1040" w:type="dxa"/>
          </w:tcPr>
          <w:p w14:paraId="67810A39" w14:textId="77777777" w:rsidR="00587C7B" w:rsidRDefault="00000000">
            <w:r>
              <w:rPr>
                <w:sz w:val="16"/>
              </w:rPr>
              <w:t>2.556</w:t>
            </w:r>
          </w:p>
        </w:tc>
        <w:tc>
          <w:tcPr>
            <w:tcW w:w="1040" w:type="dxa"/>
          </w:tcPr>
          <w:p w14:paraId="5C721DEC" w14:textId="77777777" w:rsidR="00587C7B" w:rsidRDefault="00000000">
            <w:r>
              <w:rPr>
                <w:sz w:val="16"/>
              </w:rPr>
              <w:t>0.2499</w:t>
            </w:r>
          </w:p>
        </w:tc>
        <w:tc>
          <w:tcPr>
            <w:tcW w:w="1040" w:type="dxa"/>
          </w:tcPr>
          <w:p w14:paraId="20F2D22F" w14:textId="77777777" w:rsidR="00587C7B" w:rsidRDefault="00000000">
            <w:r>
              <w:rPr>
                <w:sz w:val="16"/>
              </w:rPr>
              <w:t>1.567</w:t>
            </w:r>
          </w:p>
        </w:tc>
        <w:tc>
          <w:tcPr>
            <w:tcW w:w="1040" w:type="dxa"/>
          </w:tcPr>
          <w:p w14:paraId="1E761AAF" w14:textId="77777777" w:rsidR="00587C7B" w:rsidRDefault="00000000">
            <w:r>
              <w:rPr>
                <w:sz w:val="16"/>
              </w:rPr>
              <w:t>4.172</w:t>
            </w:r>
          </w:p>
        </w:tc>
        <w:tc>
          <w:tcPr>
            <w:tcW w:w="1040" w:type="dxa"/>
          </w:tcPr>
          <w:p w14:paraId="33EA7B99" w14:textId="77777777" w:rsidR="00587C7B" w:rsidRDefault="00000000">
            <w:r>
              <w:rPr>
                <w:sz w:val="16"/>
              </w:rPr>
              <w:t>0.000172</w:t>
            </w:r>
          </w:p>
        </w:tc>
      </w:tr>
      <w:tr w:rsidR="00587C7B" w14:paraId="0552AA09" w14:textId="77777777">
        <w:trPr>
          <w:jc w:val="center"/>
        </w:trPr>
        <w:tc>
          <w:tcPr>
            <w:tcW w:w="1040" w:type="dxa"/>
          </w:tcPr>
          <w:p w14:paraId="6B845F6C" w14:textId="77777777" w:rsidR="00587C7B" w:rsidRDefault="00000000">
            <w:r>
              <w:rPr>
                <w:sz w:val="16"/>
              </w:rPr>
              <w:t>17</w:t>
            </w:r>
          </w:p>
        </w:tc>
        <w:tc>
          <w:tcPr>
            <w:tcW w:w="1040" w:type="dxa"/>
          </w:tcPr>
          <w:p w14:paraId="504D9C1B" w14:textId="77777777" w:rsidR="00587C7B" w:rsidRDefault="00000000">
            <w:r>
              <w:rPr>
                <w:sz w:val="16"/>
              </w:rPr>
              <w:t>rs74871137</w:t>
            </w:r>
          </w:p>
        </w:tc>
        <w:tc>
          <w:tcPr>
            <w:tcW w:w="1040" w:type="dxa"/>
          </w:tcPr>
          <w:p w14:paraId="4C6AAAF9" w14:textId="77777777" w:rsidR="00587C7B" w:rsidRDefault="00000000">
            <w:r>
              <w:rPr>
                <w:sz w:val="16"/>
              </w:rPr>
              <w:t>41783178</w:t>
            </w:r>
          </w:p>
        </w:tc>
        <w:tc>
          <w:tcPr>
            <w:tcW w:w="1040" w:type="dxa"/>
          </w:tcPr>
          <w:p w14:paraId="332DF344" w14:textId="77777777" w:rsidR="00587C7B" w:rsidRDefault="00000000">
            <w:r>
              <w:rPr>
                <w:sz w:val="16"/>
              </w:rPr>
              <w:t>G</w:t>
            </w:r>
          </w:p>
        </w:tc>
        <w:tc>
          <w:tcPr>
            <w:tcW w:w="1040" w:type="dxa"/>
          </w:tcPr>
          <w:p w14:paraId="04DA4542" w14:textId="77777777" w:rsidR="00587C7B" w:rsidRDefault="00000000">
            <w:r>
              <w:rPr>
                <w:sz w:val="16"/>
              </w:rPr>
              <w:t>0.5047</w:t>
            </w:r>
          </w:p>
        </w:tc>
        <w:tc>
          <w:tcPr>
            <w:tcW w:w="1040" w:type="dxa"/>
          </w:tcPr>
          <w:p w14:paraId="449FA861" w14:textId="77777777" w:rsidR="00587C7B" w:rsidRDefault="00000000">
            <w:r>
              <w:rPr>
                <w:sz w:val="16"/>
              </w:rPr>
              <w:t>0.1827</w:t>
            </w:r>
          </w:p>
        </w:tc>
        <w:tc>
          <w:tcPr>
            <w:tcW w:w="1040" w:type="dxa"/>
          </w:tcPr>
          <w:p w14:paraId="3C0B5BF1" w14:textId="77777777" w:rsidR="00587C7B" w:rsidRDefault="00000000">
            <w:r>
              <w:rPr>
                <w:sz w:val="16"/>
              </w:rPr>
              <w:t>0.3528</w:t>
            </w:r>
          </w:p>
        </w:tc>
        <w:tc>
          <w:tcPr>
            <w:tcW w:w="1040" w:type="dxa"/>
          </w:tcPr>
          <w:p w14:paraId="1AD30A10" w14:textId="77777777" w:rsidR="00587C7B" w:rsidRDefault="00000000">
            <w:r>
              <w:rPr>
                <w:sz w:val="16"/>
              </w:rPr>
              <w:t>0.722</w:t>
            </w:r>
          </w:p>
        </w:tc>
        <w:tc>
          <w:tcPr>
            <w:tcW w:w="1040" w:type="dxa"/>
          </w:tcPr>
          <w:p w14:paraId="2D35D5AA" w14:textId="77777777" w:rsidR="00587C7B" w:rsidRDefault="00000000">
            <w:r>
              <w:rPr>
                <w:sz w:val="16"/>
              </w:rPr>
              <w:t>0.000182</w:t>
            </w:r>
          </w:p>
        </w:tc>
      </w:tr>
      <w:tr w:rsidR="00587C7B" w14:paraId="0F8C92CD" w14:textId="77777777">
        <w:trPr>
          <w:jc w:val="center"/>
        </w:trPr>
        <w:tc>
          <w:tcPr>
            <w:tcW w:w="1040" w:type="dxa"/>
          </w:tcPr>
          <w:p w14:paraId="4F51D57D" w14:textId="77777777" w:rsidR="00587C7B" w:rsidRDefault="00000000">
            <w:r>
              <w:rPr>
                <w:sz w:val="16"/>
              </w:rPr>
              <w:t>6</w:t>
            </w:r>
          </w:p>
        </w:tc>
        <w:tc>
          <w:tcPr>
            <w:tcW w:w="1040" w:type="dxa"/>
          </w:tcPr>
          <w:p w14:paraId="1177FB6C" w14:textId="77777777" w:rsidR="00587C7B" w:rsidRDefault="00000000">
            <w:r>
              <w:rPr>
                <w:sz w:val="16"/>
              </w:rPr>
              <w:t>rs10947096</w:t>
            </w:r>
          </w:p>
        </w:tc>
        <w:tc>
          <w:tcPr>
            <w:tcW w:w="1040" w:type="dxa"/>
          </w:tcPr>
          <w:p w14:paraId="42F51E00" w14:textId="77777777" w:rsidR="00587C7B" w:rsidRDefault="00000000">
            <w:r>
              <w:rPr>
                <w:sz w:val="16"/>
              </w:rPr>
              <w:t>30798118</w:t>
            </w:r>
          </w:p>
        </w:tc>
        <w:tc>
          <w:tcPr>
            <w:tcW w:w="1040" w:type="dxa"/>
          </w:tcPr>
          <w:p w14:paraId="508CAF94" w14:textId="77777777" w:rsidR="00587C7B" w:rsidRDefault="00000000">
            <w:r>
              <w:rPr>
                <w:sz w:val="16"/>
              </w:rPr>
              <w:t>A</w:t>
            </w:r>
          </w:p>
        </w:tc>
        <w:tc>
          <w:tcPr>
            <w:tcW w:w="1040" w:type="dxa"/>
          </w:tcPr>
          <w:p w14:paraId="4038A8D7" w14:textId="77777777" w:rsidR="00587C7B" w:rsidRDefault="00000000">
            <w:r>
              <w:rPr>
                <w:sz w:val="16"/>
              </w:rPr>
              <w:t>0.3043</w:t>
            </w:r>
          </w:p>
        </w:tc>
        <w:tc>
          <w:tcPr>
            <w:tcW w:w="1040" w:type="dxa"/>
          </w:tcPr>
          <w:p w14:paraId="58B22568" w14:textId="77777777" w:rsidR="00587C7B" w:rsidRDefault="00000000">
            <w:r>
              <w:rPr>
                <w:sz w:val="16"/>
              </w:rPr>
              <w:t>0.318</w:t>
            </w:r>
          </w:p>
        </w:tc>
        <w:tc>
          <w:tcPr>
            <w:tcW w:w="1040" w:type="dxa"/>
          </w:tcPr>
          <w:p w14:paraId="4551F6CD" w14:textId="77777777" w:rsidR="00587C7B" w:rsidRDefault="00000000">
            <w:r>
              <w:rPr>
                <w:sz w:val="16"/>
              </w:rPr>
              <w:t>0.1632</w:t>
            </w:r>
          </w:p>
        </w:tc>
        <w:tc>
          <w:tcPr>
            <w:tcW w:w="1040" w:type="dxa"/>
          </w:tcPr>
          <w:p w14:paraId="7475DF26" w14:textId="77777777" w:rsidR="00587C7B" w:rsidRDefault="00000000">
            <w:r>
              <w:rPr>
                <w:sz w:val="16"/>
              </w:rPr>
              <w:t>0.5675</w:t>
            </w:r>
          </w:p>
        </w:tc>
        <w:tc>
          <w:tcPr>
            <w:tcW w:w="1040" w:type="dxa"/>
          </w:tcPr>
          <w:p w14:paraId="68FEBC59" w14:textId="77777777" w:rsidR="00587C7B" w:rsidRDefault="00000000">
            <w:r>
              <w:rPr>
                <w:sz w:val="16"/>
              </w:rPr>
              <w:t>0.000183</w:t>
            </w:r>
          </w:p>
        </w:tc>
      </w:tr>
      <w:tr w:rsidR="00587C7B" w14:paraId="03D2FCBE" w14:textId="77777777">
        <w:trPr>
          <w:jc w:val="center"/>
        </w:trPr>
        <w:tc>
          <w:tcPr>
            <w:tcW w:w="1040" w:type="dxa"/>
          </w:tcPr>
          <w:p w14:paraId="1EE88E9A" w14:textId="77777777" w:rsidR="00587C7B" w:rsidRDefault="00000000">
            <w:r>
              <w:rPr>
                <w:sz w:val="16"/>
              </w:rPr>
              <w:t>5</w:t>
            </w:r>
          </w:p>
        </w:tc>
        <w:tc>
          <w:tcPr>
            <w:tcW w:w="1040" w:type="dxa"/>
          </w:tcPr>
          <w:p w14:paraId="5AB37266" w14:textId="77777777" w:rsidR="00587C7B" w:rsidRDefault="00000000">
            <w:r>
              <w:rPr>
                <w:sz w:val="16"/>
              </w:rPr>
              <w:t>rs7732393</w:t>
            </w:r>
          </w:p>
        </w:tc>
        <w:tc>
          <w:tcPr>
            <w:tcW w:w="1040" w:type="dxa"/>
          </w:tcPr>
          <w:p w14:paraId="3138A5B2" w14:textId="77777777" w:rsidR="00587C7B" w:rsidRDefault="00000000">
            <w:r>
              <w:rPr>
                <w:sz w:val="16"/>
              </w:rPr>
              <w:t>1.15E+08</w:t>
            </w:r>
          </w:p>
        </w:tc>
        <w:tc>
          <w:tcPr>
            <w:tcW w:w="1040" w:type="dxa"/>
          </w:tcPr>
          <w:p w14:paraId="6539740E" w14:textId="77777777" w:rsidR="00587C7B" w:rsidRDefault="00000000">
            <w:r>
              <w:rPr>
                <w:sz w:val="16"/>
              </w:rPr>
              <w:t>G</w:t>
            </w:r>
          </w:p>
        </w:tc>
        <w:tc>
          <w:tcPr>
            <w:tcW w:w="1040" w:type="dxa"/>
          </w:tcPr>
          <w:p w14:paraId="6826277B" w14:textId="77777777" w:rsidR="00587C7B" w:rsidRDefault="00000000">
            <w:r>
              <w:rPr>
                <w:sz w:val="16"/>
              </w:rPr>
              <w:t>0.2789</w:t>
            </w:r>
          </w:p>
        </w:tc>
        <w:tc>
          <w:tcPr>
            <w:tcW w:w="1040" w:type="dxa"/>
          </w:tcPr>
          <w:p w14:paraId="1AC59731" w14:textId="77777777" w:rsidR="00587C7B" w:rsidRDefault="00000000">
            <w:r>
              <w:rPr>
                <w:sz w:val="16"/>
              </w:rPr>
              <w:t>0.3429</w:t>
            </w:r>
          </w:p>
        </w:tc>
        <w:tc>
          <w:tcPr>
            <w:tcW w:w="1040" w:type="dxa"/>
          </w:tcPr>
          <w:p w14:paraId="2945EFCB" w14:textId="77777777" w:rsidR="00587C7B" w:rsidRDefault="00000000">
            <w:r>
              <w:rPr>
                <w:sz w:val="16"/>
              </w:rPr>
              <w:t>0.1424</w:t>
            </w:r>
          </w:p>
        </w:tc>
        <w:tc>
          <w:tcPr>
            <w:tcW w:w="1040" w:type="dxa"/>
          </w:tcPr>
          <w:p w14:paraId="7B0D130A" w14:textId="77777777" w:rsidR="00587C7B" w:rsidRDefault="00000000">
            <w:r>
              <w:rPr>
                <w:sz w:val="16"/>
              </w:rPr>
              <w:t>0.5462</w:t>
            </w:r>
          </w:p>
        </w:tc>
        <w:tc>
          <w:tcPr>
            <w:tcW w:w="1040" w:type="dxa"/>
          </w:tcPr>
          <w:p w14:paraId="3FA04DBC" w14:textId="77777777" w:rsidR="00587C7B" w:rsidRDefault="00000000">
            <w:r>
              <w:rPr>
                <w:sz w:val="16"/>
              </w:rPr>
              <w:t>0.000196</w:t>
            </w:r>
          </w:p>
        </w:tc>
      </w:tr>
      <w:tr w:rsidR="00587C7B" w14:paraId="51B908FF" w14:textId="77777777">
        <w:trPr>
          <w:jc w:val="center"/>
        </w:trPr>
        <w:tc>
          <w:tcPr>
            <w:tcW w:w="1040" w:type="dxa"/>
          </w:tcPr>
          <w:p w14:paraId="5036B786" w14:textId="77777777" w:rsidR="00587C7B" w:rsidRDefault="00000000">
            <w:r>
              <w:rPr>
                <w:sz w:val="16"/>
              </w:rPr>
              <w:t>7</w:t>
            </w:r>
          </w:p>
        </w:tc>
        <w:tc>
          <w:tcPr>
            <w:tcW w:w="1040" w:type="dxa"/>
          </w:tcPr>
          <w:p w14:paraId="5E2B79DA" w14:textId="77777777" w:rsidR="00587C7B" w:rsidRDefault="00000000">
            <w:r>
              <w:rPr>
                <w:sz w:val="16"/>
              </w:rPr>
              <w:t>rs2189289</w:t>
            </w:r>
          </w:p>
        </w:tc>
        <w:tc>
          <w:tcPr>
            <w:tcW w:w="1040" w:type="dxa"/>
          </w:tcPr>
          <w:p w14:paraId="44EE88CC" w14:textId="77777777" w:rsidR="00587C7B" w:rsidRDefault="00000000">
            <w:r>
              <w:rPr>
                <w:sz w:val="16"/>
              </w:rPr>
              <w:t>1.12E+08</w:t>
            </w:r>
          </w:p>
        </w:tc>
        <w:tc>
          <w:tcPr>
            <w:tcW w:w="1040" w:type="dxa"/>
          </w:tcPr>
          <w:p w14:paraId="0E02C378" w14:textId="77777777" w:rsidR="00587C7B" w:rsidRDefault="00000000">
            <w:r>
              <w:rPr>
                <w:sz w:val="16"/>
              </w:rPr>
              <w:t>C</w:t>
            </w:r>
          </w:p>
        </w:tc>
        <w:tc>
          <w:tcPr>
            <w:tcW w:w="1040" w:type="dxa"/>
          </w:tcPr>
          <w:p w14:paraId="1B117F67" w14:textId="77777777" w:rsidR="00587C7B" w:rsidRDefault="00000000">
            <w:r>
              <w:rPr>
                <w:sz w:val="16"/>
              </w:rPr>
              <w:t>2.296</w:t>
            </w:r>
          </w:p>
        </w:tc>
        <w:tc>
          <w:tcPr>
            <w:tcW w:w="1040" w:type="dxa"/>
          </w:tcPr>
          <w:p w14:paraId="09515DB9" w14:textId="77777777" w:rsidR="00587C7B" w:rsidRDefault="00000000">
            <w:r>
              <w:rPr>
                <w:sz w:val="16"/>
              </w:rPr>
              <w:t>0.2234</w:t>
            </w:r>
          </w:p>
        </w:tc>
        <w:tc>
          <w:tcPr>
            <w:tcW w:w="1040" w:type="dxa"/>
          </w:tcPr>
          <w:p w14:paraId="11854ABE" w14:textId="77777777" w:rsidR="00587C7B" w:rsidRDefault="00000000">
            <w:r>
              <w:rPr>
                <w:sz w:val="16"/>
              </w:rPr>
              <w:t>1.482</w:t>
            </w:r>
          </w:p>
        </w:tc>
        <w:tc>
          <w:tcPr>
            <w:tcW w:w="1040" w:type="dxa"/>
          </w:tcPr>
          <w:p w14:paraId="419107E8" w14:textId="77777777" w:rsidR="00587C7B" w:rsidRDefault="00000000">
            <w:r>
              <w:rPr>
                <w:sz w:val="16"/>
              </w:rPr>
              <w:t>3.558</w:t>
            </w:r>
          </w:p>
        </w:tc>
        <w:tc>
          <w:tcPr>
            <w:tcW w:w="1040" w:type="dxa"/>
          </w:tcPr>
          <w:p w14:paraId="73E9218D" w14:textId="77777777" w:rsidR="00587C7B" w:rsidRDefault="00000000">
            <w:r>
              <w:rPr>
                <w:sz w:val="16"/>
              </w:rPr>
              <w:t>0.000198</w:t>
            </w:r>
          </w:p>
        </w:tc>
      </w:tr>
      <w:tr w:rsidR="00587C7B" w14:paraId="06C58BB3" w14:textId="77777777">
        <w:trPr>
          <w:jc w:val="center"/>
        </w:trPr>
        <w:tc>
          <w:tcPr>
            <w:tcW w:w="1040" w:type="dxa"/>
          </w:tcPr>
          <w:p w14:paraId="429AF255" w14:textId="77777777" w:rsidR="00587C7B" w:rsidRDefault="00000000">
            <w:r>
              <w:rPr>
                <w:sz w:val="16"/>
              </w:rPr>
              <w:t>7</w:t>
            </w:r>
          </w:p>
        </w:tc>
        <w:tc>
          <w:tcPr>
            <w:tcW w:w="1040" w:type="dxa"/>
          </w:tcPr>
          <w:p w14:paraId="4D4F7C99" w14:textId="77777777" w:rsidR="00587C7B" w:rsidRDefault="00000000">
            <w:r>
              <w:rPr>
                <w:sz w:val="16"/>
              </w:rPr>
              <w:t>rs6465305</w:t>
            </w:r>
          </w:p>
        </w:tc>
        <w:tc>
          <w:tcPr>
            <w:tcW w:w="1040" w:type="dxa"/>
          </w:tcPr>
          <w:p w14:paraId="7D6BCBA0" w14:textId="77777777" w:rsidR="00587C7B" w:rsidRDefault="00000000">
            <w:r>
              <w:rPr>
                <w:sz w:val="16"/>
              </w:rPr>
              <w:t>91189573</w:t>
            </w:r>
          </w:p>
        </w:tc>
        <w:tc>
          <w:tcPr>
            <w:tcW w:w="1040" w:type="dxa"/>
          </w:tcPr>
          <w:p w14:paraId="2B6FB55C" w14:textId="77777777" w:rsidR="00587C7B" w:rsidRDefault="00000000">
            <w:r>
              <w:rPr>
                <w:sz w:val="16"/>
              </w:rPr>
              <w:t>G</w:t>
            </w:r>
          </w:p>
        </w:tc>
        <w:tc>
          <w:tcPr>
            <w:tcW w:w="1040" w:type="dxa"/>
          </w:tcPr>
          <w:p w14:paraId="778D4430" w14:textId="77777777" w:rsidR="00587C7B" w:rsidRDefault="00000000">
            <w:r>
              <w:rPr>
                <w:sz w:val="16"/>
              </w:rPr>
              <w:t>0.5938</w:t>
            </w:r>
          </w:p>
        </w:tc>
        <w:tc>
          <w:tcPr>
            <w:tcW w:w="1040" w:type="dxa"/>
          </w:tcPr>
          <w:p w14:paraId="017DE75E" w14:textId="77777777" w:rsidR="00587C7B" w:rsidRDefault="00000000">
            <w:r>
              <w:rPr>
                <w:sz w:val="16"/>
              </w:rPr>
              <w:t>0.1401</w:t>
            </w:r>
          </w:p>
        </w:tc>
        <w:tc>
          <w:tcPr>
            <w:tcW w:w="1040" w:type="dxa"/>
          </w:tcPr>
          <w:p w14:paraId="5621B36D" w14:textId="77777777" w:rsidR="00587C7B" w:rsidRDefault="00000000">
            <w:r>
              <w:rPr>
                <w:sz w:val="16"/>
              </w:rPr>
              <w:t>0.4512</w:t>
            </w:r>
          </w:p>
        </w:tc>
        <w:tc>
          <w:tcPr>
            <w:tcW w:w="1040" w:type="dxa"/>
          </w:tcPr>
          <w:p w14:paraId="65ED31DD" w14:textId="77777777" w:rsidR="00587C7B" w:rsidRDefault="00000000">
            <w:r>
              <w:rPr>
                <w:sz w:val="16"/>
              </w:rPr>
              <w:t>0.7814</w:t>
            </w:r>
          </w:p>
        </w:tc>
        <w:tc>
          <w:tcPr>
            <w:tcW w:w="1040" w:type="dxa"/>
          </w:tcPr>
          <w:p w14:paraId="579EEBB6" w14:textId="77777777" w:rsidR="00587C7B" w:rsidRDefault="00000000">
            <w:r>
              <w:rPr>
                <w:sz w:val="16"/>
              </w:rPr>
              <w:t>0.000199</w:t>
            </w:r>
          </w:p>
        </w:tc>
      </w:tr>
      <w:tr w:rsidR="00587C7B" w14:paraId="27B8075F" w14:textId="77777777">
        <w:trPr>
          <w:jc w:val="center"/>
        </w:trPr>
        <w:tc>
          <w:tcPr>
            <w:tcW w:w="1040" w:type="dxa"/>
          </w:tcPr>
          <w:p w14:paraId="638CF8B0" w14:textId="77777777" w:rsidR="00587C7B" w:rsidRDefault="00000000">
            <w:r>
              <w:rPr>
                <w:sz w:val="16"/>
              </w:rPr>
              <w:t>1</w:t>
            </w:r>
          </w:p>
        </w:tc>
        <w:tc>
          <w:tcPr>
            <w:tcW w:w="1040" w:type="dxa"/>
          </w:tcPr>
          <w:p w14:paraId="322D6DA7" w14:textId="77777777" w:rsidR="00587C7B" w:rsidRDefault="00000000">
            <w:r>
              <w:rPr>
                <w:sz w:val="16"/>
              </w:rPr>
              <w:t>rs12028493</w:t>
            </w:r>
          </w:p>
        </w:tc>
        <w:tc>
          <w:tcPr>
            <w:tcW w:w="1040" w:type="dxa"/>
          </w:tcPr>
          <w:p w14:paraId="13D460DC" w14:textId="77777777" w:rsidR="00587C7B" w:rsidRDefault="00000000">
            <w:r>
              <w:rPr>
                <w:sz w:val="16"/>
              </w:rPr>
              <w:t>69478515</w:t>
            </w:r>
          </w:p>
        </w:tc>
        <w:tc>
          <w:tcPr>
            <w:tcW w:w="1040" w:type="dxa"/>
          </w:tcPr>
          <w:p w14:paraId="55948C72" w14:textId="77777777" w:rsidR="00587C7B" w:rsidRDefault="00000000">
            <w:r>
              <w:rPr>
                <w:sz w:val="16"/>
              </w:rPr>
              <w:t>A</w:t>
            </w:r>
          </w:p>
        </w:tc>
        <w:tc>
          <w:tcPr>
            <w:tcW w:w="1040" w:type="dxa"/>
          </w:tcPr>
          <w:p w14:paraId="3EDCD7EB" w14:textId="77777777" w:rsidR="00587C7B" w:rsidRDefault="00000000">
            <w:r>
              <w:rPr>
                <w:sz w:val="16"/>
              </w:rPr>
              <w:t>1.748</w:t>
            </w:r>
          </w:p>
        </w:tc>
        <w:tc>
          <w:tcPr>
            <w:tcW w:w="1040" w:type="dxa"/>
          </w:tcPr>
          <w:p w14:paraId="3954186E" w14:textId="77777777" w:rsidR="00587C7B" w:rsidRDefault="00000000">
            <w:r>
              <w:rPr>
                <w:sz w:val="16"/>
              </w:rPr>
              <w:t>0.1502</w:t>
            </w:r>
          </w:p>
        </w:tc>
        <w:tc>
          <w:tcPr>
            <w:tcW w:w="1040" w:type="dxa"/>
          </w:tcPr>
          <w:p w14:paraId="6A3A076E" w14:textId="77777777" w:rsidR="00587C7B" w:rsidRDefault="00000000">
            <w:r>
              <w:rPr>
                <w:sz w:val="16"/>
              </w:rPr>
              <w:t>1.302</w:t>
            </w:r>
          </w:p>
        </w:tc>
        <w:tc>
          <w:tcPr>
            <w:tcW w:w="1040" w:type="dxa"/>
          </w:tcPr>
          <w:p w14:paraId="4F3BEE23" w14:textId="77777777" w:rsidR="00587C7B" w:rsidRDefault="00000000">
            <w:r>
              <w:rPr>
                <w:sz w:val="16"/>
              </w:rPr>
              <w:t>2.347</w:t>
            </w:r>
          </w:p>
        </w:tc>
        <w:tc>
          <w:tcPr>
            <w:tcW w:w="1040" w:type="dxa"/>
          </w:tcPr>
          <w:p w14:paraId="492B9320" w14:textId="77777777" w:rsidR="00587C7B" w:rsidRDefault="00000000">
            <w:r>
              <w:rPr>
                <w:sz w:val="16"/>
              </w:rPr>
              <w:t>0.000201</w:t>
            </w:r>
          </w:p>
        </w:tc>
      </w:tr>
      <w:tr w:rsidR="00587C7B" w14:paraId="68F9B860" w14:textId="77777777">
        <w:trPr>
          <w:jc w:val="center"/>
        </w:trPr>
        <w:tc>
          <w:tcPr>
            <w:tcW w:w="1040" w:type="dxa"/>
          </w:tcPr>
          <w:p w14:paraId="59FF8BB2" w14:textId="77777777" w:rsidR="00587C7B" w:rsidRDefault="00000000">
            <w:r>
              <w:rPr>
                <w:sz w:val="16"/>
              </w:rPr>
              <w:t>14</w:t>
            </w:r>
          </w:p>
        </w:tc>
        <w:tc>
          <w:tcPr>
            <w:tcW w:w="1040" w:type="dxa"/>
          </w:tcPr>
          <w:p w14:paraId="3B9F10BE" w14:textId="77777777" w:rsidR="00587C7B" w:rsidRDefault="00000000">
            <w:r>
              <w:rPr>
                <w:sz w:val="16"/>
              </w:rPr>
              <w:t>rs28576539</w:t>
            </w:r>
          </w:p>
        </w:tc>
        <w:tc>
          <w:tcPr>
            <w:tcW w:w="1040" w:type="dxa"/>
          </w:tcPr>
          <w:p w14:paraId="60522422" w14:textId="77777777" w:rsidR="00587C7B" w:rsidRDefault="00000000">
            <w:r>
              <w:rPr>
                <w:sz w:val="16"/>
              </w:rPr>
              <w:t>95840213</w:t>
            </w:r>
          </w:p>
        </w:tc>
        <w:tc>
          <w:tcPr>
            <w:tcW w:w="1040" w:type="dxa"/>
          </w:tcPr>
          <w:p w14:paraId="4A4127C2" w14:textId="77777777" w:rsidR="00587C7B" w:rsidRDefault="00000000">
            <w:r>
              <w:rPr>
                <w:sz w:val="16"/>
              </w:rPr>
              <w:t>A</w:t>
            </w:r>
          </w:p>
        </w:tc>
        <w:tc>
          <w:tcPr>
            <w:tcW w:w="1040" w:type="dxa"/>
          </w:tcPr>
          <w:p w14:paraId="409F1D89" w14:textId="77777777" w:rsidR="00587C7B" w:rsidRDefault="00000000">
            <w:r>
              <w:rPr>
                <w:sz w:val="16"/>
              </w:rPr>
              <w:t>0.3588</w:t>
            </w:r>
          </w:p>
        </w:tc>
        <w:tc>
          <w:tcPr>
            <w:tcW w:w="1040" w:type="dxa"/>
          </w:tcPr>
          <w:p w14:paraId="333CE55D" w14:textId="77777777" w:rsidR="00587C7B" w:rsidRDefault="00000000">
            <w:r>
              <w:rPr>
                <w:sz w:val="16"/>
              </w:rPr>
              <w:t>0.2759</w:t>
            </w:r>
          </w:p>
        </w:tc>
        <w:tc>
          <w:tcPr>
            <w:tcW w:w="1040" w:type="dxa"/>
          </w:tcPr>
          <w:p w14:paraId="4237FD66" w14:textId="77777777" w:rsidR="00587C7B" w:rsidRDefault="00000000">
            <w:r>
              <w:rPr>
                <w:sz w:val="16"/>
              </w:rPr>
              <w:t>0.2089</w:t>
            </w:r>
          </w:p>
        </w:tc>
        <w:tc>
          <w:tcPr>
            <w:tcW w:w="1040" w:type="dxa"/>
          </w:tcPr>
          <w:p w14:paraId="7900F902" w14:textId="77777777" w:rsidR="00587C7B" w:rsidRDefault="00000000">
            <w:r>
              <w:rPr>
                <w:sz w:val="16"/>
              </w:rPr>
              <w:t>0.6161</w:t>
            </w:r>
          </w:p>
        </w:tc>
        <w:tc>
          <w:tcPr>
            <w:tcW w:w="1040" w:type="dxa"/>
          </w:tcPr>
          <w:p w14:paraId="355DC274" w14:textId="77777777" w:rsidR="00587C7B" w:rsidRDefault="00000000">
            <w:r>
              <w:rPr>
                <w:sz w:val="16"/>
              </w:rPr>
              <w:t>0.000203</w:t>
            </w:r>
          </w:p>
        </w:tc>
      </w:tr>
      <w:tr w:rsidR="00587C7B" w14:paraId="533F4FFB" w14:textId="77777777">
        <w:trPr>
          <w:jc w:val="center"/>
        </w:trPr>
        <w:tc>
          <w:tcPr>
            <w:tcW w:w="1040" w:type="dxa"/>
          </w:tcPr>
          <w:p w14:paraId="4F232BB7" w14:textId="77777777" w:rsidR="00587C7B" w:rsidRDefault="00000000">
            <w:r>
              <w:rPr>
                <w:sz w:val="16"/>
              </w:rPr>
              <w:t>12</w:t>
            </w:r>
          </w:p>
        </w:tc>
        <w:tc>
          <w:tcPr>
            <w:tcW w:w="1040" w:type="dxa"/>
          </w:tcPr>
          <w:p w14:paraId="1350FA74" w14:textId="77777777" w:rsidR="00587C7B" w:rsidRDefault="00000000">
            <w:r>
              <w:rPr>
                <w:sz w:val="16"/>
              </w:rPr>
              <w:t>rs12369067</w:t>
            </w:r>
          </w:p>
        </w:tc>
        <w:tc>
          <w:tcPr>
            <w:tcW w:w="1040" w:type="dxa"/>
          </w:tcPr>
          <w:p w14:paraId="24A4E7FE" w14:textId="77777777" w:rsidR="00587C7B" w:rsidRDefault="00000000">
            <w:r>
              <w:rPr>
                <w:sz w:val="16"/>
              </w:rPr>
              <w:t>51408872</w:t>
            </w:r>
          </w:p>
        </w:tc>
        <w:tc>
          <w:tcPr>
            <w:tcW w:w="1040" w:type="dxa"/>
          </w:tcPr>
          <w:p w14:paraId="6564C96C" w14:textId="77777777" w:rsidR="00587C7B" w:rsidRDefault="00000000">
            <w:r>
              <w:rPr>
                <w:sz w:val="16"/>
              </w:rPr>
              <w:t>G</w:t>
            </w:r>
          </w:p>
        </w:tc>
        <w:tc>
          <w:tcPr>
            <w:tcW w:w="1040" w:type="dxa"/>
          </w:tcPr>
          <w:p w14:paraId="66901F61" w14:textId="77777777" w:rsidR="00587C7B" w:rsidRDefault="00000000">
            <w:r>
              <w:rPr>
                <w:sz w:val="16"/>
              </w:rPr>
              <w:t>0.6008</w:t>
            </w:r>
          </w:p>
        </w:tc>
        <w:tc>
          <w:tcPr>
            <w:tcW w:w="1040" w:type="dxa"/>
          </w:tcPr>
          <w:p w14:paraId="4210C2B3" w14:textId="77777777" w:rsidR="00587C7B" w:rsidRDefault="00000000">
            <w:r>
              <w:rPr>
                <w:sz w:val="16"/>
              </w:rPr>
              <w:t>0.1373</w:t>
            </w:r>
          </w:p>
        </w:tc>
        <w:tc>
          <w:tcPr>
            <w:tcW w:w="1040" w:type="dxa"/>
          </w:tcPr>
          <w:p w14:paraId="180A2D8A" w14:textId="77777777" w:rsidR="00587C7B" w:rsidRDefault="00000000">
            <w:r>
              <w:rPr>
                <w:sz w:val="16"/>
              </w:rPr>
              <w:t>0.4591</w:t>
            </w:r>
          </w:p>
        </w:tc>
        <w:tc>
          <w:tcPr>
            <w:tcW w:w="1040" w:type="dxa"/>
          </w:tcPr>
          <w:p w14:paraId="5981B8CF" w14:textId="77777777" w:rsidR="00587C7B" w:rsidRDefault="00000000">
            <w:r>
              <w:rPr>
                <w:sz w:val="16"/>
              </w:rPr>
              <w:t>0.7863</w:t>
            </w:r>
          </w:p>
        </w:tc>
        <w:tc>
          <w:tcPr>
            <w:tcW w:w="1040" w:type="dxa"/>
          </w:tcPr>
          <w:p w14:paraId="609BC772" w14:textId="77777777" w:rsidR="00587C7B" w:rsidRDefault="00000000">
            <w:r>
              <w:rPr>
                <w:sz w:val="16"/>
              </w:rPr>
              <w:t>0.000206</w:t>
            </w:r>
          </w:p>
        </w:tc>
      </w:tr>
      <w:tr w:rsidR="00587C7B" w14:paraId="7EED067A" w14:textId="77777777">
        <w:trPr>
          <w:jc w:val="center"/>
        </w:trPr>
        <w:tc>
          <w:tcPr>
            <w:tcW w:w="1040" w:type="dxa"/>
          </w:tcPr>
          <w:p w14:paraId="3EEC3BC8" w14:textId="77777777" w:rsidR="00587C7B" w:rsidRDefault="00000000">
            <w:r>
              <w:rPr>
                <w:sz w:val="16"/>
              </w:rPr>
              <w:t>18</w:t>
            </w:r>
          </w:p>
        </w:tc>
        <w:tc>
          <w:tcPr>
            <w:tcW w:w="1040" w:type="dxa"/>
          </w:tcPr>
          <w:p w14:paraId="07BE3B34" w14:textId="77777777" w:rsidR="00587C7B" w:rsidRDefault="00000000">
            <w:r>
              <w:rPr>
                <w:sz w:val="16"/>
              </w:rPr>
              <w:t>rs684075</w:t>
            </w:r>
          </w:p>
        </w:tc>
        <w:tc>
          <w:tcPr>
            <w:tcW w:w="1040" w:type="dxa"/>
          </w:tcPr>
          <w:p w14:paraId="27F201AC" w14:textId="77777777" w:rsidR="00587C7B" w:rsidRDefault="00000000">
            <w:r>
              <w:rPr>
                <w:sz w:val="16"/>
              </w:rPr>
              <w:t>75159159</w:t>
            </w:r>
          </w:p>
        </w:tc>
        <w:tc>
          <w:tcPr>
            <w:tcW w:w="1040" w:type="dxa"/>
          </w:tcPr>
          <w:p w14:paraId="0A36FDC7" w14:textId="77777777" w:rsidR="00587C7B" w:rsidRDefault="00000000">
            <w:r>
              <w:rPr>
                <w:sz w:val="16"/>
              </w:rPr>
              <w:t>A</w:t>
            </w:r>
          </w:p>
        </w:tc>
        <w:tc>
          <w:tcPr>
            <w:tcW w:w="1040" w:type="dxa"/>
          </w:tcPr>
          <w:p w14:paraId="7AB26A0C" w14:textId="77777777" w:rsidR="00587C7B" w:rsidRDefault="00000000">
            <w:r>
              <w:rPr>
                <w:sz w:val="16"/>
              </w:rPr>
              <w:t>0.5953</w:t>
            </w:r>
          </w:p>
        </w:tc>
        <w:tc>
          <w:tcPr>
            <w:tcW w:w="1040" w:type="dxa"/>
          </w:tcPr>
          <w:p w14:paraId="299B3563" w14:textId="77777777" w:rsidR="00587C7B" w:rsidRDefault="00000000">
            <w:r>
              <w:rPr>
                <w:sz w:val="16"/>
              </w:rPr>
              <w:t>0.14</w:t>
            </w:r>
          </w:p>
        </w:tc>
        <w:tc>
          <w:tcPr>
            <w:tcW w:w="1040" w:type="dxa"/>
          </w:tcPr>
          <w:p w14:paraId="425BE783" w14:textId="77777777" w:rsidR="00587C7B" w:rsidRDefault="00000000">
            <w:r>
              <w:rPr>
                <w:sz w:val="16"/>
              </w:rPr>
              <w:t>0.4525</w:t>
            </w:r>
          </w:p>
        </w:tc>
        <w:tc>
          <w:tcPr>
            <w:tcW w:w="1040" w:type="dxa"/>
          </w:tcPr>
          <w:p w14:paraId="5ACD708B" w14:textId="77777777" w:rsidR="00587C7B" w:rsidRDefault="00000000">
            <w:r>
              <w:rPr>
                <w:sz w:val="16"/>
              </w:rPr>
              <w:t>0.7832</w:t>
            </w:r>
          </w:p>
        </w:tc>
        <w:tc>
          <w:tcPr>
            <w:tcW w:w="1040" w:type="dxa"/>
          </w:tcPr>
          <w:p w14:paraId="16636A2D" w14:textId="77777777" w:rsidR="00587C7B" w:rsidRDefault="00000000">
            <w:r>
              <w:rPr>
                <w:sz w:val="16"/>
              </w:rPr>
              <w:t>0.000211</w:t>
            </w:r>
          </w:p>
        </w:tc>
      </w:tr>
      <w:tr w:rsidR="00587C7B" w14:paraId="7341509C" w14:textId="77777777">
        <w:trPr>
          <w:jc w:val="center"/>
        </w:trPr>
        <w:tc>
          <w:tcPr>
            <w:tcW w:w="1040" w:type="dxa"/>
          </w:tcPr>
          <w:p w14:paraId="661E771F" w14:textId="77777777" w:rsidR="00587C7B" w:rsidRDefault="00000000">
            <w:r>
              <w:rPr>
                <w:sz w:val="16"/>
              </w:rPr>
              <w:t>10</w:t>
            </w:r>
          </w:p>
        </w:tc>
        <w:tc>
          <w:tcPr>
            <w:tcW w:w="1040" w:type="dxa"/>
          </w:tcPr>
          <w:p w14:paraId="39CCC364" w14:textId="77777777" w:rsidR="00587C7B" w:rsidRDefault="00000000">
            <w:r>
              <w:rPr>
                <w:sz w:val="16"/>
              </w:rPr>
              <w:t>rs1250532</w:t>
            </w:r>
          </w:p>
        </w:tc>
        <w:tc>
          <w:tcPr>
            <w:tcW w:w="1040" w:type="dxa"/>
          </w:tcPr>
          <w:p w14:paraId="7F70B914" w14:textId="77777777" w:rsidR="00587C7B" w:rsidRDefault="00000000">
            <w:r>
              <w:rPr>
                <w:sz w:val="16"/>
              </w:rPr>
              <w:t>79257400</w:t>
            </w:r>
          </w:p>
        </w:tc>
        <w:tc>
          <w:tcPr>
            <w:tcW w:w="1040" w:type="dxa"/>
          </w:tcPr>
          <w:p w14:paraId="227927BB" w14:textId="77777777" w:rsidR="00587C7B" w:rsidRDefault="00000000">
            <w:r>
              <w:rPr>
                <w:sz w:val="16"/>
              </w:rPr>
              <w:t>A</w:t>
            </w:r>
          </w:p>
        </w:tc>
        <w:tc>
          <w:tcPr>
            <w:tcW w:w="1040" w:type="dxa"/>
          </w:tcPr>
          <w:p w14:paraId="1CF60754" w14:textId="77777777" w:rsidR="00587C7B" w:rsidRDefault="00000000">
            <w:r>
              <w:rPr>
                <w:sz w:val="16"/>
              </w:rPr>
              <w:t>1.769</w:t>
            </w:r>
          </w:p>
        </w:tc>
        <w:tc>
          <w:tcPr>
            <w:tcW w:w="1040" w:type="dxa"/>
          </w:tcPr>
          <w:p w14:paraId="2583E58D" w14:textId="77777777" w:rsidR="00587C7B" w:rsidRDefault="00000000">
            <w:r>
              <w:rPr>
                <w:sz w:val="16"/>
              </w:rPr>
              <w:t>0.1542</w:t>
            </w:r>
          </w:p>
        </w:tc>
        <w:tc>
          <w:tcPr>
            <w:tcW w:w="1040" w:type="dxa"/>
          </w:tcPr>
          <w:p w14:paraId="500A295D" w14:textId="77777777" w:rsidR="00587C7B" w:rsidRDefault="00000000">
            <w:r>
              <w:rPr>
                <w:sz w:val="16"/>
              </w:rPr>
              <w:t>1.308</w:t>
            </w:r>
          </w:p>
        </w:tc>
        <w:tc>
          <w:tcPr>
            <w:tcW w:w="1040" w:type="dxa"/>
          </w:tcPr>
          <w:p w14:paraId="30E1B824" w14:textId="77777777" w:rsidR="00587C7B" w:rsidRDefault="00000000">
            <w:r>
              <w:rPr>
                <w:sz w:val="16"/>
              </w:rPr>
              <w:t>2.393</w:t>
            </w:r>
          </w:p>
        </w:tc>
        <w:tc>
          <w:tcPr>
            <w:tcW w:w="1040" w:type="dxa"/>
          </w:tcPr>
          <w:p w14:paraId="5E62115F" w14:textId="77777777" w:rsidR="00587C7B" w:rsidRDefault="00000000">
            <w:r>
              <w:rPr>
                <w:sz w:val="16"/>
              </w:rPr>
              <w:t>0.000217</w:t>
            </w:r>
          </w:p>
        </w:tc>
      </w:tr>
      <w:tr w:rsidR="00587C7B" w14:paraId="1BA3C8A3" w14:textId="77777777">
        <w:trPr>
          <w:jc w:val="center"/>
        </w:trPr>
        <w:tc>
          <w:tcPr>
            <w:tcW w:w="1040" w:type="dxa"/>
          </w:tcPr>
          <w:p w14:paraId="2BBE6E7A" w14:textId="77777777" w:rsidR="00587C7B" w:rsidRDefault="00000000">
            <w:r>
              <w:rPr>
                <w:sz w:val="16"/>
              </w:rPr>
              <w:t>1</w:t>
            </w:r>
          </w:p>
        </w:tc>
        <w:tc>
          <w:tcPr>
            <w:tcW w:w="1040" w:type="dxa"/>
          </w:tcPr>
          <w:p w14:paraId="43A11743" w14:textId="77777777" w:rsidR="00587C7B" w:rsidRDefault="00000000">
            <w:r>
              <w:rPr>
                <w:sz w:val="16"/>
              </w:rPr>
              <w:t>rs1341771</w:t>
            </w:r>
          </w:p>
        </w:tc>
        <w:tc>
          <w:tcPr>
            <w:tcW w:w="1040" w:type="dxa"/>
          </w:tcPr>
          <w:p w14:paraId="1606301F" w14:textId="77777777" w:rsidR="00587C7B" w:rsidRDefault="00000000">
            <w:r>
              <w:rPr>
                <w:sz w:val="16"/>
              </w:rPr>
              <w:t>69485537</w:t>
            </w:r>
          </w:p>
        </w:tc>
        <w:tc>
          <w:tcPr>
            <w:tcW w:w="1040" w:type="dxa"/>
          </w:tcPr>
          <w:p w14:paraId="0670D362" w14:textId="77777777" w:rsidR="00587C7B" w:rsidRDefault="00000000">
            <w:r>
              <w:rPr>
                <w:sz w:val="16"/>
              </w:rPr>
              <w:t>A</w:t>
            </w:r>
          </w:p>
        </w:tc>
        <w:tc>
          <w:tcPr>
            <w:tcW w:w="1040" w:type="dxa"/>
          </w:tcPr>
          <w:p w14:paraId="3169F9F8" w14:textId="77777777" w:rsidR="00587C7B" w:rsidRDefault="00000000">
            <w:r>
              <w:rPr>
                <w:sz w:val="16"/>
              </w:rPr>
              <w:t>1.742</w:t>
            </w:r>
          </w:p>
        </w:tc>
        <w:tc>
          <w:tcPr>
            <w:tcW w:w="1040" w:type="dxa"/>
          </w:tcPr>
          <w:p w14:paraId="49A76EBE" w14:textId="77777777" w:rsidR="00587C7B" w:rsidRDefault="00000000">
            <w:r>
              <w:rPr>
                <w:sz w:val="16"/>
              </w:rPr>
              <w:t>0.1502</w:t>
            </w:r>
          </w:p>
        </w:tc>
        <w:tc>
          <w:tcPr>
            <w:tcW w:w="1040" w:type="dxa"/>
          </w:tcPr>
          <w:p w14:paraId="37504C16" w14:textId="77777777" w:rsidR="00587C7B" w:rsidRDefault="00000000">
            <w:r>
              <w:rPr>
                <w:sz w:val="16"/>
              </w:rPr>
              <w:t>1.298</w:t>
            </w:r>
          </w:p>
        </w:tc>
        <w:tc>
          <w:tcPr>
            <w:tcW w:w="1040" w:type="dxa"/>
          </w:tcPr>
          <w:p w14:paraId="1E83B266" w14:textId="77777777" w:rsidR="00587C7B" w:rsidRDefault="00000000">
            <w:r>
              <w:rPr>
                <w:sz w:val="16"/>
              </w:rPr>
              <w:t>2.339</w:t>
            </w:r>
          </w:p>
        </w:tc>
        <w:tc>
          <w:tcPr>
            <w:tcW w:w="1040" w:type="dxa"/>
          </w:tcPr>
          <w:p w14:paraId="3D5FB4B1" w14:textId="77777777" w:rsidR="00587C7B" w:rsidRDefault="00000000">
            <w:r>
              <w:rPr>
                <w:sz w:val="16"/>
              </w:rPr>
              <w:t>0.000218</w:t>
            </w:r>
          </w:p>
        </w:tc>
      </w:tr>
      <w:tr w:rsidR="00587C7B" w14:paraId="527572E5" w14:textId="77777777">
        <w:trPr>
          <w:jc w:val="center"/>
        </w:trPr>
        <w:tc>
          <w:tcPr>
            <w:tcW w:w="1040" w:type="dxa"/>
          </w:tcPr>
          <w:p w14:paraId="7554E2FD" w14:textId="77777777" w:rsidR="00587C7B" w:rsidRDefault="00000000">
            <w:r>
              <w:rPr>
                <w:sz w:val="16"/>
              </w:rPr>
              <w:t>5</w:t>
            </w:r>
          </w:p>
        </w:tc>
        <w:tc>
          <w:tcPr>
            <w:tcW w:w="1040" w:type="dxa"/>
          </w:tcPr>
          <w:p w14:paraId="5494F294" w14:textId="77777777" w:rsidR="00587C7B" w:rsidRDefault="00000000">
            <w:r>
              <w:rPr>
                <w:sz w:val="16"/>
              </w:rPr>
              <w:t>rs275499</w:t>
            </w:r>
          </w:p>
        </w:tc>
        <w:tc>
          <w:tcPr>
            <w:tcW w:w="1040" w:type="dxa"/>
          </w:tcPr>
          <w:p w14:paraId="712AFC8B" w14:textId="77777777" w:rsidR="00587C7B" w:rsidRDefault="00000000">
            <w:r>
              <w:rPr>
                <w:sz w:val="16"/>
              </w:rPr>
              <w:t>6864460</w:t>
            </w:r>
          </w:p>
        </w:tc>
        <w:tc>
          <w:tcPr>
            <w:tcW w:w="1040" w:type="dxa"/>
          </w:tcPr>
          <w:p w14:paraId="1927461A" w14:textId="77777777" w:rsidR="00587C7B" w:rsidRDefault="00000000">
            <w:r>
              <w:rPr>
                <w:sz w:val="16"/>
              </w:rPr>
              <w:t>A</w:t>
            </w:r>
          </w:p>
        </w:tc>
        <w:tc>
          <w:tcPr>
            <w:tcW w:w="1040" w:type="dxa"/>
          </w:tcPr>
          <w:p w14:paraId="12B9129D" w14:textId="77777777" w:rsidR="00587C7B" w:rsidRDefault="00000000">
            <w:r>
              <w:rPr>
                <w:sz w:val="16"/>
              </w:rPr>
              <w:t>0.5925</w:t>
            </w:r>
          </w:p>
        </w:tc>
        <w:tc>
          <w:tcPr>
            <w:tcW w:w="1040" w:type="dxa"/>
          </w:tcPr>
          <w:p w14:paraId="610BC93B" w14:textId="77777777" w:rsidR="00587C7B" w:rsidRDefault="00000000">
            <w:r>
              <w:rPr>
                <w:sz w:val="16"/>
              </w:rPr>
              <w:t>0.1418</w:t>
            </w:r>
          </w:p>
        </w:tc>
        <w:tc>
          <w:tcPr>
            <w:tcW w:w="1040" w:type="dxa"/>
          </w:tcPr>
          <w:p w14:paraId="1C33BF1E" w14:textId="77777777" w:rsidR="00587C7B" w:rsidRDefault="00000000">
            <w:r>
              <w:rPr>
                <w:sz w:val="16"/>
              </w:rPr>
              <w:t>0.4487</w:t>
            </w:r>
          </w:p>
        </w:tc>
        <w:tc>
          <w:tcPr>
            <w:tcW w:w="1040" w:type="dxa"/>
          </w:tcPr>
          <w:p w14:paraId="08379DD8" w14:textId="77777777" w:rsidR="00587C7B" w:rsidRDefault="00000000">
            <w:r>
              <w:rPr>
                <w:sz w:val="16"/>
              </w:rPr>
              <w:t>0.7824</w:t>
            </w:r>
          </w:p>
        </w:tc>
        <w:tc>
          <w:tcPr>
            <w:tcW w:w="1040" w:type="dxa"/>
          </w:tcPr>
          <w:p w14:paraId="58AF26EF" w14:textId="77777777" w:rsidR="00587C7B" w:rsidRDefault="00000000">
            <w:r>
              <w:rPr>
                <w:sz w:val="16"/>
              </w:rPr>
              <w:t>0.000224</w:t>
            </w:r>
          </w:p>
        </w:tc>
      </w:tr>
      <w:tr w:rsidR="00587C7B" w14:paraId="0BEE2140" w14:textId="77777777">
        <w:trPr>
          <w:jc w:val="center"/>
        </w:trPr>
        <w:tc>
          <w:tcPr>
            <w:tcW w:w="1040" w:type="dxa"/>
          </w:tcPr>
          <w:p w14:paraId="7EC58D62" w14:textId="77777777" w:rsidR="00587C7B" w:rsidRDefault="00000000">
            <w:r>
              <w:rPr>
                <w:sz w:val="16"/>
              </w:rPr>
              <w:t>19</w:t>
            </w:r>
          </w:p>
        </w:tc>
        <w:tc>
          <w:tcPr>
            <w:tcW w:w="1040" w:type="dxa"/>
          </w:tcPr>
          <w:p w14:paraId="7BCDF2C4" w14:textId="77777777" w:rsidR="00587C7B" w:rsidRDefault="00000000">
            <w:r>
              <w:rPr>
                <w:sz w:val="16"/>
              </w:rPr>
              <w:t>rs380743</w:t>
            </w:r>
          </w:p>
        </w:tc>
        <w:tc>
          <w:tcPr>
            <w:tcW w:w="1040" w:type="dxa"/>
          </w:tcPr>
          <w:p w14:paraId="26E7474F" w14:textId="77777777" w:rsidR="00587C7B" w:rsidRDefault="00000000">
            <w:r>
              <w:rPr>
                <w:sz w:val="16"/>
              </w:rPr>
              <w:t>48737757</w:t>
            </w:r>
          </w:p>
        </w:tc>
        <w:tc>
          <w:tcPr>
            <w:tcW w:w="1040" w:type="dxa"/>
          </w:tcPr>
          <w:p w14:paraId="11A77027" w14:textId="77777777" w:rsidR="00587C7B" w:rsidRDefault="00000000">
            <w:r>
              <w:rPr>
                <w:sz w:val="16"/>
              </w:rPr>
              <w:t>A</w:t>
            </w:r>
          </w:p>
        </w:tc>
        <w:tc>
          <w:tcPr>
            <w:tcW w:w="1040" w:type="dxa"/>
          </w:tcPr>
          <w:p w14:paraId="5F864276" w14:textId="77777777" w:rsidR="00587C7B" w:rsidRDefault="00000000">
            <w:r>
              <w:rPr>
                <w:sz w:val="16"/>
              </w:rPr>
              <w:t>0.559</w:t>
            </w:r>
          </w:p>
        </w:tc>
        <w:tc>
          <w:tcPr>
            <w:tcW w:w="1040" w:type="dxa"/>
          </w:tcPr>
          <w:p w14:paraId="3CB08ED8" w14:textId="77777777" w:rsidR="00587C7B" w:rsidRDefault="00000000">
            <w:r>
              <w:rPr>
                <w:sz w:val="16"/>
              </w:rPr>
              <w:t>0.1577</w:t>
            </w:r>
          </w:p>
        </w:tc>
        <w:tc>
          <w:tcPr>
            <w:tcW w:w="1040" w:type="dxa"/>
          </w:tcPr>
          <w:p w14:paraId="5C64D679" w14:textId="77777777" w:rsidR="00587C7B" w:rsidRDefault="00000000">
            <w:r>
              <w:rPr>
                <w:sz w:val="16"/>
              </w:rPr>
              <w:t>0.4104</w:t>
            </w:r>
          </w:p>
        </w:tc>
        <w:tc>
          <w:tcPr>
            <w:tcW w:w="1040" w:type="dxa"/>
          </w:tcPr>
          <w:p w14:paraId="2384D047" w14:textId="77777777" w:rsidR="00587C7B" w:rsidRDefault="00000000">
            <w:r>
              <w:rPr>
                <w:sz w:val="16"/>
              </w:rPr>
              <w:t>0.7614</w:t>
            </w:r>
          </w:p>
        </w:tc>
        <w:tc>
          <w:tcPr>
            <w:tcW w:w="1040" w:type="dxa"/>
          </w:tcPr>
          <w:p w14:paraId="3936F1FC" w14:textId="77777777" w:rsidR="00587C7B" w:rsidRDefault="00000000">
            <w:r>
              <w:rPr>
                <w:sz w:val="16"/>
              </w:rPr>
              <w:t>0.000225</w:t>
            </w:r>
          </w:p>
        </w:tc>
      </w:tr>
    </w:tbl>
    <w:p w14:paraId="497E396A" w14:textId="77777777" w:rsidR="00587C7B" w:rsidRDefault="00000000">
      <w:r>
        <w:rPr>
          <w:sz w:val="16"/>
        </w:rPr>
        <w:t>A1 effect allele, BP base-pair position (GRCh37), CHR chromosome, L95 and U95 lower and upper 95% confidence limits, OR odds ratio, SE standard error, SNP single-nucleotide polymorphism</w:t>
      </w:r>
    </w:p>
    <w:p w14:paraId="0A6D74F2" w14:textId="77777777" w:rsidR="00587C7B" w:rsidRDefault="00000000">
      <w:r>
        <w:br w:type="page"/>
      </w:r>
    </w:p>
    <w:p w14:paraId="41880412" w14:textId="462D59AC" w:rsidR="00587C7B" w:rsidRDefault="00587C7B">
      <w:pPr>
        <w:jc w:val="center"/>
      </w:pPr>
    </w:p>
    <w:sectPr w:rsidR="00587C7B" w:rsidSect="0003461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451E1" w14:textId="77777777" w:rsidR="0078035A" w:rsidRDefault="0078035A">
      <w:pPr>
        <w:spacing w:after="0" w:line="240" w:lineRule="auto"/>
      </w:pPr>
      <w:r>
        <w:separator/>
      </w:r>
    </w:p>
  </w:endnote>
  <w:endnote w:type="continuationSeparator" w:id="0">
    <w:p w14:paraId="3F054899" w14:textId="77777777" w:rsidR="0078035A" w:rsidRDefault="00780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D9D53" w14:textId="77777777" w:rsidR="00587C7B" w:rsidRDefault="00000000">
    <w:pPr>
      <w:pStyle w:val="Footer"/>
      <w:jc w:val="center"/>
    </w:pPr>
    <w:r>
      <w:fldChar w:fldCharType="begin"/>
    </w:r>
    <w:r>
      <w:instrText xml:space="preserve"> PAGE </w:instrText>
    </w:r>
    <w:r w:rsidR="00ED6E9C">
      <w:fldChar w:fldCharType="separate"/>
    </w:r>
    <w:r w:rsidR="00ED6E9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ACE81" w14:textId="77777777" w:rsidR="0078035A" w:rsidRDefault="0078035A">
      <w:pPr>
        <w:spacing w:after="0" w:line="240" w:lineRule="auto"/>
      </w:pPr>
      <w:r>
        <w:separator/>
      </w:r>
    </w:p>
  </w:footnote>
  <w:footnote w:type="continuationSeparator" w:id="0">
    <w:p w14:paraId="5009EA0E" w14:textId="77777777" w:rsidR="0078035A" w:rsidRDefault="007803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41847885">
    <w:abstractNumId w:val="8"/>
  </w:num>
  <w:num w:numId="2" w16cid:durableId="1103648925">
    <w:abstractNumId w:val="6"/>
  </w:num>
  <w:num w:numId="3" w16cid:durableId="1646468888">
    <w:abstractNumId w:val="5"/>
  </w:num>
  <w:num w:numId="4" w16cid:durableId="1332179660">
    <w:abstractNumId w:val="4"/>
  </w:num>
  <w:num w:numId="5" w16cid:durableId="922840682">
    <w:abstractNumId w:val="7"/>
  </w:num>
  <w:num w:numId="6" w16cid:durableId="1395199963">
    <w:abstractNumId w:val="3"/>
  </w:num>
  <w:num w:numId="7" w16cid:durableId="151411802">
    <w:abstractNumId w:val="2"/>
  </w:num>
  <w:num w:numId="8" w16cid:durableId="331415805">
    <w:abstractNumId w:val="1"/>
  </w:num>
  <w:num w:numId="9" w16cid:durableId="876359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64B1"/>
    <w:rsid w:val="00034616"/>
    <w:rsid w:val="0006063C"/>
    <w:rsid w:val="0015074B"/>
    <w:rsid w:val="0029639D"/>
    <w:rsid w:val="00326F90"/>
    <w:rsid w:val="00587C7B"/>
    <w:rsid w:val="0078035A"/>
    <w:rsid w:val="00AA1D8D"/>
    <w:rsid w:val="00B47730"/>
    <w:rsid w:val="00CB0664"/>
    <w:rsid w:val="00ED6E9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BB39A9"/>
  <w14:defaultImageDpi w14:val="300"/>
  <w15:docId w15:val="{8193D481-0BC2-4BEE-9A8C-3EBF488FB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60" w:lineRule="auto"/>
    </w:pPr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970</Words>
  <Characters>5534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Gayathri k s</cp:lastModifiedBy>
  <cp:revision>2</cp:revision>
  <dcterms:created xsi:type="dcterms:W3CDTF">2013-12-23T23:15:00Z</dcterms:created>
  <dcterms:modified xsi:type="dcterms:W3CDTF">2026-08-07T09:42:00Z</dcterms:modified>
  <cp:category/>
</cp:coreProperties>
</file>