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06F23F" w14:textId="5E543F6A" w:rsidR="00B23F06" w:rsidRPr="008E797E" w:rsidRDefault="00080B8A" w:rsidP="00B23F06">
      <w:pPr>
        <w:pStyle w:val="Articletitle"/>
        <w:spacing w:line="480" w:lineRule="auto"/>
        <w:rPr>
          <w:rFonts w:eastAsia="Times New Roman"/>
          <w:lang w:eastAsia="ja-JP"/>
        </w:rPr>
      </w:pPr>
      <w:r w:rsidRPr="008E797E">
        <w:rPr>
          <w:rFonts w:eastAsia="Times New Roman"/>
        </w:rPr>
        <w:t>Supplementary Material</w:t>
      </w:r>
    </w:p>
    <w:p w14:paraId="6F882A75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</w:p>
    <w:p w14:paraId="55D1C6F5" w14:textId="77777777" w:rsidR="00B23F06" w:rsidRPr="008E797E" w:rsidRDefault="00B23F06" w:rsidP="00B23F06">
      <w:pPr>
        <w:pStyle w:val="Articletitle"/>
        <w:spacing w:line="480" w:lineRule="auto"/>
        <w:rPr>
          <w:rFonts w:eastAsia="Times New Roman"/>
          <w:lang w:eastAsia="ja-JP"/>
        </w:rPr>
      </w:pPr>
      <w:r w:rsidRPr="008E797E">
        <w:rPr>
          <w:rFonts w:eastAsia="Times New Roman"/>
        </w:rPr>
        <w:t>Tides Sculpt Microplastic Distribution: Halocline Trapping and Net Seaward Export in the Oita River Estuary</w:t>
      </w:r>
    </w:p>
    <w:p w14:paraId="6BCA99F7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</w:p>
    <w:p w14:paraId="56818753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8E797E">
        <w:rPr>
          <w:rFonts w:ascii="Times New Roman" w:hAnsi="Times New Roman" w:cs="Times New Roman"/>
        </w:rPr>
        <w:t xml:space="preserve">Yota </w:t>
      </w:r>
      <w:proofErr w:type="spellStart"/>
      <w:r w:rsidRPr="008E797E">
        <w:rPr>
          <w:rFonts w:ascii="Times New Roman" w:hAnsi="Times New Roman" w:cs="Times New Roman"/>
        </w:rPr>
        <w:t>Iga</w:t>
      </w:r>
      <w:r w:rsidRPr="008E797E">
        <w:rPr>
          <w:rFonts w:ascii="Times New Roman" w:hAnsi="Times New Roman" w:cs="Times New Roman"/>
          <w:vertAlign w:val="superscript"/>
        </w:rPr>
        <w:t>a</w:t>
      </w:r>
      <w:proofErr w:type="spellEnd"/>
      <w:r w:rsidRPr="008E797E">
        <w:rPr>
          <w:rFonts w:ascii="Times New Roman" w:hAnsi="Times New Roman" w:cs="Times New Roman"/>
        </w:rPr>
        <w:t xml:space="preserve">, Tomoya </w:t>
      </w:r>
      <w:proofErr w:type="spellStart"/>
      <w:proofErr w:type="gramStart"/>
      <w:r w:rsidRPr="008E797E">
        <w:rPr>
          <w:rFonts w:ascii="Times New Roman" w:hAnsi="Times New Roman" w:cs="Times New Roman"/>
        </w:rPr>
        <w:t>Kataoka</w:t>
      </w:r>
      <w:r w:rsidRPr="008E797E">
        <w:rPr>
          <w:rFonts w:ascii="Times New Roman" w:hAnsi="Times New Roman" w:cs="Times New Roman"/>
          <w:vertAlign w:val="superscript"/>
        </w:rPr>
        <w:t>a,b</w:t>
      </w:r>
      <w:proofErr w:type="spellEnd"/>
      <w:proofErr w:type="gramEnd"/>
    </w:p>
    <w:p w14:paraId="423158E3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</w:p>
    <w:p w14:paraId="7A2BDF38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  <w:r w:rsidRPr="008E797E">
        <w:rPr>
          <w:rFonts w:ascii="Times New Roman" w:hAnsi="Times New Roman" w:cs="Times New Roman"/>
          <w:vertAlign w:val="superscript"/>
        </w:rPr>
        <w:t>a</w:t>
      </w:r>
      <w:r w:rsidRPr="008E797E">
        <w:rPr>
          <w:rFonts w:ascii="Times New Roman" w:hAnsi="Times New Roman" w:cs="Times New Roman"/>
        </w:rPr>
        <w:t xml:space="preserve"> Department of Civil &amp; Environmental Engineering, Ehime University, Matsuyama, Japan</w:t>
      </w:r>
    </w:p>
    <w:p w14:paraId="001F509F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  <w:r w:rsidRPr="008E797E">
        <w:rPr>
          <w:rFonts w:ascii="Times New Roman" w:hAnsi="Times New Roman" w:cs="Times New Roman"/>
          <w:vertAlign w:val="superscript"/>
        </w:rPr>
        <w:t>b</w:t>
      </w:r>
      <w:r w:rsidRPr="008E797E">
        <w:rPr>
          <w:rFonts w:ascii="Times New Roman" w:hAnsi="Times New Roman" w:cs="Times New Roman"/>
        </w:rPr>
        <w:t xml:space="preserve"> Center for Marine Environmental Studies, Ehime University, Matsuyama, Japan</w:t>
      </w:r>
    </w:p>
    <w:p w14:paraId="4C649F2E" w14:textId="77777777" w:rsidR="00B23F06" w:rsidRPr="008E797E" w:rsidRDefault="00B23F06" w:rsidP="00B23F06">
      <w:pPr>
        <w:spacing w:line="480" w:lineRule="auto"/>
        <w:rPr>
          <w:rFonts w:ascii="Times New Roman" w:hAnsi="Times New Roman" w:cs="Times New Roman"/>
        </w:rPr>
      </w:pPr>
    </w:p>
    <w:p w14:paraId="4B3B8320" w14:textId="77777777" w:rsidR="00B23F06" w:rsidRPr="008E797E" w:rsidRDefault="00B23F06" w:rsidP="00B23F06">
      <w:pPr>
        <w:pStyle w:val="Correspondencedetails"/>
        <w:spacing w:line="480" w:lineRule="auto"/>
        <w:rPr>
          <w:b/>
          <w:bCs/>
        </w:rPr>
      </w:pPr>
      <w:r w:rsidRPr="008E797E">
        <w:rPr>
          <w:rFonts w:eastAsia="Times New Roman"/>
          <w:b/>
          <w:bCs/>
        </w:rPr>
        <w:t>Corresponding author:</w:t>
      </w:r>
    </w:p>
    <w:p w14:paraId="45223B91" w14:textId="77777777" w:rsidR="00B23F06" w:rsidRPr="008E797E" w:rsidRDefault="00B23F06" w:rsidP="00B23F06">
      <w:pPr>
        <w:pStyle w:val="Correspondencedetails"/>
        <w:spacing w:before="0" w:line="480" w:lineRule="auto"/>
        <w:jc w:val="both"/>
      </w:pPr>
      <w:r w:rsidRPr="008E797E">
        <w:rPr>
          <w:color w:val="000000" w:themeColor="text1"/>
        </w:rPr>
        <w:t>*</w:t>
      </w:r>
      <w:r w:rsidRPr="008E797E">
        <w:rPr>
          <w:rFonts w:eastAsia="ＭＳ 明朝"/>
          <w:color w:val="000000" w:themeColor="text1"/>
          <w:kern w:val="2"/>
          <w:lang w:eastAsia="ja-JP"/>
        </w:rPr>
        <w:t xml:space="preserve"> </w:t>
      </w:r>
      <w:r w:rsidRPr="008E797E">
        <w:rPr>
          <w:color w:val="000000" w:themeColor="text1"/>
        </w:rPr>
        <w:t>Tomoya Kataoka, Department of Civil &amp; Environmental Engineering, Ehime University, 3 Bunkyo-</w:t>
      </w:r>
      <w:proofErr w:type="spellStart"/>
      <w:r w:rsidRPr="008E797E">
        <w:rPr>
          <w:color w:val="000000" w:themeColor="text1"/>
        </w:rPr>
        <w:t>cho</w:t>
      </w:r>
      <w:proofErr w:type="spellEnd"/>
      <w:r w:rsidRPr="008E797E">
        <w:rPr>
          <w:color w:val="000000" w:themeColor="text1"/>
        </w:rPr>
        <w:t xml:space="preserve">, Matsuyama, Japan, 790-8577; Tel.: +81-89-927-9817; emails: </w:t>
      </w:r>
      <w:hyperlink r:id="rId6" w:history="1">
        <w:r w:rsidRPr="008E797E">
          <w:rPr>
            <w:rStyle w:val="aff4"/>
          </w:rPr>
          <w:t>kataoka.tomoya.ab@ehime-u.ac.jp</w:t>
        </w:r>
      </w:hyperlink>
      <w:r w:rsidRPr="008E797E">
        <w:t xml:space="preserve">, </w:t>
      </w:r>
      <w:hyperlink r:id="rId7" w:history="1">
        <w:r w:rsidRPr="008E797E">
          <w:rPr>
            <w:rStyle w:val="aff4"/>
          </w:rPr>
          <w:t>tkata@cee.ehime-u.ac.jp</w:t>
        </w:r>
      </w:hyperlink>
    </w:p>
    <w:p w14:paraId="5A8E3499" w14:textId="77777777" w:rsidR="00B23F06" w:rsidRPr="008E797E" w:rsidRDefault="00B23F06">
      <w:pPr>
        <w:rPr>
          <w:rFonts w:ascii="Times New Roman" w:hAnsi="Times New Roman" w:cs="Times New Roman"/>
        </w:rPr>
        <w:sectPr w:rsidR="00B23F06" w:rsidRPr="008E797E" w:rsidSect="002C250D">
          <w:pgSz w:w="12240" w:h="15840"/>
          <w:pgMar w:top="720" w:right="864" w:bottom="720" w:left="864" w:header="720" w:footer="720" w:gutter="0"/>
          <w:lnNumType w:countBy="1" w:restart="continuous"/>
          <w:cols w:space="720"/>
          <w:docGrid w:linePitch="360"/>
        </w:sectPr>
      </w:pPr>
    </w:p>
    <w:p w14:paraId="4634AD72" w14:textId="7D5FAD74" w:rsidR="00B23F06" w:rsidRPr="008E797E" w:rsidRDefault="00B23F06">
      <w:pPr>
        <w:rPr>
          <w:rFonts w:ascii="Times New Roman" w:hAnsi="Times New Roman" w:cs="Times New Roman"/>
        </w:rPr>
      </w:pPr>
    </w:p>
    <w:p w14:paraId="423188A1" w14:textId="440EB923" w:rsidR="00A23662" w:rsidRPr="008E797E" w:rsidRDefault="00195514">
      <w:pPr>
        <w:rPr>
          <w:rFonts w:ascii="Times New Roman" w:hAnsi="Times New Roman" w:cs="Times New Roman"/>
          <w:noProof/>
        </w:rPr>
      </w:pPr>
      <w:r w:rsidRPr="008E797E">
        <w:rPr>
          <w:rFonts w:ascii="Times New Roman" w:eastAsia="Times New Roman" w:hAnsi="Times New Roman" w:cs="Times New Roman"/>
        </w:rPr>
        <w:t xml:space="preserve">Table S1. Sampling environment for each layer and tidal phase during the neap and spring tides, showing the sampling depth, salinity, water temperature, pH, and current velocity.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</w:rPr>
              <m:t>ns</m:t>
            </m:r>
          </m:sub>
        </m:sSub>
      </m:oMath>
      <w:r w:rsidRPr="008E797E">
        <w:rPr>
          <w:rFonts w:ascii="Times New Roman" w:eastAsia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</w:rPr>
              <m:t>ew</m:t>
            </m:r>
          </m:sub>
        </m:sSub>
      </m:oMath>
      <w:r w:rsidRPr="008E797E">
        <w:rPr>
          <w:rFonts w:ascii="Times New Roman" w:eastAsia="Times New Roman" w:hAnsi="Times New Roman" w:cs="Times New Roman"/>
        </w:rPr>
        <w:t xml:space="preserve"> denote the north–south and east–west components of the current velocity, respectively. The northward component of the current velocity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</w:rPr>
              <m:t>ns</m:t>
            </m:r>
          </m:sub>
        </m:sSub>
      </m:oMath>
      <w:r w:rsidRPr="008E797E">
        <w:rPr>
          <w:rFonts w:ascii="Times New Roman" w:eastAsia="Times New Roman" w:hAnsi="Times New Roman" w:cs="Times New Roman"/>
        </w:rPr>
        <w:t>) is taken as positive in the seaward direction. N/A denotes Not Available (no measurement).</w:t>
      </w:r>
    </w:p>
    <w:tbl>
      <w:tblPr>
        <w:tblW w:w="4998" w:type="pct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677"/>
        <w:gridCol w:w="1341"/>
        <w:gridCol w:w="843"/>
        <w:gridCol w:w="843"/>
        <w:gridCol w:w="843"/>
        <w:gridCol w:w="843"/>
        <w:gridCol w:w="845"/>
        <w:gridCol w:w="843"/>
        <w:gridCol w:w="843"/>
        <w:gridCol w:w="843"/>
        <w:gridCol w:w="843"/>
        <w:gridCol w:w="829"/>
      </w:tblGrid>
      <w:tr w:rsidR="00253086" w:rsidRPr="00253086" w14:paraId="4C35174F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36876B0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042200C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2021" w:type="pct"/>
            <w:gridSpan w:val="5"/>
            <w:tcBorders>
              <w:top w:val="single" w:sz="12" w:space="0" w:color="000000"/>
              <w:right w:val="double" w:sz="4" w:space="0" w:color="auto"/>
            </w:tcBorders>
            <w:vAlign w:val="center"/>
          </w:tcPr>
          <w:p w14:paraId="27858BB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Neap tide (5 Sep 2023)</w:t>
            </w:r>
          </w:p>
        </w:tc>
        <w:tc>
          <w:tcPr>
            <w:tcW w:w="2014" w:type="pct"/>
            <w:gridSpan w:val="5"/>
            <w:tcBorders>
              <w:left w:val="double" w:sz="4" w:space="0" w:color="auto"/>
            </w:tcBorders>
            <w:vAlign w:val="center"/>
          </w:tcPr>
          <w:p w14:paraId="494DE41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Spring tide (20 Jun 2024)</w:t>
            </w:r>
          </w:p>
        </w:tc>
      </w:tr>
      <w:tr w:rsidR="00253086" w:rsidRPr="00253086" w14:paraId="28C8CE4A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2BCC055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4CF4E98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Tidal phase</w:t>
            </w:r>
          </w:p>
        </w:tc>
        <w:tc>
          <w:tcPr>
            <w:tcW w:w="404" w:type="pct"/>
            <w:vAlign w:val="center"/>
          </w:tcPr>
          <w:p w14:paraId="6AB0294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LowA</w:t>
            </w:r>
          </w:p>
        </w:tc>
        <w:tc>
          <w:tcPr>
            <w:tcW w:w="404" w:type="pct"/>
            <w:vAlign w:val="center"/>
          </w:tcPr>
          <w:p w14:paraId="032D447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Flood</w:t>
            </w:r>
          </w:p>
        </w:tc>
        <w:tc>
          <w:tcPr>
            <w:tcW w:w="404" w:type="pct"/>
            <w:vAlign w:val="center"/>
          </w:tcPr>
          <w:p w14:paraId="7AA86CB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High</w:t>
            </w:r>
          </w:p>
        </w:tc>
        <w:tc>
          <w:tcPr>
            <w:tcW w:w="404" w:type="pct"/>
            <w:vAlign w:val="center"/>
          </w:tcPr>
          <w:p w14:paraId="2A604A8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Ebb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B1812E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LowB</w:t>
            </w:r>
            <w:proofErr w:type="spellEnd"/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759A1D6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HighA</w:t>
            </w:r>
            <w:proofErr w:type="spellEnd"/>
          </w:p>
        </w:tc>
        <w:tc>
          <w:tcPr>
            <w:tcW w:w="404" w:type="pct"/>
            <w:vAlign w:val="center"/>
          </w:tcPr>
          <w:p w14:paraId="3466F16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Ebb</w:t>
            </w:r>
          </w:p>
        </w:tc>
        <w:tc>
          <w:tcPr>
            <w:tcW w:w="404" w:type="pct"/>
            <w:vAlign w:val="center"/>
          </w:tcPr>
          <w:p w14:paraId="6C48C9E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Low</w:t>
            </w:r>
          </w:p>
        </w:tc>
        <w:tc>
          <w:tcPr>
            <w:tcW w:w="404" w:type="pct"/>
            <w:vAlign w:val="center"/>
          </w:tcPr>
          <w:p w14:paraId="3F774F1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Flood</w:t>
            </w:r>
          </w:p>
        </w:tc>
        <w:tc>
          <w:tcPr>
            <w:tcW w:w="396" w:type="pct"/>
            <w:vAlign w:val="center"/>
          </w:tcPr>
          <w:p w14:paraId="5F21A52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HighB</w:t>
            </w:r>
            <w:proofErr w:type="spellEnd"/>
          </w:p>
        </w:tc>
      </w:tr>
      <w:tr w:rsidR="00253086" w:rsidRPr="00253086" w14:paraId="0F1533EC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3A9EA48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731BB3D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Time (JST)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08CF8AF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5:00-6:37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D13C8D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8:00-9:33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B0C3A5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11:10-13:15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F2706D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14:00-15:49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573DCA1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16:10-17:30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87E640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5:40-7:20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3CFC5D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8:40-9:47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4E6BC5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12:10-13:00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2D589D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15:30-16:52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6515C43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19:20-20:40</w:t>
            </w:r>
          </w:p>
        </w:tc>
      </w:tr>
      <w:tr w:rsidR="00253086" w:rsidRPr="00253086" w14:paraId="737D8943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3B75923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1</w:t>
            </w:r>
          </w:p>
        </w:tc>
        <w:tc>
          <w:tcPr>
            <w:tcW w:w="642" w:type="pct"/>
            <w:vAlign w:val="center"/>
          </w:tcPr>
          <w:p w14:paraId="28772BA3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7ED1D60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0.19</w:t>
            </w:r>
          </w:p>
        </w:tc>
        <w:tc>
          <w:tcPr>
            <w:tcW w:w="404" w:type="pct"/>
            <w:vAlign w:val="center"/>
          </w:tcPr>
          <w:p w14:paraId="530C546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0.24</w:t>
            </w:r>
          </w:p>
        </w:tc>
        <w:tc>
          <w:tcPr>
            <w:tcW w:w="404" w:type="pct"/>
            <w:vAlign w:val="center"/>
          </w:tcPr>
          <w:p w14:paraId="1B0FFF4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0.04</w:t>
            </w:r>
          </w:p>
        </w:tc>
        <w:tc>
          <w:tcPr>
            <w:tcW w:w="404" w:type="pct"/>
            <w:vAlign w:val="center"/>
          </w:tcPr>
          <w:p w14:paraId="4FC09E7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0.12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B8CB92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0.15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50A849F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0.10</w:t>
            </w:r>
          </w:p>
        </w:tc>
        <w:tc>
          <w:tcPr>
            <w:tcW w:w="404" w:type="pct"/>
            <w:vAlign w:val="center"/>
          </w:tcPr>
          <w:p w14:paraId="632B3E8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0.14</w:t>
            </w:r>
          </w:p>
        </w:tc>
        <w:tc>
          <w:tcPr>
            <w:tcW w:w="404" w:type="pct"/>
            <w:vAlign w:val="center"/>
          </w:tcPr>
          <w:p w14:paraId="0D0BD10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0.10</w:t>
            </w:r>
          </w:p>
        </w:tc>
        <w:tc>
          <w:tcPr>
            <w:tcW w:w="404" w:type="pct"/>
            <w:vAlign w:val="center"/>
          </w:tcPr>
          <w:p w14:paraId="195E2A7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0.21</w:t>
            </w:r>
          </w:p>
        </w:tc>
        <w:tc>
          <w:tcPr>
            <w:tcW w:w="396" w:type="pct"/>
            <w:vAlign w:val="center"/>
          </w:tcPr>
          <w:p w14:paraId="4C910BC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0.08</w:t>
            </w:r>
          </w:p>
        </w:tc>
      </w:tr>
      <w:tr w:rsidR="00253086" w:rsidRPr="00253086" w14:paraId="1C521F7B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3207C37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6EE30DFD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179C879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1.79</w:t>
            </w:r>
          </w:p>
        </w:tc>
        <w:tc>
          <w:tcPr>
            <w:tcW w:w="404" w:type="pct"/>
            <w:vAlign w:val="center"/>
          </w:tcPr>
          <w:p w14:paraId="6B0B70A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2.11</w:t>
            </w:r>
          </w:p>
        </w:tc>
        <w:tc>
          <w:tcPr>
            <w:tcW w:w="404" w:type="pct"/>
            <w:vAlign w:val="center"/>
          </w:tcPr>
          <w:p w14:paraId="30EE39C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2.02</w:t>
            </w:r>
          </w:p>
        </w:tc>
        <w:tc>
          <w:tcPr>
            <w:tcW w:w="404" w:type="pct"/>
            <w:vAlign w:val="center"/>
          </w:tcPr>
          <w:p w14:paraId="3E2B18C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1.00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66163F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0.58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144583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0.80</w:t>
            </w:r>
          </w:p>
        </w:tc>
        <w:tc>
          <w:tcPr>
            <w:tcW w:w="404" w:type="pct"/>
            <w:vAlign w:val="center"/>
          </w:tcPr>
          <w:p w14:paraId="25F80D6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1.43</w:t>
            </w:r>
          </w:p>
        </w:tc>
        <w:tc>
          <w:tcPr>
            <w:tcW w:w="404" w:type="pct"/>
            <w:vAlign w:val="center"/>
          </w:tcPr>
          <w:p w14:paraId="38269B0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4.51</w:t>
            </w:r>
          </w:p>
        </w:tc>
        <w:tc>
          <w:tcPr>
            <w:tcW w:w="404" w:type="pct"/>
            <w:vAlign w:val="center"/>
          </w:tcPr>
          <w:p w14:paraId="3C1561D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3.20</w:t>
            </w:r>
          </w:p>
        </w:tc>
        <w:tc>
          <w:tcPr>
            <w:tcW w:w="396" w:type="pct"/>
            <w:vAlign w:val="center"/>
          </w:tcPr>
          <w:p w14:paraId="1B580F5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0.85</w:t>
            </w:r>
          </w:p>
        </w:tc>
      </w:tr>
      <w:tr w:rsidR="00253086" w:rsidRPr="00253086" w14:paraId="6C7178DB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158E6A1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13895F09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180F8BD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26.0</w:t>
            </w:r>
          </w:p>
        </w:tc>
        <w:tc>
          <w:tcPr>
            <w:tcW w:w="404" w:type="pct"/>
            <w:vAlign w:val="center"/>
          </w:tcPr>
          <w:p w14:paraId="2774EAC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26.0</w:t>
            </w:r>
          </w:p>
        </w:tc>
        <w:tc>
          <w:tcPr>
            <w:tcW w:w="404" w:type="pct"/>
            <w:vAlign w:val="center"/>
          </w:tcPr>
          <w:p w14:paraId="4B5FEA8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26.3</w:t>
            </w:r>
          </w:p>
        </w:tc>
        <w:tc>
          <w:tcPr>
            <w:tcW w:w="404" w:type="pct"/>
            <w:vAlign w:val="center"/>
          </w:tcPr>
          <w:p w14:paraId="39B4F7C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26.3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6E92C37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25.7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0F60B5B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22.9</w:t>
            </w:r>
          </w:p>
        </w:tc>
        <w:tc>
          <w:tcPr>
            <w:tcW w:w="404" w:type="pct"/>
            <w:vAlign w:val="center"/>
          </w:tcPr>
          <w:p w14:paraId="0C2739D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22.6</w:t>
            </w:r>
          </w:p>
        </w:tc>
        <w:tc>
          <w:tcPr>
            <w:tcW w:w="404" w:type="pct"/>
            <w:vAlign w:val="center"/>
          </w:tcPr>
          <w:p w14:paraId="57E3C91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22.9</w:t>
            </w:r>
          </w:p>
        </w:tc>
        <w:tc>
          <w:tcPr>
            <w:tcW w:w="404" w:type="pct"/>
            <w:vAlign w:val="center"/>
          </w:tcPr>
          <w:p w14:paraId="58A5A60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23.2</w:t>
            </w:r>
          </w:p>
        </w:tc>
        <w:tc>
          <w:tcPr>
            <w:tcW w:w="396" w:type="pct"/>
            <w:vAlign w:val="center"/>
          </w:tcPr>
          <w:p w14:paraId="65E0643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21.7</w:t>
            </w:r>
          </w:p>
        </w:tc>
      </w:tr>
      <w:tr w:rsidR="00253086" w:rsidRPr="00253086" w14:paraId="0EA28C4C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5836527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70637BC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0494E9F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9.6</w:t>
            </w:r>
          </w:p>
        </w:tc>
        <w:tc>
          <w:tcPr>
            <w:tcW w:w="404" w:type="pct"/>
            <w:vAlign w:val="center"/>
          </w:tcPr>
          <w:p w14:paraId="5FE1355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9.9</w:t>
            </w:r>
          </w:p>
        </w:tc>
        <w:tc>
          <w:tcPr>
            <w:tcW w:w="404" w:type="pct"/>
            <w:vAlign w:val="center"/>
          </w:tcPr>
          <w:p w14:paraId="5DC8782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9.9</w:t>
            </w:r>
          </w:p>
        </w:tc>
        <w:tc>
          <w:tcPr>
            <w:tcW w:w="404" w:type="pct"/>
            <w:vAlign w:val="center"/>
          </w:tcPr>
          <w:p w14:paraId="6EB5CAA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F2B5C4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10.1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D7EF45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6.2</w:t>
            </w:r>
          </w:p>
        </w:tc>
        <w:tc>
          <w:tcPr>
            <w:tcW w:w="404" w:type="pct"/>
            <w:vAlign w:val="center"/>
          </w:tcPr>
          <w:p w14:paraId="1A6FA4F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7.7</w:t>
            </w:r>
          </w:p>
        </w:tc>
        <w:tc>
          <w:tcPr>
            <w:tcW w:w="404" w:type="pct"/>
            <w:vAlign w:val="center"/>
          </w:tcPr>
          <w:p w14:paraId="4817590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8.4</w:t>
            </w:r>
          </w:p>
        </w:tc>
        <w:tc>
          <w:tcPr>
            <w:tcW w:w="404" w:type="pct"/>
            <w:vAlign w:val="center"/>
          </w:tcPr>
          <w:p w14:paraId="42BFA3E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8.6</w:t>
            </w:r>
          </w:p>
        </w:tc>
        <w:tc>
          <w:tcPr>
            <w:tcW w:w="396" w:type="pct"/>
            <w:vAlign w:val="center"/>
          </w:tcPr>
          <w:p w14:paraId="4CFFDBD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9.5</w:t>
            </w:r>
          </w:p>
        </w:tc>
      </w:tr>
      <w:tr w:rsidR="00253086" w:rsidRPr="00253086" w14:paraId="5564EC6D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0CECFF6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7B0DCF74" w14:textId="03E15D25" w:rsidR="00253086" w:rsidRPr="009612BA" w:rsidRDefault="00000000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53086" w:rsidRPr="009612B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53086" w:rsidRPr="009612B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5BDC7D3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4BC8C5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061760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5FA6EE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37E0EE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60F86F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0.338</w:t>
            </w:r>
          </w:p>
        </w:tc>
        <w:tc>
          <w:tcPr>
            <w:tcW w:w="404" w:type="pct"/>
            <w:vAlign w:val="center"/>
          </w:tcPr>
          <w:p w14:paraId="0CB9AF0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0.430</w:t>
            </w:r>
          </w:p>
        </w:tc>
        <w:tc>
          <w:tcPr>
            <w:tcW w:w="404" w:type="pct"/>
            <w:vAlign w:val="center"/>
          </w:tcPr>
          <w:p w14:paraId="4A7BD48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0.396</w:t>
            </w:r>
          </w:p>
        </w:tc>
        <w:tc>
          <w:tcPr>
            <w:tcW w:w="404" w:type="pct"/>
            <w:vAlign w:val="center"/>
          </w:tcPr>
          <w:p w14:paraId="0B9592C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-0.073</w:t>
            </w:r>
          </w:p>
        </w:tc>
        <w:tc>
          <w:tcPr>
            <w:tcW w:w="396" w:type="pct"/>
            <w:vAlign w:val="center"/>
          </w:tcPr>
          <w:p w14:paraId="042D355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0.247</w:t>
            </w:r>
          </w:p>
        </w:tc>
      </w:tr>
      <w:tr w:rsidR="00253086" w:rsidRPr="00253086" w14:paraId="2C7818F4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1BCF01E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6F89528F" w14:textId="77BEF75B" w:rsidR="00253086" w:rsidRPr="009612BA" w:rsidRDefault="00000000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53086" w:rsidRPr="009612B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9612BA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53086" w:rsidRPr="009612B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02312F0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3E551B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F7BD7B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D0F148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5692FD0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6001865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0.028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58B125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0.044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34C6F6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-0.026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65B62D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-0.010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4AEACAE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0.028</w:t>
            </w:r>
          </w:p>
        </w:tc>
      </w:tr>
      <w:tr w:rsidR="00253086" w:rsidRPr="00253086" w14:paraId="6115296C" w14:textId="77777777" w:rsidTr="009612BA">
        <w:trPr>
          <w:trHeight w:val="312"/>
          <w:jc w:val="center"/>
        </w:trPr>
        <w:tc>
          <w:tcPr>
            <w:tcW w:w="324" w:type="pct"/>
            <w:vMerge w:val="restart"/>
            <w:vAlign w:val="center"/>
          </w:tcPr>
          <w:p w14:paraId="1662123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2</w:t>
            </w:r>
          </w:p>
        </w:tc>
        <w:tc>
          <w:tcPr>
            <w:tcW w:w="642" w:type="pct"/>
            <w:vAlign w:val="center"/>
          </w:tcPr>
          <w:p w14:paraId="4B61D66B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036BAC2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0.75</w:t>
            </w:r>
          </w:p>
        </w:tc>
        <w:tc>
          <w:tcPr>
            <w:tcW w:w="404" w:type="pct"/>
            <w:vAlign w:val="center"/>
          </w:tcPr>
          <w:p w14:paraId="54B9040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0.85</w:t>
            </w:r>
          </w:p>
        </w:tc>
        <w:tc>
          <w:tcPr>
            <w:tcW w:w="404" w:type="pct"/>
            <w:vAlign w:val="center"/>
          </w:tcPr>
          <w:p w14:paraId="58DB630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0.63</w:t>
            </w:r>
          </w:p>
        </w:tc>
        <w:tc>
          <w:tcPr>
            <w:tcW w:w="404" w:type="pct"/>
            <w:vAlign w:val="center"/>
          </w:tcPr>
          <w:p w14:paraId="73737E2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0.69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30BC74B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0.67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8D7622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0.72</w:t>
            </w:r>
          </w:p>
        </w:tc>
        <w:tc>
          <w:tcPr>
            <w:tcW w:w="404" w:type="pct"/>
            <w:vAlign w:val="center"/>
          </w:tcPr>
          <w:p w14:paraId="09DE71A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0.51</w:t>
            </w:r>
          </w:p>
        </w:tc>
        <w:tc>
          <w:tcPr>
            <w:tcW w:w="404" w:type="pct"/>
            <w:vAlign w:val="center"/>
          </w:tcPr>
          <w:p w14:paraId="35BADF9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0.69</w:t>
            </w:r>
          </w:p>
        </w:tc>
        <w:tc>
          <w:tcPr>
            <w:tcW w:w="404" w:type="pct"/>
            <w:vAlign w:val="center"/>
          </w:tcPr>
          <w:p w14:paraId="5D1FBDF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0.60</w:t>
            </w:r>
          </w:p>
        </w:tc>
        <w:tc>
          <w:tcPr>
            <w:tcW w:w="396" w:type="pct"/>
            <w:vAlign w:val="center"/>
          </w:tcPr>
          <w:p w14:paraId="25C7124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0.49</w:t>
            </w:r>
          </w:p>
        </w:tc>
      </w:tr>
      <w:tr w:rsidR="00253086" w:rsidRPr="00253086" w14:paraId="18DC714E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03E3093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7E4B1C2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5B843D3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6.90</w:t>
            </w:r>
          </w:p>
        </w:tc>
        <w:tc>
          <w:tcPr>
            <w:tcW w:w="404" w:type="pct"/>
            <w:vAlign w:val="center"/>
          </w:tcPr>
          <w:p w14:paraId="7B2D235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10.90</w:t>
            </w:r>
          </w:p>
        </w:tc>
        <w:tc>
          <w:tcPr>
            <w:tcW w:w="404" w:type="pct"/>
            <w:vAlign w:val="center"/>
          </w:tcPr>
          <w:p w14:paraId="0DB2DCC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6.73</w:t>
            </w:r>
          </w:p>
        </w:tc>
        <w:tc>
          <w:tcPr>
            <w:tcW w:w="404" w:type="pct"/>
            <w:vAlign w:val="center"/>
          </w:tcPr>
          <w:p w14:paraId="21CCECC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11.41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DA54FE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10.41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59F6820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0.49</w:t>
            </w:r>
          </w:p>
        </w:tc>
        <w:tc>
          <w:tcPr>
            <w:tcW w:w="404" w:type="pct"/>
            <w:vAlign w:val="center"/>
          </w:tcPr>
          <w:p w14:paraId="60E6C96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11.87</w:t>
            </w:r>
          </w:p>
        </w:tc>
        <w:tc>
          <w:tcPr>
            <w:tcW w:w="404" w:type="pct"/>
            <w:vAlign w:val="center"/>
          </w:tcPr>
          <w:p w14:paraId="10C8D76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9.68</w:t>
            </w:r>
          </w:p>
        </w:tc>
        <w:tc>
          <w:tcPr>
            <w:tcW w:w="404" w:type="pct"/>
            <w:vAlign w:val="center"/>
          </w:tcPr>
          <w:p w14:paraId="03FD18C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9.56</w:t>
            </w:r>
          </w:p>
        </w:tc>
        <w:tc>
          <w:tcPr>
            <w:tcW w:w="396" w:type="pct"/>
            <w:vAlign w:val="center"/>
          </w:tcPr>
          <w:p w14:paraId="1FABB21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7.30</w:t>
            </w:r>
          </w:p>
        </w:tc>
      </w:tr>
      <w:tr w:rsidR="00253086" w:rsidRPr="00253086" w14:paraId="333EA338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5BF3795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6835E7E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18CCD7B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26.4</w:t>
            </w:r>
          </w:p>
        </w:tc>
        <w:tc>
          <w:tcPr>
            <w:tcW w:w="404" w:type="pct"/>
            <w:vAlign w:val="center"/>
          </w:tcPr>
          <w:p w14:paraId="057CA6C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27.2</w:t>
            </w:r>
          </w:p>
        </w:tc>
        <w:tc>
          <w:tcPr>
            <w:tcW w:w="404" w:type="pct"/>
            <w:vAlign w:val="center"/>
          </w:tcPr>
          <w:p w14:paraId="1A17009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26.6</w:t>
            </w:r>
          </w:p>
        </w:tc>
        <w:tc>
          <w:tcPr>
            <w:tcW w:w="404" w:type="pct"/>
            <w:vAlign w:val="center"/>
          </w:tcPr>
          <w:p w14:paraId="7F7DF0E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26.7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D8F9E2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26.5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29B39FC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24.1</w:t>
            </w:r>
          </w:p>
        </w:tc>
        <w:tc>
          <w:tcPr>
            <w:tcW w:w="404" w:type="pct"/>
            <w:vAlign w:val="center"/>
          </w:tcPr>
          <w:p w14:paraId="6B056C0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24.4</w:t>
            </w:r>
          </w:p>
        </w:tc>
        <w:tc>
          <w:tcPr>
            <w:tcW w:w="404" w:type="pct"/>
            <w:vAlign w:val="center"/>
          </w:tcPr>
          <w:p w14:paraId="4A0F625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23.7</w:t>
            </w:r>
          </w:p>
        </w:tc>
        <w:tc>
          <w:tcPr>
            <w:tcW w:w="404" w:type="pct"/>
            <w:vAlign w:val="center"/>
          </w:tcPr>
          <w:p w14:paraId="4B3BF32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23.6</w:t>
            </w:r>
          </w:p>
        </w:tc>
        <w:tc>
          <w:tcPr>
            <w:tcW w:w="396" w:type="pct"/>
            <w:vAlign w:val="center"/>
          </w:tcPr>
          <w:p w14:paraId="55EAFED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22.1</w:t>
            </w:r>
          </w:p>
        </w:tc>
      </w:tr>
      <w:tr w:rsidR="00253086" w:rsidRPr="00253086" w14:paraId="73B63DB9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0508688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E9E939B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14915A4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9.3</w:t>
            </w:r>
          </w:p>
        </w:tc>
        <w:tc>
          <w:tcPr>
            <w:tcW w:w="404" w:type="pct"/>
            <w:vAlign w:val="center"/>
          </w:tcPr>
          <w:p w14:paraId="27404B4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6893B5B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9.4</w:t>
            </w:r>
          </w:p>
        </w:tc>
        <w:tc>
          <w:tcPr>
            <w:tcW w:w="404" w:type="pct"/>
            <w:vAlign w:val="center"/>
          </w:tcPr>
          <w:p w14:paraId="05AECA5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D94CFB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70F2234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6.4</w:t>
            </w:r>
          </w:p>
        </w:tc>
        <w:tc>
          <w:tcPr>
            <w:tcW w:w="404" w:type="pct"/>
            <w:vAlign w:val="center"/>
          </w:tcPr>
          <w:p w14:paraId="143F6B2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7.7</w:t>
            </w:r>
          </w:p>
        </w:tc>
        <w:tc>
          <w:tcPr>
            <w:tcW w:w="404" w:type="pct"/>
            <w:vAlign w:val="center"/>
          </w:tcPr>
          <w:p w14:paraId="5FFE784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8.5</w:t>
            </w:r>
          </w:p>
        </w:tc>
        <w:tc>
          <w:tcPr>
            <w:tcW w:w="404" w:type="pct"/>
            <w:vAlign w:val="center"/>
          </w:tcPr>
          <w:p w14:paraId="4059361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8.7</w:t>
            </w:r>
          </w:p>
        </w:tc>
        <w:tc>
          <w:tcPr>
            <w:tcW w:w="396" w:type="pct"/>
            <w:vAlign w:val="center"/>
          </w:tcPr>
          <w:p w14:paraId="397C618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9.5</w:t>
            </w:r>
          </w:p>
        </w:tc>
      </w:tr>
      <w:tr w:rsidR="002C1433" w:rsidRPr="00253086" w14:paraId="78F4B695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316ADF9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6C0F6CCE" w14:textId="7424509F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26CDFE5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7A331D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ABBBD9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F65952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717318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FD43C1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0.043</w:t>
            </w:r>
          </w:p>
        </w:tc>
        <w:tc>
          <w:tcPr>
            <w:tcW w:w="404" w:type="pct"/>
            <w:vAlign w:val="center"/>
          </w:tcPr>
          <w:p w14:paraId="4C12511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0.168</w:t>
            </w:r>
          </w:p>
        </w:tc>
        <w:tc>
          <w:tcPr>
            <w:tcW w:w="404" w:type="pct"/>
            <w:vAlign w:val="center"/>
          </w:tcPr>
          <w:p w14:paraId="75BCC5A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0.272</w:t>
            </w:r>
          </w:p>
        </w:tc>
        <w:tc>
          <w:tcPr>
            <w:tcW w:w="404" w:type="pct"/>
            <w:vAlign w:val="center"/>
          </w:tcPr>
          <w:p w14:paraId="65F8692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-0.159</w:t>
            </w:r>
          </w:p>
        </w:tc>
        <w:tc>
          <w:tcPr>
            <w:tcW w:w="396" w:type="pct"/>
            <w:vAlign w:val="center"/>
          </w:tcPr>
          <w:p w14:paraId="05E68E7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-0.079</w:t>
            </w:r>
          </w:p>
        </w:tc>
      </w:tr>
      <w:tr w:rsidR="002C1433" w:rsidRPr="00253086" w14:paraId="7F9DEB2E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5F0D714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21BFBA70" w14:textId="3035D9A0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360280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AEBE65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6EF622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894686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1075034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40C149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-0.045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0E7F7FA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0.025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C50575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0.054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132CD1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-0.026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54F2BF3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0.018</w:t>
            </w:r>
          </w:p>
        </w:tc>
      </w:tr>
      <w:tr w:rsidR="00253086" w:rsidRPr="00253086" w14:paraId="0A24E5D9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685433E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3</w:t>
            </w:r>
          </w:p>
        </w:tc>
        <w:tc>
          <w:tcPr>
            <w:tcW w:w="642" w:type="pct"/>
            <w:vAlign w:val="center"/>
          </w:tcPr>
          <w:p w14:paraId="0157156F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04DDFCE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1.27</w:t>
            </w:r>
          </w:p>
        </w:tc>
        <w:tc>
          <w:tcPr>
            <w:tcW w:w="404" w:type="pct"/>
            <w:vAlign w:val="center"/>
          </w:tcPr>
          <w:p w14:paraId="533ABDA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1.48</w:t>
            </w:r>
          </w:p>
        </w:tc>
        <w:tc>
          <w:tcPr>
            <w:tcW w:w="404" w:type="pct"/>
            <w:vAlign w:val="center"/>
          </w:tcPr>
          <w:p w14:paraId="0F8B397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1.15</w:t>
            </w:r>
          </w:p>
        </w:tc>
        <w:tc>
          <w:tcPr>
            <w:tcW w:w="404" w:type="pct"/>
            <w:vAlign w:val="center"/>
          </w:tcPr>
          <w:p w14:paraId="6B28D23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1.31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8155A1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1.14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062E744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1.29</w:t>
            </w:r>
          </w:p>
        </w:tc>
        <w:tc>
          <w:tcPr>
            <w:tcW w:w="404" w:type="pct"/>
            <w:vAlign w:val="center"/>
          </w:tcPr>
          <w:p w14:paraId="3F2FCA0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1.03</w:t>
            </w:r>
          </w:p>
        </w:tc>
        <w:tc>
          <w:tcPr>
            <w:tcW w:w="404" w:type="pct"/>
            <w:vAlign w:val="center"/>
          </w:tcPr>
          <w:p w14:paraId="2765EFD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1.11</w:t>
            </w:r>
          </w:p>
        </w:tc>
        <w:tc>
          <w:tcPr>
            <w:tcW w:w="404" w:type="pct"/>
            <w:vAlign w:val="center"/>
          </w:tcPr>
          <w:p w14:paraId="0CAE022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1.14</w:t>
            </w:r>
          </w:p>
        </w:tc>
        <w:tc>
          <w:tcPr>
            <w:tcW w:w="396" w:type="pct"/>
            <w:vAlign w:val="center"/>
          </w:tcPr>
          <w:p w14:paraId="0A94D10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1.02</w:t>
            </w:r>
          </w:p>
        </w:tc>
      </w:tr>
      <w:tr w:rsidR="00253086" w:rsidRPr="00253086" w14:paraId="4078D404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44926E8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40A80452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08BA834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12.41</w:t>
            </w:r>
          </w:p>
        </w:tc>
        <w:tc>
          <w:tcPr>
            <w:tcW w:w="404" w:type="pct"/>
            <w:vAlign w:val="center"/>
          </w:tcPr>
          <w:p w14:paraId="7649F05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13.20</w:t>
            </w:r>
          </w:p>
        </w:tc>
        <w:tc>
          <w:tcPr>
            <w:tcW w:w="404" w:type="pct"/>
            <w:vAlign w:val="center"/>
          </w:tcPr>
          <w:p w14:paraId="0D95F50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11.92</w:t>
            </w:r>
          </w:p>
        </w:tc>
        <w:tc>
          <w:tcPr>
            <w:tcW w:w="404" w:type="pct"/>
            <w:vAlign w:val="center"/>
          </w:tcPr>
          <w:p w14:paraId="4CE5C2A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13.03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569EBA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B81E46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12.45</w:t>
            </w:r>
          </w:p>
        </w:tc>
        <w:tc>
          <w:tcPr>
            <w:tcW w:w="404" w:type="pct"/>
            <w:vAlign w:val="center"/>
          </w:tcPr>
          <w:p w14:paraId="7123CD2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12.63</w:t>
            </w:r>
          </w:p>
        </w:tc>
        <w:tc>
          <w:tcPr>
            <w:tcW w:w="404" w:type="pct"/>
            <w:vAlign w:val="center"/>
          </w:tcPr>
          <w:p w14:paraId="058268E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12.37</w:t>
            </w:r>
          </w:p>
        </w:tc>
        <w:tc>
          <w:tcPr>
            <w:tcW w:w="404" w:type="pct"/>
            <w:vAlign w:val="center"/>
          </w:tcPr>
          <w:p w14:paraId="76FF12A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10.96</w:t>
            </w:r>
          </w:p>
        </w:tc>
        <w:tc>
          <w:tcPr>
            <w:tcW w:w="396" w:type="pct"/>
            <w:vAlign w:val="center"/>
          </w:tcPr>
          <w:p w14:paraId="327B550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13.49</w:t>
            </w:r>
          </w:p>
        </w:tc>
      </w:tr>
      <w:tr w:rsidR="00253086" w:rsidRPr="00253086" w14:paraId="10CA6D6A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766A705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6C63F5F1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51DF1E0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27.4</w:t>
            </w:r>
          </w:p>
        </w:tc>
        <w:tc>
          <w:tcPr>
            <w:tcW w:w="404" w:type="pct"/>
            <w:vAlign w:val="center"/>
          </w:tcPr>
          <w:p w14:paraId="778EE52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27.6</w:t>
            </w:r>
          </w:p>
        </w:tc>
        <w:tc>
          <w:tcPr>
            <w:tcW w:w="404" w:type="pct"/>
            <w:vAlign w:val="center"/>
          </w:tcPr>
          <w:p w14:paraId="3FF9EC6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27.5</w:t>
            </w:r>
          </w:p>
        </w:tc>
        <w:tc>
          <w:tcPr>
            <w:tcW w:w="404" w:type="pct"/>
            <w:vAlign w:val="center"/>
          </w:tcPr>
          <w:p w14:paraId="71EDE53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E7FF7C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1E5163F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23.8</w:t>
            </w:r>
          </w:p>
        </w:tc>
        <w:tc>
          <w:tcPr>
            <w:tcW w:w="404" w:type="pct"/>
            <w:vAlign w:val="center"/>
          </w:tcPr>
          <w:p w14:paraId="33759A7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24.2</w:t>
            </w:r>
          </w:p>
        </w:tc>
        <w:tc>
          <w:tcPr>
            <w:tcW w:w="404" w:type="pct"/>
            <w:vAlign w:val="center"/>
          </w:tcPr>
          <w:p w14:paraId="41B3412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24.3</w:t>
            </w:r>
          </w:p>
        </w:tc>
        <w:tc>
          <w:tcPr>
            <w:tcW w:w="404" w:type="pct"/>
            <w:vAlign w:val="center"/>
          </w:tcPr>
          <w:p w14:paraId="14D7A6C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23.4</w:t>
            </w:r>
          </w:p>
        </w:tc>
        <w:tc>
          <w:tcPr>
            <w:tcW w:w="396" w:type="pct"/>
            <w:vAlign w:val="center"/>
          </w:tcPr>
          <w:p w14:paraId="3024D9F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22.2</w:t>
            </w:r>
          </w:p>
        </w:tc>
      </w:tr>
      <w:tr w:rsidR="00253086" w:rsidRPr="00253086" w14:paraId="626916FB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40D4341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7DEC26D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27D59D4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vAlign w:val="center"/>
          </w:tcPr>
          <w:p w14:paraId="4900544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2CAF438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5ABE49F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8.8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5127695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7001BAD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6.5</w:t>
            </w:r>
          </w:p>
        </w:tc>
        <w:tc>
          <w:tcPr>
            <w:tcW w:w="404" w:type="pct"/>
            <w:vAlign w:val="center"/>
          </w:tcPr>
          <w:p w14:paraId="0D69FB2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7.9</w:t>
            </w:r>
          </w:p>
        </w:tc>
        <w:tc>
          <w:tcPr>
            <w:tcW w:w="404" w:type="pct"/>
            <w:vAlign w:val="center"/>
          </w:tcPr>
          <w:p w14:paraId="35D5362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8.6</w:t>
            </w:r>
          </w:p>
        </w:tc>
        <w:tc>
          <w:tcPr>
            <w:tcW w:w="404" w:type="pct"/>
            <w:vAlign w:val="center"/>
          </w:tcPr>
          <w:p w14:paraId="4F8A487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8.8</w:t>
            </w:r>
          </w:p>
        </w:tc>
        <w:tc>
          <w:tcPr>
            <w:tcW w:w="396" w:type="pct"/>
            <w:vAlign w:val="center"/>
          </w:tcPr>
          <w:p w14:paraId="070B953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9.6</w:t>
            </w:r>
          </w:p>
        </w:tc>
      </w:tr>
      <w:tr w:rsidR="002C1433" w:rsidRPr="00253086" w14:paraId="0A2FE92D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74A3828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FD2A193" w14:textId="1CEA9E54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0E8D50E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E65993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AB3B10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A9ABEB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7D9371A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1C7B370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-0.037</w:t>
            </w:r>
          </w:p>
        </w:tc>
        <w:tc>
          <w:tcPr>
            <w:tcW w:w="404" w:type="pct"/>
            <w:vAlign w:val="center"/>
          </w:tcPr>
          <w:p w14:paraId="3DFC00C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0.116</w:t>
            </w:r>
          </w:p>
        </w:tc>
        <w:tc>
          <w:tcPr>
            <w:tcW w:w="404" w:type="pct"/>
            <w:vAlign w:val="center"/>
          </w:tcPr>
          <w:p w14:paraId="07B7CE2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0.036</w:t>
            </w:r>
          </w:p>
        </w:tc>
        <w:tc>
          <w:tcPr>
            <w:tcW w:w="404" w:type="pct"/>
            <w:vAlign w:val="center"/>
          </w:tcPr>
          <w:p w14:paraId="316D916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-0.244</w:t>
            </w:r>
          </w:p>
        </w:tc>
        <w:tc>
          <w:tcPr>
            <w:tcW w:w="396" w:type="pct"/>
            <w:vAlign w:val="center"/>
          </w:tcPr>
          <w:p w14:paraId="536FFC5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0.000</w:t>
            </w:r>
          </w:p>
        </w:tc>
      </w:tr>
      <w:tr w:rsidR="002C1433" w:rsidRPr="00253086" w14:paraId="75A6C27C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6B1121D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0B4BFB51" w14:textId="6FC8AFC4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CF50D8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6015736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1F8EB1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55FC5C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3633E0E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F48B85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-0.045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3D3DB9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0.020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19AD89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0.020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C73D1F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-0.007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024A40D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-0.010</w:t>
            </w:r>
          </w:p>
        </w:tc>
      </w:tr>
      <w:tr w:rsidR="00253086" w:rsidRPr="00253086" w14:paraId="52DF20E7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1980005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4</w:t>
            </w:r>
          </w:p>
        </w:tc>
        <w:tc>
          <w:tcPr>
            <w:tcW w:w="642" w:type="pct"/>
            <w:vAlign w:val="center"/>
          </w:tcPr>
          <w:p w14:paraId="5E99EC96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52160E4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1.87</w:t>
            </w:r>
          </w:p>
        </w:tc>
        <w:tc>
          <w:tcPr>
            <w:tcW w:w="404" w:type="pct"/>
            <w:vAlign w:val="center"/>
          </w:tcPr>
          <w:p w14:paraId="332FC20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2.07</w:t>
            </w:r>
          </w:p>
        </w:tc>
        <w:tc>
          <w:tcPr>
            <w:tcW w:w="404" w:type="pct"/>
            <w:vAlign w:val="center"/>
          </w:tcPr>
          <w:p w14:paraId="4A33F59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1.71</w:t>
            </w:r>
          </w:p>
        </w:tc>
        <w:tc>
          <w:tcPr>
            <w:tcW w:w="404" w:type="pct"/>
            <w:vAlign w:val="center"/>
          </w:tcPr>
          <w:p w14:paraId="46607FC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1.72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7F13202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1.59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1BC4713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1.91</w:t>
            </w:r>
          </w:p>
        </w:tc>
        <w:tc>
          <w:tcPr>
            <w:tcW w:w="404" w:type="pct"/>
            <w:vAlign w:val="center"/>
          </w:tcPr>
          <w:p w14:paraId="5A386C7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1.53</w:t>
            </w:r>
          </w:p>
        </w:tc>
        <w:tc>
          <w:tcPr>
            <w:tcW w:w="404" w:type="pct"/>
            <w:vAlign w:val="center"/>
          </w:tcPr>
          <w:p w14:paraId="41A5625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1.77</w:t>
            </w:r>
          </w:p>
        </w:tc>
        <w:tc>
          <w:tcPr>
            <w:tcW w:w="404" w:type="pct"/>
            <w:vAlign w:val="center"/>
          </w:tcPr>
          <w:p w14:paraId="00B9EF3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1.87</w:t>
            </w:r>
          </w:p>
        </w:tc>
        <w:tc>
          <w:tcPr>
            <w:tcW w:w="396" w:type="pct"/>
            <w:vAlign w:val="center"/>
          </w:tcPr>
          <w:p w14:paraId="781B858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1.62</w:t>
            </w:r>
          </w:p>
        </w:tc>
      </w:tr>
      <w:tr w:rsidR="00253086" w:rsidRPr="00253086" w14:paraId="619C2825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54FE297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588A0A1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55870C6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13.15</w:t>
            </w:r>
          </w:p>
        </w:tc>
        <w:tc>
          <w:tcPr>
            <w:tcW w:w="404" w:type="pct"/>
            <w:vAlign w:val="center"/>
          </w:tcPr>
          <w:p w14:paraId="38F3323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14.67</w:t>
            </w:r>
          </w:p>
        </w:tc>
        <w:tc>
          <w:tcPr>
            <w:tcW w:w="404" w:type="pct"/>
            <w:vAlign w:val="center"/>
          </w:tcPr>
          <w:p w14:paraId="64DB4D2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12.80</w:t>
            </w:r>
          </w:p>
        </w:tc>
        <w:tc>
          <w:tcPr>
            <w:tcW w:w="404" w:type="pct"/>
            <w:vAlign w:val="center"/>
          </w:tcPr>
          <w:p w14:paraId="4C2C198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13.81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52DC1EA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13.63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190682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13.09</w:t>
            </w:r>
          </w:p>
        </w:tc>
        <w:tc>
          <w:tcPr>
            <w:tcW w:w="404" w:type="pct"/>
            <w:vAlign w:val="center"/>
          </w:tcPr>
          <w:p w14:paraId="7BF93DB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12.90</w:t>
            </w:r>
          </w:p>
        </w:tc>
        <w:tc>
          <w:tcPr>
            <w:tcW w:w="404" w:type="pct"/>
            <w:vAlign w:val="center"/>
          </w:tcPr>
          <w:p w14:paraId="23C19E9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13.12</w:t>
            </w:r>
          </w:p>
        </w:tc>
        <w:tc>
          <w:tcPr>
            <w:tcW w:w="404" w:type="pct"/>
            <w:vAlign w:val="center"/>
          </w:tcPr>
          <w:p w14:paraId="55EE3CD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12.89</w:t>
            </w:r>
          </w:p>
        </w:tc>
        <w:tc>
          <w:tcPr>
            <w:tcW w:w="396" w:type="pct"/>
            <w:vAlign w:val="center"/>
          </w:tcPr>
          <w:p w14:paraId="2FA17F4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13.33</w:t>
            </w:r>
          </w:p>
        </w:tc>
      </w:tr>
      <w:tr w:rsidR="00253086" w:rsidRPr="00253086" w14:paraId="7E40A508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3EBD087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74FB25E1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61E928B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vAlign w:val="center"/>
          </w:tcPr>
          <w:p w14:paraId="48CBD79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4F1B616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68755FB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79E52C5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7E30F6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23.6</w:t>
            </w:r>
          </w:p>
        </w:tc>
        <w:tc>
          <w:tcPr>
            <w:tcW w:w="404" w:type="pct"/>
            <w:vAlign w:val="center"/>
          </w:tcPr>
          <w:p w14:paraId="0CD2976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24.0</w:t>
            </w:r>
          </w:p>
        </w:tc>
        <w:tc>
          <w:tcPr>
            <w:tcW w:w="404" w:type="pct"/>
            <w:vAlign w:val="center"/>
          </w:tcPr>
          <w:p w14:paraId="0606C14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24.3</w:t>
            </w:r>
          </w:p>
        </w:tc>
        <w:tc>
          <w:tcPr>
            <w:tcW w:w="404" w:type="pct"/>
            <w:vAlign w:val="center"/>
          </w:tcPr>
          <w:p w14:paraId="4C31947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23.7</w:t>
            </w:r>
          </w:p>
        </w:tc>
        <w:tc>
          <w:tcPr>
            <w:tcW w:w="396" w:type="pct"/>
            <w:vAlign w:val="center"/>
          </w:tcPr>
          <w:p w14:paraId="251A552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22.2</w:t>
            </w:r>
          </w:p>
        </w:tc>
      </w:tr>
      <w:tr w:rsidR="00253086" w:rsidRPr="00253086" w14:paraId="6DECB5E3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1108202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7FC5BEB2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6031A6A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vAlign w:val="center"/>
          </w:tcPr>
          <w:p w14:paraId="6BD3356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8.8</w:t>
            </w:r>
          </w:p>
        </w:tc>
        <w:tc>
          <w:tcPr>
            <w:tcW w:w="404" w:type="pct"/>
            <w:vAlign w:val="center"/>
          </w:tcPr>
          <w:p w14:paraId="20B4770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464618E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0A3586C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280FAC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6.7</w:t>
            </w:r>
          </w:p>
        </w:tc>
        <w:tc>
          <w:tcPr>
            <w:tcW w:w="404" w:type="pct"/>
            <w:vAlign w:val="center"/>
          </w:tcPr>
          <w:p w14:paraId="692186B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8.0</w:t>
            </w:r>
          </w:p>
        </w:tc>
        <w:tc>
          <w:tcPr>
            <w:tcW w:w="404" w:type="pct"/>
            <w:vAlign w:val="center"/>
          </w:tcPr>
          <w:p w14:paraId="463B412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8.8</w:t>
            </w:r>
          </w:p>
        </w:tc>
        <w:tc>
          <w:tcPr>
            <w:tcW w:w="404" w:type="pct"/>
            <w:vAlign w:val="center"/>
          </w:tcPr>
          <w:p w14:paraId="6A3F40F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396" w:type="pct"/>
            <w:vAlign w:val="center"/>
          </w:tcPr>
          <w:p w14:paraId="17AD499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9.7</w:t>
            </w:r>
          </w:p>
        </w:tc>
      </w:tr>
      <w:tr w:rsidR="002C1433" w:rsidRPr="00253086" w14:paraId="1B6011BA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2D0AC0B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10904B68" w14:textId="010BD556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0AA9923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65B6C7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C5C462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AFC1FD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555EFEA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85C54A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0.011</w:t>
            </w:r>
          </w:p>
        </w:tc>
        <w:tc>
          <w:tcPr>
            <w:tcW w:w="404" w:type="pct"/>
            <w:vAlign w:val="center"/>
          </w:tcPr>
          <w:p w14:paraId="4928CB3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0.109</w:t>
            </w:r>
          </w:p>
        </w:tc>
        <w:tc>
          <w:tcPr>
            <w:tcW w:w="404" w:type="pct"/>
            <w:vAlign w:val="center"/>
          </w:tcPr>
          <w:p w14:paraId="3D098F9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-0.009</w:t>
            </w:r>
          </w:p>
        </w:tc>
        <w:tc>
          <w:tcPr>
            <w:tcW w:w="404" w:type="pct"/>
            <w:vAlign w:val="center"/>
          </w:tcPr>
          <w:p w14:paraId="32D6890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-0.168</w:t>
            </w:r>
          </w:p>
        </w:tc>
        <w:tc>
          <w:tcPr>
            <w:tcW w:w="396" w:type="pct"/>
            <w:vAlign w:val="center"/>
          </w:tcPr>
          <w:p w14:paraId="6B54482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0.007</w:t>
            </w:r>
          </w:p>
        </w:tc>
      </w:tr>
      <w:tr w:rsidR="002C1433" w:rsidRPr="00253086" w14:paraId="761ED9C1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4F94CA1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1A198CB4" w14:textId="3E0403B5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61379FA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DF4570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1BAA7F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0C99594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107C1E1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049C261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0.000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56DF4E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0.011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658423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-0.012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2F20A9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-0.029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2A8CC99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0.004</w:t>
            </w:r>
          </w:p>
        </w:tc>
      </w:tr>
      <w:tr w:rsidR="00253086" w:rsidRPr="00253086" w14:paraId="1D923A0D" w14:textId="77777777" w:rsidTr="009612BA">
        <w:trPr>
          <w:trHeight w:val="312"/>
          <w:jc w:val="center"/>
        </w:trPr>
        <w:tc>
          <w:tcPr>
            <w:tcW w:w="324" w:type="pct"/>
            <w:vMerge w:val="restart"/>
            <w:vAlign w:val="center"/>
          </w:tcPr>
          <w:p w14:paraId="1894C5E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5</w:t>
            </w:r>
          </w:p>
        </w:tc>
        <w:tc>
          <w:tcPr>
            <w:tcW w:w="642" w:type="pct"/>
            <w:vAlign w:val="center"/>
          </w:tcPr>
          <w:p w14:paraId="1E786A36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0C8F5DC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2.22</w:t>
            </w:r>
          </w:p>
        </w:tc>
        <w:tc>
          <w:tcPr>
            <w:tcW w:w="404" w:type="pct"/>
            <w:vAlign w:val="center"/>
          </w:tcPr>
          <w:p w14:paraId="730E668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2.71</w:t>
            </w:r>
          </w:p>
        </w:tc>
        <w:tc>
          <w:tcPr>
            <w:tcW w:w="404" w:type="pct"/>
            <w:vAlign w:val="center"/>
          </w:tcPr>
          <w:p w14:paraId="0A810A5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2.22</w:t>
            </w:r>
          </w:p>
        </w:tc>
        <w:tc>
          <w:tcPr>
            <w:tcW w:w="404" w:type="pct"/>
            <w:vAlign w:val="center"/>
          </w:tcPr>
          <w:p w14:paraId="13765A4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2.16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3E72829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2.13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A083C5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2.40</w:t>
            </w:r>
          </w:p>
        </w:tc>
        <w:tc>
          <w:tcPr>
            <w:tcW w:w="404" w:type="pct"/>
            <w:vAlign w:val="center"/>
          </w:tcPr>
          <w:p w14:paraId="3900720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1.97</w:t>
            </w:r>
          </w:p>
        </w:tc>
        <w:tc>
          <w:tcPr>
            <w:tcW w:w="404" w:type="pct"/>
            <w:vAlign w:val="center"/>
          </w:tcPr>
          <w:p w14:paraId="61238A3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B7AAD6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2.45</w:t>
            </w:r>
          </w:p>
        </w:tc>
        <w:tc>
          <w:tcPr>
            <w:tcW w:w="396" w:type="pct"/>
            <w:vAlign w:val="center"/>
          </w:tcPr>
          <w:p w14:paraId="1C5C576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2.05</w:t>
            </w:r>
          </w:p>
        </w:tc>
      </w:tr>
      <w:tr w:rsidR="00253086" w:rsidRPr="00253086" w14:paraId="7DBF5434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0DC9D59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13131B82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5F12F90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13.58</w:t>
            </w:r>
          </w:p>
        </w:tc>
        <w:tc>
          <w:tcPr>
            <w:tcW w:w="404" w:type="pct"/>
            <w:vAlign w:val="center"/>
          </w:tcPr>
          <w:p w14:paraId="75E97C1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13.43</w:t>
            </w:r>
          </w:p>
        </w:tc>
        <w:tc>
          <w:tcPr>
            <w:tcW w:w="404" w:type="pct"/>
            <w:vAlign w:val="center"/>
          </w:tcPr>
          <w:p w14:paraId="1949FDF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12.23</w:t>
            </w:r>
          </w:p>
        </w:tc>
        <w:tc>
          <w:tcPr>
            <w:tcW w:w="404" w:type="pct"/>
            <w:vAlign w:val="center"/>
          </w:tcPr>
          <w:p w14:paraId="46A1639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13.55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387791A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13.76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5E1B3A5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13.06</w:t>
            </w:r>
          </w:p>
        </w:tc>
        <w:tc>
          <w:tcPr>
            <w:tcW w:w="404" w:type="pct"/>
            <w:vAlign w:val="center"/>
          </w:tcPr>
          <w:p w14:paraId="5599D57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12.79</w:t>
            </w:r>
          </w:p>
        </w:tc>
        <w:tc>
          <w:tcPr>
            <w:tcW w:w="404" w:type="pct"/>
            <w:vAlign w:val="center"/>
          </w:tcPr>
          <w:p w14:paraId="099E7F5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086CE1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13.06</w:t>
            </w:r>
          </w:p>
        </w:tc>
        <w:tc>
          <w:tcPr>
            <w:tcW w:w="396" w:type="pct"/>
            <w:vAlign w:val="center"/>
          </w:tcPr>
          <w:p w14:paraId="6E9C503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13.52</w:t>
            </w:r>
          </w:p>
        </w:tc>
      </w:tr>
      <w:tr w:rsidR="00253086" w:rsidRPr="00253086" w14:paraId="4FF7D89D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300E4E7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FE61E80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2A2CEF7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vAlign w:val="center"/>
          </w:tcPr>
          <w:p w14:paraId="18EB6F5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1B1B1E8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vAlign w:val="center"/>
          </w:tcPr>
          <w:p w14:paraId="7A6F8E5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4B4834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C1C6B2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23.5</w:t>
            </w:r>
          </w:p>
        </w:tc>
        <w:tc>
          <w:tcPr>
            <w:tcW w:w="404" w:type="pct"/>
            <w:vAlign w:val="center"/>
          </w:tcPr>
          <w:p w14:paraId="2947410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23.8</w:t>
            </w:r>
          </w:p>
        </w:tc>
        <w:tc>
          <w:tcPr>
            <w:tcW w:w="404" w:type="pct"/>
            <w:vAlign w:val="center"/>
          </w:tcPr>
          <w:p w14:paraId="2D97B56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016881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23.7</w:t>
            </w:r>
          </w:p>
        </w:tc>
        <w:tc>
          <w:tcPr>
            <w:tcW w:w="396" w:type="pct"/>
            <w:vAlign w:val="center"/>
          </w:tcPr>
          <w:p w14:paraId="6B70584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22.2</w:t>
            </w:r>
          </w:p>
        </w:tc>
      </w:tr>
      <w:tr w:rsidR="00253086" w:rsidRPr="00253086" w14:paraId="1BED1643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723DCEA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482EECA3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4B38F39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vAlign w:val="center"/>
          </w:tcPr>
          <w:p w14:paraId="62E6DC6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vAlign w:val="center"/>
          </w:tcPr>
          <w:p w14:paraId="4DA2136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5DCEB11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5D6D211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E9C3A3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6.8</w:t>
            </w:r>
          </w:p>
        </w:tc>
        <w:tc>
          <w:tcPr>
            <w:tcW w:w="404" w:type="pct"/>
            <w:vAlign w:val="center"/>
          </w:tcPr>
          <w:p w14:paraId="0A7314C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8.2</w:t>
            </w:r>
          </w:p>
        </w:tc>
        <w:tc>
          <w:tcPr>
            <w:tcW w:w="404" w:type="pct"/>
            <w:vAlign w:val="center"/>
          </w:tcPr>
          <w:p w14:paraId="7BF1996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E9695D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396" w:type="pct"/>
            <w:vAlign w:val="center"/>
          </w:tcPr>
          <w:p w14:paraId="720098A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9.8</w:t>
            </w:r>
          </w:p>
        </w:tc>
      </w:tr>
      <w:tr w:rsidR="002C1433" w:rsidRPr="00253086" w14:paraId="720A896B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717BC8D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4D53C19" w14:textId="3B0F0AD3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736F49F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F74B1F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ADC1D8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965CB3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131CA8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E339D2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-0.006</w:t>
            </w:r>
          </w:p>
        </w:tc>
        <w:tc>
          <w:tcPr>
            <w:tcW w:w="404" w:type="pct"/>
            <w:vAlign w:val="center"/>
          </w:tcPr>
          <w:p w14:paraId="5D216BB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0.071</w:t>
            </w:r>
          </w:p>
        </w:tc>
        <w:tc>
          <w:tcPr>
            <w:tcW w:w="404" w:type="pct"/>
            <w:vAlign w:val="center"/>
          </w:tcPr>
          <w:p w14:paraId="662D1C7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BA935A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-0.090</w:t>
            </w:r>
          </w:p>
        </w:tc>
        <w:tc>
          <w:tcPr>
            <w:tcW w:w="396" w:type="pct"/>
            <w:vAlign w:val="center"/>
          </w:tcPr>
          <w:p w14:paraId="557B30C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-0.020</w:t>
            </w:r>
          </w:p>
        </w:tc>
      </w:tr>
      <w:tr w:rsidR="002C1433" w:rsidRPr="00253086" w14:paraId="007F66E7" w14:textId="77777777" w:rsidTr="009612BA">
        <w:trPr>
          <w:trHeight w:val="312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1946D33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4D22D7A6" w14:textId="4B1F1E50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CB7EB3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6C8B7F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D463DA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AB8B924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0BA362C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16108DA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-0.008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417566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0.027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E5B58C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168D70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-0.074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5E0EFFF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-0.001</w:t>
            </w:r>
          </w:p>
        </w:tc>
      </w:tr>
      <w:tr w:rsidR="00253086" w:rsidRPr="00253086" w14:paraId="0BA9370F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329B652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6</w:t>
            </w:r>
          </w:p>
        </w:tc>
        <w:tc>
          <w:tcPr>
            <w:tcW w:w="642" w:type="pct"/>
            <w:vAlign w:val="center"/>
          </w:tcPr>
          <w:p w14:paraId="0E84CD69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17C8E94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1A95C5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3.12</w:t>
            </w:r>
          </w:p>
        </w:tc>
        <w:tc>
          <w:tcPr>
            <w:tcW w:w="404" w:type="pct"/>
            <w:vAlign w:val="center"/>
          </w:tcPr>
          <w:p w14:paraId="294818C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2.71</w:t>
            </w:r>
          </w:p>
        </w:tc>
        <w:tc>
          <w:tcPr>
            <w:tcW w:w="404" w:type="pct"/>
            <w:vAlign w:val="center"/>
          </w:tcPr>
          <w:p w14:paraId="4DEBA86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2.65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64A9582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2.80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FA74CF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2.84</w:t>
            </w:r>
          </w:p>
        </w:tc>
        <w:tc>
          <w:tcPr>
            <w:tcW w:w="404" w:type="pct"/>
            <w:vAlign w:val="center"/>
          </w:tcPr>
          <w:p w14:paraId="603FC10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2.47</w:t>
            </w:r>
          </w:p>
        </w:tc>
        <w:tc>
          <w:tcPr>
            <w:tcW w:w="404" w:type="pct"/>
            <w:vAlign w:val="center"/>
          </w:tcPr>
          <w:p w14:paraId="08DCC63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8AE01C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2.71</w:t>
            </w:r>
          </w:p>
        </w:tc>
        <w:tc>
          <w:tcPr>
            <w:tcW w:w="396" w:type="pct"/>
            <w:vAlign w:val="center"/>
          </w:tcPr>
          <w:p w14:paraId="6688080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2.70</w:t>
            </w:r>
          </w:p>
        </w:tc>
      </w:tr>
      <w:tr w:rsidR="00253086" w:rsidRPr="00253086" w14:paraId="441B0DD1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75B2029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491ACB13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23ED7EC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925813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13.52</w:t>
            </w:r>
          </w:p>
        </w:tc>
        <w:tc>
          <w:tcPr>
            <w:tcW w:w="404" w:type="pct"/>
            <w:vAlign w:val="center"/>
          </w:tcPr>
          <w:p w14:paraId="5EDA1A0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12.62</w:t>
            </w:r>
          </w:p>
        </w:tc>
        <w:tc>
          <w:tcPr>
            <w:tcW w:w="404" w:type="pct"/>
            <w:vAlign w:val="center"/>
          </w:tcPr>
          <w:p w14:paraId="7025679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13.01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6603FF0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13.93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25B43B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13.17</w:t>
            </w:r>
          </w:p>
        </w:tc>
        <w:tc>
          <w:tcPr>
            <w:tcW w:w="404" w:type="pct"/>
            <w:vAlign w:val="center"/>
          </w:tcPr>
          <w:p w14:paraId="4240FE8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12.78</w:t>
            </w:r>
          </w:p>
        </w:tc>
        <w:tc>
          <w:tcPr>
            <w:tcW w:w="404" w:type="pct"/>
            <w:vAlign w:val="center"/>
          </w:tcPr>
          <w:p w14:paraId="5272168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DD61DF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13.11</w:t>
            </w:r>
          </w:p>
        </w:tc>
        <w:tc>
          <w:tcPr>
            <w:tcW w:w="396" w:type="pct"/>
            <w:vAlign w:val="center"/>
          </w:tcPr>
          <w:p w14:paraId="1A47808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13.70</w:t>
            </w:r>
          </w:p>
        </w:tc>
      </w:tr>
      <w:tr w:rsidR="00253086" w:rsidRPr="00253086" w14:paraId="5D813AFB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5CEDE30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D2BE7DA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086A5B4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33C9EC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77A3953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59A0AB9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03E45BE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28.0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AA6C41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23.5</w:t>
            </w:r>
          </w:p>
        </w:tc>
        <w:tc>
          <w:tcPr>
            <w:tcW w:w="404" w:type="pct"/>
            <w:vAlign w:val="center"/>
          </w:tcPr>
          <w:p w14:paraId="1ABEC83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23.8</w:t>
            </w:r>
          </w:p>
        </w:tc>
        <w:tc>
          <w:tcPr>
            <w:tcW w:w="404" w:type="pct"/>
            <w:vAlign w:val="center"/>
          </w:tcPr>
          <w:p w14:paraId="241459A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BC0037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23.6</w:t>
            </w:r>
          </w:p>
        </w:tc>
        <w:tc>
          <w:tcPr>
            <w:tcW w:w="396" w:type="pct"/>
            <w:vAlign w:val="center"/>
          </w:tcPr>
          <w:p w14:paraId="5051644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22.1</w:t>
            </w:r>
          </w:p>
        </w:tc>
      </w:tr>
      <w:tr w:rsidR="00253086" w:rsidRPr="00253086" w14:paraId="3D0BA3F1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41C08FB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13555158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4B1E60D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7767AC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vAlign w:val="center"/>
          </w:tcPr>
          <w:p w14:paraId="4750767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9.1</w:t>
            </w:r>
          </w:p>
        </w:tc>
        <w:tc>
          <w:tcPr>
            <w:tcW w:w="404" w:type="pct"/>
            <w:vAlign w:val="center"/>
          </w:tcPr>
          <w:p w14:paraId="74DC7A3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94A179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9.0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A77630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7.0</w:t>
            </w:r>
          </w:p>
        </w:tc>
        <w:tc>
          <w:tcPr>
            <w:tcW w:w="404" w:type="pct"/>
            <w:vAlign w:val="center"/>
          </w:tcPr>
          <w:p w14:paraId="111FE53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8.3</w:t>
            </w:r>
          </w:p>
        </w:tc>
        <w:tc>
          <w:tcPr>
            <w:tcW w:w="404" w:type="pct"/>
            <w:vAlign w:val="center"/>
          </w:tcPr>
          <w:p w14:paraId="0FA8E2E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D1621D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9.2</w:t>
            </w:r>
          </w:p>
        </w:tc>
        <w:tc>
          <w:tcPr>
            <w:tcW w:w="396" w:type="pct"/>
            <w:vAlign w:val="center"/>
          </w:tcPr>
          <w:p w14:paraId="351D387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9.9</w:t>
            </w:r>
          </w:p>
        </w:tc>
      </w:tr>
      <w:tr w:rsidR="002C1433" w:rsidRPr="00253086" w14:paraId="65239DD9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029D1A5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600726A8" w14:textId="03DABEDB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0D62F2B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805643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1E26BB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64C491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079CD4F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26A1F65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-0.025</w:t>
            </w:r>
          </w:p>
        </w:tc>
        <w:tc>
          <w:tcPr>
            <w:tcW w:w="404" w:type="pct"/>
            <w:vAlign w:val="center"/>
          </w:tcPr>
          <w:p w14:paraId="2E7565A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0.035</w:t>
            </w:r>
          </w:p>
        </w:tc>
        <w:tc>
          <w:tcPr>
            <w:tcW w:w="404" w:type="pct"/>
            <w:vAlign w:val="center"/>
          </w:tcPr>
          <w:p w14:paraId="68CA0BB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A3046F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-0.079</w:t>
            </w:r>
          </w:p>
        </w:tc>
        <w:tc>
          <w:tcPr>
            <w:tcW w:w="396" w:type="pct"/>
            <w:vAlign w:val="center"/>
          </w:tcPr>
          <w:p w14:paraId="191F699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-0.046</w:t>
            </w:r>
          </w:p>
        </w:tc>
      </w:tr>
      <w:tr w:rsidR="002C1433" w:rsidRPr="00253086" w14:paraId="2FE3F8CD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226B8AA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12B366C4" w14:textId="79D87839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077A19D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23EF0A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3A3077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0614C8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3FC2704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2159157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-0.014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199B51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0.032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0C465E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7985499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-0.034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09662D4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-0.012</w:t>
            </w:r>
          </w:p>
        </w:tc>
      </w:tr>
      <w:tr w:rsidR="00253086" w:rsidRPr="00253086" w14:paraId="4BF7EAA8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57CC9B8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7</w:t>
            </w:r>
          </w:p>
        </w:tc>
        <w:tc>
          <w:tcPr>
            <w:tcW w:w="642" w:type="pct"/>
            <w:vAlign w:val="center"/>
          </w:tcPr>
          <w:p w14:paraId="5F784A36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24C3D93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871573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F2BCE5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3.25</w:t>
            </w:r>
          </w:p>
        </w:tc>
        <w:tc>
          <w:tcPr>
            <w:tcW w:w="404" w:type="pct"/>
            <w:vAlign w:val="center"/>
          </w:tcPr>
          <w:p w14:paraId="4E96E47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2.71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0DC8CBB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B3BA3F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3.41</w:t>
            </w:r>
          </w:p>
        </w:tc>
        <w:tc>
          <w:tcPr>
            <w:tcW w:w="404" w:type="pct"/>
            <w:vAlign w:val="center"/>
          </w:tcPr>
          <w:p w14:paraId="6A0EF47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AC4F45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0DF4EA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21DA3A3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3.27</w:t>
            </w:r>
          </w:p>
        </w:tc>
      </w:tr>
      <w:tr w:rsidR="00253086" w:rsidRPr="00253086" w14:paraId="296F7300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00F1FBF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5E5CBAED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267C01C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E5CC88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8865E8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12.34</w:t>
            </w:r>
          </w:p>
        </w:tc>
        <w:tc>
          <w:tcPr>
            <w:tcW w:w="404" w:type="pct"/>
            <w:vAlign w:val="center"/>
          </w:tcPr>
          <w:p w14:paraId="65E444D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13.56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0130EA7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CA0416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12.75</w:t>
            </w:r>
          </w:p>
        </w:tc>
        <w:tc>
          <w:tcPr>
            <w:tcW w:w="404" w:type="pct"/>
            <w:vAlign w:val="center"/>
          </w:tcPr>
          <w:p w14:paraId="3AF9182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11F92E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352F3B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105BB65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13.94</w:t>
            </w:r>
          </w:p>
        </w:tc>
      </w:tr>
      <w:tr w:rsidR="00253086" w:rsidRPr="00253086" w14:paraId="272B0C79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339B901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71F3B6AE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2DB41E1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1F4528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50E883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27.6</w:t>
            </w:r>
          </w:p>
        </w:tc>
        <w:tc>
          <w:tcPr>
            <w:tcW w:w="404" w:type="pct"/>
            <w:vAlign w:val="center"/>
          </w:tcPr>
          <w:p w14:paraId="598B8B6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596FD2D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31F7AB6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23.3</w:t>
            </w:r>
          </w:p>
        </w:tc>
        <w:tc>
          <w:tcPr>
            <w:tcW w:w="404" w:type="pct"/>
            <w:vAlign w:val="center"/>
          </w:tcPr>
          <w:p w14:paraId="0577D54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13DE17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DFFF99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0017ABE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22.1</w:t>
            </w:r>
          </w:p>
        </w:tc>
      </w:tr>
      <w:tr w:rsidR="00253086" w:rsidRPr="00253086" w14:paraId="6F2DE682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398A36F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066C0511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790B146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91A61E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429998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8.6</w:t>
            </w:r>
          </w:p>
        </w:tc>
        <w:tc>
          <w:tcPr>
            <w:tcW w:w="404" w:type="pct"/>
            <w:vAlign w:val="center"/>
          </w:tcPr>
          <w:p w14:paraId="0AF3B10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1DA287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95014E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7.4</w:t>
            </w:r>
          </w:p>
        </w:tc>
        <w:tc>
          <w:tcPr>
            <w:tcW w:w="404" w:type="pct"/>
            <w:vAlign w:val="center"/>
          </w:tcPr>
          <w:p w14:paraId="403FE04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D8BDA4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941075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3EC38E1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10.0</w:t>
            </w:r>
          </w:p>
        </w:tc>
      </w:tr>
      <w:tr w:rsidR="002C1433" w:rsidRPr="00253086" w14:paraId="7CE9562C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4EF0FC3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0E09A979" w14:textId="00892A68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23B73D5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7B9A0F4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76082C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C854FA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714E7BB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6AECC31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-0.021</w:t>
            </w:r>
          </w:p>
        </w:tc>
        <w:tc>
          <w:tcPr>
            <w:tcW w:w="404" w:type="pct"/>
            <w:vAlign w:val="center"/>
          </w:tcPr>
          <w:p w14:paraId="1806333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0E6717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39B781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5E5BA58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-0.046</w:t>
            </w:r>
          </w:p>
        </w:tc>
      </w:tr>
      <w:tr w:rsidR="002C1433" w:rsidRPr="00253086" w14:paraId="4ECF620A" w14:textId="77777777" w:rsidTr="009612BA">
        <w:trPr>
          <w:trHeight w:val="311"/>
          <w:jc w:val="center"/>
        </w:trPr>
        <w:tc>
          <w:tcPr>
            <w:tcW w:w="324" w:type="pct"/>
            <w:vMerge/>
            <w:tcBorders>
              <w:bottom w:val="single" w:sz="12" w:space="0" w:color="000000"/>
            </w:tcBorders>
            <w:vAlign w:val="center"/>
          </w:tcPr>
          <w:p w14:paraId="1E9BD00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tcBorders>
              <w:bottom w:val="single" w:sz="12" w:space="0" w:color="000000"/>
            </w:tcBorders>
            <w:vAlign w:val="center"/>
          </w:tcPr>
          <w:p w14:paraId="5A890BCA" w14:textId="292C8976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6961D6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57F2A3C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282CFD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3F6BE87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29C2A92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2BE0EBCE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-0.025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6EC30A1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B67D0ED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68C6FE9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tcBorders>
              <w:bottom w:val="single" w:sz="12" w:space="0" w:color="000000"/>
            </w:tcBorders>
            <w:vAlign w:val="center"/>
          </w:tcPr>
          <w:p w14:paraId="35210526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-0.026</w:t>
            </w:r>
          </w:p>
        </w:tc>
      </w:tr>
      <w:tr w:rsidR="00253086" w:rsidRPr="00253086" w14:paraId="63459750" w14:textId="77777777" w:rsidTr="009612BA">
        <w:trPr>
          <w:trHeight w:val="311"/>
          <w:jc w:val="center"/>
        </w:trPr>
        <w:tc>
          <w:tcPr>
            <w:tcW w:w="324" w:type="pct"/>
            <w:vMerge w:val="restart"/>
            <w:vAlign w:val="center"/>
          </w:tcPr>
          <w:p w14:paraId="04F0EE4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b/>
                <w:sz w:val="18"/>
                <w:szCs w:val="36"/>
              </w:rPr>
              <w:t>Layer 8</w:t>
            </w:r>
          </w:p>
        </w:tc>
        <w:tc>
          <w:tcPr>
            <w:tcW w:w="642" w:type="pct"/>
            <w:vAlign w:val="center"/>
          </w:tcPr>
          <w:p w14:paraId="29F2E38E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Depth (m)</w:t>
            </w:r>
          </w:p>
        </w:tc>
        <w:tc>
          <w:tcPr>
            <w:tcW w:w="404" w:type="pct"/>
            <w:vAlign w:val="center"/>
          </w:tcPr>
          <w:p w14:paraId="6610816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241E6F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546B70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3.62</w:t>
            </w:r>
          </w:p>
        </w:tc>
        <w:tc>
          <w:tcPr>
            <w:tcW w:w="404" w:type="pct"/>
            <w:vAlign w:val="center"/>
          </w:tcPr>
          <w:p w14:paraId="14E82F7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3.03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2A72546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7F1CE1A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2090B7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009F1F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894050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019243F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3.83</w:t>
            </w:r>
          </w:p>
        </w:tc>
      </w:tr>
      <w:tr w:rsidR="00253086" w:rsidRPr="00253086" w14:paraId="0C3F1046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7FCABE2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1FED0B00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Salinity (</w:t>
            </w:r>
            <w:proofErr w:type="spellStart"/>
            <w:r w:rsidRPr="009612BA">
              <w:rPr>
                <w:rFonts w:ascii="Times New Roman" w:hAnsi="Times New Roman"/>
                <w:sz w:val="18"/>
                <w:szCs w:val="36"/>
              </w:rPr>
              <w:t>psu</w:t>
            </w:r>
            <w:proofErr w:type="spellEnd"/>
            <w:r w:rsidRPr="009612BA">
              <w:rPr>
                <w:rFonts w:ascii="Times New Roman" w:hAnsi="Times New Roman"/>
                <w:sz w:val="18"/>
                <w:szCs w:val="36"/>
              </w:rPr>
              <w:t>)</w:t>
            </w:r>
          </w:p>
        </w:tc>
        <w:tc>
          <w:tcPr>
            <w:tcW w:w="404" w:type="pct"/>
            <w:vAlign w:val="center"/>
          </w:tcPr>
          <w:p w14:paraId="63CBC10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AB86AE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FE9FF74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12.53</w:t>
            </w:r>
          </w:p>
        </w:tc>
        <w:tc>
          <w:tcPr>
            <w:tcW w:w="404" w:type="pct"/>
            <w:vAlign w:val="center"/>
          </w:tcPr>
          <w:p w14:paraId="3EF9CF52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12.92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0934FE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7E6C7BC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2D6342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E9A829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88FF7C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2622485E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13.81</w:t>
            </w:r>
          </w:p>
        </w:tc>
      </w:tr>
      <w:tr w:rsidR="00253086" w:rsidRPr="00253086" w14:paraId="4D863900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6A6003E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008290C9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Temp. (°C)</w:t>
            </w:r>
          </w:p>
        </w:tc>
        <w:tc>
          <w:tcPr>
            <w:tcW w:w="404" w:type="pct"/>
            <w:vAlign w:val="center"/>
          </w:tcPr>
          <w:p w14:paraId="2BF916A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DE7083F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334165D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27.7</w:t>
            </w:r>
          </w:p>
        </w:tc>
        <w:tc>
          <w:tcPr>
            <w:tcW w:w="404" w:type="pct"/>
            <w:vAlign w:val="center"/>
          </w:tcPr>
          <w:p w14:paraId="304ADC3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27.8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42EE235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4CE646C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3CEF565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44CFBF3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0E76DA1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7965B2B8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22.1</w:t>
            </w:r>
          </w:p>
        </w:tc>
      </w:tr>
      <w:tr w:rsidR="00253086" w:rsidRPr="00253086" w14:paraId="01B4D31A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31458E1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5468E112" w14:textId="77777777" w:rsidR="00253086" w:rsidRPr="009612BA" w:rsidRDefault="00253086">
            <w:pPr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pH</w:t>
            </w:r>
          </w:p>
        </w:tc>
        <w:tc>
          <w:tcPr>
            <w:tcW w:w="404" w:type="pct"/>
            <w:vAlign w:val="center"/>
          </w:tcPr>
          <w:p w14:paraId="568F4BC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25ADBC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2AE038A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8.7</w:t>
            </w:r>
          </w:p>
        </w:tc>
        <w:tc>
          <w:tcPr>
            <w:tcW w:w="404" w:type="pct"/>
            <w:vAlign w:val="center"/>
          </w:tcPr>
          <w:p w14:paraId="68CA78FB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8.9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3A9029B3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479C93D0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CDF7FF5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53CBB57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5EBAA36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3CED9689" w14:textId="77777777" w:rsidR="00253086" w:rsidRPr="009612BA" w:rsidRDefault="00253086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10.2</w:t>
            </w:r>
          </w:p>
        </w:tc>
      </w:tr>
      <w:tr w:rsidR="002C1433" w:rsidRPr="00253086" w14:paraId="309406F4" w14:textId="77777777" w:rsidTr="009612BA">
        <w:trPr>
          <w:trHeight w:val="311"/>
          <w:jc w:val="center"/>
        </w:trPr>
        <w:tc>
          <w:tcPr>
            <w:tcW w:w="324" w:type="pct"/>
            <w:vMerge/>
            <w:vAlign w:val="center"/>
          </w:tcPr>
          <w:p w14:paraId="11132AF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2763369F" w14:textId="2CA237C1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ns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vAlign w:val="center"/>
          </w:tcPr>
          <w:p w14:paraId="24333EC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5CFC9AB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1C8DF7C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23272E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right w:val="double" w:sz="4" w:space="0" w:color="auto"/>
            </w:tcBorders>
            <w:vAlign w:val="center"/>
          </w:tcPr>
          <w:p w14:paraId="14702154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2CBB5993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A682FE0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7A01652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2293C0D9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195A1994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-0.004</w:t>
            </w:r>
          </w:p>
        </w:tc>
      </w:tr>
      <w:tr w:rsidR="002C1433" w:rsidRPr="00253086" w14:paraId="696465FC" w14:textId="77777777" w:rsidTr="009612BA">
        <w:trPr>
          <w:trHeight w:val="312"/>
          <w:jc w:val="center"/>
        </w:trPr>
        <w:tc>
          <w:tcPr>
            <w:tcW w:w="324" w:type="pct"/>
            <w:vMerge/>
            <w:vAlign w:val="center"/>
          </w:tcPr>
          <w:p w14:paraId="39DB7D5B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</w:p>
        </w:tc>
        <w:tc>
          <w:tcPr>
            <w:tcW w:w="642" w:type="pct"/>
            <w:vAlign w:val="center"/>
          </w:tcPr>
          <w:p w14:paraId="3464E72C" w14:textId="6641BBD1" w:rsidR="002C1433" w:rsidRPr="009612BA" w:rsidRDefault="00000000" w:rsidP="002C1433">
            <w:pPr>
              <w:rPr>
                <w:sz w:val="18"/>
                <w:szCs w:val="36"/>
              </w:rPr>
            </w:pPr>
            <m:oMath>
              <m:sSub>
                <m:sSubPr>
                  <m:ctrlPr>
                    <w:rPr>
                      <w:rFonts w:ascii="Cambria Math" w:eastAsia="Yu Gothic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eastAsia="Yu Gothic" w:hAnsi="Cambria Math" w:cs="Times New Roman"/>
                      <w:color w:val="000000"/>
                      <w:sz w:val="18"/>
                      <w:szCs w:val="18"/>
                    </w:rPr>
                    <m:t>ew</m:t>
                  </m:r>
                </m:sub>
              </m:sSub>
              <m:r>
                <m:rPr>
                  <m:sty m:val="p"/>
                </m:rPr>
                <w:rPr>
                  <w:rFonts w:ascii="Cambria Math" w:eastAsia="Yu Gothic" w:hAnsi="Cambria Math" w:cs="Times New Roman"/>
                  <w:color w:val="000000"/>
                  <w:sz w:val="18"/>
                  <w:szCs w:val="18"/>
                </w:rPr>
                <m:t xml:space="preserve"> </m:t>
              </m:r>
            </m:oMath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(</w:t>
            </w:r>
            <w:r w:rsidR="002C1433" w:rsidRPr="00C6642F"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2C1433" w:rsidRPr="00C6642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/s)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1E05580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4E0EE49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C64BC8A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</w:tcBorders>
            <w:vAlign w:val="center"/>
          </w:tcPr>
          <w:p w14:paraId="2FA1D6BF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6EB8245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tcBorders>
              <w:left w:val="double" w:sz="4" w:space="0" w:color="auto"/>
            </w:tcBorders>
            <w:vAlign w:val="center"/>
          </w:tcPr>
          <w:p w14:paraId="29571E55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0E337EF8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689AACA2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404" w:type="pct"/>
            <w:vAlign w:val="center"/>
          </w:tcPr>
          <w:p w14:paraId="10DDBA11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N/A</w:t>
            </w:r>
          </w:p>
        </w:tc>
        <w:tc>
          <w:tcPr>
            <w:tcW w:w="396" w:type="pct"/>
            <w:vAlign w:val="center"/>
          </w:tcPr>
          <w:p w14:paraId="2537D147" w14:textId="77777777" w:rsidR="002C1433" w:rsidRPr="009612BA" w:rsidRDefault="002C1433" w:rsidP="002C1433">
            <w:pPr>
              <w:jc w:val="center"/>
              <w:rPr>
                <w:sz w:val="18"/>
                <w:szCs w:val="36"/>
              </w:rPr>
            </w:pPr>
            <w:r w:rsidRPr="009612BA">
              <w:rPr>
                <w:rFonts w:ascii="Times New Roman" w:hAnsi="Times New Roman"/>
                <w:sz w:val="18"/>
                <w:szCs w:val="36"/>
              </w:rPr>
              <w:t>-0.004</w:t>
            </w:r>
          </w:p>
        </w:tc>
      </w:tr>
    </w:tbl>
    <w:p w14:paraId="262CC146" w14:textId="77777777" w:rsidR="008E797E" w:rsidRPr="008E797E" w:rsidRDefault="008E797E">
      <w:pPr>
        <w:rPr>
          <w:rFonts w:ascii="Times New Roman" w:hAnsi="Times New Roman" w:cs="Times New Roman"/>
        </w:rPr>
      </w:pPr>
    </w:p>
    <w:p w14:paraId="35CA5520" w14:textId="77777777" w:rsidR="00371643" w:rsidRDefault="00371643">
      <w:pPr>
        <w:rPr>
          <w:rFonts w:ascii="Times New Roman" w:eastAsia="Times New Roman" w:hAnsi="Times New Roman" w:cs="Times New Roman"/>
        </w:rPr>
        <w:sectPr w:rsidR="00371643" w:rsidSect="00B23F06">
          <w:pgSz w:w="12240" w:h="15840"/>
          <w:pgMar w:top="792" w:right="1008" w:bottom="792" w:left="1008" w:header="720" w:footer="720" w:gutter="0"/>
          <w:cols w:space="720"/>
          <w:docGrid w:linePitch="360"/>
        </w:sectPr>
      </w:pPr>
    </w:p>
    <w:p w14:paraId="7FC88EF0" w14:textId="6AD34F71" w:rsidR="008E797E" w:rsidRPr="008E797E" w:rsidRDefault="00195514">
      <w:pPr>
        <w:rPr>
          <w:rFonts w:ascii="Times New Roman" w:eastAsia="Times New Roman" w:hAnsi="Times New Roman" w:cs="Times New Roman"/>
        </w:rPr>
      </w:pPr>
      <w:r w:rsidRPr="008E797E">
        <w:rPr>
          <w:rFonts w:ascii="Times New Roman" w:eastAsia="Times New Roman" w:hAnsi="Times New Roman" w:cs="Times New Roman"/>
        </w:rPr>
        <w:lastRenderedPageBreak/>
        <w:t xml:space="preserve">Table S2. Complete results of net sampling (LMP; ≥ 1 mm) and pump sampling (SMP; &lt; 1 mm) for each layer and tidal phase during the neap and spring tides. For each measurement, the sample volume (in m³ for LMP and L for SMP), mass concentration (mg m⁻³), particle number concentration (# m⁻³), and sampling fraction are given. The mass and particle number concentrations are corrected for blank contamination; the BL row gives the number of MP particles detected </w:t>
      </w:r>
      <w:r w:rsidR="006014DB">
        <w:rPr>
          <w:rFonts w:ascii="Times New Roman" w:eastAsia="Times New Roman" w:hAnsi="Times New Roman" w:cs="Times New Roman"/>
        </w:rPr>
        <w:t>as a relev</w:t>
      </w:r>
      <w:r w:rsidR="00263389">
        <w:rPr>
          <w:rFonts w:ascii="Times New Roman" w:eastAsia="Times New Roman" w:hAnsi="Times New Roman" w:cs="Times New Roman"/>
        </w:rPr>
        <w:t>ant</w:t>
      </w:r>
      <w:r w:rsidRPr="008E797E">
        <w:rPr>
          <w:rFonts w:ascii="Times New Roman" w:eastAsia="Times New Roman" w:hAnsi="Times New Roman" w:cs="Times New Roman"/>
        </w:rPr>
        <w:t xml:space="preserve"> blank. N/A denotes Not Available (no measurement).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706"/>
        <w:gridCol w:w="1801"/>
        <w:gridCol w:w="687"/>
        <w:gridCol w:w="804"/>
        <w:gridCol w:w="804"/>
        <w:gridCol w:w="804"/>
        <w:gridCol w:w="810"/>
        <w:gridCol w:w="804"/>
        <w:gridCol w:w="804"/>
        <w:gridCol w:w="804"/>
        <w:gridCol w:w="804"/>
        <w:gridCol w:w="808"/>
      </w:tblGrid>
      <w:tr w:rsidR="002C1433" w:rsidRPr="009612BA" w14:paraId="40F970C8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4BA9628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top w:val="single" w:sz="12" w:space="0" w:color="000000"/>
            </w:tcBorders>
            <w:vAlign w:val="center"/>
          </w:tcPr>
          <w:p w14:paraId="3C363AD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1871" w:type="pct"/>
            <w:gridSpan w:val="5"/>
            <w:tcBorders>
              <w:top w:val="single" w:sz="12" w:space="0" w:color="000000"/>
              <w:right w:val="double" w:sz="4" w:space="0" w:color="auto"/>
            </w:tcBorders>
            <w:vAlign w:val="center"/>
          </w:tcPr>
          <w:p w14:paraId="077C743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Neap tide (5 Sep 2023)</w:t>
            </w:r>
          </w:p>
        </w:tc>
        <w:tc>
          <w:tcPr>
            <w:tcW w:w="1929" w:type="pct"/>
            <w:gridSpan w:val="5"/>
            <w:tcBorders>
              <w:left w:val="double" w:sz="4" w:space="0" w:color="auto"/>
            </w:tcBorders>
            <w:vAlign w:val="center"/>
          </w:tcPr>
          <w:p w14:paraId="4C82621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Spring tide (20 Jun 2024)</w:t>
            </w:r>
          </w:p>
        </w:tc>
      </w:tr>
      <w:tr w:rsidR="002C1433" w:rsidRPr="009612BA" w14:paraId="1192B452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3C68887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1149097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Tidal phase</w:t>
            </w:r>
          </w:p>
        </w:tc>
        <w:tc>
          <w:tcPr>
            <w:tcW w:w="329" w:type="pct"/>
            <w:vAlign w:val="center"/>
          </w:tcPr>
          <w:p w14:paraId="39FCDCD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LowA</w:t>
            </w:r>
          </w:p>
        </w:tc>
        <w:tc>
          <w:tcPr>
            <w:tcW w:w="385" w:type="pct"/>
            <w:vAlign w:val="center"/>
          </w:tcPr>
          <w:p w14:paraId="34B1104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Flood</w:t>
            </w:r>
          </w:p>
        </w:tc>
        <w:tc>
          <w:tcPr>
            <w:tcW w:w="385" w:type="pct"/>
            <w:vAlign w:val="center"/>
          </w:tcPr>
          <w:p w14:paraId="07CB3EE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High</w:t>
            </w:r>
          </w:p>
        </w:tc>
        <w:tc>
          <w:tcPr>
            <w:tcW w:w="385" w:type="pct"/>
            <w:vAlign w:val="center"/>
          </w:tcPr>
          <w:p w14:paraId="1B38F11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Ebb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7286030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LowB</w:t>
            </w:r>
            <w:proofErr w:type="spellEnd"/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1A2E1CA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HighA</w:t>
            </w:r>
            <w:proofErr w:type="spellEnd"/>
          </w:p>
        </w:tc>
        <w:tc>
          <w:tcPr>
            <w:tcW w:w="385" w:type="pct"/>
            <w:vAlign w:val="center"/>
          </w:tcPr>
          <w:p w14:paraId="760ECE1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Ebb</w:t>
            </w:r>
          </w:p>
        </w:tc>
        <w:tc>
          <w:tcPr>
            <w:tcW w:w="385" w:type="pct"/>
            <w:vAlign w:val="center"/>
          </w:tcPr>
          <w:p w14:paraId="31065AB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Low</w:t>
            </w:r>
          </w:p>
        </w:tc>
        <w:tc>
          <w:tcPr>
            <w:tcW w:w="385" w:type="pct"/>
            <w:vAlign w:val="center"/>
          </w:tcPr>
          <w:p w14:paraId="5BD32E6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Flood</w:t>
            </w:r>
          </w:p>
        </w:tc>
        <w:tc>
          <w:tcPr>
            <w:tcW w:w="389" w:type="pct"/>
            <w:vAlign w:val="center"/>
          </w:tcPr>
          <w:p w14:paraId="4FA8961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proofErr w:type="spellStart"/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HighB</w:t>
            </w:r>
            <w:proofErr w:type="spellEnd"/>
          </w:p>
        </w:tc>
      </w:tr>
      <w:tr w:rsidR="002C1433" w:rsidRPr="009612BA" w14:paraId="163F6F3F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441C579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0E59701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Time (JST)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182CC35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5:00-6:37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84FD7C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8:00-9:33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A158C9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11:10-13:15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7C03A0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14:00-15:49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147EF40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16:10-17:30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6564E0C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5:40-7:20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A0FEE2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8:40-9:47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03079C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12:10-13:00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5EBBB94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15:30-16:52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62C0B72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19:20-20:40</w:t>
            </w:r>
          </w:p>
        </w:tc>
      </w:tr>
      <w:tr w:rsidR="002C1433" w:rsidRPr="009612BA" w14:paraId="75F92A47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1A9B8514" w14:textId="7734E7F2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1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(LMP)</w:t>
            </w:r>
          </w:p>
        </w:tc>
        <w:tc>
          <w:tcPr>
            <w:tcW w:w="863" w:type="pct"/>
            <w:vAlign w:val="center"/>
          </w:tcPr>
          <w:p w14:paraId="5B4D04CA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(m³)</w:t>
            </w:r>
          </w:p>
        </w:tc>
        <w:tc>
          <w:tcPr>
            <w:tcW w:w="329" w:type="pct"/>
            <w:vAlign w:val="center"/>
          </w:tcPr>
          <w:p w14:paraId="34BD9FE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5.54</w:t>
            </w:r>
          </w:p>
        </w:tc>
        <w:tc>
          <w:tcPr>
            <w:tcW w:w="385" w:type="pct"/>
            <w:vAlign w:val="center"/>
          </w:tcPr>
          <w:p w14:paraId="69AB8D8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8.93</w:t>
            </w:r>
          </w:p>
        </w:tc>
        <w:tc>
          <w:tcPr>
            <w:tcW w:w="385" w:type="pct"/>
            <w:vAlign w:val="center"/>
          </w:tcPr>
          <w:p w14:paraId="7561212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13.94</w:t>
            </w:r>
          </w:p>
        </w:tc>
        <w:tc>
          <w:tcPr>
            <w:tcW w:w="385" w:type="pct"/>
            <w:vAlign w:val="center"/>
          </w:tcPr>
          <w:p w14:paraId="2A4195F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29.48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31239CA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10.46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E3E27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14.25</w:t>
            </w:r>
          </w:p>
        </w:tc>
        <w:tc>
          <w:tcPr>
            <w:tcW w:w="385" w:type="pct"/>
            <w:vAlign w:val="center"/>
          </w:tcPr>
          <w:p w14:paraId="718AFCC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46.56</w:t>
            </w:r>
          </w:p>
        </w:tc>
        <w:tc>
          <w:tcPr>
            <w:tcW w:w="385" w:type="pct"/>
            <w:vAlign w:val="center"/>
          </w:tcPr>
          <w:p w14:paraId="7C11504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10.90</w:t>
            </w:r>
          </w:p>
        </w:tc>
        <w:tc>
          <w:tcPr>
            <w:tcW w:w="385" w:type="pct"/>
            <w:vAlign w:val="center"/>
          </w:tcPr>
          <w:p w14:paraId="3F41FE7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5.16</w:t>
            </w:r>
          </w:p>
        </w:tc>
        <w:tc>
          <w:tcPr>
            <w:tcW w:w="389" w:type="pct"/>
            <w:vAlign w:val="center"/>
          </w:tcPr>
          <w:p w14:paraId="61CC4E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9.75</w:t>
            </w:r>
          </w:p>
        </w:tc>
      </w:tr>
      <w:tr w:rsidR="002C1433" w:rsidRPr="009612BA" w14:paraId="38D51190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2D7CB0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5B9467F0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67645C6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0.07</w:t>
            </w:r>
          </w:p>
        </w:tc>
        <w:tc>
          <w:tcPr>
            <w:tcW w:w="385" w:type="pct"/>
            <w:vAlign w:val="center"/>
          </w:tcPr>
          <w:p w14:paraId="1039725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0.28</w:t>
            </w:r>
          </w:p>
        </w:tc>
        <w:tc>
          <w:tcPr>
            <w:tcW w:w="385" w:type="pct"/>
            <w:vAlign w:val="center"/>
          </w:tcPr>
          <w:p w14:paraId="06E48A2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0.12</w:t>
            </w:r>
          </w:p>
        </w:tc>
        <w:tc>
          <w:tcPr>
            <w:tcW w:w="385" w:type="pct"/>
            <w:vAlign w:val="center"/>
          </w:tcPr>
          <w:p w14:paraId="0894375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0.07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391B90D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0.10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718F931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0.25</w:t>
            </w:r>
          </w:p>
        </w:tc>
        <w:tc>
          <w:tcPr>
            <w:tcW w:w="385" w:type="pct"/>
            <w:vAlign w:val="center"/>
          </w:tcPr>
          <w:p w14:paraId="2C09D7A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0.04</w:t>
            </w:r>
          </w:p>
        </w:tc>
        <w:tc>
          <w:tcPr>
            <w:tcW w:w="385" w:type="pct"/>
            <w:vAlign w:val="center"/>
          </w:tcPr>
          <w:p w14:paraId="10A311D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0.46</w:t>
            </w:r>
          </w:p>
        </w:tc>
        <w:tc>
          <w:tcPr>
            <w:tcW w:w="385" w:type="pct"/>
            <w:vAlign w:val="center"/>
          </w:tcPr>
          <w:p w14:paraId="5AF0155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0.52</w:t>
            </w:r>
          </w:p>
        </w:tc>
        <w:tc>
          <w:tcPr>
            <w:tcW w:w="389" w:type="pct"/>
            <w:vAlign w:val="center"/>
          </w:tcPr>
          <w:p w14:paraId="4770435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0.90</w:t>
            </w:r>
          </w:p>
        </w:tc>
      </w:tr>
      <w:tr w:rsidR="002C1433" w:rsidRPr="009612BA" w14:paraId="053CBAC5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610FA5C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3058267A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40C8E5F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5.59</w:t>
            </w:r>
          </w:p>
        </w:tc>
        <w:tc>
          <w:tcPr>
            <w:tcW w:w="385" w:type="pct"/>
            <w:vAlign w:val="center"/>
          </w:tcPr>
          <w:p w14:paraId="762B382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3.25</w:t>
            </w:r>
          </w:p>
        </w:tc>
        <w:tc>
          <w:tcPr>
            <w:tcW w:w="385" w:type="pct"/>
            <w:vAlign w:val="center"/>
          </w:tcPr>
          <w:p w14:paraId="731620E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2.01</w:t>
            </w:r>
          </w:p>
        </w:tc>
        <w:tc>
          <w:tcPr>
            <w:tcW w:w="385" w:type="pct"/>
            <w:vAlign w:val="center"/>
          </w:tcPr>
          <w:p w14:paraId="32FA58E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0.85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493154E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1.82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0494257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3.44</w:t>
            </w:r>
          </w:p>
        </w:tc>
        <w:tc>
          <w:tcPr>
            <w:tcW w:w="385" w:type="pct"/>
            <w:vAlign w:val="center"/>
          </w:tcPr>
          <w:p w14:paraId="426D715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0.73</w:t>
            </w:r>
          </w:p>
        </w:tc>
        <w:tc>
          <w:tcPr>
            <w:tcW w:w="385" w:type="pct"/>
            <w:vAlign w:val="center"/>
          </w:tcPr>
          <w:p w14:paraId="7BA1D1C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8.35</w:t>
            </w:r>
          </w:p>
        </w:tc>
        <w:tc>
          <w:tcPr>
            <w:tcW w:w="385" w:type="pct"/>
            <w:vAlign w:val="center"/>
          </w:tcPr>
          <w:p w14:paraId="09FA6BF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8.53</w:t>
            </w:r>
          </w:p>
        </w:tc>
        <w:tc>
          <w:tcPr>
            <w:tcW w:w="389" w:type="pct"/>
            <w:vAlign w:val="center"/>
          </w:tcPr>
          <w:p w14:paraId="670D532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5.02</w:t>
            </w:r>
          </w:p>
        </w:tc>
      </w:tr>
      <w:tr w:rsidR="002C1433" w:rsidRPr="009612BA" w14:paraId="42CFBD1C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05D5CDB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7642B202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77B3FB9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EC7123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611A8E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E89B49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73E18BF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2EC3B31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4BB295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B2DC53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5F3F4A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5AFD4F1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</w:t>
            </w:r>
          </w:p>
        </w:tc>
      </w:tr>
      <w:tr w:rsidR="002C1433" w:rsidRPr="009612BA" w14:paraId="03907F0B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3696A4E7" w14:textId="1888BDD8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1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4C410191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74E5F4B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3.25</w:t>
            </w:r>
          </w:p>
        </w:tc>
        <w:tc>
          <w:tcPr>
            <w:tcW w:w="385" w:type="pct"/>
            <w:vAlign w:val="center"/>
          </w:tcPr>
          <w:p w14:paraId="34EAC11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5" w:type="pct"/>
            <w:vAlign w:val="center"/>
          </w:tcPr>
          <w:p w14:paraId="2CFD6AE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3.19</w:t>
            </w:r>
          </w:p>
        </w:tc>
        <w:tc>
          <w:tcPr>
            <w:tcW w:w="385" w:type="pct"/>
            <w:vAlign w:val="center"/>
          </w:tcPr>
          <w:p w14:paraId="10FA6BC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3.22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72052E3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BCB096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3.31</w:t>
            </w:r>
          </w:p>
        </w:tc>
        <w:tc>
          <w:tcPr>
            <w:tcW w:w="385" w:type="pct"/>
            <w:vAlign w:val="center"/>
          </w:tcPr>
          <w:p w14:paraId="4733FC2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3.21</w:t>
            </w:r>
          </w:p>
        </w:tc>
        <w:tc>
          <w:tcPr>
            <w:tcW w:w="385" w:type="pct"/>
            <w:vAlign w:val="center"/>
          </w:tcPr>
          <w:p w14:paraId="305D07D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3.10</w:t>
            </w:r>
          </w:p>
        </w:tc>
        <w:tc>
          <w:tcPr>
            <w:tcW w:w="385" w:type="pct"/>
            <w:vAlign w:val="center"/>
          </w:tcPr>
          <w:p w14:paraId="7C0261E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9" w:type="pct"/>
            <w:vAlign w:val="center"/>
          </w:tcPr>
          <w:p w14:paraId="0272A78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3.16</w:t>
            </w:r>
          </w:p>
        </w:tc>
      </w:tr>
      <w:tr w:rsidR="002C1433" w:rsidRPr="009612BA" w14:paraId="5ABC1BC6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9667C8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4BC4F67F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5E31510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0.86</w:t>
            </w:r>
          </w:p>
        </w:tc>
        <w:tc>
          <w:tcPr>
            <w:tcW w:w="385" w:type="pct"/>
            <w:vAlign w:val="center"/>
          </w:tcPr>
          <w:p w14:paraId="24FF8E0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9.19</w:t>
            </w:r>
          </w:p>
        </w:tc>
        <w:tc>
          <w:tcPr>
            <w:tcW w:w="385" w:type="pct"/>
            <w:vAlign w:val="center"/>
          </w:tcPr>
          <w:p w14:paraId="7AF7A93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1.61</w:t>
            </w:r>
          </w:p>
        </w:tc>
        <w:tc>
          <w:tcPr>
            <w:tcW w:w="385" w:type="pct"/>
            <w:vAlign w:val="center"/>
          </w:tcPr>
          <w:p w14:paraId="0A2439B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0.58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2AC6EFE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2CEF5E1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0.92</w:t>
            </w:r>
          </w:p>
        </w:tc>
        <w:tc>
          <w:tcPr>
            <w:tcW w:w="385" w:type="pct"/>
            <w:vAlign w:val="center"/>
          </w:tcPr>
          <w:p w14:paraId="75FA8A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0.17</w:t>
            </w:r>
          </w:p>
        </w:tc>
        <w:tc>
          <w:tcPr>
            <w:tcW w:w="385" w:type="pct"/>
            <w:vAlign w:val="center"/>
          </w:tcPr>
          <w:p w14:paraId="27AE956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1.74</w:t>
            </w:r>
          </w:p>
        </w:tc>
        <w:tc>
          <w:tcPr>
            <w:tcW w:w="385" w:type="pct"/>
            <w:vAlign w:val="center"/>
          </w:tcPr>
          <w:p w14:paraId="6FA59A8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2.66</w:t>
            </w:r>
          </w:p>
        </w:tc>
        <w:tc>
          <w:tcPr>
            <w:tcW w:w="389" w:type="pct"/>
            <w:vAlign w:val="center"/>
          </w:tcPr>
          <w:p w14:paraId="3F271E2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3.45</w:t>
            </w:r>
          </w:p>
        </w:tc>
      </w:tr>
      <w:tr w:rsidR="002C1433" w:rsidRPr="009612BA" w14:paraId="0A73595C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D826CD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0F9591BA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7804538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615</w:t>
            </w:r>
          </w:p>
        </w:tc>
        <w:tc>
          <w:tcPr>
            <w:tcW w:w="385" w:type="pct"/>
            <w:vAlign w:val="center"/>
          </w:tcPr>
          <w:p w14:paraId="59053C6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5667</w:t>
            </w:r>
          </w:p>
        </w:tc>
        <w:tc>
          <w:tcPr>
            <w:tcW w:w="385" w:type="pct"/>
            <w:vAlign w:val="center"/>
          </w:tcPr>
          <w:p w14:paraId="38EB3DD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1002</w:t>
            </w:r>
          </w:p>
        </w:tc>
        <w:tc>
          <w:tcPr>
            <w:tcW w:w="385" w:type="pct"/>
            <w:vAlign w:val="center"/>
          </w:tcPr>
          <w:p w14:paraId="33B1508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321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346C286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45803C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302</w:t>
            </w:r>
          </w:p>
        </w:tc>
        <w:tc>
          <w:tcPr>
            <w:tcW w:w="385" w:type="pct"/>
            <w:vAlign w:val="center"/>
          </w:tcPr>
          <w:p w14:paraId="2F96319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1558</w:t>
            </w:r>
          </w:p>
        </w:tc>
        <w:tc>
          <w:tcPr>
            <w:tcW w:w="385" w:type="pct"/>
            <w:vAlign w:val="center"/>
          </w:tcPr>
          <w:p w14:paraId="2FF8C26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3871</w:t>
            </w:r>
          </w:p>
        </w:tc>
        <w:tc>
          <w:tcPr>
            <w:tcW w:w="385" w:type="pct"/>
            <w:vAlign w:val="center"/>
          </w:tcPr>
          <w:p w14:paraId="75468F6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3492</w:t>
            </w:r>
          </w:p>
        </w:tc>
        <w:tc>
          <w:tcPr>
            <w:tcW w:w="389" w:type="pct"/>
            <w:vAlign w:val="center"/>
          </w:tcPr>
          <w:p w14:paraId="2EF8662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949</w:t>
            </w:r>
          </w:p>
        </w:tc>
      </w:tr>
      <w:tr w:rsidR="002C1433" w:rsidRPr="009612BA" w14:paraId="3822E3B2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0637CF9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26231A3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2BB255D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73944EC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BA0210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692014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0ECC22E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8646EA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4FF6025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2BC49F3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311DECF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9" w:type="pct"/>
            <w:vAlign w:val="center"/>
          </w:tcPr>
          <w:p w14:paraId="641942C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</w:tr>
      <w:tr w:rsidR="002C1433" w:rsidRPr="009612BA" w14:paraId="5CAA181F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2D85E7A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0513B54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601F0C1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21F7BE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CE1844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29C10B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183B6CB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3AC78A7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1416ED9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EA579D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D4031F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62C9395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14</w:t>
            </w:r>
          </w:p>
        </w:tc>
      </w:tr>
      <w:tr w:rsidR="002C1433" w:rsidRPr="009612BA" w14:paraId="4DBA0DC2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046C42B8" w14:textId="5F3E64C4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2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48483E12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16821F5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3.26</w:t>
            </w:r>
          </w:p>
        </w:tc>
        <w:tc>
          <w:tcPr>
            <w:tcW w:w="385" w:type="pct"/>
            <w:vAlign w:val="center"/>
          </w:tcPr>
          <w:p w14:paraId="18F92E8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3.06</w:t>
            </w:r>
          </w:p>
        </w:tc>
        <w:tc>
          <w:tcPr>
            <w:tcW w:w="385" w:type="pct"/>
            <w:vAlign w:val="center"/>
          </w:tcPr>
          <w:p w14:paraId="2A7B271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5" w:type="pct"/>
            <w:vAlign w:val="center"/>
          </w:tcPr>
          <w:p w14:paraId="5198929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3.26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653BE1B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3.07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54F6B9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3.22</w:t>
            </w:r>
          </w:p>
        </w:tc>
        <w:tc>
          <w:tcPr>
            <w:tcW w:w="385" w:type="pct"/>
            <w:vAlign w:val="center"/>
          </w:tcPr>
          <w:p w14:paraId="12E07E7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3.06</w:t>
            </w:r>
          </w:p>
        </w:tc>
        <w:tc>
          <w:tcPr>
            <w:tcW w:w="385" w:type="pct"/>
            <w:vAlign w:val="center"/>
          </w:tcPr>
          <w:p w14:paraId="495F7A0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3.07</w:t>
            </w:r>
          </w:p>
        </w:tc>
        <w:tc>
          <w:tcPr>
            <w:tcW w:w="385" w:type="pct"/>
            <w:vAlign w:val="center"/>
          </w:tcPr>
          <w:p w14:paraId="6EDA767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3.08</w:t>
            </w:r>
          </w:p>
        </w:tc>
        <w:tc>
          <w:tcPr>
            <w:tcW w:w="389" w:type="pct"/>
            <w:vAlign w:val="center"/>
          </w:tcPr>
          <w:p w14:paraId="4DFF144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3.04</w:t>
            </w:r>
          </w:p>
        </w:tc>
      </w:tr>
      <w:tr w:rsidR="002C1433" w:rsidRPr="009612BA" w14:paraId="5196B974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5AEB22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49F46FFC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4178E1D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6.35</w:t>
            </w:r>
          </w:p>
        </w:tc>
        <w:tc>
          <w:tcPr>
            <w:tcW w:w="385" w:type="pct"/>
            <w:vAlign w:val="center"/>
          </w:tcPr>
          <w:p w14:paraId="557D30B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3.83</w:t>
            </w:r>
          </w:p>
        </w:tc>
        <w:tc>
          <w:tcPr>
            <w:tcW w:w="385" w:type="pct"/>
            <w:vAlign w:val="center"/>
          </w:tcPr>
          <w:p w14:paraId="3EC322D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2.93</w:t>
            </w:r>
          </w:p>
        </w:tc>
        <w:tc>
          <w:tcPr>
            <w:tcW w:w="385" w:type="pct"/>
            <w:vAlign w:val="center"/>
          </w:tcPr>
          <w:p w14:paraId="5F1B7E3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3.94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3CC52EF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5.53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73A680C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1.89</w:t>
            </w:r>
          </w:p>
        </w:tc>
        <w:tc>
          <w:tcPr>
            <w:tcW w:w="385" w:type="pct"/>
            <w:vAlign w:val="center"/>
          </w:tcPr>
          <w:p w14:paraId="55A853F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1.67</w:t>
            </w:r>
          </w:p>
        </w:tc>
        <w:tc>
          <w:tcPr>
            <w:tcW w:w="385" w:type="pct"/>
            <w:vAlign w:val="center"/>
          </w:tcPr>
          <w:p w14:paraId="35A9678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5.07</w:t>
            </w:r>
          </w:p>
        </w:tc>
        <w:tc>
          <w:tcPr>
            <w:tcW w:w="385" w:type="pct"/>
            <w:vAlign w:val="center"/>
          </w:tcPr>
          <w:p w14:paraId="3EF535C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2.03</w:t>
            </w:r>
          </w:p>
        </w:tc>
        <w:tc>
          <w:tcPr>
            <w:tcW w:w="389" w:type="pct"/>
            <w:vAlign w:val="center"/>
          </w:tcPr>
          <w:p w14:paraId="601CF2A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1.75</w:t>
            </w:r>
          </w:p>
        </w:tc>
      </w:tr>
      <w:tr w:rsidR="002C1433" w:rsidRPr="009612BA" w14:paraId="76D3A9DF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1E55727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4F159C45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0B18D6C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1644</w:t>
            </w:r>
          </w:p>
        </w:tc>
        <w:tc>
          <w:tcPr>
            <w:tcW w:w="385" w:type="pct"/>
            <w:vAlign w:val="center"/>
          </w:tcPr>
          <w:p w14:paraId="52F3CC8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627</w:t>
            </w:r>
          </w:p>
        </w:tc>
        <w:tc>
          <w:tcPr>
            <w:tcW w:w="385" w:type="pct"/>
            <w:vAlign w:val="center"/>
          </w:tcPr>
          <w:p w14:paraId="6DFB5BF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2540</w:t>
            </w:r>
          </w:p>
        </w:tc>
        <w:tc>
          <w:tcPr>
            <w:tcW w:w="385" w:type="pct"/>
            <w:vAlign w:val="center"/>
          </w:tcPr>
          <w:p w14:paraId="5F051B8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2144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61FD03D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1681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289697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5280</w:t>
            </w:r>
          </w:p>
        </w:tc>
        <w:tc>
          <w:tcPr>
            <w:tcW w:w="385" w:type="pct"/>
            <w:vAlign w:val="center"/>
          </w:tcPr>
          <w:p w14:paraId="2C9F8E3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2291</w:t>
            </w:r>
          </w:p>
        </w:tc>
        <w:tc>
          <w:tcPr>
            <w:tcW w:w="385" w:type="pct"/>
            <w:vAlign w:val="center"/>
          </w:tcPr>
          <w:p w14:paraId="002080B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7817</w:t>
            </w:r>
          </w:p>
        </w:tc>
        <w:tc>
          <w:tcPr>
            <w:tcW w:w="385" w:type="pct"/>
            <w:vAlign w:val="center"/>
          </w:tcPr>
          <w:p w14:paraId="79F7D6E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3566</w:t>
            </w:r>
          </w:p>
        </w:tc>
        <w:tc>
          <w:tcPr>
            <w:tcW w:w="389" w:type="pct"/>
            <w:vAlign w:val="center"/>
          </w:tcPr>
          <w:p w14:paraId="33FC72F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2956</w:t>
            </w:r>
          </w:p>
        </w:tc>
      </w:tr>
      <w:tr w:rsidR="002C1433" w:rsidRPr="009612BA" w14:paraId="7CA4C671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3128D40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065B390F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74A8BB7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082D3F0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4AD7547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41D1500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15F7BF6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5C75FE3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35A5BE1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3279A6A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7FFC61D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9" w:type="pct"/>
            <w:vAlign w:val="center"/>
          </w:tcPr>
          <w:p w14:paraId="1043306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</w:tr>
      <w:tr w:rsidR="002C1433" w:rsidRPr="009612BA" w14:paraId="4361D8F3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585DD3E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22968874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03FD8D9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12D2C8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D11EEA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3FCDAE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3665A04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3C2F35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18FE8D9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88A1DF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5AD47B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43A59C1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14</w:t>
            </w:r>
          </w:p>
        </w:tc>
      </w:tr>
      <w:tr w:rsidR="002C1433" w:rsidRPr="009612BA" w14:paraId="21CD9DBA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1BCCBDC4" w14:textId="6F626CC9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3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1898D9BA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3AE5800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3.04</w:t>
            </w:r>
          </w:p>
        </w:tc>
        <w:tc>
          <w:tcPr>
            <w:tcW w:w="385" w:type="pct"/>
            <w:vAlign w:val="center"/>
          </w:tcPr>
          <w:p w14:paraId="116D3CA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3.05</w:t>
            </w:r>
          </w:p>
        </w:tc>
        <w:tc>
          <w:tcPr>
            <w:tcW w:w="385" w:type="pct"/>
            <w:vAlign w:val="center"/>
          </w:tcPr>
          <w:p w14:paraId="26BC774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2.97</w:t>
            </w:r>
          </w:p>
        </w:tc>
        <w:tc>
          <w:tcPr>
            <w:tcW w:w="385" w:type="pct"/>
            <w:vAlign w:val="center"/>
          </w:tcPr>
          <w:p w14:paraId="2739E4B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3.18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73084A9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2021BA2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5" w:type="pct"/>
            <w:vAlign w:val="center"/>
          </w:tcPr>
          <w:p w14:paraId="48F022D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3.02</w:t>
            </w:r>
          </w:p>
        </w:tc>
        <w:tc>
          <w:tcPr>
            <w:tcW w:w="385" w:type="pct"/>
            <w:vAlign w:val="center"/>
          </w:tcPr>
          <w:p w14:paraId="3F7591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3.20</w:t>
            </w:r>
          </w:p>
        </w:tc>
        <w:tc>
          <w:tcPr>
            <w:tcW w:w="385" w:type="pct"/>
            <w:vAlign w:val="center"/>
          </w:tcPr>
          <w:p w14:paraId="1C66934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3.09</w:t>
            </w:r>
          </w:p>
        </w:tc>
        <w:tc>
          <w:tcPr>
            <w:tcW w:w="389" w:type="pct"/>
            <w:vAlign w:val="center"/>
          </w:tcPr>
          <w:p w14:paraId="262CDAA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3.28</w:t>
            </w:r>
          </w:p>
        </w:tc>
      </w:tr>
      <w:tr w:rsidR="002C1433" w:rsidRPr="009612BA" w14:paraId="1166C9CF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6828A69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7A8C97CB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7EA840E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2.18</w:t>
            </w:r>
          </w:p>
        </w:tc>
        <w:tc>
          <w:tcPr>
            <w:tcW w:w="385" w:type="pct"/>
            <w:vAlign w:val="center"/>
          </w:tcPr>
          <w:p w14:paraId="17CDD46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3.76</w:t>
            </w:r>
          </w:p>
        </w:tc>
        <w:tc>
          <w:tcPr>
            <w:tcW w:w="385" w:type="pct"/>
            <w:vAlign w:val="center"/>
          </w:tcPr>
          <w:p w14:paraId="4E5B279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3.17</w:t>
            </w:r>
          </w:p>
        </w:tc>
        <w:tc>
          <w:tcPr>
            <w:tcW w:w="385" w:type="pct"/>
            <w:vAlign w:val="center"/>
          </w:tcPr>
          <w:p w14:paraId="1A0AF5C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7.31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3184451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3.57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A5B3CC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2.30</w:t>
            </w:r>
          </w:p>
        </w:tc>
        <w:tc>
          <w:tcPr>
            <w:tcW w:w="385" w:type="pct"/>
            <w:vAlign w:val="center"/>
          </w:tcPr>
          <w:p w14:paraId="593670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2.39</w:t>
            </w:r>
          </w:p>
        </w:tc>
        <w:tc>
          <w:tcPr>
            <w:tcW w:w="385" w:type="pct"/>
            <w:vAlign w:val="center"/>
          </w:tcPr>
          <w:p w14:paraId="1893887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2.13</w:t>
            </w:r>
          </w:p>
        </w:tc>
        <w:tc>
          <w:tcPr>
            <w:tcW w:w="385" w:type="pct"/>
            <w:vAlign w:val="center"/>
          </w:tcPr>
          <w:p w14:paraId="6EE775C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5.83</w:t>
            </w:r>
          </w:p>
        </w:tc>
        <w:tc>
          <w:tcPr>
            <w:tcW w:w="389" w:type="pct"/>
            <w:vAlign w:val="center"/>
          </w:tcPr>
          <w:p w14:paraId="409E3BB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2.82</w:t>
            </w:r>
          </w:p>
        </w:tc>
      </w:tr>
      <w:tr w:rsidR="002C1433" w:rsidRPr="009612BA" w14:paraId="7DE1D8BF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2F58BF4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7AADC4C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7763E26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1227</w:t>
            </w:r>
          </w:p>
        </w:tc>
        <w:tc>
          <w:tcPr>
            <w:tcW w:w="385" w:type="pct"/>
            <w:vAlign w:val="center"/>
          </w:tcPr>
          <w:p w14:paraId="4DF1AC3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2013</w:t>
            </w:r>
          </w:p>
        </w:tc>
        <w:tc>
          <w:tcPr>
            <w:tcW w:w="385" w:type="pct"/>
            <w:vAlign w:val="center"/>
          </w:tcPr>
          <w:p w14:paraId="4B696EC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1320</w:t>
            </w:r>
          </w:p>
        </w:tc>
        <w:tc>
          <w:tcPr>
            <w:tcW w:w="385" w:type="pct"/>
            <w:vAlign w:val="center"/>
          </w:tcPr>
          <w:p w14:paraId="26CAF71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2716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3754B4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2932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55D59F2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2853</w:t>
            </w:r>
          </w:p>
        </w:tc>
        <w:tc>
          <w:tcPr>
            <w:tcW w:w="385" w:type="pct"/>
            <w:vAlign w:val="center"/>
          </w:tcPr>
          <w:p w14:paraId="7F48B75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5298</w:t>
            </w:r>
          </w:p>
        </w:tc>
        <w:tc>
          <w:tcPr>
            <w:tcW w:w="385" w:type="pct"/>
            <w:vAlign w:val="center"/>
          </w:tcPr>
          <w:p w14:paraId="23AEB30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7937</w:t>
            </w:r>
          </w:p>
        </w:tc>
        <w:tc>
          <w:tcPr>
            <w:tcW w:w="385" w:type="pct"/>
            <w:vAlign w:val="center"/>
          </w:tcPr>
          <w:p w14:paraId="00175B1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2589</w:t>
            </w:r>
          </w:p>
        </w:tc>
        <w:tc>
          <w:tcPr>
            <w:tcW w:w="389" w:type="pct"/>
            <w:vAlign w:val="center"/>
          </w:tcPr>
          <w:p w14:paraId="1B0DDCF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4268</w:t>
            </w:r>
          </w:p>
        </w:tc>
      </w:tr>
      <w:tr w:rsidR="002C1433" w:rsidRPr="009612BA" w14:paraId="57072701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C45250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63A95660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726397D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71C5BDD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4A10E91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05CB580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64FBAB6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25EB592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50C6D7C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775094C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0.63</w:t>
            </w:r>
          </w:p>
        </w:tc>
        <w:tc>
          <w:tcPr>
            <w:tcW w:w="385" w:type="pct"/>
            <w:vAlign w:val="center"/>
          </w:tcPr>
          <w:p w14:paraId="69688BE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9" w:type="pct"/>
            <w:vAlign w:val="center"/>
          </w:tcPr>
          <w:p w14:paraId="6ACD0A0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</w:tr>
      <w:tr w:rsidR="002C1433" w:rsidRPr="009612BA" w14:paraId="61403179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4870377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140DA65B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6AB3B2C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ADE14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4D378A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FC900C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1D3099A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6C838C0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DA106F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5954B1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B6F440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76922F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13</w:t>
            </w:r>
          </w:p>
        </w:tc>
      </w:tr>
      <w:tr w:rsidR="002C1433" w:rsidRPr="009612BA" w14:paraId="17978C7D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76B6C7BE" w14:textId="24373DF1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4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5D19CD97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41F1069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5" w:type="pct"/>
            <w:vAlign w:val="center"/>
          </w:tcPr>
          <w:p w14:paraId="569624B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5" w:type="pct"/>
            <w:vAlign w:val="center"/>
          </w:tcPr>
          <w:p w14:paraId="590C8A1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3.04</w:t>
            </w:r>
          </w:p>
        </w:tc>
        <w:tc>
          <w:tcPr>
            <w:tcW w:w="385" w:type="pct"/>
            <w:vAlign w:val="center"/>
          </w:tcPr>
          <w:p w14:paraId="511A012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6DABE20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3.03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760A253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3.14</w:t>
            </w:r>
          </w:p>
        </w:tc>
        <w:tc>
          <w:tcPr>
            <w:tcW w:w="385" w:type="pct"/>
            <w:vAlign w:val="center"/>
          </w:tcPr>
          <w:p w14:paraId="7E429B8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3.24</w:t>
            </w:r>
          </w:p>
        </w:tc>
        <w:tc>
          <w:tcPr>
            <w:tcW w:w="385" w:type="pct"/>
            <w:vAlign w:val="center"/>
          </w:tcPr>
          <w:p w14:paraId="5C5651B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3.19</w:t>
            </w:r>
          </w:p>
        </w:tc>
        <w:tc>
          <w:tcPr>
            <w:tcW w:w="385" w:type="pct"/>
            <w:vAlign w:val="center"/>
          </w:tcPr>
          <w:p w14:paraId="76894C5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3.06</w:t>
            </w:r>
          </w:p>
        </w:tc>
        <w:tc>
          <w:tcPr>
            <w:tcW w:w="389" w:type="pct"/>
            <w:vAlign w:val="center"/>
          </w:tcPr>
          <w:p w14:paraId="0C43942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3.39</w:t>
            </w:r>
          </w:p>
        </w:tc>
      </w:tr>
      <w:tr w:rsidR="002C1433" w:rsidRPr="009612BA" w14:paraId="6DC990D9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2BF5559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7DE1C5A4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5968167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3.25</w:t>
            </w:r>
          </w:p>
        </w:tc>
        <w:tc>
          <w:tcPr>
            <w:tcW w:w="385" w:type="pct"/>
            <w:vAlign w:val="center"/>
          </w:tcPr>
          <w:p w14:paraId="0932D70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29.23</w:t>
            </w:r>
          </w:p>
        </w:tc>
        <w:tc>
          <w:tcPr>
            <w:tcW w:w="385" w:type="pct"/>
            <w:vAlign w:val="center"/>
          </w:tcPr>
          <w:p w14:paraId="7E7014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2.14</w:t>
            </w:r>
          </w:p>
        </w:tc>
        <w:tc>
          <w:tcPr>
            <w:tcW w:w="385" w:type="pct"/>
            <w:vAlign w:val="center"/>
          </w:tcPr>
          <w:p w14:paraId="2CDA5CC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0.62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0261E9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6.04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616FD6E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2.81</w:t>
            </w:r>
          </w:p>
        </w:tc>
        <w:tc>
          <w:tcPr>
            <w:tcW w:w="385" w:type="pct"/>
            <w:vAlign w:val="center"/>
          </w:tcPr>
          <w:p w14:paraId="1A942C2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4.43</w:t>
            </w:r>
          </w:p>
        </w:tc>
        <w:tc>
          <w:tcPr>
            <w:tcW w:w="385" w:type="pct"/>
            <w:vAlign w:val="center"/>
          </w:tcPr>
          <w:p w14:paraId="416F35B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5.53</w:t>
            </w:r>
          </w:p>
        </w:tc>
        <w:tc>
          <w:tcPr>
            <w:tcW w:w="385" w:type="pct"/>
            <w:vAlign w:val="center"/>
          </w:tcPr>
          <w:p w14:paraId="626C0A3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4.10</w:t>
            </w:r>
          </w:p>
        </w:tc>
        <w:tc>
          <w:tcPr>
            <w:tcW w:w="389" w:type="pct"/>
            <w:vAlign w:val="center"/>
          </w:tcPr>
          <w:p w14:paraId="65CFBE6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3.51</w:t>
            </w:r>
          </w:p>
        </w:tc>
      </w:tr>
      <w:tr w:rsidR="002C1433" w:rsidRPr="009612BA" w14:paraId="51B9CA2B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68C6BD9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2B63D46C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2FD8FE2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2448</w:t>
            </w:r>
          </w:p>
        </w:tc>
        <w:tc>
          <w:tcPr>
            <w:tcW w:w="385" w:type="pct"/>
            <w:vAlign w:val="center"/>
          </w:tcPr>
          <w:p w14:paraId="329B5D5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9105</w:t>
            </w:r>
          </w:p>
        </w:tc>
        <w:tc>
          <w:tcPr>
            <w:tcW w:w="385" w:type="pct"/>
            <w:vAlign w:val="center"/>
          </w:tcPr>
          <w:p w14:paraId="0D57878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910</w:t>
            </w:r>
          </w:p>
        </w:tc>
        <w:tc>
          <w:tcPr>
            <w:tcW w:w="385" w:type="pct"/>
            <w:vAlign w:val="center"/>
          </w:tcPr>
          <w:p w14:paraId="71F7FC9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329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1A335C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1587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7D53013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5096</w:t>
            </w:r>
          </w:p>
        </w:tc>
        <w:tc>
          <w:tcPr>
            <w:tcW w:w="385" w:type="pct"/>
            <w:vAlign w:val="center"/>
          </w:tcPr>
          <w:p w14:paraId="7462605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10803</w:t>
            </w:r>
          </w:p>
        </w:tc>
        <w:tc>
          <w:tcPr>
            <w:tcW w:w="385" w:type="pct"/>
            <w:vAlign w:val="center"/>
          </w:tcPr>
          <w:p w14:paraId="7D17B14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12118</w:t>
            </w:r>
          </w:p>
        </w:tc>
        <w:tc>
          <w:tcPr>
            <w:tcW w:w="385" w:type="pct"/>
            <w:vAlign w:val="center"/>
          </w:tcPr>
          <w:p w14:paraId="10F863A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10440</w:t>
            </w:r>
          </w:p>
        </w:tc>
        <w:tc>
          <w:tcPr>
            <w:tcW w:w="389" w:type="pct"/>
            <w:vAlign w:val="center"/>
          </w:tcPr>
          <w:p w14:paraId="2414EC4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5531</w:t>
            </w:r>
          </w:p>
        </w:tc>
      </w:tr>
      <w:tr w:rsidR="002C1433" w:rsidRPr="009612BA" w14:paraId="3C77C07C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F8DB40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5A414E28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166042E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05F360C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64D36E8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E43330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1308E65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577A435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087569D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B6A612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0.57</w:t>
            </w:r>
          </w:p>
        </w:tc>
        <w:tc>
          <w:tcPr>
            <w:tcW w:w="385" w:type="pct"/>
            <w:vAlign w:val="center"/>
          </w:tcPr>
          <w:p w14:paraId="5B1D0AC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9" w:type="pct"/>
            <w:vAlign w:val="center"/>
          </w:tcPr>
          <w:p w14:paraId="04333B5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0.64</w:t>
            </w:r>
          </w:p>
        </w:tc>
      </w:tr>
      <w:tr w:rsidR="002C1433" w:rsidRPr="009612BA" w14:paraId="44851EBA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59202D0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426BAF5F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38339CD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F14A8F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6A2E2C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1E3887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40F8488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10042FF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BB0583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73609A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F1C4DC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3BE1123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17</w:t>
            </w:r>
          </w:p>
        </w:tc>
      </w:tr>
      <w:tr w:rsidR="002C1433" w:rsidRPr="009612BA" w14:paraId="2FFB6A57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41F88F60" w14:textId="7F31C02C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5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77A12C7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7D34B6B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3.26</w:t>
            </w:r>
          </w:p>
        </w:tc>
        <w:tc>
          <w:tcPr>
            <w:tcW w:w="385" w:type="pct"/>
            <w:vAlign w:val="center"/>
          </w:tcPr>
          <w:p w14:paraId="6A52555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3.12</w:t>
            </w:r>
          </w:p>
        </w:tc>
        <w:tc>
          <w:tcPr>
            <w:tcW w:w="385" w:type="pct"/>
            <w:vAlign w:val="center"/>
          </w:tcPr>
          <w:p w14:paraId="73A0896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2.98</w:t>
            </w:r>
          </w:p>
        </w:tc>
        <w:tc>
          <w:tcPr>
            <w:tcW w:w="385" w:type="pct"/>
            <w:vAlign w:val="center"/>
          </w:tcPr>
          <w:p w14:paraId="70C400F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3.03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2A67028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CD9421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3.15</w:t>
            </w:r>
          </w:p>
        </w:tc>
        <w:tc>
          <w:tcPr>
            <w:tcW w:w="385" w:type="pct"/>
            <w:vAlign w:val="center"/>
          </w:tcPr>
          <w:p w14:paraId="45CA7E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3.17</w:t>
            </w:r>
          </w:p>
        </w:tc>
        <w:tc>
          <w:tcPr>
            <w:tcW w:w="385" w:type="pct"/>
            <w:vAlign w:val="center"/>
          </w:tcPr>
          <w:p w14:paraId="0472022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4C9AD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3.32</w:t>
            </w:r>
          </w:p>
        </w:tc>
        <w:tc>
          <w:tcPr>
            <w:tcW w:w="389" w:type="pct"/>
            <w:vAlign w:val="center"/>
          </w:tcPr>
          <w:p w14:paraId="682008B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2.96</w:t>
            </w:r>
          </w:p>
        </w:tc>
      </w:tr>
      <w:tr w:rsidR="002C1433" w:rsidRPr="009612BA" w14:paraId="51C831EF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B2B49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26BDC7AE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59A2259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21.90</w:t>
            </w:r>
          </w:p>
        </w:tc>
        <w:tc>
          <w:tcPr>
            <w:tcW w:w="385" w:type="pct"/>
            <w:vAlign w:val="center"/>
          </w:tcPr>
          <w:p w14:paraId="3C89FC3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7.31</w:t>
            </w:r>
          </w:p>
        </w:tc>
        <w:tc>
          <w:tcPr>
            <w:tcW w:w="385" w:type="pct"/>
            <w:vAlign w:val="center"/>
          </w:tcPr>
          <w:p w14:paraId="149D66F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5.78</w:t>
            </w:r>
          </w:p>
        </w:tc>
        <w:tc>
          <w:tcPr>
            <w:tcW w:w="385" w:type="pct"/>
            <w:vAlign w:val="center"/>
          </w:tcPr>
          <w:p w14:paraId="758469F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1.78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73E2578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3.80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D451A2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3.20</w:t>
            </w:r>
          </w:p>
        </w:tc>
        <w:tc>
          <w:tcPr>
            <w:tcW w:w="385" w:type="pct"/>
            <w:vAlign w:val="center"/>
          </w:tcPr>
          <w:p w14:paraId="6F084B7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5.02</w:t>
            </w:r>
          </w:p>
        </w:tc>
        <w:tc>
          <w:tcPr>
            <w:tcW w:w="385" w:type="pct"/>
            <w:vAlign w:val="center"/>
          </w:tcPr>
          <w:p w14:paraId="2C43E82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42DE46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2.40</w:t>
            </w:r>
          </w:p>
        </w:tc>
        <w:tc>
          <w:tcPr>
            <w:tcW w:w="389" w:type="pct"/>
            <w:vAlign w:val="center"/>
          </w:tcPr>
          <w:p w14:paraId="2FA115A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1.40</w:t>
            </w:r>
          </w:p>
        </w:tc>
      </w:tr>
      <w:tr w:rsidR="002C1433" w:rsidRPr="009612BA" w14:paraId="70B89A7D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0830733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45C1EE0F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3BD69BC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4559</w:t>
            </w:r>
          </w:p>
        </w:tc>
        <w:tc>
          <w:tcPr>
            <w:tcW w:w="385" w:type="pct"/>
            <w:vAlign w:val="center"/>
          </w:tcPr>
          <w:p w14:paraId="3323E5F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2795</w:t>
            </w:r>
          </w:p>
        </w:tc>
        <w:tc>
          <w:tcPr>
            <w:tcW w:w="385" w:type="pct"/>
            <w:vAlign w:val="center"/>
          </w:tcPr>
          <w:p w14:paraId="0339C3B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2763</w:t>
            </w:r>
          </w:p>
        </w:tc>
        <w:tc>
          <w:tcPr>
            <w:tcW w:w="385" w:type="pct"/>
            <w:vAlign w:val="center"/>
          </w:tcPr>
          <w:p w14:paraId="5A1629E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1266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1F528EB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613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D3AB0E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7619</w:t>
            </w:r>
          </w:p>
        </w:tc>
        <w:tc>
          <w:tcPr>
            <w:tcW w:w="385" w:type="pct"/>
            <w:vAlign w:val="center"/>
          </w:tcPr>
          <w:p w14:paraId="0FA0F89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10709</w:t>
            </w:r>
          </w:p>
        </w:tc>
        <w:tc>
          <w:tcPr>
            <w:tcW w:w="385" w:type="pct"/>
            <w:vAlign w:val="center"/>
          </w:tcPr>
          <w:p w14:paraId="2D6C8F1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8B9687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3291</w:t>
            </w:r>
          </w:p>
        </w:tc>
        <w:tc>
          <w:tcPr>
            <w:tcW w:w="389" w:type="pct"/>
            <w:vAlign w:val="center"/>
          </w:tcPr>
          <w:p w14:paraId="3BE8E57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3530</w:t>
            </w:r>
          </w:p>
        </w:tc>
      </w:tr>
      <w:tr w:rsidR="002C1433" w:rsidRPr="009612BA" w14:paraId="6FE40D23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50BA27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5A63E4FA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4554248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0.44</w:t>
            </w:r>
          </w:p>
        </w:tc>
        <w:tc>
          <w:tcPr>
            <w:tcW w:w="385" w:type="pct"/>
            <w:vAlign w:val="center"/>
          </w:tcPr>
          <w:p w14:paraId="4809795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0.38</w:t>
            </w:r>
          </w:p>
        </w:tc>
        <w:tc>
          <w:tcPr>
            <w:tcW w:w="385" w:type="pct"/>
            <w:vAlign w:val="center"/>
          </w:tcPr>
          <w:p w14:paraId="2E8046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0A285A8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49248CE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1A3F7BA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0776C7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5087FC6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BEB9F1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0.55</w:t>
            </w:r>
          </w:p>
        </w:tc>
        <w:tc>
          <w:tcPr>
            <w:tcW w:w="389" w:type="pct"/>
            <w:vAlign w:val="center"/>
          </w:tcPr>
          <w:p w14:paraId="6943FA3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0.67</w:t>
            </w:r>
          </w:p>
        </w:tc>
      </w:tr>
      <w:tr w:rsidR="002C1433" w:rsidRPr="009612BA" w14:paraId="5EC1DA53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1AD8F82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10B463A8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735FF10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2AF9BC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5F8C8B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1439B62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050DD88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F395FA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57177FF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B9592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42EB64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3F13341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</w:t>
            </w:r>
          </w:p>
        </w:tc>
      </w:tr>
      <w:tr w:rsidR="002C1433" w:rsidRPr="009612BA" w14:paraId="6CA46282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4DE1940B" w14:textId="0486A44D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6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61F9476E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3336343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17DA8A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3.00</w:t>
            </w:r>
          </w:p>
        </w:tc>
        <w:tc>
          <w:tcPr>
            <w:tcW w:w="385" w:type="pct"/>
            <w:vAlign w:val="center"/>
          </w:tcPr>
          <w:p w14:paraId="0CBBC88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3.16</w:t>
            </w:r>
          </w:p>
        </w:tc>
        <w:tc>
          <w:tcPr>
            <w:tcW w:w="385" w:type="pct"/>
            <w:vAlign w:val="center"/>
          </w:tcPr>
          <w:p w14:paraId="1B082C2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2.98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239175A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3.31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1E5A8F8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3.29</w:t>
            </w:r>
          </w:p>
        </w:tc>
        <w:tc>
          <w:tcPr>
            <w:tcW w:w="385" w:type="pct"/>
            <w:vAlign w:val="center"/>
          </w:tcPr>
          <w:p w14:paraId="1342344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3.20</w:t>
            </w:r>
          </w:p>
        </w:tc>
        <w:tc>
          <w:tcPr>
            <w:tcW w:w="385" w:type="pct"/>
            <w:vAlign w:val="center"/>
          </w:tcPr>
          <w:p w14:paraId="6DDC144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F03DAF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3.01</w:t>
            </w:r>
          </w:p>
        </w:tc>
        <w:tc>
          <w:tcPr>
            <w:tcW w:w="389" w:type="pct"/>
            <w:vAlign w:val="center"/>
          </w:tcPr>
          <w:p w14:paraId="41F4EFE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2.99</w:t>
            </w:r>
          </w:p>
        </w:tc>
      </w:tr>
      <w:tr w:rsidR="002C1433" w:rsidRPr="009612BA" w14:paraId="6CBC864E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963FD2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0BF3989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1B32719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793D5EC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69.41</w:t>
            </w:r>
          </w:p>
        </w:tc>
        <w:tc>
          <w:tcPr>
            <w:tcW w:w="385" w:type="pct"/>
            <w:vAlign w:val="center"/>
          </w:tcPr>
          <w:p w14:paraId="426B360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5.53</w:t>
            </w:r>
          </w:p>
        </w:tc>
        <w:tc>
          <w:tcPr>
            <w:tcW w:w="385" w:type="pct"/>
            <w:vAlign w:val="center"/>
          </w:tcPr>
          <w:p w14:paraId="26050DC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8.87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2AEF481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12.23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8AD734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2.51</w:t>
            </w:r>
          </w:p>
        </w:tc>
        <w:tc>
          <w:tcPr>
            <w:tcW w:w="385" w:type="pct"/>
            <w:vAlign w:val="center"/>
          </w:tcPr>
          <w:p w14:paraId="712CF56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5.42</w:t>
            </w:r>
          </w:p>
        </w:tc>
        <w:tc>
          <w:tcPr>
            <w:tcW w:w="385" w:type="pct"/>
            <w:vAlign w:val="center"/>
          </w:tcPr>
          <w:p w14:paraId="64CEBB7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69F9CE3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10.34</w:t>
            </w:r>
          </w:p>
        </w:tc>
        <w:tc>
          <w:tcPr>
            <w:tcW w:w="389" w:type="pct"/>
            <w:vAlign w:val="center"/>
          </w:tcPr>
          <w:p w14:paraId="2F6910F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2.73</w:t>
            </w:r>
          </w:p>
        </w:tc>
      </w:tr>
      <w:tr w:rsidR="002C1433" w:rsidRPr="009612BA" w14:paraId="7B68787B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17794F7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23EADFCD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0498853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6A3AEB8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9241</w:t>
            </w:r>
          </w:p>
        </w:tc>
        <w:tc>
          <w:tcPr>
            <w:tcW w:w="385" w:type="pct"/>
            <w:vAlign w:val="center"/>
          </w:tcPr>
          <w:p w14:paraId="716AEA3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2222</w:t>
            </w:r>
          </w:p>
        </w:tc>
        <w:tc>
          <w:tcPr>
            <w:tcW w:w="385" w:type="pct"/>
            <w:vAlign w:val="center"/>
          </w:tcPr>
          <w:p w14:paraId="2DA74A9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2564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05E484C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908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2AC59F0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6472</w:t>
            </w:r>
          </w:p>
        </w:tc>
        <w:tc>
          <w:tcPr>
            <w:tcW w:w="385" w:type="pct"/>
            <w:vAlign w:val="center"/>
          </w:tcPr>
          <w:p w14:paraId="7A73A5B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11250</w:t>
            </w:r>
          </w:p>
        </w:tc>
        <w:tc>
          <w:tcPr>
            <w:tcW w:w="385" w:type="pct"/>
            <w:vAlign w:val="center"/>
          </w:tcPr>
          <w:p w14:paraId="41AA32B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968049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18826</w:t>
            </w:r>
          </w:p>
        </w:tc>
        <w:tc>
          <w:tcPr>
            <w:tcW w:w="389" w:type="pct"/>
            <w:vAlign w:val="center"/>
          </w:tcPr>
          <w:p w14:paraId="6684456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7297</w:t>
            </w:r>
          </w:p>
        </w:tc>
      </w:tr>
      <w:tr w:rsidR="002C1433" w:rsidRPr="009612BA" w14:paraId="1810B4F8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1E2F99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2B8F3B07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30D8558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7656220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0.34</w:t>
            </w:r>
          </w:p>
        </w:tc>
        <w:tc>
          <w:tcPr>
            <w:tcW w:w="385" w:type="pct"/>
            <w:vAlign w:val="center"/>
          </w:tcPr>
          <w:p w14:paraId="6163C49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4B7A16F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0.41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25D1005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5E05E86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0.80</w:t>
            </w:r>
          </w:p>
        </w:tc>
        <w:tc>
          <w:tcPr>
            <w:tcW w:w="385" w:type="pct"/>
            <w:vAlign w:val="center"/>
          </w:tcPr>
          <w:p w14:paraId="23B2CF5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DC89DA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455358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0.60</w:t>
            </w:r>
          </w:p>
        </w:tc>
        <w:tc>
          <w:tcPr>
            <w:tcW w:w="389" w:type="pct"/>
            <w:vAlign w:val="center"/>
          </w:tcPr>
          <w:p w14:paraId="43F48EA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0.55</w:t>
            </w:r>
          </w:p>
        </w:tc>
      </w:tr>
      <w:tr w:rsidR="002C1433" w:rsidRPr="009612BA" w14:paraId="2AC495FC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53FB58F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6C90275C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7142E06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DA752C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71FEFF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F45B5B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6059F9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76D0840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38663C5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524AA3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2AA3FCE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702A888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14</w:t>
            </w:r>
          </w:p>
        </w:tc>
      </w:tr>
      <w:tr w:rsidR="002C1433" w:rsidRPr="009612BA" w14:paraId="3F787DEC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52BAB073" w14:textId="0282A5DA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lastRenderedPageBreak/>
              <w:t>Layer 7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5F1005B1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04B72FF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2B705D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26717E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3.12</w:t>
            </w:r>
          </w:p>
        </w:tc>
        <w:tc>
          <w:tcPr>
            <w:tcW w:w="385" w:type="pct"/>
            <w:vAlign w:val="center"/>
          </w:tcPr>
          <w:p w14:paraId="080C4E1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3.27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B1B8A3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4A912D2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2.97</w:t>
            </w:r>
          </w:p>
        </w:tc>
        <w:tc>
          <w:tcPr>
            <w:tcW w:w="385" w:type="pct"/>
            <w:vAlign w:val="center"/>
          </w:tcPr>
          <w:p w14:paraId="3E7D0EB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5EAAB0D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554EF59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513027E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3.13</w:t>
            </w:r>
          </w:p>
        </w:tc>
      </w:tr>
      <w:tr w:rsidR="002C1433" w:rsidRPr="009612BA" w14:paraId="2F012302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0C83A3E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31327363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77815A7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878FF6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14EA8FF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3.16</w:t>
            </w:r>
          </w:p>
        </w:tc>
        <w:tc>
          <w:tcPr>
            <w:tcW w:w="385" w:type="pct"/>
            <w:vAlign w:val="center"/>
          </w:tcPr>
          <w:p w14:paraId="05A110F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24.50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0F152D6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A7B6F1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5.75</w:t>
            </w:r>
          </w:p>
        </w:tc>
        <w:tc>
          <w:tcPr>
            <w:tcW w:w="385" w:type="pct"/>
            <w:vAlign w:val="center"/>
          </w:tcPr>
          <w:p w14:paraId="2C6147F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B13295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1926FC6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07ADBB8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3.31</w:t>
            </w:r>
          </w:p>
        </w:tc>
      </w:tr>
      <w:tr w:rsidR="002C1433" w:rsidRPr="009612BA" w14:paraId="612665C4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9A8D73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3D548057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6DCC680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55BF363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38F06C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2288</w:t>
            </w:r>
          </w:p>
        </w:tc>
        <w:tc>
          <w:tcPr>
            <w:tcW w:w="385" w:type="pct"/>
            <w:vAlign w:val="center"/>
          </w:tcPr>
          <w:p w14:paraId="4104391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3374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A0E182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69C1FF0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11</w:t>
            </w:r>
          </w:p>
        </w:tc>
        <w:tc>
          <w:tcPr>
            <w:tcW w:w="385" w:type="pct"/>
            <w:vAlign w:val="center"/>
          </w:tcPr>
          <w:p w14:paraId="5261FF2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1486FAF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195700F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39CBF94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5415</w:t>
            </w:r>
          </w:p>
        </w:tc>
      </w:tr>
      <w:tr w:rsidR="002C1433" w:rsidRPr="009612BA" w14:paraId="4B158C10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191AF5A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3A4F05A0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04978B9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4D1F53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5BA34D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5" w:type="pct"/>
            <w:vAlign w:val="center"/>
          </w:tcPr>
          <w:p w14:paraId="138B37B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5EE42B4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725C786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0.51</w:t>
            </w:r>
          </w:p>
        </w:tc>
        <w:tc>
          <w:tcPr>
            <w:tcW w:w="385" w:type="pct"/>
            <w:vAlign w:val="center"/>
          </w:tcPr>
          <w:p w14:paraId="6083600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B06F1B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4749E4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48E9C41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0.59</w:t>
            </w:r>
          </w:p>
        </w:tc>
      </w:tr>
      <w:tr w:rsidR="002C1433" w:rsidRPr="009612BA" w14:paraId="7B13ED2F" w14:textId="77777777" w:rsidTr="009612BA">
        <w:trPr>
          <w:trHeight w:val="312"/>
          <w:jc w:val="center"/>
        </w:trPr>
        <w:tc>
          <w:tcPr>
            <w:tcW w:w="338" w:type="pct"/>
            <w:vMerge/>
            <w:tcBorders>
              <w:bottom w:val="single" w:sz="12" w:space="0" w:color="000000"/>
            </w:tcBorders>
            <w:vAlign w:val="center"/>
          </w:tcPr>
          <w:p w14:paraId="14AB218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0430DD42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61A4D17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B04ADA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D87B1D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9BD954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2915F79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14:paraId="4AC8AB1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0F5914B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677B4A4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7FDE45C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tcBorders>
              <w:bottom w:val="single" w:sz="12" w:space="0" w:color="000000"/>
            </w:tcBorders>
            <w:vAlign w:val="center"/>
          </w:tcPr>
          <w:p w14:paraId="0D290E3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13</w:t>
            </w:r>
          </w:p>
        </w:tc>
      </w:tr>
      <w:tr w:rsidR="002C1433" w:rsidRPr="009612BA" w14:paraId="7FFFBC47" w14:textId="77777777" w:rsidTr="009612BA">
        <w:trPr>
          <w:trHeight w:val="312"/>
          <w:jc w:val="center"/>
        </w:trPr>
        <w:tc>
          <w:tcPr>
            <w:tcW w:w="338" w:type="pct"/>
            <w:vMerge w:val="restart"/>
            <w:vAlign w:val="center"/>
          </w:tcPr>
          <w:p w14:paraId="467F18AA" w14:textId="070462DC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t>Layer 8</w:t>
            </w:r>
            <w:r w:rsidRPr="009612BA">
              <w:rPr>
                <w:rFonts w:ascii="Times New Roman" w:hAnsi="Times New Roman" w:cs="Times New Roman"/>
                <w:b/>
                <w:sz w:val="18"/>
                <w:szCs w:val="36"/>
              </w:rPr>
              <w:br/>
            </w: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(SMP)</w:t>
            </w:r>
          </w:p>
        </w:tc>
        <w:tc>
          <w:tcPr>
            <w:tcW w:w="863" w:type="pct"/>
            <w:vAlign w:val="center"/>
          </w:tcPr>
          <w:p w14:paraId="14E1FD83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Sample volume (L)</w:t>
            </w:r>
          </w:p>
        </w:tc>
        <w:tc>
          <w:tcPr>
            <w:tcW w:w="329" w:type="pct"/>
            <w:vAlign w:val="center"/>
          </w:tcPr>
          <w:p w14:paraId="3CC75691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4650D98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6B7177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3.19</w:t>
            </w:r>
          </w:p>
        </w:tc>
        <w:tc>
          <w:tcPr>
            <w:tcW w:w="385" w:type="pct"/>
            <w:vAlign w:val="center"/>
          </w:tcPr>
          <w:p w14:paraId="590C2C3C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3.00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4309EB3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6E925D2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00C5A6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74F565A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549AD0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767EF81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3.05</w:t>
            </w:r>
          </w:p>
        </w:tc>
      </w:tr>
      <w:tr w:rsidR="002C1433" w:rsidRPr="009612BA" w14:paraId="6DA1B9FC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10E6E5A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05052D3C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Mass conc. (mg m⁻³)</w:t>
            </w:r>
          </w:p>
        </w:tc>
        <w:tc>
          <w:tcPr>
            <w:tcW w:w="329" w:type="pct"/>
            <w:vAlign w:val="center"/>
          </w:tcPr>
          <w:p w14:paraId="32A50A0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07F517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F660E2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21.31</w:t>
            </w:r>
          </w:p>
        </w:tc>
        <w:tc>
          <w:tcPr>
            <w:tcW w:w="385" w:type="pct"/>
            <w:vAlign w:val="center"/>
          </w:tcPr>
          <w:p w14:paraId="793A2E5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40.41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4811613E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5DCC534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2A396C6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58DBE47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6D7E44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235E244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5.46</w:t>
            </w:r>
          </w:p>
        </w:tc>
      </w:tr>
      <w:tr w:rsidR="002C1433" w:rsidRPr="009612BA" w14:paraId="434BB535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7068F9B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06410DBF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Particle conc. (# m⁻³)</w:t>
            </w:r>
          </w:p>
        </w:tc>
        <w:tc>
          <w:tcPr>
            <w:tcW w:w="329" w:type="pct"/>
            <w:vAlign w:val="center"/>
          </w:tcPr>
          <w:p w14:paraId="08B8FC4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BB309D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5E8DFD2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4731</w:t>
            </w:r>
          </w:p>
        </w:tc>
        <w:tc>
          <w:tcPr>
            <w:tcW w:w="385" w:type="pct"/>
            <w:vAlign w:val="center"/>
          </w:tcPr>
          <w:p w14:paraId="0834F4B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7862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729DEC5F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2F81E01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47DA0B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28AD98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3C7FC7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4A2D34B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4027</w:t>
            </w:r>
          </w:p>
        </w:tc>
      </w:tr>
      <w:tr w:rsidR="002C1433" w:rsidRPr="009612BA" w14:paraId="099268C9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4A73879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vAlign w:val="center"/>
          </w:tcPr>
          <w:p w14:paraId="4D25CE26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Sampling fraction</w:t>
            </w:r>
          </w:p>
        </w:tc>
        <w:tc>
          <w:tcPr>
            <w:tcW w:w="329" w:type="pct"/>
            <w:vAlign w:val="center"/>
          </w:tcPr>
          <w:p w14:paraId="3E62724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61C6EBE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754DC2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0.61</w:t>
            </w:r>
          </w:p>
        </w:tc>
        <w:tc>
          <w:tcPr>
            <w:tcW w:w="385" w:type="pct"/>
            <w:vAlign w:val="center"/>
          </w:tcPr>
          <w:p w14:paraId="7D8E98D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0.31</w:t>
            </w:r>
          </w:p>
        </w:tc>
        <w:tc>
          <w:tcPr>
            <w:tcW w:w="388" w:type="pct"/>
            <w:tcBorders>
              <w:right w:val="double" w:sz="4" w:space="0" w:color="auto"/>
            </w:tcBorders>
            <w:vAlign w:val="center"/>
          </w:tcPr>
          <w:p w14:paraId="628A2D52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69F98C10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57F2385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198279C3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3D85FC8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58352327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0.57</w:t>
            </w:r>
          </w:p>
        </w:tc>
      </w:tr>
      <w:tr w:rsidR="002C1433" w:rsidRPr="009612BA" w14:paraId="5A94F2FC" w14:textId="77777777" w:rsidTr="009612BA">
        <w:trPr>
          <w:trHeight w:val="312"/>
          <w:jc w:val="center"/>
        </w:trPr>
        <w:tc>
          <w:tcPr>
            <w:tcW w:w="338" w:type="pct"/>
            <w:vMerge/>
            <w:vAlign w:val="center"/>
          </w:tcPr>
          <w:p w14:paraId="50CAA3C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</w:p>
        </w:tc>
        <w:tc>
          <w:tcPr>
            <w:tcW w:w="863" w:type="pct"/>
            <w:tcBorders>
              <w:bottom w:val="single" w:sz="12" w:space="0" w:color="000000"/>
            </w:tcBorders>
            <w:vAlign w:val="center"/>
          </w:tcPr>
          <w:p w14:paraId="08FA3BC7" w14:textId="77777777" w:rsidR="002C1433" w:rsidRPr="009612BA" w:rsidRDefault="002C1433">
            <w:pPr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BL (particles)</w:t>
            </w:r>
          </w:p>
        </w:tc>
        <w:tc>
          <w:tcPr>
            <w:tcW w:w="329" w:type="pct"/>
            <w:tcBorders>
              <w:bottom w:val="single" w:sz="12" w:space="0" w:color="000000"/>
            </w:tcBorders>
            <w:vAlign w:val="center"/>
          </w:tcPr>
          <w:p w14:paraId="02D3E80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1679513A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72DDB24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3</w:t>
            </w:r>
          </w:p>
        </w:tc>
        <w:tc>
          <w:tcPr>
            <w:tcW w:w="385" w:type="pct"/>
            <w:tcBorders>
              <w:bottom w:val="single" w:sz="12" w:space="0" w:color="000000"/>
            </w:tcBorders>
            <w:vAlign w:val="center"/>
          </w:tcPr>
          <w:p w14:paraId="453CBFF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</w:t>
            </w:r>
          </w:p>
        </w:tc>
        <w:tc>
          <w:tcPr>
            <w:tcW w:w="388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14:paraId="469DDA1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tcBorders>
              <w:left w:val="double" w:sz="4" w:space="0" w:color="auto"/>
            </w:tcBorders>
            <w:vAlign w:val="center"/>
          </w:tcPr>
          <w:p w14:paraId="30C4C9B9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87B937B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07D57DED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5" w:type="pct"/>
            <w:vAlign w:val="center"/>
          </w:tcPr>
          <w:p w14:paraId="244C8EF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N/A</w:t>
            </w:r>
          </w:p>
        </w:tc>
        <w:tc>
          <w:tcPr>
            <w:tcW w:w="389" w:type="pct"/>
            <w:vAlign w:val="center"/>
          </w:tcPr>
          <w:p w14:paraId="28157778" w14:textId="77777777" w:rsidR="002C1433" w:rsidRPr="009612BA" w:rsidRDefault="002C1433">
            <w:pPr>
              <w:jc w:val="center"/>
              <w:rPr>
                <w:rFonts w:ascii="Times New Roman" w:hAnsi="Times New Roman" w:cs="Times New Roman"/>
                <w:sz w:val="18"/>
                <w:szCs w:val="36"/>
              </w:rPr>
            </w:pPr>
            <w:r w:rsidRPr="009612BA">
              <w:rPr>
                <w:rFonts w:ascii="Times New Roman" w:hAnsi="Times New Roman" w:cs="Times New Roman"/>
                <w:sz w:val="18"/>
                <w:szCs w:val="36"/>
              </w:rPr>
              <w:t>13</w:t>
            </w:r>
          </w:p>
        </w:tc>
      </w:tr>
    </w:tbl>
    <w:p w14:paraId="0F7101D6" w14:textId="11291307" w:rsidR="00195514" w:rsidRPr="008E797E" w:rsidRDefault="00195514">
      <w:pPr>
        <w:rPr>
          <w:rFonts w:ascii="Times New Roman" w:hAnsi="Times New Roman" w:cs="Times New Roman"/>
        </w:rPr>
      </w:pPr>
    </w:p>
    <w:sectPr w:rsidR="00195514" w:rsidRPr="008E797E" w:rsidSect="00B23F0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368016">
    <w:abstractNumId w:val="8"/>
  </w:num>
  <w:num w:numId="2" w16cid:durableId="1381201790">
    <w:abstractNumId w:val="6"/>
  </w:num>
  <w:num w:numId="3" w16cid:durableId="1845170807">
    <w:abstractNumId w:val="5"/>
  </w:num>
  <w:num w:numId="4" w16cid:durableId="779566491">
    <w:abstractNumId w:val="4"/>
  </w:num>
  <w:num w:numId="5" w16cid:durableId="1746418843">
    <w:abstractNumId w:val="7"/>
  </w:num>
  <w:num w:numId="6" w16cid:durableId="227615652">
    <w:abstractNumId w:val="3"/>
  </w:num>
  <w:num w:numId="7" w16cid:durableId="191770376">
    <w:abstractNumId w:val="2"/>
  </w:num>
  <w:num w:numId="8" w16cid:durableId="71196740">
    <w:abstractNumId w:val="1"/>
  </w:num>
  <w:num w:numId="9" w16cid:durableId="13674089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CFB"/>
    <w:rsid w:val="00034616"/>
    <w:rsid w:val="0006063C"/>
    <w:rsid w:val="00080B8A"/>
    <w:rsid w:val="0015074B"/>
    <w:rsid w:val="00174A0B"/>
    <w:rsid w:val="00195514"/>
    <w:rsid w:val="00232005"/>
    <w:rsid w:val="00253086"/>
    <w:rsid w:val="00263389"/>
    <w:rsid w:val="0029639D"/>
    <w:rsid w:val="002C0C56"/>
    <w:rsid w:val="002C1433"/>
    <w:rsid w:val="002C250D"/>
    <w:rsid w:val="00326F90"/>
    <w:rsid w:val="00353A21"/>
    <w:rsid w:val="00371643"/>
    <w:rsid w:val="00457210"/>
    <w:rsid w:val="004A4D24"/>
    <w:rsid w:val="005C1EAA"/>
    <w:rsid w:val="006014DB"/>
    <w:rsid w:val="006C23D0"/>
    <w:rsid w:val="00777F35"/>
    <w:rsid w:val="007C6E26"/>
    <w:rsid w:val="007D5DA4"/>
    <w:rsid w:val="00822986"/>
    <w:rsid w:val="008E797E"/>
    <w:rsid w:val="009612BA"/>
    <w:rsid w:val="009966C8"/>
    <w:rsid w:val="009B6E64"/>
    <w:rsid w:val="00A23662"/>
    <w:rsid w:val="00AA1D8D"/>
    <w:rsid w:val="00B134BC"/>
    <w:rsid w:val="00B23F06"/>
    <w:rsid w:val="00B47730"/>
    <w:rsid w:val="00C91FB4"/>
    <w:rsid w:val="00CB0664"/>
    <w:rsid w:val="00D0783B"/>
    <w:rsid w:val="00D46610"/>
    <w:rsid w:val="00DB469A"/>
    <w:rsid w:val="00DE51F8"/>
    <w:rsid w:val="00E24AFA"/>
    <w:rsid w:val="00E3738C"/>
    <w:rsid w:val="00E94319"/>
    <w:rsid w:val="00F61492"/>
    <w:rsid w:val="00FA0C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6CD049A1-7FEA-9D4C-A599-B1C25B6C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797E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2"/>
      <w:lang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2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spacing w:after="200" w:line="276" w:lineRule="auto"/>
      <w:ind w:left="72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af">
    <w:name w:val="Body Text"/>
    <w:basedOn w:val="a1"/>
    <w:link w:val="af0"/>
    <w:uiPriority w:val="99"/>
    <w:unhideWhenUsed/>
    <w:rsid w:val="00AA1D8D"/>
    <w:pPr>
      <w:spacing w:after="120" w:line="276" w:lineRule="auto"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 w:line="276" w:lineRule="auto"/>
    </w:pPr>
    <w:rPr>
      <w:rFonts w:ascii="Times New Roman" w:eastAsiaTheme="minorEastAsia" w:hAnsi="Times New Roman" w:cstheme="minorBidi"/>
      <w:sz w:val="16"/>
      <w:szCs w:val="16"/>
      <w:lang w:eastAsia="en-US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25">
    <w:name w:val="List 2"/>
    <w:basedOn w:val="a1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35">
    <w:name w:val="List 3"/>
    <w:basedOn w:val="a1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spacing w:after="200" w:line="276" w:lineRule="auto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af2">
    <w:name w:val="List Continue"/>
    <w:basedOn w:val="a1"/>
    <w:uiPriority w:val="99"/>
    <w:unhideWhenUsed/>
    <w:rsid w:val="0029639D"/>
    <w:pPr>
      <w:spacing w:after="120" w:line="276" w:lineRule="auto"/>
      <w:ind w:left="36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26">
    <w:name w:val="List Continue 2"/>
    <w:basedOn w:val="a1"/>
    <w:uiPriority w:val="99"/>
    <w:unhideWhenUsed/>
    <w:rsid w:val="0029639D"/>
    <w:pPr>
      <w:spacing w:after="120" w:line="276" w:lineRule="auto"/>
      <w:ind w:left="72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36">
    <w:name w:val="List Continue 3"/>
    <w:basedOn w:val="a1"/>
    <w:uiPriority w:val="99"/>
    <w:unhideWhenUsed/>
    <w:rsid w:val="0029639D"/>
    <w:pPr>
      <w:spacing w:after="120" w:line="276" w:lineRule="auto"/>
      <w:ind w:left="1080"/>
      <w:contextualSpacing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pPr>
      <w:spacing w:after="200" w:line="276" w:lineRule="auto"/>
    </w:pPr>
    <w:rPr>
      <w:rFonts w:ascii="Times New Roman" w:eastAsiaTheme="minorEastAsia" w:hAnsi="Times New Roman" w:cstheme="minorBidi"/>
      <w:i/>
      <w:iCs/>
      <w:color w:val="000000" w:themeColor="text1"/>
      <w:sz w:val="21"/>
      <w:szCs w:val="22"/>
      <w:lang w:eastAsia="en-US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Times New Roman" w:eastAsiaTheme="minorEastAsia" w:hAnsi="Times New Roman" w:cstheme="minorBidi"/>
      <w:b/>
      <w:bCs/>
      <w:i/>
      <w:iCs/>
      <w:color w:val="4F81BD" w:themeColor="accent1"/>
      <w:sz w:val="21"/>
      <w:szCs w:val="22"/>
      <w:lang w:eastAsia="en-US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annotation reference"/>
    <w:basedOn w:val="a2"/>
    <w:uiPriority w:val="99"/>
    <w:semiHidden/>
    <w:unhideWhenUsed/>
    <w:rsid w:val="00DE51F8"/>
    <w:rPr>
      <w:sz w:val="18"/>
      <w:szCs w:val="18"/>
    </w:rPr>
  </w:style>
  <w:style w:type="paragraph" w:styleId="aff0">
    <w:name w:val="annotation text"/>
    <w:basedOn w:val="a1"/>
    <w:link w:val="aff1"/>
    <w:uiPriority w:val="99"/>
    <w:semiHidden/>
    <w:unhideWhenUsed/>
    <w:rsid w:val="00DE51F8"/>
    <w:pPr>
      <w:spacing w:after="200" w:line="276" w:lineRule="auto"/>
    </w:pPr>
    <w:rPr>
      <w:rFonts w:ascii="Times New Roman" w:eastAsiaTheme="minorEastAsia" w:hAnsi="Times New Roman" w:cstheme="minorBidi"/>
      <w:sz w:val="21"/>
      <w:szCs w:val="22"/>
      <w:lang w:eastAsia="en-US"/>
    </w:rPr>
  </w:style>
  <w:style w:type="character" w:customStyle="1" w:styleId="aff1">
    <w:name w:val="コメント文字列 (文字)"/>
    <w:basedOn w:val="a2"/>
    <w:link w:val="aff0"/>
    <w:uiPriority w:val="99"/>
    <w:semiHidden/>
    <w:rsid w:val="00DE51F8"/>
    <w:rPr>
      <w:rFonts w:ascii="Times New Roman" w:hAnsi="Times New Roman"/>
      <w:sz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E51F8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DE51F8"/>
    <w:rPr>
      <w:rFonts w:ascii="Times New Roman" w:hAnsi="Times New Roman"/>
      <w:b/>
      <w:bCs/>
      <w:sz w:val="21"/>
    </w:rPr>
  </w:style>
  <w:style w:type="paragraph" w:customStyle="1" w:styleId="Articletitle">
    <w:name w:val="Article title"/>
    <w:basedOn w:val="a1"/>
    <w:next w:val="a1"/>
    <w:qFormat/>
    <w:rsid w:val="00B23F06"/>
    <w:pPr>
      <w:spacing w:after="120" w:line="360" w:lineRule="auto"/>
    </w:pPr>
    <w:rPr>
      <w:rFonts w:ascii="Times New Roman" w:eastAsiaTheme="minorEastAsia" w:hAnsi="Times New Roman" w:cs="Times New Roman"/>
      <w:b/>
      <w:sz w:val="28"/>
      <w:lang w:eastAsia="en-GB"/>
    </w:rPr>
  </w:style>
  <w:style w:type="paragraph" w:customStyle="1" w:styleId="Correspondencedetails">
    <w:name w:val="Correspondence details"/>
    <w:basedOn w:val="a1"/>
    <w:qFormat/>
    <w:rsid w:val="00B23F06"/>
    <w:pPr>
      <w:spacing w:before="240" w:line="360" w:lineRule="auto"/>
    </w:pPr>
    <w:rPr>
      <w:rFonts w:ascii="Times New Roman" w:eastAsiaTheme="minorEastAsia" w:hAnsi="Times New Roman" w:cs="Times New Roman"/>
      <w:lang w:eastAsia="en-GB"/>
    </w:rPr>
  </w:style>
  <w:style w:type="character" w:styleId="aff4">
    <w:name w:val="Hyperlink"/>
    <w:basedOn w:val="a2"/>
    <w:uiPriority w:val="99"/>
    <w:unhideWhenUsed/>
    <w:rsid w:val="00B23F06"/>
    <w:rPr>
      <w:color w:val="0000FF"/>
      <w:u w:val="single"/>
    </w:rPr>
  </w:style>
  <w:style w:type="paragraph" w:styleId="aff5">
    <w:name w:val="Revision"/>
    <w:hidden/>
    <w:uiPriority w:val="99"/>
    <w:semiHidden/>
    <w:rsid w:val="00777F35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ff6">
    <w:name w:val="Placeholder Text"/>
    <w:basedOn w:val="a2"/>
    <w:uiPriority w:val="99"/>
    <w:semiHidden/>
    <w:rsid w:val="00FA0CAC"/>
    <w:rPr>
      <w:color w:val="666666"/>
    </w:rPr>
  </w:style>
  <w:style w:type="character" w:styleId="aff7">
    <w:name w:val="line number"/>
    <w:basedOn w:val="a2"/>
    <w:uiPriority w:val="99"/>
    <w:semiHidden/>
    <w:unhideWhenUsed/>
    <w:rsid w:val="002C2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kata@cee.ehime-u.ac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taoka.tomoya.ab@ehime-u.ac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IGA Yota</cp:lastModifiedBy>
  <cp:revision>2</cp:revision>
  <dcterms:created xsi:type="dcterms:W3CDTF">2026-08-06T06:41:00Z</dcterms:created>
  <dcterms:modified xsi:type="dcterms:W3CDTF">2026-08-06T06:41:00Z</dcterms:modified>
  <cp:category/>
</cp:coreProperties>
</file>