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A098E5" w14:textId="7DEE8ED4" w:rsidR="00B829A5" w:rsidRPr="00BF0CFF" w:rsidRDefault="00B829A5" w:rsidP="009017E6">
      <w:pPr>
        <w:spacing w:after="237" w:line="259" w:lineRule="auto"/>
        <w:ind w:leftChars="4" w:left="8" w:firstLine="0"/>
        <w:jc w:val="center"/>
        <w:rPr>
          <w:rFonts w:ascii="ヒラギノ角ゴ ProN W3" w:eastAsia="ヒラギノ角ゴ ProN W3" w:hAnsi="ヒラギノ角ゴ ProN W3" w:cs="Times New Roman"/>
          <w:color w:val="000000" w:themeColor="text1"/>
          <w:kern w:val="0"/>
          <w:sz w:val="28"/>
          <w:szCs w:val="21"/>
          <w14:ligatures w14:val="none"/>
        </w:rPr>
      </w:pPr>
      <w:r w:rsidRPr="00BF0CFF">
        <w:rPr>
          <w:rFonts w:ascii="ヒラギノ角ゴ ProN W3" w:eastAsia="ヒラギノ角ゴ ProN W3" w:hAnsi="ヒラギノ角ゴ ProN W3" w:cs="Times New Roman"/>
          <w:color w:val="000000" w:themeColor="text1"/>
          <w:kern w:val="0"/>
          <w:sz w:val="28"/>
          <w:szCs w:val="21"/>
          <w14:ligatures w14:val="none"/>
        </w:rPr>
        <w:t>Supporting Information</w:t>
      </w:r>
    </w:p>
    <w:p w14:paraId="12FF7CAC" w14:textId="77777777" w:rsidR="00A6319D" w:rsidRPr="00BF0CFF" w:rsidRDefault="00A6319D" w:rsidP="00A6319D">
      <w:pPr>
        <w:rPr>
          <w:rFonts w:ascii="ヒラギノ角ゴ ProN W3" w:eastAsia="ヒラギノ角ゴ ProN W3" w:hAnsi="ヒラギノ角ゴ ProN W3"/>
          <w:color w:val="000000" w:themeColor="text1"/>
          <w:sz w:val="28"/>
          <w:szCs w:val="28"/>
        </w:rPr>
      </w:pPr>
      <w:r w:rsidRPr="00BF0CFF">
        <w:rPr>
          <w:rFonts w:ascii="ヒラギノ角ゴ ProN W3" w:eastAsia="ヒラギノ角ゴ ProN W3" w:hAnsi="ヒラギノ角ゴ ProN W3" w:hint="eastAsia"/>
          <w:color w:val="000000" w:themeColor="text1"/>
          <w:sz w:val="28"/>
          <w:szCs w:val="28"/>
        </w:rPr>
        <w:t xml:space="preserve">Effect of Interfacial Properties on Viscoelastic Behavior of High-Temperature Multi-Phase </w:t>
      </w:r>
      <w:r w:rsidRPr="00BF0CFF">
        <w:rPr>
          <w:rFonts w:ascii="ヒラギノ角ゴ ProN W3" w:eastAsia="ヒラギノ角ゴ ProN W3" w:hAnsi="ヒラギノ角ゴ ProN W3"/>
          <w:color w:val="000000" w:themeColor="text1"/>
          <w:sz w:val="28"/>
          <w:szCs w:val="28"/>
        </w:rPr>
        <w:t>System</w:t>
      </w:r>
    </w:p>
    <w:p w14:paraId="6E5E8FC6" w14:textId="77777777" w:rsidR="00A6319D" w:rsidRPr="00BF0CFF" w:rsidRDefault="00A6319D" w:rsidP="00A6319D">
      <w:pPr>
        <w:rPr>
          <w:rFonts w:ascii="ヒラギノ角ゴ ProN W3" w:eastAsia="ヒラギノ角ゴ ProN W3" w:hAnsi="ヒラギノ角ゴ ProN W3"/>
          <w:color w:val="000000" w:themeColor="text1"/>
          <w:szCs w:val="20"/>
        </w:rPr>
      </w:pPr>
    </w:p>
    <w:p w14:paraId="3CBE8F19" w14:textId="77777777" w:rsidR="00A6319D" w:rsidRPr="00BF0CFF" w:rsidRDefault="00A6319D" w:rsidP="00A6319D">
      <w:pPr>
        <w:rPr>
          <w:rFonts w:ascii="ヒラギノ角ゴ ProN W3" w:eastAsia="ヒラギノ角ゴ ProN W3" w:hAnsi="ヒラギノ角ゴ ProN W3"/>
          <w:color w:val="000000" w:themeColor="text1"/>
          <w:szCs w:val="20"/>
        </w:rPr>
      </w:pPr>
    </w:p>
    <w:p w14:paraId="758488C5" w14:textId="58BEB0ED" w:rsidR="00A6319D" w:rsidRPr="00BF0CFF" w:rsidRDefault="00A6319D" w:rsidP="00A6319D">
      <w:pPr>
        <w:spacing w:after="175" w:line="259" w:lineRule="auto"/>
        <w:ind w:right="2"/>
        <w:jc w:val="center"/>
        <w:rPr>
          <w:rFonts w:ascii="ヒラギノ角ゴ ProN W3" w:eastAsia="ヒラギノ角ゴ ProN W3" w:hAnsi="ヒラギノ角ゴ ProN W3" w:cs="Times New Roman"/>
          <w:color w:val="000000" w:themeColor="text1"/>
        </w:rPr>
      </w:pPr>
      <w:r w:rsidRPr="00BF0CFF">
        <w:rPr>
          <w:rFonts w:ascii="ヒラギノ角ゴ ProN W3" w:eastAsia="ヒラギノ角ゴ ProN W3" w:hAnsi="ヒラギノ角ゴ ProN W3" w:cs="Times New Roman"/>
          <w:color w:val="000000" w:themeColor="text1"/>
        </w:rPr>
        <w:t>Kento Nakanishi</w:t>
      </w:r>
      <w:r w:rsidRPr="00BF0CFF">
        <w:rPr>
          <w:rFonts w:ascii="ヒラギノ角ゴ ProN W3" w:eastAsia="ヒラギノ角ゴ ProN W3" w:hAnsi="ヒラギノ角ゴ ProN W3" w:cs="Times New Roman"/>
          <w:color w:val="000000" w:themeColor="text1"/>
          <w:vertAlign w:val="superscript"/>
        </w:rPr>
        <w:t xml:space="preserve"> 1*</w:t>
      </w:r>
      <w:r w:rsidRPr="00BF0CFF">
        <w:rPr>
          <w:rFonts w:ascii="ヒラギノ角ゴ ProN W3" w:eastAsia="ヒラギノ角ゴ ProN W3" w:hAnsi="ヒラギノ角ゴ ProN W3" w:cs="Times New Roman"/>
          <w:color w:val="000000" w:themeColor="text1"/>
        </w:rPr>
        <w:t>, Takehiro Sumita</w:t>
      </w:r>
      <w:r w:rsidRPr="00BF0CFF">
        <w:rPr>
          <w:rFonts w:ascii="ヒラギノ角ゴ ProN W3" w:eastAsia="ヒラギノ角ゴ ProN W3" w:hAnsi="ヒラギノ角ゴ ProN W3" w:cs="Times New Roman"/>
          <w:color w:val="000000" w:themeColor="text1"/>
          <w:vertAlign w:val="superscript"/>
        </w:rPr>
        <w:t>1</w:t>
      </w:r>
      <w:r w:rsidRPr="00BF0CFF">
        <w:rPr>
          <w:rFonts w:ascii="ヒラギノ角ゴ ProN W3" w:eastAsia="ヒラギノ角ゴ ProN W3" w:hAnsi="ヒラギノ角ゴ ProN W3" w:cs="Times New Roman"/>
          <w:color w:val="000000" w:themeColor="text1"/>
        </w:rPr>
        <w:t>, and Noritaka Saito</w:t>
      </w:r>
      <w:r w:rsidR="000F5111" w:rsidRPr="00BF0CFF">
        <w:rPr>
          <w:rFonts w:ascii="ヒラギノ角ゴ ProN W3" w:eastAsia="ヒラギノ角ゴ ProN W3" w:hAnsi="ヒラギノ角ゴ ProN W3" w:cs="Times New Roman"/>
          <w:color w:val="000000" w:themeColor="text1"/>
          <w:vertAlign w:val="superscript"/>
        </w:rPr>
        <w:t>1</w:t>
      </w:r>
    </w:p>
    <w:p w14:paraId="787FF3D6" w14:textId="77777777" w:rsidR="00A6319D" w:rsidRPr="00BF0CFF" w:rsidRDefault="00A6319D" w:rsidP="00A6319D">
      <w:pPr>
        <w:spacing w:after="23" w:line="265" w:lineRule="auto"/>
        <w:ind w:left="324" w:right="306"/>
        <w:jc w:val="center"/>
        <w:rPr>
          <w:rFonts w:ascii="ヒラギノ角ゴ ProN W3" w:eastAsia="ヒラギノ角ゴ ProN W3" w:hAnsi="ヒラギノ角ゴ ProN W3" w:cs="Times New Roman"/>
          <w:color w:val="000000" w:themeColor="text1"/>
          <w:sz w:val="22"/>
        </w:rPr>
      </w:pPr>
      <w:r w:rsidRPr="00BF0CFF">
        <w:rPr>
          <w:rFonts w:ascii="ヒラギノ角ゴ ProN W3" w:eastAsia="ヒラギノ角ゴ ProN W3" w:hAnsi="ヒラギノ角ゴ ProN W3" w:cs="Times New Roman"/>
          <w:color w:val="000000" w:themeColor="text1"/>
          <w:sz w:val="22"/>
          <w:vertAlign w:val="superscript"/>
        </w:rPr>
        <w:t>1</w:t>
      </w:r>
      <w:r w:rsidRPr="00BF0CFF">
        <w:rPr>
          <w:rFonts w:ascii="ヒラギノ角ゴ ProN W3" w:eastAsia="ヒラギノ角ゴ ProN W3" w:hAnsi="ヒラギノ角ゴ ProN W3" w:cs="Times New Roman"/>
          <w:color w:val="000000" w:themeColor="text1"/>
          <w:sz w:val="22"/>
        </w:rPr>
        <w:t>Department of Materials, Kyushu University, 744 Motooka, Nishi-</w:t>
      </w:r>
      <w:proofErr w:type="spellStart"/>
      <w:r w:rsidRPr="00BF0CFF">
        <w:rPr>
          <w:rFonts w:ascii="ヒラギノ角ゴ ProN W3" w:eastAsia="ヒラギノ角ゴ ProN W3" w:hAnsi="ヒラギノ角ゴ ProN W3" w:cs="Times New Roman"/>
          <w:color w:val="000000" w:themeColor="text1"/>
          <w:sz w:val="22"/>
        </w:rPr>
        <w:t>ku</w:t>
      </w:r>
      <w:proofErr w:type="spellEnd"/>
      <w:r w:rsidRPr="00BF0CFF">
        <w:rPr>
          <w:rFonts w:ascii="ヒラギノ角ゴ ProN W3" w:eastAsia="ヒラギノ角ゴ ProN W3" w:hAnsi="ヒラギノ角ゴ ProN W3" w:cs="Times New Roman"/>
          <w:color w:val="000000" w:themeColor="text1"/>
          <w:sz w:val="22"/>
        </w:rPr>
        <w:t>, Fukuoka, 819-0395, Japan.</w:t>
      </w:r>
    </w:p>
    <w:p w14:paraId="5FBA45C3" w14:textId="77777777" w:rsidR="00A6319D" w:rsidRPr="00BF0CFF" w:rsidRDefault="00A6319D" w:rsidP="00A6319D">
      <w:pPr>
        <w:spacing w:after="23" w:line="265" w:lineRule="auto"/>
        <w:ind w:left="324" w:right="306"/>
        <w:jc w:val="center"/>
        <w:rPr>
          <w:rFonts w:ascii="ヒラギノ角ゴ ProN W3" w:eastAsia="ヒラギノ角ゴ ProN W3" w:hAnsi="ヒラギノ角ゴ ProN W3" w:cs="Times New Roman"/>
          <w:color w:val="000000" w:themeColor="text1"/>
          <w:sz w:val="22"/>
        </w:rPr>
      </w:pPr>
    </w:p>
    <w:p w14:paraId="08132EC6" w14:textId="77777777" w:rsidR="00A6319D" w:rsidRPr="00BF0CFF" w:rsidRDefault="00A6319D" w:rsidP="00A6319D">
      <w:pPr>
        <w:spacing w:after="23" w:line="265" w:lineRule="auto"/>
        <w:ind w:left="324" w:right="306"/>
        <w:jc w:val="center"/>
        <w:rPr>
          <w:rFonts w:ascii="ヒラギノ角ゴ ProN W3" w:eastAsia="ヒラギノ角ゴ ProN W3" w:hAnsi="ヒラギノ角ゴ ProN W3" w:cs="Times New Roman"/>
          <w:color w:val="000000" w:themeColor="text1"/>
          <w:sz w:val="22"/>
          <w:szCs w:val="22"/>
        </w:rPr>
      </w:pPr>
      <w:r w:rsidRPr="00BF0CFF">
        <w:rPr>
          <w:rFonts w:ascii="ヒラギノ角ゴ ProN W3" w:eastAsia="ヒラギノ角ゴ ProN W3" w:hAnsi="ヒラギノ角ゴ ProN W3" w:cs="Times New Roman"/>
          <w:color w:val="000000" w:themeColor="text1"/>
          <w:sz w:val="22"/>
          <w:szCs w:val="22"/>
        </w:rPr>
        <w:t>*Corresponding author: nakanishi.kento.830@s.kyushu-u.ac.jp</w:t>
      </w:r>
    </w:p>
    <w:p w14:paraId="7468DE86" w14:textId="0BE61CCA" w:rsidR="009017E6" w:rsidRPr="00BF0CFF" w:rsidRDefault="009017E6" w:rsidP="009017E6">
      <w:pPr>
        <w:spacing w:after="443" w:line="265" w:lineRule="auto"/>
        <w:ind w:left="324" w:right="306" w:firstLine="0"/>
        <w:jc w:val="center"/>
        <w:rPr>
          <w:rFonts w:ascii="Times New Roman" w:eastAsia="ＭＳ Ｐゴシック" w:hAnsi="Times New Roman" w:cs="Times New Roman"/>
          <w:color w:val="000000" w:themeColor="text1"/>
          <w:kern w:val="0"/>
          <w:sz w:val="22"/>
          <w:vertAlign w:val="superscript"/>
          <w14:ligatures w14:val="none"/>
        </w:rPr>
      </w:pPr>
    </w:p>
    <w:p w14:paraId="5E978D8B" w14:textId="02E05469" w:rsidR="0092066C" w:rsidRPr="00BF0CFF" w:rsidRDefault="0092066C" w:rsidP="009017E6">
      <w:pPr>
        <w:tabs>
          <w:tab w:val="left" w:pos="1364"/>
        </w:tabs>
        <w:jc w:val="center"/>
        <w:rPr>
          <w:rFonts w:asciiTheme="minorHAnsi" w:eastAsiaTheme="minorHAnsi" w:hAnsiTheme="minorHAnsi" w:cs="Times New Roman"/>
          <w:color w:val="000000" w:themeColor="text1"/>
          <w:szCs w:val="20"/>
        </w:rPr>
        <w:sectPr w:rsidR="0092066C" w:rsidRPr="00BF0CFF" w:rsidSect="0092066C">
          <w:pgSz w:w="11901" w:h="16840"/>
          <w:pgMar w:top="1474" w:right="2495" w:bottom="4349" w:left="2002" w:header="720" w:footer="3742" w:gutter="0"/>
          <w:cols w:space="720"/>
          <w:docGrid w:linePitch="272"/>
        </w:sectPr>
      </w:pPr>
    </w:p>
    <w:p w14:paraId="08140491" w14:textId="75582978" w:rsidR="00204433" w:rsidRPr="00BF0CFF" w:rsidRDefault="00B402F3" w:rsidP="00D649C0">
      <w:pPr>
        <w:spacing w:after="0" w:line="240" w:lineRule="auto"/>
        <w:ind w:left="0" w:firstLine="0"/>
        <w:jc w:val="left"/>
        <w:rPr>
          <w:rFonts w:ascii="ヒラギノ丸ゴ ProN W4" w:eastAsia="ヒラギノ丸ゴ ProN W4" w:hAnsi="ヒラギノ丸ゴ ProN W4" w:cs="Times New Roman"/>
          <w:b/>
          <w:bCs/>
          <w:color w:val="000000" w:themeColor="text1"/>
          <w:sz w:val="21"/>
          <w:szCs w:val="21"/>
        </w:rPr>
      </w:pPr>
      <w:r w:rsidRPr="00BF0CFF">
        <w:rPr>
          <w:rFonts w:ascii="Times New Roman" w:eastAsia="ヒラギノ丸ゴ ProN W4" w:hAnsi="Times New Roman" w:cs="Times New Roman"/>
          <w:b/>
          <w:bCs/>
          <w:noProof/>
          <w:color w:val="000000" w:themeColor="text1"/>
          <w:sz w:val="21"/>
          <w:szCs w:val="21"/>
        </w:rPr>
        <w:lastRenderedPageBreak/>
        <mc:AlternateContent>
          <mc:Choice Requires="wps">
            <w:drawing>
              <wp:anchor distT="0" distB="0" distL="114300" distR="114300" simplePos="0" relativeHeight="251672576" behindDoc="0" locked="0" layoutInCell="1" allowOverlap="1" wp14:anchorId="07BDE2AF" wp14:editId="437C7CA3">
                <wp:simplePos x="0" y="0"/>
                <wp:positionH relativeFrom="column">
                  <wp:posOffset>71755</wp:posOffset>
                </wp:positionH>
                <wp:positionV relativeFrom="paragraph">
                  <wp:posOffset>4855210</wp:posOffset>
                </wp:positionV>
                <wp:extent cx="4594860" cy="397510"/>
                <wp:effectExtent l="0" t="0" r="0" b="0"/>
                <wp:wrapSquare wrapText="bothSides"/>
                <wp:docPr id="425508748" name="テキスト ボックス 1"/>
                <wp:cNvGraphicFramePr/>
                <a:graphic xmlns:a="http://schemas.openxmlformats.org/drawingml/2006/main">
                  <a:graphicData uri="http://schemas.microsoft.com/office/word/2010/wordprocessingShape">
                    <wps:wsp>
                      <wps:cNvSpPr txBox="1"/>
                      <wps:spPr>
                        <a:xfrm>
                          <a:off x="0" y="0"/>
                          <a:ext cx="4594860" cy="397510"/>
                        </a:xfrm>
                        <a:prstGeom prst="rect">
                          <a:avLst/>
                        </a:prstGeom>
                        <a:noFill/>
                        <a:ln w="6350">
                          <a:noFill/>
                        </a:ln>
                      </wps:spPr>
                      <wps:txbx>
                        <w:txbxContent>
                          <w:p w14:paraId="09C72066" w14:textId="51315BAD" w:rsidR="001A3CC6" w:rsidRPr="00AD722D" w:rsidRDefault="001A3CC6" w:rsidP="001A3CC6">
                            <w:pPr>
                              <w:rPr>
                                <w:rFonts w:ascii="Times New Roman" w:hAnsi="Times New Roman" w:cs="Times New Roman"/>
                              </w:rPr>
                            </w:pPr>
                            <w:r w:rsidRPr="00015653">
                              <w:rPr>
                                <w:rFonts w:ascii="Times New Roman" w:hAnsi="Times New Roman" w:cs="Times New Roman"/>
                                <w:b/>
                                <w:bCs/>
                              </w:rPr>
                              <w:t>Fig. S1</w:t>
                            </w:r>
                            <w:r w:rsidRPr="00015653">
                              <w:rPr>
                                <w:rFonts w:ascii="Times New Roman" w:hAnsi="Times New Roman" w:cs="Times New Roman"/>
                              </w:rPr>
                              <w:t xml:space="preserve"> </w:t>
                            </w:r>
                            <w:r>
                              <w:rPr>
                                <w:rFonts w:ascii="Times New Roman" w:hAnsi="Times New Roman" w:cs="Times New Roman"/>
                              </w:rPr>
                              <w:t>Picture of Al</w:t>
                            </w:r>
                            <w:r w:rsidRPr="00AD722D">
                              <w:rPr>
                                <w:rFonts w:ascii="Times New Roman" w:hAnsi="Times New Roman" w:cs="Times New Roman"/>
                                <w:vertAlign w:val="subscript"/>
                              </w:rPr>
                              <w:t>2</w:t>
                            </w:r>
                            <w:r>
                              <w:rPr>
                                <w:rFonts w:ascii="Times New Roman" w:hAnsi="Times New Roman" w:cs="Times New Roman"/>
                              </w:rPr>
                              <w:t>O</w:t>
                            </w:r>
                            <w:r w:rsidRPr="00AD722D">
                              <w:rPr>
                                <w:rFonts w:ascii="Times New Roman" w:hAnsi="Times New Roman" w:cs="Times New Roman"/>
                                <w:vertAlign w:val="subscript"/>
                              </w:rPr>
                              <w:t>3</w:t>
                            </w:r>
                            <w:r>
                              <w:rPr>
                                <w:rFonts w:ascii="Times New Roman" w:hAnsi="Times New Roman" w:cs="Times New Roman"/>
                              </w:rPr>
                              <w:t xml:space="preserve"> beads </w:t>
                            </w:r>
                            <w:r w:rsidR="00AD722D" w:rsidRPr="00AD722D">
                              <w:rPr>
                                <w:rFonts w:ascii="Times New Roman" w:hAnsi="Times New Roman" w:cs="Times New Roman"/>
                              </w:rPr>
                              <w:t>(diameter: 0.5 mm) used in this study, confirming their nearly spherical shape</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DE2AF" id="_x0000_t202" coordsize="21600,21600" o:spt="202" path="m,l,21600r21600,l21600,xe">
                <v:stroke joinstyle="miter"/>
                <v:path gradientshapeok="t" o:connecttype="rect"/>
              </v:shapetype>
              <v:shape id="テキスト ボックス 1" o:spid="_x0000_s1026" type="#_x0000_t202" style="position:absolute;margin-left:5.65pt;margin-top:382.3pt;width:361.8pt;height:3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" filled="f" stroked="f" strokeweight=".5pt">
                <v:textbox inset="5.85pt,.7pt,5.85pt,.7pt">
                  <w:txbxContent>
                    <w:p w14:paraId="09C72066" w14:textId="51315BAD" w:rsidR="001A3CC6" w:rsidRPr="00AD722D" w:rsidRDefault="001A3CC6" w:rsidP="001A3CC6">
                      <w:pPr>
                        <w:rPr>
                          <w:rFonts w:ascii="Times New Roman" w:hAnsi="Times New Roman" w:cs="Times New Roman"/>
                        </w:rPr>
                      </w:pPr>
                      <w:r w:rsidRPr="00015653">
                        <w:rPr>
                          <w:rFonts w:ascii="Times New Roman" w:hAnsi="Times New Roman" w:cs="Times New Roman"/>
                          <w:b/>
                          <w:bCs/>
                        </w:rPr>
                        <w:t>Fig. S1</w:t>
                      </w:r>
                      <w:r w:rsidRPr="00015653">
                        <w:rPr>
                          <w:rFonts w:ascii="Times New Roman" w:hAnsi="Times New Roman" w:cs="Times New Roman"/>
                        </w:rPr>
                        <w:t xml:space="preserve"> </w:t>
                      </w:r>
                      <w:r>
                        <w:rPr>
                          <w:rFonts w:ascii="Times New Roman" w:hAnsi="Times New Roman" w:cs="Times New Roman"/>
                        </w:rPr>
                        <w:t>Picture of Al</w:t>
                      </w:r>
                      <w:r w:rsidRPr="00AD722D">
                        <w:rPr>
                          <w:rFonts w:ascii="Times New Roman" w:hAnsi="Times New Roman" w:cs="Times New Roman"/>
                          <w:vertAlign w:val="subscript"/>
                        </w:rPr>
                        <w:t>2</w:t>
                      </w:r>
                      <w:r>
                        <w:rPr>
                          <w:rFonts w:ascii="Times New Roman" w:hAnsi="Times New Roman" w:cs="Times New Roman"/>
                        </w:rPr>
                        <w:t>O</w:t>
                      </w:r>
                      <w:r w:rsidRPr="00AD722D">
                        <w:rPr>
                          <w:rFonts w:ascii="Times New Roman" w:hAnsi="Times New Roman" w:cs="Times New Roman"/>
                          <w:vertAlign w:val="subscript"/>
                        </w:rPr>
                        <w:t>3</w:t>
                      </w:r>
                      <w:r>
                        <w:rPr>
                          <w:rFonts w:ascii="Times New Roman" w:hAnsi="Times New Roman" w:cs="Times New Roman"/>
                        </w:rPr>
                        <w:t xml:space="preserve"> beads </w:t>
                      </w:r>
                      <w:r w:rsidR="00AD722D" w:rsidRPr="00AD722D">
                        <w:rPr>
                          <w:rFonts w:ascii="Times New Roman" w:hAnsi="Times New Roman" w:cs="Times New Roman"/>
                        </w:rPr>
                        <w:t>(diameter: 0.5 mm) used in this study, confirming their nearly spherical shape</w:t>
                      </w:r>
                    </w:p>
                  </w:txbxContent>
                </v:textbox>
                <w10:wrap type="square"/>
              </v:shape>
            </w:pict>
          </mc:Fallback>
        </mc:AlternateContent>
      </w:r>
      <w:r w:rsidRPr="00BF0CFF">
        <w:rPr>
          <w:rFonts w:ascii="Times New Roman" w:eastAsia="ヒラギノ丸ゴ ProN W4" w:hAnsi="Times New Roman" w:cs="Times New Roman"/>
          <w:b/>
          <w:bCs/>
          <w:noProof/>
          <w:color w:val="000000" w:themeColor="text1"/>
          <w:sz w:val="21"/>
          <w:szCs w:val="21"/>
          <w14:ligatures w14:val="none"/>
        </w:rPr>
        <mc:AlternateContent>
          <mc:Choice Requires="wpg">
            <w:drawing>
              <wp:anchor distT="0" distB="0" distL="114300" distR="114300" simplePos="0" relativeHeight="251679744" behindDoc="0" locked="0" layoutInCell="1" allowOverlap="1" wp14:anchorId="24940F2C" wp14:editId="3555F574">
                <wp:simplePos x="0" y="0"/>
                <wp:positionH relativeFrom="column">
                  <wp:posOffset>3448977</wp:posOffset>
                </wp:positionH>
                <wp:positionV relativeFrom="paragraph">
                  <wp:posOffset>4062730</wp:posOffset>
                </wp:positionV>
                <wp:extent cx="697230" cy="416560"/>
                <wp:effectExtent l="0" t="0" r="1270" b="2540"/>
                <wp:wrapNone/>
                <wp:docPr id="257397459" name="グループ化 19"/>
                <wp:cNvGraphicFramePr/>
                <a:graphic xmlns:a="http://schemas.openxmlformats.org/drawingml/2006/main">
                  <a:graphicData uri="http://schemas.microsoft.com/office/word/2010/wordprocessingGroup">
                    <wpg:wgp>
                      <wpg:cNvGrpSpPr/>
                      <wpg:grpSpPr>
                        <a:xfrm>
                          <a:off x="0" y="0"/>
                          <a:ext cx="697230" cy="416560"/>
                          <a:chOff x="0" y="0"/>
                          <a:chExt cx="697230" cy="416560"/>
                        </a:xfrm>
                      </wpg:grpSpPr>
                      <wps:wsp>
                        <wps:cNvPr id="105148393" name="テキスト ボックス 4"/>
                        <wps:cNvSpPr txBox="1"/>
                        <wps:spPr>
                          <a:xfrm>
                            <a:off x="0" y="0"/>
                            <a:ext cx="697230" cy="416560"/>
                          </a:xfrm>
                          <a:prstGeom prst="rect">
                            <a:avLst/>
                          </a:prstGeom>
                          <a:solidFill>
                            <a:schemeClr val="bg1"/>
                          </a:solidFill>
                          <a:ln w="6350">
                            <a:noFill/>
                          </a:ln>
                        </wps:spPr>
                        <wps:txbx>
                          <w:txbxContent>
                            <w:p w14:paraId="5C07A85C" w14:textId="77777777" w:rsidR="00DD4B0E" w:rsidRPr="0084451D" w:rsidRDefault="00DD4B0E" w:rsidP="00DD4B0E">
                              <w:pPr>
                                <w:rPr>
                                  <w:color w:val="000000" w:themeColor="text1"/>
                                </w:rPr>
                              </w:pPr>
                              <w:r>
                                <w:rPr>
                                  <w:color w:val="000000" w:themeColor="text1"/>
                                </w:rPr>
                                <w:t>200</w:t>
                              </w:r>
                              <w:r w:rsidRPr="0084451D">
                                <w:rPr>
                                  <w:rFonts w:hint="eastAsia"/>
                                  <w:color w:val="000000" w:themeColor="text1"/>
                                </w:rPr>
                                <w:t>μm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0419061" name="直線コネクタ 3"/>
                        <wps:cNvCnPr>
                          <a:cxnSpLocks noChangeAspect="1"/>
                        </wps:cNvCnPr>
                        <wps:spPr>
                          <a:xfrm rot="21240000">
                            <a:off x="247828" y="290557"/>
                            <a:ext cx="216000" cy="2163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4940F2C" id="グループ化 19" o:spid="_x0000_s1027" style="position:absolute;margin-left:271.55pt;margin-top:319.9pt;width:54.9pt;height:32.8pt;z-index:251679744" coordsize="6972,41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">
                <v:shape id="テキスト ボックス 4" o:spid="_x0000_s1028" type="#_x0000_t202" style="position:absolute;width:6972;height:4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" fillcolor="white [3212]" stroked="f" strokeweight=".5pt">
                  <v:textbox>
                    <w:txbxContent>
                      <w:p w14:paraId="5C07A85C" w14:textId="77777777" w:rsidR="00DD4B0E" w:rsidRPr="0084451D" w:rsidRDefault="00DD4B0E" w:rsidP="00DD4B0E">
                        <w:pPr>
                          <w:rPr>
                            <w:color w:val="000000" w:themeColor="text1"/>
                          </w:rPr>
                        </w:pPr>
                        <w:r>
                          <w:rPr>
                            <w:color w:val="000000" w:themeColor="text1"/>
                          </w:rPr>
                          <w:t>200</w:t>
                        </w:r>
                        <w:r w:rsidRPr="0084451D">
                          <w:rPr>
                            <w:rFonts w:hint="eastAsia"/>
                            <w:color w:val="000000" w:themeColor="text1"/>
                          </w:rPr>
                          <w:t>μm</w:t>
                        </w:r>
                      </w:p>
                    </w:txbxContent>
                  </v:textbox>
                </v:shape>
                <v:line id="直線コネクタ 3" o:spid="_x0000_s1029" style="position:absolute;rotation:-6;visibility:visible;mso-wrap-style:square" from="2478,2905" to="4638,31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" strokecolor="black [3213]" strokeweight="3pt">
                  <v:stroke joinstyle="miter"/>
                  <o:lock v:ext="edit" aspectratio="t" shapetype="f"/>
                </v:line>
              </v:group>
            </w:pict>
          </mc:Fallback>
        </mc:AlternateContent>
      </w:r>
      <w:r w:rsidRPr="00BF0CFF">
        <w:rPr>
          <w:rFonts w:ascii="Times New Roman" w:eastAsia="ヒラギノ丸ゴ ProN W4" w:hAnsi="Times New Roman" w:cs="Times New Roman"/>
          <w:b/>
          <w:bCs/>
          <w:noProof/>
          <w:color w:val="000000" w:themeColor="text1"/>
          <w:sz w:val="21"/>
          <w:szCs w:val="21"/>
          <w14:ligatures w14:val="none"/>
        </w:rPr>
        <w:drawing>
          <wp:anchor distT="0" distB="0" distL="114300" distR="114300" simplePos="0" relativeHeight="251675648" behindDoc="0" locked="0" layoutInCell="1" allowOverlap="1" wp14:anchorId="701B7ADF" wp14:editId="165AA0F8">
            <wp:simplePos x="0" y="0"/>
            <wp:positionH relativeFrom="column">
              <wp:posOffset>872696</wp:posOffset>
            </wp:positionH>
            <wp:positionV relativeFrom="paragraph">
              <wp:posOffset>1419225</wp:posOffset>
            </wp:positionV>
            <wp:extent cx="3369310" cy="3136900"/>
            <wp:effectExtent l="0" t="0" r="0" b="0"/>
            <wp:wrapTopAndBottom/>
            <wp:docPr id="100265429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54299" name="図 1002654299"/>
                    <pic:cNvPicPr/>
                  </pic:nvPicPr>
                  <pic:blipFill rotWithShape="1">
                    <a:blip r:embed="rId8" cstate="print">
                      <a:extLst>
                        <a:ext uri="{28A0092B-C50C-407E-A947-70E740481C1C}">
                          <a14:useLocalDpi xmlns:a14="http://schemas.microsoft.com/office/drawing/2010/main" val="0"/>
                        </a:ext>
                      </a:extLst>
                    </a:blip>
                    <a:srcRect l="15630" r="12754"/>
                    <a:stretch>
                      <a:fillRect/>
                    </a:stretch>
                  </pic:blipFill>
                  <pic:spPr bwMode="auto">
                    <a:xfrm>
                      <a:off x="0" y="0"/>
                      <a:ext cx="3369310" cy="313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A0742" w:rsidRPr="00BF0CFF">
        <w:rPr>
          <w:rFonts w:ascii="Times New Roman" w:eastAsia="ヒラギノ丸ゴ ProN W4" w:hAnsi="Times New Roman" w:cs="Times New Roman"/>
          <w:b/>
          <w:bCs/>
          <w:color w:val="000000" w:themeColor="text1"/>
          <w:sz w:val="21"/>
          <w:szCs w:val="21"/>
        </w:rPr>
        <w:t xml:space="preserve">S.1 Sample preparation and material characterization </w:t>
      </w:r>
      <w:r w:rsidR="001A3CC6" w:rsidRPr="00BF0CFF">
        <w:rPr>
          <w:rFonts w:ascii="ヒラギノ丸ゴ ProN W4" w:eastAsia="ヒラギノ丸ゴ ProN W4" w:hAnsi="ヒラギノ丸ゴ ProN W4" w:cs="Times New Roman" w:hint="eastAsia"/>
          <w:b/>
          <w:bCs/>
          <w:color w:val="000000" w:themeColor="text1"/>
          <w:sz w:val="21"/>
          <w:szCs w:val="21"/>
        </w:rPr>
        <w:br w:type="column"/>
      </w:r>
      <w:r w:rsidRPr="00BF0CFF">
        <w:rPr>
          <w:rFonts w:ascii="Times New Roman" w:eastAsia="ヒラギノ丸ゴ ProN W4" w:hAnsi="Times New Roman" w:cs="Times New Roman"/>
          <w:b/>
          <w:bCs/>
          <w:color w:val="000000" w:themeColor="text1"/>
          <w:sz w:val="21"/>
          <w:szCs w:val="21"/>
        </w:rPr>
        <w:lastRenderedPageBreak/>
        <w:t xml:space="preserve">S.2 Alignment mechanism of the measuring rod assembly </w:t>
      </w:r>
      <w:r w:rsidR="002F0BC5" w:rsidRPr="00BF0CFF">
        <w:rPr>
          <w:rFonts w:ascii="ヒラギノ丸ゴ ProN W4" w:eastAsia="ヒラギノ丸ゴ ProN W4" w:hAnsi="ヒラギノ丸ゴ ProN W4" w:cs="Times New Roman" w:hint="eastAsia"/>
          <w:b/>
          <w:bCs/>
          <w:noProof/>
          <w:color w:val="000000" w:themeColor="text1"/>
          <w:sz w:val="21"/>
          <w:szCs w:val="21"/>
        </w:rPr>
        <mc:AlternateContent>
          <mc:Choice Requires="wps">
            <w:drawing>
              <wp:anchor distT="0" distB="0" distL="114300" distR="114300" simplePos="0" relativeHeight="251669504" behindDoc="0" locked="0" layoutInCell="1" allowOverlap="1" wp14:anchorId="2D7D8CDC" wp14:editId="1D6DE7B9">
                <wp:simplePos x="0" y="0"/>
                <wp:positionH relativeFrom="column">
                  <wp:posOffset>-36195</wp:posOffset>
                </wp:positionH>
                <wp:positionV relativeFrom="paragraph">
                  <wp:posOffset>4498975</wp:posOffset>
                </wp:positionV>
                <wp:extent cx="4784090" cy="1391285"/>
                <wp:effectExtent l="0" t="0" r="0" b="5715"/>
                <wp:wrapSquare wrapText="bothSides"/>
                <wp:docPr id="1578072427" name="テキスト ボックス 1"/>
                <wp:cNvGraphicFramePr/>
                <a:graphic xmlns:a="http://schemas.openxmlformats.org/drawingml/2006/main">
                  <a:graphicData uri="http://schemas.microsoft.com/office/word/2010/wordprocessingShape">
                    <wps:wsp>
                      <wps:cNvSpPr txBox="1"/>
                      <wps:spPr>
                        <a:xfrm>
                          <a:off x="0" y="0"/>
                          <a:ext cx="4784090" cy="1391285"/>
                        </a:xfrm>
                        <a:prstGeom prst="rect">
                          <a:avLst/>
                        </a:prstGeom>
                        <a:noFill/>
                        <a:ln w="6350">
                          <a:noFill/>
                        </a:ln>
                      </wps:spPr>
                      <wps:txbx>
                        <w:txbxContent>
                          <w:p w14:paraId="1DF945F5" w14:textId="34015807" w:rsidR="00015653" w:rsidRPr="00015653" w:rsidRDefault="00660317" w:rsidP="00015653">
                            <w:pPr>
                              <w:rPr>
                                <w:rFonts w:ascii="Times New Roman" w:hAnsi="Times New Roman" w:cs="Times New Roman"/>
                              </w:rPr>
                            </w:pPr>
                            <w:r w:rsidRPr="00015653">
                              <w:rPr>
                                <w:rFonts w:ascii="Times New Roman" w:hAnsi="Times New Roman" w:cs="Times New Roman"/>
                                <w:b/>
                                <w:bCs/>
                              </w:rPr>
                              <w:t>Fig. S</w:t>
                            </w:r>
                            <w:r w:rsidR="00AD722D">
                              <w:rPr>
                                <w:rFonts w:ascii="Times New Roman" w:hAnsi="Times New Roman" w:cs="Times New Roman"/>
                                <w:b/>
                                <w:bCs/>
                              </w:rPr>
                              <w:t>2</w:t>
                            </w:r>
                            <w:r w:rsidRPr="00015653">
                              <w:rPr>
                                <w:rFonts w:ascii="Times New Roman" w:hAnsi="Times New Roman" w:cs="Times New Roman"/>
                              </w:rPr>
                              <w:t xml:space="preserve"> </w:t>
                            </w:r>
                            <w:r w:rsidR="00015653" w:rsidRPr="00015653">
                              <w:rPr>
                                <w:rFonts w:ascii="Times New Roman" w:hAnsi="Times New Roman" w:cs="Times New Roman"/>
                              </w:rPr>
                              <w:t>Schematic illustration of the alignment fixture used for assembling the rod.</w:t>
                            </w:r>
                          </w:p>
                          <w:p w14:paraId="6ED9AE65" w14:textId="7CB1EF2C" w:rsidR="00660317" w:rsidRPr="00092922" w:rsidRDefault="00015653" w:rsidP="00015653">
                            <w:pPr>
                              <w:rPr>
                                <w:rFonts w:ascii="Times New Roman" w:hAnsi="Times New Roman" w:cs="Times New Roman"/>
                              </w:rPr>
                            </w:pPr>
                            <w:r w:rsidRPr="00015653">
                              <w:rPr>
                                <w:rFonts w:ascii="Times New Roman" w:hAnsi="Times New Roman" w:cs="Times New Roman"/>
                              </w:rPr>
                              <w:t xml:space="preserve">To minimize eccentricity of the rod, the </w:t>
                            </w:r>
                            <w:proofErr w:type="spellStart"/>
                            <w:r w:rsidRPr="00015653">
                              <w:rPr>
                                <w:rFonts w:ascii="Times New Roman" w:hAnsi="Times New Roman" w:cs="Times New Roman"/>
                              </w:rPr>
                              <w:t>Al₂O</w:t>
                            </w:r>
                            <w:proofErr w:type="spellEnd"/>
                            <w:r w:rsidRPr="00015653">
                              <w:rPr>
                                <w:rFonts w:ascii="Times New Roman" w:hAnsi="Times New Roman" w:cs="Times New Roman"/>
                              </w:rPr>
                              <w:t xml:space="preserve">₃ tube, stainless-steel tube, and torque sensor accessory </w:t>
                            </w:r>
                            <w:proofErr w:type="gramStart"/>
                            <w:r w:rsidRPr="00015653">
                              <w:rPr>
                                <w:rFonts w:ascii="Times New Roman" w:hAnsi="Times New Roman" w:cs="Times New Roman"/>
                              </w:rPr>
                              <w:t>were</w:t>
                            </w:r>
                            <w:proofErr w:type="gramEnd"/>
                            <w:r w:rsidRPr="00015653">
                              <w:rPr>
                                <w:rFonts w:ascii="Times New Roman" w:hAnsi="Times New Roman" w:cs="Times New Roman"/>
                              </w:rPr>
                              <w:t xml:space="preserve"> precisely aligned and fixed using the custom-made fixture. An alumina plate with a central circular opening was placed on an aluminum base plate. The alumina plate was clamped from the top and bottom using screws. The rod was inserted through the central opening of the alumina plate and mechanically constrained to maintain a straight, coaxial configuration, after which the Al₂O₃ tube and stainless-steel tube were bonded using a ceramic adhesive</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D8CDC" id="_x0000_s1030" type="#_x0000_t202" style="position:absolute;margin-left:-2.85pt;margin-top:354.25pt;width:376.7pt;height:10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" filled="f" stroked="f" strokeweight=".5pt">
                <v:textbox inset="5.85pt,.7pt,5.85pt,.7pt">
                  <w:txbxContent>
                    <w:p w14:paraId="1DF945F5" w14:textId="34015807" w:rsidR="00015653" w:rsidRPr="00015653" w:rsidRDefault="00660317" w:rsidP="00015653">
                      <w:pPr>
                        <w:rPr>
                          <w:rFonts w:ascii="Times New Roman" w:hAnsi="Times New Roman" w:cs="Times New Roman"/>
                        </w:rPr>
                      </w:pPr>
                      <w:r w:rsidRPr="00015653">
                        <w:rPr>
                          <w:rFonts w:ascii="Times New Roman" w:hAnsi="Times New Roman" w:cs="Times New Roman"/>
                          <w:b/>
                          <w:bCs/>
                        </w:rPr>
                        <w:t>Fig. S</w:t>
                      </w:r>
                      <w:r w:rsidR="00AD722D">
                        <w:rPr>
                          <w:rFonts w:ascii="Times New Roman" w:hAnsi="Times New Roman" w:cs="Times New Roman"/>
                          <w:b/>
                          <w:bCs/>
                        </w:rPr>
                        <w:t>2</w:t>
                      </w:r>
                      <w:r w:rsidRPr="00015653">
                        <w:rPr>
                          <w:rFonts w:ascii="Times New Roman" w:hAnsi="Times New Roman" w:cs="Times New Roman"/>
                        </w:rPr>
                        <w:t xml:space="preserve"> </w:t>
                      </w:r>
                      <w:r w:rsidR="00015653" w:rsidRPr="00015653">
                        <w:rPr>
                          <w:rFonts w:ascii="Times New Roman" w:hAnsi="Times New Roman" w:cs="Times New Roman"/>
                        </w:rPr>
                        <w:t>Schematic illustration of the alignment fixture used for assembling the rod.</w:t>
                      </w:r>
                    </w:p>
                    <w:p w14:paraId="6ED9AE65" w14:textId="7CB1EF2C" w:rsidR="00660317" w:rsidRPr="00092922" w:rsidRDefault="00015653" w:rsidP="00015653">
                      <w:pPr>
                        <w:rPr>
                          <w:rFonts w:ascii="Times New Roman" w:hAnsi="Times New Roman" w:cs="Times New Roman"/>
                        </w:rPr>
                      </w:pPr>
                      <w:r w:rsidRPr="00015653">
                        <w:rPr>
                          <w:rFonts w:ascii="Times New Roman" w:hAnsi="Times New Roman" w:cs="Times New Roman"/>
                        </w:rPr>
                        <w:t xml:space="preserve">To minimize eccentricity of the rod, the </w:t>
                      </w:r>
                      <w:proofErr w:type="spellStart"/>
                      <w:r w:rsidRPr="00015653">
                        <w:rPr>
                          <w:rFonts w:ascii="Times New Roman" w:hAnsi="Times New Roman" w:cs="Times New Roman"/>
                        </w:rPr>
                        <w:t>Al₂O</w:t>
                      </w:r>
                      <w:proofErr w:type="spellEnd"/>
                      <w:r w:rsidRPr="00015653">
                        <w:rPr>
                          <w:rFonts w:ascii="Times New Roman" w:hAnsi="Times New Roman" w:cs="Times New Roman"/>
                        </w:rPr>
                        <w:t>₃ tube, stainless-steel tube, and torque sensor accessory were precisely aligned and fixed using the custom-made fixture. An alumina plate with a central circular opening was placed on an aluminum base plate. The alumina plate was clamped from the top and bottom using screws. The rod was inserted through the central opening of the alumina plate and mechanically constrained to maintain a straight, coaxial configuration, after which the Al₂O₃ tube and stainless-steel tube were bonded using a ceramic adhesive</w:t>
                      </w:r>
                    </w:p>
                  </w:txbxContent>
                </v:textbox>
                <w10:wrap type="square"/>
              </v:shape>
            </w:pict>
          </mc:Fallback>
        </mc:AlternateContent>
      </w:r>
      <w:r w:rsidR="008C40A7" w:rsidRPr="00BF0CFF">
        <w:rPr>
          <w:rFonts w:ascii="ヒラギノ丸ゴ ProN W4" w:eastAsia="ヒラギノ丸ゴ ProN W4" w:hAnsi="ヒラギノ丸ゴ ProN W4" w:cs="Times New Roman" w:hint="eastAsia"/>
          <w:b/>
          <w:bCs/>
          <w:noProof/>
          <w:color w:val="000000" w:themeColor="text1"/>
          <w:sz w:val="21"/>
          <w:szCs w:val="21"/>
          <w14:ligatures w14:val="none"/>
        </w:rPr>
        <w:drawing>
          <wp:anchor distT="0" distB="0" distL="114300" distR="114300" simplePos="0" relativeHeight="251670528" behindDoc="0" locked="0" layoutInCell="1" allowOverlap="1" wp14:anchorId="276C2726" wp14:editId="0C471A03">
            <wp:simplePos x="0" y="0"/>
            <wp:positionH relativeFrom="column">
              <wp:posOffset>46829</wp:posOffset>
            </wp:positionH>
            <wp:positionV relativeFrom="paragraph">
              <wp:posOffset>1935925</wp:posOffset>
            </wp:positionV>
            <wp:extent cx="4704481" cy="2281264"/>
            <wp:effectExtent l="0" t="0" r="0" b="5080"/>
            <wp:wrapThrough wrapText="bothSides">
              <wp:wrapPolygon edited="0">
                <wp:start x="0" y="0"/>
                <wp:lineTo x="0" y="21528"/>
                <wp:lineTo x="21518" y="21528"/>
                <wp:lineTo x="21518" y="0"/>
                <wp:lineTo x="0" y="0"/>
              </wp:wrapPolygon>
            </wp:wrapThrough>
            <wp:docPr id="144548427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484274" name="図 1445484274"/>
                    <pic:cNvPicPr/>
                  </pic:nvPicPr>
                  <pic:blipFill rotWithShape="1">
                    <a:blip r:embed="rId9"/>
                    <a:srcRect t="18543" b="16807"/>
                    <a:stretch>
                      <a:fillRect/>
                    </a:stretch>
                  </pic:blipFill>
                  <pic:spPr bwMode="auto">
                    <a:xfrm>
                      <a:off x="0" y="0"/>
                      <a:ext cx="4704481" cy="22812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288D" w:rsidRPr="00BF0CFF">
        <w:rPr>
          <w:rFonts w:ascii="ヒラギノ丸ゴ ProN W4" w:eastAsia="ヒラギノ丸ゴ ProN W4" w:hAnsi="ヒラギノ丸ゴ ProN W4" w:cs="Times New Roman" w:hint="eastAsia"/>
          <w:b/>
          <w:bCs/>
          <w:color w:val="000000" w:themeColor="text1"/>
          <w:sz w:val="21"/>
          <w:szCs w:val="21"/>
        </w:rPr>
        <w:br w:type="column"/>
      </w:r>
      <w:r w:rsidR="00204433" w:rsidRPr="00BF0CFF">
        <w:rPr>
          <w:rFonts w:ascii="Times New Roman" w:eastAsia="ヒラギノ丸ゴ ProN W4" w:hAnsi="Times New Roman" w:cs="Times New Roman"/>
          <w:b/>
          <w:bCs/>
          <w:color w:val="000000" w:themeColor="text1"/>
          <w:kern w:val="0"/>
          <w:sz w:val="21"/>
          <w:szCs w:val="21"/>
          <w14:ligatures w14:val="none"/>
        </w:rPr>
        <w:lastRenderedPageBreak/>
        <w:t>S.</w:t>
      </w:r>
      <w:r w:rsidR="00D649C0" w:rsidRPr="00BF0CFF">
        <w:rPr>
          <w:rFonts w:ascii="Times New Roman" w:eastAsia="ヒラギノ丸ゴ ProN W4" w:hAnsi="Times New Roman" w:cs="Times New Roman"/>
          <w:b/>
          <w:bCs/>
          <w:color w:val="000000" w:themeColor="text1"/>
          <w:kern w:val="0"/>
          <w:sz w:val="21"/>
          <w:szCs w:val="21"/>
          <w14:ligatures w14:val="none"/>
        </w:rPr>
        <w:t>3</w:t>
      </w:r>
      <w:r w:rsidR="00204433" w:rsidRPr="00BF0CFF">
        <w:rPr>
          <w:rFonts w:ascii="Times New Roman" w:eastAsia="ヒラギノ丸ゴ ProN W4" w:hAnsi="Times New Roman" w:cs="Times New Roman" w:hint="eastAsia"/>
          <w:b/>
          <w:bCs/>
          <w:color w:val="000000" w:themeColor="text1"/>
          <w:kern w:val="0"/>
          <w:sz w:val="21"/>
          <w:szCs w:val="21"/>
          <w14:ligatures w14:val="none"/>
        </w:rPr>
        <w:t xml:space="preserve"> </w:t>
      </w:r>
      <w:r w:rsidR="00204433" w:rsidRPr="00BF0CFF">
        <w:rPr>
          <w:rFonts w:ascii="Times New Roman" w:eastAsia="ヒラギノ丸ゴ ProN W4" w:hAnsi="Times New Roman" w:cs="Times New Roman"/>
          <w:b/>
          <w:bCs/>
          <w:color w:val="000000" w:themeColor="text1"/>
          <w:kern w:val="0"/>
          <w:sz w:val="21"/>
          <w:szCs w:val="21"/>
          <w14:ligatures w14:val="none"/>
        </w:rPr>
        <w:t xml:space="preserve"> </w:t>
      </w:r>
      <w:r w:rsidR="00D649C0" w:rsidRPr="00BF0CFF">
        <w:rPr>
          <w:rFonts w:ascii="Times New Roman" w:eastAsia="ヒラギノ丸ゴ ProN W4" w:hAnsi="Times New Roman" w:cs="Times New Roman"/>
          <w:b/>
          <w:bCs/>
          <w:color w:val="000000" w:themeColor="text1"/>
          <w:kern w:val="0"/>
          <w:sz w:val="21"/>
          <w:szCs w:val="21"/>
          <w14:ligatures w14:val="none"/>
        </w:rPr>
        <w:t>Calibration of the torque-to-stress conversion</w:t>
      </w:r>
    </w:p>
    <w:p w14:paraId="39E85DF4" w14:textId="1087FFF2" w:rsidR="002B61D7" w:rsidRPr="00BF0CFF" w:rsidRDefault="0077491C"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ab/>
      </w:r>
      <w:r w:rsidR="002B61D7" w:rsidRPr="00BF0CFF">
        <w:rPr>
          <w:rFonts w:ascii="Times New Roman" w:eastAsia="ヒラギノ丸ゴ ProN W4" w:hAnsi="Times New Roman" w:cs="Times New Roman"/>
          <w:color w:val="000000" w:themeColor="text1"/>
          <w:kern w:val="0"/>
          <w:sz w:val="21"/>
          <w:szCs w:val="21"/>
          <w14:ligatures w14:val="none"/>
        </w:rPr>
        <w:t>The raw output of the present measurement system is the torque generated on the rod, </w:t>
      </w:r>
      <m:oMath>
        <m:r>
          <w:rPr>
            <w:rFonts w:ascii="Cambria Math" w:eastAsia="ヒラギノ丸ゴ ProN W4" w:hAnsi="Cambria Math" w:cs="Times New Roman"/>
            <w:color w:val="000000" w:themeColor="text1"/>
            <w:kern w:val="0"/>
            <w:sz w:val="21"/>
            <w:szCs w:val="21"/>
            <w14:ligatures w14:val="none"/>
          </w:rPr>
          <m:t>M</m:t>
        </m:r>
      </m:oMath>
      <w:r w:rsidR="002B61D7" w:rsidRPr="00BF0CFF">
        <w:rPr>
          <w:rFonts w:ascii="Times New Roman" w:eastAsia="ヒラギノ丸ゴ ProN W4" w:hAnsi="Times New Roman" w:cs="Times New Roman"/>
          <w:color w:val="000000" w:themeColor="text1"/>
          <w:kern w:val="0"/>
          <w:sz w:val="21"/>
          <w:szCs w:val="21"/>
          <w14:ligatures w14:val="none"/>
        </w:rPr>
        <w:t> [mN·m]. To convert this quantity into shear stress, </w:t>
      </w:r>
      <m:oMath>
        <m:r>
          <w:rPr>
            <w:rFonts w:ascii="Cambria Math" w:eastAsia="ヒラギノ丸ゴ ProN W4" w:hAnsi="Cambria Math" w:cs="Times New Roman"/>
            <w:color w:val="000000" w:themeColor="text1"/>
            <w:kern w:val="0"/>
            <w:sz w:val="21"/>
            <w:szCs w:val="21"/>
            <w14:ligatures w14:val="none"/>
          </w:rPr>
          <m:t>σ</m:t>
        </m:r>
      </m:oMath>
      <w:r w:rsidR="002B61D7" w:rsidRPr="00BF0CFF">
        <w:rPr>
          <w:rFonts w:ascii="Times New Roman" w:eastAsia="ヒラギノ丸ゴ ProN W4" w:hAnsi="Times New Roman" w:cs="Times New Roman"/>
          <w:color w:val="000000" w:themeColor="text1"/>
          <w:kern w:val="0"/>
          <w:sz w:val="21"/>
          <w:szCs w:val="21"/>
          <w14:ligatures w14:val="none"/>
        </w:rPr>
        <w:t> [Pa], a calibration curve was established.</w:t>
      </w:r>
      <w:r w:rsidRPr="00BF0CFF">
        <w:rPr>
          <w:rFonts w:ascii="Times New Roman" w:eastAsia="ヒラギノ丸ゴ ProN W4" w:hAnsi="Times New Roman" w:cs="Times New Roman"/>
          <w:color w:val="000000" w:themeColor="text1"/>
          <w:kern w:val="0"/>
          <w:sz w:val="21"/>
          <w:szCs w:val="21"/>
          <w14:ligatures w14:val="none"/>
        </w:rPr>
        <w:t xml:space="preserve"> </w:t>
      </w:r>
      <w:r w:rsidR="002B61D7" w:rsidRPr="00BF0CFF">
        <w:rPr>
          <w:rFonts w:ascii="Times New Roman" w:eastAsia="ヒラギノ丸ゴ ProN W4" w:hAnsi="Times New Roman" w:cs="Times New Roman"/>
          <w:color w:val="000000" w:themeColor="text1"/>
          <w:kern w:val="0"/>
          <w:sz w:val="21"/>
          <w:szCs w:val="21"/>
          <w14:ligatures w14:val="none"/>
        </w:rPr>
        <w:t>Specifically, 20 mL of silicone oil standards with known viscosities </w:t>
      </w:r>
      <m:oMath>
        <m:r>
          <w:rPr>
            <w:rFonts w:ascii="Cambria Math" w:eastAsia="ヒラギノ丸ゴ ProN W4" w:hAnsi="Cambria Math" w:cs="Times New Roman"/>
            <w:color w:val="000000" w:themeColor="text1"/>
            <w:kern w:val="0"/>
            <w:sz w:val="21"/>
            <w:szCs w:val="21"/>
            <w14:ligatures w14:val="none"/>
          </w:rPr>
          <m:t>η</m:t>
        </m:r>
      </m:oMath>
      <w:r w:rsidR="002B61D7" w:rsidRPr="00BF0CFF">
        <w:rPr>
          <w:rFonts w:ascii="Times New Roman" w:eastAsia="ヒラギノ丸ゴ ProN W4" w:hAnsi="Times New Roman" w:cs="Times New Roman"/>
          <w:color w:val="000000" w:themeColor="text1"/>
          <w:kern w:val="0"/>
          <w:sz w:val="21"/>
          <w:szCs w:val="21"/>
          <w14:ligatures w14:val="none"/>
        </w:rPr>
        <w:t> [Pa·s] were loaded into the crucible and subjected to seven shear rates, </w:t>
      </w:r>
      <m:oMath>
        <m:acc>
          <m:accPr>
            <m:chr m:val="̇"/>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γ</m:t>
            </m:r>
          </m:e>
        </m:acc>
      </m:oMath>
      <w:r w:rsidR="002B61D7" w:rsidRPr="00BF0CFF">
        <w:rPr>
          <w:rFonts w:ascii="Times New Roman" w:eastAsia="ヒラギノ丸ゴ ProN W4" w:hAnsi="Times New Roman" w:cs="Times New Roman"/>
          <w:color w:val="000000" w:themeColor="text1"/>
          <w:kern w:val="0"/>
          <w:sz w:val="21"/>
          <w:szCs w:val="21"/>
          <w14:ligatures w14:val="none"/>
        </w:rPr>
        <w:t xml:space="preserve"> (0.01, 0.05, 0.1, 0.5, 1, 5, and 10 </w:t>
      </w:r>
      <m:oMath>
        <m:sSup>
          <m:sSupPr>
            <m:ctrlPr>
              <w:rPr>
                <w:rFonts w:ascii="Cambria Math" w:eastAsia="ヒラギノ丸ゴ ProN W4" w:hAnsi="Cambria Math" w:cs="Times New Roman"/>
                <w:color w:val="000000" w:themeColor="text1"/>
                <w:kern w:val="0"/>
                <w:sz w:val="21"/>
                <w:szCs w:val="21"/>
                <w14:ligatures w14:val="none"/>
              </w:rPr>
            </m:ctrlPr>
          </m:sSupPr>
          <m:e>
            <m:r>
              <m:rPr>
                <m:sty m:val="p"/>
              </m:rPr>
              <w:rPr>
                <w:rFonts w:ascii="Cambria Math" w:eastAsia="ヒラギノ丸ゴ ProN W4" w:hAnsi="Cambria Math" w:cs="Times New Roman"/>
                <w:color w:val="000000" w:themeColor="text1"/>
                <w:kern w:val="0"/>
                <w:sz w:val="21"/>
                <w:szCs w:val="21"/>
                <w14:ligatures w14:val="none"/>
              </w:rPr>
              <m:t>s</m:t>
            </m:r>
          </m:e>
          <m:sup>
            <m:r>
              <w:rPr>
                <w:rFonts w:ascii="Cambria Math" w:eastAsia="ヒラギノ丸ゴ ProN W4" w:hAnsi="Cambria Math" w:cs="Times New Roman"/>
                <w:color w:val="000000" w:themeColor="text1"/>
                <w:kern w:val="0"/>
                <w:sz w:val="21"/>
                <w:szCs w:val="21"/>
                <w14:ligatures w14:val="none"/>
              </w:rPr>
              <m:t>-1</m:t>
            </m:r>
          </m:sup>
        </m:sSup>
      </m:oMath>
      <w:r w:rsidR="002B61D7" w:rsidRPr="00BF0CFF">
        <w:rPr>
          <w:rFonts w:ascii="Times New Roman" w:eastAsia="ヒラギノ丸ゴ ProN W4" w:hAnsi="Times New Roman" w:cs="Times New Roman"/>
          <w:color w:val="000000" w:themeColor="text1"/>
          <w:kern w:val="0"/>
          <w:sz w:val="21"/>
          <w:szCs w:val="21"/>
          <w14:ligatures w14:val="none"/>
        </w:rPr>
        <w:t>). Under each condition, the torque was measured 20 times. Since the shear stress of a Newtonian fluid is strictly given by</w:t>
      </w:r>
      <w:r w:rsidRPr="00BF0CFF">
        <w:rPr>
          <w:rFonts w:ascii="Times New Roman" w:eastAsia="ヒラギノ丸ゴ ProN W4" w:hAnsi="Times New Roman" w:cs="Times New Roman"/>
          <w:color w:val="000000" w:themeColor="text1"/>
          <w:kern w:val="0"/>
          <w:sz w:val="21"/>
          <w:szCs w:val="21"/>
          <w14:ligatures w14:val="none"/>
        </w:rPr>
        <w:t xml:space="preserve"> </w:t>
      </w:r>
      <m:oMath>
        <m:r>
          <w:rPr>
            <w:rFonts w:ascii="Cambria Math" w:eastAsia="ヒラギノ丸ゴ ProN W4" w:hAnsi="Cambria Math" w:cs="Times New Roman"/>
            <w:color w:val="000000" w:themeColor="text1"/>
            <w:kern w:val="0"/>
            <w:sz w:val="21"/>
            <w:szCs w:val="21"/>
            <w14:ligatures w14:val="none"/>
          </w:rPr>
          <m:t>σ=η</m:t>
        </m:r>
        <m:acc>
          <m:accPr>
            <m:chr m:val="̇"/>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γ</m:t>
            </m:r>
          </m:e>
        </m:acc>
        <m:r>
          <w:rPr>
            <w:rFonts w:ascii="Cambria Math" w:eastAsia="ヒラギノ丸ゴ ProN W4" w:hAnsi="Cambria Math" w:cs="Times New Roman"/>
            <w:color w:val="000000" w:themeColor="text1"/>
            <w:kern w:val="0"/>
            <w:sz w:val="21"/>
            <w:szCs w:val="21"/>
            <w14:ligatures w14:val="none"/>
          </w:rPr>
          <m:t>,</m:t>
        </m:r>
      </m:oMath>
      <w:r w:rsidRPr="00BF0CFF">
        <w:rPr>
          <w:rFonts w:ascii="Times New Roman" w:eastAsia="ヒラギノ丸ゴ ProN W4" w:hAnsi="Times New Roman" w:cs="Times New Roman"/>
          <w:color w:val="000000" w:themeColor="text1"/>
          <w:kern w:val="0"/>
          <w:sz w:val="21"/>
          <w:szCs w:val="21"/>
          <w14:ligatures w14:val="none"/>
        </w:rPr>
        <w:t xml:space="preserve"> </w:t>
      </w:r>
      <w:r w:rsidR="002B61D7" w:rsidRPr="00BF0CFF">
        <w:rPr>
          <w:rFonts w:ascii="Times New Roman" w:eastAsia="ヒラギノ丸ゴ ProN W4" w:hAnsi="Times New Roman" w:cs="Times New Roman"/>
          <w:color w:val="000000" w:themeColor="text1"/>
          <w:kern w:val="0"/>
          <w:sz w:val="21"/>
          <w:szCs w:val="21"/>
          <w14:ligatures w14:val="none"/>
        </w:rPr>
        <w:t>this procedure enabled calibration over a wide stress range.</w:t>
      </w:r>
      <w:r w:rsidRPr="00BF0CFF">
        <w:rPr>
          <w:rFonts w:ascii="Times New Roman" w:eastAsia="ヒラギノ丸ゴ ProN W4" w:hAnsi="Times New Roman" w:cs="Times New Roman"/>
          <w:color w:val="000000" w:themeColor="text1"/>
          <w:kern w:val="0"/>
          <w:sz w:val="21"/>
          <w:szCs w:val="21"/>
          <w14:ligatures w14:val="none"/>
        </w:rPr>
        <w:t xml:space="preserve"> </w:t>
      </w:r>
      <w:r w:rsidR="002B61D7" w:rsidRPr="00BF0CFF">
        <w:rPr>
          <w:rFonts w:ascii="Times New Roman" w:eastAsia="ヒラギノ丸ゴ ProN W4" w:hAnsi="Times New Roman" w:cs="Times New Roman"/>
          <w:color w:val="000000" w:themeColor="text1"/>
          <w:kern w:val="0"/>
          <w:sz w:val="21"/>
          <w:szCs w:val="21"/>
          <w14:ligatures w14:val="none"/>
        </w:rPr>
        <w:t>Although torque and stress are theoretically proportional, an intercept was included in the calibration equation to account for the instrumental detection limit and offset:</w:t>
      </w:r>
    </w:p>
    <w:p w14:paraId="22692D6A" w14:textId="1D429CDB" w:rsidR="002B61D7" w:rsidRPr="00BF0CFF" w:rsidRDefault="002B61D7"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m:oMathPara>
        <m:oMath>
          <m:r>
            <w:rPr>
              <w:rFonts w:ascii="Cambria Math" w:eastAsia="ヒラギノ丸ゴ ProN W4" w:hAnsi="Cambria Math" w:cs="Times New Roman"/>
              <w:color w:val="000000" w:themeColor="text1"/>
              <w:kern w:val="0"/>
              <w:sz w:val="21"/>
              <w:szCs w:val="21"/>
              <w14:ligatures w14:val="none"/>
            </w:rPr>
            <m:t>M=aσ+b,</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3.1</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531CAAC2" w14:textId="77777777" w:rsidR="0077491C" w:rsidRPr="00BF0CFF" w:rsidRDefault="002B61D7"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where </w:t>
      </w:r>
      <m:oMath>
        <m:r>
          <w:rPr>
            <w:rFonts w:ascii="Cambria Math" w:eastAsia="ヒラギノ丸ゴ ProN W4" w:hAnsi="Cambria Math" w:cs="Times New Roman"/>
            <w:color w:val="000000" w:themeColor="text1"/>
            <w:kern w:val="0"/>
            <w:sz w:val="21"/>
            <w:szCs w:val="21"/>
            <w14:ligatures w14:val="none"/>
          </w:rPr>
          <m:t>a</m:t>
        </m:r>
      </m:oMath>
      <w:r w:rsidRPr="00BF0CFF">
        <w:rPr>
          <w:rFonts w:ascii="Times New Roman" w:eastAsia="ヒラギノ丸ゴ ProN W4" w:hAnsi="Times New Roman" w:cs="Times New Roman"/>
          <w:color w:val="000000" w:themeColor="text1"/>
          <w:kern w:val="0"/>
          <w:sz w:val="21"/>
          <w:szCs w:val="21"/>
          <w14:ligatures w14:val="none"/>
        </w:rPr>
        <w:t> and </w:t>
      </w:r>
      <m:oMath>
        <m:r>
          <w:rPr>
            <w:rFonts w:ascii="Cambria Math" w:eastAsia="ヒラギノ丸ゴ ProN W4" w:hAnsi="Cambria Math" w:cs="Times New Roman"/>
            <w:color w:val="000000" w:themeColor="text1"/>
            <w:kern w:val="0"/>
            <w:sz w:val="21"/>
            <w:szCs w:val="21"/>
            <w14:ligatures w14:val="none"/>
          </w:rPr>
          <m:t>b</m:t>
        </m:r>
      </m:oMath>
      <w:r w:rsidRPr="00BF0CFF">
        <w:rPr>
          <w:rFonts w:ascii="Times New Roman" w:eastAsia="ヒラギノ丸ゴ ProN W4" w:hAnsi="Times New Roman" w:cs="Times New Roman"/>
          <w:color w:val="000000" w:themeColor="text1"/>
          <w:kern w:val="0"/>
          <w:sz w:val="21"/>
          <w:szCs w:val="21"/>
          <w14:ligatures w14:val="none"/>
        </w:rPr>
        <w:t> are constants.</w:t>
      </w:r>
      <w:r w:rsidR="0077491C" w:rsidRPr="00BF0CFF">
        <w:rPr>
          <w:rFonts w:ascii="Times New Roman" w:eastAsia="ヒラギノ丸ゴ ProN W4" w:hAnsi="Times New Roman" w:cs="Times New Roman"/>
          <w:color w:val="000000" w:themeColor="text1"/>
          <w:kern w:val="0"/>
          <w:sz w:val="21"/>
          <w:szCs w:val="21"/>
          <w14:ligatures w14:val="none"/>
        </w:rPr>
        <w:t xml:space="preserve"> </w:t>
      </w:r>
    </w:p>
    <w:p w14:paraId="70ED464D" w14:textId="5B8EAFFF" w:rsidR="002B61D7" w:rsidRPr="00BF0CFF" w:rsidRDefault="0077491C"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ab/>
      </w:r>
      <w:r w:rsidR="002B61D7" w:rsidRPr="00BF0CFF">
        <w:rPr>
          <w:rFonts w:ascii="Times New Roman" w:eastAsia="ヒラギノ丸ゴ ProN W4" w:hAnsi="Times New Roman" w:cs="Times New Roman"/>
          <w:b/>
          <w:bCs/>
          <w:color w:val="000000" w:themeColor="text1"/>
          <w:kern w:val="0"/>
          <w:sz w:val="21"/>
          <w:szCs w:val="21"/>
          <w14:ligatures w14:val="none"/>
        </w:rPr>
        <w:t>Fig</w:t>
      </w:r>
      <w:r w:rsidRPr="00BF0CFF">
        <w:rPr>
          <w:rFonts w:ascii="Times New Roman" w:eastAsia="ヒラギノ丸ゴ ProN W4" w:hAnsi="Times New Roman" w:cs="Times New Roman"/>
          <w:b/>
          <w:bCs/>
          <w:color w:val="000000" w:themeColor="text1"/>
          <w:kern w:val="0"/>
          <w:sz w:val="21"/>
          <w:szCs w:val="21"/>
          <w14:ligatures w14:val="none"/>
        </w:rPr>
        <w:t>.</w:t>
      </w:r>
      <w:r w:rsidR="002B61D7" w:rsidRPr="00BF0CFF">
        <w:rPr>
          <w:rFonts w:ascii="Times New Roman" w:eastAsia="ヒラギノ丸ゴ ProN W4" w:hAnsi="Times New Roman" w:cs="Times New Roman"/>
          <w:b/>
          <w:bCs/>
          <w:color w:val="000000" w:themeColor="text1"/>
          <w:kern w:val="0"/>
          <w:sz w:val="21"/>
          <w:szCs w:val="21"/>
          <w14:ligatures w14:val="none"/>
        </w:rPr>
        <w:t xml:space="preserve"> S3</w:t>
      </w:r>
      <w:r w:rsidR="002B61D7" w:rsidRPr="00BF0CFF">
        <w:rPr>
          <w:rFonts w:ascii="Times New Roman" w:eastAsia="ヒラギノ丸ゴ ProN W4" w:hAnsi="Times New Roman" w:cs="Times New Roman"/>
          <w:color w:val="000000" w:themeColor="text1"/>
          <w:kern w:val="0"/>
          <w:sz w:val="21"/>
          <w:szCs w:val="21"/>
          <w14:ligatures w14:val="none"/>
        </w:rPr>
        <w:t xml:space="preserve"> shows the relationship between stress and torque. Because the scatter in torque increased at higher stress levels, a weighted linear regression was performed using the standard deviation obtained from each calibration condition. The stress values were treated as exact, while the standard deviation of torque was calculated from the 20 repeated measurements (</w:t>
      </w:r>
      <m:oMath>
        <m:r>
          <w:rPr>
            <w:rFonts w:ascii="Cambria Math" w:eastAsia="ヒラギノ丸ゴ ProN W4" w:hAnsi="Cambria Math" w:cs="Times New Roman"/>
            <w:color w:val="000000" w:themeColor="text1"/>
            <w:kern w:val="0"/>
            <w:sz w:val="21"/>
            <w:szCs w:val="21"/>
            <w14:ligatures w14:val="none"/>
          </w:rPr>
          <m:t>n=20</m:t>
        </m:r>
      </m:oMath>
      <w:r w:rsidR="002B61D7" w:rsidRPr="00BF0CFF">
        <w:rPr>
          <w:rFonts w:ascii="Times New Roman" w:eastAsia="ヒラギノ丸ゴ ProN W4" w:hAnsi="Times New Roman" w:cs="Times New Roman"/>
          <w:color w:val="000000" w:themeColor="text1"/>
          <w:kern w:val="0"/>
          <w:sz w:val="21"/>
          <w:szCs w:val="21"/>
          <w14:ligatures w14:val="none"/>
        </w:rPr>
        <w:t xml:space="preserve">). </w:t>
      </w:r>
      <w:r w:rsidR="00FC425C" w:rsidRPr="00BF0CFF">
        <w:rPr>
          <w:rFonts w:ascii="Times New Roman" w:eastAsia="ヒラギノ丸ゴ ProN W4" w:hAnsi="Times New Roman" w:cs="Times New Roman"/>
          <w:color w:val="000000" w:themeColor="text1"/>
          <w:kern w:val="0"/>
          <w:sz w:val="21"/>
          <w:szCs w:val="21"/>
          <w14:ligatures w14:val="none"/>
        </w:rPr>
        <w:t>The weighting factors, regression coefficients, and weighted centroids were determined according to the conventional weighted least-squares method</w:t>
      </w:r>
      <w:sdt>
        <w:sdtPr>
          <w:rPr>
            <w:rFonts w:ascii="Times New Roman" w:eastAsia="ヒラギノ丸ゴ ProN W4" w:hAnsi="Times New Roman" w:cs="Times New Roman"/>
            <w:color w:val="000000" w:themeColor="text1"/>
            <w:kern w:val="0"/>
            <w:sz w:val="21"/>
            <w:szCs w:val="21"/>
            <w14:ligatures w14:val="none"/>
          </w:rPr>
          <w:tag w:val="MENDELEY_CITATION_v3_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"/>
          <w:id w:val="-651451847"/>
          <w:placeholder>
            <w:docPart w:val="DefaultPlaceholder_-1854013440"/>
          </w:placeholder>
        </w:sdtPr>
        <w:sdtContent>
          <w:r w:rsidR="00DF27B2" w:rsidRPr="00BF0CFF">
            <w:rPr>
              <w:rFonts w:ascii="Times New Roman" w:eastAsia="ヒラギノ丸ゴ ProN W4" w:hAnsi="Times New Roman" w:cs="Times New Roman"/>
              <w:color w:val="000000" w:themeColor="text1"/>
              <w:kern w:val="0"/>
              <w:sz w:val="21"/>
              <w:szCs w:val="21"/>
              <w14:ligatures w14:val="none"/>
            </w:rPr>
            <w:t>[1]</w:t>
          </w:r>
        </w:sdtContent>
      </w:sdt>
      <w:r w:rsidR="00FC425C" w:rsidRPr="00BF0CFF">
        <w:rPr>
          <w:rFonts w:ascii="Times New Roman" w:eastAsia="ヒラギノ丸ゴ ProN W4" w:hAnsi="Times New Roman" w:cs="Times New Roman"/>
          <w:color w:val="000000" w:themeColor="text1"/>
          <w:kern w:val="0"/>
          <w:sz w:val="21"/>
          <w:szCs w:val="21"/>
          <w14:ligatures w14:val="none"/>
        </w:rPr>
        <w:t>.</w:t>
      </w:r>
      <w:r w:rsidR="002B61D7" w:rsidRPr="00BF0CFF">
        <w:rPr>
          <w:rFonts w:ascii="Times New Roman" w:eastAsia="ヒラギノ丸ゴ ProN W4" w:hAnsi="Times New Roman" w:cs="Times New Roman"/>
          <w:color w:val="000000" w:themeColor="text1"/>
          <w:kern w:val="0"/>
          <w:sz w:val="21"/>
          <w:szCs w:val="21"/>
          <w14:ligatures w14:val="none"/>
        </w:rPr>
        <w:t>The weighting factor </w:t>
      </w:r>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w</m:t>
            </m:r>
          </m:e>
          <m:sub>
            <m:r>
              <w:rPr>
                <w:rFonts w:ascii="Cambria Math" w:eastAsia="ヒラギノ丸ゴ ProN W4" w:hAnsi="Cambria Math" w:cs="Times New Roman"/>
                <w:color w:val="000000" w:themeColor="text1"/>
                <w:kern w:val="0"/>
                <w:sz w:val="21"/>
                <w:szCs w:val="21"/>
                <w14:ligatures w14:val="none"/>
              </w:rPr>
              <m:t>i</m:t>
            </m:r>
          </m:sub>
        </m:sSub>
      </m:oMath>
      <w:r w:rsidR="002B61D7" w:rsidRPr="00BF0CFF">
        <w:rPr>
          <w:rFonts w:ascii="Times New Roman" w:eastAsia="ヒラギノ丸ゴ ProN W4" w:hAnsi="Times New Roman" w:cs="Times New Roman"/>
          <w:color w:val="000000" w:themeColor="text1"/>
          <w:kern w:val="0"/>
          <w:sz w:val="21"/>
          <w:szCs w:val="21"/>
          <w14:ligatures w14:val="none"/>
        </w:rPr>
        <w:t> was defined as</w:t>
      </w:r>
    </w:p>
    <w:p w14:paraId="59AEF494" w14:textId="3C2BA0C7" w:rsidR="002B61D7" w:rsidRPr="00BF0CFF" w:rsidRDefault="00000000"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m:oMathPara>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w</m:t>
              </m:r>
            </m:e>
            <m:sub>
              <m:r>
                <w:rPr>
                  <w:rFonts w:ascii="Cambria Math" w:eastAsia="ヒラギノ丸ゴ ProN W4" w:hAnsi="Cambria Math" w:cs="Times New Roman"/>
                  <w:color w:val="000000" w:themeColor="text1"/>
                  <w:kern w:val="0"/>
                  <w:sz w:val="21"/>
                  <w:szCs w:val="21"/>
                  <w14:ligatures w14:val="none"/>
                </w:rPr>
                <m:t>i</m:t>
              </m:r>
            </m:sub>
          </m:sSub>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sSubSup>
                <m:sSubSupPr>
                  <m:ctrlPr>
                    <w:rPr>
                      <w:rFonts w:ascii="Cambria Math" w:eastAsia="ヒラギノ丸ゴ ProN W4" w:hAnsi="Cambria Math" w:cs="Times New Roman"/>
                      <w:color w:val="000000" w:themeColor="text1"/>
                      <w:kern w:val="0"/>
                      <w:sz w:val="21"/>
                      <w:szCs w:val="21"/>
                      <w14:ligatures w14:val="none"/>
                    </w:rPr>
                  </m:ctrlPr>
                </m:sSubSupPr>
                <m:e>
                  <m:r>
                    <w:rPr>
                      <w:rFonts w:ascii="Cambria Math" w:eastAsia="ヒラギノ丸ゴ ProN W4" w:hAnsi="Cambria Math" w:cs="Times New Roman"/>
                      <w:color w:val="000000" w:themeColor="text1"/>
                      <w:kern w:val="0"/>
                      <w:sz w:val="21"/>
                      <w:szCs w:val="21"/>
                      <w14:ligatures w14:val="none"/>
                    </w:rPr>
                    <m:t>s</m:t>
                  </m:r>
                </m:e>
                <m:sub>
                  <m:r>
                    <w:rPr>
                      <w:rFonts w:ascii="Cambria Math" w:eastAsia="ヒラギノ丸ゴ ProN W4" w:hAnsi="Cambria Math" w:cs="Times New Roman"/>
                      <w:color w:val="000000" w:themeColor="text1"/>
                      <w:kern w:val="0"/>
                      <w:sz w:val="21"/>
                      <w:szCs w:val="21"/>
                      <w14:ligatures w14:val="none"/>
                    </w:rPr>
                    <m:t>i</m:t>
                  </m:r>
                </m:sub>
                <m:sup>
                  <m:r>
                    <w:rPr>
                      <w:rFonts w:ascii="Cambria Math" w:eastAsia="ヒラギノ丸ゴ ProN W4" w:hAnsi="Cambria Math" w:cs="Times New Roman"/>
                      <w:color w:val="000000" w:themeColor="text1"/>
                      <w:kern w:val="0"/>
                      <w:sz w:val="21"/>
                      <w:szCs w:val="21"/>
                      <w14:ligatures w14:val="none"/>
                    </w:rPr>
                    <m:t>-2</m:t>
                  </m:r>
                </m:sup>
              </m:sSubSup>
            </m:num>
            <m:den>
              <m:nary>
                <m:naryPr>
                  <m:chr m:val="∑"/>
                  <m:limLoc m:val="undOvr"/>
                  <m:grow m:val="1"/>
                  <m:supHide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i</m:t>
                  </m:r>
                </m:sub>
                <m:sup/>
                <m:e>
                  <m:sSubSup>
                    <m:sSubSupPr>
                      <m:ctrlPr>
                        <w:rPr>
                          <w:rFonts w:ascii="Cambria Math" w:eastAsia="ヒラギノ丸ゴ ProN W4" w:hAnsi="Cambria Math" w:cs="Times New Roman"/>
                          <w:color w:val="000000" w:themeColor="text1"/>
                          <w:kern w:val="0"/>
                          <w:sz w:val="21"/>
                          <w:szCs w:val="21"/>
                          <w14:ligatures w14:val="none"/>
                        </w:rPr>
                      </m:ctrlPr>
                    </m:sSubSupPr>
                    <m:e>
                      <m:r>
                        <w:rPr>
                          <w:rFonts w:ascii="Cambria Math" w:eastAsia="ヒラギノ丸ゴ ProN W4" w:hAnsi="Cambria Math" w:cs="Times New Roman"/>
                          <w:color w:val="000000" w:themeColor="text1"/>
                          <w:kern w:val="0"/>
                          <w:sz w:val="21"/>
                          <w:szCs w:val="21"/>
                          <w14:ligatures w14:val="none"/>
                        </w:rPr>
                        <m:t>s</m:t>
                      </m:r>
                    </m:e>
                    <m:sub>
                      <m:r>
                        <w:rPr>
                          <w:rFonts w:ascii="Cambria Math" w:eastAsia="ヒラギノ丸ゴ ProN W4" w:hAnsi="Cambria Math" w:cs="Times New Roman"/>
                          <w:color w:val="000000" w:themeColor="text1"/>
                          <w:kern w:val="0"/>
                          <w:sz w:val="21"/>
                          <w:szCs w:val="21"/>
                          <w14:ligatures w14:val="none"/>
                        </w:rPr>
                        <m:t>i</m:t>
                      </m:r>
                    </m:sub>
                    <m:sup>
                      <m:r>
                        <w:rPr>
                          <w:rFonts w:ascii="Cambria Math" w:eastAsia="ヒラギノ丸ゴ ProN W4" w:hAnsi="Cambria Math" w:cs="Times New Roman"/>
                          <w:color w:val="000000" w:themeColor="text1"/>
                          <w:kern w:val="0"/>
                          <w:sz w:val="21"/>
                          <w:szCs w:val="21"/>
                          <w14:ligatures w14:val="none"/>
                        </w:rPr>
                        <m:t>-2</m:t>
                      </m:r>
                    </m:sup>
                  </m:sSubSup>
                </m:e>
              </m:nary>
              <m:r>
                <w:rPr>
                  <w:rFonts w:ascii="Cambria Math" w:eastAsia="ヒラギノ丸ゴ ProN W4" w:hAnsi="Cambria Math" w:cs="Times New Roman"/>
                  <w:color w:val="000000" w:themeColor="text1"/>
                  <w:kern w:val="0"/>
                  <w:sz w:val="21"/>
                  <w:szCs w:val="21"/>
                  <w14:ligatures w14:val="none"/>
                </w:rPr>
                <m:t>/n</m:t>
              </m:r>
            </m:den>
          </m:f>
          <m:r>
            <w:rPr>
              <w:rFonts w:ascii="Cambria Math" w:eastAsia="ヒラギノ丸ゴ ProN W4" w:hAnsi="Cambria Math" w:cs="Times New Roman"/>
              <w:color w:val="000000" w:themeColor="text1"/>
              <w:kern w:val="0"/>
              <w:sz w:val="21"/>
              <w:szCs w:val="21"/>
              <w14:ligatures w14:val="none"/>
            </w:rPr>
            <m:t>.</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3.2</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27E9AE4E" w14:textId="76957AE5" w:rsidR="002B61D7" w:rsidRPr="00BF0CFF" w:rsidRDefault="002B61D7"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Using these weights, the weighted slope </w:t>
      </w:r>
      <m:oMath>
        <m:r>
          <w:rPr>
            <w:rFonts w:ascii="Cambria Math" w:eastAsia="ヒラギノ丸ゴ ProN W4" w:hAnsi="Cambria Math" w:cs="Times New Roman"/>
            <w:color w:val="000000" w:themeColor="text1"/>
            <w:kern w:val="0"/>
            <w:sz w:val="21"/>
            <w:szCs w:val="21"/>
            <w14:ligatures w14:val="none"/>
          </w:rPr>
          <m:t>a</m:t>
        </m:r>
      </m:oMath>
      <w:r w:rsidRPr="00BF0CFF">
        <w:rPr>
          <w:rFonts w:ascii="Times New Roman" w:eastAsia="ヒラギノ丸ゴ ProN W4" w:hAnsi="Times New Roman" w:cs="Times New Roman"/>
          <w:color w:val="000000" w:themeColor="text1"/>
          <w:kern w:val="0"/>
          <w:sz w:val="21"/>
          <w:szCs w:val="21"/>
          <w14:ligatures w14:val="none"/>
        </w:rPr>
        <w:t> and intercept </w:t>
      </w:r>
      <m:oMath>
        <m:r>
          <w:rPr>
            <w:rFonts w:ascii="Cambria Math" w:eastAsia="ヒラギノ丸ゴ ProN W4" w:hAnsi="Cambria Math" w:cs="Times New Roman"/>
            <w:color w:val="000000" w:themeColor="text1"/>
            <w:kern w:val="0"/>
            <w:sz w:val="21"/>
            <w:szCs w:val="21"/>
            <w14:ligatures w14:val="none"/>
          </w:rPr>
          <m:t>b</m:t>
        </m:r>
      </m:oMath>
      <w:r w:rsidRPr="00BF0CFF">
        <w:rPr>
          <w:rFonts w:ascii="Times New Roman" w:eastAsia="ヒラギノ丸ゴ ProN W4" w:hAnsi="Times New Roman" w:cs="Times New Roman"/>
          <w:color w:val="000000" w:themeColor="text1"/>
          <w:kern w:val="0"/>
          <w:sz w:val="21"/>
          <w:szCs w:val="21"/>
          <w14:ligatures w14:val="none"/>
        </w:rPr>
        <w:t> were determined as</w:t>
      </w:r>
    </w:p>
    <w:p w14:paraId="6D22227D" w14:textId="4E5861A4" w:rsidR="008B314F" w:rsidRPr="00BF0CFF" w:rsidRDefault="002B61D7"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m:oMathPara>
        <m:oMath>
          <m:r>
            <w:rPr>
              <w:rFonts w:ascii="Cambria Math" w:eastAsia="ヒラギノ丸ゴ ProN W4" w:hAnsi="Cambria Math" w:cs="Times New Roman"/>
              <w:color w:val="000000" w:themeColor="text1"/>
              <w:kern w:val="0"/>
              <w:sz w:val="21"/>
              <w:szCs w:val="21"/>
              <w14:ligatures w14:val="none"/>
            </w:rPr>
            <m:t>a=</m:t>
          </m:r>
          <m:f>
            <m:fPr>
              <m:ctrlPr>
                <w:rPr>
                  <w:rFonts w:ascii="Cambria Math" w:eastAsia="ヒラギノ丸ゴ ProN W4" w:hAnsi="Cambria Math" w:cs="Times New Roman"/>
                  <w:color w:val="000000" w:themeColor="text1"/>
                  <w:kern w:val="0"/>
                  <w:sz w:val="21"/>
                  <w:szCs w:val="21"/>
                  <w14:ligatures w14:val="none"/>
                </w:rPr>
              </m:ctrlPr>
            </m:fPr>
            <m:num>
              <m:nary>
                <m:naryPr>
                  <m:chr m:val="∑"/>
                  <m:grow m:val="1"/>
                  <m:subHide m:val="1"/>
                  <m:supHide m:val="1"/>
                  <m:ctrlPr>
                    <w:rPr>
                      <w:rFonts w:ascii="Cambria Math" w:eastAsia="ヒラギノ丸ゴ ProN W4" w:hAnsi="Cambria Math" w:cs="Times New Roman"/>
                      <w:color w:val="000000" w:themeColor="text1"/>
                      <w:kern w:val="0"/>
                      <w:sz w:val="21"/>
                      <w:szCs w:val="21"/>
                      <w14:ligatures w14:val="none"/>
                    </w:rPr>
                  </m:ctrlPr>
                </m:naryPr>
                <m:sub/>
                <m:sup/>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w</m:t>
                      </m:r>
                    </m:e>
                    <m:sub>
                      <m:r>
                        <w:rPr>
                          <w:rFonts w:ascii="Cambria Math" w:eastAsia="ヒラギノ丸ゴ ProN W4" w:hAnsi="Cambria Math" w:cs="Times New Roman"/>
                          <w:color w:val="000000" w:themeColor="text1"/>
                          <w:kern w:val="0"/>
                          <w:sz w:val="21"/>
                          <w:szCs w:val="21"/>
                          <w14:ligatures w14:val="none"/>
                        </w:rPr>
                        <m:t>i</m:t>
                      </m:r>
                    </m:sub>
                  </m:sSub>
                </m:e>
              </m:nary>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σ</m:t>
                  </m:r>
                </m:e>
                <m:sub>
                  <m:r>
                    <w:rPr>
                      <w:rFonts w:ascii="Cambria Math" w:eastAsia="ヒラギノ丸ゴ ProN W4" w:hAnsi="Cambria Math" w:cs="Times New Roman"/>
                      <w:color w:val="000000" w:themeColor="text1"/>
                      <w:kern w:val="0"/>
                      <w:sz w:val="21"/>
                      <w:szCs w:val="21"/>
                      <w14:ligatures w14:val="none"/>
                    </w:rPr>
                    <m:t>i</m:t>
                  </m:r>
                </m:sub>
              </m:sSub>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M</m:t>
                  </m:r>
                </m:e>
                <m:sub>
                  <m:r>
                    <w:rPr>
                      <w:rFonts w:ascii="Cambria Math" w:eastAsia="ヒラギノ丸ゴ ProN W4" w:hAnsi="Cambria Math" w:cs="Times New Roman"/>
                      <w:color w:val="000000" w:themeColor="text1"/>
                      <w:kern w:val="0"/>
                      <w:sz w:val="21"/>
                      <w:szCs w:val="21"/>
                      <w14:ligatures w14:val="none"/>
                    </w:rPr>
                    <m:t>i</m:t>
                  </m:r>
                </m:sub>
              </m:sSub>
              <m:r>
                <w:rPr>
                  <w:rFonts w:ascii="Cambria Math" w:eastAsia="ヒラギノ丸ゴ ProN W4" w:hAnsi="Cambria Math" w:cs="Times New Roman"/>
                  <w:color w:val="000000" w:themeColor="text1"/>
                  <w:kern w:val="0"/>
                  <w:sz w:val="21"/>
                  <w:szCs w:val="21"/>
                  <w14:ligatures w14:val="none"/>
                </w:rPr>
                <m:t>-n</m:t>
              </m:r>
              <m:sSub>
                <m:sSubPr>
                  <m:ctrlPr>
                    <w:rPr>
                      <w:rFonts w:ascii="Cambria Math" w:eastAsia="ヒラギノ丸ゴ ProN W4" w:hAnsi="Cambria Math" w:cs="Times New Roman"/>
                      <w:color w:val="000000" w:themeColor="text1"/>
                      <w:kern w:val="0"/>
                      <w:sz w:val="21"/>
                      <w:szCs w:val="21"/>
                      <w14:ligatures w14:val="none"/>
                    </w:rPr>
                  </m:ctrlPr>
                </m:sSub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σ</m:t>
                      </m:r>
                    </m:e>
                  </m:acc>
                </m:e>
                <m:sub>
                  <m:r>
                    <w:rPr>
                      <w:rFonts w:ascii="Cambria Math" w:eastAsia="ヒラギノ丸ゴ ProN W4" w:hAnsi="Cambria Math" w:cs="Times New Roman"/>
                      <w:color w:val="000000" w:themeColor="text1"/>
                      <w:kern w:val="0"/>
                      <w:sz w:val="21"/>
                      <w:szCs w:val="21"/>
                      <w14:ligatures w14:val="none"/>
                    </w:rPr>
                    <m:t>w</m:t>
                  </m:r>
                </m:sub>
              </m:sSub>
              <m:sSub>
                <m:sSubPr>
                  <m:ctrlPr>
                    <w:rPr>
                      <w:rFonts w:ascii="Cambria Math" w:eastAsia="ヒラギノ丸ゴ ProN W4" w:hAnsi="Cambria Math" w:cs="Times New Roman"/>
                      <w:color w:val="000000" w:themeColor="text1"/>
                      <w:kern w:val="0"/>
                      <w:sz w:val="21"/>
                      <w:szCs w:val="21"/>
                      <w14:ligatures w14:val="none"/>
                    </w:rPr>
                  </m:ctrlPr>
                </m:sSub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M</m:t>
                      </m:r>
                    </m:e>
                  </m:acc>
                </m:e>
                <m:sub>
                  <m:r>
                    <w:rPr>
                      <w:rFonts w:ascii="Cambria Math" w:eastAsia="ヒラギノ丸ゴ ProN W4" w:hAnsi="Cambria Math" w:cs="Times New Roman"/>
                      <w:color w:val="000000" w:themeColor="text1"/>
                      <w:kern w:val="0"/>
                      <w:sz w:val="21"/>
                      <w:szCs w:val="21"/>
                      <w14:ligatures w14:val="none"/>
                    </w:rPr>
                    <m:t>w</m:t>
                  </m:r>
                </m:sub>
              </m:sSub>
            </m:num>
            <m:den>
              <m:nary>
                <m:naryPr>
                  <m:chr m:val="∑"/>
                  <m:grow m:val="1"/>
                  <m:subHide m:val="1"/>
                  <m:supHide m:val="1"/>
                  <m:ctrlPr>
                    <w:rPr>
                      <w:rFonts w:ascii="Cambria Math" w:eastAsia="ヒラギノ丸ゴ ProN W4" w:hAnsi="Cambria Math" w:cs="Times New Roman"/>
                      <w:color w:val="000000" w:themeColor="text1"/>
                      <w:kern w:val="0"/>
                      <w:sz w:val="21"/>
                      <w:szCs w:val="21"/>
                      <w14:ligatures w14:val="none"/>
                    </w:rPr>
                  </m:ctrlPr>
                </m:naryPr>
                <m:sub/>
                <m:sup/>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w</m:t>
                      </m:r>
                    </m:e>
                    <m:sub>
                      <m:r>
                        <w:rPr>
                          <w:rFonts w:ascii="Cambria Math" w:eastAsia="ヒラギノ丸ゴ ProN W4" w:hAnsi="Cambria Math" w:cs="Times New Roman"/>
                          <w:color w:val="000000" w:themeColor="text1"/>
                          <w:kern w:val="0"/>
                          <w:sz w:val="21"/>
                          <w:szCs w:val="21"/>
                          <w14:ligatures w14:val="none"/>
                        </w:rPr>
                        <m:t>i</m:t>
                      </m:r>
                    </m:sub>
                  </m:sSub>
                </m:e>
              </m:nary>
              <m:sSubSup>
                <m:sSubSupPr>
                  <m:ctrlPr>
                    <w:rPr>
                      <w:rFonts w:ascii="Cambria Math" w:eastAsia="ヒラギノ丸ゴ ProN W4" w:hAnsi="Cambria Math" w:cs="Times New Roman"/>
                      <w:color w:val="000000" w:themeColor="text1"/>
                      <w:kern w:val="0"/>
                      <w:sz w:val="21"/>
                      <w:szCs w:val="21"/>
                      <w14:ligatures w14:val="none"/>
                    </w:rPr>
                  </m:ctrlPr>
                </m:sSubSupPr>
                <m:e>
                  <m:r>
                    <w:rPr>
                      <w:rFonts w:ascii="Cambria Math" w:eastAsia="ヒラギノ丸ゴ ProN W4" w:hAnsi="Cambria Math" w:cs="Times New Roman"/>
                      <w:color w:val="000000" w:themeColor="text1"/>
                      <w:kern w:val="0"/>
                      <w:sz w:val="21"/>
                      <w:szCs w:val="21"/>
                      <w14:ligatures w14:val="none"/>
                    </w:rPr>
                    <m:t>σ</m:t>
                  </m:r>
                </m:e>
                <m:sub>
                  <m:r>
                    <w:rPr>
                      <w:rFonts w:ascii="Cambria Math" w:eastAsia="ヒラギノ丸ゴ ProN W4" w:hAnsi="Cambria Math" w:cs="Times New Roman"/>
                      <w:color w:val="000000" w:themeColor="text1"/>
                      <w:kern w:val="0"/>
                      <w:sz w:val="21"/>
                      <w:szCs w:val="21"/>
                      <w14:ligatures w14:val="none"/>
                    </w:rPr>
                    <m:t>i</m:t>
                  </m:r>
                </m:sub>
                <m:sup>
                  <m:r>
                    <w:rPr>
                      <w:rFonts w:ascii="Cambria Math" w:eastAsia="ヒラギノ丸ゴ ProN W4" w:hAnsi="Cambria Math" w:cs="Times New Roman"/>
                      <w:color w:val="000000" w:themeColor="text1"/>
                      <w:kern w:val="0"/>
                      <w:sz w:val="21"/>
                      <w:szCs w:val="21"/>
                      <w14:ligatures w14:val="none"/>
                    </w:rPr>
                    <m:t>2</m:t>
                  </m:r>
                </m:sup>
              </m:sSubSup>
              <m:r>
                <w:rPr>
                  <w:rFonts w:ascii="Cambria Math" w:eastAsia="ヒラギノ丸ゴ ProN W4" w:hAnsi="Cambria Math" w:cs="Times New Roman"/>
                  <w:color w:val="000000" w:themeColor="text1"/>
                  <w:kern w:val="0"/>
                  <w:sz w:val="21"/>
                  <w:szCs w:val="21"/>
                  <w14:ligatures w14:val="none"/>
                </w:rPr>
                <m:t>-n</m:t>
              </m:r>
              <m:sSubSup>
                <m:sSubSupPr>
                  <m:ctrlPr>
                    <w:rPr>
                      <w:rFonts w:ascii="Cambria Math" w:eastAsia="ヒラギノ丸ゴ ProN W4" w:hAnsi="Cambria Math" w:cs="Times New Roman"/>
                      <w:color w:val="000000" w:themeColor="text1"/>
                      <w:kern w:val="0"/>
                      <w:sz w:val="21"/>
                      <w:szCs w:val="21"/>
                      <w14:ligatures w14:val="none"/>
                    </w:rPr>
                  </m:ctrlPr>
                </m:sSubSup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σ</m:t>
                      </m:r>
                    </m:e>
                  </m:acc>
                </m:e>
                <m:sub>
                  <m:r>
                    <w:rPr>
                      <w:rFonts w:ascii="Cambria Math" w:eastAsia="ヒラギノ丸ゴ ProN W4" w:hAnsi="Cambria Math" w:cs="Times New Roman"/>
                      <w:color w:val="000000" w:themeColor="text1"/>
                      <w:kern w:val="0"/>
                      <w:sz w:val="21"/>
                      <w:szCs w:val="21"/>
                      <w14:ligatures w14:val="none"/>
                    </w:rPr>
                    <m:t>w</m:t>
                  </m:r>
                </m:sub>
                <m:sup>
                  <m:r>
                    <w:rPr>
                      <w:rFonts w:ascii="Cambria Math" w:eastAsia="ヒラギノ丸ゴ ProN W4" w:hAnsi="Cambria Math" w:cs="Times New Roman"/>
                      <w:color w:val="000000" w:themeColor="text1"/>
                      <w:kern w:val="0"/>
                      <w:sz w:val="21"/>
                      <w:szCs w:val="21"/>
                      <w14:ligatures w14:val="none"/>
                    </w:rPr>
                    <m:t>2</m:t>
                  </m:r>
                </m:sup>
              </m:sSubSup>
            </m:den>
          </m:f>
          <m:r>
            <w:rPr>
              <w:rFonts w:ascii="Cambria Math" w:eastAsia="ヒラギノ丸ゴ ProN W4" w:hAnsi="Cambria Math" w:cs="Times New Roman"/>
              <w:color w:val="000000" w:themeColor="text1"/>
              <w:kern w:val="0"/>
              <w:sz w:val="21"/>
              <w:szCs w:val="21"/>
              <w14:ligatures w14:val="none"/>
            </w:rPr>
            <m:t>,</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3.3</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4AD0A653" w14:textId="516D5B86" w:rsidR="002B61D7" w:rsidRPr="00BF0CFF" w:rsidRDefault="002B61D7"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m:oMathPara>
        <m:oMath>
          <m:r>
            <w:rPr>
              <w:rFonts w:ascii="Cambria Math" w:eastAsia="ヒラギノ丸ゴ ProN W4" w:hAnsi="Cambria Math" w:cs="Times New Roman"/>
              <w:color w:val="000000" w:themeColor="text1"/>
              <w:kern w:val="0"/>
              <w:sz w:val="21"/>
              <w:szCs w:val="21"/>
              <w14:ligatures w14:val="none"/>
            </w:rPr>
            <m:t>b=</m:t>
          </m:r>
          <m:sSub>
            <m:sSubPr>
              <m:ctrlPr>
                <w:rPr>
                  <w:rFonts w:ascii="Cambria Math" w:eastAsia="ヒラギノ丸ゴ ProN W4" w:hAnsi="Cambria Math" w:cs="Times New Roman"/>
                  <w:color w:val="000000" w:themeColor="text1"/>
                  <w:kern w:val="0"/>
                  <w:sz w:val="21"/>
                  <w:szCs w:val="21"/>
                  <w14:ligatures w14:val="none"/>
                </w:rPr>
              </m:ctrlPr>
            </m:sSub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M</m:t>
                  </m:r>
                </m:e>
              </m:acc>
            </m:e>
            <m:sub>
              <m:r>
                <w:rPr>
                  <w:rFonts w:ascii="Cambria Math" w:eastAsia="ヒラギノ丸ゴ ProN W4" w:hAnsi="Cambria Math" w:cs="Times New Roman"/>
                  <w:color w:val="000000" w:themeColor="text1"/>
                  <w:kern w:val="0"/>
                  <w:sz w:val="21"/>
                  <w:szCs w:val="21"/>
                  <w14:ligatures w14:val="none"/>
                </w:rPr>
                <m:t>w</m:t>
              </m:r>
            </m:sub>
          </m:sSub>
          <m:r>
            <w:rPr>
              <w:rFonts w:ascii="Cambria Math" w:eastAsia="ヒラギノ丸ゴ ProN W4" w:hAnsi="Cambria Math" w:cs="Times New Roman"/>
              <w:color w:val="000000" w:themeColor="text1"/>
              <w:kern w:val="0"/>
              <w:sz w:val="21"/>
              <w:szCs w:val="21"/>
              <w14:ligatures w14:val="none"/>
            </w:rPr>
            <m:t>-a</m:t>
          </m:r>
          <m:sSub>
            <m:sSubPr>
              <m:ctrlPr>
                <w:rPr>
                  <w:rFonts w:ascii="Cambria Math" w:eastAsia="ヒラギノ丸ゴ ProN W4" w:hAnsi="Cambria Math" w:cs="Times New Roman"/>
                  <w:color w:val="000000" w:themeColor="text1"/>
                  <w:kern w:val="0"/>
                  <w:sz w:val="21"/>
                  <w:szCs w:val="21"/>
                  <w14:ligatures w14:val="none"/>
                </w:rPr>
              </m:ctrlPr>
            </m:sSub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σ</m:t>
                  </m:r>
                </m:e>
              </m:acc>
            </m:e>
            <m:sub>
              <m:r>
                <w:rPr>
                  <w:rFonts w:ascii="Cambria Math" w:eastAsia="ヒラギノ丸ゴ ProN W4" w:hAnsi="Cambria Math" w:cs="Times New Roman"/>
                  <w:color w:val="000000" w:themeColor="text1"/>
                  <w:kern w:val="0"/>
                  <w:sz w:val="21"/>
                  <w:szCs w:val="21"/>
                  <w14:ligatures w14:val="none"/>
                </w:rPr>
                <m:t>w</m:t>
              </m:r>
            </m:sub>
          </m:sSub>
          <m:r>
            <w:rPr>
              <w:rFonts w:ascii="Cambria Math" w:eastAsia="ヒラギノ丸ゴ ProN W4" w:hAnsi="Cambria Math" w:cs="Times New Roman"/>
              <w:color w:val="000000" w:themeColor="text1"/>
              <w:kern w:val="0"/>
              <w:sz w:val="21"/>
              <w:szCs w:val="21"/>
              <w14:ligatures w14:val="none"/>
            </w:rPr>
            <m:t>,</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3.4</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41899CA3" w14:textId="064EDFA5" w:rsidR="002B61D7" w:rsidRPr="00BF0CFF" w:rsidRDefault="002B61D7"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where </w:t>
      </w:r>
      <m:oMath>
        <m:sSub>
          <m:sSubPr>
            <m:ctrlPr>
              <w:rPr>
                <w:rFonts w:ascii="Cambria Math" w:eastAsia="ヒラギノ丸ゴ ProN W4" w:hAnsi="Cambria Math" w:cs="Times New Roman"/>
                <w:color w:val="000000" w:themeColor="text1"/>
                <w:kern w:val="0"/>
                <w:sz w:val="21"/>
                <w:szCs w:val="21"/>
                <w14:ligatures w14:val="none"/>
              </w:rPr>
            </m:ctrlPr>
          </m:sSub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σ</m:t>
                </m:r>
              </m:e>
            </m:acc>
          </m:e>
          <m:sub>
            <m:r>
              <w:rPr>
                <w:rFonts w:ascii="Cambria Math" w:eastAsia="ヒラギノ丸ゴ ProN W4" w:hAnsi="Cambria Math" w:cs="Times New Roman"/>
                <w:color w:val="000000" w:themeColor="text1"/>
                <w:kern w:val="0"/>
                <w:sz w:val="21"/>
                <w:szCs w:val="21"/>
                <w14:ligatures w14:val="none"/>
              </w:rPr>
              <m:t>w</m:t>
            </m:r>
          </m:sub>
        </m:sSub>
      </m:oMath>
      <w:r w:rsidRPr="00BF0CFF">
        <w:rPr>
          <w:rFonts w:ascii="Times New Roman" w:eastAsia="ヒラギノ丸ゴ ProN W4" w:hAnsi="Times New Roman" w:cs="Times New Roman"/>
          <w:color w:val="000000" w:themeColor="text1"/>
          <w:kern w:val="0"/>
          <w:sz w:val="21"/>
          <w:szCs w:val="21"/>
          <w14:ligatures w14:val="none"/>
        </w:rPr>
        <w:t> and </w:t>
      </w:r>
      <m:oMath>
        <m:sSub>
          <m:sSubPr>
            <m:ctrlPr>
              <w:rPr>
                <w:rFonts w:ascii="Cambria Math" w:eastAsia="ヒラギノ丸ゴ ProN W4" w:hAnsi="Cambria Math" w:cs="Times New Roman"/>
                <w:color w:val="000000" w:themeColor="text1"/>
                <w:kern w:val="0"/>
                <w:sz w:val="21"/>
                <w:szCs w:val="21"/>
                <w14:ligatures w14:val="none"/>
              </w:rPr>
            </m:ctrlPr>
          </m:sSub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M</m:t>
                </m:r>
              </m:e>
            </m:acc>
          </m:e>
          <m:sub>
            <m:r>
              <w:rPr>
                <w:rFonts w:ascii="Cambria Math" w:eastAsia="ヒラギノ丸ゴ ProN W4" w:hAnsi="Cambria Math" w:cs="Times New Roman"/>
                <w:color w:val="000000" w:themeColor="text1"/>
                <w:kern w:val="0"/>
                <w:sz w:val="21"/>
                <w:szCs w:val="21"/>
                <w14:ligatures w14:val="none"/>
              </w:rPr>
              <m:t>w</m:t>
            </m:r>
          </m:sub>
        </m:sSub>
      </m:oMath>
      <w:r w:rsidRPr="00BF0CFF">
        <w:rPr>
          <w:rFonts w:ascii="Times New Roman" w:eastAsia="ヒラギノ丸ゴ ProN W4" w:hAnsi="Times New Roman" w:cs="Times New Roman"/>
          <w:color w:val="000000" w:themeColor="text1"/>
          <w:kern w:val="0"/>
          <w:sz w:val="21"/>
          <w:szCs w:val="21"/>
          <w14:ligatures w14:val="none"/>
        </w:rPr>
        <w:t> are the weighted centroids defined by</w:t>
      </w:r>
    </w:p>
    <w:p w14:paraId="71A9A3BE" w14:textId="0BE1F650" w:rsidR="008B314F" w:rsidRPr="00BF0CFF" w:rsidRDefault="00000000"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m:oMathPara>
        <m:oMath>
          <m:sSub>
            <m:sSubPr>
              <m:ctrlPr>
                <w:rPr>
                  <w:rFonts w:ascii="Cambria Math" w:eastAsia="ヒラギノ丸ゴ ProN W4" w:hAnsi="Cambria Math" w:cs="Times New Roman"/>
                  <w:color w:val="000000" w:themeColor="text1"/>
                  <w:kern w:val="0"/>
                  <w:sz w:val="21"/>
                  <w:szCs w:val="21"/>
                  <w14:ligatures w14:val="none"/>
                </w:rPr>
              </m:ctrlPr>
            </m:sSub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σ</m:t>
                  </m:r>
                </m:e>
              </m:acc>
            </m:e>
            <m:sub>
              <m:r>
                <w:rPr>
                  <w:rFonts w:ascii="Cambria Math" w:eastAsia="ヒラギノ丸ゴ ProN W4" w:hAnsi="Cambria Math" w:cs="Times New Roman"/>
                  <w:color w:val="000000" w:themeColor="text1"/>
                  <w:kern w:val="0"/>
                  <w:sz w:val="21"/>
                  <w:szCs w:val="21"/>
                  <w14:ligatures w14:val="none"/>
                </w:rPr>
                <m:t>w</m:t>
              </m:r>
            </m:sub>
          </m:sSub>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nary>
                <m:naryPr>
                  <m:chr m:val="∑"/>
                  <m:grow m:val="1"/>
                  <m:subHide m:val="1"/>
                  <m:supHide m:val="1"/>
                  <m:ctrlPr>
                    <w:rPr>
                      <w:rFonts w:ascii="Cambria Math" w:eastAsia="ヒラギノ丸ゴ ProN W4" w:hAnsi="Cambria Math" w:cs="Times New Roman"/>
                      <w:color w:val="000000" w:themeColor="text1"/>
                      <w:kern w:val="0"/>
                      <w:sz w:val="21"/>
                      <w:szCs w:val="21"/>
                      <w14:ligatures w14:val="none"/>
                    </w:rPr>
                  </m:ctrlPr>
                </m:naryPr>
                <m:sub/>
                <m:sup/>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w</m:t>
                      </m:r>
                    </m:e>
                    <m:sub>
                      <m:r>
                        <w:rPr>
                          <w:rFonts w:ascii="Cambria Math" w:eastAsia="ヒラギノ丸ゴ ProN W4" w:hAnsi="Cambria Math" w:cs="Times New Roman"/>
                          <w:color w:val="000000" w:themeColor="text1"/>
                          <w:kern w:val="0"/>
                          <w:sz w:val="21"/>
                          <w:szCs w:val="21"/>
                          <w14:ligatures w14:val="none"/>
                        </w:rPr>
                        <m:t>i</m:t>
                      </m:r>
                    </m:sub>
                  </m:sSub>
                </m:e>
              </m:nary>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σ</m:t>
                  </m:r>
                </m:e>
                <m:sub>
                  <m:r>
                    <w:rPr>
                      <w:rFonts w:ascii="Cambria Math" w:eastAsia="ヒラギノ丸ゴ ProN W4" w:hAnsi="Cambria Math" w:cs="Times New Roman"/>
                      <w:color w:val="000000" w:themeColor="text1"/>
                      <w:kern w:val="0"/>
                      <w:sz w:val="21"/>
                      <w:szCs w:val="21"/>
                      <w14:ligatures w14:val="none"/>
                    </w:rPr>
                    <m:t>i</m:t>
                  </m:r>
                </m:sub>
              </m:sSub>
            </m:num>
            <m:den>
              <m:r>
                <w:rPr>
                  <w:rFonts w:ascii="Cambria Math" w:eastAsia="ヒラギノ丸ゴ ProN W4" w:hAnsi="Cambria Math" w:cs="Times New Roman"/>
                  <w:color w:val="000000" w:themeColor="text1"/>
                  <w:kern w:val="0"/>
                  <w:sz w:val="21"/>
                  <w:szCs w:val="21"/>
                  <w14:ligatures w14:val="none"/>
                </w:rPr>
                <m:t>n</m:t>
              </m:r>
            </m:den>
          </m:f>
          <m:r>
            <w:rPr>
              <w:rFonts w:ascii="Cambria Math" w:eastAsia="ヒラギノ丸ゴ ProN W4" w:hAnsi="Cambria Math" w:cs="Times New Roman"/>
              <w:color w:val="000000" w:themeColor="text1"/>
              <w:kern w:val="0"/>
              <w:sz w:val="21"/>
              <w:szCs w:val="21"/>
              <w14:ligatures w14:val="none"/>
            </w:rPr>
            <m:t>,</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3.5</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574AF4ED" w14:textId="3962107C" w:rsidR="002B61D7" w:rsidRPr="00BF0CFF" w:rsidRDefault="00000000"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m:oMathPara>
        <m:oMath>
          <m:sSub>
            <m:sSubPr>
              <m:ctrlPr>
                <w:rPr>
                  <w:rFonts w:ascii="Cambria Math" w:eastAsia="ヒラギノ丸ゴ ProN W4" w:hAnsi="Cambria Math" w:cs="Times New Roman"/>
                  <w:color w:val="000000" w:themeColor="text1"/>
                  <w:kern w:val="0"/>
                  <w:sz w:val="21"/>
                  <w:szCs w:val="21"/>
                  <w14:ligatures w14:val="none"/>
                </w:rPr>
              </m:ctrlPr>
            </m:sSub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M</m:t>
                  </m:r>
                </m:e>
              </m:acc>
            </m:e>
            <m:sub>
              <m:r>
                <w:rPr>
                  <w:rFonts w:ascii="Cambria Math" w:eastAsia="ヒラギノ丸ゴ ProN W4" w:hAnsi="Cambria Math" w:cs="Times New Roman"/>
                  <w:color w:val="000000" w:themeColor="text1"/>
                  <w:kern w:val="0"/>
                  <w:sz w:val="21"/>
                  <w:szCs w:val="21"/>
                  <w14:ligatures w14:val="none"/>
                </w:rPr>
                <m:t>w</m:t>
              </m:r>
            </m:sub>
          </m:sSub>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nary>
                <m:naryPr>
                  <m:chr m:val="∑"/>
                  <m:grow m:val="1"/>
                  <m:subHide m:val="1"/>
                  <m:supHide m:val="1"/>
                  <m:ctrlPr>
                    <w:rPr>
                      <w:rFonts w:ascii="Cambria Math" w:eastAsia="ヒラギノ丸ゴ ProN W4" w:hAnsi="Cambria Math" w:cs="Times New Roman"/>
                      <w:color w:val="000000" w:themeColor="text1"/>
                      <w:kern w:val="0"/>
                      <w:sz w:val="21"/>
                      <w:szCs w:val="21"/>
                      <w14:ligatures w14:val="none"/>
                    </w:rPr>
                  </m:ctrlPr>
                </m:naryPr>
                <m:sub/>
                <m:sup/>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w</m:t>
                      </m:r>
                    </m:e>
                    <m:sub>
                      <m:r>
                        <w:rPr>
                          <w:rFonts w:ascii="Cambria Math" w:eastAsia="ヒラギノ丸ゴ ProN W4" w:hAnsi="Cambria Math" w:cs="Times New Roman"/>
                          <w:color w:val="000000" w:themeColor="text1"/>
                          <w:kern w:val="0"/>
                          <w:sz w:val="21"/>
                          <w:szCs w:val="21"/>
                          <w14:ligatures w14:val="none"/>
                        </w:rPr>
                        <m:t>i</m:t>
                      </m:r>
                    </m:sub>
                  </m:sSub>
                </m:e>
              </m:nary>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M</m:t>
                  </m:r>
                </m:e>
                <m:sub>
                  <m:r>
                    <w:rPr>
                      <w:rFonts w:ascii="Cambria Math" w:eastAsia="ヒラギノ丸ゴ ProN W4" w:hAnsi="Cambria Math" w:cs="Times New Roman"/>
                      <w:color w:val="000000" w:themeColor="text1"/>
                      <w:kern w:val="0"/>
                      <w:sz w:val="21"/>
                      <w:szCs w:val="21"/>
                      <w14:ligatures w14:val="none"/>
                    </w:rPr>
                    <m:t>i</m:t>
                  </m:r>
                </m:sub>
              </m:sSub>
            </m:num>
            <m:den>
              <m:r>
                <w:rPr>
                  <w:rFonts w:ascii="Cambria Math" w:eastAsia="ヒラギノ丸ゴ ProN W4" w:hAnsi="Cambria Math" w:cs="Times New Roman"/>
                  <w:color w:val="000000" w:themeColor="text1"/>
                  <w:kern w:val="0"/>
                  <w:sz w:val="21"/>
                  <w:szCs w:val="21"/>
                  <w14:ligatures w14:val="none"/>
                </w:rPr>
                <m:t>n</m:t>
              </m:r>
            </m:den>
          </m:f>
          <m:r>
            <w:rPr>
              <w:rFonts w:ascii="Cambria Math" w:eastAsia="ヒラギノ丸ゴ ProN W4" w:hAnsi="Cambria Math" w:cs="Times New Roman"/>
              <w:color w:val="000000" w:themeColor="text1"/>
              <w:kern w:val="0"/>
              <w:sz w:val="21"/>
              <w:szCs w:val="21"/>
              <w14:ligatures w14:val="none"/>
            </w:rPr>
            <m:t>.</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3.6</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71A30E86" w14:textId="72EF03CA" w:rsidR="002B61D7" w:rsidRPr="00BF0CFF" w:rsidRDefault="002B61D7"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As a result of the calibration, the following conversion equation was obtained:</w:t>
      </w:r>
    </w:p>
    <w:p w14:paraId="17711023" w14:textId="241D7BBE" w:rsidR="002B61D7" w:rsidRPr="00BF0CFF" w:rsidRDefault="002B61D7" w:rsidP="0077491C">
      <w:pPr>
        <w:spacing w:after="0" w:line="300" w:lineRule="atLeast"/>
        <w:ind w:left="0" w:firstLine="0"/>
        <w:rPr>
          <w:rFonts w:ascii="Times New Roman" w:eastAsia="ヒラギノ丸ゴ ProN W4" w:hAnsi="Times New Roman" w:cs="Times New Roman"/>
          <w:color w:val="000000" w:themeColor="text1"/>
          <w:kern w:val="0"/>
          <w:sz w:val="21"/>
          <w:szCs w:val="21"/>
          <w14:ligatures w14:val="none"/>
        </w:rPr>
      </w:pPr>
      <m:oMathPara>
        <m:oMath>
          <m:r>
            <w:rPr>
              <w:rFonts w:ascii="Cambria Math" w:eastAsia="ヒラギノ丸ゴ ProN W4" w:hAnsi="Cambria Math" w:cs="Times New Roman"/>
              <w:color w:val="000000" w:themeColor="text1"/>
              <w:kern w:val="0"/>
              <w:sz w:val="21"/>
              <w:szCs w:val="21"/>
              <w14:ligatures w14:val="none"/>
            </w:rPr>
            <m:t>σ</m:t>
          </m:r>
          <m:r>
            <m:rPr>
              <m:nor/>
            </m:rPr>
            <w:rPr>
              <w:rFonts w:ascii="Times New Roman" w:eastAsia="ヒラギノ丸ゴ ProN W4" w:hAnsi="Times New Roman" w:cs="Times New Roman"/>
              <w:color w:val="000000" w:themeColor="text1"/>
              <w:kern w:val="0"/>
              <w:sz w:val="21"/>
              <w:szCs w:val="21"/>
              <w14:ligatures w14:val="none"/>
            </w:rPr>
            <m:t> </m:t>
          </m:r>
          <m:d>
            <m:dPr>
              <m:begChr m:val="["/>
              <m:endChr m:val="]"/>
              <m:ctrlPr>
                <w:rPr>
                  <w:rFonts w:ascii="Cambria Math" w:eastAsia="ヒラギノ丸ゴ ProN W4" w:hAnsi="Cambria Math" w:cs="Times New Roman"/>
                  <w:color w:val="000000" w:themeColor="text1"/>
                  <w:kern w:val="0"/>
                  <w:sz w:val="21"/>
                  <w:szCs w:val="21"/>
                  <w14:ligatures w14:val="none"/>
                </w:rPr>
              </m:ctrlPr>
            </m:dPr>
            <m:e>
              <m:r>
                <m:rPr>
                  <m:sty m:val="p"/>
                </m:rPr>
                <w:rPr>
                  <w:rFonts w:ascii="Cambria Math" w:eastAsia="ヒラギノ丸ゴ ProN W4" w:hAnsi="Cambria Math" w:cs="Times New Roman"/>
                  <w:color w:val="000000" w:themeColor="text1"/>
                  <w:kern w:val="0"/>
                  <w:sz w:val="21"/>
                  <w:szCs w:val="21"/>
                  <w14:ligatures w14:val="none"/>
                </w:rPr>
                <m:t>Pa</m:t>
              </m:r>
            </m:e>
          </m:d>
          <m:r>
            <w:rPr>
              <w:rFonts w:ascii="Cambria Math" w:eastAsia="ヒラギノ丸ゴ ProN W4" w:hAnsi="Cambria Math" w:cs="Times New Roman"/>
              <w:color w:val="000000" w:themeColor="text1"/>
              <w:kern w:val="0"/>
              <w:sz w:val="21"/>
              <w:szCs w:val="21"/>
              <w14:ligatures w14:val="none"/>
            </w:rPr>
            <m:t>=121.05</m:t>
          </m:r>
          <m:r>
            <m:rPr>
              <m:nor/>
            </m:rPr>
            <w:rPr>
              <w:rFonts w:ascii="Times New Roman" w:eastAsia="ヒラギノ丸ゴ ProN W4" w:hAnsi="Times New Roman" w:cs="Times New Roman"/>
              <w:color w:val="000000" w:themeColor="text1"/>
              <w:kern w:val="0"/>
              <w:sz w:val="21"/>
              <w:szCs w:val="21"/>
              <w14:ligatures w14:val="none"/>
            </w:rPr>
            <m:t> </m:t>
          </m:r>
          <m:r>
            <w:rPr>
              <w:rFonts w:ascii="Cambria Math" w:eastAsia="ヒラギノ丸ゴ ProN W4" w:hAnsi="Cambria Math" w:cs="Times New Roman"/>
              <w:color w:val="000000" w:themeColor="text1"/>
              <w:kern w:val="0"/>
              <w:sz w:val="21"/>
              <w:szCs w:val="21"/>
              <w14:ligatures w14:val="none"/>
            </w:rPr>
            <m:t>M</m:t>
          </m:r>
          <m:r>
            <m:rPr>
              <m:nor/>
            </m:rPr>
            <w:rPr>
              <w:rFonts w:ascii="Times New Roman" w:eastAsia="ヒラギノ丸ゴ ProN W4" w:hAnsi="Times New Roman" w:cs="Times New Roman"/>
              <w:color w:val="000000" w:themeColor="text1"/>
              <w:kern w:val="0"/>
              <w:sz w:val="21"/>
              <w:szCs w:val="21"/>
              <w14:ligatures w14:val="none"/>
            </w:rPr>
            <m:t> </m:t>
          </m:r>
          <m:d>
            <m:dPr>
              <m:begChr m:val="["/>
              <m:endChr m:val="]"/>
              <m:ctrlPr>
                <w:rPr>
                  <w:rFonts w:ascii="Cambria Math" w:eastAsia="ヒラギノ丸ゴ ProN W4" w:hAnsi="Cambria Math" w:cs="Times New Roman"/>
                  <w:color w:val="000000" w:themeColor="text1"/>
                  <w:kern w:val="0"/>
                  <w:sz w:val="21"/>
                  <w:szCs w:val="21"/>
                  <w14:ligatures w14:val="none"/>
                </w:rPr>
              </m:ctrlPr>
            </m:dPr>
            <m:e>
              <m:r>
                <m:rPr>
                  <m:sty m:val="p"/>
                </m:rPr>
                <w:rPr>
                  <w:rFonts w:ascii="Cambria Math" w:eastAsia="ヒラギノ丸ゴ ProN W4" w:hAnsi="Cambria Math" w:cs="Times New Roman"/>
                  <w:color w:val="000000" w:themeColor="text1"/>
                  <w:kern w:val="0"/>
                  <w:sz w:val="21"/>
                  <w:szCs w:val="21"/>
                  <w14:ligatures w14:val="none"/>
                </w:rPr>
                <m:t>mN</m:t>
              </m:r>
              <m:r>
                <w:rPr>
                  <w:rFonts w:ascii="Cambria Math" w:eastAsia="ヒラギノ丸ゴ ProN W4" w:hAnsi="Cambria Math" w:cs="Times New Roman"/>
                  <w:color w:val="000000" w:themeColor="text1"/>
                  <w:kern w:val="0"/>
                  <w:sz w:val="21"/>
                  <w:szCs w:val="21"/>
                  <w14:ligatures w14:val="none"/>
                </w:rPr>
                <m:t>⋅</m:t>
              </m:r>
              <m:r>
                <m:rPr>
                  <m:sty m:val="p"/>
                </m:rPr>
                <w:rPr>
                  <w:rFonts w:ascii="Cambria Math" w:eastAsia="ヒラギノ丸ゴ ProN W4" w:hAnsi="Cambria Math" w:cs="Times New Roman"/>
                  <w:color w:val="000000" w:themeColor="text1"/>
                  <w:kern w:val="0"/>
                  <w:sz w:val="21"/>
                  <w:szCs w:val="21"/>
                  <w14:ligatures w14:val="none"/>
                </w:rPr>
                <m:t>m</m:t>
              </m:r>
            </m:e>
          </m:d>
          <m:r>
            <w:rPr>
              <w:rFonts w:ascii="Cambria Math" w:eastAsia="ヒラギノ丸ゴ ProN W4" w:hAnsi="Cambria Math" w:cs="Times New Roman"/>
              <w:color w:val="000000" w:themeColor="text1"/>
              <w:kern w:val="0"/>
              <w:sz w:val="21"/>
              <w:szCs w:val="21"/>
              <w14:ligatures w14:val="none"/>
            </w:rPr>
            <m:t>+2.70×</m:t>
          </m:r>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10</m:t>
              </m:r>
            </m:e>
            <m:sup>
              <m:r>
                <w:rPr>
                  <w:rFonts w:ascii="Cambria Math" w:eastAsia="ヒラギノ丸ゴ ProN W4" w:hAnsi="Cambria Math" w:cs="Times New Roman"/>
                  <w:color w:val="000000" w:themeColor="text1"/>
                  <w:kern w:val="0"/>
                  <w:sz w:val="21"/>
                  <w:szCs w:val="21"/>
                  <w14:ligatures w14:val="none"/>
                </w:rPr>
                <m:t>-3</m:t>
              </m:r>
            </m:sup>
          </m:sSup>
          <m:r>
            <w:rPr>
              <w:rFonts w:ascii="Cambria Math" w:eastAsia="ヒラギノ丸ゴ ProN W4" w:hAnsi="Cambria Math" w:cs="Times New Roman"/>
              <w:color w:val="000000" w:themeColor="text1"/>
              <w:kern w:val="0"/>
              <w:sz w:val="21"/>
              <w:szCs w:val="21"/>
              <w14:ligatures w14:val="none"/>
            </w:rPr>
            <m:t>.</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3.7</m:t>
          </m:r>
          <m:r>
            <m:rPr>
              <m:nor/>
            </m:rPr>
            <w:rPr>
              <w:rFonts w:ascii="Times New Roman" w:eastAsia="ヒラギノ丸ゴ ProN W4" w:hAnsi="Times New Roman" w:cs="Times New Roman" w:hint="eastAsia"/>
              <w:color w:val="000000" w:themeColor="text1"/>
              <w:kern w:val="0"/>
              <w:sz w:val="21"/>
              <w:szCs w:val="21"/>
              <w14:ligatures w14:val="none"/>
            </w:rPr>
            <m:t>)</m:t>
          </m:r>
          <m:r>
            <m:rPr>
              <m:sty m:val="p"/>
            </m:rPr>
            <w:rPr>
              <w:rFonts w:ascii="Times New Roman" w:eastAsia="ヒラギノ丸ゴ ProN W4" w:hAnsi="Times New Roman" w:cs="Times New Roman"/>
              <w:color w:val="000000" w:themeColor="text1"/>
              <w:kern w:val="0"/>
              <w:sz w:val="21"/>
              <w:szCs w:val="21"/>
              <w14:ligatures w14:val="none"/>
            </w:rPr>
            <w:br/>
          </m:r>
        </m:oMath>
      </m:oMathPara>
    </w:p>
    <w:p w14:paraId="211DA879" w14:textId="7336F7DB" w:rsidR="00BD66F5" w:rsidRPr="00BF0CFF" w:rsidRDefault="00BD66F5">
      <w:pPr>
        <w:spacing w:after="0" w:line="240" w:lineRule="auto"/>
        <w:ind w:left="0" w:firstLine="0"/>
        <w:jc w:val="left"/>
        <w:rPr>
          <w:rFonts w:ascii="Times New Roman" w:eastAsia="ヒラギノ丸ゴ ProN W4" w:hAnsi="Times New Roman" w:cs="Times New Roman"/>
          <w:b/>
          <w:bCs/>
          <w:color w:val="000000" w:themeColor="text1"/>
          <w:kern w:val="0"/>
          <w:sz w:val="21"/>
          <w:szCs w:val="21"/>
          <w14:ligatures w14:val="none"/>
        </w:rPr>
      </w:pPr>
      <w:r w:rsidRPr="00BF0CFF">
        <w:rPr>
          <w:rFonts w:ascii="Times New Roman" w:eastAsia="ヒラギノ丸ゴ ProN W4" w:hAnsi="Times New Roman" w:cs="Times New Roman"/>
          <w:b/>
          <w:bCs/>
          <w:color w:val="000000" w:themeColor="text1"/>
          <w:kern w:val="0"/>
          <w:sz w:val="21"/>
          <w:szCs w:val="21"/>
          <w14:ligatures w14:val="none"/>
        </w:rPr>
        <w:br w:type="page"/>
      </w:r>
    </w:p>
    <w:p w14:paraId="5FCEBD07" w14:textId="1ECF7636" w:rsidR="00E530F7" w:rsidRPr="00BF0CFF" w:rsidRDefault="00E530F7">
      <w:pPr>
        <w:spacing w:after="0" w:line="240" w:lineRule="auto"/>
        <w:ind w:left="0" w:firstLine="0"/>
        <w:jc w:val="left"/>
        <w:rPr>
          <w:rFonts w:ascii="Times New Roman" w:eastAsia="ヒラギノ丸ゴ ProN W4" w:hAnsi="Times New Roman" w:cs="Times New Roman"/>
          <w:b/>
          <w:bCs/>
          <w:color w:val="000000" w:themeColor="text1"/>
          <w:kern w:val="0"/>
          <w:sz w:val="21"/>
          <w:szCs w:val="21"/>
          <w14:ligatures w14:val="none"/>
        </w:rPr>
      </w:pPr>
      <w:r w:rsidRPr="00BF0CFF">
        <w:rPr>
          <w:rFonts w:ascii="ヒラギノ丸ゴ ProN W4" w:eastAsia="ヒラギノ丸ゴ ProN W4" w:hAnsi="ヒラギノ丸ゴ ProN W4" w:cs="Times New Roman" w:hint="eastAsia"/>
          <w:b/>
          <w:bCs/>
          <w:noProof/>
          <w:color w:val="000000" w:themeColor="text1"/>
          <w:sz w:val="21"/>
          <w:szCs w:val="21"/>
        </w:rPr>
        <w:lastRenderedPageBreak/>
        <mc:AlternateContent>
          <mc:Choice Requires="wps">
            <w:drawing>
              <wp:anchor distT="0" distB="0" distL="114300" distR="114300" simplePos="0" relativeHeight="251666432" behindDoc="0" locked="0" layoutInCell="1" allowOverlap="1" wp14:anchorId="03B16BB8" wp14:editId="24AEAA2C">
                <wp:simplePos x="0" y="0"/>
                <wp:positionH relativeFrom="column">
                  <wp:posOffset>-118745</wp:posOffset>
                </wp:positionH>
                <wp:positionV relativeFrom="paragraph">
                  <wp:posOffset>4439092</wp:posOffset>
                </wp:positionV>
                <wp:extent cx="4777105" cy="702310"/>
                <wp:effectExtent l="0" t="0" r="0" b="0"/>
                <wp:wrapSquare wrapText="bothSides"/>
                <wp:docPr id="1071420698" name="テキスト ボックス 1"/>
                <wp:cNvGraphicFramePr/>
                <a:graphic xmlns:a="http://schemas.openxmlformats.org/drawingml/2006/main">
                  <a:graphicData uri="http://schemas.microsoft.com/office/word/2010/wordprocessingShape">
                    <wps:wsp>
                      <wps:cNvSpPr txBox="1"/>
                      <wps:spPr>
                        <a:xfrm>
                          <a:off x="0" y="0"/>
                          <a:ext cx="4777105" cy="702310"/>
                        </a:xfrm>
                        <a:prstGeom prst="rect">
                          <a:avLst/>
                        </a:prstGeom>
                        <a:noFill/>
                        <a:ln w="6350">
                          <a:noFill/>
                        </a:ln>
                      </wps:spPr>
                      <wps:txbx>
                        <w:txbxContent>
                          <w:p w14:paraId="01B76281" w14:textId="25F5ADE4" w:rsidR="00660317" w:rsidRPr="00092922" w:rsidRDefault="00660317" w:rsidP="00092922">
                            <w:pPr>
                              <w:rPr>
                                <w:rFonts w:ascii="Times New Roman" w:hAnsi="Times New Roman" w:cs="Times New Roman"/>
                              </w:rPr>
                            </w:pPr>
                            <w:r w:rsidRPr="00E071D5">
                              <w:rPr>
                                <w:rFonts w:ascii="Times New Roman" w:hAnsi="Times New Roman" w:cs="Times New Roman"/>
                                <w:b/>
                                <w:bCs/>
                              </w:rPr>
                              <w:t>Fig. S</w:t>
                            </w:r>
                            <w:r w:rsidR="00AD722D" w:rsidRPr="00E071D5">
                              <w:rPr>
                                <w:rFonts w:ascii="Times New Roman" w:hAnsi="Times New Roman" w:cs="Times New Roman"/>
                                <w:b/>
                                <w:bCs/>
                              </w:rPr>
                              <w:t>3</w:t>
                            </w:r>
                            <w:r w:rsidRPr="00E071D5">
                              <w:rPr>
                                <w:rFonts w:ascii="Times New Roman" w:hAnsi="Times New Roman" w:cs="Times New Roman"/>
                              </w:rPr>
                              <w:t xml:space="preserve"> Calibration results obtained at room temperature using silicone oil measured by the rotational method</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16BB8" id="_x0000_s1031" type="#_x0000_t202" style="position:absolute;margin-left:-9.35pt;margin-top:349.55pt;width:376.15pt;height:5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" filled="f" stroked="f" strokeweight=".5pt">
                <v:textbox inset="5.85pt,.7pt,5.85pt,.7pt">
                  <w:txbxContent>
                    <w:p w14:paraId="01B76281" w14:textId="25F5ADE4" w:rsidR="00660317" w:rsidRPr="00092922" w:rsidRDefault="00660317" w:rsidP="00092922">
                      <w:pPr>
                        <w:rPr>
                          <w:rFonts w:ascii="Times New Roman" w:hAnsi="Times New Roman" w:cs="Times New Roman"/>
                        </w:rPr>
                      </w:pPr>
                      <w:r w:rsidRPr="00E071D5">
                        <w:rPr>
                          <w:rFonts w:ascii="Times New Roman" w:hAnsi="Times New Roman" w:cs="Times New Roman"/>
                          <w:b/>
                          <w:bCs/>
                        </w:rPr>
                        <w:t>Fig. S</w:t>
                      </w:r>
                      <w:r w:rsidR="00AD722D" w:rsidRPr="00E071D5">
                        <w:rPr>
                          <w:rFonts w:ascii="Times New Roman" w:hAnsi="Times New Roman" w:cs="Times New Roman"/>
                          <w:b/>
                          <w:bCs/>
                        </w:rPr>
                        <w:t>3</w:t>
                      </w:r>
                      <w:r w:rsidRPr="00E071D5">
                        <w:rPr>
                          <w:rFonts w:ascii="Times New Roman" w:hAnsi="Times New Roman" w:cs="Times New Roman"/>
                        </w:rPr>
                        <w:t xml:space="preserve"> Calibration results obtained at room temperature using silicone oil measured by the rotational method</w:t>
                      </w:r>
                    </w:p>
                  </w:txbxContent>
                </v:textbox>
                <w10:wrap type="square"/>
              </v:shape>
            </w:pict>
          </mc:Fallback>
        </mc:AlternateContent>
      </w:r>
      <w:r w:rsidRPr="00BF0CFF">
        <w:rPr>
          <w:rFonts w:ascii="ヒラギノ丸ゴ ProN W4" w:eastAsia="ヒラギノ丸ゴ ProN W4" w:hAnsi="ヒラギノ丸ゴ ProN W4" w:cs="Times New Roman" w:hint="eastAsia"/>
          <w:b/>
          <w:bCs/>
          <w:noProof/>
          <w:color w:val="000000" w:themeColor="text1"/>
          <w:sz w:val="21"/>
          <w:szCs w:val="21"/>
          <w14:ligatures w14:val="none"/>
        </w:rPr>
        <mc:AlternateContent>
          <mc:Choice Requires="wpg">
            <w:drawing>
              <wp:anchor distT="0" distB="0" distL="114300" distR="114300" simplePos="0" relativeHeight="251717632" behindDoc="0" locked="0" layoutInCell="1" allowOverlap="1" wp14:anchorId="26C9CCB7" wp14:editId="7CA33F84">
                <wp:simplePos x="0" y="0"/>
                <wp:positionH relativeFrom="column">
                  <wp:posOffset>477216</wp:posOffset>
                </wp:positionH>
                <wp:positionV relativeFrom="paragraph">
                  <wp:posOffset>900375</wp:posOffset>
                </wp:positionV>
                <wp:extent cx="3349625" cy="3318510"/>
                <wp:effectExtent l="0" t="0" r="3175" b="0"/>
                <wp:wrapNone/>
                <wp:docPr id="1336805852" name="グループ化 38"/>
                <wp:cNvGraphicFramePr/>
                <a:graphic xmlns:a="http://schemas.openxmlformats.org/drawingml/2006/main">
                  <a:graphicData uri="http://schemas.microsoft.com/office/word/2010/wordprocessingGroup">
                    <wpg:wgp>
                      <wpg:cNvGrpSpPr/>
                      <wpg:grpSpPr>
                        <a:xfrm>
                          <a:off x="0" y="0"/>
                          <a:ext cx="3349625" cy="3318510"/>
                          <a:chOff x="0" y="0"/>
                          <a:chExt cx="3349625" cy="3318510"/>
                        </a:xfrm>
                      </wpg:grpSpPr>
                      <pic:pic xmlns:pic="http://schemas.openxmlformats.org/drawingml/2006/picture">
                        <pic:nvPicPr>
                          <pic:cNvPr id="1408360868" name="図 37"/>
                          <pic:cNvPicPr>
                            <a:picLocks noChangeAspect="1"/>
                          </pic:cNvPicPr>
                        </pic:nvPicPr>
                        <pic:blipFill rotWithShape="1">
                          <a:blip r:embed="rId10"/>
                          <a:srcRect r="28800" b="12795"/>
                          <a:stretch>
                            <a:fillRect/>
                          </a:stretch>
                        </pic:blipFill>
                        <pic:spPr bwMode="auto">
                          <a:xfrm>
                            <a:off x="0" y="0"/>
                            <a:ext cx="3349625" cy="3318510"/>
                          </a:xfrm>
                          <a:prstGeom prst="rect">
                            <a:avLst/>
                          </a:prstGeom>
                          <a:ln>
                            <a:noFill/>
                          </a:ln>
                          <a:extLst>
                            <a:ext uri="{53640926-AAD7-44D8-BBD7-CCE9431645EC}">
                              <a14:shadowObscured xmlns:a14="http://schemas.microsoft.com/office/drawing/2010/main"/>
                            </a:ext>
                          </a:extLst>
                        </pic:spPr>
                      </pic:pic>
                      <wps:wsp>
                        <wps:cNvPr id="98168714" name="テキスト ボックス 2"/>
                        <wps:cNvSpPr txBox="1"/>
                        <wps:spPr>
                          <a:xfrm>
                            <a:off x="1434662" y="748862"/>
                            <a:ext cx="1072055" cy="331076"/>
                          </a:xfrm>
                          <a:prstGeom prst="rect">
                            <a:avLst/>
                          </a:prstGeom>
                          <a:noFill/>
                          <a:ln w="6350">
                            <a:noFill/>
                          </a:ln>
                        </wps:spPr>
                        <wps:txbx>
                          <w:txbxContent>
                            <w:p w14:paraId="7E0FABA0" w14:textId="7A2D92CB" w:rsidR="00F46445" w:rsidRPr="00660317" w:rsidRDefault="00CF0784" w:rsidP="00F46445">
                              <w:pPr>
                                <w:ind w:left="0"/>
                                <w:rPr>
                                  <w:rFonts w:ascii="Helvetica Neue" w:hAnsi="Helvetica Neue"/>
                                </w:rPr>
                              </w:pPr>
                              <w:r>
                                <w:rPr>
                                  <w:rFonts w:ascii="Helvetica Neue" w:hAnsi="Helvetica Neue"/>
                                </w:rPr>
                                <w:t>R</w:t>
                              </w:r>
                              <w:r w:rsidRPr="00CF0784">
                                <w:rPr>
                                  <w:rFonts w:ascii="Helvetica Neue" w:hAnsi="Helvetica Neue"/>
                                  <w:vertAlign w:val="superscript"/>
                                </w:rPr>
                                <w:t>2</w:t>
                              </w:r>
                              <w:r>
                                <w:rPr>
                                  <w:rFonts w:ascii="Helvetica Neue" w:hAnsi="Helvetica Neue"/>
                                </w:rPr>
                                <w:t xml:space="preserve"> = 0.0998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C9CCB7" id="グループ化 38" o:spid="_x0000_s1032" style="position:absolute;margin-left:37.6pt;margin-top:70.9pt;width:263.75pt;height:261.3pt;z-index:251717632" coordsize="33496,33185"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7" o:spid="_x0000_s1033" type="#_x0000_t75" style="position:absolute;width:33496;height:33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">
                  <v:imagedata r:id="rId11" o:title="" cropbottom="8385f" cropright="18874f"/>
                </v:shape>
                <v:shape id="テキスト ボックス 2" o:spid="_x0000_s1034" type="#_x0000_t202" style="position:absolute;left:14346;top:7488;width:10721;height:3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" filled="f" stroked="f" strokeweight=".5pt">
                  <v:textbox>
                    <w:txbxContent>
                      <w:p w14:paraId="7E0FABA0" w14:textId="7A2D92CB" w:rsidR="00F46445" w:rsidRPr="00660317" w:rsidRDefault="00CF0784" w:rsidP="00F46445">
                        <w:pPr>
                          <w:ind w:left="0"/>
                          <w:rPr>
                            <w:rFonts w:ascii="Helvetica Neue" w:hAnsi="Helvetica Neue"/>
                          </w:rPr>
                        </w:pPr>
                        <w:r>
                          <w:rPr>
                            <w:rFonts w:ascii="Helvetica Neue" w:hAnsi="Helvetica Neue"/>
                          </w:rPr>
                          <w:t>R</w:t>
                        </w:r>
                        <w:r w:rsidRPr="00CF0784">
                          <w:rPr>
                            <w:rFonts w:ascii="Helvetica Neue" w:hAnsi="Helvetica Neue"/>
                            <w:vertAlign w:val="superscript"/>
                          </w:rPr>
                          <w:t>2</w:t>
                        </w:r>
                        <w:r>
                          <w:rPr>
                            <w:rFonts w:ascii="Helvetica Neue" w:hAnsi="Helvetica Neue"/>
                          </w:rPr>
                          <w:t xml:space="preserve"> = 0.0998</w:t>
                        </w:r>
                      </w:p>
                    </w:txbxContent>
                  </v:textbox>
                </v:shape>
              </v:group>
            </w:pict>
          </mc:Fallback>
        </mc:AlternateContent>
      </w:r>
      <w:r w:rsidRPr="00BF0CFF">
        <w:rPr>
          <w:rFonts w:ascii="Times New Roman" w:eastAsia="ヒラギノ丸ゴ ProN W4" w:hAnsi="Times New Roman" w:cs="Times New Roman"/>
          <w:b/>
          <w:bCs/>
          <w:color w:val="000000" w:themeColor="text1"/>
          <w:kern w:val="0"/>
          <w:sz w:val="21"/>
          <w:szCs w:val="21"/>
          <w14:ligatures w14:val="none"/>
        </w:rPr>
        <w:br w:type="page"/>
      </w:r>
    </w:p>
    <w:p w14:paraId="52DA7395" w14:textId="6E2014E6" w:rsidR="00204433" w:rsidRPr="00BF0CFF" w:rsidRDefault="00204433" w:rsidP="008D749F">
      <w:pPr>
        <w:spacing w:after="0" w:line="300" w:lineRule="atLeast"/>
        <w:ind w:left="0" w:firstLine="0"/>
        <w:rPr>
          <w:rFonts w:ascii="Times New Roman" w:eastAsia="ヒラギノ丸ゴ ProN W4" w:hAnsi="Times New Roman" w:cs="Times New Roman"/>
          <w:b/>
          <w:bCs/>
          <w:color w:val="000000" w:themeColor="text1"/>
          <w:kern w:val="0"/>
          <w:sz w:val="21"/>
          <w:szCs w:val="21"/>
          <w14:ligatures w14:val="none"/>
        </w:rPr>
      </w:pPr>
      <w:r w:rsidRPr="00BF0CFF">
        <w:rPr>
          <w:rFonts w:ascii="Times New Roman" w:eastAsia="ヒラギノ丸ゴ ProN W4" w:hAnsi="Times New Roman" w:cs="Times New Roman"/>
          <w:b/>
          <w:bCs/>
          <w:color w:val="000000" w:themeColor="text1"/>
          <w:kern w:val="0"/>
          <w:sz w:val="21"/>
          <w:szCs w:val="21"/>
          <w14:ligatures w14:val="none"/>
        </w:rPr>
        <w:lastRenderedPageBreak/>
        <w:t>S.</w:t>
      </w:r>
      <w:r w:rsidR="00D649C0" w:rsidRPr="00BF0CFF">
        <w:rPr>
          <w:rFonts w:ascii="Times New Roman" w:eastAsia="ヒラギノ丸ゴ ProN W4" w:hAnsi="Times New Roman" w:cs="Times New Roman"/>
          <w:b/>
          <w:bCs/>
          <w:color w:val="000000" w:themeColor="text1"/>
          <w:kern w:val="0"/>
          <w:sz w:val="21"/>
          <w:szCs w:val="21"/>
          <w14:ligatures w14:val="none"/>
        </w:rPr>
        <w:t>4</w:t>
      </w:r>
      <w:r w:rsidRPr="00BF0CFF">
        <w:rPr>
          <w:rFonts w:ascii="Times New Roman" w:eastAsia="ヒラギノ丸ゴ ProN W4" w:hAnsi="Times New Roman" w:cs="Times New Roman"/>
          <w:b/>
          <w:bCs/>
          <w:color w:val="000000" w:themeColor="text1"/>
          <w:kern w:val="0"/>
          <w:sz w:val="21"/>
          <w:szCs w:val="21"/>
          <w14:ligatures w14:val="none"/>
        </w:rPr>
        <w:t xml:space="preserve">  Uncertainty propagation to the dynamic moduli</w:t>
      </w:r>
    </w:p>
    <w:p w14:paraId="407A7D2F" w14:textId="7CF6D929" w:rsidR="00D649C0" w:rsidRPr="00BF0CFF" w:rsidRDefault="008D749F"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ab/>
      </w:r>
      <w:r w:rsidR="00D649C0" w:rsidRPr="00BF0CFF">
        <w:rPr>
          <w:rFonts w:ascii="Times New Roman" w:eastAsia="ヒラギノ丸ゴ ProN W4" w:hAnsi="Times New Roman" w:cs="Times New Roman"/>
          <w:color w:val="000000" w:themeColor="text1"/>
          <w:kern w:val="0"/>
          <w:sz w:val="21"/>
          <w:szCs w:val="21"/>
          <w14:ligatures w14:val="none"/>
        </w:rPr>
        <w:t>A sinusoidal strain,</w:t>
      </w:r>
    </w:p>
    <w:p w14:paraId="6EE3B937" w14:textId="0995FCB5" w:rsidR="003F2550" w:rsidRPr="00BF0CFF" w:rsidRDefault="00D649C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ParaPr>
          <m:jc m:val="left"/>
        </m:oMathParaPr>
        <m:oMath>
          <m:r>
            <w:rPr>
              <w:rFonts w:ascii="Cambria Math" w:eastAsia="ヒラギノ丸ゴ ProN W4" w:hAnsi="Cambria Math" w:cs="Times New Roman"/>
              <w:color w:val="000000" w:themeColor="text1"/>
              <w:kern w:val="0"/>
              <w:sz w:val="21"/>
              <w:szCs w:val="21"/>
              <w14:ligatures w14:val="none"/>
            </w:rPr>
            <m:t>γ</m:t>
          </m:r>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t</m:t>
              </m:r>
            </m:e>
          </m:d>
          <m:r>
            <w:rPr>
              <w:rFonts w:ascii="Cambria Math" w:eastAsia="ヒラギノ丸ゴ ProN W4" w:hAnsi="Cambria Math" w:cs="Times New Roman"/>
              <w:color w:val="000000" w:themeColor="text1"/>
              <w:kern w:val="0"/>
              <w:sz w:val="21"/>
              <w:szCs w:val="21"/>
              <w14:ligatures w14:val="none"/>
            </w:rPr>
            <m:t>=</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γ</m:t>
              </m:r>
            </m:e>
            <m:sub>
              <m:r>
                <w:rPr>
                  <w:rFonts w:ascii="Cambria Math" w:eastAsia="ヒラギノ丸ゴ ProN W4" w:hAnsi="Cambria Math" w:cs="Times New Roman"/>
                  <w:color w:val="000000" w:themeColor="text1"/>
                  <w:kern w:val="0"/>
                  <w:sz w:val="21"/>
                  <w:szCs w:val="21"/>
                  <w14:ligatures w14:val="none"/>
                </w:rPr>
                <m:t>0</m:t>
              </m:r>
            </m:sub>
          </m:sSub>
          <m:r>
            <m:rPr>
              <m:sty m:val="p"/>
            </m:rPr>
            <w:rPr>
              <w:rFonts w:ascii="Cambria Math" w:eastAsia="ヒラギノ丸ゴ ProN W4" w:hAnsi="Cambria Math" w:cs="Times New Roman"/>
              <w:color w:val="000000" w:themeColor="text1"/>
              <w:kern w:val="0"/>
              <w:sz w:val="21"/>
              <w:szCs w:val="21"/>
              <w14:ligatures w14:val="none"/>
            </w:rPr>
            <m:t>sin</m:t>
          </m:r>
          <m:r>
            <w:rPr>
              <w:rFonts w:ascii="Cambria Math" w:eastAsia="ヒラギノ丸ゴ ProN W4" w:hAnsi="Cambria Math" w:cs="Times New Roman"/>
              <w:color w:val="000000" w:themeColor="text1"/>
              <w:kern w:val="0"/>
              <w:sz w:val="21"/>
              <w:szCs w:val="21"/>
              <w14:ligatures w14:val="none"/>
            </w:rPr>
            <m:t>⁡</m:t>
          </m:r>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ωt</m:t>
              </m:r>
            </m:e>
          </m:d>
          <m:r>
            <w:rPr>
              <w:rFonts w:ascii="Cambria Math" w:eastAsia="ヒラギノ丸ゴ ProN W4" w:hAnsi="Cambria Math" w:cs="Times New Roman"/>
              <w:color w:val="000000" w:themeColor="text1"/>
              <w:kern w:val="0"/>
              <w:sz w:val="21"/>
              <w:szCs w:val="21"/>
              <w14:ligatures w14:val="none"/>
            </w:rPr>
            <m:t>,</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4.1</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373835DC" w14:textId="72FCFA42" w:rsidR="00D649C0" w:rsidRPr="00BF0CFF" w:rsidRDefault="00D649C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was applied to the sample. The storage modulus </w:t>
      </w:r>
      <m:oMath>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oMath>
      <w:r w:rsidRPr="00BF0CFF">
        <w:rPr>
          <w:rFonts w:ascii="Times New Roman" w:eastAsia="ヒラギノ丸ゴ ProN W4" w:hAnsi="Times New Roman" w:cs="Times New Roman"/>
          <w:color w:val="000000" w:themeColor="text1"/>
          <w:kern w:val="0"/>
          <w:sz w:val="21"/>
          <w:szCs w:val="21"/>
          <w14:ligatures w14:val="none"/>
        </w:rPr>
        <w:t> and loss modulus </w:t>
      </w:r>
      <m:oMath>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oMath>
      <w:r w:rsidRPr="00BF0CFF">
        <w:rPr>
          <w:rFonts w:ascii="Times New Roman" w:eastAsia="ヒラギノ丸ゴ ProN W4" w:hAnsi="Times New Roman" w:cs="Times New Roman"/>
          <w:color w:val="000000" w:themeColor="text1"/>
          <w:kern w:val="0"/>
          <w:sz w:val="21"/>
          <w:szCs w:val="21"/>
          <w14:ligatures w14:val="none"/>
        </w:rPr>
        <w:t> were theoretically calculated from the stress response as</w:t>
      </w:r>
      <w:r w:rsidR="005D2792" w:rsidRPr="00BF0CFF">
        <w:rPr>
          <w:rFonts w:ascii="Times New Roman" w:eastAsia="ヒラギノ丸ゴ ProN W4" w:hAnsi="Times New Roman" w:cs="Times New Roman"/>
          <w:color w:val="000000" w:themeColor="text1"/>
          <w:kern w:val="0"/>
          <w:sz w:val="21"/>
          <w:szCs w:val="21"/>
          <w14:ligatures w14:val="none"/>
        </w:rPr>
        <w:t xml:space="preserve"> follows</w:t>
      </w:r>
      <w:sdt>
        <w:sdtPr>
          <w:rPr>
            <w:rFonts w:ascii="Times New Roman" w:eastAsia="ヒラギノ丸ゴ ProN W4" w:hAnsi="Times New Roman" w:cs="Times New Roman"/>
            <w:color w:val="000000" w:themeColor="text1"/>
            <w:kern w:val="0"/>
            <w:sz w:val="21"/>
            <w:szCs w:val="21"/>
            <w14:ligatures w14:val="none"/>
          </w:rPr>
          <w:tag w:val="MENDELEY_CITATION_v3_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"/>
          <w:id w:val="323174374"/>
          <w:placeholder>
            <w:docPart w:val="DefaultPlaceholder_-1854013440"/>
          </w:placeholder>
        </w:sdtPr>
        <w:sdtContent>
          <w:r w:rsidR="00DF27B2" w:rsidRPr="00BF0CFF">
            <w:rPr>
              <w:rFonts w:ascii="Times New Roman" w:eastAsia="ヒラギノ丸ゴ ProN W4" w:hAnsi="Times New Roman" w:cs="Times New Roman"/>
              <w:color w:val="000000" w:themeColor="text1"/>
              <w:kern w:val="0"/>
              <w:sz w:val="21"/>
              <w:szCs w:val="21"/>
              <w14:ligatures w14:val="none"/>
            </w:rPr>
            <w:t>[2]</w:t>
          </w:r>
        </w:sdtContent>
      </w:sdt>
      <w:r w:rsidR="005D2792" w:rsidRPr="00BF0CFF">
        <w:rPr>
          <w:rFonts w:ascii="Times New Roman" w:eastAsia="ヒラギノ丸ゴ ProN W4" w:hAnsi="Times New Roman" w:cs="Times New Roman"/>
          <w:color w:val="000000" w:themeColor="text1"/>
          <w:kern w:val="0"/>
          <w:sz w:val="21"/>
          <w:szCs w:val="21"/>
          <w14:ligatures w14:val="none"/>
        </w:rPr>
        <w:t>.</w:t>
      </w:r>
    </w:p>
    <w:p w14:paraId="1554BC21" w14:textId="3D6D9D23" w:rsidR="003F2550" w:rsidRPr="00BF0CFF" w:rsidRDefault="0000000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ParaPr>
          <m:jc m:val="left"/>
        </m:oMathParaPr>
        <m:oMath>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2</m:t>
              </m:r>
            </m:num>
            <m:den>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γ</m:t>
                  </m:r>
                </m:e>
                <m:sub>
                  <m:r>
                    <w:rPr>
                      <w:rFonts w:ascii="Cambria Math" w:eastAsia="ヒラギノ丸ゴ ProN W4" w:hAnsi="Cambria Math" w:cs="Times New Roman"/>
                      <w:color w:val="000000" w:themeColor="text1"/>
                      <w:kern w:val="0"/>
                      <w:sz w:val="21"/>
                      <w:szCs w:val="21"/>
                      <w14:ligatures w14:val="none"/>
                    </w:rPr>
                    <m:t>0</m:t>
                  </m:r>
                </m:sub>
              </m:sSub>
              <m:r>
                <w:rPr>
                  <w:rFonts w:ascii="Cambria Math" w:eastAsia="ヒラギノ丸ゴ ProN W4" w:hAnsi="Cambria Math" w:cs="Times New Roman"/>
                  <w:color w:val="000000" w:themeColor="text1"/>
                  <w:kern w:val="0"/>
                  <w:sz w:val="21"/>
                  <w:szCs w:val="21"/>
                  <w14:ligatures w14:val="none"/>
                </w:rPr>
                <m:t>T</m:t>
              </m:r>
            </m:den>
          </m:f>
          <m:nary>
            <m:naryPr>
              <m:limLoc m:val="subSup"/>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0</m:t>
              </m:r>
            </m:sub>
            <m:sup>
              <m:r>
                <w:rPr>
                  <w:rFonts w:ascii="Cambria Math" w:eastAsia="ヒラギノ丸ゴ ProN W4" w:hAnsi="Cambria Math" w:cs="Times New Roman"/>
                  <w:color w:val="000000" w:themeColor="text1"/>
                  <w:kern w:val="0"/>
                  <w:sz w:val="21"/>
                  <w:szCs w:val="21"/>
                  <w14:ligatures w14:val="none"/>
                </w:rPr>
                <m:t>T</m:t>
              </m:r>
            </m:sup>
            <m:e>
              <m:r>
                <w:rPr>
                  <w:rFonts w:ascii="Cambria Math" w:eastAsia="ヒラギノ丸ゴ ProN W4" w:hAnsi="Cambria Math" w:cs="Times New Roman"/>
                  <w:color w:val="000000" w:themeColor="text1"/>
                  <w:kern w:val="0"/>
                  <w:sz w:val="21"/>
                  <w:szCs w:val="21"/>
                  <w14:ligatures w14:val="none"/>
                </w:rPr>
                <m:t>σ</m:t>
              </m:r>
            </m:e>
          </m:nary>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t</m:t>
              </m:r>
            </m:e>
          </m:d>
          <m:r>
            <m:rPr>
              <m:sty m:val="p"/>
            </m:rPr>
            <w:rPr>
              <w:rFonts w:ascii="Cambria Math" w:eastAsia="ヒラギノ丸ゴ ProN W4" w:hAnsi="Cambria Math" w:cs="Times New Roman"/>
              <w:color w:val="000000" w:themeColor="text1"/>
              <w:kern w:val="0"/>
              <w:sz w:val="21"/>
              <w:szCs w:val="21"/>
              <w14:ligatures w14:val="none"/>
            </w:rPr>
            <m:t>sin</m:t>
          </m:r>
          <m:r>
            <w:rPr>
              <w:rFonts w:ascii="Cambria Math" w:eastAsia="ヒラギノ丸ゴ ProN W4" w:hAnsi="Cambria Math" w:cs="Times New Roman"/>
              <w:color w:val="000000" w:themeColor="text1"/>
              <w:kern w:val="0"/>
              <w:sz w:val="21"/>
              <w:szCs w:val="21"/>
              <w14:ligatures w14:val="none"/>
            </w:rPr>
            <m:t>⁡</m:t>
          </m:r>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ωt</m:t>
              </m:r>
            </m:e>
          </m:d>
          <m:r>
            <m:rPr>
              <m:nor/>
            </m:rPr>
            <w:rPr>
              <w:rFonts w:ascii="Times New Roman" w:eastAsia="ヒラギノ丸ゴ ProN W4" w:hAnsi="Times New Roman" w:cs="Times New Roman"/>
              <w:color w:val="000000" w:themeColor="text1"/>
              <w:kern w:val="0"/>
              <w:sz w:val="21"/>
              <w:szCs w:val="21"/>
              <w14:ligatures w14:val="none"/>
            </w:rPr>
            <m:t> </m:t>
          </m:r>
          <m:r>
            <w:rPr>
              <w:rFonts w:ascii="Cambria Math" w:eastAsia="ヒラギノ丸ゴ ProN W4" w:hAnsi="Cambria Math" w:cs="Times New Roman"/>
              <w:color w:val="000000" w:themeColor="text1"/>
              <w:kern w:val="0"/>
              <w:sz w:val="21"/>
              <w:szCs w:val="21"/>
              <w14:ligatures w14:val="none"/>
            </w:rPr>
            <m:t>dt,</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2</m:t>
          </m:r>
          <m:r>
            <m:rPr>
              <m:nor/>
            </m:rPr>
            <w:rPr>
              <w:rFonts w:ascii="Cambria Math" w:eastAsia="ヒラギノ丸ゴ ProN W4" w:hAnsi="Times New Roman" w:cs="Times New Roman"/>
              <w:color w:val="000000" w:themeColor="text1"/>
              <w:kern w:val="0"/>
              <w:sz w:val="21"/>
              <w:szCs w:val="21"/>
              <w14:ligatures w14:val="none"/>
            </w:rPr>
            <m:t>a</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0463EC59" w14:textId="2A68758E" w:rsidR="00D649C0" w:rsidRPr="00BF0CFF" w:rsidRDefault="0000000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ParaPr>
          <m:jc m:val="left"/>
        </m:oMathParaPr>
        <m:oMath>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2</m:t>
              </m:r>
            </m:num>
            <m:den>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γ</m:t>
                  </m:r>
                </m:e>
                <m:sub>
                  <m:r>
                    <w:rPr>
                      <w:rFonts w:ascii="Cambria Math" w:eastAsia="ヒラギノ丸ゴ ProN W4" w:hAnsi="Cambria Math" w:cs="Times New Roman"/>
                      <w:color w:val="000000" w:themeColor="text1"/>
                      <w:kern w:val="0"/>
                      <w:sz w:val="21"/>
                      <w:szCs w:val="21"/>
                      <w14:ligatures w14:val="none"/>
                    </w:rPr>
                    <m:t>0</m:t>
                  </m:r>
                </m:sub>
              </m:sSub>
              <m:r>
                <w:rPr>
                  <w:rFonts w:ascii="Cambria Math" w:eastAsia="ヒラギノ丸ゴ ProN W4" w:hAnsi="Cambria Math" w:cs="Times New Roman"/>
                  <w:color w:val="000000" w:themeColor="text1"/>
                  <w:kern w:val="0"/>
                  <w:sz w:val="21"/>
                  <w:szCs w:val="21"/>
                  <w14:ligatures w14:val="none"/>
                </w:rPr>
                <m:t>T</m:t>
              </m:r>
            </m:den>
          </m:f>
          <m:nary>
            <m:naryPr>
              <m:limLoc m:val="subSup"/>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0</m:t>
              </m:r>
            </m:sub>
            <m:sup>
              <m:r>
                <w:rPr>
                  <w:rFonts w:ascii="Cambria Math" w:eastAsia="ヒラギノ丸ゴ ProN W4" w:hAnsi="Cambria Math" w:cs="Times New Roman"/>
                  <w:color w:val="000000" w:themeColor="text1"/>
                  <w:kern w:val="0"/>
                  <w:sz w:val="21"/>
                  <w:szCs w:val="21"/>
                  <w14:ligatures w14:val="none"/>
                </w:rPr>
                <m:t>T</m:t>
              </m:r>
            </m:sup>
            <m:e>
              <m:r>
                <w:rPr>
                  <w:rFonts w:ascii="Cambria Math" w:eastAsia="ヒラギノ丸ゴ ProN W4" w:hAnsi="Cambria Math" w:cs="Times New Roman"/>
                  <w:color w:val="000000" w:themeColor="text1"/>
                  <w:kern w:val="0"/>
                  <w:sz w:val="21"/>
                  <w:szCs w:val="21"/>
                  <w14:ligatures w14:val="none"/>
                </w:rPr>
                <m:t>σ</m:t>
              </m:r>
            </m:e>
          </m:nary>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t</m:t>
              </m:r>
            </m:e>
          </m:d>
          <m:r>
            <m:rPr>
              <m:sty m:val="p"/>
            </m:rPr>
            <w:rPr>
              <w:rFonts w:ascii="Cambria Math" w:eastAsia="ヒラギノ丸ゴ ProN W4" w:hAnsi="Cambria Math" w:cs="Times New Roman"/>
              <w:color w:val="000000" w:themeColor="text1"/>
              <w:kern w:val="0"/>
              <w:sz w:val="21"/>
              <w:szCs w:val="21"/>
              <w14:ligatures w14:val="none"/>
            </w:rPr>
            <m:t>cos</m:t>
          </m:r>
          <m:r>
            <w:rPr>
              <w:rFonts w:ascii="Cambria Math" w:eastAsia="ヒラギノ丸ゴ ProN W4" w:hAnsi="Cambria Math" w:cs="Times New Roman"/>
              <w:color w:val="000000" w:themeColor="text1"/>
              <w:kern w:val="0"/>
              <w:sz w:val="21"/>
              <w:szCs w:val="21"/>
              <w14:ligatures w14:val="none"/>
            </w:rPr>
            <m:t>⁡</m:t>
          </m:r>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ωt</m:t>
              </m:r>
            </m:e>
          </m:d>
          <m:r>
            <m:rPr>
              <m:nor/>
            </m:rPr>
            <w:rPr>
              <w:rFonts w:ascii="Times New Roman" w:eastAsia="ヒラギノ丸ゴ ProN W4" w:hAnsi="Times New Roman" w:cs="Times New Roman"/>
              <w:color w:val="000000" w:themeColor="text1"/>
              <w:kern w:val="0"/>
              <w:sz w:val="21"/>
              <w:szCs w:val="21"/>
              <w14:ligatures w14:val="none"/>
            </w:rPr>
            <m:t> </m:t>
          </m:r>
          <m:r>
            <w:rPr>
              <w:rFonts w:ascii="Cambria Math" w:eastAsia="ヒラギノ丸ゴ ProN W4" w:hAnsi="Cambria Math" w:cs="Times New Roman"/>
              <w:color w:val="000000" w:themeColor="text1"/>
              <w:kern w:val="0"/>
              <w:sz w:val="21"/>
              <w:szCs w:val="21"/>
              <w14:ligatures w14:val="none"/>
            </w:rPr>
            <m:t>dt,</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2b</m:t>
          </m:r>
          <m:r>
            <m:rPr>
              <m:nor/>
            </m:rPr>
            <w:rPr>
              <w:rFonts w:ascii="Times New Roman" w:eastAsia="ヒラギノ丸ゴ ProN W4" w:hAnsi="Times New Roman" w:cs="Times New Roman" w:hint="eastAsia"/>
              <w:color w:val="000000" w:themeColor="text1"/>
              <w:kern w:val="0"/>
              <w:sz w:val="21"/>
              <w:szCs w:val="21"/>
              <w14:ligatures w14:val="none"/>
            </w:rPr>
            <m:t>)</m:t>
          </m:r>
          <m:r>
            <m:rPr>
              <m:sty m:val="p"/>
            </m:rPr>
            <w:rPr>
              <w:rFonts w:ascii="Times New Roman" w:eastAsia="ヒラギノ丸ゴ ProN W4" w:hAnsi="Times New Roman" w:cs="Times New Roman"/>
              <w:color w:val="000000" w:themeColor="text1"/>
              <w:kern w:val="0"/>
              <w:sz w:val="21"/>
              <w:szCs w:val="21"/>
              <w14:ligatures w14:val="none"/>
            </w:rPr>
            <w:br/>
          </m:r>
        </m:oMath>
      </m:oMathPara>
      <w:r w:rsidR="00D649C0" w:rsidRPr="00BF0CFF">
        <w:rPr>
          <w:rFonts w:ascii="Times New Roman" w:eastAsia="ヒラギノ丸ゴ ProN W4" w:hAnsi="Times New Roman" w:cs="Times New Roman"/>
          <w:color w:val="000000" w:themeColor="text1"/>
          <w:kern w:val="0"/>
          <w:sz w:val="21"/>
          <w:szCs w:val="21"/>
          <w14:ligatures w14:val="none"/>
        </w:rPr>
        <w:t>where </w:t>
      </w:r>
      <m:oMath>
        <m:r>
          <w:rPr>
            <w:rFonts w:ascii="Cambria Math" w:eastAsia="ヒラギノ丸ゴ ProN W4" w:hAnsi="Cambria Math" w:cs="Times New Roman"/>
            <w:color w:val="000000" w:themeColor="text1"/>
            <w:kern w:val="0"/>
            <w:sz w:val="21"/>
            <w:szCs w:val="21"/>
            <w14:ligatures w14:val="none"/>
          </w:rPr>
          <m:t>T</m:t>
        </m:r>
      </m:oMath>
      <w:r w:rsidR="00D649C0" w:rsidRPr="00BF0CFF">
        <w:rPr>
          <w:rFonts w:ascii="Times New Roman" w:eastAsia="ヒラギノ丸ゴ ProN W4" w:hAnsi="Times New Roman" w:cs="Times New Roman"/>
          <w:color w:val="000000" w:themeColor="text1"/>
          <w:kern w:val="0"/>
          <w:sz w:val="21"/>
          <w:szCs w:val="21"/>
          <w14:ligatures w14:val="none"/>
        </w:rPr>
        <w:t> is the oscillation period.</w:t>
      </w:r>
      <w:r w:rsidR="008D749F" w:rsidRPr="00BF0CFF">
        <w:rPr>
          <w:rFonts w:ascii="Times New Roman" w:eastAsia="ヒラギノ丸ゴ ProN W4" w:hAnsi="Times New Roman" w:cs="Times New Roman"/>
          <w:color w:val="000000" w:themeColor="text1"/>
          <w:kern w:val="0"/>
          <w:sz w:val="21"/>
          <w:szCs w:val="21"/>
          <w14:ligatures w14:val="none"/>
        </w:rPr>
        <w:t xml:space="preserve"> </w:t>
      </w:r>
      <w:r w:rsidR="00D649C0" w:rsidRPr="00BF0CFF">
        <w:rPr>
          <w:rFonts w:ascii="Times New Roman" w:eastAsia="ヒラギノ丸ゴ ProN W4" w:hAnsi="Times New Roman" w:cs="Times New Roman"/>
          <w:color w:val="000000" w:themeColor="text1"/>
          <w:kern w:val="0"/>
          <w:sz w:val="21"/>
          <w:szCs w:val="21"/>
          <w14:ligatures w14:val="none"/>
        </w:rPr>
        <w:t>In practice, stress data were recorded at </w:t>
      </w:r>
      <m:oMath>
        <m:r>
          <w:rPr>
            <w:rFonts w:ascii="Cambria Math" w:eastAsia="ヒラギノ丸ゴ ProN W4" w:hAnsi="Cambria Math" w:cs="Times New Roman"/>
            <w:color w:val="000000" w:themeColor="text1"/>
            <w:kern w:val="0"/>
            <w:sz w:val="21"/>
            <w:szCs w:val="21"/>
            <w14:ligatures w14:val="none"/>
          </w:rPr>
          <m:t>N</m:t>
        </m:r>
      </m:oMath>
      <w:r w:rsidR="00D649C0" w:rsidRPr="00BF0CFF">
        <w:rPr>
          <w:rFonts w:ascii="Times New Roman" w:eastAsia="ヒラギノ丸ゴ ProN W4" w:hAnsi="Times New Roman" w:cs="Times New Roman"/>
          <w:color w:val="000000" w:themeColor="text1"/>
          <w:kern w:val="0"/>
          <w:sz w:val="21"/>
          <w:szCs w:val="21"/>
          <w14:ligatures w14:val="none"/>
        </w:rPr>
        <w:t> equally spaced time points </w:t>
      </w:r>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oMath>
      <w:r w:rsidR="00D649C0" w:rsidRPr="00BF0CFF">
        <w:rPr>
          <w:rFonts w:ascii="Times New Roman" w:eastAsia="ヒラギノ丸ゴ ProN W4" w:hAnsi="Times New Roman" w:cs="Times New Roman"/>
          <w:color w:val="000000" w:themeColor="text1"/>
          <w:kern w:val="0"/>
          <w:sz w:val="21"/>
          <w:szCs w:val="21"/>
          <w14:ligatures w14:val="none"/>
        </w:rPr>
        <w:t> </w:t>
      </w:r>
      <w:r w:rsidR="003C34C4" w:rsidRPr="00BF0CFF">
        <w:rPr>
          <w:rFonts w:ascii="Times New Roman" w:eastAsia="ヒラギノ丸ゴ ProN W4" w:hAnsi="Times New Roman" w:cs="Times New Roman"/>
          <w:color w:val="000000" w:themeColor="text1"/>
          <w:kern w:val="0"/>
          <w:sz w:val="21"/>
          <w:szCs w:val="21"/>
          <w14:ligatures w14:val="none"/>
        </w:rPr>
        <w:t>(</w:t>
      </w:r>
      <m:oMath>
        <m:r>
          <w:rPr>
            <w:rFonts w:ascii="Cambria Math" w:eastAsia="ヒラギノ丸ゴ ProN W4" w:hAnsi="Cambria Math"/>
            <w:color w:val="000000" w:themeColor="text1"/>
            <w:sz w:val="21"/>
            <w:szCs w:val="21"/>
          </w:rPr>
          <m:t>k=0,1,…,N-1</m:t>
        </m:r>
      </m:oMath>
      <w:r w:rsidR="003C34C4" w:rsidRPr="00BF0CFF">
        <w:rPr>
          <w:rFonts w:ascii="Times New Roman" w:eastAsia="ヒラギノ丸ゴ ProN W4" w:hAnsi="Times New Roman" w:cs="Times New Roman"/>
          <w:color w:val="000000" w:themeColor="text1"/>
          <w:kern w:val="0"/>
          <w:sz w:val="21"/>
          <w:szCs w:val="21"/>
          <w14:ligatures w14:val="none"/>
        </w:rPr>
        <w:t>)</w:t>
      </w:r>
      <w:r w:rsidR="00D649C0" w:rsidRPr="00BF0CFF">
        <w:rPr>
          <w:rFonts w:ascii="Times New Roman" w:eastAsia="ヒラギノ丸ゴ ProN W4" w:hAnsi="Times New Roman" w:cs="Times New Roman"/>
          <w:color w:val="000000" w:themeColor="text1"/>
          <w:kern w:val="0"/>
          <w:sz w:val="21"/>
          <w:szCs w:val="21"/>
          <w14:ligatures w14:val="none"/>
        </w:rPr>
        <w:t> with a sampling interval </w:t>
      </w:r>
      <m:oMath>
        <m:r>
          <m:rPr>
            <m:sty m:val="p"/>
          </m:rPr>
          <w:rPr>
            <w:rFonts w:ascii="Cambria Math" w:eastAsia="ヒラギノ丸ゴ ProN W4" w:hAnsi="Cambria Math" w:cs="Times New Roman"/>
            <w:color w:val="000000" w:themeColor="text1"/>
            <w:kern w:val="0"/>
            <w:sz w:val="21"/>
            <w:szCs w:val="21"/>
            <w14:ligatures w14:val="none"/>
          </w:rPr>
          <m:t>Δ</m:t>
        </m:r>
        <m:r>
          <w:rPr>
            <w:rFonts w:ascii="Cambria Math" w:eastAsia="ヒラギノ丸ゴ ProN W4" w:hAnsi="Cambria Math" w:cs="Times New Roman"/>
            <w:color w:val="000000" w:themeColor="text1"/>
            <w:kern w:val="0"/>
            <w:sz w:val="21"/>
            <w:szCs w:val="21"/>
            <w14:ligatures w14:val="none"/>
          </w:rPr>
          <m:t>t=T/N</m:t>
        </m:r>
      </m:oMath>
      <w:r w:rsidR="00D649C0" w:rsidRPr="00BF0CFF">
        <w:rPr>
          <w:rFonts w:ascii="Times New Roman" w:eastAsia="ヒラギノ丸ゴ ProN W4" w:hAnsi="Times New Roman" w:cs="Times New Roman"/>
          <w:color w:val="000000" w:themeColor="text1"/>
          <w:kern w:val="0"/>
          <w:sz w:val="21"/>
          <w:szCs w:val="21"/>
          <w14:ligatures w14:val="none"/>
        </w:rPr>
        <w:t>. Therefore, Eqs. (S.</w:t>
      </w:r>
      <w:r w:rsidR="00D064C7" w:rsidRPr="00BF0CFF">
        <w:rPr>
          <w:rFonts w:ascii="Times New Roman" w:eastAsia="ヒラギノ丸ゴ ProN W4" w:hAnsi="Times New Roman" w:cs="Times New Roman"/>
          <w:color w:val="000000" w:themeColor="text1"/>
          <w:kern w:val="0"/>
          <w:sz w:val="21"/>
          <w:szCs w:val="21"/>
          <w14:ligatures w14:val="none"/>
        </w:rPr>
        <w:t>4.</w:t>
      </w:r>
      <w:r w:rsidR="000B6B61" w:rsidRPr="00BF0CFF">
        <w:rPr>
          <w:rFonts w:ascii="Times New Roman" w:eastAsia="ヒラギノ丸ゴ ProN W4" w:hAnsi="Times New Roman" w:cs="Times New Roman"/>
          <w:color w:val="000000" w:themeColor="text1"/>
          <w:kern w:val="0"/>
          <w:sz w:val="21"/>
          <w:szCs w:val="21"/>
          <w14:ligatures w14:val="none"/>
        </w:rPr>
        <w:t>2</w:t>
      </w:r>
      <w:r w:rsidR="00D649C0" w:rsidRPr="00BF0CFF">
        <w:rPr>
          <w:rFonts w:ascii="Times New Roman" w:eastAsia="ヒラギノ丸ゴ ProN W4" w:hAnsi="Times New Roman" w:cs="Times New Roman"/>
          <w:color w:val="000000" w:themeColor="text1"/>
          <w:kern w:val="0"/>
          <w:sz w:val="21"/>
          <w:szCs w:val="21"/>
          <w14:ligatures w14:val="none"/>
        </w:rPr>
        <w:t>a) and (S.</w:t>
      </w:r>
      <w:r w:rsidR="00D064C7" w:rsidRPr="00BF0CFF">
        <w:rPr>
          <w:rFonts w:ascii="Times New Roman" w:eastAsia="ヒラギノ丸ゴ ProN W4" w:hAnsi="Times New Roman" w:cs="Times New Roman"/>
          <w:color w:val="000000" w:themeColor="text1"/>
          <w:kern w:val="0"/>
          <w:sz w:val="21"/>
          <w:szCs w:val="21"/>
          <w14:ligatures w14:val="none"/>
        </w:rPr>
        <w:t>4.</w:t>
      </w:r>
      <w:r w:rsidR="000B6B61" w:rsidRPr="00BF0CFF">
        <w:rPr>
          <w:rFonts w:ascii="Times New Roman" w:eastAsia="ヒラギノ丸ゴ ProN W4" w:hAnsi="Times New Roman" w:cs="Times New Roman"/>
          <w:color w:val="000000" w:themeColor="text1"/>
          <w:kern w:val="0"/>
          <w:sz w:val="21"/>
          <w:szCs w:val="21"/>
          <w14:ligatures w14:val="none"/>
        </w:rPr>
        <w:t>2</w:t>
      </w:r>
      <w:r w:rsidR="00D649C0" w:rsidRPr="00BF0CFF">
        <w:rPr>
          <w:rFonts w:ascii="Times New Roman" w:eastAsia="ヒラギノ丸ゴ ProN W4" w:hAnsi="Times New Roman" w:cs="Times New Roman"/>
          <w:color w:val="000000" w:themeColor="text1"/>
          <w:kern w:val="0"/>
          <w:sz w:val="21"/>
          <w:szCs w:val="21"/>
          <w14:ligatures w14:val="none"/>
        </w:rPr>
        <w:t>b) can be approximated by</w:t>
      </w:r>
    </w:p>
    <w:p w14:paraId="35B13089" w14:textId="37545C47" w:rsidR="000B6B61" w:rsidRPr="00BF0CFF" w:rsidRDefault="0000000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2</m:t>
              </m:r>
            </m:num>
            <m:den>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γ</m:t>
                  </m:r>
                </m:e>
                <m:sub>
                  <m:r>
                    <w:rPr>
                      <w:rFonts w:ascii="Cambria Math" w:eastAsia="ヒラギノ丸ゴ ProN W4" w:hAnsi="Cambria Math" w:cs="Times New Roman"/>
                      <w:color w:val="000000" w:themeColor="text1"/>
                      <w:kern w:val="0"/>
                      <w:sz w:val="21"/>
                      <w:szCs w:val="21"/>
                      <w14:ligatures w14:val="none"/>
                    </w:rPr>
                    <m:t>0</m:t>
                  </m:r>
                </m:sub>
              </m:sSub>
              <m:r>
                <w:rPr>
                  <w:rFonts w:ascii="Cambria Math" w:eastAsia="ヒラギノ丸ゴ ProN W4" w:hAnsi="Cambria Math" w:cs="Times New Roman"/>
                  <w:color w:val="000000" w:themeColor="text1"/>
                  <w:kern w:val="0"/>
                  <w:sz w:val="21"/>
                  <w:szCs w:val="21"/>
                  <w14:ligatures w14:val="none"/>
                </w:rPr>
                <m:t>T</m:t>
              </m:r>
            </m:den>
          </m:f>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r>
                <w:rPr>
                  <w:rFonts w:ascii="Cambria Math" w:eastAsia="ヒラギノ丸ゴ ProN W4" w:hAnsi="Cambria Math" w:cs="Times New Roman"/>
                  <w:color w:val="000000" w:themeColor="text1"/>
                  <w:kern w:val="0"/>
                  <w:sz w:val="21"/>
                  <w:szCs w:val="21"/>
                  <w14:ligatures w14:val="none"/>
                </w:rPr>
                <m:t>σ</m:t>
              </m:r>
            </m:e>
          </m:nary>
          <m:d>
            <m:dPr>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m:rPr>
              <m:sty m:val="p"/>
            </m:rPr>
            <w:rPr>
              <w:rFonts w:ascii="Cambria Math" w:eastAsia="ヒラギノ丸ゴ ProN W4" w:hAnsi="Cambria Math" w:cs="Times New Roman"/>
              <w:color w:val="000000" w:themeColor="text1"/>
              <w:kern w:val="0"/>
              <w:sz w:val="21"/>
              <w:szCs w:val="21"/>
              <w14:ligatures w14:val="none"/>
            </w:rPr>
            <m:t>sin</m:t>
          </m:r>
          <m:r>
            <w:rPr>
              <w:rFonts w:ascii="Cambria Math" w:eastAsia="ヒラギノ丸ゴ ProN W4" w:hAnsi="Cambria Math" w:cs="Times New Roman"/>
              <w:color w:val="000000" w:themeColor="text1"/>
              <w:kern w:val="0"/>
              <w:sz w:val="21"/>
              <w:szCs w:val="21"/>
              <w14:ligatures w14:val="none"/>
            </w:rPr>
            <m:t>⁡</m:t>
          </m:r>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m:rPr>
              <m:sty m:val="p"/>
            </m:rPr>
            <w:rPr>
              <w:rFonts w:ascii="Cambria Math" w:eastAsia="ヒラギノ丸ゴ ProN W4" w:hAnsi="Cambria Math" w:cs="Times New Roman"/>
              <w:color w:val="000000" w:themeColor="text1"/>
              <w:kern w:val="0"/>
              <w:sz w:val="21"/>
              <w:szCs w:val="21"/>
              <w14:ligatures w14:val="none"/>
            </w:rPr>
            <m:t>Δ</m:t>
          </m:r>
          <m:r>
            <w:rPr>
              <w:rFonts w:ascii="Cambria Math" w:eastAsia="ヒラギノ丸ゴ ProN W4" w:hAnsi="Cambria Math" w:cs="Times New Roman"/>
              <w:color w:val="000000" w:themeColor="text1"/>
              <w:kern w:val="0"/>
              <w:sz w:val="21"/>
              <w:szCs w:val="21"/>
              <w14:ligatures w14:val="none"/>
            </w:rPr>
            <m:t xml:space="preserve">t, </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3a</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086EC86F" w14:textId="74D314F1" w:rsidR="00D649C0" w:rsidRPr="00BF0CFF" w:rsidRDefault="0000000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2</m:t>
              </m:r>
            </m:num>
            <m:den>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γ</m:t>
                  </m:r>
                </m:e>
                <m:sub>
                  <m:r>
                    <w:rPr>
                      <w:rFonts w:ascii="Cambria Math" w:eastAsia="ヒラギノ丸ゴ ProN W4" w:hAnsi="Cambria Math" w:cs="Times New Roman"/>
                      <w:color w:val="000000" w:themeColor="text1"/>
                      <w:kern w:val="0"/>
                      <w:sz w:val="21"/>
                      <w:szCs w:val="21"/>
                      <w14:ligatures w14:val="none"/>
                    </w:rPr>
                    <m:t>0</m:t>
                  </m:r>
                </m:sub>
              </m:sSub>
              <m:r>
                <w:rPr>
                  <w:rFonts w:ascii="Cambria Math" w:eastAsia="ヒラギノ丸ゴ ProN W4" w:hAnsi="Cambria Math" w:cs="Times New Roman"/>
                  <w:color w:val="000000" w:themeColor="text1"/>
                  <w:kern w:val="0"/>
                  <w:sz w:val="21"/>
                  <w:szCs w:val="21"/>
                  <w14:ligatures w14:val="none"/>
                </w:rPr>
                <m:t>T</m:t>
              </m:r>
            </m:den>
          </m:f>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r>
                <w:rPr>
                  <w:rFonts w:ascii="Cambria Math" w:eastAsia="ヒラギノ丸ゴ ProN W4" w:hAnsi="Cambria Math" w:cs="Times New Roman"/>
                  <w:color w:val="000000" w:themeColor="text1"/>
                  <w:kern w:val="0"/>
                  <w:sz w:val="21"/>
                  <w:szCs w:val="21"/>
                  <w14:ligatures w14:val="none"/>
                </w:rPr>
                <m:t>σ</m:t>
              </m:r>
            </m:e>
          </m:nary>
          <m:d>
            <m:dPr>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m:rPr>
              <m:sty m:val="p"/>
            </m:rPr>
            <w:rPr>
              <w:rFonts w:ascii="Cambria Math" w:eastAsia="ヒラギノ丸ゴ ProN W4" w:hAnsi="Cambria Math" w:cs="Times New Roman"/>
              <w:color w:val="000000" w:themeColor="text1"/>
              <w:kern w:val="0"/>
              <w:sz w:val="21"/>
              <w:szCs w:val="21"/>
              <w14:ligatures w14:val="none"/>
            </w:rPr>
            <m:t>cos</m:t>
          </m:r>
          <m:r>
            <w:rPr>
              <w:rFonts w:ascii="Cambria Math" w:eastAsia="ヒラギノ丸ゴ ProN W4" w:hAnsi="Cambria Math" w:cs="Times New Roman"/>
              <w:color w:val="000000" w:themeColor="text1"/>
              <w:kern w:val="0"/>
              <w:sz w:val="21"/>
              <w:szCs w:val="21"/>
              <w14:ligatures w14:val="none"/>
            </w:rPr>
            <m:t>⁡</m:t>
          </m:r>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m:rPr>
              <m:sty m:val="p"/>
            </m:rPr>
            <w:rPr>
              <w:rFonts w:ascii="Cambria Math" w:eastAsia="ヒラギノ丸ゴ ProN W4" w:hAnsi="Cambria Math" w:cs="Times New Roman"/>
              <w:color w:val="000000" w:themeColor="text1"/>
              <w:kern w:val="0"/>
              <w:sz w:val="21"/>
              <w:szCs w:val="21"/>
              <w14:ligatures w14:val="none"/>
            </w:rPr>
            <m:t>Δ</m:t>
          </m:r>
          <m:r>
            <w:rPr>
              <w:rFonts w:ascii="Cambria Math" w:eastAsia="ヒラギノ丸ゴ ProN W4" w:hAnsi="Cambria Math" w:cs="Times New Roman"/>
              <w:color w:val="000000" w:themeColor="text1"/>
              <w:kern w:val="0"/>
              <w:sz w:val="21"/>
              <w:szCs w:val="21"/>
              <w14:ligatures w14:val="none"/>
            </w:rPr>
            <m:t xml:space="preserve">t.             </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3b</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54EF6DBB" w14:textId="3B83CA3F" w:rsidR="00CC5F25" w:rsidRPr="00BF0CFF" w:rsidRDefault="00CC5F25" w:rsidP="00CC5F25">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 xml:space="preserve">Since </w:t>
      </w:r>
      <w:proofErr w:type="spellStart"/>
      <w:r w:rsidRPr="00BF0CFF">
        <w:rPr>
          <w:rFonts w:ascii="Times New Roman" w:eastAsia="ヒラギノ丸ゴ ProN W4" w:hAnsi="Times New Roman" w:cs="Times New Roman"/>
          <w:color w:val="000000" w:themeColor="text1"/>
          <w:kern w:val="0"/>
          <w:sz w:val="21"/>
          <w:szCs w:val="21"/>
          <w14:ligatures w14:val="none"/>
        </w:rPr>
        <w:t>Eqs</w:t>
      </w:r>
      <w:proofErr w:type="spellEnd"/>
      <w:r w:rsidRPr="00BF0CFF">
        <w:rPr>
          <w:rFonts w:ascii="Times New Roman" w:eastAsia="ヒラギノ丸ゴ ProN W4" w:hAnsi="Times New Roman" w:cs="Times New Roman"/>
          <w:color w:val="000000" w:themeColor="text1"/>
          <w:kern w:val="0"/>
          <w:sz w:val="21"/>
          <w:szCs w:val="21"/>
          <w14:ligatures w14:val="none"/>
        </w:rPr>
        <w:t>. (S.4.3a) and (S.4.3b) represent linear combinations of </w:t>
      </w:r>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σ</m:t>
            </m:r>
          </m:e>
          <m:sub>
            <m:r>
              <w:rPr>
                <w:rFonts w:ascii="Cambria Math" w:eastAsia="ヒラギノ丸ゴ ProN W4" w:hAnsi="Cambria Math" w:cs="Times New Roman"/>
                <w:color w:val="000000" w:themeColor="text1"/>
                <w:kern w:val="0"/>
                <w:sz w:val="21"/>
                <w:szCs w:val="21"/>
                <w14:ligatures w14:val="none"/>
              </w:rPr>
              <m:t>k</m:t>
            </m:r>
          </m:sub>
        </m:sSub>
      </m:oMath>
      <w:r w:rsidRPr="00BF0CFF">
        <w:rPr>
          <w:rFonts w:ascii="Times New Roman" w:eastAsia="ヒラギノ丸ゴ ProN W4" w:hAnsi="Times New Roman" w:cs="Times New Roman"/>
          <w:color w:val="000000" w:themeColor="text1"/>
          <w:kern w:val="0"/>
          <w:sz w:val="21"/>
          <w:szCs w:val="21"/>
          <w14:ligatures w14:val="none"/>
        </w:rPr>
        <w:t>, the standard uncertainties of </w:t>
      </w:r>
      <m:oMath>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oMath>
      <w:r w:rsidRPr="00BF0CFF">
        <w:rPr>
          <w:rFonts w:ascii="Times New Roman" w:eastAsia="ヒラギノ丸ゴ ProN W4" w:hAnsi="Times New Roman" w:cs="Times New Roman"/>
          <w:color w:val="000000" w:themeColor="text1"/>
          <w:kern w:val="0"/>
          <w:sz w:val="21"/>
          <w:szCs w:val="21"/>
          <w14:ligatures w14:val="none"/>
        </w:rPr>
        <w:t> and </w:t>
      </w:r>
      <m:oMath>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oMath>
      <w:r w:rsidRPr="00BF0CFF">
        <w:rPr>
          <w:rFonts w:ascii="Times New Roman" w:eastAsia="ヒラギノ丸ゴ ProN W4" w:hAnsi="Times New Roman" w:cs="Times New Roman"/>
          <w:color w:val="000000" w:themeColor="text1"/>
          <w:kern w:val="0"/>
          <w:sz w:val="21"/>
          <w:szCs w:val="21"/>
          <w14:ligatures w14:val="none"/>
        </w:rPr>
        <w:t xml:space="preserve"> were evaluated using the law of propagation of uncertainty </w:t>
      </w:r>
      <w:sdt>
        <w:sdtPr>
          <w:rPr>
            <w:rFonts w:ascii="Times New Roman" w:eastAsia="ヒラギノ丸ゴ ProN W4" w:hAnsi="Times New Roman" w:cs="Times New Roman"/>
            <w:color w:val="000000" w:themeColor="text1"/>
            <w:kern w:val="0"/>
            <w:sz w:val="21"/>
            <w:szCs w:val="21"/>
            <w14:ligatures w14:val="none"/>
          </w:rPr>
          <w:tag w:val="MENDELEY_CITATION_v3_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"/>
          <w:id w:val="1041792955"/>
          <w:placeholder>
            <w:docPart w:val="DefaultPlaceholder_-1854013440"/>
          </w:placeholder>
        </w:sdtPr>
        <w:sdtContent>
          <w:r w:rsidR="00DF27B2" w:rsidRPr="00BF0CFF">
            <w:rPr>
              <w:rFonts w:ascii="Times New Roman" w:eastAsia="ヒラギノ丸ゴ ProN W4" w:hAnsi="Times New Roman" w:cs="Times New Roman"/>
              <w:color w:val="000000" w:themeColor="text1"/>
              <w:kern w:val="0"/>
              <w:sz w:val="21"/>
              <w:szCs w:val="21"/>
              <w14:ligatures w14:val="none"/>
            </w:rPr>
            <w:t>[1]</w:t>
          </w:r>
        </w:sdtContent>
      </w:sdt>
      <w:r w:rsidRPr="00BF0CFF">
        <w:rPr>
          <w:rFonts w:ascii="Times New Roman" w:eastAsia="ヒラギノ丸ゴ ProN W4" w:hAnsi="Times New Roman" w:cs="Times New Roman"/>
          <w:color w:val="000000" w:themeColor="text1"/>
          <w:kern w:val="0"/>
          <w:sz w:val="21"/>
          <w:szCs w:val="21"/>
          <w14:ligatures w14:val="none"/>
        </w:rPr>
        <w:t xml:space="preserve"> and are given by</w:t>
      </w:r>
    </w:p>
    <w:p w14:paraId="1D0C0359" w14:textId="005190C1" w:rsidR="00D649C0" w:rsidRPr="00BF0CFF" w:rsidRDefault="00D649C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w:p>
    <w:p w14:paraId="7A64BD4E" w14:textId="75B6AA1D" w:rsidR="00B15AB1" w:rsidRPr="00BF0CFF" w:rsidRDefault="0000000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sub>
          </m:sSub>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2</m:t>
              </m:r>
            </m:num>
            <m:den>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γ</m:t>
                  </m:r>
                </m:e>
                <m:sub>
                  <m:r>
                    <w:rPr>
                      <w:rFonts w:ascii="Cambria Math" w:eastAsia="ヒラギノ丸ゴ ProN W4" w:hAnsi="Cambria Math" w:cs="Times New Roman"/>
                      <w:color w:val="000000" w:themeColor="text1"/>
                      <w:kern w:val="0"/>
                      <w:sz w:val="21"/>
                      <w:szCs w:val="21"/>
                      <w14:ligatures w14:val="none"/>
                    </w:rPr>
                    <m:t>0</m:t>
                  </m:r>
                </m:sub>
              </m:sSub>
              <m:r>
                <w:rPr>
                  <w:rFonts w:ascii="Cambria Math" w:eastAsia="ヒラギノ丸ゴ ProN W4" w:hAnsi="Cambria Math" w:cs="Times New Roman"/>
                  <w:color w:val="000000" w:themeColor="text1"/>
                  <w:kern w:val="0"/>
                  <w:sz w:val="21"/>
                  <w:szCs w:val="21"/>
                  <w14:ligatures w14:val="none"/>
                </w:rPr>
                <m:t>T</m:t>
              </m:r>
            </m:den>
          </m:f>
          <m:rad>
            <m:radPr>
              <m:degHide m:val="1"/>
              <m:ctrlPr>
                <w:rPr>
                  <w:rFonts w:ascii="Cambria Math" w:eastAsia="ヒラギノ丸ゴ ProN W4" w:hAnsi="Cambria Math" w:cs="Times New Roman"/>
                  <w:color w:val="000000" w:themeColor="text1"/>
                  <w:kern w:val="0"/>
                  <w:sz w:val="21"/>
                  <w:szCs w:val="21"/>
                  <w14:ligatures w14:val="none"/>
                </w:rPr>
              </m:ctrlPr>
            </m:radPr>
            <m:deg/>
            <m:e>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sSup>
                    <m:sSupPr>
                      <m:ctrlPr>
                        <w:rPr>
                          <w:rFonts w:ascii="Cambria Math" w:eastAsia="ヒラギノ丸ゴ ProN W4" w:hAnsi="Cambria Math" w:cs="Times New Roman"/>
                          <w:color w:val="000000" w:themeColor="text1"/>
                          <w:kern w:val="0"/>
                          <w:sz w:val="21"/>
                          <w:szCs w:val="21"/>
                          <w14:ligatures w14:val="none"/>
                        </w:rPr>
                      </m:ctrlPr>
                    </m:sSupPr>
                    <m:e>
                      <m:d>
                        <m:dPr>
                          <m:begChr m:val="["/>
                          <m:endChr m:val="]"/>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r>
                                <w:rPr>
                                  <w:rFonts w:ascii="Cambria Math" w:eastAsia="ヒラギノ丸ゴ ProN W4" w:hAnsi="Cambria Math" w:cs="Times New Roman"/>
                                  <w:color w:val="000000" w:themeColor="text1"/>
                                  <w:kern w:val="0"/>
                                  <w:sz w:val="21"/>
                                  <w:szCs w:val="21"/>
                                  <w14:ligatures w14:val="none"/>
                                </w:rPr>
                                <m:t>σ</m:t>
                              </m:r>
                            </m:sub>
                          </m:sSub>
                          <m:d>
                            <m:dPr>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m:rPr>
                              <m:sty m:val="p"/>
                            </m:rPr>
                            <w:rPr>
                              <w:rFonts w:ascii="Cambria Math" w:eastAsia="ヒラギノ丸ゴ ProN W4" w:hAnsi="Cambria Math" w:cs="Times New Roman"/>
                              <w:color w:val="000000" w:themeColor="text1"/>
                              <w:kern w:val="0"/>
                              <w:sz w:val="21"/>
                              <w:szCs w:val="21"/>
                              <w14:ligatures w14:val="none"/>
                            </w:rPr>
                            <m:t>sin</m:t>
                          </m:r>
                          <m:r>
                            <w:rPr>
                              <w:rFonts w:ascii="Cambria Math" w:eastAsia="ヒラギノ丸ゴ ProN W4" w:hAnsi="Cambria Math" w:cs="Times New Roman"/>
                              <w:color w:val="000000" w:themeColor="text1"/>
                              <w:kern w:val="0"/>
                              <w:sz w:val="21"/>
                              <w:szCs w:val="21"/>
                              <w14:ligatures w14:val="none"/>
                            </w:rPr>
                            <m:t>⁡</m:t>
                          </m:r>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m:rPr>
                              <m:sty m:val="p"/>
                            </m:rPr>
                            <w:rPr>
                              <w:rFonts w:ascii="Cambria Math" w:eastAsia="ヒラギノ丸ゴ ProN W4" w:hAnsi="Cambria Math" w:cs="Times New Roman"/>
                              <w:color w:val="000000" w:themeColor="text1"/>
                              <w:kern w:val="0"/>
                              <w:sz w:val="21"/>
                              <w:szCs w:val="21"/>
                              <w14:ligatures w14:val="none"/>
                            </w:rPr>
                            <m:t>Δ</m:t>
                          </m:r>
                          <m:r>
                            <w:rPr>
                              <w:rFonts w:ascii="Cambria Math" w:eastAsia="ヒラギノ丸ゴ ProN W4" w:hAnsi="Cambria Math" w:cs="Times New Roman"/>
                              <w:color w:val="000000" w:themeColor="text1"/>
                              <w:kern w:val="0"/>
                              <w:sz w:val="21"/>
                              <w:szCs w:val="21"/>
                              <w14:ligatures w14:val="none"/>
                            </w:rPr>
                            <m:t>t</m:t>
                          </m:r>
                        </m:e>
                      </m:d>
                    </m:e>
                    <m:sup>
                      <m:r>
                        <w:rPr>
                          <w:rFonts w:ascii="Cambria Math" w:eastAsia="ヒラギノ丸ゴ ProN W4" w:hAnsi="Cambria Math" w:cs="Times New Roman"/>
                          <w:color w:val="000000" w:themeColor="text1"/>
                          <w:kern w:val="0"/>
                          <w:sz w:val="21"/>
                          <w:szCs w:val="21"/>
                          <w14:ligatures w14:val="none"/>
                        </w:rPr>
                        <m:t>2</m:t>
                      </m:r>
                    </m:sup>
                  </m:sSup>
                </m:e>
              </m:nary>
            </m:e>
          </m:rad>
          <m:r>
            <w:rPr>
              <w:rFonts w:ascii="Cambria Math" w:eastAsia="ヒラギノ丸ゴ ProN W4" w:hAnsi="Cambria Math" w:cs="Times New Roman"/>
              <w:color w:val="000000" w:themeColor="text1"/>
              <w:kern w:val="0"/>
              <w:sz w:val="21"/>
              <w:szCs w:val="21"/>
              <w14:ligatures w14:val="none"/>
            </w:rPr>
            <m:t>,</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4a</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7A71EBDA" w14:textId="4CDDAE66" w:rsidR="00B15AB1" w:rsidRPr="00BF0CFF" w:rsidRDefault="0000000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sub>
          </m:sSub>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2</m:t>
              </m:r>
            </m:num>
            <m:den>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γ</m:t>
                  </m:r>
                </m:e>
                <m:sub>
                  <m:r>
                    <w:rPr>
                      <w:rFonts w:ascii="Cambria Math" w:eastAsia="ヒラギノ丸ゴ ProN W4" w:hAnsi="Cambria Math" w:cs="Times New Roman"/>
                      <w:color w:val="000000" w:themeColor="text1"/>
                      <w:kern w:val="0"/>
                      <w:sz w:val="21"/>
                      <w:szCs w:val="21"/>
                      <w14:ligatures w14:val="none"/>
                    </w:rPr>
                    <m:t>0</m:t>
                  </m:r>
                </m:sub>
              </m:sSub>
              <m:r>
                <w:rPr>
                  <w:rFonts w:ascii="Cambria Math" w:eastAsia="ヒラギノ丸ゴ ProN W4" w:hAnsi="Cambria Math" w:cs="Times New Roman"/>
                  <w:color w:val="000000" w:themeColor="text1"/>
                  <w:kern w:val="0"/>
                  <w:sz w:val="21"/>
                  <w:szCs w:val="21"/>
                  <w14:ligatures w14:val="none"/>
                </w:rPr>
                <m:t>T</m:t>
              </m:r>
            </m:den>
          </m:f>
          <m:rad>
            <m:radPr>
              <m:degHide m:val="1"/>
              <m:ctrlPr>
                <w:rPr>
                  <w:rFonts w:ascii="Cambria Math" w:eastAsia="ヒラギノ丸ゴ ProN W4" w:hAnsi="Cambria Math" w:cs="Times New Roman"/>
                  <w:color w:val="000000" w:themeColor="text1"/>
                  <w:kern w:val="0"/>
                  <w:sz w:val="21"/>
                  <w:szCs w:val="21"/>
                  <w14:ligatures w14:val="none"/>
                </w:rPr>
              </m:ctrlPr>
            </m:radPr>
            <m:deg/>
            <m:e>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sSup>
                    <m:sSupPr>
                      <m:ctrlPr>
                        <w:rPr>
                          <w:rFonts w:ascii="Cambria Math" w:eastAsia="ヒラギノ丸ゴ ProN W4" w:hAnsi="Cambria Math" w:cs="Times New Roman"/>
                          <w:color w:val="000000" w:themeColor="text1"/>
                          <w:kern w:val="0"/>
                          <w:sz w:val="21"/>
                          <w:szCs w:val="21"/>
                          <w14:ligatures w14:val="none"/>
                        </w:rPr>
                      </m:ctrlPr>
                    </m:sSupPr>
                    <m:e>
                      <m:d>
                        <m:dPr>
                          <m:begChr m:val="["/>
                          <m:endChr m:val="]"/>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r>
                                <w:rPr>
                                  <w:rFonts w:ascii="Cambria Math" w:eastAsia="ヒラギノ丸ゴ ProN W4" w:hAnsi="Cambria Math" w:cs="Times New Roman"/>
                                  <w:color w:val="000000" w:themeColor="text1"/>
                                  <w:kern w:val="0"/>
                                  <w:sz w:val="21"/>
                                  <w:szCs w:val="21"/>
                                  <w14:ligatures w14:val="none"/>
                                </w:rPr>
                                <m:t>σ</m:t>
                              </m:r>
                            </m:sub>
                          </m:sSub>
                          <m:d>
                            <m:dPr>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m:rPr>
                              <m:sty m:val="p"/>
                            </m:rPr>
                            <w:rPr>
                              <w:rFonts w:ascii="Cambria Math" w:eastAsia="ヒラギノ丸ゴ ProN W4" w:hAnsi="Cambria Math" w:cs="Times New Roman"/>
                              <w:color w:val="000000" w:themeColor="text1"/>
                              <w:kern w:val="0"/>
                              <w:sz w:val="21"/>
                              <w:szCs w:val="21"/>
                              <w14:ligatures w14:val="none"/>
                            </w:rPr>
                            <m:t>cos</m:t>
                          </m:r>
                          <m:r>
                            <w:rPr>
                              <w:rFonts w:ascii="Cambria Math" w:eastAsia="ヒラギノ丸ゴ ProN W4" w:hAnsi="Cambria Math" w:cs="Times New Roman"/>
                              <w:color w:val="000000" w:themeColor="text1"/>
                              <w:kern w:val="0"/>
                              <w:sz w:val="21"/>
                              <w:szCs w:val="21"/>
                              <w14:ligatures w14:val="none"/>
                            </w:rPr>
                            <m:t>⁡</m:t>
                          </m:r>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m:rPr>
                              <m:sty m:val="p"/>
                            </m:rPr>
                            <w:rPr>
                              <w:rFonts w:ascii="Cambria Math" w:eastAsia="ヒラギノ丸ゴ ProN W4" w:hAnsi="Cambria Math" w:cs="Times New Roman"/>
                              <w:color w:val="000000" w:themeColor="text1"/>
                              <w:kern w:val="0"/>
                              <w:sz w:val="21"/>
                              <w:szCs w:val="21"/>
                              <w14:ligatures w14:val="none"/>
                            </w:rPr>
                            <m:t>Δ</m:t>
                          </m:r>
                          <m:r>
                            <w:rPr>
                              <w:rFonts w:ascii="Cambria Math" w:eastAsia="ヒラギノ丸ゴ ProN W4" w:hAnsi="Cambria Math" w:cs="Times New Roman"/>
                              <w:color w:val="000000" w:themeColor="text1"/>
                              <w:kern w:val="0"/>
                              <w:sz w:val="21"/>
                              <w:szCs w:val="21"/>
                              <w14:ligatures w14:val="none"/>
                            </w:rPr>
                            <m:t>t</m:t>
                          </m:r>
                        </m:e>
                      </m:d>
                    </m:e>
                    <m:sup>
                      <m:r>
                        <w:rPr>
                          <w:rFonts w:ascii="Cambria Math" w:eastAsia="ヒラギノ丸ゴ ProN W4" w:hAnsi="Cambria Math" w:cs="Times New Roman"/>
                          <w:color w:val="000000" w:themeColor="text1"/>
                          <w:kern w:val="0"/>
                          <w:sz w:val="21"/>
                          <w:szCs w:val="21"/>
                          <w14:ligatures w14:val="none"/>
                        </w:rPr>
                        <m:t>2</m:t>
                      </m:r>
                    </m:sup>
                  </m:sSup>
                </m:e>
              </m:nary>
            </m:e>
          </m:rad>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4b</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05B787B0" w14:textId="5C8090AB" w:rsidR="00D649C0" w:rsidRPr="00BF0CFF" w:rsidRDefault="00D649C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where </w:t>
      </w:r>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r>
              <w:rPr>
                <w:rFonts w:ascii="Cambria Math" w:eastAsia="ヒラギノ丸ゴ ProN W4" w:hAnsi="Cambria Math" w:cs="Times New Roman"/>
                <w:color w:val="000000" w:themeColor="text1"/>
                <w:kern w:val="0"/>
                <w:sz w:val="21"/>
                <w:szCs w:val="21"/>
                <w14:ligatures w14:val="none"/>
              </w:rPr>
              <m:t>σ</m:t>
            </m:r>
          </m:sub>
        </m:sSub>
        <m:d>
          <m:dPr>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oMath>
      <w:r w:rsidRPr="00BF0CFF">
        <w:rPr>
          <w:rFonts w:ascii="Times New Roman" w:eastAsia="ヒラギノ丸ゴ ProN W4" w:hAnsi="Times New Roman" w:cs="Times New Roman"/>
          <w:color w:val="000000" w:themeColor="text1"/>
          <w:kern w:val="0"/>
          <w:sz w:val="21"/>
          <w:szCs w:val="21"/>
          <w14:ligatures w14:val="none"/>
        </w:rPr>
        <w:t> denotes the uncertainty of the stress measurement.</w:t>
      </w:r>
      <w:r w:rsidR="008D749F" w:rsidRPr="00BF0CFF">
        <w:rPr>
          <w:rFonts w:ascii="Times New Roman" w:eastAsia="ヒラギノ丸ゴ ProN W4" w:hAnsi="Times New Roman" w:cs="Times New Roman"/>
          <w:color w:val="000000" w:themeColor="text1"/>
          <w:kern w:val="0"/>
          <w:sz w:val="21"/>
          <w:szCs w:val="21"/>
          <w14:ligatures w14:val="none"/>
        </w:rPr>
        <w:t xml:space="preserve"> </w:t>
      </w:r>
      <w:r w:rsidRPr="00BF0CFF">
        <w:rPr>
          <w:rFonts w:ascii="Times New Roman" w:eastAsia="ヒラギノ丸ゴ ProN W4" w:hAnsi="Times New Roman" w:cs="Times New Roman"/>
          <w:color w:val="000000" w:themeColor="text1"/>
          <w:kern w:val="0"/>
          <w:sz w:val="21"/>
          <w:szCs w:val="21"/>
          <w14:ligatures w14:val="none"/>
        </w:rPr>
        <w:t>Using </w:t>
      </w:r>
      <m:oMath>
        <m:r>
          <m:rPr>
            <m:sty m:val="p"/>
          </m:rPr>
          <w:rPr>
            <w:rFonts w:ascii="Cambria Math" w:eastAsia="ヒラギノ丸ゴ ProN W4" w:hAnsi="Cambria Math" w:cs="Times New Roman"/>
            <w:color w:val="000000" w:themeColor="text1"/>
            <w:kern w:val="0"/>
            <w:sz w:val="21"/>
            <w:szCs w:val="21"/>
            <w14:ligatures w14:val="none"/>
          </w:rPr>
          <m:t>Δ</m:t>
        </m:r>
        <m:r>
          <w:rPr>
            <w:rFonts w:ascii="Cambria Math" w:eastAsia="ヒラギノ丸ゴ ProN W4" w:hAnsi="Cambria Math" w:cs="Times New Roman"/>
            <w:color w:val="000000" w:themeColor="text1"/>
            <w:kern w:val="0"/>
            <w:sz w:val="21"/>
            <w:szCs w:val="21"/>
            <w14:ligatures w14:val="none"/>
          </w:rPr>
          <m:t>t=T/N</m:t>
        </m:r>
      </m:oMath>
      <w:r w:rsidRPr="00BF0CFF">
        <w:rPr>
          <w:rFonts w:ascii="Times New Roman" w:eastAsia="ヒラギノ丸ゴ ProN W4" w:hAnsi="Times New Roman" w:cs="Times New Roman"/>
          <w:color w:val="000000" w:themeColor="text1"/>
          <w:kern w:val="0"/>
          <w:sz w:val="21"/>
          <w:szCs w:val="21"/>
          <w14:ligatures w14:val="none"/>
        </w:rPr>
        <w:t>, Eqs. (S.</w:t>
      </w:r>
      <w:r w:rsidR="00D064C7" w:rsidRPr="00BF0CFF">
        <w:rPr>
          <w:rFonts w:ascii="Times New Roman" w:eastAsia="ヒラギノ丸ゴ ProN W4" w:hAnsi="Times New Roman" w:cs="Times New Roman"/>
          <w:color w:val="000000" w:themeColor="text1"/>
          <w:kern w:val="0"/>
          <w:sz w:val="21"/>
          <w:szCs w:val="21"/>
          <w14:ligatures w14:val="none"/>
        </w:rPr>
        <w:t>4.4</w:t>
      </w:r>
      <w:r w:rsidRPr="00BF0CFF">
        <w:rPr>
          <w:rFonts w:ascii="Times New Roman" w:eastAsia="ヒラギノ丸ゴ ProN W4" w:hAnsi="Times New Roman" w:cs="Times New Roman"/>
          <w:color w:val="000000" w:themeColor="text1"/>
          <w:kern w:val="0"/>
          <w:sz w:val="21"/>
          <w:szCs w:val="21"/>
          <w14:ligatures w14:val="none"/>
        </w:rPr>
        <w:t>a) and (S.</w:t>
      </w:r>
      <w:r w:rsidR="00D064C7" w:rsidRPr="00BF0CFF">
        <w:rPr>
          <w:rFonts w:ascii="Times New Roman" w:eastAsia="ヒラギノ丸ゴ ProN W4" w:hAnsi="Times New Roman" w:cs="Times New Roman"/>
          <w:color w:val="000000" w:themeColor="text1"/>
          <w:kern w:val="0"/>
          <w:sz w:val="21"/>
          <w:szCs w:val="21"/>
          <w14:ligatures w14:val="none"/>
        </w:rPr>
        <w:t>4.4</w:t>
      </w:r>
      <w:r w:rsidRPr="00BF0CFF">
        <w:rPr>
          <w:rFonts w:ascii="Times New Roman" w:eastAsia="ヒラギノ丸ゴ ProN W4" w:hAnsi="Times New Roman" w:cs="Times New Roman"/>
          <w:color w:val="000000" w:themeColor="text1"/>
          <w:kern w:val="0"/>
          <w:sz w:val="21"/>
          <w:szCs w:val="21"/>
          <w14:ligatures w14:val="none"/>
        </w:rPr>
        <w:t>b) become</w:t>
      </w:r>
    </w:p>
    <w:p w14:paraId="24FBD502" w14:textId="579B1F88" w:rsidR="00FC1C59" w:rsidRPr="00BF0CFF" w:rsidRDefault="0000000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sub>
          </m:sSub>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2</m:t>
              </m:r>
            </m:num>
            <m:den>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γ</m:t>
                  </m:r>
                </m:e>
                <m:sub>
                  <m:r>
                    <w:rPr>
                      <w:rFonts w:ascii="Cambria Math" w:eastAsia="ヒラギノ丸ゴ ProN W4" w:hAnsi="Cambria Math" w:cs="Times New Roman"/>
                      <w:color w:val="000000" w:themeColor="text1"/>
                      <w:kern w:val="0"/>
                      <w:sz w:val="21"/>
                      <w:szCs w:val="21"/>
                      <w14:ligatures w14:val="none"/>
                    </w:rPr>
                    <m:t>0</m:t>
                  </m:r>
                </m:sub>
              </m:sSub>
              <m:r>
                <w:rPr>
                  <w:rFonts w:ascii="Cambria Math" w:eastAsia="ヒラギノ丸ゴ ProN W4" w:hAnsi="Cambria Math" w:cs="Times New Roman"/>
                  <w:color w:val="000000" w:themeColor="text1"/>
                  <w:kern w:val="0"/>
                  <w:sz w:val="21"/>
                  <w:szCs w:val="21"/>
                  <w14:ligatures w14:val="none"/>
                </w:rPr>
                <m:t>N</m:t>
              </m:r>
            </m:den>
          </m:f>
          <m:rad>
            <m:radPr>
              <m:degHide m:val="1"/>
              <m:ctrlPr>
                <w:rPr>
                  <w:rFonts w:ascii="Cambria Math" w:eastAsia="ヒラギノ丸ゴ ProN W4" w:hAnsi="Cambria Math" w:cs="Times New Roman"/>
                  <w:color w:val="000000" w:themeColor="text1"/>
                  <w:kern w:val="0"/>
                  <w:sz w:val="21"/>
                  <w:szCs w:val="21"/>
                  <w14:ligatures w14:val="none"/>
                </w:rPr>
              </m:ctrlPr>
            </m:radPr>
            <m:deg/>
            <m:e>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sSup>
                    <m:sSupPr>
                      <m:ctrlPr>
                        <w:rPr>
                          <w:rFonts w:ascii="Cambria Math" w:eastAsia="ヒラギノ丸ゴ ProN W4" w:hAnsi="Cambria Math" w:cs="Times New Roman"/>
                          <w:color w:val="000000" w:themeColor="text1"/>
                          <w:kern w:val="0"/>
                          <w:sz w:val="21"/>
                          <w:szCs w:val="21"/>
                          <w14:ligatures w14:val="none"/>
                        </w:rPr>
                      </m:ctrlPr>
                    </m:sSupPr>
                    <m:e>
                      <m:d>
                        <m:dPr>
                          <m:begChr m:val="["/>
                          <m:endChr m:val="]"/>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r>
                                <w:rPr>
                                  <w:rFonts w:ascii="Cambria Math" w:eastAsia="ヒラギノ丸ゴ ProN W4" w:hAnsi="Cambria Math" w:cs="Times New Roman"/>
                                  <w:color w:val="000000" w:themeColor="text1"/>
                                  <w:kern w:val="0"/>
                                  <w:sz w:val="21"/>
                                  <w:szCs w:val="21"/>
                                  <w14:ligatures w14:val="none"/>
                                </w:rPr>
                                <m:t>σ</m:t>
                              </m:r>
                            </m:sub>
                          </m:sSub>
                          <m:d>
                            <m:dPr>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m:rPr>
                              <m:sty m:val="p"/>
                            </m:rPr>
                            <w:rPr>
                              <w:rFonts w:ascii="Cambria Math" w:eastAsia="ヒラギノ丸ゴ ProN W4" w:hAnsi="Cambria Math" w:cs="Times New Roman"/>
                              <w:color w:val="000000" w:themeColor="text1"/>
                              <w:kern w:val="0"/>
                              <w:sz w:val="21"/>
                              <w:szCs w:val="21"/>
                              <w14:ligatures w14:val="none"/>
                            </w:rPr>
                            <m:t>sin</m:t>
                          </m:r>
                          <m:r>
                            <w:rPr>
                              <w:rFonts w:ascii="Cambria Math" w:eastAsia="ヒラギノ丸ゴ ProN W4" w:hAnsi="Cambria Math" w:cs="Times New Roman"/>
                              <w:color w:val="000000" w:themeColor="text1"/>
                              <w:kern w:val="0"/>
                              <w:sz w:val="21"/>
                              <w:szCs w:val="21"/>
                              <w14:ligatures w14:val="none"/>
                            </w:rPr>
                            <m:t>⁡</m:t>
                          </m:r>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e>
                      </m:d>
                    </m:e>
                    <m:sup>
                      <m:r>
                        <w:rPr>
                          <w:rFonts w:ascii="Cambria Math" w:eastAsia="ヒラギノ丸ゴ ProN W4" w:hAnsi="Cambria Math" w:cs="Times New Roman"/>
                          <w:color w:val="000000" w:themeColor="text1"/>
                          <w:kern w:val="0"/>
                          <w:sz w:val="21"/>
                          <w:szCs w:val="21"/>
                          <w14:ligatures w14:val="none"/>
                        </w:rPr>
                        <m:t>2</m:t>
                      </m:r>
                    </m:sup>
                  </m:sSup>
                </m:e>
              </m:nary>
            </m:e>
          </m:rad>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5</m:t>
          </m:r>
          <m:r>
            <m:rPr>
              <m:nor/>
            </m:rPr>
            <w:rPr>
              <w:rFonts w:ascii="Cambria Math" w:eastAsia="ヒラギノ丸ゴ ProN W4" w:hAnsi="Times New Roman" w:cs="Times New Roman"/>
              <w:color w:val="000000" w:themeColor="text1"/>
              <w:kern w:val="0"/>
              <w:sz w:val="21"/>
              <w:szCs w:val="21"/>
              <w14:ligatures w14:val="none"/>
            </w:rPr>
            <m:t>a</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6CDD1F3C" w14:textId="36CC4C78" w:rsidR="00D649C0" w:rsidRPr="00BF0CFF" w:rsidRDefault="0000000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sub>
          </m:sSub>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2</m:t>
              </m:r>
            </m:num>
            <m:den>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γ</m:t>
                  </m:r>
                </m:e>
                <m:sub>
                  <m:r>
                    <w:rPr>
                      <w:rFonts w:ascii="Cambria Math" w:eastAsia="ヒラギノ丸ゴ ProN W4" w:hAnsi="Cambria Math" w:cs="Times New Roman"/>
                      <w:color w:val="000000" w:themeColor="text1"/>
                      <w:kern w:val="0"/>
                      <w:sz w:val="21"/>
                      <w:szCs w:val="21"/>
                      <w14:ligatures w14:val="none"/>
                    </w:rPr>
                    <m:t>0</m:t>
                  </m:r>
                </m:sub>
              </m:sSub>
              <m:r>
                <w:rPr>
                  <w:rFonts w:ascii="Cambria Math" w:eastAsia="ヒラギノ丸ゴ ProN W4" w:hAnsi="Cambria Math" w:cs="Times New Roman"/>
                  <w:color w:val="000000" w:themeColor="text1"/>
                  <w:kern w:val="0"/>
                  <w:sz w:val="21"/>
                  <w:szCs w:val="21"/>
                  <w14:ligatures w14:val="none"/>
                </w:rPr>
                <m:t>N</m:t>
              </m:r>
            </m:den>
          </m:f>
          <m:rad>
            <m:radPr>
              <m:degHide m:val="1"/>
              <m:ctrlPr>
                <w:rPr>
                  <w:rFonts w:ascii="Cambria Math" w:eastAsia="ヒラギノ丸ゴ ProN W4" w:hAnsi="Cambria Math" w:cs="Times New Roman"/>
                  <w:color w:val="000000" w:themeColor="text1"/>
                  <w:kern w:val="0"/>
                  <w:sz w:val="21"/>
                  <w:szCs w:val="21"/>
                  <w14:ligatures w14:val="none"/>
                </w:rPr>
              </m:ctrlPr>
            </m:radPr>
            <m:deg/>
            <m:e>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sSup>
                    <m:sSupPr>
                      <m:ctrlPr>
                        <w:rPr>
                          <w:rFonts w:ascii="Cambria Math" w:eastAsia="ヒラギノ丸ゴ ProN W4" w:hAnsi="Cambria Math" w:cs="Times New Roman"/>
                          <w:color w:val="000000" w:themeColor="text1"/>
                          <w:kern w:val="0"/>
                          <w:sz w:val="21"/>
                          <w:szCs w:val="21"/>
                          <w14:ligatures w14:val="none"/>
                        </w:rPr>
                      </m:ctrlPr>
                    </m:sSupPr>
                    <m:e>
                      <m:d>
                        <m:dPr>
                          <m:begChr m:val="["/>
                          <m:endChr m:val="]"/>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r>
                                <w:rPr>
                                  <w:rFonts w:ascii="Cambria Math" w:eastAsia="ヒラギノ丸ゴ ProN W4" w:hAnsi="Cambria Math" w:cs="Times New Roman"/>
                                  <w:color w:val="000000" w:themeColor="text1"/>
                                  <w:kern w:val="0"/>
                                  <w:sz w:val="21"/>
                                  <w:szCs w:val="21"/>
                                  <w14:ligatures w14:val="none"/>
                                </w:rPr>
                                <m:t>σ</m:t>
                              </m:r>
                            </m:sub>
                          </m:sSub>
                          <m:d>
                            <m:dPr>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m:rPr>
                              <m:sty m:val="p"/>
                            </m:rPr>
                            <w:rPr>
                              <w:rFonts w:ascii="Cambria Math" w:eastAsia="ヒラギノ丸ゴ ProN W4" w:hAnsi="Cambria Math" w:cs="Times New Roman"/>
                              <w:color w:val="000000" w:themeColor="text1"/>
                              <w:kern w:val="0"/>
                              <w:sz w:val="21"/>
                              <w:szCs w:val="21"/>
                              <w14:ligatures w14:val="none"/>
                            </w:rPr>
                            <m:t>cos</m:t>
                          </m:r>
                          <m:r>
                            <w:rPr>
                              <w:rFonts w:ascii="Cambria Math" w:eastAsia="ヒラギノ丸ゴ ProN W4" w:hAnsi="Cambria Math" w:cs="Times New Roman"/>
                              <w:color w:val="000000" w:themeColor="text1"/>
                              <w:kern w:val="0"/>
                              <w:sz w:val="21"/>
                              <w:szCs w:val="21"/>
                              <w14:ligatures w14:val="none"/>
                            </w:rPr>
                            <m:t>⁡</m:t>
                          </m:r>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e>
                      </m:d>
                    </m:e>
                    <m:sup>
                      <m:r>
                        <w:rPr>
                          <w:rFonts w:ascii="Cambria Math" w:eastAsia="ヒラギノ丸ゴ ProN W4" w:hAnsi="Cambria Math" w:cs="Times New Roman"/>
                          <w:color w:val="000000" w:themeColor="text1"/>
                          <w:kern w:val="0"/>
                          <w:sz w:val="21"/>
                          <w:szCs w:val="21"/>
                          <w14:ligatures w14:val="none"/>
                        </w:rPr>
                        <m:t>2</m:t>
                      </m:r>
                    </m:sup>
                  </m:sSup>
                </m:e>
              </m:nary>
            </m:e>
          </m:rad>
          <m:r>
            <w:rPr>
              <w:rFonts w:ascii="Cambria Math" w:eastAsia="ヒラギノ丸ゴ ProN W4" w:hAnsi="Cambria Math" w:cs="Times New Roman"/>
              <w:color w:val="000000" w:themeColor="text1"/>
              <w:kern w:val="0"/>
              <w:sz w:val="21"/>
              <w:szCs w:val="21"/>
              <w14:ligatures w14:val="none"/>
            </w:rPr>
            <m:t xml:space="preserve">.                                                                      </m:t>
          </m:r>
          <m:r>
            <w:rPr>
              <w:rFonts w:ascii="Cambria Math" w:eastAsia="ヒラギノ丸ゴ ProN W4" w:hAnsi="Cambria Math" w:cs="Times New Roman" w:hint="eastAsia"/>
              <w:color w:val="000000" w:themeColor="text1"/>
              <w:kern w:val="0"/>
              <w:sz w:val="21"/>
              <w:szCs w:val="21"/>
              <w14:ligatures w14:val="none"/>
            </w:rPr>
            <m:t xml:space="preserve">　</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5</m:t>
          </m:r>
          <m:r>
            <m:rPr>
              <m:nor/>
            </m:rPr>
            <w:rPr>
              <w:rFonts w:ascii="Cambria Math" w:eastAsia="ヒラギノ丸ゴ ProN W4" w:hAnsi="Times New Roman" w:cs="Times New Roman"/>
              <w:color w:val="000000" w:themeColor="text1"/>
              <w:kern w:val="0"/>
              <w:sz w:val="21"/>
              <w:szCs w:val="21"/>
              <w14:ligatures w14:val="none"/>
            </w:rPr>
            <m:t>b</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7A0438C1" w14:textId="48E9F57F" w:rsidR="00D649C0" w:rsidRPr="00BF0CFF" w:rsidRDefault="00D649C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Assuming that </w:t>
      </w:r>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r>
              <w:rPr>
                <w:rFonts w:ascii="Cambria Math" w:eastAsia="ヒラギノ丸ゴ ProN W4" w:hAnsi="Cambria Math" w:cs="Times New Roman"/>
                <w:color w:val="000000" w:themeColor="text1"/>
                <w:kern w:val="0"/>
                <w:sz w:val="21"/>
                <w:szCs w:val="21"/>
                <w14:ligatures w14:val="none"/>
              </w:rPr>
              <m:t>σ</m:t>
            </m:r>
          </m:sub>
        </m:sSub>
        <m:d>
          <m:dPr>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oMath>
      <w:r w:rsidRPr="00BF0CFF">
        <w:rPr>
          <w:rFonts w:ascii="Times New Roman" w:eastAsia="ヒラギノ丸ゴ ProN W4" w:hAnsi="Times New Roman" w:cs="Times New Roman"/>
          <w:color w:val="000000" w:themeColor="text1"/>
          <w:kern w:val="0"/>
          <w:sz w:val="21"/>
          <w:szCs w:val="21"/>
          <w14:ligatures w14:val="none"/>
        </w:rPr>
        <w:t> is independent of time,</w:t>
      </w:r>
    </w:p>
    <w:p w14:paraId="679CE425" w14:textId="5C367D3A" w:rsidR="00957263" w:rsidRPr="00BF0CFF" w:rsidRDefault="0000000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sub>
          </m:sSub>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2</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r>
                    <w:rPr>
                      <w:rFonts w:ascii="Cambria Math" w:eastAsia="ヒラギノ丸ゴ ProN W4" w:hAnsi="Cambria Math" w:cs="Times New Roman"/>
                      <w:color w:val="000000" w:themeColor="text1"/>
                      <w:kern w:val="0"/>
                      <w:sz w:val="21"/>
                      <w:szCs w:val="21"/>
                      <w14:ligatures w14:val="none"/>
                    </w:rPr>
                    <m:t>σ</m:t>
                  </m:r>
                </m:sub>
              </m:sSub>
            </m:num>
            <m:den>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γ</m:t>
                  </m:r>
                </m:e>
                <m:sub>
                  <m:r>
                    <w:rPr>
                      <w:rFonts w:ascii="Cambria Math" w:eastAsia="ヒラギノ丸ゴ ProN W4" w:hAnsi="Cambria Math" w:cs="Times New Roman"/>
                      <w:color w:val="000000" w:themeColor="text1"/>
                      <w:kern w:val="0"/>
                      <w:sz w:val="21"/>
                      <w:szCs w:val="21"/>
                      <w14:ligatures w14:val="none"/>
                    </w:rPr>
                    <m:t>0</m:t>
                  </m:r>
                </m:sub>
              </m:sSub>
              <m:r>
                <w:rPr>
                  <w:rFonts w:ascii="Cambria Math" w:eastAsia="ヒラギノ丸ゴ ProN W4" w:hAnsi="Cambria Math" w:cs="Times New Roman"/>
                  <w:color w:val="000000" w:themeColor="text1"/>
                  <w:kern w:val="0"/>
                  <w:sz w:val="21"/>
                  <w:szCs w:val="21"/>
                  <w14:ligatures w14:val="none"/>
                </w:rPr>
                <m:t>N</m:t>
              </m:r>
            </m:den>
          </m:f>
          <m:rad>
            <m:radPr>
              <m:degHide m:val="1"/>
              <m:ctrlPr>
                <w:rPr>
                  <w:rFonts w:ascii="Cambria Math" w:eastAsia="ヒラギノ丸ゴ ProN W4" w:hAnsi="Cambria Math" w:cs="Times New Roman"/>
                  <w:color w:val="000000" w:themeColor="text1"/>
                  <w:kern w:val="0"/>
                  <w:sz w:val="21"/>
                  <w:szCs w:val="21"/>
                  <w14:ligatures w14:val="none"/>
                </w:rPr>
              </m:ctrlPr>
            </m:radPr>
            <m:deg/>
            <m:e>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sSup>
                    <m:sSupPr>
                      <m:ctrlPr>
                        <w:rPr>
                          <w:rFonts w:ascii="Cambria Math" w:eastAsia="ヒラギノ丸ゴ ProN W4" w:hAnsi="Cambria Math" w:cs="Times New Roman"/>
                          <w:color w:val="000000" w:themeColor="text1"/>
                          <w:kern w:val="0"/>
                          <w:sz w:val="21"/>
                          <w:szCs w:val="21"/>
                          <w14:ligatures w14:val="none"/>
                        </w:rPr>
                      </m:ctrlPr>
                    </m:sSupPr>
                    <m:e>
                      <m:r>
                        <m:rPr>
                          <m:sty m:val="p"/>
                        </m:rPr>
                        <w:rPr>
                          <w:rFonts w:ascii="Cambria Math" w:eastAsia="ヒラギノ丸ゴ ProN W4" w:hAnsi="Cambria Math" w:cs="Times New Roman"/>
                          <w:color w:val="000000" w:themeColor="text1"/>
                          <w:kern w:val="0"/>
                          <w:sz w:val="21"/>
                          <w:szCs w:val="21"/>
                          <w14:ligatures w14:val="none"/>
                        </w:rPr>
                        <m:t>sin</m:t>
                      </m:r>
                    </m:e>
                    <m:sup>
                      <m:r>
                        <w:rPr>
                          <w:rFonts w:ascii="Cambria Math" w:eastAsia="ヒラギノ丸ゴ ProN W4" w:hAnsi="Cambria Math" w:cs="Times New Roman"/>
                          <w:color w:val="000000" w:themeColor="text1"/>
                          <w:kern w:val="0"/>
                          <w:sz w:val="21"/>
                          <w:szCs w:val="21"/>
                          <w14:ligatures w14:val="none"/>
                        </w:rPr>
                        <m:t>2</m:t>
                      </m:r>
                    </m:sup>
                  </m:sSup>
                </m:e>
              </m:nary>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e>
          </m:rad>
          <m:r>
            <w:rPr>
              <w:rFonts w:ascii="Cambria Math" w:eastAsia="ヒラギノ丸ゴ ProN W4" w:hAnsi="Cambria Math" w:cs="Times New Roman"/>
              <w:color w:val="000000" w:themeColor="text1"/>
              <w:kern w:val="0"/>
              <w:sz w:val="21"/>
              <w:szCs w:val="21"/>
              <w14:ligatures w14:val="none"/>
            </w:rPr>
            <m:t xml:space="preserve">,                                                                                            </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6</m:t>
          </m:r>
          <m:r>
            <m:rPr>
              <m:nor/>
            </m:rPr>
            <w:rPr>
              <w:rFonts w:ascii="Cambria Math" w:eastAsia="ヒラギノ丸ゴ ProN W4" w:hAnsi="Times New Roman" w:cs="Times New Roman"/>
              <w:color w:val="000000" w:themeColor="text1"/>
              <w:kern w:val="0"/>
              <w:sz w:val="21"/>
              <w:szCs w:val="21"/>
              <w14:ligatures w14:val="none"/>
            </w:rPr>
            <m:t>a</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1A247140" w14:textId="316EFC3A" w:rsidR="00957263" w:rsidRPr="00BF0CFF" w:rsidRDefault="0000000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sub>
          </m:sSub>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2</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r>
                    <w:rPr>
                      <w:rFonts w:ascii="Cambria Math" w:eastAsia="ヒラギノ丸ゴ ProN W4" w:hAnsi="Cambria Math" w:cs="Times New Roman"/>
                      <w:color w:val="000000" w:themeColor="text1"/>
                      <w:kern w:val="0"/>
                      <w:sz w:val="21"/>
                      <w:szCs w:val="21"/>
                      <w14:ligatures w14:val="none"/>
                    </w:rPr>
                    <m:t>σ</m:t>
                  </m:r>
                </m:sub>
              </m:sSub>
            </m:num>
            <m:den>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γ</m:t>
                  </m:r>
                </m:e>
                <m:sub>
                  <m:r>
                    <w:rPr>
                      <w:rFonts w:ascii="Cambria Math" w:eastAsia="ヒラギノ丸ゴ ProN W4" w:hAnsi="Cambria Math" w:cs="Times New Roman"/>
                      <w:color w:val="000000" w:themeColor="text1"/>
                      <w:kern w:val="0"/>
                      <w:sz w:val="21"/>
                      <w:szCs w:val="21"/>
                      <w14:ligatures w14:val="none"/>
                    </w:rPr>
                    <m:t>0</m:t>
                  </m:r>
                </m:sub>
              </m:sSub>
              <m:r>
                <w:rPr>
                  <w:rFonts w:ascii="Cambria Math" w:eastAsia="ヒラギノ丸ゴ ProN W4" w:hAnsi="Cambria Math" w:cs="Times New Roman"/>
                  <w:color w:val="000000" w:themeColor="text1"/>
                  <w:kern w:val="0"/>
                  <w:sz w:val="21"/>
                  <w:szCs w:val="21"/>
                  <w14:ligatures w14:val="none"/>
                </w:rPr>
                <m:t>N</m:t>
              </m:r>
            </m:den>
          </m:f>
          <m:rad>
            <m:radPr>
              <m:degHide m:val="1"/>
              <m:ctrlPr>
                <w:rPr>
                  <w:rFonts w:ascii="Cambria Math" w:eastAsia="ヒラギノ丸ゴ ProN W4" w:hAnsi="Cambria Math" w:cs="Times New Roman"/>
                  <w:color w:val="000000" w:themeColor="text1"/>
                  <w:kern w:val="0"/>
                  <w:sz w:val="21"/>
                  <w:szCs w:val="21"/>
                  <w14:ligatures w14:val="none"/>
                </w:rPr>
              </m:ctrlPr>
            </m:radPr>
            <m:deg/>
            <m:e>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sSup>
                    <m:sSupPr>
                      <m:ctrlPr>
                        <w:rPr>
                          <w:rFonts w:ascii="Cambria Math" w:eastAsia="ヒラギノ丸ゴ ProN W4" w:hAnsi="Cambria Math" w:cs="Times New Roman"/>
                          <w:color w:val="000000" w:themeColor="text1"/>
                          <w:kern w:val="0"/>
                          <w:sz w:val="21"/>
                          <w:szCs w:val="21"/>
                          <w14:ligatures w14:val="none"/>
                        </w:rPr>
                      </m:ctrlPr>
                    </m:sSupPr>
                    <m:e>
                      <m:r>
                        <m:rPr>
                          <m:sty m:val="p"/>
                        </m:rPr>
                        <w:rPr>
                          <w:rFonts w:ascii="Cambria Math" w:eastAsia="ヒラギノ丸ゴ ProN W4" w:hAnsi="Cambria Math" w:cs="Times New Roman"/>
                          <w:color w:val="000000" w:themeColor="text1"/>
                          <w:kern w:val="0"/>
                          <w:sz w:val="21"/>
                          <w:szCs w:val="21"/>
                          <w14:ligatures w14:val="none"/>
                        </w:rPr>
                        <m:t>cos</m:t>
                      </m:r>
                    </m:e>
                    <m:sup>
                      <m:r>
                        <w:rPr>
                          <w:rFonts w:ascii="Cambria Math" w:eastAsia="ヒラギノ丸ゴ ProN W4" w:hAnsi="Cambria Math" w:cs="Times New Roman"/>
                          <w:color w:val="000000" w:themeColor="text1"/>
                          <w:kern w:val="0"/>
                          <w:sz w:val="21"/>
                          <w:szCs w:val="21"/>
                          <w14:ligatures w14:val="none"/>
                        </w:rPr>
                        <m:t>2</m:t>
                      </m:r>
                    </m:sup>
                  </m:sSup>
                </m:e>
              </m:nary>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e>
          </m:rad>
          <m:r>
            <w:rPr>
              <w:rFonts w:ascii="Cambria Math" w:eastAsia="ヒラギノ丸ゴ ProN W4" w:hAnsi="Cambria Math" w:cs="Times New Roman"/>
              <w:color w:val="000000" w:themeColor="text1"/>
              <w:kern w:val="0"/>
              <w:sz w:val="21"/>
              <w:szCs w:val="21"/>
              <w14:ligatures w14:val="none"/>
            </w:rPr>
            <m:t xml:space="preserve">.                                                                                       </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6</m:t>
          </m:r>
          <m:r>
            <m:rPr>
              <m:nor/>
            </m:rPr>
            <w:rPr>
              <w:rFonts w:ascii="Cambria Math" w:eastAsia="ヒラギノ丸ゴ ProN W4" w:hAnsi="Times New Roman" w:cs="Times New Roman"/>
              <w:color w:val="000000" w:themeColor="text1"/>
              <w:kern w:val="0"/>
              <w:sz w:val="21"/>
              <w:szCs w:val="21"/>
              <w14:ligatures w14:val="none"/>
            </w:rPr>
            <m:t>b</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63E9F5D8" w14:textId="3B98AC6B" w:rsidR="00D649C0" w:rsidRPr="00BF0CFF" w:rsidRDefault="00D649C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The uncertainty in stress calculated from an arbitrary measured torque </w:t>
      </w:r>
      <m:oMath>
        <m:r>
          <w:rPr>
            <w:rFonts w:ascii="Cambria Math" w:eastAsia="ヒラギノ丸ゴ ProN W4" w:hAnsi="Cambria Math" w:cs="Times New Roman"/>
            <w:color w:val="000000" w:themeColor="text1"/>
            <w:kern w:val="0"/>
            <w:sz w:val="21"/>
            <w:szCs w:val="21"/>
            <w14:ligatures w14:val="none"/>
          </w:rPr>
          <m:t>M</m:t>
        </m:r>
      </m:oMath>
      <w:r w:rsidRPr="00BF0CFF">
        <w:rPr>
          <w:rFonts w:ascii="Times New Roman" w:eastAsia="ヒラギノ丸ゴ ProN W4" w:hAnsi="Times New Roman" w:cs="Times New Roman"/>
          <w:color w:val="000000" w:themeColor="text1"/>
          <w:kern w:val="0"/>
          <w:sz w:val="21"/>
          <w:szCs w:val="21"/>
          <w14:ligatures w14:val="none"/>
        </w:rPr>
        <w:t> is given by</w:t>
      </w:r>
    </w:p>
    <w:p w14:paraId="4C9C15AC" w14:textId="71E7E253" w:rsidR="00957263" w:rsidRPr="00BF0CFF" w:rsidRDefault="00000000"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r>
                <w:rPr>
                  <w:rFonts w:ascii="Cambria Math" w:eastAsia="ヒラギノ丸ゴ ProN W4" w:hAnsi="Cambria Math" w:cs="Times New Roman"/>
                  <w:color w:val="000000" w:themeColor="text1"/>
                  <w:kern w:val="0"/>
                  <w:sz w:val="21"/>
                  <w:szCs w:val="21"/>
                  <w14:ligatures w14:val="none"/>
                </w:rPr>
                <m:t>σ</m:t>
              </m:r>
            </m:sub>
          </m:sSub>
          <m:d>
            <m:dPr>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M</m:t>
                  </m:r>
                </m:e>
                <m:sub>
                  <m:r>
                    <w:rPr>
                      <w:rFonts w:ascii="Cambria Math" w:eastAsia="ヒラギノ丸ゴ ProN W4" w:hAnsi="Cambria Math" w:cs="Times New Roman"/>
                      <w:color w:val="000000" w:themeColor="text1"/>
                      <w:kern w:val="0"/>
                      <w:sz w:val="21"/>
                      <w:szCs w:val="21"/>
                      <w14:ligatures w14:val="none"/>
                    </w:rPr>
                    <m:t>k</m:t>
                  </m:r>
                </m:sub>
              </m:sSub>
            </m:e>
          </m:d>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s</m:t>
              </m:r>
              <m:sSub>
                <m:sSubPr>
                  <m:ctrlPr>
                    <w:rPr>
                      <w:rFonts w:ascii="Cambria Math" w:eastAsia="ヒラギノ丸ゴ ProN W4" w:hAnsi="Cambria Math" w:cs="Times New Roman"/>
                      <w:color w:val="000000" w:themeColor="text1"/>
                      <w:kern w:val="0"/>
                      <w:sz w:val="21"/>
                      <w:szCs w:val="21"/>
                      <w14:ligatures w14:val="none"/>
                    </w:rPr>
                  </m:ctrlPr>
                </m:sSubPr>
                <m:e>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y/x</m:t>
                      </m:r>
                    </m:e>
                  </m:d>
                </m:e>
                <m:sub>
                  <m:r>
                    <w:rPr>
                      <w:rFonts w:ascii="Cambria Math" w:eastAsia="ヒラギノ丸ゴ ProN W4" w:hAnsi="Cambria Math" w:cs="Times New Roman"/>
                      <w:color w:val="000000" w:themeColor="text1"/>
                      <w:kern w:val="0"/>
                      <w:sz w:val="21"/>
                      <w:szCs w:val="21"/>
                      <w14:ligatures w14:val="none"/>
                    </w:rPr>
                    <m:t>w</m:t>
                  </m:r>
                </m:sub>
              </m:sSub>
            </m:num>
            <m:den>
              <m:r>
                <w:rPr>
                  <w:rFonts w:ascii="Cambria Math" w:eastAsia="ヒラギノ丸ゴ ProN W4" w:hAnsi="Cambria Math" w:cs="Times New Roman"/>
                  <w:color w:val="000000" w:themeColor="text1"/>
                  <w:kern w:val="0"/>
                  <w:sz w:val="21"/>
                  <w:szCs w:val="21"/>
                  <w14:ligatures w14:val="none"/>
                </w:rPr>
                <m:t>a</m:t>
              </m:r>
            </m:den>
          </m:f>
          <m:rad>
            <m:radPr>
              <m:degHide m:val="1"/>
              <m:ctrlPr>
                <w:rPr>
                  <w:rFonts w:ascii="Cambria Math" w:eastAsia="ヒラギノ丸ゴ ProN W4" w:hAnsi="Cambria Math" w:cs="Times New Roman"/>
                  <w:color w:val="000000" w:themeColor="text1"/>
                  <w:kern w:val="0"/>
                  <w:sz w:val="21"/>
                  <w:szCs w:val="21"/>
                  <w14:ligatures w14:val="none"/>
                </w:rPr>
              </m:ctrlPr>
            </m:radPr>
            <m:deg/>
            <m:e>
              <m:r>
                <w:rPr>
                  <w:rFonts w:ascii="Cambria Math" w:eastAsia="ヒラギノ丸ゴ ProN W4" w:hAnsi="Cambria Math" w:cs="Times New Roman"/>
                  <w:color w:val="000000" w:themeColor="text1"/>
                  <w:kern w:val="0"/>
                  <w:sz w:val="21"/>
                  <w:szCs w:val="21"/>
                  <w14:ligatures w14:val="none"/>
                </w:rPr>
                <m:t>1+</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1</m:t>
                  </m:r>
                </m:num>
                <m:den>
                  <m:r>
                    <w:rPr>
                      <w:rFonts w:ascii="Cambria Math" w:eastAsia="ヒラギノ丸ゴ ProN W4" w:hAnsi="Cambria Math" w:cs="Times New Roman"/>
                      <w:color w:val="000000" w:themeColor="text1"/>
                      <w:kern w:val="0"/>
                      <w:sz w:val="21"/>
                      <w:szCs w:val="21"/>
                      <w14:ligatures w14:val="none"/>
                    </w:rPr>
                    <m:t>n</m:t>
                  </m:r>
                </m:den>
              </m:f>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sSup>
                    <m:sSupPr>
                      <m:ctrlPr>
                        <w:rPr>
                          <w:rFonts w:ascii="Cambria Math" w:eastAsia="ヒラギノ丸ゴ ProN W4" w:hAnsi="Cambria Math" w:cs="Times New Roman"/>
                          <w:color w:val="000000" w:themeColor="text1"/>
                          <w:kern w:val="0"/>
                          <w:sz w:val="21"/>
                          <w:szCs w:val="21"/>
                          <w14:ligatures w14:val="none"/>
                        </w:rPr>
                      </m:ctrlPr>
                    </m:sSupPr>
                    <m:e>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M-</m:t>
                          </m:r>
                          <m:sSub>
                            <m:sSubPr>
                              <m:ctrlPr>
                                <w:rPr>
                                  <w:rFonts w:ascii="Cambria Math" w:eastAsia="ヒラギノ丸ゴ ProN W4" w:hAnsi="Cambria Math" w:cs="Times New Roman"/>
                                  <w:color w:val="000000" w:themeColor="text1"/>
                                  <w:kern w:val="0"/>
                                  <w:sz w:val="21"/>
                                  <w:szCs w:val="21"/>
                                  <w14:ligatures w14:val="none"/>
                                </w:rPr>
                              </m:ctrlPr>
                            </m:sSub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M</m:t>
                                  </m:r>
                                </m:e>
                              </m:acc>
                            </m:e>
                            <m:sub>
                              <m:r>
                                <w:rPr>
                                  <w:rFonts w:ascii="Cambria Math" w:eastAsia="ヒラギノ丸ゴ ProN W4" w:hAnsi="Cambria Math" w:cs="Times New Roman"/>
                                  <w:color w:val="000000" w:themeColor="text1"/>
                                  <w:kern w:val="0"/>
                                  <w:sz w:val="21"/>
                                  <w:szCs w:val="21"/>
                                  <w14:ligatures w14:val="none"/>
                                </w:rPr>
                                <m:t>w</m:t>
                              </m:r>
                            </m:sub>
                          </m:sSub>
                        </m:e>
                      </m:d>
                    </m:e>
                    <m:sup>
                      <m:r>
                        <w:rPr>
                          <w:rFonts w:ascii="Cambria Math" w:eastAsia="ヒラギノ丸ゴ ProN W4" w:hAnsi="Cambria Math" w:cs="Times New Roman"/>
                          <w:color w:val="000000" w:themeColor="text1"/>
                          <w:kern w:val="0"/>
                          <w:sz w:val="21"/>
                          <w:szCs w:val="21"/>
                          <w14:ligatures w14:val="none"/>
                        </w:rPr>
                        <m:t>2</m:t>
                      </m:r>
                    </m:sup>
                  </m:sSup>
                </m:num>
                <m:den>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a</m:t>
                      </m:r>
                    </m:e>
                    <m:sup>
                      <m:r>
                        <w:rPr>
                          <w:rFonts w:ascii="Cambria Math" w:eastAsia="ヒラギノ丸ゴ ProN W4" w:hAnsi="Cambria Math" w:cs="Times New Roman"/>
                          <w:color w:val="000000" w:themeColor="text1"/>
                          <w:kern w:val="0"/>
                          <w:sz w:val="21"/>
                          <w:szCs w:val="21"/>
                          <w14:ligatures w14:val="none"/>
                        </w:rPr>
                        <m:t>2</m:t>
                      </m:r>
                    </m:sup>
                  </m:sSup>
                  <m:d>
                    <m:dPr>
                      <m:ctrlPr>
                        <w:rPr>
                          <w:rFonts w:ascii="Cambria Math" w:eastAsia="ヒラギノ丸ゴ ProN W4" w:hAnsi="Cambria Math" w:cs="Times New Roman"/>
                          <w:color w:val="000000" w:themeColor="text1"/>
                          <w:kern w:val="0"/>
                          <w:sz w:val="21"/>
                          <w:szCs w:val="21"/>
                          <w14:ligatures w14:val="none"/>
                        </w:rPr>
                      </m:ctrlPr>
                    </m:dPr>
                    <m:e>
                      <m:nary>
                        <m:naryPr>
                          <m:chr m:val="∑"/>
                          <m:limLoc m:val="undOvr"/>
                          <m:grow m:val="1"/>
                          <m:supHide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i</m:t>
                          </m:r>
                        </m:sub>
                        <m:sup/>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w</m:t>
                              </m:r>
                            </m:e>
                            <m:sub>
                              <m:r>
                                <w:rPr>
                                  <w:rFonts w:ascii="Cambria Math" w:eastAsia="ヒラギノ丸ゴ ProN W4" w:hAnsi="Cambria Math" w:cs="Times New Roman"/>
                                  <w:color w:val="000000" w:themeColor="text1"/>
                                  <w:kern w:val="0"/>
                                  <w:sz w:val="21"/>
                                  <w:szCs w:val="21"/>
                                  <w14:ligatures w14:val="none"/>
                                </w:rPr>
                                <m:t>i</m:t>
                              </m:r>
                            </m:sub>
                          </m:sSub>
                        </m:e>
                      </m:nary>
                      <m:sSubSup>
                        <m:sSubSupPr>
                          <m:ctrlPr>
                            <w:rPr>
                              <w:rFonts w:ascii="Cambria Math" w:eastAsia="ヒラギノ丸ゴ ProN W4" w:hAnsi="Cambria Math" w:cs="Times New Roman"/>
                              <w:color w:val="000000" w:themeColor="text1"/>
                              <w:kern w:val="0"/>
                              <w:sz w:val="21"/>
                              <w:szCs w:val="21"/>
                              <w14:ligatures w14:val="none"/>
                            </w:rPr>
                          </m:ctrlPr>
                        </m:sSubSupPr>
                        <m:e>
                          <m:r>
                            <w:rPr>
                              <w:rFonts w:ascii="Cambria Math" w:eastAsia="ヒラギノ丸ゴ ProN W4" w:hAnsi="Cambria Math" w:cs="Times New Roman"/>
                              <w:color w:val="000000" w:themeColor="text1"/>
                              <w:kern w:val="0"/>
                              <w:sz w:val="21"/>
                              <w:szCs w:val="21"/>
                              <w14:ligatures w14:val="none"/>
                            </w:rPr>
                            <m:t>σ</m:t>
                          </m:r>
                        </m:e>
                        <m:sub>
                          <m:r>
                            <w:rPr>
                              <w:rFonts w:ascii="Cambria Math" w:eastAsia="ヒラギノ丸ゴ ProN W4" w:hAnsi="Cambria Math" w:cs="Times New Roman"/>
                              <w:color w:val="000000" w:themeColor="text1"/>
                              <w:kern w:val="0"/>
                              <w:sz w:val="21"/>
                              <w:szCs w:val="21"/>
                              <w14:ligatures w14:val="none"/>
                            </w:rPr>
                            <m:t>i</m:t>
                          </m:r>
                        </m:sub>
                        <m:sup>
                          <m:r>
                            <w:rPr>
                              <w:rFonts w:ascii="Cambria Math" w:eastAsia="ヒラギノ丸ゴ ProN W4" w:hAnsi="Cambria Math" w:cs="Times New Roman"/>
                              <w:color w:val="000000" w:themeColor="text1"/>
                              <w:kern w:val="0"/>
                              <w:sz w:val="21"/>
                              <w:szCs w:val="21"/>
                              <w14:ligatures w14:val="none"/>
                            </w:rPr>
                            <m:t>2</m:t>
                          </m:r>
                        </m:sup>
                      </m:sSubSup>
                      <m:r>
                        <w:rPr>
                          <w:rFonts w:ascii="Cambria Math" w:eastAsia="ヒラギノ丸ゴ ProN W4" w:hAnsi="Cambria Math" w:cs="Times New Roman"/>
                          <w:color w:val="000000" w:themeColor="text1"/>
                          <w:kern w:val="0"/>
                          <w:sz w:val="21"/>
                          <w:szCs w:val="21"/>
                          <w14:ligatures w14:val="none"/>
                        </w:rPr>
                        <m:t>-n</m:t>
                      </m:r>
                      <m:sSubSup>
                        <m:sSubSupPr>
                          <m:ctrlPr>
                            <w:rPr>
                              <w:rFonts w:ascii="Cambria Math" w:eastAsia="ヒラギノ丸ゴ ProN W4" w:hAnsi="Cambria Math" w:cs="Times New Roman"/>
                              <w:color w:val="000000" w:themeColor="text1"/>
                              <w:kern w:val="0"/>
                              <w:sz w:val="21"/>
                              <w:szCs w:val="21"/>
                              <w14:ligatures w14:val="none"/>
                            </w:rPr>
                          </m:ctrlPr>
                        </m:sSubSup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σ</m:t>
                              </m:r>
                            </m:e>
                          </m:acc>
                        </m:e>
                        <m:sub>
                          <m:r>
                            <w:rPr>
                              <w:rFonts w:ascii="Cambria Math" w:eastAsia="ヒラギノ丸ゴ ProN W4" w:hAnsi="Cambria Math" w:cs="Times New Roman"/>
                              <w:color w:val="000000" w:themeColor="text1"/>
                              <w:kern w:val="0"/>
                              <w:sz w:val="21"/>
                              <w:szCs w:val="21"/>
                              <w14:ligatures w14:val="none"/>
                            </w:rPr>
                            <m:t>w</m:t>
                          </m:r>
                        </m:sub>
                        <m:sup>
                          <m:r>
                            <w:rPr>
                              <w:rFonts w:ascii="Cambria Math" w:eastAsia="ヒラギノ丸ゴ ProN W4" w:hAnsi="Cambria Math" w:cs="Times New Roman"/>
                              <w:color w:val="000000" w:themeColor="text1"/>
                              <w:kern w:val="0"/>
                              <w:sz w:val="21"/>
                              <w:szCs w:val="21"/>
                              <w14:ligatures w14:val="none"/>
                            </w:rPr>
                            <m:t>2</m:t>
                          </m:r>
                        </m:sup>
                      </m:sSubSup>
                    </m:e>
                  </m:d>
                </m:den>
              </m:f>
            </m:e>
          </m:rad>
          <m:r>
            <w:rPr>
              <w:rFonts w:ascii="Cambria Math" w:eastAsia="ヒラギノ丸ゴ ProN W4" w:hAnsi="Cambria Math" w:cs="Times New Roman"/>
              <w:color w:val="000000" w:themeColor="text1"/>
              <w:kern w:val="0"/>
              <w:sz w:val="21"/>
              <w:szCs w:val="21"/>
              <w14:ligatures w14:val="none"/>
            </w:rPr>
            <m:t xml:space="preserve">,                                                </m:t>
          </m:r>
          <m:r>
            <m:rPr>
              <m:sty m:val="p"/>
            </m:rPr>
            <w:rPr>
              <w:rFonts w:ascii="Cambria Math" w:eastAsia="ヒラギノ丸ゴ ProN W4" w:hAnsi="Cambria Math"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7</m:t>
          </m:r>
          <m:r>
            <m:rPr>
              <m:nor/>
            </m:rPr>
            <w:rPr>
              <w:rFonts w:ascii="Times New Roman" w:eastAsia="ヒラギノ丸ゴ ProN W4" w:hAnsi="Times New Roman" w:cs="Times New Roman" w:hint="eastAsia"/>
              <w:color w:val="000000" w:themeColor="text1"/>
              <w:kern w:val="0"/>
              <w:sz w:val="21"/>
              <w:szCs w:val="21"/>
              <w14:ligatures w14:val="none"/>
            </w:rPr>
            <m:t>)</m:t>
          </m:r>
        </m:oMath>
      </m:oMathPara>
    </w:p>
    <w:p w14:paraId="2C6A8F34" w14:textId="1C43ACFB" w:rsidR="00D649C0" w:rsidRPr="00BF0CFF" w:rsidRDefault="00957263"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w:proofErr w:type="gramStart"/>
      <w:r w:rsidRPr="00BF0CFF">
        <w:rPr>
          <w:rFonts w:ascii="Times New Roman" w:eastAsia="ヒラギノ丸ゴ ProN W4" w:hAnsi="Times New Roman" w:cs="Times New Roman"/>
          <w:color w:val="000000" w:themeColor="text1"/>
          <w:kern w:val="0"/>
          <w:sz w:val="21"/>
          <w:szCs w:val="21"/>
          <w14:ligatures w14:val="none"/>
        </w:rPr>
        <w:t>w</w:t>
      </w:r>
      <w:r w:rsidR="00D649C0" w:rsidRPr="00BF0CFF">
        <w:rPr>
          <w:rFonts w:ascii="Times New Roman" w:eastAsia="ヒラギノ丸ゴ ProN W4" w:hAnsi="Times New Roman" w:cs="Times New Roman"/>
          <w:color w:val="000000" w:themeColor="text1"/>
          <w:kern w:val="0"/>
          <w:sz w:val="21"/>
          <w:szCs w:val="21"/>
          <w14:ligatures w14:val="none"/>
        </w:rPr>
        <w:t>here</w:t>
      </w:r>
      <w:proofErr w:type="gramEnd"/>
    </w:p>
    <w:p w14:paraId="0E3B3998" w14:textId="6863FDAD" w:rsidR="00957263" w:rsidRPr="00BF0CFF" w:rsidRDefault="00957263" w:rsidP="008D749F">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r>
            <w:rPr>
              <w:rFonts w:ascii="Cambria Math" w:eastAsia="ヒラギノ丸ゴ ProN W4" w:hAnsi="Cambria Math" w:cs="Times New Roman"/>
              <w:color w:val="000000" w:themeColor="text1"/>
              <w:kern w:val="0"/>
              <w:sz w:val="21"/>
              <w:szCs w:val="21"/>
              <w14:ligatures w14:val="none"/>
            </w:rPr>
            <m:t>s</m:t>
          </m:r>
          <m:sSub>
            <m:sSubPr>
              <m:ctrlPr>
                <w:rPr>
                  <w:rFonts w:ascii="Cambria Math" w:eastAsia="ヒラギノ丸ゴ ProN W4" w:hAnsi="Cambria Math" w:cs="Times New Roman"/>
                  <w:color w:val="000000" w:themeColor="text1"/>
                  <w:kern w:val="0"/>
                  <w:sz w:val="21"/>
                  <w:szCs w:val="21"/>
                  <w14:ligatures w14:val="none"/>
                </w:rPr>
              </m:ctrlPr>
            </m:sSubPr>
            <m:e>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y/x</m:t>
                  </m:r>
                </m:e>
              </m:d>
            </m:e>
            <m:sub>
              <m:r>
                <w:rPr>
                  <w:rFonts w:ascii="Cambria Math" w:eastAsia="ヒラギノ丸ゴ ProN W4" w:hAnsi="Cambria Math" w:cs="Times New Roman"/>
                  <w:color w:val="000000" w:themeColor="text1"/>
                  <w:kern w:val="0"/>
                  <w:sz w:val="21"/>
                  <w:szCs w:val="21"/>
                  <w14:ligatures w14:val="none"/>
                </w:rPr>
                <m:t>w</m:t>
              </m:r>
            </m:sub>
          </m:sSub>
          <m:r>
            <w:rPr>
              <w:rFonts w:ascii="Cambria Math" w:eastAsia="ヒラギノ丸ゴ ProN W4" w:hAnsi="Cambria Math" w:cs="Times New Roman"/>
              <w:color w:val="000000" w:themeColor="text1"/>
              <w:kern w:val="0"/>
              <w:sz w:val="21"/>
              <w:szCs w:val="21"/>
              <w14:ligatures w14:val="none"/>
            </w:rPr>
            <m:t>=</m:t>
          </m:r>
          <m:sSup>
            <m:sSupPr>
              <m:ctrlPr>
                <w:rPr>
                  <w:rFonts w:ascii="Cambria Math" w:eastAsia="ヒラギノ丸ゴ ProN W4" w:hAnsi="Cambria Math" w:cs="Times New Roman"/>
                  <w:color w:val="000000" w:themeColor="text1"/>
                  <w:kern w:val="0"/>
                  <w:sz w:val="21"/>
                  <w:szCs w:val="21"/>
                  <w14:ligatures w14:val="none"/>
                </w:rPr>
              </m:ctrlPr>
            </m:sSupPr>
            <m:e>
              <m:d>
                <m:dPr>
                  <m:begChr m:val="["/>
                  <m:endChr m:val="]"/>
                  <m:ctrlPr>
                    <w:rPr>
                      <w:rFonts w:ascii="Cambria Math" w:eastAsia="ヒラギノ丸ゴ ProN W4" w:hAnsi="Cambria Math" w:cs="Times New Roman"/>
                      <w:color w:val="000000" w:themeColor="text1"/>
                      <w:kern w:val="0"/>
                      <w:sz w:val="21"/>
                      <w:szCs w:val="21"/>
                      <w14:ligatures w14:val="none"/>
                    </w:rPr>
                  </m:ctrlPr>
                </m:dPr>
                <m:e>
                  <m:f>
                    <m:fPr>
                      <m:ctrlPr>
                        <w:rPr>
                          <w:rFonts w:ascii="Cambria Math" w:eastAsia="ヒラギノ丸ゴ ProN W4" w:hAnsi="Cambria Math" w:cs="Times New Roman"/>
                          <w:color w:val="000000" w:themeColor="text1"/>
                          <w:kern w:val="0"/>
                          <w:sz w:val="21"/>
                          <w:szCs w:val="21"/>
                          <w14:ligatures w14:val="none"/>
                        </w:rPr>
                      </m:ctrlPr>
                    </m:fPr>
                    <m:num>
                      <m:nary>
                        <m:naryPr>
                          <m:chr m:val="∑"/>
                          <m:limLoc m:val="undOvr"/>
                          <m:grow m:val="1"/>
                          <m:supHide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i</m:t>
                          </m:r>
                        </m:sub>
                        <m:sup/>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w</m:t>
                              </m:r>
                            </m:e>
                            <m:sub>
                              <m:r>
                                <w:rPr>
                                  <w:rFonts w:ascii="Cambria Math" w:eastAsia="ヒラギノ丸ゴ ProN W4" w:hAnsi="Cambria Math" w:cs="Times New Roman"/>
                                  <w:color w:val="000000" w:themeColor="text1"/>
                                  <w:kern w:val="0"/>
                                  <w:sz w:val="21"/>
                                  <w:szCs w:val="21"/>
                                  <w14:ligatures w14:val="none"/>
                                </w:rPr>
                                <m:t>i</m:t>
                              </m:r>
                            </m:sub>
                          </m:sSub>
                        </m:e>
                      </m:nary>
                      <m:sSup>
                        <m:sSupPr>
                          <m:ctrlPr>
                            <w:rPr>
                              <w:rFonts w:ascii="Cambria Math" w:eastAsia="ヒラギノ丸ゴ ProN W4" w:hAnsi="Cambria Math" w:cs="Times New Roman"/>
                              <w:color w:val="000000" w:themeColor="text1"/>
                              <w:kern w:val="0"/>
                              <w:sz w:val="21"/>
                              <w:szCs w:val="21"/>
                              <w14:ligatures w14:val="none"/>
                            </w:rPr>
                          </m:ctrlPr>
                        </m:sSupPr>
                        <m:e>
                          <m:d>
                            <m:dPr>
                              <m:ctrlPr>
                                <w:rPr>
                                  <w:rFonts w:ascii="Cambria Math" w:eastAsia="ヒラギノ丸ゴ ProN W4" w:hAnsi="Cambria Math" w:cs="Times New Roman"/>
                                  <w:color w:val="000000" w:themeColor="text1"/>
                                  <w:kern w:val="0"/>
                                  <w:sz w:val="21"/>
                                  <w:szCs w:val="21"/>
                                  <w14:ligatures w14:val="none"/>
                                </w:rPr>
                              </m:ctrlPr>
                            </m:dPr>
                            <m:e>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M</m:t>
                                  </m:r>
                                </m:e>
                                <m:sub>
                                  <m:r>
                                    <w:rPr>
                                      <w:rFonts w:ascii="Cambria Math" w:eastAsia="ヒラギノ丸ゴ ProN W4" w:hAnsi="Cambria Math" w:cs="Times New Roman"/>
                                      <w:color w:val="000000" w:themeColor="text1"/>
                                      <w:kern w:val="0"/>
                                      <w:sz w:val="21"/>
                                      <w:szCs w:val="21"/>
                                      <w14:ligatures w14:val="none"/>
                                    </w:rPr>
                                    <m:t>i</m:t>
                                  </m:r>
                                </m:sub>
                              </m:sSub>
                              <m:r>
                                <w:rPr>
                                  <w:rFonts w:ascii="Cambria Math" w:eastAsia="ヒラギノ丸ゴ ProN W4" w:hAnsi="Cambria Math" w:cs="Times New Roman"/>
                                  <w:color w:val="000000" w:themeColor="text1"/>
                                  <w:kern w:val="0"/>
                                  <w:sz w:val="21"/>
                                  <w:szCs w:val="21"/>
                                  <w14:ligatures w14:val="none"/>
                                </w:rPr>
                                <m:t>-</m:t>
                              </m:r>
                              <m:sSub>
                                <m:sSubPr>
                                  <m:ctrlPr>
                                    <w:rPr>
                                      <w:rFonts w:ascii="Cambria Math" w:eastAsia="ヒラギノ丸ゴ ProN W4" w:hAnsi="Cambria Math" w:cs="Times New Roman"/>
                                      <w:color w:val="000000" w:themeColor="text1"/>
                                      <w:kern w:val="0"/>
                                      <w:sz w:val="21"/>
                                      <w:szCs w:val="21"/>
                                      <w14:ligatures w14:val="none"/>
                                    </w:rPr>
                                  </m:ctrlPr>
                                </m:sSub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M</m:t>
                                      </m:r>
                                    </m:e>
                                  </m:acc>
                                </m:e>
                                <m:sub>
                                  <m:r>
                                    <w:rPr>
                                      <w:rFonts w:ascii="Cambria Math" w:eastAsia="ヒラギノ丸ゴ ProN W4" w:hAnsi="Cambria Math" w:cs="Times New Roman"/>
                                      <w:color w:val="000000" w:themeColor="text1"/>
                                      <w:kern w:val="0"/>
                                      <w:sz w:val="21"/>
                                      <w:szCs w:val="21"/>
                                      <w14:ligatures w14:val="none"/>
                                    </w:rPr>
                                    <m:t>i</m:t>
                                  </m:r>
                                </m:sub>
                              </m:sSub>
                            </m:e>
                          </m:d>
                        </m:e>
                        <m:sup>
                          <m:r>
                            <w:rPr>
                              <w:rFonts w:ascii="Cambria Math" w:eastAsia="ヒラギノ丸ゴ ProN W4" w:hAnsi="Cambria Math" w:cs="Times New Roman"/>
                              <w:color w:val="000000" w:themeColor="text1"/>
                              <w:kern w:val="0"/>
                              <w:sz w:val="21"/>
                              <w:szCs w:val="21"/>
                              <w14:ligatures w14:val="none"/>
                            </w:rPr>
                            <m:t>2</m:t>
                          </m:r>
                        </m:sup>
                      </m:sSup>
                    </m:num>
                    <m:den>
                      <m:r>
                        <w:rPr>
                          <w:rFonts w:ascii="Cambria Math" w:eastAsia="ヒラギノ丸ゴ ProN W4" w:hAnsi="Cambria Math" w:cs="Times New Roman"/>
                          <w:color w:val="000000" w:themeColor="text1"/>
                          <w:kern w:val="0"/>
                          <w:sz w:val="21"/>
                          <w:szCs w:val="21"/>
                          <w14:ligatures w14:val="none"/>
                        </w:rPr>
                        <m:t>n-2</m:t>
                      </m:r>
                    </m:den>
                  </m:f>
                </m:e>
              </m:d>
            </m:e>
            <m:sup>
              <m:r>
                <w:rPr>
                  <w:rFonts w:ascii="Cambria Math" w:eastAsia="ヒラギノ丸ゴ ProN W4" w:hAnsi="Cambria Math" w:cs="Times New Roman"/>
                  <w:color w:val="000000" w:themeColor="text1"/>
                  <w:kern w:val="0"/>
                  <w:sz w:val="21"/>
                  <w:szCs w:val="21"/>
                  <w14:ligatures w14:val="none"/>
                </w:rPr>
                <m:t>1/2</m:t>
              </m:r>
            </m:sup>
          </m:sSup>
          <m:r>
            <w:rPr>
              <w:rFonts w:ascii="Cambria Math" w:eastAsia="ヒラギノ丸ゴ ProN W4" w:hAnsi="Cambria Math" w:cs="Times New Roman"/>
              <w:color w:val="000000" w:themeColor="text1"/>
              <w:kern w:val="0"/>
              <w:sz w:val="21"/>
              <w:szCs w:val="21"/>
              <w14:ligatures w14:val="none"/>
            </w:rPr>
            <m:t>,</m:t>
          </m:r>
          <m:r>
            <m:rPr>
              <m:sty m:val="p"/>
            </m:rPr>
            <w:rPr>
              <w:rFonts w:ascii="Times New Roman" w:eastAsia="ヒラギノ丸ゴ ProN W4" w:hAnsi="Times New Roman" w:cs="Times New Roman"/>
              <w:color w:val="000000" w:themeColor="text1"/>
              <w:kern w:val="0"/>
              <w:sz w:val="21"/>
              <w:szCs w:val="21"/>
              <w14:ligatures w14:val="none"/>
            </w:rPr>
            <m:t xml:space="preserve"> </m:t>
          </m:r>
          <m:r>
            <m:rPr>
              <m:sty m:val="p"/>
            </m:rPr>
            <w:rPr>
              <w:rFonts w:ascii="Cambria Math" w:eastAsia="ヒラギノ丸ゴ ProN W4" w:hAnsi="Times New Roman"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8)</m:t>
          </m:r>
        </m:oMath>
      </m:oMathPara>
    </w:p>
    <w:p w14:paraId="40DA0B09" w14:textId="0D95E61A" w:rsidR="002222FD" w:rsidRPr="00BF0CFF" w:rsidRDefault="00D649C0" w:rsidP="002222FD">
      <w:pPr>
        <w:spacing w:after="0" w:line="240" w:lineRule="auto"/>
        <w:ind w:left="0" w:firstLine="0"/>
        <w:rPr>
          <w:rFonts w:eastAsia="ヒラギノ丸ゴ ProN W4"/>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and </w:t>
      </w:r>
      <m:oMath>
        <m:sSub>
          <m:sSubPr>
            <m:ctrlPr>
              <w:rPr>
                <w:rFonts w:ascii="Cambria Math" w:eastAsia="ヒラギノ丸ゴ ProN W4" w:hAnsi="Cambria Math" w:cs="Times New Roman"/>
                <w:color w:val="000000" w:themeColor="text1"/>
                <w:kern w:val="0"/>
                <w:sz w:val="21"/>
                <w:szCs w:val="21"/>
                <w14:ligatures w14:val="none"/>
              </w:rPr>
            </m:ctrlPr>
          </m:sSubPr>
          <m:e>
            <m:acc>
              <m:accPr>
                <m:ctrlPr>
                  <w:rPr>
                    <w:rFonts w:ascii="Cambria Math" w:eastAsia="ヒラギノ丸ゴ ProN W4" w:hAnsi="Cambria Math" w:cs="Times New Roman"/>
                    <w:color w:val="000000" w:themeColor="text1"/>
                    <w:kern w:val="0"/>
                    <w:sz w:val="21"/>
                    <w:szCs w:val="21"/>
                    <w14:ligatures w14:val="none"/>
                  </w:rPr>
                </m:ctrlPr>
              </m:accPr>
              <m:e>
                <m:r>
                  <w:rPr>
                    <w:rFonts w:ascii="Cambria Math" w:eastAsia="ヒラギノ丸ゴ ProN W4" w:hAnsi="Cambria Math" w:cs="Times New Roman"/>
                    <w:color w:val="000000" w:themeColor="text1"/>
                    <w:kern w:val="0"/>
                    <w:sz w:val="21"/>
                    <w:szCs w:val="21"/>
                    <w14:ligatures w14:val="none"/>
                  </w:rPr>
                  <m:t>M</m:t>
                </m:r>
              </m:e>
            </m:acc>
          </m:e>
          <m:sub>
            <m:r>
              <w:rPr>
                <w:rFonts w:ascii="Cambria Math" w:eastAsia="ヒラギノ丸ゴ ProN W4" w:hAnsi="Cambria Math" w:cs="Times New Roman"/>
                <w:color w:val="000000" w:themeColor="text1"/>
                <w:kern w:val="0"/>
                <w:sz w:val="21"/>
                <w:szCs w:val="21"/>
                <w14:ligatures w14:val="none"/>
              </w:rPr>
              <m:t>i</m:t>
            </m:r>
          </m:sub>
        </m:sSub>
        <m:r>
          <w:rPr>
            <w:rFonts w:ascii="Cambria Math" w:eastAsia="ヒラギノ丸ゴ ProN W4" w:hAnsi="Cambria Math" w:cs="Times New Roman"/>
            <w:color w:val="000000" w:themeColor="text1"/>
            <w:kern w:val="0"/>
            <w:sz w:val="21"/>
            <w:szCs w:val="21"/>
            <w14:ligatures w14:val="none"/>
          </w:rPr>
          <m:t>=a</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σ</m:t>
            </m:r>
          </m:e>
          <m:sub>
            <m:r>
              <w:rPr>
                <w:rFonts w:ascii="Cambria Math" w:eastAsia="ヒラギノ丸ゴ ProN W4" w:hAnsi="Cambria Math" w:cs="Times New Roman"/>
                <w:color w:val="000000" w:themeColor="text1"/>
                <w:kern w:val="0"/>
                <w:sz w:val="21"/>
                <w:szCs w:val="21"/>
                <w14:ligatures w14:val="none"/>
              </w:rPr>
              <m:t>i</m:t>
            </m:r>
          </m:sub>
        </m:sSub>
        <m:r>
          <w:rPr>
            <w:rFonts w:ascii="Cambria Math" w:eastAsia="ヒラギノ丸ゴ ProN W4" w:hAnsi="Cambria Math" w:cs="Times New Roman"/>
            <w:color w:val="000000" w:themeColor="text1"/>
            <w:kern w:val="0"/>
            <w:sz w:val="21"/>
            <w:szCs w:val="21"/>
            <w14:ligatures w14:val="none"/>
          </w:rPr>
          <m:t>+b</m:t>
        </m:r>
      </m:oMath>
      <w:r w:rsidRPr="00BF0CFF">
        <w:rPr>
          <w:rFonts w:ascii="Times New Roman" w:eastAsia="ヒラギノ丸ゴ ProN W4" w:hAnsi="Times New Roman" w:cs="Times New Roman"/>
          <w:color w:val="000000" w:themeColor="text1"/>
          <w:kern w:val="0"/>
          <w:sz w:val="21"/>
          <w:szCs w:val="21"/>
          <w14:ligatures w14:val="none"/>
        </w:rPr>
        <w:t> is the torque predicted by the regression equation.</w:t>
      </w:r>
      <w:r w:rsidR="008D749F" w:rsidRPr="00BF0CFF">
        <w:rPr>
          <w:rFonts w:ascii="Times New Roman" w:eastAsia="ヒラギノ丸ゴ ProN W4" w:hAnsi="Times New Roman" w:cs="Times New Roman"/>
          <w:color w:val="000000" w:themeColor="text1"/>
          <w:kern w:val="0"/>
          <w:sz w:val="21"/>
          <w:szCs w:val="21"/>
          <w14:ligatures w14:val="none"/>
        </w:rPr>
        <w:t xml:space="preserve"> </w:t>
      </w:r>
      <w:r w:rsidR="002222FD" w:rsidRPr="00BF0CFF">
        <w:rPr>
          <w:rFonts w:eastAsia="ヒラギノ丸ゴ ProN W4"/>
          <w:color w:val="000000" w:themeColor="text1"/>
          <w:kern w:val="0"/>
          <w:sz w:val="21"/>
          <w:szCs w:val="21"/>
          <w14:ligatures w14:val="none"/>
        </w:rPr>
        <w:t>Using the trigonometric identities </w:t>
      </w:r>
      <m:oMath>
        <m:sSup>
          <m:sSupPr>
            <m:ctrlPr>
              <w:rPr>
                <w:rFonts w:ascii="Cambria Math" w:eastAsia="ヒラギノ丸ゴ ProN W4" w:hAnsi="Cambria Math"/>
                <w:color w:val="000000" w:themeColor="text1"/>
                <w:kern w:val="0"/>
                <w:sz w:val="21"/>
                <w:szCs w:val="21"/>
                <w14:ligatures w14:val="none"/>
              </w:rPr>
            </m:ctrlPr>
          </m:sSupPr>
          <m:e>
            <m:r>
              <m:rPr>
                <m:sty m:val="p"/>
              </m:rPr>
              <w:rPr>
                <w:rFonts w:ascii="Cambria Math" w:eastAsia="ヒラギノ丸ゴ ProN W4" w:hAnsi="Cambria Math"/>
                <w:color w:val="000000" w:themeColor="text1"/>
                <w:kern w:val="0"/>
                <w:sz w:val="21"/>
                <w:szCs w:val="21"/>
                <w14:ligatures w14:val="none"/>
              </w:rPr>
              <m:t>sin</m:t>
            </m:r>
          </m:e>
          <m:sup>
            <m:r>
              <w:rPr>
                <w:rFonts w:ascii="Cambria Math" w:eastAsia="ヒラギノ丸ゴ ProN W4" w:hAnsi="Cambria Math"/>
                <w:color w:val="000000" w:themeColor="text1"/>
                <w:kern w:val="0"/>
                <w:sz w:val="21"/>
                <w:szCs w:val="21"/>
                <w14:ligatures w14:val="none"/>
              </w:rPr>
              <m:t>2</m:t>
            </m:r>
          </m:sup>
        </m:sSup>
        <m:r>
          <w:rPr>
            <w:rFonts w:ascii="Cambria Math" w:eastAsia="ヒラギノ丸ゴ ProN W4" w:hAnsi="Cambria Math"/>
            <w:color w:val="000000" w:themeColor="text1"/>
            <w:kern w:val="0"/>
            <w:sz w:val="21"/>
            <w:szCs w:val="21"/>
            <w14:ligatures w14:val="none"/>
          </w:rPr>
          <m:t>θ=</m:t>
        </m:r>
        <m:d>
          <m:dPr>
            <m:ctrlPr>
              <w:rPr>
                <w:rFonts w:ascii="Cambria Math" w:eastAsia="ヒラギノ丸ゴ ProN W4" w:hAnsi="Cambria Math"/>
                <w:color w:val="000000" w:themeColor="text1"/>
                <w:kern w:val="0"/>
                <w:sz w:val="21"/>
                <w:szCs w:val="21"/>
                <w14:ligatures w14:val="none"/>
              </w:rPr>
            </m:ctrlPr>
          </m:dPr>
          <m:e>
            <m:r>
              <w:rPr>
                <w:rFonts w:ascii="Cambria Math" w:eastAsia="ヒラギノ丸ゴ ProN W4" w:hAnsi="Cambria Math"/>
                <w:color w:val="000000" w:themeColor="text1"/>
                <w:kern w:val="0"/>
                <w:sz w:val="21"/>
                <w:szCs w:val="21"/>
                <w14:ligatures w14:val="none"/>
              </w:rPr>
              <m:t>1-</m:t>
            </m:r>
            <m:func>
              <m:funcPr>
                <m:ctrlPr>
                  <w:rPr>
                    <w:rFonts w:ascii="Cambria Math" w:eastAsia="ヒラギノ丸ゴ ProN W4" w:hAnsi="Cambria Math"/>
                    <w:color w:val="000000" w:themeColor="text1"/>
                    <w:kern w:val="0"/>
                    <w:sz w:val="21"/>
                    <w:szCs w:val="21"/>
                    <w14:ligatures w14:val="none"/>
                  </w:rPr>
                </m:ctrlPr>
              </m:funcPr>
              <m:fName>
                <m:r>
                  <m:rPr>
                    <m:sty m:val="p"/>
                  </m:rPr>
                  <w:rPr>
                    <w:rFonts w:ascii="Cambria Math" w:eastAsia="ヒラギノ丸ゴ ProN W4" w:hAnsi="Cambria Math"/>
                    <w:color w:val="000000" w:themeColor="text1"/>
                    <w:kern w:val="0"/>
                    <w:sz w:val="21"/>
                    <w:szCs w:val="21"/>
                    <w14:ligatures w14:val="none"/>
                  </w:rPr>
                  <m:t>cos</m:t>
                </m:r>
              </m:fName>
              <m:e>
                <m:r>
                  <w:rPr>
                    <w:rFonts w:ascii="Cambria Math" w:eastAsia="ヒラギノ丸ゴ ProN W4" w:hAnsi="Cambria Math"/>
                    <w:color w:val="000000" w:themeColor="text1"/>
                    <w:kern w:val="0"/>
                    <w:sz w:val="21"/>
                    <w:szCs w:val="21"/>
                    <w14:ligatures w14:val="none"/>
                  </w:rPr>
                  <m:t>2</m:t>
                </m:r>
              </m:e>
            </m:func>
            <m:r>
              <w:rPr>
                <w:rFonts w:ascii="Cambria Math" w:eastAsia="ヒラギノ丸ゴ ProN W4" w:hAnsi="Cambria Math"/>
                <w:color w:val="000000" w:themeColor="text1"/>
                <w:kern w:val="0"/>
                <w:sz w:val="21"/>
                <w:szCs w:val="21"/>
                <w14:ligatures w14:val="none"/>
              </w:rPr>
              <m:t>θ</m:t>
            </m:r>
          </m:e>
        </m:d>
        <m:r>
          <w:rPr>
            <w:rFonts w:ascii="Cambria Math" w:eastAsia="ヒラギノ丸ゴ ProN W4" w:hAnsi="Cambria Math"/>
            <w:color w:val="000000" w:themeColor="text1"/>
            <w:kern w:val="0"/>
            <w:sz w:val="21"/>
            <w:szCs w:val="21"/>
            <w14:ligatures w14:val="none"/>
          </w:rPr>
          <m:t>/2</m:t>
        </m:r>
      </m:oMath>
      <w:r w:rsidR="002222FD" w:rsidRPr="00BF0CFF">
        <w:rPr>
          <w:rFonts w:eastAsia="ヒラギノ丸ゴ ProN W4"/>
          <w:color w:val="000000" w:themeColor="text1"/>
          <w:kern w:val="0"/>
          <w:sz w:val="21"/>
          <w:szCs w:val="21"/>
          <w14:ligatures w14:val="none"/>
        </w:rPr>
        <w:t> and </w:t>
      </w:r>
      <m:oMath>
        <m:sSup>
          <m:sSupPr>
            <m:ctrlPr>
              <w:rPr>
                <w:rFonts w:ascii="Cambria Math" w:eastAsia="ヒラギノ丸ゴ ProN W4" w:hAnsi="Cambria Math"/>
                <w:color w:val="000000" w:themeColor="text1"/>
                <w:kern w:val="0"/>
                <w:sz w:val="21"/>
                <w:szCs w:val="21"/>
                <w14:ligatures w14:val="none"/>
              </w:rPr>
            </m:ctrlPr>
          </m:sSupPr>
          <m:e>
            <m:r>
              <m:rPr>
                <m:sty m:val="p"/>
              </m:rPr>
              <w:rPr>
                <w:rFonts w:ascii="Cambria Math" w:eastAsia="ヒラギノ丸ゴ ProN W4" w:hAnsi="Cambria Math"/>
                <w:color w:val="000000" w:themeColor="text1"/>
                <w:kern w:val="0"/>
                <w:sz w:val="21"/>
                <w:szCs w:val="21"/>
                <w14:ligatures w14:val="none"/>
              </w:rPr>
              <m:t>cos</m:t>
            </m:r>
          </m:e>
          <m:sup>
            <m:r>
              <w:rPr>
                <w:rFonts w:ascii="Cambria Math" w:eastAsia="ヒラギノ丸ゴ ProN W4" w:hAnsi="Cambria Math"/>
                <w:color w:val="000000" w:themeColor="text1"/>
                <w:kern w:val="0"/>
                <w:sz w:val="21"/>
                <w:szCs w:val="21"/>
                <w14:ligatures w14:val="none"/>
              </w:rPr>
              <m:t>2</m:t>
            </m:r>
          </m:sup>
        </m:sSup>
        <m:r>
          <w:rPr>
            <w:rFonts w:ascii="Cambria Math" w:eastAsia="ヒラギノ丸ゴ ProN W4" w:hAnsi="Cambria Math"/>
            <w:color w:val="000000" w:themeColor="text1"/>
            <w:kern w:val="0"/>
            <w:sz w:val="21"/>
            <w:szCs w:val="21"/>
            <w14:ligatures w14:val="none"/>
          </w:rPr>
          <m:t>θ=</m:t>
        </m:r>
        <m:d>
          <m:dPr>
            <m:ctrlPr>
              <w:rPr>
                <w:rFonts w:ascii="Cambria Math" w:eastAsia="ヒラギノ丸ゴ ProN W4" w:hAnsi="Cambria Math"/>
                <w:color w:val="000000" w:themeColor="text1"/>
                <w:kern w:val="0"/>
                <w:sz w:val="21"/>
                <w:szCs w:val="21"/>
                <w14:ligatures w14:val="none"/>
              </w:rPr>
            </m:ctrlPr>
          </m:dPr>
          <m:e>
            <m:r>
              <w:rPr>
                <w:rFonts w:ascii="Cambria Math" w:eastAsia="ヒラギノ丸ゴ ProN W4" w:hAnsi="Cambria Math"/>
                <w:color w:val="000000" w:themeColor="text1"/>
                <w:kern w:val="0"/>
                <w:sz w:val="21"/>
                <w:szCs w:val="21"/>
                <w14:ligatures w14:val="none"/>
              </w:rPr>
              <m:t>1+</m:t>
            </m:r>
            <m:func>
              <m:funcPr>
                <m:ctrlPr>
                  <w:rPr>
                    <w:rFonts w:ascii="Cambria Math" w:eastAsia="ヒラギノ丸ゴ ProN W4" w:hAnsi="Cambria Math"/>
                    <w:color w:val="000000" w:themeColor="text1"/>
                    <w:kern w:val="0"/>
                    <w:sz w:val="21"/>
                    <w:szCs w:val="21"/>
                    <w14:ligatures w14:val="none"/>
                  </w:rPr>
                </m:ctrlPr>
              </m:funcPr>
              <m:fName>
                <m:r>
                  <m:rPr>
                    <m:sty m:val="p"/>
                  </m:rPr>
                  <w:rPr>
                    <w:rFonts w:ascii="Cambria Math" w:eastAsia="ヒラギノ丸ゴ ProN W4" w:hAnsi="Cambria Math"/>
                    <w:color w:val="000000" w:themeColor="text1"/>
                    <w:kern w:val="0"/>
                    <w:sz w:val="21"/>
                    <w:szCs w:val="21"/>
                    <w14:ligatures w14:val="none"/>
                  </w:rPr>
                  <m:t>cos</m:t>
                </m:r>
              </m:fName>
              <m:e>
                <m:r>
                  <w:rPr>
                    <w:rFonts w:ascii="Cambria Math" w:eastAsia="ヒラギノ丸ゴ ProN W4" w:hAnsi="Cambria Math"/>
                    <w:color w:val="000000" w:themeColor="text1"/>
                    <w:kern w:val="0"/>
                    <w:sz w:val="21"/>
                    <w:szCs w:val="21"/>
                    <w14:ligatures w14:val="none"/>
                  </w:rPr>
                  <m:t>2</m:t>
                </m:r>
              </m:e>
            </m:func>
            <m:r>
              <w:rPr>
                <w:rFonts w:ascii="Cambria Math" w:eastAsia="ヒラギノ丸ゴ ProN W4" w:hAnsi="Cambria Math"/>
                <w:color w:val="000000" w:themeColor="text1"/>
                <w:kern w:val="0"/>
                <w:sz w:val="21"/>
                <w:szCs w:val="21"/>
                <w14:ligatures w14:val="none"/>
              </w:rPr>
              <m:t>θ</m:t>
            </m:r>
          </m:e>
        </m:d>
        <m:r>
          <w:rPr>
            <w:rFonts w:ascii="Cambria Math" w:eastAsia="ヒラギノ丸ゴ ProN W4" w:hAnsi="Cambria Math"/>
            <w:color w:val="000000" w:themeColor="text1"/>
            <w:kern w:val="0"/>
            <w:sz w:val="21"/>
            <w:szCs w:val="21"/>
            <w14:ligatures w14:val="none"/>
          </w:rPr>
          <m:t>/2</m:t>
        </m:r>
      </m:oMath>
      <w:r w:rsidR="002222FD" w:rsidRPr="00BF0CFF">
        <w:rPr>
          <w:rFonts w:eastAsia="ヒラギノ丸ゴ ProN W4"/>
          <w:color w:val="000000" w:themeColor="text1"/>
          <w:kern w:val="0"/>
          <w:sz w:val="21"/>
          <w:szCs w:val="21"/>
          <w14:ligatures w14:val="none"/>
        </w:rPr>
        <w:t>, the summation of </w:t>
      </w:r>
      <m:oMath>
        <m:sSup>
          <m:sSupPr>
            <m:ctrlPr>
              <w:rPr>
                <w:rFonts w:ascii="Cambria Math" w:eastAsia="ヒラギノ丸ゴ ProN W4" w:hAnsi="Cambria Math"/>
                <w:color w:val="000000" w:themeColor="text1"/>
                <w:kern w:val="0"/>
                <w:sz w:val="21"/>
                <w:szCs w:val="21"/>
                <w14:ligatures w14:val="none"/>
              </w:rPr>
            </m:ctrlPr>
          </m:sSupPr>
          <m:e>
            <m:r>
              <m:rPr>
                <m:sty m:val="p"/>
              </m:rPr>
              <w:rPr>
                <w:rFonts w:ascii="Cambria Math" w:eastAsia="ヒラギノ丸ゴ ProN W4" w:hAnsi="Cambria Math"/>
                <w:color w:val="000000" w:themeColor="text1"/>
                <w:kern w:val="0"/>
                <w:sz w:val="21"/>
                <w:szCs w:val="21"/>
                <w14:ligatures w14:val="none"/>
              </w:rPr>
              <m:t>sin</m:t>
            </m:r>
          </m:e>
          <m:sup>
            <m:r>
              <w:rPr>
                <w:rFonts w:ascii="Cambria Math" w:eastAsia="ヒラギノ丸ゴ ProN W4" w:hAnsi="Cambria Math"/>
                <w:color w:val="000000" w:themeColor="text1"/>
                <w:kern w:val="0"/>
                <w:sz w:val="21"/>
                <w:szCs w:val="21"/>
                <w14:ligatures w14:val="none"/>
              </w:rPr>
              <m:t>2</m:t>
            </m:r>
          </m:sup>
        </m:sSup>
        <m:d>
          <m:dPr>
            <m:ctrlPr>
              <w:rPr>
                <w:rFonts w:ascii="Cambria Math" w:eastAsia="ヒラギノ丸ゴ ProN W4" w:hAnsi="Cambria Math"/>
                <w:color w:val="000000" w:themeColor="text1"/>
                <w:kern w:val="0"/>
                <w:sz w:val="21"/>
                <w:szCs w:val="21"/>
                <w14:ligatures w14:val="none"/>
              </w:rPr>
            </m:ctrlPr>
          </m:dPr>
          <m:e>
            <m:r>
              <w:rPr>
                <w:rFonts w:ascii="Cambria Math" w:eastAsia="ヒラギノ丸ゴ ProN W4" w:hAnsi="Cambria Math"/>
                <w:color w:val="000000" w:themeColor="text1"/>
                <w:kern w:val="0"/>
                <w:sz w:val="21"/>
                <w:szCs w:val="21"/>
                <w14:ligatures w14:val="none"/>
              </w:rPr>
              <m:t>ω</m:t>
            </m:r>
            <m:sSub>
              <m:sSubPr>
                <m:ctrlPr>
                  <w:rPr>
                    <w:rFonts w:ascii="Cambria Math" w:eastAsia="ヒラギノ丸ゴ ProN W4" w:hAnsi="Cambria Math"/>
                    <w:color w:val="000000" w:themeColor="text1"/>
                    <w:kern w:val="0"/>
                    <w:sz w:val="21"/>
                    <w:szCs w:val="21"/>
                    <w14:ligatures w14:val="none"/>
                  </w:rPr>
                </m:ctrlPr>
              </m:sSubPr>
              <m:e>
                <m:r>
                  <w:rPr>
                    <w:rFonts w:ascii="Cambria Math" w:eastAsia="ヒラギノ丸ゴ ProN W4" w:hAnsi="Cambria Math"/>
                    <w:color w:val="000000" w:themeColor="text1"/>
                    <w:kern w:val="0"/>
                    <w:sz w:val="21"/>
                    <w:szCs w:val="21"/>
                    <w14:ligatures w14:val="none"/>
                  </w:rPr>
                  <m:t>t</m:t>
                </m:r>
              </m:e>
              <m:sub>
                <m:r>
                  <w:rPr>
                    <w:rFonts w:ascii="Cambria Math" w:eastAsia="ヒラギノ丸ゴ ProN W4" w:hAnsi="Cambria Math"/>
                    <w:color w:val="000000" w:themeColor="text1"/>
                    <w:kern w:val="0"/>
                    <w:sz w:val="21"/>
                    <w:szCs w:val="21"/>
                    <w14:ligatures w14:val="none"/>
                  </w:rPr>
                  <m:t>k</m:t>
                </m:r>
              </m:sub>
            </m:sSub>
          </m:e>
        </m:d>
      </m:oMath>
      <w:r w:rsidR="002222FD" w:rsidRPr="00BF0CFF">
        <w:rPr>
          <w:rFonts w:eastAsia="ヒラギノ丸ゴ ProN W4"/>
          <w:color w:val="000000" w:themeColor="text1"/>
          <w:kern w:val="0"/>
          <w:sz w:val="21"/>
          <w:szCs w:val="21"/>
          <w14:ligatures w14:val="none"/>
        </w:rPr>
        <w:t> over one oscillation cycle can be written as</w:t>
      </w:r>
    </w:p>
    <w:p w14:paraId="07E63EDA" w14:textId="134EEEC6" w:rsidR="002222FD" w:rsidRPr="00BF0CFF" w:rsidRDefault="00000000" w:rsidP="002222FD">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sSup>
                <m:sSupPr>
                  <m:ctrlPr>
                    <w:rPr>
                      <w:rFonts w:ascii="Cambria Math" w:eastAsia="ヒラギノ丸ゴ ProN W4" w:hAnsi="Cambria Math" w:cs="Times New Roman"/>
                      <w:color w:val="000000" w:themeColor="text1"/>
                      <w:kern w:val="0"/>
                      <w:sz w:val="21"/>
                      <w:szCs w:val="21"/>
                      <w14:ligatures w14:val="none"/>
                    </w:rPr>
                  </m:ctrlPr>
                </m:sSupPr>
                <m:e>
                  <m:r>
                    <m:rPr>
                      <m:sty m:val="p"/>
                    </m:rPr>
                    <w:rPr>
                      <w:rFonts w:ascii="Cambria Math" w:eastAsia="ヒラギノ丸ゴ ProN W4" w:hAnsi="Cambria Math" w:cs="Times New Roman"/>
                      <w:color w:val="000000" w:themeColor="text1"/>
                      <w:kern w:val="0"/>
                      <w:sz w:val="21"/>
                      <w:szCs w:val="21"/>
                      <w14:ligatures w14:val="none"/>
                    </w:rPr>
                    <m:t>sin</m:t>
                  </m:r>
                </m:e>
                <m:sup>
                  <m:r>
                    <w:rPr>
                      <w:rFonts w:ascii="Cambria Math" w:eastAsia="ヒラギノ丸ゴ ProN W4" w:hAnsi="Cambria Math" w:cs="Times New Roman"/>
                      <w:color w:val="000000" w:themeColor="text1"/>
                      <w:kern w:val="0"/>
                      <w:sz w:val="21"/>
                      <w:szCs w:val="21"/>
                      <w14:ligatures w14:val="none"/>
                    </w:rPr>
                    <m:t>2</m:t>
                  </m:r>
                </m:sup>
              </m:sSup>
            </m:e>
          </m:nary>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w:rPr>
              <w:rFonts w:ascii="Cambria Math" w:eastAsia="ヒラギノ丸ゴ ProN W4" w:hAnsi="Cambria Math" w:cs="Times New Roman"/>
              <w:color w:val="000000" w:themeColor="text1"/>
              <w:kern w:val="0"/>
              <w:sz w:val="21"/>
              <w:szCs w:val="21"/>
              <w14:ligatures w14:val="none"/>
            </w:rPr>
            <m:t>=</m:t>
          </m:r>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1-</m:t>
                  </m:r>
                  <m:r>
                    <m:rPr>
                      <m:sty m:val="p"/>
                    </m:rPr>
                    <w:rPr>
                      <w:rFonts w:ascii="Cambria Math" w:eastAsia="ヒラギノ丸ゴ ProN W4" w:hAnsi="Cambria Math" w:cs="Times New Roman"/>
                      <w:color w:val="000000" w:themeColor="text1"/>
                      <w:kern w:val="0"/>
                      <w:sz w:val="21"/>
                      <w:szCs w:val="21"/>
                      <w14:ligatures w14:val="none"/>
                    </w:rPr>
                    <m:t>cos</m:t>
                  </m:r>
                  <m:r>
                    <w:rPr>
                      <w:rFonts w:ascii="Cambria Math" w:eastAsia="ヒラギノ丸ゴ ProN W4" w:hAnsi="Cambria Math" w:cs="Times New Roman"/>
                      <w:color w:val="000000" w:themeColor="text1"/>
                      <w:kern w:val="0"/>
                      <w:sz w:val="21"/>
                      <w:szCs w:val="21"/>
                      <w14:ligatures w14:val="none"/>
                    </w:rPr>
                    <m:t>⁡</m:t>
                  </m:r>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2ω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num>
                <m:den>
                  <m:r>
                    <w:rPr>
                      <w:rFonts w:ascii="Cambria Math" w:eastAsia="ヒラギノ丸ゴ ProN W4" w:hAnsi="Cambria Math" w:cs="Times New Roman"/>
                      <w:color w:val="000000" w:themeColor="text1"/>
                      <w:kern w:val="0"/>
                      <w:sz w:val="21"/>
                      <w:szCs w:val="21"/>
                      <w14:ligatures w14:val="none"/>
                    </w:rPr>
                    <m:t>2</m:t>
                  </m:r>
                </m:den>
              </m:f>
            </m:e>
          </m:nary>
          <m:r>
            <w:rPr>
              <w:rFonts w:ascii="Cambria Math" w:eastAsia="ヒラギノ丸ゴ ProN W4" w:hAnsi="Cambria Math" w:cs="Times New Roman"/>
              <w:color w:val="000000" w:themeColor="text1"/>
              <w:kern w:val="0"/>
              <w:sz w:val="21"/>
              <w:szCs w:val="21"/>
              <w14:ligatures w14:val="none"/>
            </w:rPr>
            <m:t>=</m:t>
          </m:r>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1</m:t>
                  </m:r>
                </m:num>
                <m:den>
                  <m:r>
                    <w:rPr>
                      <w:rFonts w:ascii="Cambria Math" w:eastAsia="ヒラギノ丸ゴ ProN W4" w:hAnsi="Cambria Math" w:cs="Times New Roman"/>
                      <w:color w:val="000000" w:themeColor="text1"/>
                      <w:kern w:val="0"/>
                      <w:sz w:val="21"/>
                      <w:szCs w:val="21"/>
                      <w14:ligatures w14:val="none"/>
                    </w:rPr>
                    <m:t>2</m:t>
                  </m:r>
                </m:den>
              </m:f>
            </m:e>
          </m:nary>
          <m:r>
            <w:rPr>
              <w:rFonts w:ascii="Cambria Math" w:eastAsia="ヒラギノ丸ゴ ProN W4" w:hAnsi="Cambria Math" w:cs="Times New Roman"/>
              <w:color w:val="000000" w:themeColor="text1"/>
              <w:kern w:val="0"/>
              <w:sz w:val="21"/>
              <w:szCs w:val="21"/>
              <w14:ligatures w14:val="none"/>
            </w:rPr>
            <m:t>-</m:t>
          </m:r>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1</m:t>
                  </m:r>
                </m:num>
                <m:den>
                  <m:r>
                    <w:rPr>
                      <w:rFonts w:ascii="Cambria Math" w:eastAsia="ヒラギノ丸ゴ ProN W4" w:hAnsi="Cambria Math" w:cs="Times New Roman"/>
                      <w:color w:val="000000" w:themeColor="text1"/>
                      <w:kern w:val="0"/>
                      <w:sz w:val="21"/>
                      <w:szCs w:val="21"/>
                      <w14:ligatures w14:val="none"/>
                    </w:rPr>
                    <m:t>2</m:t>
                  </m:r>
                </m:den>
              </m:f>
            </m:e>
          </m:nary>
          <m:r>
            <m:rPr>
              <m:sty m:val="p"/>
            </m:rPr>
            <w:rPr>
              <w:rFonts w:ascii="Cambria Math" w:eastAsia="ヒラギノ丸ゴ ProN W4" w:hAnsi="Cambria Math" w:cs="Times New Roman"/>
              <w:color w:val="000000" w:themeColor="text1"/>
              <w:kern w:val="0"/>
              <w:sz w:val="21"/>
              <w:szCs w:val="21"/>
              <w14:ligatures w14:val="none"/>
            </w:rPr>
            <m:t>cos</m:t>
          </m:r>
          <m:r>
            <w:rPr>
              <w:rFonts w:ascii="Cambria Math" w:eastAsia="ヒラギノ丸ゴ ProN W4" w:hAnsi="Cambria Math" w:cs="Times New Roman"/>
              <w:color w:val="000000" w:themeColor="text1"/>
              <w:kern w:val="0"/>
              <w:sz w:val="21"/>
              <w:szCs w:val="21"/>
              <w14:ligatures w14:val="none"/>
            </w:rPr>
            <m:t>⁡</m:t>
          </m:r>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2ω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w:rPr>
              <w:rFonts w:ascii="Cambria Math" w:eastAsia="ヒラギノ丸ゴ ProN W4" w:hAnsi="Cambria Math" w:cs="Times New Roman"/>
              <w:color w:val="000000" w:themeColor="text1"/>
              <w:kern w:val="0"/>
              <w:sz w:val="21"/>
              <w:szCs w:val="21"/>
              <w14:ligatures w14:val="none"/>
            </w:rPr>
            <m:t>.</m:t>
          </m:r>
          <m:r>
            <m:rPr>
              <m:sty m:val="p"/>
            </m:rPr>
            <w:rPr>
              <w:rFonts w:ascii="Cambria Math" w:eastAsia="ヒラギノ丸ゴ ProN W4" w:hAnsi="Times New Roman"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9)</m:t>
          </m:r>
        </m:oMath>
      </m:oMathPara>
    </w:p>
    <w:p w14:paraId="2705D7DC" w14:textId="77777777" w:rsidR="002222FD" w:rsidRPr="00BF0CFF" w:rsidRDefault="002222FD" w:rsidP="002222FD">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Since the sampling points are equally spaced over one complete oscillation cycle, the summation of the cosine term becomes zero. Therefore,</w:t>
      </w:r>
    </w:p>
    <w:p w14:paraId="247EEB66" w14:textId="35E76585" w:rsidR="002C16DB" w:rsidRPr="00BF0CFF" w:rsidRDefault="00000000" w:rsidP="002222FD">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sSup>
                <m:sSupPr>
                  <m:ctrlPr>
                    <w:rPr>
                      <w:rFonts w:ascii="Cambria Math" w:eastAsia="ヒラギノ丸ゴ ProN W4" w:hAnsi="Cambria Math" w:cs="Times New Roman"/>
                      <w:color w:val="000000" w:themeColor="text1"/>
                      <w:kern w:val="0"/>
                      <w:sz w:val="21"/>
                      <w:szCs w:val="21"/>
                      <w14:ligatures w14:val="none"/>
                    </w:rPr>
                  </m:ctrlPr>
                </m:sSupPr>
                <m:e>
                  <m:r>
                    <m:rPr>
                      <m:sty m:val="p"/>
                    </m:rPr>
                    <w:rPr>
                      <w:rFonts w:ascii="Cambria Math" w:eastAsia="ヒラギノ丸ゴ ProN W4" w:hAnsi="Cambria Math" w:cs="Times New Roman"/>
                      <w:color w:val="000000" w:themeColor="text1"/>
                      <w:kern w:val="0"/>
                      <w:sz w:val="21"/>
                      <w:szCs w:val="21"/>
                      <w14:ligatures w14:val="none"/>
                    </w:rPr>
                    <m:t>sin</m:t>
                  </m:r>
                </m:e>
                <m:sup>
                  <m:r>
                    <w:rPr>
                      <w:rFonts w:ascii="Cambria Math" w:eastAsia="ヒラギノ丸ゴ ProN W4" w:hAnsi="Cambria Math" w:cs="Times New Roman"/>
                      <w:color w:val="000000" w:themeColor="text1"/>
                      <w:kern w:val="0"/>
                      <w:sz w:val="21"/>
                      <w:szCs w:val="21"/>
                      <w14:ligatures w14:val="none"/>
                    </w:rPr>
                    <m:t>2</m:t>
                  </m:r>
                </m:sup>
              </m:sSup>
            </m:e>
          </m:nary>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N</m:t>
              </m:r>
            </m:num>
            <m:den>
              <m:r>
                <w:rPr>
                  <w:rFonts w:ascii="Cambria Math" w:eastAsia="ヒラギノ丸ゴ ProN W4" w:hAnsi="Cambria Math" w:cs="Times New Roman"/>
                  <w:color w:val="000000" w:themeColor="text1"/>
                  <w:kern w:val="0"/>
                  <w:sz w:val="21"/>
                  <w:szCs w:val="21"/>
                  <w14:ligatures w14:val="none"/>
                </w:rPr>
                <m:t>2</m:t>
              </m:r>
            </m:den>
          </m:f>
          <m:r>
            <w:rPr>
              <w:rFonts w:ascii="Cambria Math" w:eastAsia="ヒラギノ丸ゴ ProN W4" w:hAnsi="Cambria Math" w:cs="Times New Roman"/>
              <w:color w:val="000000" w:themeColor="text1"/>
              <w:kern w:val="0"/>
              <w:sz w:val="21"/>
              <w:szCs w:val="21"/>
              <w14:ligatures w14:val="none"/>
            </w:rPr>
            <m:t>.</m:t>
          </m:r>
          <m:r>
            <m:rPr>
              <m:sty m:val="p"/>
            </m:rPr>
            <w:rPr>
              <w:rFonts w:ascii="Cambria Math" w:eastAsia="ヒラギノ丸ゴ ProN W4" w:hAnsi="Times New Roman"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10)</m:t>
          </m:r>
        </m:oMath>
      </m:oMathPara>
    </w:p>
    <w:p w14:paraId="09BB804A" w14:textId="77777777" w:rsidR="002222FD" w:rsidRPr="00BF0CFF" w:rsidRDefault="002222FD" w:rsidP="002222FD">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w:r w:rsidRPr="00BF0CFF">
        <w:rPr>
          <w:rFonts w:ascii="Times New Roman" w:eastAsia="ヒラギノ丸ゴ ProN W4" w:hAnsi="Times New Roman" w:cs="Times New Roman"/>
          <w:color w:val="000000" w:themeColor="text1"/>
          <w:kern w:val="0"/>
          <w:sz w:val="21"/>
          <w:szCs w:val="21"/>
          <w14:ligatures w14:val="none"/>
        </w:rPr>
        <w:t>Similarly,</w:t>
      </w:r>
    </w:p>
    <w:p w14:paraId="0E58473E" w14:textId="2D2F1BC7" w:rsidR="002222FD" w:rsidRPr="00BF0CFF" w:rsidRDefault="00000000" w:rsidP="002222FD">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nary>
            <m:naryPr>
              <m:chr m:val="∑"/>
              <m:limLoc m:val="undOvr"/>
              <m:grow m:val="1"/>
              <m:ctrlPr>
                <w:rPr>
                  <w:rFonts w:ascii="Cambria Math" w:eastAsia="ヒラギノ丸ゴ ProN W4" w:hAnsi="Cambria Math" w:cs="Times New Roman"/>
                  <w:color w:val="000000" w:themeColor="text1"/>
                  <w:kern w:val="0"/>
                  <w:sz w:val="21"/>
                  <w:szCs w:val="21"/>
                  <w14:ligatures w14:val="none"/>
                </w:rPr>
              </m:ctrlPr>
            </m:naryPr>
            <m:sub>
              <m:r>
                <w:rPr>
                  <w:rFonts w:ascii="Cambria Math" w:eastAsia="ヒラギノ丸ゴ ProN W4" w:hAnsi="Cambria Math" w:cs="Times New Roman"/>
                  <w:color w:val="000000" w:themeColor="text1"/>
                  <w:kern w:val="0"/>
                  <w:sz w:val="21"/>
                  <w:szCs w:val="21"/>
                  <w14:ligatures w14:val="none"/>
                </w:rPr>
                <m:t>k=0</m:t>
              </m:r>
            </m:sub>
            <m:sup>
              <m:r>
                <w:rPr>
                  <w:rFonts w:ascii="Cambria Math" w:eastAsia="ヒラギノ丸ゴ ProN W4" w:hAnsi="Cambria Math" w:cs="Times New Roman"/>
                  <w:color w:val="000000" w:themeColor="text1"/>
                  <w:kern w:val="0"/>
                  <w:sz w:val="21"/>
                  <w:szCs w:val="21"/>
                  <w14:ligatures w14:val="none"/>
                </w:rPr>
                <m:t>N-1</m:t>
              </m:r>
            </m:sup>
            <m:e>
              <m:sSup>
                <m:sSupPr>
                  <m:ctrlPr>
                    <w:rPr>
                      <w:rFonts w:ascii="Cambria Math" w:eastAsia="ヒラギノ丸ゴ ProN W4" w:hAnsi="Cambria Math" w:cs="Times New Roman"/>
                      <w:color w:val="000000" w:themeColor="text1"/>
                      <w:kern w:val="0"/>
                      <w:sz w:val="21"/>
                      <w:szCs w:val="21"/>
                      <w14:ligatures w14:val="none"/>
                    </w:rPr>
                  </m:ctrlPr>
                </m:sSupPr>
                <m:e>
                  <m:r>
                    <m:rPr>
                      <m:sty m:val="p"/>
                    </m:rPr>
                    <w:rPr>
                      <w:rFonts w:ascii="Cambria Math" w:eastAsia="ヒラギノ丸ゴ ProN W4" w:hAnsi="Cambria Math" w:cs="Times New Roman"/>
                      <w:color w:val="000000" w:themeColor="text1"/>
                      <w:kern w:val="0"/>
                      <w:sz w:val="21"/>
                      <w:szCs w:val="21"/>
                      <w14:ligatures w14:val="none"/>
                    </w:rPr>
                    <m:t>cos</m:t>
                  </m:r>
                </m:e>
                <m:sup>
                  <m:r>
                    <w:rPr>
                      <w:rFonts w:ascii="Cambria Math" w:eastAsia="ヒラギノ丸ゴ ProN W4" w:hAnsi="Cambria Math" w:cs="Times New Roman"/>
                      <w:color w:val="000000" w:themeColor="text1"/>
                      <w:kern w:val="0"/>
                      <w:sz w:val="21"/>
                      <w:szCs w:val="21"/>
                      <w14:ligatures w14:val="none"/>
                    </w:rPr>
                    <m:t>2</m:t>
                  </m:r>
                </m:sup>
              </m:sSup>
            </m:e>
          </m:nary>
          <m:d>
            <m:dPr>
              <m:ctrlPr>
                <w:rPr>
                  <w:rFonts w:ascii="Cambria Math" w:eastAsia="ヒラギノ丸ゴ ProN W4" w:hAnsi="Cambria Math" w:cs="Times New Roman"/>
                  <w:color w:val="000000" w:themeColor="text1"/>
                  <w:kern w:val="0"/>
                  <w:sz w:val="21"/>
                  <w:szCs w:val="21"/>
                  <w14:ligatures w14:val="none"/>
                </w:rPr>
              </m:ctrlPr>
            </m:dPr>
            <m:e>
              <m:r>
                <w:rPr>
                  <w:rFonts w:ascii="Cambria Math" w:eastAsia="ヒラギノ丸ゴ ProN W4" w:hAnsi="Cambria Math" w:cs="Times New Roman"/>
                  <w:color w:val="000000" w:themeColor="text1"/>
                  <w:kern w:val="0"/>
                  <w:sz w:val="21"/>
                  <w:szCs w:val="21"/>
                  <w14:ligatures w14:val="none"/>
                </w:rPr>
                <m:t>ω</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t</m:t>
                  </m:r>
                </m:e>
                <m:sub>
                  <m:r>
                    <w:rPr>
                      <w:rFonts w:ascii="Cambria Math" w:eastAsia="ヒラギノ丸ゴ ProN W4" w:hAnsi="Cambria Math" w:cs="Times New Roman"/>
                      <w:color w:val="000000" w:themeColor="text1"/>
                      <w:kern w:val="0"/>
                      <w:sz w:val="21"/>
                      <w:szCs w:val="21"/>
                      <w14:ligatures w14:val="none"/>
                    </w:rPr>
                    <m:t>k</m:t>
                  </m:r>
                </m:sub>
              </m:sSub>
            </m:e>
          </m:d>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
                <w:rPr>
                  <w:rFonts w:ascii="Cambria Math" w:eastAsia="ヒラギノ丸ゴ ProN W4" w:hAnsi="Cambria Math" w:cs="Times New Roman"/>
                  <w:color w:val="000000" w:themeColor="text1"/>
                  <w:kern w:val="0"/>
                  <w:sz w:val="21"/>
                  <w:szCs w:val="21"/>
                  <w14:ligatures w14:val="none"/>
                </w:rPr>
                <m:t>N</m:t>
              </m:r>
            </m:num>
            <m:den>
              <m:r>
                <w:rPr>
                  <w:rFonts w:ascii="Cambria Math" w:eastAsia="ヒラギノ丸ゴ ProN W4" w:hAnsi="Cambria Math" w:cs="Times New Roman"/>
                  <w:color w:val="000000" w:themeColor="text1"/>
                  <w:kern w:val="0"/>
                  <w:sz w:val="21"/>
                  <w:szCs w:val="21"/>
                  <w14:ligatures w14:val="none"/>
                </w:rPr>
                <m:t>2</m:t>
              </m:r>
            </m:den>
          </m:f>
          <m:r>
            <w:rPr>
              <w:rFonts w:ascii="Cambria Math" w:eastAsia="ヒラギノ丸ゴ ProN W4" w:hAnsi="Cambria Math" w:cs="Times New Roman"/>
              <w:color w:val="000000" w:themeColor="text1"/>
              <w:kern w:val="0"/>
              <w:sz w:val="21"/>
              <w:szCs w:val="21"/>
              <w14:ligatures w14:val="none"/>
            </w:rPr>
            <m:t>.</m:t>
          </m:r>
          <m:r>
            <m:rPr>
              <m:sty m:val="p"/>
            </m:rPr>
            <w:rPr>
              <w:rFonts w:ascii="Cambria Math" w:eastAsia="ヒラギノ丸ゴ ProN W4" w:hAnsi="Times New Roman"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11)</m:t>
          </m:r>
          <m:r>
            <m:rPr>
              <m:sty m:val="p"/>
            </m:rPr>
            <w:rPr>
              <w:rFonts w:ascii="Times New Roman" w:eastAsia="ヒラギノ丸ゴ ProN W4" w:hAnsi="Times New Roman" w:cs="Times New Roman"/>
              <w:color w:val="000000" w:themeColor="text1"/>
              <w:kern w:val="0"/>
              <w:sz w:val="21"/>
              <w:szCs w:val="21"/>
              <w14:ligatures w14:val="none"/>
            </w:rPr>
            <w:br/>
          </m:r>
        </m:oMath>
      </m:oMathPara>
      <w:r w:rsidR="002222FD" w:rsidRPr="00BF0CFF">
        <w:rPr>
          <w:rFonts w:ascii="Times New Roman" w:eastAsia="ヒラギノ丸ゴ ProN W4" w:hAnsi="Times New Roman" w:cs="Times New Roman"/>
          <w:color w:val="000000" w:themeColor="text1"/>
          <w:kern w:val="0"/>
          <w:sz w:val="21"/>
          <w:szCs w:val="21"/>
          <w14:ligatures w14:val="none"/>
        </w:rPr>
        <w:t xml:space="preserve">Substituting these results into </w:t>
      </w:r>
      <w:proofErr w:type="spellStart"/>
      <w:r w:rsidR="002222FD" w:rsidRPr="00BF0CFF">
        <w:rPr>
          <w:rFonts w:ascii="Times New Roman" w:eastAsia="ヒラギノ丸ゴ ProN W4" w:hAnsi="Times New Roman" w:cs="Times New Roman"/>
          <w:color w:val="000000" w:themeColor="text1"/>
          <w:kern w:val="0"/>
          <w:sz w:val="21"/>
          <w:szCs w:val="21"/>
          <w14:ligatures w14:val="none"/>
        </w:rPr>
        <w:t>Eqs</w:t>
      </w:r>
      <w:proofErr w:type="spellEnd"/>
      <w:r w:rsidR="002222FD" w:rsidRPr="00BF0CFF">
        <w:rPr>
          <w:rFonts w:ascii="Times New Roman" w:eastAsia="ヒラギノ丸ゴ ProN W4" w:hAnsi="Times New Roman" w:cs="Times New Roman"/>
          <w:color w:val="000000" w:themeColor="text1"/>
          <w:kern w:val="0"/>
          <w:sz w:val="21"/>
          <w:szCs w:val="21"/>
          <w14:ligatures w14:val="none"/>
        </w:rPr>
        <w:t>. (S.5a) and (S.5b) yields</w:t>
      </w:r>
    </w:p>
    <w:p w14:paraId="6BB1C2B4" w14:textId="0C3F844C" w:rsidR="002222FD" w:rsidRPr="00BF0CFF" w:rsidRDefault="00000000" w:rsidP="002222FD">
      <w:pPr>
        <w:spacing w:after="0" w:line="240" w:lineRule="auto"/>
        <w:ind w:left="0" w:firstLine="0"/>
        <w:rPr>
          <w:rFonts w:ascii="Times New Roman" w:eastAsia="ヒラギノ丸ゴ ProN W4" w:hAnsi="Times New Roman" w:cs="Times New Roman"/>
          <w:color w:val="000000" w:themeColor="text1"/>
          <w:kern w:val="0"/>
          <w:sz w:val="21"/>
          <w:szCs w:val="21"/>
          <w14:ligatures w14:val="none"/>
        </w:rPr>
      </w:pPr>
      <m:oMathPara>
        <m:oMath>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sub>
          </m:sSub>
          <m:r>
            <w:rPr>
              <w:rFonts w:ascii="Cambria Math" w:eastAsia="ヒラギノ丸ゴ ProN W4" w:hAnsi="Cambria Math" w:cs="Times New Roman"/>
              <w:color w:val="000000" w:themeColor="text1"/>
              <w:kern w:val="0"/>
              <w:sz w:val="21"/>
              <w:szCs w:val="21"/>
              <w14:ligatures w14:val="none"/>
            </w:rPr>
            <m:t>=</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sSup>
                <m:sSupPr>
                  <m:ctrlPr>
                    <w:rPr>
                      <w:rFonts w:ascii="Cambria Math" w:eastAsia="ヒラギノ丸ゴ ProN W4" w:hAnsi="Cambria Math" w:cs="Times New Roman"/>
                      <w:color w:val="000000" w:themeColor="text1"/>
                      <w:kern w:val="0"/>
                      <w:sz w:val="21"/>
                      <w:szCs w:val="21"/>
                      <w14:ligatures w14:val="none"/>
                    </w:rPr>
                  </m:ctrlPr>
                </m:sSupPr>
                <m:e>
                  <m:r>
                    <w:rPr>
                      <w:rFonts w:ascii="Cambria Math" w:eastAsia="ヒラギノ丸ゴ ProN W4" w:hAnsi="Cambria Math" w:cs="Times New Roman"/>
                      <w:color w:val="000000" w:themeColor="text1"/>
                      <w:kern w:val="0"/>
                      <w:sz w:val="21"/>
                      <w:szCs w:val="21"/>
                      <w14:ligatures w14:val="none"/>
                    </w:rPr>
                    <m:t>G</m:t>
                  </m:r>
                </m:e>
                <m:sup>
                  <m:r>
                    <w:rPr>
                      <w:rFonts w:ascii="Cambria Math" w:eastAsia="ヒラギノ丸ゴ ProN W4" w:hAnsi="Cambria Math" w:cs="Times New Roman"/>
                      <w:color w:val="000000" w:themeColor="text1"/>
                      <w:kern w:val="0"/>
                      <w:sz w:val="21"/>
                      <w:szCs w:val="21"/>
                      <w14:ligatures w14:val="none"/>
                    </w:rPr>
                    <m:t>''</m:t>
                  </m:r>
                </m:sup>
              </m:sSup>
            </m:sub>
          </m:sSub>
          <m:r>
            <w:rPr>
              <w:rFonts w:ascii="Cambria Math" w:eastAsia="ヒラギノ丸ゴ ProN W4" w:hAnsi="Cambria Math" w:cs="Times New Roman"/>
              <w:color w:val="000000" w:themeColor="text1"/>
              <w:kern w:val="0"/>
              <w:sz w:val="21"/>
              <w:szCs w:val="21"/>
              <w14:ligatures w14:val="none"/>
            </w:rPr>
            <m:t>=</m:t>
          </m:r>
          <m:f>
            <m:fPr>
              <m:ctrlPr>
                <w:rPr>
                  <w:rFonts w:ascii="Cambria Math" w:eastAsia="ヒラギノ丸ゴ ProN W4" w:hAnsi="Cambria Math" w:cs="Times New Roman"/>
                  <w:color w:val="000000" w:themeColor="text1"/>
                  <w:kern w:val="0"/>
                  <w:sz w:val="21"/>
                  <w:szCs w:val="21"/>
                  <w14:ligatures w14:val="none"/>
                </w:rPr>
              </m:ctrlPr>
            </m:fPr>
            <m:num>
              <m:rad>
                <m:radPr>
                  <m:degHide m:val="1"/>
                  <m:ctrlPr>
                    <w:rPr>
                      <w:rFonts w:ascii="Cambria Math" w:eastAsia="ヒラギノ丸ゴ ProN W4" w:hAnsi="Cambria Math" w:cs="Times New Roman"/>
                      <w:color w:val="000000" w:themeColor="text1"/>
                      <w:kern w:val="0"/>
                      <w:sz w:val="21"/>
                      <w:szCs w:val="21"/>
                      <w14:ligatures w14:val="none"/>
                    </w:rPr>
                  </m:ctrlPr>
                </m:radPr>
                <m:deg/>
                <m:e>
                  <m:r>
                    <w:rPr>
                      <w:rFonts w:ascii="Cambria Math" w:eastAsia="ヒラギノ丸ゴ ProN W4" w:hAnsi="Cambria Math" w:cs="Times New Roman"/>
                      <w:color w:val="000000" w:themeColor="text1"/>
                      <w:kern w:val="0"/>
                      <w:sz w:val="21"/>
                      <w:szCs w:val="21"/>
                      <w14:ligatures w14:val="none"/>
                    </w:rPr>
                    <m:t>2</m:t>
                  </m:r>
                </m:e>
              </m:rad>
              <m:r>
                <m:rPr>
                  <m:nor/>
                </m:rPr>
                <w:rPr>
                  <w:rFonts w:ascii="Times New Roman" w:eastAsia="ヒラギノ丸ゴ ProN W4" w:hAnsi="Times New Roman" w:cs="Times New Roman"/>
                  <w:color w:val="000000" w:themeColor="text1"/>
                  <w:kern w:val="0"/>
                  <w:sz w:val="21"/>
                  <w:szCs w:val="21"/>
                  <w14:ligatures w14:val="none"/>
                </w:rPr>
                <m:t> </m:t>
              </m:r>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u</m:t>
                  </m:r>
                </m:e>
                <m:sub>
                  <m:r>
                    <w:rPr>
                      <w:rFonts w:ascii="Cambria Math" w:eastAsia="ヒラギノ丸ゴ ProN W4" w:hAnsi="Cambria Math" w:cs="Times New Roman"/>
                      <w:color w:val="000000" w:themeColor="text1"/>
                      <w:kern w:val="0"/>
                      <w:sz w:val="21"/>
                      <w:szCs w:val="21"/>
                      <w14:ligatures w14:val="none"/>
                    </w:rPr>
                    <m:t>σ</m:t>
                  </m:r>
                </m:sub>
              </m:sSub>
            </m:num>
            <m:den>
              <m:rad>
                <m:radPr>
                  <m:degHide m:val="1"/>
                  <m:ctrlPr>
                    <w:rPr>
                      <w:rFonts w:ascii="Cambria Math" w:eastAsia="ヒラギノ丸ゴ ProN W4" w:hAnsi="Cambria Math" w:cs="Times New Roman"/>
                      <w:color w:val="000000" w:themeColor="text1"/>
                      <w:kern w:val="0"/>
                      <w:sz w:val="21"/>
                      <w:szCs w:val="21"/>
                      <w14:ligatures w14:val="none"/>
                    </w:rPr>
                  </m:ctrlPr>
                </m:radPr>
                <m:deg/>
                <m:e>
                  <m:r>
                    <w:rPr>
                      <w:rFonts w:ascii="Cambria Math" w:eastAsia="ヒラギノ丸ゴ ProN W4" w:hAnsi="Cambria Math" w:cs="Times New Roman"/>
                      <w:color w:val="000000" w:themeColor="text1"/>
                      <w:kern w:val="0"/>
                      <w:sz w:val="21"/>
                      <w:szCs w:val="21"/>
                      <w14:ligatures w14:val="none"/>
                    </w:rPr>
                    <m:t>N</m:t>
                  </m:r>
                </m:e>
              </m:rad>
              <m:sSub>
                <m:sSubPr>
                  <m:ctrlPr>
                    <w:rPr>
                      <w:rFonts w:ascii="Cambria Math" w:eastAsia="ヒラギノ丸ゴ ProN W4" w:hAnsi="Cambria Math" w:cs="Times New Roman"/>
                      <w:color w:val="000000" w:themeColor="text1"/>
                      <w:kern w:val="0"/>
                      <w:sz w:val="21"/>
                      <w:szCs w:val="21"/>
                      <w14:ligatures w14:val="none"/>
                    </w:rPr>
                  </m:ctrlPr>
                </m:sSubPr>
                <m:e>
                  <m:r>
                    <w:rPr>
                      <w:rFonts w:ascii="Cambria Math" w:eastAsia="ヒラギノ丸ゴ ProN W4" w:hAnsi="Cambria Math" w:cs="Times New Roman"/>
                      <w:color w:val="000000" w:themeColor="text1"/>
                      <w:kern w:val="0"/>
                      <w:sz w:val="21"/>
                      <w:szCs w:val="21"/>
                      <w14:ligatures w14:val="none"/>
                    </w:rPr>
                    <m:t>γ</m:t>
                  </m:r>
                </m:e>
                <m:sub>
                  <m:r>
                    <w:rPr>
                      <w:rFonts w:ascii="Cambria Math" w:eastAsia="ヒラギノ丸ゴ ProN W4" w:hAnsi="Cambria Math" w:cs="Times New Roman"/>
                      <w:color w:val="000000" w:themeColor="text1"/>
                      <w:kern w:val="0"/>
                      <w:sz w:val="21"/>
                      <w:szCs w:val="21"/>
                      <w14:ligatures w14:val="none"/>
                    </w:rPr>
                    <m:t>0</m:t>
                  </m:r>
                </m:sub>
              </m:sSub>
            </m:den>
          </m:f>
          <m:r>
            <w:rPr>
              <w:rFonts w:ascii="Cambria Math" w:eastAsia="ヒラギノ丸ゴ ProN W4" w:hAnsi="Cambria Math" w:cs="Times New Roman"/>
              <w:color w:val="000000" w:themeColor="text1"/>
              <w:kern w:val="0"/>
              <w:sz w:val="21"/>
              <w:szCs w:val="21"/>
              <w14:ligatures w14:val="none"/>
            </w:rPr>
            <m:t>.</m:t>
          </m:r>
          <m:r>
            <m:rPr>
              <m:sty m:val="p"/>
            </m:rPr>
            <w:rPr>
              <w:rFonts w:ascii="Cambria Math" w:eastAsia="ヒラギノ丸ゴ ProN W4" w:hAnsi="Times New Roman" w:cs="Times New Roman"/>
              <w:color w:val="000000" w:themeColor="text1"/>
              <w:kern w:val="0"/>
              <w:sz w:val="21"/>
              <w:szCs w:val="21"/>
              <w14:ligatures w14:val="none"/>
            </w:rPr>
            <m:t xml:space="preserve">                                                                                                          </m:t>
          </m:r>
          <m:r>
            <m:rPr>
              <m:nor/>
            </m:rPr>
            <w:rPr>
              <w:rFonts w:ascii="Times New Roman" w:eastAsia="ヒラギノ丸ゴ ProN W4" w:hAnsi="Times New Roman" w:cs="Times New Roman"/>
              <w:color w:val="000000" w:themeColor="text1"/>
              <w:kern w:val="0"/>
              <w:sz w:val="21"/>
              <w:szCs w:val="21"/>
              <w14:ligatures w14:val="none"/>
            </w:rPr>
            <m:t>(S.</m:t>
          </m:r>
          <m:r>
            <m:rPr>
              <m:nor/>
            </m:rPr>
            <w:rPr>
              <w:rFonts w:ascii="Cambria Math" w:eastAsia="ヒラギノ丸ゴ ProN W4" w:hAnsi="Times New Roman" w:cs="Times New Roman"/>
              <w:color w:val="000000" w:themeColor="text1"/>
              <w:kern w:val="0"/>
              <w:sz w:val="21"/>
              <w:szCs w:val="21"/>
              <w14:ligatures w14:val="none"/>
            </w:rPr>
            <m:t>4.</m:t>
          </m:r>
          <m:r>
            <m:rPr>
              <m:nor/>
            </m:rPr>
            <w:rPr>
              <w:rFonts w:ascii="Times New Roman" w:eastAsia="ヒラギノ丸ゴ ProN W4" w:hAnsi="Times New Roman" w:cs="Times New Roman"/>
              <w:color w:val="000000" w:themeColor="text1"/>
              <w:kern w:val="0"/>
              <w:sz w:val="21"/>
              <w:szCs w:val="21"/>
              <w14:ligatures w14:val="none"/>
            </w:rPr>
            <m:t>12)</m:t>
          </m:r>
          <m:r>
            <m:rPr>
              <m:sty m:val="p"/>
            </m:rPr>
            <w:rPr>
              <w:rFonts w:ascii="Times New Roman" w:eastAsia="ヒラギノ丸ゴ ProN W4" w:hAnsi="Times New Roman" w:cs="Times New Roman"/>
              <w:color w:val="000000" w:themeColor="text1"/>
              <w:kern w:val="0"/>
              <w:sz w:val="21"/>
              <w:szCs w:val="21"/>
              <w14:ligatures w14:val="none"/>
            </w:rPr>
            <w:br/>
          </m:r>
        </m:oMath>
      </m:oMathPara>
    </w:p>
    <w:p w14:paraId="3CF6A8F5" w14:textId="1D87618A" w:rsidR="00204433" w:rsidRPr="00BF0CFF" w:rsidRDefault="00204433" w:rsidP="002222FD">
      <w:pPr>
        <w:spacing w:after="0" w:line="240" w:lineRule="auto"/>
        <w:ind w:left="0" w:firstLine="0"/>
        <w:rPr>
          <w:rFonts w:ascii="Times New Roman" w:eastAsia="ヒラギノ丸ゴ ProN W4" w:hAnsi="Times New Roman" w:cs="Times New Roman"/>
          <w:b/>
          <w:bCs/>
          <w:color w:val="000000" w:themeColor="text1"/>
          <w:kern w:val="0"/>
          <w:sz w:val="21"/>
          <w:szCs w:val="21"/>
          <w14:ligatures w14:val="none"/>
        </w:rPr>
      </w:pPr>
      <w:r w:rsidRPr="00BF0CFF">
        <w:rPr>
          <w:rFonts w:ascii="Times New Roman" w:eastAsia="ヒラギノ丸ゴ ProN W4" w:hAnsi="Times New Roman" w:cs="Times New Roman"/>
          <w:b/>
          <w:bCs/>
          <w:color w:val="000000" w:themeColor="text1"/>
          <w:kern w:val="0"/>
          <w:sz w:val="21"/>
          <w:szCs w:val="21"/>
          <w14:ligatures w14:val="none"/>
        </w:rPr>
        <w:br w:type="page"/>
      </w:r>
    </w:p>
    <w:p w14:paraId="02B76E98" w14:textId="00C61C00" w:rsidR="005F40FF" w:rsidRPr="00BF0CFF" w:rsidRDefault="005F40FF" w:rsidP="005F40FF">
      <w:pPr>
        <w:spacing w:after="0" w:line="300" w:lineRule="atLeast"/>
        <w:ind w:left="0" w:firstLine="0"/>
        <w:rPr>
          <w:rFonts w:ascii="Times New Roman" w:eastAsia="ヒラギノ丸ゴ ProN W4" w:hAnsi="Times New Roman" w:cs="Times New Roman"/>
          <w:b/>
          <w:bCs/>
          <w:color w:val="000000" w:themeColor="text1"/>
          <w:kern w:val="0"/>
          <w:sz w:val="21"/>
          <w:szCs w:val="21"/>
          <w14:ligatures w14:val="none"/>
        </w:rPr>
      </w:pPr>
      <w:r w:rsidRPr="00BF0CFF">
        <w:rPr>
          <w:rFonts w:ascii="Times New Roman" w:eastAsia="ヒラギノ丸ゴ ProN W4" w:hAnsi="Times New Roman" w:cs="Times New Roman"/>
          <w:b/>
          <w:bCs/>
          <w:color w:val="000000" w:themeColor="text1"/>
          <w:kern w:val="0"/>
          <w:sz w:val="21"/>
          <w:szCs w:val="21"/>
          <w14:ligatures w14:val="none"/>
        </w:rPr>
        <w:lastRenderedPageBreak/>
        <w:t xml:space="preserve">S.5  </w:t>
      </w:r>
      <w:r w:rsidR="00130DA7" w:rsidRPr="00BF0CFF">
        <w:rPr>
          <w:rFonts w:ascii="Times New Roman" w:eastAsia="ヒラギノ丸ゴ ProN W4" w:hAnsi="Times New Roman" w:cs="Times New Roman"/>
          <w:b/>
          <w:bCs/>
          <w:color w:val="000000" w:themeColor="text1"/>
          <w:kern w:val="0"/>
          <w:sz w:val="21"/>
          <w:szCs w:val="21"/>
          <w14:ligatures w14:val="none"/>
        </w:rPr>
        <w:t>Stress Responses under Oscillatory Shear</w:t>
      </w:r>
    </w:p>
    <w:p w14:paraId="73EDB8D2" w14:textId="77777777" w:rsidR="00CD1FF7" w:rsidRPr="00BF0CFF" w:rsidRDefault="00CD1FF7" w:rsidP="00CD1FF7">
      <w:pPr>
        <w:spacing w:after="0" w:line="300" w:lineRule="atLeast"/>
        <w:ind w:left="0" w:firstLine="0"/>
        <w:jc w:val="left"/>
        <w:rPr>
          <w:rFonts w:ascii="ヒラギノ丸ゴ ProN W4" w:eastAsia="ヒラギノ丸ゴ ProN W4" w:hAnsi="ヒラギノ丸ゴ ProN W4" w:cs="Times New Roman"/>
          <w:b/>
          <w:bCs/>
          <w:color w:val="000000" w:themeColor="text1"/>
          <w:kern w:val="0"/>
          <w:sz w:val="21"/>
          <w:szCs w:val="21"/>
          <w14:ligatures w14:val="none"/>
        </w:rPr>
      </w:pPr>
    </w:p>
    <w:p w14:paraId="6D62E8F8" w14:textId="63E48032" w:rsidR="00130DA7" w:rsidRPr="00BF0CFF" w:rsidRDefault="00255FF5" w:rsidP="00130DA7">
      <w:pPr>
        <w:spacing w:after="0" w:line="300" w:lineRule="atLeast"/>
        <w:ind w:left="0" w:firstLine="0"/>
        <w:rPr>
          <w:rFonts w:ascii="Times New Roman" w:eastAsia="ヒラギノ丸ゴ ProN W4" w:hAnsi="Times New Roman" w:cs="Times New Roman"/>
          <w:b/>
          <w:bCs/>
          <w:color w:val="000000" w:themeColor="text1"/>
          <w:kern w:val="0"/>
          <w:sz w:val="21"/>
          <w:szCs w:val="21"/>
          <w14:ligatures w14:val="none"/>
        </w:rPr>
      </w:pPr>
      <w:r w:rsidRPr="00BF0CFF">
        <w:rPr>
          <w:noProof/>
          <w:color w:val="000000" w:themeColor="text1"/>
          <w14:ligatures w14:val="none"/>
        </w:rPr>
        <mc:AlternateContent>
          <mc:Choice Requires="wpg">
            <w:drawing>
              <wp:anchor distT="0" distB="0" distL="114300" distR="114300" simplePos="0" relativeHeight="251710464" behindDoc="0" locked="0" layoutInCell="1" allowOverlap="1" wp14:anchorId="2125F937" wp14:editId="779621B0">
                <wp:simplePos x="0" y="0"/>
                <wp:positionH relativeFrom="column">
                  <wp:posOffset>-146170</wp:posOffset>
                </wp:positionH>
                <wp:positionV relativeFrom="paragraph">
                  <wp:posOffset>560207</wp:posOffset>
                </wp:positionV>
                <wp:extent cx="4798060" cy="4344752"/>
                <wp:effectExtent l="0" t="0" r="2540" b="0"/>
                <wp:wrapNone/>
                <wp:docPr id="40108200" name="グループ化 20"/>
                <wp:cNvGraphicFramePr/>
                <a:graphic xmlns:a="http://schemas.openxmlformats.org/drawingml/2006/main">
                  <a:graphicData uri="http://schemas.microsoft.com/office/word/2010/wordprocessingGroup">
                    <wpg:wgp>
                      <wpg:cNvGrpSpPr/>
                      <wpg:grpSpPr>
                        <a:xfrm>
                          <a:off x="0" y="0"/>
                          <a:ext cx="4798060" cy="4344752"/>
                          <a:chOff x="0" y="0"/>
                          <a:chExt cx="4798060" cy="4344752"/>
                        </a:xfrm>
                      </wpg:grpSpPr>
                      <wpg:grpSp>
                        <wpg:cNvPr id="1893627012" name="グループ化 27"/>
                        <wpg:cNvGrpSpPr>
                          <a:grpSpLocks noChangeAspect="1"/>
                        </wpg:cNvGrpSpPr>
                        <wpg:grpSpPr>
                          <a:xfrm>
                            <a:off x="0" y="0"/>
                            <a:ext cx="4798060" cy="4344752"/>
                            <a:chOff x="0" y="0"/>
                            <a:chExt cx="6032256" cy="5462779"/>
                          </a:xfrm>
                        </wpg:grpSpPr>
                        <wpg:grpSp>
                          <wpg:cNvPr id="1231844971" name="グループ化 15"/>
                          <wpg:cNvGrpSpPr/>
                          <wpg:grpSpPr>
                            <a:xfrm>
                              <a:off x="0" y="0"/>
                              <a:ext cx="5912485" cy="5462779"/>
                              <a:chOff x="37838" y="1500825"/>
                              <a:chExt cx="5913273" cy="5463338"/>
                            </a:xfrm>
                          </wpg:grpSpPr>
                          <wps:wsp>
                            <wps:cNvPr id="1110457151" name="直線矢印コネクタ 23"/>
                            <wps:cNvCnPr>
                              <a:cxnSpLocks noChangeAspect="1"/>
                            </wps:cNvCnPr>
                            <wps:spPr>
                              <a:xfrm>
                                <a:off x="290086" y="6357094"/>
                                <a:ext cx="5661025" cy="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032762467" name="図 11"/>
                              <pic:cNvPicPr>
                                <a:picLocks noChangeAspect="1"/>
                              </pic:cNvPicPr>
                            </pic:nvPicPr>
                            <pic:blipFill rotWithShape="1">
                              <a:blip r:embed="rId12"/>
                              <a:srcRect t="6153" r="89780" b="31773"/>
                              <a:stretch>
                                <a:fillRect/>
                              </a:stretch>
                            </pic:blipFill>
                            <pic:spPr bwMode="auto">
                              <a:xfrm>
                                <a:off x="75675" y="4856521"/>
                                <a:ext cx="247641" cy="12505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21732936" name="図 11"/>
                              <pic:cNvPicPr>
                                <a:picLocks noChangeAspect="1"/>
                              </pic:cNvPicPr>
                            </pic:nvPicPr>
                            <pic:blipFill rotWithShape="1">
                              <a:blip r:embed="rId12"/>
                              <a:srcRect t="6153" r="89780" b="31773"/>
                              <a:stretch>
                                <a:fillRect/>
                              </a:stretch>
                            </pic:blipFill>
                            <pic:spPr bwMode="auto">
                              <a:xfrm>
                                <a:off x="37838" y="1773053"/>
                                <a:ext cx="247650" cy="1250950"/>
                              </a:xfrm>
                              <a:prstGeom prst="rect">
                                <a:avLst/>
                              </a:prstGeom>
                              <a:ln>
                                <a:noFill/>
                              </a:ln>
                              <a:extLst>
                                <a:ext uri="{53640926-AAD7-44D8-BBD7-CCE9431645EC}">
                                  <a14:shadowObscured xmlns:a14="http://schemas.microsoft.com/office/drawing/2010/main"/>
                                </a:ext>
                              </a:extLst>
                            </pic:spPr>
                          </pic:pic>
                          <wps:wsp>
                            <wps:cNvPr id="640875827" name="テキスト ボックス 34"/>
                            <wps:cNvSpPr txBox="1"/>
                            <wps:spPr>
                              <a:xfrm>
                                <a:off x="81976" y="1500825"/>
                                <a:ext cx="3049465" cy="351730"/>
                              </a:xfrm>
                              <a:prstGeom prst="rect">
                                <a:avLst/>
                              </a:prstGeom>
                              <a:noFill/>
                              <a:ln w="6350">
                                <a:noFill/>
                              </a:ln>
                            </wps:spPr>
                            <wps:txbx>
                              <w:txbxContent>
                                <w:p w14:paraId="52199BA7" w14:textId="77777777" w:rsidR="000F0122" w:rsidRPr="00E01F52" w:rsidRDefault="000F0122" w:rsidP="000F0122">
                                  <w:pPr>
                                    <w:ind w:left="0"/>
                                    <w:rPr>
                                      <w:rFonts w:ascii="Helvetica Neue" w:hAnsi="Helvetica Neue"/>
                                    </w:rPr>
                                  </w:pPr>
                                  <w:r w:rsidRPr="00E01F52">
                                    <w:rPr>
                                      <w:rFonts w:ascii="Helvetica Neue" w:hAnsi="Helvetica Neue"/>
                                    </w:rPr>
                                    <w:t>(</w:t>
                                  </w:r>
                                  <w:r>
                                    <w:rPr>
                                      <w:rFonts w:ascii="Helvetica Neue" w:hAnsi="Helvetica Neue"/>
                                    </w:rPr>
                                    <w:t>a</w:t>
                                  </w:r>
                                  <w:r w:rsidRPr="00E01F52">
                                    <w:rPr>
                                      <w:rFonts w:ascii="Helvetica Neue" w:hAnsi="Helvetica Neue"/>
                                    </w:rPr>
                                    <w:t xml:space="preserve">) Molten </w:t>
                                  </w:r>
                                  <w:r>
                                    <w:rPr>
                                      <w:rFonts w:ascii="Helvetica Neue" w:hAnsi="Helvetica Neue"/>
                                    </w:rPr>
                                    <w:t>Sn</w:t>
                                  </w:r>
                                  <w:r w:rsidRPr="00E01F52">
                                    <w:rPr>
                                      <w:rFonts w:ascii="Helvetica Neue" w:hAnsi="Helvetica Neue"/>
                                    </w:rPr>
                                    <w:t xml:space="preserve"> + Al</w:t>
                                  </w:r>
                                  <w:r w:rsidRPr="00E01F52">
                                    <w:rPr>
                                      <w:rFonts w:ascii="Helvetica Neue" w:hAnsi="Helvetica Neue"/>
                                      <w:vertAlign w:val="subscript"/>
                                    </w:rPr>
                                    <w:t>2</w:t>
                                  </w:r>
                                  <w:r w:rsidRPr="00E01F52">
                                    <w:rPr>
                                      <w:rFonts w:ascii="Helvetica Neue" w:hAnsi="Helvetica Neue"/>
                                    </w:rPr>
                                    <w:t>O</w:t>
                                  </w:r>
                                  <w:r w:rsidRPr="00E01F52">
                                    <w:rPr>
                                      <w:rFonts w:ascii="Helvetica Neue" w:hAnsi="Helvetica Neue"/>
                                      <w:vertAlign w:val="subscript"/>
                                    </w:rPr>
                                    <w:t>3</w:t>
                                  </w:r>
                                  <w:r w:rsidRPr="00E01F52">
                                    <w:rPr>
                                      <w:rFonts w:ascii="Helvetica Neue" w:hAnsi="Helvetica Neue"/>
                                    </w:rPr>
                                    <w:t xml:space="preserve"> beads</w:t>
                                  </w:r>
                                  <w:r>
                                    <w:rPr>
                                      <w:rFonts w:ascii="Helvetica Neue" w:hAnsi="Helvetica Neue"/>
                                    </w:rPr>
                                    <w:t xml:space="preserve"> at 973 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2308110" name="テキスト ボックス 34"/>
                            <wps:cNvSpPr txBox="1"/>
                            <wps:spPr>
                              <a:xfrm>
                                <a:off x="100895" y="3026979"/>
                                <a:ext cx="3236555" cy="329213"/>
                              </a:xfrm>
                              <a:prstGeom prst="rect">
                                <a:avLst/>
                              </a:prstGeom>
                              <a:noFill/>
                              <a:ln w="6350">
                                <a:noFill/>
                              </a:ln>
                            </wps:spPr>
                            <wps:txbx>
                              <w:txbxContent>
                                <w:p w14:paraId="1D60F539" w14:textId="77777777" w:rsidR="000F0122" w:rsidRPr="00E01F52" w:rsidRDefault="000F0122" w:rsidP="000F0122">
                                  <w:pPr>
                                    <w:ind w:left="0"/>
                                    <w:rPr>
                                      <w:rFonts w:ascii="Helvetica Neue" w:hAnsi="Helvetica Neue"/>
                                    </w:rPr>
                                  </w:pPr>
                                  <w:r w:rsidRPr="00E01F52">
                                    <w:rPr>
                                      <w:rFonts w:ascii="Helvetica Neue" w:hAnsi="Helvetica Neue"/>
                                    </w:rPr>
                                    <w:t>(</w:t>
                                  </w:r>
                                  <w:r>
                                    <w:rPr>
                                      <w:rFonts w:ascii="Helvetica Neue" w:hAnsi="Helvetica Neue"/>
                                    </w:rPr>
                                    <w:t>b</w:t>
                                  </w:r>
                                  <w:r w:rsidRPr="00E01F52">
                                    <w:rPr>
                                      <w:rFonts w:ascii="Helvetica Neue" w:hAnsi="Helvetica Neue"/>
                                    </w:rPr>
                                    <w:t xml:space="preserve">) Molten </w:t>
                                  </w:r>
                                  <w:r>
                                    <w:rPr>
                                      <w:rFonts w:ascii="Helvetica Neue" w:hAnsi="Helvetica Neue"/>
                                    </w:rPr>
                                    <w:t>Sn</w:t>
                                  </w:r>
                                  <w:r w:rsidRPr="00E01F52">
                                    <w:rPr>
                                      <w:rFonts w:ascii="Helvetica Neue" w:hAnsi="Helvetica Neue"/>
                                    </w:rPr>
                                    <w:t xml:space="preserve"> + Al</w:t>
                                  </w:r>
                                  <w:r w:rsidRPr="00E01F52">
                                    <w:rPr>
                                      <w:rFonts w:ascii="Helvetica Neue" w:hAnsi="Helvetica Neue"/>
                                      <w:vertAlign w:val="subscript"/>
                                    </w:rPr>
                                    <w:t>2</w:t>
                                  </w:r>
                                  <w:r w:rsidRPr="00E01F52">
                                    <w:rPr>
                                      <w:rFonts w:ascii="Helvetica Neue" w:hAnsi="Helvetica Neue"/>
                                    </w:rPr>
                                    <w:t>O</w:t>
                                  </w:r>
                                  <w:r w:rsidRPr="00E01F52">
                                    <w:rPr>
                                      <w:rFonts w:ascii="Helvetica Neue" w:hAnsi="Helvetica Neue"/>
                                      <w:vertAlign w:val="subscript"/>
                                    </w:rPr>
                                    <w:t>3</w:t>
                                  </w:r>
                                  <w:r w:rsidRPr="00E01F52">
                                    <w:rPr>
                                      <w:rFonts w:ascii="Helvetica Neue" w:hAnsi="Helvetica Neue"/>
                                    </w:rPr>
                                    <w:t xml:space="preserve"> beads</w:t>
                                  </w:r>
                                  <w:r>
                                    <w:rPr>
                                      <w:rFonts w:ascii="Helvetica Neue" w:hAnsi="Helvetica Neue"/>
                                    </w:rPr>
                                    <w:t xml:space="preserve"> at 773 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5241527" name="テキスト ボックス 34"/>
                            <wps:cNvSpPr txBox="1"/>
                            <wps:spPr>
                              <a:xfrm>
                                <a:off x="119816" y="4596768"/>
                                <a:ext cx="3095176" cy="360315"/>
                              </a:xfrm>
                              <a:prstGeom prst="rect">
                                <a:avLst/>
                              </a:prstGeom>
                              <a:noFill/>
                              <a:ln w="6350">
                                <a:noFill/>
                              </a:ln>
                            </wps:spPr>
                            <wps:txbx>
                              <w:txbxContent>
                                <w:p w14:paraId="0D1A1C0E" w14:textId="77777777" w:rsidR="000F0122" w:rsidRPr="00E01F52" w:rsidRDefault="000F0122" w:rsidP="000F0122">
                                  <w:pPr>
                                    <w:ind w:left="0"/>
                                    <w:rPr>
                                      <w:rFonts w:ascii="Helvetica Neue" w:hAnsi="Helvetica Neue"/>
                                    </w:rPr>
                                  </w:pPr>
                                  <w:r w:rsidRPr="00E01F52">
                                    <w:rPr>
                                      <w:rFonts w:ascii="Helvetica Neue" w:hAnsi="Helvetica Neue"/>
                                    </w:rPr>
                                    <w:t>(</w:t>
                                  </w:r>
                                  <w:r>
                                    <w:rPr>
                                      <w:rFonts w:ascii="Helvetica Neue" w:hAnsi="Helvetica Neue"/>
                                    </w:rPr>
                                    <w:t>c</w:t>
                                  </w:r>
                                  <w:r w:rsidRPr="00E01F52">
                                    <w:rPr>
                                      <w:rFonts w:ascii="Helvetica Neue" w:hAnsi="Helvetica Neue"/>
                                    </w:rPr>
                                    <w:t xml:space="preserve">) Molten </w:t>
                                  </w:r>
                                  <w:r>
                                    <w:rPr>
                                      <w:rFonts w:ascii="Helvetica Neue" w:hAnsi="Helvetica Neue"/>
                                    </w:rPr>
                                    <w:t>Sn</w:t>
                                  </w:r>
                                  <w:r w:rsidRPr="00E01F52">
                                    <w:rPr>
                                      <w:rFonts w:ascii="Helvetica Neue" w:hAnsi="Helvetica Neue"/>
                                    </w:rPr>
                                    <w:t xml:space="preserve"> + Al</w:t>
                                  </w:r>
                                  <w:r w:rsidRPr="00E01F52">
                                    <w:rPr>
                                      <w:rFonts w:ascii="Helvetica Neue" w:hAnsi="Helvetica Neue"/>
                                      <w:vertAlign w:val="subscript"/>
                                    </w:rPr>
                                    <w:t>2</w:t>
                                  </w:r>
                                  <w:r w:rsidRPr="00E01F52">
                                    <w:rPr>
                                      <w:rFonts w:ascii="Helvetica Neue" w:hAnsi="Helvetica Neue"/>
                                    </w:rPr>
                                    <w:t>O</w:t>
                                  </w:r>
                                  <w:r w:rsidRPr="00E01F52">
                                    <w:rPr>
                                      <w:rFonts w:ascii="Helvetica Neue" w:hAnsi="Helvetica Neue"/>
                                      <w:vertAlign w:val="subscript"/>
                                    </w:rPr>
                                    <w:t>3</w:t>
                                  </w:r>
                                  <w:r w:rsidRPr="00E01F52">
                                    <w:rPr>
                                      <w:rFonts w:ascii="Helvetica Neue" w:hAnsi="Helvetica Neue"/>
                                    </w:rPr>
                                    <w:t xml:space="preserve"> beads</w:t>
                                  </w:r>
                                  <w:r>
                                    <w:rPr>
                                      <w:rFonts w:ascii="Helvetica Neue" w:hAnsi="Helvetica Neue"/>
                                    </w:rPr>
                                    <w:t xml:space="preserve"> at 611 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7665120" name="テキスト ボックス 34"/>
                            <wps:cNvSpPr txBox="1"/>
                            <wps:spPr>
                              <a:xfrm>
                                <a:off x="2219785" y="6640436"/>
                                <a:ext cx="2074544" cy="323727"/>
                              </a:xfrm>
                              <a:prstGeom prst="rect">
                                <a:avLst/>
                              </a:prstGeom>
                              <a:noFill/>
                              <a:ln w="6350">
                                <a:noFill/>
                              </a:ln>
                            </wps:spPr>
                            <wps:txbx>
                              <w:txbxContent>
                                <w:p w14:paraId="17EAA77C" w14:textId="77777777" w:rsidR="000F0122" w:rsidRPr="004822A2" w:rsidRDefault="000F0122" w:rsidP="000F0122">
                                  <w:pPr>
                                    <w:ind w:left="0"/>
                                    <w:jc w:val="center"/>
                                    <w:rPr>
                                      <w:rFonts w:ascii="Helvetica Neue" w:hAnsi="Helvetica Neue"/>
                                      <w:b/>
                                      <w:bCs/>
                                    </w:rPr>
                                  </w:pPr>
                                  <w:r w:rsidRPr="004822A2">
                                    <w:rPr>
                                      <w:rFonts w:ascii="Helvetica Neue" w:hAnsi="Helvetica Neue"/>
                                      <w:b/>
                                      <w:bCs/>
                                    </w:rPr>
                                    <w:t xml:space="preserve">Shear strain, </w:t>
                                  </w:r>
                                  <w:r w:rsidRPr="004822A2">
                                    <w:rPr>
                                      <w:rFonts w:ascii="Helvetica Neue" w:eastAsia="ＭＳ 明朝" w:hAnsi="Helvetica Neue" w:cs="ＭＳ 明朝"/>
                                      <w:b/>
                                      <w:bCs/>
                                    </w:rPr>
                                    <w:t>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2296948" name="テキスト ボックス 34"/>
                            <wps:cNvSpPr txBox="1"/>
                            <wps:spPr>
                              <a:xfrm>
                                <a:off x="586477" y="6356564"/>
                                <a:ext cx="1069313" cy="321846"/>
                              </a:xfrm>
                              <a:prstGeom prst="rect">
                                <a:avLst/>
                              </a:prstGeom>
                              <a:noFill/>
                              <a:ln w="6350">
                                <a:noFill/>
                              </a:ln>
                            </wps:spPr>
                            <wps:txbx>
                              <w:txbxContent>
                                <w:p w14:paraId="396B19B2" w14:textId="77777777" w:rsidR="000F0122" w:rsidRPr="004822A2" w:rsidRDefault="000F0122" w:rsidP="000F0122">
                                  <w:pPr>
                                    <w:ind w:left="0"/>
                                    <w:jc w:val="center"/>
                                    <w:rPr>
                                      <w:rFonts w:ascii="Helvetica Neue" w:hAnsi="Helvetica Neue"/>
                                      <w:b/>
                                      <w:bCs/>
                                    </w:rPr>
                                  </w:pPr>
                                  <w:r>
                                    <w:rPr>
                                      <w:rFonts w:ascii="Helvetica Neue" w:hAnsi="Helvetica Neue"/>
                                      <w:b/>
                                      <w:bCs/>
                                    </w:rPr>
                                    <w:t>10</w:t>
                                  </w:r>
                                  <w:r w:rsidRPr="004822A2">
                                    <w:rPr>
                                      <w:rFonts w:ascii="Helvetica Neue" w:hAnsi="Helvetica Neue"/>
                                      <w:b/>
                                      <w:bCs/>
                                      <w:vertAlign w:val="super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2165512" name="テキスト ボックス 34"/>
                            <wps:cNvSpPr txBox="1"/>
                            <wps:spPr>
                              <a:xfrm>
                                <a:off x="2062129" y="6356564"/>
                                <a:ext cx="1069313" cy="321846"/>
                              </a:xfrm>
                              <a:prstGeom prst="rect">
                                <a:avLst/>
                              </a:prstGeom>
                              <a:noFill/>
                              <a:ln w="6350">
                                <a:noFill/>
                              </a:ln>
                            </wps:spPr>
                            <wps:txbx>
                              <w:txbxContent>
                                <w:p w14:paraId="21F74C0A" w14:textId="77777777" w:rsidR="000F0122" w:rsidRPr="004822A2" w:rsidRDefault="000F0122" w:rsidP="000F0122">
                                  <w:pPr>
                                    <w:ind w:left="0"/>
                                    <w:jc w:val="center"/>
                                    <w:rPr>
                                      <w:rFonts w:ascii="Helvetica Neue" w:hAnsi="Helvetica Neue"/>
                                      <w:b/>
                                      <w:bCs/>
                                    </w:rPr>
                                  </w:pPr>
                                  <w:r>
                                    <w:rPr>
                                      <w:rFonts w:ascii="Helvetica Neue" w:hAnsi="Helvetica Neue"/>
                                      <w:b/>
                                      <w:bCs/>
                                    </w:rPr>
                                    <w:t>10</w:t>
                                  </w:r>
                                  <w:r w:rsidRPr="004822A2">
                                    <w:rPr>
                                      <w:rFonts w:ascii="Helvetica Neue" w:hAnsi="Helvetica Neue"/>
                                      <w:b/>
                                      <w:bCs/>
                                      <w:vertAlign w:val="superscript"/>
                                    </w:rPr>
                                    <w:t>-</w:t>
                                  </w:r>
                                  <w:r>
                                    <w:rPr>
                                      <w:rFonts w:ascii="Helvetica Neue" w:hAnsi="Helvetica Neue"/>
                                      <w:b/>
                                      <w:bCs/>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547312" name="テキスト ボックス 34"/>
                            <wps:cNvSpPr txBox="1"/>
                            <wps:spPr>
                              <a:xfrm>
                                <a:off x="3443189" y="6356564"/>
                                <a:ext cx="1069313" cy="321846"/>
                              </a:xfrm>
                              <a:prstGeom prst="rect">
                                <a:avLst/>
                              </a:prstGeom>
                              <a:noFill/>
                              <a:ln w="6350">
                                <a:noFill/>
                              </a:ln>
                            </wps:spPr>
                            <wps:txbx>
                              <w:txbxContent>
                                <w:p w14:paraId="00FA89D8" w14:textId="77777777" w:rsidR="000F0122" w:rsidRPr="004822A2" w:rsidRDefault="000F0122" w:rsidP="000F0122">
                                  <w:pPr>
                                    <w:ind w:left="0"/>
                                    <w:jc w:val="center"/>
                                    <w:rPr>
                                      <w:rFonts w:ascii="Helvetica Neue" w:hAnsi="Helvetica Neue"/>
                                      <w:b/>
                                      <w:bCs/>
                                    </w:rPr>
                                  </w:pPr>
                                  <w:r>
                                    <w:rPr>
                                      <w:rFonts w:ascii="Helvetica Neue" w:hAnsi="Helvetica Neue"/>
                                      <w:b/>
                                      <w:bCs/>
                                    </w:rPr>
                                    <w:t>10</w:t>
                                  </w:r>
                                  <w:r w:rsidRPr="004822A2">
                                    <w:rPr>
                                      <w:rFonts w:ascii="Helvetica Neue" w:hAnsi="Helvetica Neue"/>
                                      <w:b/>
                                      <w:bCs/>
                                      <w:vertAlign w:val="superscript"/>
                                    </w:rPr>
                                    <w:t>-</w:t>
                                  </w:r>
                                  <w:r>
                                    <w:rPr>
                                      <w:rFonts w:ascii="Helvetica Neue" w:hAnsi="Helvetica Neue"/>
                                      <w:b/>
                                      <w:bCs/>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5305662" name="テキスト ボックス 34"/>
                            <wps:cNvSpPr txBox="1"/>
                            <wps:spPr>
                              <a:xfrm>
                                <a:off x="4836861" y="6356564"/>
                                <a:ext cx="1069313" cy="321846"/>
                              </a:xfrm>
                              <a:prstGeom prst="rect">
                                <a:avLst/>
                              </a:prstGeom>
                              <a:noFill/>
                              <a:ln w="6350">
                                <a:noFill/>
                              </a:ln>
                            </wps:spPr>
                            <wps:txbx>
                              <w:txbxContent>
                                <w:p w14:paraId="1BAC2DB7" w14:textId="77777777" w:rsidR="000F0122" w:rsidRPr="004822A2" w:rsidRDefault="000F0122" w:rsidP="000F0122">
                                  <w:pPr>
                                    <w:ind w:left="0"/>
                                    <w:jc w:val="center"/>
                                    <w:rPr>
                                      <w:rFonts w:ascii="Helvetica Neue" w:hAnsi="Helvetica Neue"/>
                                      <w:b/>
                                      <w:bCs/>
                                    </w:rPr>
                                  </w:pPr>
                                  <w:r>
                                    <w:rPr>
                                      <w:rFonts w:ascii="Helvetica Neue" w:hAnsi="Helvetica Neue"/>
                                      <w:b/>
                                      <w:bCs/>
                                    </w:rPr>
                                    <w:t>10</w:t>
                                  </w:r>
                                  <w:r w:rsidRPr="004822A2">
                                    <w:rPr>
                                      <w:rFonts w:ascii="Helvetica Neue" w:hAnsi="Helvetica Neue"/>
                                      <w:b/>
                                      <w:bCs/>
                                      <w:vertAlign w:val="superscript"/>
                                    </w:rPr>
                                    <w:t>-</w:t>
                                  </w:r>
                                  <w:r>
                                    <w:rPr>
                                      <w:rFonts w:ascii="Helvetica Neue" w:hAnsi="Helvetica Neue"/>
                                      <w:b/>
                                      <w:bCs/>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401780121" name="図 15"/>
                            <pic:cNvPicPr>
                              <a:picLocks noChangeAspect="1"/>
                            </pic:cNvPicPr>
                          </pic:nvPicPr>
                          <pic:blipFill rotWithShape="1">
                            <a:blip r:embed="rId13"/>
                            <a:srcRect l="11811" t="5984" r="30224" b="32091"/>
                            <a:stretch>
                              <a:fillRect/>
                            </a:stretch>
                          </pic:blipFill>
                          <pic:spPr bwMode="auto">
                            <a:xfrm>
                              <a:off x="334108" y="351693"/>
                              <a:ext cx="1323340" cy="11747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86457851" name="図 16"/>
                            <pic:cNvPicPr>
                              <a:picLocks noChangeAspect="1"/>
                            </pic:cNvPicPr>
                          </pic:nvPicPr>
                          <pic:blipFill rotWithShape="1">
                            <a:blip r:embed="rId14"/>
                            <a:srcRect l="10141" t="5909" r="33799" b="31339"/>
                            <a:stretch>
                              <a:fillRect/>
                            </a:stretch>
                          </pic:blipFill>
                          <pic:spPr bwMode="auto">
                            <a:xfrm>
                              <a:off x="1714500" y="351693"/>
                              <a:ext cx="1329055" cy="12134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46452871" name="図 17"/>
                            <pic:cNvPicPr>
                              <a:picLocks/>
                            </pic:cNvPicPr>
                          </pic:nvPicPr>
                          <pic:blipFill rotWithShape="1">
                            <a:blip r:embed="rId15"/>
                            <a:srcRect l="9635" t="6100" r="34256" b="31574"/>
                            <a:stretch>
                              <a:fillRect/>
                            </a:stretch>
                          </pic:blipFill>
                          <pic:spPr bwMode="auto">
                            <a:xfrm>
                              <a:off x="3217985" y="351693"/>
                              <a:ext cx="1339215" cy="12134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53504416" name="図 18"/>
                            <pic:cNvPicPr>
                              <a:picLocks noChangeAspect="1"/>
                            </pic:cNvPicPr>
                          </pic:nvPicPr>
                          <pic:blipFill rotWithShape="1">
                            <a:blip r:embed="rId16"/>
                            <a:srcRect l="9532" t="6406" r="33752" b="31996"/>
                            <a:stretch>
                              <a:fillRect/>
                            </a:stretch>
                          </pic:blipFill>
                          <pic:spPr bwMode="auto">
                            <a:xfrm>
                              <a:off x="4651131" y="351693"/>
                              <a:ext cx="1341120" cy="1187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22652926" name="図 19"/>
                            <pic:cNvPicPr>
                              <a:picLocks noChangeAspect="1"/>
                            </pic:cNvPicPr>
                          </pic:nvPicPr>
                          <pic:blipFill rotWithShape="1">
                            <a:blip r:embed="rId17"/>
                            <a:srcRect l="14304" t="5139" r="33003" b="31657"/>
                            <a:stretch>
                              <a:fillRect/>
                            </a:stretch>
                          </pic:blipFill>
                          <pic:spPr bwMode="auto">
                            <a:xfrm>
                              <a:off x="404446" y="1855177"/>
                              <a:ext cx="1215390" cy="12115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50383978" name="図 11"/>
                            <pic:cNvPicPr>
                              <a:picLocks noChangeAspect="1"/>
                            </pic:cNvPicPr>
                          </pic:nvPicPr>
                          <pic:blipFill rotWithShape="1">
                            <a:blip r:embed="rId12"/>
                            <a:srcRect t="6153" r="89780" b="31773"/>
                            <a:stretch>
                              <a:fillRect/>
                            </a:stretch>
                          </pic:blipFill>
                          <pic:spPr bwMode="auto">
                            <a:xfrm>
                              <a:off x="87923" y="1820008"/>
                              <a:ext cx="247015" cy="12503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85952703" name="図 20"/>
                            <pic:cNvPicPr>
                              <a:picLocks noChangeAspect="1"/>
                            </pic:cNvPicPr>
                          </pic:nvPicPr>
                          <pic:blipFill rotWithShape="1">
                            <a:blip r:embed="rId18"/>
                            <a:srcRect l="11743" t="6940" r="34253" b="32189"/>
                            <a:stretch>
                              <a:fillRect/>
                            </a:stretch>
                          </pic:blipFill>
                          <pic:spPr bwMode="auto">
                            <a:xfrm>
                              <a:off x="1723292" y="1872762"/>
                              <a:ext cx="1320800" cy="12141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08400690" name="図 21"/>
                            <pic:cNvPicPr>
                              <a:picLocks noChangeAspect="1"/>
                            </pic:cNvPicPr>
                          </pic:nvPicPr>
                          <pic:blipFill rotWithShape="1">
                            <a:blip r:embed="rId19"/>
                            <a:srcRect l="11954" t="6939" r="33712" b="31788"/>
                            <a:stretch>
                              <a:fillRect/>
                            </a:stretch>
                          </pic:blipFill>
                          <pic:spPr bwMode="auto">
                            <a:xfrm>
                              <a:off x="3244361" y="1855177"/>
                              <a:ext cx="1341120" cy="12325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28912326" name="図 22"/>
                            <pic:cNvPicPr>
                              <a:picLocks noChangeAspect="1"/>
                            </pic:cNvPicPr>
                          </pic:nvPicPr>
                          <pic:blipFill rotWithShape="1">
                            <a:blip r:embed="rId20"/>
                            <a:srcRect l="10034" t="6415" r="33612" b="32447"/>
                            <a:stretch>
                              <a:fillRect/>
                            </a:stretch>
                          </pic:blipFill>
                          <pic:spPr bwMode="auto">
                            <a:xfrm>
                              <a:off x="4651131" y="1811216"/>
                              <a:ext cx="1381125" cy="12217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5216331" name="図 23"/>
                            <pic:cNvPicPr>
                              <a:picLocks noChangeAspect="1"/>
                            </pic:cNvPicPr>
                          </pic:nvPicPr>
                          <pic:blipFill rotWithShape="1">
                            <a:blip r:embed="rId21"/>
                            <a:srcRect l="14304" t="5910" r="32544" b="24977"/>
                            <a:stretch>
                              <a:fillRect/>
                            </a:stretch>
                          </pic:blipFill>
                          <pic:spPr bwMode="auto">
                            <a:xfrm>
                              <a:off x="413238" y="3385039"/>
                              <a:ext cx="1231900" cy="13309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51044541" name="図 24"/>
                            <pic:cNvPicPr>
                              <a:picLocks noChangeAspect="1"/>
                            </pic:cNvPicPr>
                          </pic:nvPicPr>
                          <pic:blipFill rotWithShape="1">
                            <a:blip r:embed="rId22"/>
                            <a:srcRect l="13995" t="6276" r="33885" b="24546"/>
                            <a:stretch>
                              <a:fillRect/>
                            </a:stretch>
                          </pic:blipFill>
                          <pic:spPr bwMode="auto">
                            <a:xfrm>
                              <a:off x="1784838" y="3367455"/>
                              <a:ext cx="1255978" cy="135925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90551956" name="図 25"/>
                            <pic:cNvPicPr>
                              <a:picLocks noChangeAspect="1"/>
                            </pic:cNvPicPr>
                          </pic:nvPicPr>
                          <pic:blipFill rotWithShape="1">
                            <a:blip r:embed="rId23"/>
                            <a:srcRect l="11594" t="6789" r="33682" b="25313"/>
                            <a:stretch>
                              <a:fillRect/>
                            </a:stretch>
                          </pic:blipFill>
                          <pic:spPr bwMode="auto">
                            <a:xfrm>
                              <a:off x="3217776" y="3367453"/>
                              <a:ext cx="1373505" cy="13893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43382341" name="図 26"/>
                            <pic:cNvPicPr>
                              <a:picLocks noChangeAspect="1"/>
                            </pic:cNvPicPr>
                          </pic:nvPicPr>
                          <pic:blipFill rotWithShape="1">
                            <a:blip r:embed="rId24"/>
                            <a:srcRect l="9505" t="6149" r="33787" b="24810"/>
                            <a:stretch>
                              <a:fillRect/>
                            </a:stretch>
                          </pic:blipFill>
                          <pic:spPr bwMode="auto">
                            <a:xfrm>
                              <a:off x="4598044" y="3346430"/>
                              <a:ext cx="1402565" cy="1392428"/>
                            </a:xfrm>
                            <a:prstGeom prst="rect">
                              <a:avLst/>
                            </a:prstGeom>
                            <a:ln>
                              <a:noFill/>
                            </a:ln>
                            <a:extLst>
                              <a:ext uri="{53640926-AAD7-44D8-BBD7-CCE9431645EC}">
                                <a14:shadowObscured xmlns:a14="http://schemas.microsoft.com/office/drawing/2010/main"/>
                              </a:ext>
                            </a:extLst>
                          </pic:spPr>
                        </pic:pic>
                      </wpg:grpSp>
                      <wps:wsp>
                        <wps:cNvPr id="1161922194" name="テキスト ボックス 373"/>
                        <wps:cNvSpPr txBox="1"/>
                        <wps:spPr>
                          <a:xfrm>
                            <a:off x="877330" y="2743200"/>
                            <a:ext cx="350520" cy="219075"/>
                          </a:xfrm>
                          <a:prstGeom prst="rect">
                            <a:avLst/>
                          </a:prstGeom>
                          <a:noFill/>
                          <a:ln w="6350">
                            <a:noFill/>
                          </a:ln>
                        </wps:spPr>
                        <wps:txbx>
                          <w:txbxContent>
                            <w:p w14:paraId="03930262" w14:textId="0CA8863A" w:rsidR="00002B8F" w:rsidRPr="0075672A" w:rsidRDefault="00002B8F" w:rsidP="00002B8F">
                              <w:pPr>
                                <w:jc w:val="right"/>
                                <w:rPr>
                                  <w:rFonts w:ascii="Helvetica Neue" w:hAnsi="Helvetica Neue" w:cs="ＭＳ 明朝"/>
                                  <w:sz w:val="15"/>
                                  <w:szCs w:val="15"/>
                                </w:rPr>
                              </w:pPr>
                              <w:r w:rsidRPr="0075672A">
                                <w:rPr>
                                  <w:rFonts w:ascii="Helvetica Neue" w:hAnsi="Helvetica Neue" w:cs="ＭＳ 明朝"/>
                                  <w:sz w:val="15"/>
                                  <w:szCs w:val="15"/>
                                </w:rPr>
                                <w:t>1.</w:t>
                              </w:r>
                              <w:r>
                                <w:rPr>
                                  <w:rFonts w:ascii="Helvetica Neue" w:hAnsi="Helvetica Neue" w:cs="ＭＳ 明朝"/>
                                  <w:sz w:val="15"/>
                                  <w:szCs w:val="15"/>
                                </w:rPr>
                                <w:t>3</w:t>
                              </w:r>
                              <w:r w:rsidRPr="0075672A">
                                <w:rPr>
                                  <w:rFonts w:ascii="Helvetica Neue" w:hAnsi="Helvetica Neue" w:cs="ＭＳ 明朝"/>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78278284" name="テキスト ボックス 373"/>
                        <wps:cNvSpPr txBox="1"/>
                        <wps:spPr>
                          <a:xfrm>
                            <a:off x="840259" y="333633"/>
                            <a:ext cx="350520" cy="219075"/>
                          </a:xfrm>
                          <a:prstGeom prst="rect">
                            <a:avLst/>
                          </a:prstGeom>
                          <a:noFill/>
                          <a:ln w="6350">
                            <a:noFill/>
                          </a:ln>
                        </wps:spPr>
                        <wps:txbx>
                          <w:txbxContent>
                            <w:p w14:paraId="7B3D9B34" w14:textId="17DDF90A" w:rsidR="00002B8F" w:rsidRPr="0075672A" w:rsidRDefault="00002B8F" w:rsidP="00002B8F">
                              <w:pPr>
                                <w:jc w:val="right"/>
                                <w:rPr>
                                  <w:rFonts w:ascii="Helvetica Neue" w:hAnsi="Helvetica Neue" w:cs="ＭＳ 明朝"/>
                                  <w:sz w:val="15"/>
                                  <w:szCs w:val="15"/>
                                </w:rPr>
                              </w:pPr>
                              <w:r>
                                <w:rPr>
                                  <w:rFonts w:ascii="Helvetica Neue" w:hAnsi="Helvetica Neue" w:cs="ＭＳ 明朝"/>
                                  <w:sz w:val="15"/>
                                  <w:szCs w:val="15"/>
                                </w:rPr>
                                <w:t>1.5</w:t>
                              </w:r>
                              <w:r w:rsidRPr="0075672A">
                                <w:rPr>
                                  <w:rFonts w:ascii="Helvetica Neue" w:hAnsi="Helvetica Neue" w:cs="ＭＳ 明朝"/>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4658376" name="テキスト ボックス 373"/>
                        <wps:cNvSpPr txBox="1"/>
                        <wps:spPr>
                          <a:xfrm>
                            <a:off x="864973" y="1544595"/>
                            <a:ext cx="350520" cy="219075"/>
                          </a:xfrm>
                          <a:prstGeom prst="rect">
                            <a:avLst/>
                          </a:prstGeom>
                          <a:noFill/>
                          <a:ln w="6350">
                            <a:noFill/>
                          </a:ln>
                        </wps:spPr>
                        <wps:txbx>
                          <w:txbxContent>
                            <w:p w14:paraId="0FD52F65" w14:textId="02162365" w:rsidR="00002B8F" w:rsidRPr="0075672A" w:rsidRDefault="00002B8F" w:rsidP="00002B8F">
                              <w:pPr>
                                <w:jc w:val="right"/>
                                <w:rPr>
                                  <w:rFonts w:ascii="Helvetica Neue" w:hAnsi="Helvetica Neue" w:cs="ＭＳ 明朝"/>
                                  <w:sz w:val="15"/>
                                  <w:szCs w:val="15"/>
                                </w:rPr>
                              </w:pPr>
                              <w:r>
                                <w:rPr>
                                  <w:rFonts w:ascii="Helvetica Neue" w:hAnsi="Helvetica Neue" w:cs="ＭＳ 明朝"/>
                                  <w:sz w:val="15"/>
                                  <w:szCs w:val="15"/>
                                </w:rPr>
                                <w:t>0.9</w:t>
                              </w:r>
                              <w:r w:rsidRPr="0075672A">
                                <w:rPr>
                                  <w:rFonts w:ascii="Helvetica Neue" w:hAnsi="Helvetica Neue" w:cs="ＭＳ 明朝"/>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95948512" name="テキスト ボックス 373"/>
                        <wps:cNvSpPr txBox="1"/>
                        <wps:spPr>
                          <a:xfrm>
                            <a:off x="1995616" y="333633"/>
                            <a:ext cx="350520" cy="219075"/>
                          </a:xfrm>
                          <a:prstGeom prst="rect">
                            <a:avLst/>
                          </a:prstGeom>
                          <a:noFill/>
                          <a:ln w="6350">
                            <a:noFill/>
                          </a:ln>
                        </wps:spPr>
                        <wps:txbx>
                          <w:txbxContent>
                            <w:p w14:paraId="6D435251" w14:textId="63AF5FBF" w:rsidR="00002B8F" w:rsidRPr="0075672A" w:rsidRDefault="00002B8F" w:rsidP="00002B8F">
                              <w:pPr>
                                <w:jc w:val="right"/>
                                <w:rPr>
                                  <w:rFonts w:ascii="Helvetica Neue" w:hAnsi="Helvetica Neue" w:cs="ＭＳ 明朝"/>
                                  <w:sz w:val="15"/>
                                  <w:szCs w:val="15"/>
                                </w:rPr>
                              </w:pPr>
                              <w:r>
                                <w:rPr>
                                  <w:rFonts w:ascii="Helvetica Neue" w:hAnsi="Helvetica Neue" w:cs="ＭＳ 明朝"/>
                                  <w:sz w:val="15"/>
                                  <w:szCs w:val="15"/>
                                </w:rPr>
                                <w:t>1.4</w:t>
                              </w:r>
                              <w:r w:rsidRPr="0075672A">
                                <w:rPr>
                                  <w:rFonts w:ascii="Helvetica Neue" w:hAnsi="Helvetica Neue" w:cs="ＭＳ 明朝"/>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68955088" name="テキスト ボックス 373"/>
                        <wps:cNvSpPr txBox="1"/>
                        <wps:spPr>
                          <a:xfrm>
                            <a:off x="4343400" y="321276"/>
                            <a:ext cx="350520" cy="219075"/>
                          </a:xfrm>
                          <a:prstGeom prst="rect">
                            <a:avLst/>
                          </a:prstGeom>
                          <a:noFill/>
                          <a:ln w="6350">
                            <a:noFill/>
                          </a:ln>
                        </wps:spPr>
                        <wps:txbx>
                          <w:txbxContent>
                            <w:p w14:paraId="092D7716" w14:textId="5017A896"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29.3</w:t>
                              </w:r>
                              <w:r w:rsidRPr="0075672A">
                                <w:rPr>
                                  <w:rFonts w:ascii="Helvetica Neue" w:hAnsi="Helvetica Neue" w:cs="ＭＳ 明朝"/>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44552890" name="テキスト ボックス 373"/>
                        <wps:cNvSpPr txBox="1"/>
                        <wps:spPr>
                          <a:xfrm>
                            <a:off x="3212757" y="333633"/>
                            <a:ext cx="350520" cy="219075"/>
                          </a:xfrm>
                          <a:prstGeom prst="rect">
                            <a:avLst/>
                          </a:prstGeom>
                          <a:noFill/>
                          <a:ln w="6350">
                            <a:noFill/>
                          </a:ln>
                        </wps:spPr>
                        <wps:txbx>
                          <w:txbxContent>
                            <w:p w14:paraId="32FD92C6" w14:textId="5AF3E9B3"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5.5</w:t>
                              </w:r>
                              <w:r w:rsidRPr="0075672A">
                                <w:rPr>
                                  <w:rFonts w:ascii="Helvetica Neue" w:hAnsi="Helvetica Neue" w:cs="ＭＳ 明朝"/>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15258624" name="テキスト ボックス 373"/>
                        <wps:cNvSpPr txBox="1"/>
                        <wps:spPr>
                          <a:xfrm>
                            <a:off x="2001794" y="1532238"/>
                            <a:ext cx="350520" cy="219075"/>
                          </a:xfrm>
                          <a:prstGeom prst="rect">
                            <a:avLst/>
                          </a:prstGeom>
                          <a:noFill/>
                          <a:ln w="6350">
                            <a:noFill/>
                          </a:ln>
                        </wps:spPr>
                        <wps:txbx>
                          <w:txbxContent>
                            <w:p w14:paraId="62F856AB" w14:textId="4413037F"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6.5</w:t>
                              </w:r>
                              <w:r w:rsidRPr="0075672A">
                                <w:rPr>
                                  <w:rFonts w:ascii="Helvetica Neue" w:hAnsi="Helvetica Neue" w:cs="ＭＳ 明朝"/>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4096055" name="テキスト ボックス 373"/>
                        <wps:cNvSpPr txBox="1"/>
                        <wps:spPr>
                          <a:xfrm>
                            <a:off x="3212757" y="1513703"/>
                            <a:ext cx="350520" cy="219075"/>
                          </a:xfrm>
                          <a:prstGeom prst="rect">
                            <a:avLst/>
                          </a:prstGeom>
                          <a:noFill/>
                          <a:ln w="6350">
                            <a:noFill/>
                          </a:ln>
                        </wps:spPr>
                        <wps:txbx>
                          <w:txbxContent>
                            <w:p w14:paraId="5D34CAF3" w14:textId="23CFA3E8"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13.5</w:t>
                              </w:r>
                              <w:r w:rsidRPr="0075672A">
                                <w:rPr>
                                  <w:rFonts w:ascii="Helvetica Neue" w:hAnsi="Helvetica Neue" w:cs="ＭＳ 明朝"/>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82483043" name="テキスト ボックス 373"/>
                        <wps:cNvSpPr txBox="1"/>
                        <wps:spPr>
                          <a:xfrm>
                            <a:off x="4361935" y="1488989"/>
                            <a:ext cx="350520" cy="219075"/>
                          </a:xfrm>
                          <a:prstGeom prst="rect">
                            <a:avLst/>
                          </a:prstGeom>
                          <a:noFill/>
                          <a:ln w="6350">
                            <a:noFill/>
                          </a:ln>
                        </wps:spPr>
                        <wps:txbx>
                          <w:txbxContent>
                            <w:p w14:paraId="11748EDD" w14:textId="7A30F278"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16.8</w:t>
                              </w:r>
                              <w:r w:rsidRPr="0075672A">
                                <w:rPr>
                                  <w:rFonts w:ascii="Helvetica Neue" w:hAnsi="Helvetica Neue" w:cs="ＭＳ 明朝"/>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0714766" name="テキスト ボックス 373"/>
                        <wps:cNvSpPr txBox="1"/>
                        <wps:spPr>
                          <a:xfrm>
                            <a:off x="1995616" y="2724665"/>
                            <a:ext cx="350520" cy="219075"/>
                          </a:xfrm>
                          <a:prstGeom prst="rect">
                            <a:avLst/>
                          </a:prstGeom>
                          <a:noFill/>
                          <a:ln w="6350">
                            <a:noFill/>
                          </a:ln>
                        </wps:spPr>
                        <wps:txbx>
                          <w:txbxContent>
                            <w:p w14:paraId="03D12C67" w14:textId="5D89840E"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2.2</w:t>
                              </w:r>
                              <w:r w:rsidRPr="0075672A">
                                <w:rPr>
                                  <w:rFonts w:ascii="Helvetica Neue" w:hAnsi="Helvetica Neue" w:cs="ＭＳ 明朝"/>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40498210" name="テキスト ボックス 373"/>
                        <wps:cNvSpPr txBox="1"/>
                        <wps:spPr>
                          <a:xfrm>
                            <a:off x="3120081" y="2718487"/>
                            <a:ext cx="436330" cy="176695"/>
                          </a:xfrm>
                          <a:prstGeom prst="rect">
                            <a:avLst/>
                          </a:prstGeom>
                          <a:noFill/>
                          <a:ln w="6350">
                            <a:noFill/>
                          </a:ln>
                        </wps:spPr>
                        <wps:txbx>
                          <w:txbxContent>
                            <w:p w14:paraId="775BAA4C" w14:textId="2E1ACF49"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4.3</w:t>
                              </w:r>
                              <w:r w:rsidRPr="0075672A">
                                <w:rPr>
                                  <w:rFonts w:ascii="Helvetica Neue" w:hAnsi="Helvetica Neue" w:cs="ＭＳ 明朝"/>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98205164" name="テキスト ボックス 373"/>
                        <wps:cNvSpPr txBox="1"/>
                        <wps:spPr>
                          <a:xfrm>
                            <a:off x="4256903" y="2718487"/>
                            <a:ext cx="436330" cy="176695"/>
                          </a:xfrm>
                          <a:prstGeom prst="rect">
                            <a:avLst/>
                          </a:prstGeom>
                          <a:noFill/>
                          <a:ln w="6350">
                            <a:noFill/>
                          </a:ln>
                        </wps:spPr>
                        <wps:txbx>
                          <w:txbxContent>
                            <w:p w14:paraId="10294CED" w14:textId="15FEDF58"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16.7</w:t>
                              </w:r>
                              <w:r w:rsidRPr="0075672A">
                                <w:rPr>
                                  <w:rFonts w:ascii="Helvetica Neue" w:hAnsi="Helvetica Neue" w:cs="ＭＳ 明朝"/>
                                  <w:sz w:val="15"/>
                                  <w:szCs w:val="15"/>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125F937" id="グループ化 20" o:spid="_x0000_s1035" style="position:absolute;left:0;text-align:left;margin-left:-11.5pt;margin-top:44.1pt;width:377.8pt;height:342.1pt;z-index:251710464" coordsize="47980,4344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">
                <v:group id="グループ化 27" o:spid="_x0000_s1036" style="position:absolute;width:47980;height:43447" coordsize="60322,546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">
                  <o:lock v:ext="edit" aspectratio="t"/>
                  <v:group id="グループ化 15" o:spid="_x0000_s1037" style="position:absolute;width:59124;height:54627" coordorigin="378,15008" coordsize="59132,546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">
                    <v:shapetype id="_x0000_t32" coordsize="21600,21600" o:spt="32" o:oned="t" path="m,l21600,21600e" filled="f">
                      <v:path arrowok="t" fillok="f" o:connecttype="none"/>
                      <o:lock v:ext="edit" shapetype="t"/>
                    </v:shapetype>
                    <v:shape id="直線矢印コネクタ 23" o:spid="_x0000_s1038" type="#_x0000_t32" style="position:absolute;left:2900;top:63570;width:5661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" strokecolor="black [3213]" strokeweight="1pt">
                      <v:stroke endarrow="block" joinstyle="miter"/>
                      <o:lock v:ext="edit" aspectratio="t" shapetype="f"/>
                    </v:shape>
                    <v:shape id="図 11" o:spid="_x0000_s1039" type="#_x0000_t75" style="position:absolute;left:756;top:48565;width:2477;height:125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">
                      <v:imagedata r:id="rId25" o:title="" croptop="4032f" cropbottom="20823f" cropright="58838f"/>
                    </v:shape>
                    <v:shape id="図 11" o:spid="_x0000_s1040" type="#_x0000_t75" style="position:absolute;left:378;top:17730;width:2476;height:125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">
                      <v:imagedata r:id="rId25" o:title="" croptop="4032f" cropbottom="20823f" cropright="58838f"/>
                    </v:shape>
                    <v:shape id="テキスト ボックス 34" o:spid="_x0000_s1041" type="#_x0000_t202" style="position:absolute;left:819;top:15008;width:30495;height:35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" filled="f" stroked="f" strokeweight=".5pt">
                      <v:textbox>
                        <w:txbxContent>
                          <w:p w14:paraId="52199BA7" w14:textId="77777777" w:rsidR="000F0122" w:rsidRPr="00E01F52" w:rsidRDefault="000F0122" w:rsidP="000F0122">
                            <w:pPr>
                              <w:ind w:left="0"/>
                              <w:rPr>
                                <w:rFonts w:ascii="Helvetica Neue" w:hAnsi="Helvetica Neue"/>
                              </w:rPr>
                            </w:pPr>
                            <w:r w:rsidRPr="00E01F52">
                              <w:rPr>
                                <w:rFonts w:ascii="Helvetica Neue" w:hAnsi="Helvetica Neue"/>
                              </w:rPr>
                              <w:t>(</w:t>
                            </w:r>
                            <w:r>
                              <w:rPr>
                                <w:rFonts w:ascii="Helvetica Neue" w:hAnsi="Helvetica Neue"/>
                              </w:rPr>
                              <w:t>a</w:t>
                            </w:r>
                            <w:r w:rsidRPr="00E01F52">
                              <w:rPr>
                                <w:rFonts w:ascii="Helvetica Neue" w:hAnsi="Helvetica Neue"/>
                              </w:rPr>
                              <w:t xml:space="preserve">) Molten </w:t>
                            </w:r>
                            <w:r>
                              <w:rPr>
                                <w:rFonts w:ascii="Helvetica Neue" w:hAnsi="Helvetica Neue"/>
                              </w:rPr>
                              <w:t>Sn</w:t>
                            </w:r>
                            <w:r w:rsidRPr="00E01F52">
                              <w:rPr>
                                <w:rFonts w:ascii="Helvetica Neue" w:hAnsi="Helvetica Neue"/>
                              </w:rPr>
                              <w:t xml:space="preserve"> + Al</w:t>
                            </w:r>
                            <w:r w:rsidRPr="00E01F52">
                              <w:rPr>
                                <w:rFonts w:ascii="Helvetica Neue" w:hAnsi="Helvetica Neue"/>
                                <w:vertAlign w:val="subscript"/>
                              </w:rPr>
                              <w:t>2</w:t>
                            </w:r>
                            <w:r w:rsidRPr="00E01F52">
                              <w:rPr>
                                <w:rFonts w:ascii="Helvetica Neue" w:hAnsi="Helvetica Neue"/>
                              </w:rPr>
                              <w:t>O</w:t>
                            </w:r>
                            <w:r w:rsidRPr="00E01F52">
                              <w:rPr>
                                <w:rFonts w:ascii="Helvetica Neue" w:hAnsi="Helvetica Neue"/>
                                <w:vertAlign w:val="subscript"/>
                              </w:rPr>
                              <w:t>3</w:t>
                            </w:r>
                            <w:r w:rsidRPr="00E01F52">
                              <w:rPr>
                                <w:rFonts w:ascii="Helvetica Neue" w:hAnsi="Helvetica Neue"/>
                              </w:rPr>
                              <w:t xml:space="preserve"> beads</w:t>
                            </w:r>
                            <w:r>
                              <w:rPr>
                                <w:rFonts w:ascii="Helvetica Neue" w:hAnsi="Helvetica Neue"/>
                              </w:rPr>
                              <w:t xml:space="preserve"> at 973 K</w:t>
                            </w:r>
                          </w:p>
                        </w:txbxContent>
                      </v:textbox>
                    </v:shape>
                    <v:shape id="テキスト ボックス 34" o:spid="_x0000_s1042" type="#_x0000_t202" style="position:absolute;left:1008;top:30269;width:32366;height:32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" filled="f" stroked="f" strokeweight=".5pt">
                      <v:textbox>
                        <w:txbxContent>
                          <w:p w14:paraId="1D60F539" w14:textId="77777777" w:rsidR="000F0122" w:rsidRPr="00E01F52" w:rsidRDefault="000F0122" w:rsidP="000F0122">
                            <w:pPr>
                              <w:ind w:left="0"/>
                              <w:rPr>
                                <w:rFonts w:ascii="Helvetica Neue" w:hAnsi="Helvetica Neue"/>
                              </w:rPr>
                            </w:pPr>
                            <w:r w:rsidRPr="00E01F52">
                              <w:rPr>
                                <w:rFonts w:ascii="Helvetica Neue" w:hAnsi="Helvetica Neue"/>
                              </w:rPr>
                              <w:t>(</w:t>
                            </w:r>
                            <w:r>
                              <w:rPr>
                                <w:rFonts w:ascii="Helvetica Neue" w:hAnsi="Helvetica Neue"/>
                              </w:rPr>
                              <w:t>b</w:t>
                            </w:r>
                            <w:r w:rsidRPr="00E01F52">
                              <w:rPr>
                                <w:rFonts w:ascii="Helvetica Neue" w:hAnsi="Helvetica Neue"/>
                              </w:rPr>
                              <w:t xml:space="preserve">) Molten </w:t>
                            </w:r>
                            <w:r>
                              <w:rPr>
                                <w:rFonts w:ascii="Helvetica Neue" w:hAnsi="Helvetica Neue"/>
                              </w:rPr>
                              <w:t>Sn</w:t>
                            </w:r>
                            <w:r w:rsidRPr="00E01F52">
                              <w:rPr>
                                <w:rFonts w:ascii="Helvetica Neue" w:hAnsi="Helvetica Neue"/>
                              </w:rPr>
                              <w:t xml:space="preserve"> + Al</w:t>
                            </w:r>
                            <w:r w:rsidRPr="00E01F52">
                              <w:rPr>
                                <w:rFonts w:ascii="Helvetica Neue" w:hAnsi="Helvetica Neue"/>
                                <w:vertAlign w:val="subscript"/>
                              </w:rPr>
                              <w:t>2</w:t>
                            </w:r>
                            <w:r w:rsidRPr="00E01F52">
                              <w:rPr>
                                <w:rFonts w:ascii="Helvetica Neue" w:hAnsi="Helvetica Neue"/>
                              </w:rPr>
                              <w:t>O</w:t>
                            </w:r>
                            <w:r w:rsidRPr="00E01F52">
                              <w:rPr>
                                <w:rFonts w:ascii="Helvetica Neue" w:hAnsi="Helvetica Neue"/>
                                <w:vertAlign w:val="subscript"/>
                              </w:rPr>
                              <w:t>3</w:t>
                            </w:r>
                            <w:r w:rsidRPr="00E01F52">
                              <w:rPr>
                                <w:rFonts w:ascii="Helvetica Neue" w:hAnsi="Helvetica Neue"/>
                              </w:rPr>
                              <w:t xml:space="preserve"> beads</w:t>
                            </w:r>
                            <w:r>
                              <w:rPr>
                                <w:rFonts w:ascii="Helvetica Neue" w:hAnsi="Helvetica Neue"/>
                              </w:rPr>
                              <w:t xml:space="preserve"> at 773 K</w:t>
                            </w:r>
                          </w:p>
                        </w:txbxContent>
                      </v:textbox>
                    </v:shape>
                    <v:shape id="テキスト ボックス 34" o:spid="_x0000_s1043" type="#_x0000_t202" style="position:absolute;left:1198;top:45967;width:30951;height:36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" filled="f" stroked="f" strokeweight=".5pt">
                      <v:textbox>
                        <w:txbxContent>
                          <w:p w14:paraId="0D1A1C0E" w14:textId="77777777" w:rsidR="000F0122" w:rsidRPr="00E01F52" w:rsidRDefault="000F0122" w:rsidP="000F0122">
                            <w:pPr>
                              <w:ind w:left="0"/>
                              <w:rPr>
                                <w:rFonts w:ascii="Helvetica Neue" w:hAnsi="Helvetica Neue"/>
                              </w:rPr>
                            </w:pPr>
                            <w:r w:rsidRPr="00E01F52">
                              <w:rPr>
                                <w:rFonts w:ascii="Helvetica Neue" w:hAnsi="Helvetica Neue"/>
                              </w:rPr>
                              <w:t>(</w:t>
                            </w:r>
                            <w:r>
                              <w:rPr>
                                <w:rFonts w:ascii="Helvetica Neue" w:hAnsi="Helvetica Neue"/>
                              </w:rPr>
                              <w:t>c</w:t>
                            </w:r>
                            <w:r w:rsidRPr="00E01F52">
                              <w:rPr>
                                <w:rFonts w:ascii="Helvetica Neue" w:hAnsi="Helvetica Neue"/>
                              </w:rPr>
                              <w:t xml:space="preserve">) Molten </w:t>
                            </w:r>
                            <w:r>
                              <w:rPr>
                                <w:rFonts w:ascii="Helvetica Neue" w:hAnsi="Helvetica Neue"/>
                              </w:rPr>
                              <w:t>Sn</w:t>
                            </w:r>
                            <w:r w:rsidRPr="00E01F52">
                              <w:rPr>
                                <w:rFonts w:ascii="Helvetica Neue" w:hAnsi="Helvetica Neue"/>
                              </w:rPr>
                              <w:t xml:space="preserve"> + Al</w:t>
                            </w:r>
                            <w:r w:rsidRPr="00E01F52">
                              <w:rPr>
                                <w:rFonts w:ascii="Helvetica Neue" w:hAnsi="Helvetica Neue"/>
                                <w:vertAlign w:val="subscript"/>
                              </w:rPr>
                              <w:t>2</w:t>
                            </w:r>
                            <w:r w:rsidRPr="00E01F52">
                              <w:rPr>
                                <w:rFonts w:ascii="Helvetica Neue" w:hAnsi="Helvetica Neue"/>
                              </w:rPr>
                              <w:t>O</w:t>
                            </w:r>
                            <w:r w:rsidRPr="00E01F52">
                              <w:rPr>
                                <w:rFonts w:ascii="Helvetica Neue" w:hAnsi="Helvetica Neue"/>
                                <w:vertAlign w:val="subscript"/>
                              </w:rPr>
                              <w:t>3</w:t>
                            </w:r>
                            <w:r w:rsidRPr="00E01F52">
                              <w:rPr>
                                <w:rFonts w:ascii="Helvetica Neue" w:hAnsi="Helvetica Neue"/>
                              </w:rPr>
                              <w:t xml:space="preserve"> beads</w:t>
                            </w:r>
                            <w:r>
                              <w:rPr>
                                <w:rFonts w:ascii="Helvetica Neue" w:hAnsi="Helvetica Neue"/>
                              </w:rPr>
                              <w:t xml:space="preserve"> at 611 K</w:t>
                            </w:r>
                          </w:p>
                        </w:txbxContent>
                      </v:textbox>
                    </v:shape>
                    <v:shape id="テキスト ボックス 34" o:spid="_x0000_s1044" type="#_x0000_t202" style="position:absolute;left:22197;top:66404;width:20746;height:32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" filled="f" stroked="f" strokeweight=".5pt">
                      <v:textbox>
                        <w:txbxContent>
                          <w:p w14:paraId="17EAA77C" w14:textId="77777777" w:rsidR="000F0122" w:rsidRPr="004822A2" w:rsidRDefault="000F0122" w:rsidP="000F0122">
                            <w:pPr>
                              <w:ind w:left="0"/>
                              <w:jc w:val="center"/>
                              <w:rPr>
                                <w:rFonts w:ascii="Helvetica Neue" w:hAnsi="Helvetica Neue"/>
                                <w:b/>
                                <w:bCs/>
                              </w:rPr>
                            </w:pPr>
                            <w:r w:rsidRPr="004822A2">
                              <w:rPr>
                                <w:rFonts w:ascii="Helvetica Neue" w:hAnsi="Helvetica Neue"/>
                                <w:b/>
                                <w:bCs/>
                              </w:rPr>
                              <w:t xml:space="preserve">Shear strain, </w:t>
                            </w:r>
                            <w:r w:rsidRPr="004822A2">
                              <w:rPr>
                                <w:rFonts w:ascii="Helvetica Neue" w:eastAsia="ＭＳ 明朝" w:hAnsi="Helvetica Neue" w:cs="ＭＳ 明朝"/>
                                <w:b/>
                                <w:bCs/>
                              </w:rPr>
                              <w:t>γ/-</w:t>
                            </w:r>
                          </w:p>
                        </w:txbxContent>
                      </v:textbox>
                    </v:shape>
                    <v:shape id="テキスト ボックス 34" o:spid="_x0000_s1045" type="#_x0000_t202" style="position:absolute;left:5864;top:63565;width:10693;height:32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" filled="f" stroked="f" strokeweight=".5pt">
                      <v:textbox>
                        <w:txbxContent>
                          <w:p w14:paraId="396B19B2" w14:textId="77777777" w:rsidR="000F0122" w:rsidRPr="004822A2" w:rsidRDefault="000F0122" w:rsidP="000F0122">
                            <w:pPr>
                              <w:ind w:left="0"/>
                              <w:jc w:val="center"/>
                              <w:rPr>
                                <w:rFonts w:ascii="Helvetica Neue" w:hAnsi="Helvetica Neue"/>
                                <w:b/>
                                <w:bCs/>
                              </w:rPr>
                            </w:pPr>
                            <w:r>
                              <w:rPr>
                                <w:rFonts w:ascii="Helvetica Neue" w:hAnsi="Helvetica Neue"/>
                                <w:b/>
                                <w:bCs/>
                              </w:rPr>
                              <w:t>10</w:t>
                            </w:r>
                            <w:r w:rsidRPr="004822A2">
                              <w:rPr>
                                <w:rFonts w:ascii="Helvetica Neue" w:hAnsi="Helvetica Neue"/>
                                <w:b/>
                                <w:bCs/>
                                <w:vertAlign w:val="superscript"/>
                              </w:rPr>
                              <w:t>-4</w:t>
                            </w:r>
                          </w:p>
                        </w:txbxContent>
                      </v:textbox>
                    </v:shape>
                    <v:shape id="テキスト ボックス 34" o:spid="_x0000_s1046" type="#_x0000_t202" style="position:absolute;left:20621;top:63565;width:10693;height:32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" filled="f" stroked="f" strokeweight=".5pt">
                      <v:textbox>
                        <w:txbxContent>
                          <w:p w14:paraId="21F74C0A" w14:textId="77777777" w:rsidR="000F0122" w:rsidRPr="004822A2" w:rsidRDefault="000F0122" w:rsidP="000F0122">
                            <w:pPr>
                              <w:ind w:left="0"/>
                              <w:jc w:val="center"/>
                              <w:rPr>
                                <w:rFonts w:ascii="Helvetica Neue" w:hAnsi="Helvetica Neue"/>
                                <w:b/>
                                <w:bCs/>
                              </w:rPr>
                            </w:pPr>
                            <w:r>
                              <w:rPr>
                                <w:rFonts w:ascii="Helvetica Neue" w:hAnsi="Helvetica Neue"/>
                                <w:b/>
                                <w:bCs/>
                              </w:rPr>
                              <w:t>10</w:t>
                            </w:r>
                            <w:r w:rsidRPr="004822A2">
                              <w:rPr>
                                <w:rFonts w:ascii="Helvetica Neue" w:hAnsi="Helvetica Neue"/>
                                <w:b/>
                                <w:bCs/>
                                <w:vertAlign w:val="superscript"/>
                              </w:rPr>
                              <w:t>-</w:t>
                            </w:r>
                            <w:r>
                              <w:rPr>
                                <w:rFonts w:ascii="Helvetica Neue" w:hAnsi="Helvetica Neue"/>
                                <w:b/>
                                <w:bCs/>
                                <w:vertAlign w:val="superscript"/>
                              </w:rPr>
                              <w:t>3</w:t>
                            </w:r>
                          </w:p>
                        </w:txbxContent>
                      </v:textbox>
                    </v:shape>
                    <v:shape id="テキスト ボックス 34" o:spid="_x0000_s1047" type="#_x0000_t202" style="position:absolute;left:34431;top:63565;width:10694;height:32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" filled="f" stroked="f" strokeweight=".5pt">
                      <v:textbox>
                        <w:txbxContent>
                          <w:p w14:paraId="00FA89D8" w14:textId="77777777" w:rsidR="000F0122" w:rsidRPr="004822A2" w:rsidRDefault="000F0122" w:rsidP="000F0122">
                            <w:pPr>
                              <w:ind w:left="0"/>
                              <w:jc w:val="center"/>
                              <w:rPr>
                                <w:rFonts w:ascii="Helvetica Neue" w:hAnsi="Helvetica Neue"/>
                                <w:b/>
                                <w:bCs/>
                              </w:rPr>
                            </w:pPr>
                            <w:r>
                              <w:rPr>
                                <w:rFonts w:ascii="Helvetica Neue" w:hAnsi="Helvetica Neue"/>
                                <w:b/>
                                <w:bCs/>
                              </w:rPr>
                              <w:t>10</w:t>
                            </w:r>
                            <w:r w:rsidRPr="004822A2">
                              <w:rPr>
                                <w:rFonts w:ascii="Helvetica Neue" w:hAnsi="Helvetica Neue"/>
                                <w:b/>
                                <w:bCs/>
                                <w:vertAlign w:val="superscript"/>
                              </w:rPr>
                              <w:t>-</w:t>
                            </w:r>
                            <w:r>
                              <w:rPr>
                                <w:rFonts w:ascii="Helvetica Neue" w:hAnsi="Helvetica Neue"/>
                                <w:b/>
                                <w:bCs/>
                                <w:vertAlign w:val="superscript"/>
                              </w:rPr>
                              <w:t>2</w:t>
                            </w:r>
                          </w:p>
                        </w:txbxContent>
                      </v:textbox>
                    </v:shape>
                    <v:shape id="テキスト ボックス 34" o:spid="_x0000_s1048" type="#_x0000_t202" style="position:absolute;left:48368;top:63565;width:10693;height:32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" filled="f" stroked="f" strokeweight=".5pt">
                      <v:textbox>
                        <w:txbxContent>
                          <w:p w14:paraId="1BAC2DB7" w14:textId="77777777" w:rsidR="000F0122" w:rsidRPr="004822A2" w:rsidRDefault="000F0122" w:rsidP="000F0122">
                            <w:pPr>
                              <w:ind w:left="0"/>
                              <w:jc w:val="center"/>
                              <w:rPr>
                                <w:rFonts w:ascii="Helvetica Neue" w:hAnsi="Helvetica Neue"/>
                                <w:b/>
                                <w:bCs/>
                              </w:rPr>
                            </w:pPr>
                            <w:r>
                              <w:rPr>
                                <w:rFonts w:ascii="Helvetica Neue" w:hAnsi="Helvetica Neue"/>
                                <w:b/>
                                <w:bCs/>
                              </w:rPr>
                              <w:t>10</w:t>
                            </w:r>
                            <w:r w:rsidRPr="004822A2">
                              <w:rPr>
                                <w:rFonts w:ascii="Helvetica Neue" w:hAnsi="Helvetica Neue"/>
                                <w:b/>
                                <w:bCs/>
                                <w:vertAlign w:val="superscript"/>
                              </w:rPr>
                              <w:t>-</w:t>
                            </w:r>
                            <w:r>
                              <w:rPr>
                                <w:rFonts w:ascii="Helvetica Neue" w:hAnsi="Helvetica Neue"/>
                                <w:b/>
                                <w:bCs/>
                                <w:vertAlign w:val="superscript"/>
                              </w:rPr>
                              <w:t>1</w:t>
                            </w:r>
                          </w:p>
                        </w:txbxContent>
                      </v:textbox>
                    </v:shape>
                  </v:group>
                  <v:shape id="図 15" o:spid="_x0000_s1049" type="#_x0000_t75" style="position:absolute;left:3341;top:3516;width:13233;height:117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">
                    <v:imagedata r:id="rId26" o:title="" croptop="3922f" cropbottom="21031f" cropleft="7740f" cropright="19808f"/>
                  </v:shape>
                  <v:shape id="図 16" o:spid="_x0000_s1050" type="#_x0000_t75" style="position:absolute;left:17145;top:3516;width:13290;height:121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">
                    <v:imagedata r:id="rId27" o:title="" croptop="3873f" cropbottom="20538f" cropleft="6646f" cropright="22151f"/>
                  </v:shape>
                  <v:shape id="図 17" o:spid="_x0000_s1051" type="#_x0000_t75" style="position:absolute;left:32179;top:3516;width:13393;height:121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">
                    <v:imagedata r:id="rId28" o:title="" croptop="3998f" cropbottom="20692f" cropleft="6314f" cropright="22450f"/>
                    <o:lock v:ext="edit" aspectratio="f"/>
                  </v:shape>
                  <v:shape id="図 18" o:spid="_x0000_s1052" type="#_x0000_t75" style="position:absolute;left:46511;top:3516;width:13411;height:118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">
                    <v:imagedata r:id="rId29" o:title="" croptop="4198f" cropbottom="20969f" cropleft="6247f" cropright="22120f"/>
                  </v:shape>
                  <v:shape id="図 19" o:spid="_x0000_s1053" type="#_x0000_t75" style="position:absolute;left:4044;top:18551;width:12154;height:121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">
                    <v:imagedata r:id="rId30" o:title="" croptop="3368f" cropbottom="20747f" cropleft="9374f" cropright="21629f"/>
                  </v:shape>
                  <v:shape id="図 11" o:spid="_x0000_s1054" type="#_x0000_t75" style="position:absolute;left:879;top:18200;width:2470;height:125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">
                    <v:imagedata r:id="rId25" o:title="" croptop="4032f" cropbottom="20823f" cropright="58838f"/>
                  </v:shape>
                  <v:shape id="図 20" o:spid="_x0000_s1055" type="#_x0000_t75" style="position:absolute;left:17232;top:18727;width:13208;height:121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">
                    <v:imagedata r:id="rId31" o:title="" croptop="4548f" cropbottom="21095f" cropleft="7696f" cropright="22448f"/>
                  </v:shape>
                  <v:shape id="図 21" o:spid="_x0000_s1056" type="#_x0000_t75" style="position:absolute;left:32443;top:18551;width:13411;height:123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">
                    <v:imagedata r:id="rId32" o:title="" croptop="4548f" cropbottom="20833f" cropleft="7834f" cropright="22093f"/>
                  </v:shape>
                  <v:shape id="図 22" o:spid="_x0000_s1057" type="#_x0000_t75" style="position:absolute;left:46511;top:18112;width:13811;height:122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">
                    <v:imagedata r:id="rId33" o:title="" croptop="4204f" cropbottom="21264f" cropleft="6576f" cropright="22028f"/>
                  </v:shape>
                  <v:shape id="図 23" o:spid="_x0000_s1058" type="#_x0000_t75" style="position:absolute;left:4132;top:33850;width:12319;height:133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">
                    <v:imagedata r:id="rId34" o:title="" croptop="3873f" cropbottom="16369f" cropleft="9374f" cropright="21328f"/>
                  </v:shape>
                  <v:shape id="図 24" o:spid="_x0000_s1059" type="#_x0000_t75" style="position:absolute;left:17848;top:33674;width:12560;height:135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">
                    <v:imagedata r:id="rId35" o:title="" croptop="4113f" cropbottom="16086f" cropleft="9172f" cropright="22207f"/>
                  </v:shape>
                  <v:shape id="図 25" o:spid="_x0000_s1060" type="#_x0000_t75" style="position:absolute;left:32177;top:33674;width:13735;height:138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">
                    <v:imagedata r:id="rId36" o:title="" croptop="4449f" cropbottom="16589f" cropleft="7598f" cropright="22074f"/>
                  </v:shape>
                  <v:shape id="図 26" o:spid="_x0000_s1061" type="#_x0000_t75" style="position:absolute;left:45980;top:33464;width:14026;height:139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">
                    <v:imagedata r:id="rId37" o:title="" croptop="4030f" cropbottom="16259f" cropleft="6229f" cropright="22143f"/>
                  </v:shape>
                </v:group>
                <v:shape id="テキスト ボックス 373" o:spid="_x0000_s1062" type="#_x0000_t202" style="position:absolute;left:8773;top:27432;width:3505;height:2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" filled="f" stroked="f" strokeweight=".5pt">
                  <v:textbox inset="0,0,0,0">
                    <w:txbxContent>
                      <w:p w14:paraId="03930262" w14:textId="0CA8863A" w:rsidR="00002B8F" w:rsidRPr="0075672A" w:rsidRDefault="00002B8F" w:rsidP="00002B8F">
                        <w:pPr>
                          <w:jc w:val="right"/>
                          <w:rPr>
                            <w:rFonts w:ascii="Helvetica Neue" w:hAnsi="Helvetica Neue" w:cs="ＭＳ 明朝"/>
                            <w:sz w:val="15"/>
                            <w:szCs w:val="15"/>
                          </w:rPr>
                        </w:pPr>
                        <w:r w:rsidRPr="0075672A">
                          <w:rPr>
                            <w:rFonts w:ascii="Helvetica Neue" w:hAnsi="Helvetica Neue" w:cs="ＭＳ 明朝"/>
                            <w:sz w:val="15"/>
                            <w:szCs w:val="15"/>
                          </w:rPr>
                          <w:t>1.</w:t>
                        </w:r>
                        <w:r>
                          <w:rPr>
                            <w:rFonts w:ascii="Helvetica Neue" w:hAnsi="Helvetica Neue" w:cs="ＭＳ 明朝"/>
                            <w:sz w:val="15"/>
                            <w:szCs w:val="15"/>
                          </w:rPr>
                          <w:t>3</w:t>
                        </w:r>
                        <w:r w:rsidRPr="0075672A">
                          <w:rPr>
                            <w:rFonts w:ascii="Helvetica Neue" w:hAnsi="Helvetica Neue" w:cs="ＭＳ 明朝"/>
                            <w:sz w:val="15"/>
                            <w:szCs w:val="15"/>
                          </w:rPr>
                          <w:t xml:space="preserve"> %</w:t>
                        </w:r>
                      </w:p>
                    </w:txbxContent>
                  </v:textbox>
                </v:shape>
                <v:shape id="テキスト ボックス 373" o:spid="_x0000_s1063" type="#_x0000_t202" style="position:absolute;left:8402;top:3336;width:3505;height:2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" filled="f" stroked="f" strokeweight=".5pt">
                  <v:textbox inset="0,0,0,0">
                    <w:txbxContent>
                      <w:p w14:paraId="7B3D9B34" w14:textId="17DDF90A" w:rsidR="00002B8F" w:rsidRPr="0075672A" w:rsidRDefault="00002B8F" w:rsidP="00002B8F">
                        <w:pPr>
                          <w:jc w:val="right"/>
                          <w:rPr>
                            <w:rFonts w:ascii="Helvetica Neue" w:hAnsi="Helvetica Neue" w:cs="ＭＳ 明朝"/>
                            <w:sz w:val="15"/>
                            <w:szCs w:val="15"/>
                          </w:rPr>
                        </w:pPr>
                        <w:r>
                          <w:rPr>
                            <w:rFonts w:ascii="Helvetica Neue" w:hAnsi="Helvetica Neue" w:cs="ＭＳ 明朝"/>
                            <w:sz w:val="15"/>
                            <w:szCs w:val="15"/>
                          </w:rPr>
                          <w:t>1.5</w:t>
                        </w:r>
                        <w:r w:rsidRPr="0075672A">
                          <w:rPr>
                            <w:rFonts w:ascii="Helvetica Neue" w:hAnsi="Helvetica Neue" w:cs="ＭＳ 明朝"/>
                            <w:sz w:val="15"/>
                            <w:szCs w:val="15"/>
                          </w:rPr>
                          <w:t xml:space="preserve"> %</w:t>
                        </w:r>
                      </w:p>
                    </w:txbxContent>
                  </v:textbox>
                </v:shape>
                <v:shape id="テキスト ボックス 373" o:spid="_x0000_s1064" type="#_x0000_t202" style="position:absolute;left:8649;top:15445;width:3505;height:2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" filled="f" stroked="f" strokeweight=".5pt">
                  <v:textbox inset="0,0,0,0">
                    <w:txbxContent>
                      <w:p w14:paraId="0FD52F65" w14:textId="02162365" w:rsidR="00002B8F" w:rsidRPr="0075672A" w:rsidRDefault="00002B8F" w:rsidP="00002B8F">
                        <w:pPr>
                          <w:jc w:val="right"/>
                          <w:rPr>
                            <w:rFonts w:ascii="Helvetica Neue" w:hAnsi="Helvetica Neue" w:cs="ＭＳ 明朝"/>
                            <w:sz w:val="15"/>
                            <w:szCs w:val="15"/>
                          </w:rPr>
                        </w:pPr>
                        <w:r>
                          <w:rPr>
                            <w:rFonts w:ascii="Helvetica Neue" w:hAnsi="Helvetica Neue" w:cs="ＭＳ 明朝"/>
                            <w:sz w:val="15"/>
                            <w:szCs w:val="15"/>
                          </w:rPr>
                          <w:t>0.9</w:t>
                        </w:r>
                        <w:r w:rsidRPr="0075672A">
                          <w:rPr>
                            <w:rFonts w:ascii="Helvetica Neue" w:hAnsi="Helvetica Neue" w:cs="ＭＳ 明朝"/>
                            <w:sz w:val="15"/>
                            <w:szCs w:val="15"/>
                          </w:rPr>
                          <w:t xml:space="preserve"> %</w:t>
                        </w:r>
                      </w:p>
                    </w:txbxContent>
                  </v:textbox>
                </v:shape>
                <v:shape id="テキスト ボックス 373" o:spid="_x0000_s1065" type="#_x0000_t202" style="position:absolute;left:19956;top:3336;width:3505;height:2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" filled="f" stroked="f" strokeweight=".5pt">
                  <v:textbox inset="0,0,0,0">
                    <w:txbxContent>
                      <w:p w14:paraId="6D435251" w14:textId="63AF5FBF" w:rsidR="00002B8F" w:rsidRPr="0075672A" w:rsidRDefault="00002B8F" w:rsidP="00002B8F">
                        <w:pPr>
                          <w:jc w:val="right"/>
                          <w:rPr>
                            <w:rFonts w:ascii="Helvetica Neue" w:hAnsi="Helvetica Neue" w:cs="ＭＳ 明朝"/>
                            <w:sz w:val="15"/>
                            <w:szCs w:val="15"/>
                          </w:rPr>
                        </w:pPr>
                        <w:r>
                          <w:rPr>
                            <w:rFonts w:ascii="Helvetica Neue" w:hAnsi="Helvetica Neue" w:cs="ＭＳ 明朝"/>
                            <w:sz w:val="15"/>
                            <w:szCs w:val="15"/>
                          </w:rPr>
                          <w:t>1.4</w:t>
                        </w:r>
                        <w:r w:rsidRPr="0075672A">
                          <w:rPr>
                            <w:rFonts w:ascii="Helvetica Neue" w:hAnsi="Helvetica Neue" w:cs="ＭＳ 明朝"/>
                            <w:sz w:val="15"/>
                            <w:szCs w:val="15"/>
                          </w:rPr>
                          <w:t xml:space="preserve"> %</w:t>
                        </w:r>
                      </w:p>
                    </w:txbxContent>
                  </v:textbox>
                </v:shape>
                <v:shape id="テキスト ボックス 373" o:spid="_x0000_s1066" type="#_x0000_t202" style="position:absolute;left:43434;top:3212;width:3505;height:2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" filled="f" stroked="f" strokeweight=".5pt">
                  <v:textbox inset="0,0,0,0">
                    <w:txbxContent>
                      <w:p w14:paraId="092D7716" w14:textId="5017A896"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29.3</w:t>
                        </w:r>
                        <w:r w:rsidRPr="0075672A">
                          <w:rPr>
                            <w:rFonts w:ascii="Helvetica Neue" w:hAnsi="Helvetica Neue" w:cs="ＭＳ 明朝"/>
                            <w:sz w:val="15"/>
                            <w:szCs w:val="15"/>
                          </w:rPr>
                          <w:t xml:space="preserve"> %</w:t>
                        </w:r>
                      </w:p>
                    </w:txbxContent>
                  </v:textbox>
                </v:shape>
                <v:shape id="テキスト ボックス 373" o:spid="_x0000_s1067" type="#_x0000_t202" style="position:absolute;left:32127;top:3336;width:3505;height:2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" filled="f" stroked="f" strokeweight=".5pt">
                  <v:textbox inset="0,0,0,0">
                    <w:txbxContent>
                      <w:p w14:paraId="32FD92C6" w14:textId="5AF3E9B3"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5.5</w:t>
                        </w:r>
                        <w:r w:rsidRPr="0075672A">
                          <w:rPr>
                            <w:rFonts w:ascii="Helvetica Neue" w:hAnsi="Helvetica Neue" w:cs="ＭＳ 明朝"/>
                            <w:sz w:val="15"/>
                            <w:szCs w:val="15"/>
                          </w:rPr>
                          <w:t xml:space="preserve"> %</w:t>
                        </w:r>
                      </w:p>
                    </w:txbxContent>
                  </v:textbox>
                </v:shape>
                <v:shape id="テキスト ボックス 373" o:spid="_x0000_s1068" type="#_x0000_t202" style="position:absolute;left:20017;top:15322;width:3506;height:2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" filled="f" stroked="f" strokeweight=".5pt">
                  <v:textbox inset="0,0,0,0">
                    <w:txbxContent>
                      <w:p w14:paraId="62F856AB" w14:textId="4413037F"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6.5</w:t>
                        </w:r>
                        <w:r w:rsidRPr="0075672A">
                          <w:rPr>
                            <w:rFonts w:ascii="Helvetica Neue" w:hAnsi="Helvetica Neue" w:cs="ＭＳ 明朝"/>
                            <w:sz w:val="15"/>
                            <w:szCs w:val="15"/>
                          </w:rPr>
                          <w:t xml:space="preserve"> %</w:t>
                        </w:r>
                      </w:p>
                    </w:txbxContent>
                  </v:textbox>
                </v:shape>
                <v:shape id="テキスト ボックス 373" o:spid="_x0000_s1069" type="#_x0000_t202" style="position:absolute;left:32127;top:15137;width:3505;height:2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" filled="f" stroked="f" strokeweight=".5pt">
                  <v:textbox inset="0,0,0,0">
                    <w:txbxContent>
                      <w:p w14:paraId="5D34CAF3" w14:textId="23CFA3E8"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13.5</w:t>
                        </w:r>
                        <w:r w:rsidRPr="0075672A">
                          <w:rPr>
                            <w:rFonts w:ascii="Helvetica Neue" w:hAnsi="Helvetica Neue" w:cs="ＭＳ 明朝"/>
                            <w:sz w:val="15"/>
                            <w:szCs w:val="15"/>
                          </w:rPr>
                          <w:t xml:space="preserve"> %</w:t>
                        </w:r>
                      </w:p>
                    </w:txbxContent>
                  </v:textbox>
                </v:shape>
                <v:shape id="テキスト ボックス 373" o:spid="_x0000_s1070" type="#_x0000_t202" style="position:absolute;left:43619;top:14889;width:3505;height:2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" filled="f" stroked="f" strokeweight=".5pt">
                  <v:textbox inset="0,0,0,0">
                    <w:txbxContent>
                      <w:p w14:paraId="11748EDD" w14:textId="7A30F278"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16.8</w:t>
                        </w:r>
                        <w:r w:rsidRPr="0075672A">
                          <w:rPr>
                            <w:rFonts w:ascii="Helvetica Neue" w:hAnsi="Helvetica Neue" w:cs="ＭＳ 明朝"/>
                            <w:sz w:val="15"/>
                            <w:szCs w:val="15"/>
                          </w:rPr>
                          <w:t xml:space="preserve"> %</w:t>
                        </w:r>
                      </w:p>
                    </w:txbxContent>
                  </v:textbox>
                </v:shape>
                <v:shape id="テキスト ボックス 373" o:spid="_x0000_s1071" type="#_x0000_t202" style="position:absolute;left:19956;top:27246;width:3505;height:2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" filled="f" stroked="f" strokeweight=".5pt">
                  <v:textbox inset="0,0,0,0">
                    <w:txbxContent>
                      <w:p w14:paraId="03D12C67" w14:textId="5D89840E"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2.2</w:t>
                        </w:r>
                        <w:r w:rsidRPr="0075672A">
                          <w:rPr>
                            <w:rFonts w:ascii="Helvetica Neue" w:hAnsi="Helvetica Neue" w:cs="ＭＳ 明朝"/>
                            <w:sz w:val="15"/>
                            <w:szCs w:val="15"/>
                          </w:rPr>
                          <w:t xml:space="preserve"> %</w:t>
                        </w:r>
                      </w:p>
                    </w:txbxContent>
                  </v:textbox>
                </v:shape>
                <v:shape id="テキスト ボックス 373" o:spid="_x0000_s1072" type="#_x0000_t202" style="position:absolute;left:31200;top:27184;width:4364;height:17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" filled="f" stroked="f" strokeweight=".5pt">
                  <v:textbox inset="0,0,0,0">
                    <w:txbxContent>
                      <w:p w14:paraId="775BAA4C" w14:textId="2E1ACF49"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4.3</w:t>
                        </w:r>
                        <w:r w:rsidRPr="0075672A">
                          <w:rPr>
                            <w:rFonts w:ascii="Helvetica Neue" w:hAnsi="Helvetica Neue" w:cs="ＭＳ 明朝"/>
                            <w:sz w:val="15"/>
                            <w:szCs w:val="15"/>
                          </w:rPr>
                          <w:t xml:space="preserve"> %</w:t>
                        </w:r>
                      </w:p>
                    </w:txbxContent>
                  </v:textbox>
                </v:shape>
                <v:shape id="テキスト ボックス 373" o:spid="_x0000_s1073" type="#_x0000_t202" style="position:absolute;left:42569;top:27184;width:4363;height:17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" filled="f" stroked="f" strokeweight=".5pt">
                  <v:textbox inset="0,0,0,0">
                    <w:txbxContent>
                      <w:p w14:paraId="10294CED" w14:textId="15FEDF58" w:rsidR="00255FF5" w:rsidRPr="0075672A" w:rsidRDefault="00255FF5" w:rsidP="00255FF5">
                        <w:pPr>
                          <w:jc w:val="right"/>
                          <w:rPr>
                            <w:rFonts w:ascii="Helvetica Neue" w:hAnsi="Helvetica Neue" w:cs="ＭＳ 明朝"/>
                            <w:sz w:val="15"/>
                            <w:szCs w:val="15"/>
                          </w:rPr>
                        </w:pPr>
                        <w:r>
                          <w:rPr>
                            <w:rFonts w:ascii="Helvetica Neue" w:hAnsi="Helvetica Neue" w:cs="ＭＳ 明朝"/>
                            <w:sz w:val="15"/>
                            <w:szCs w:val="15"/>
                          </w:rPr>
                          <w:t>16.7</w:t>
                        </w:r>
                        <w:r w:rsidRPr="0075672A">
                          <w:rPr>
                            <w:rFonts w:ascii="Helvetica Neue" w:hAnsi="Helvetica Neue" w:cs="ＭＳ 明朝"/>
                            <w:sz w:val="15"/>
                            <w:szCs w:val="15"/>
                          </w:rPr>
                          <w:t xml:space="preserve"> %</w:t>
                        </w:r>
                      </w:p>
                    </w:txbxContent>
                  </v:textbox>
                </v:shape>
              </v:group>
            </w:pict>
          </mc:Fallback>
        </mc:AlternateContent>
      </w:r>
      <w:r w:rsidR="007F7776" w:rsidRPr="00BF0CFF">
        <w:rPr>
          <w:noProof/>
          <w:color w:val="000000" w:themeColor="text1"/>
        </w:rPr>
        <mc:AlternateContent>
          <mc:Choice Requires="wps">
            <w:drawing>
              <wp:anchor distT="0" distB="0" distL="114300" distR="114300" simplePos="0" relativeHeight="251674624" behindDoc="0" locked="0" layoutInCell="1" allowOverlap="1" wp14:anchorId="3DB9295A" wp14:editId="1B06E180">
                <wp:simplePos x="0" y="0"/>
                <wp:positionH relativeFrom="column">
                  <wp:posOffset>-16069</wp:posOffset>
                </wp:positionH>
                <wp:positionV relativeFrom="paragraph">
                  <wp:posOffset>5340168</wp:posOffset>
                </wp:positionV>
                <wp:extent cx="4777105" cy="904240"/>
                <wp:effectExtent l="0" t="0" r="0" b="0"/>
                <wp:wrapSquare wrapText="bothSides"/>
                <wp:docPr id="1780132597" name="テキスト ボックス 1"/>
                <wp:cNvGraphicFramePr/>
                <a:graphic xmlns:a="http://schemas.openxmlformats.org/drawingml/2006/main">
                  <a:graphicData uri="http://schemas.microsoft.com/office/word/2010/wordprocessingShape">
                    <wps:wsp>
                      <wps:cNvSpPr txBox="1"/>
                      <wps:spPr>
                        <a:xfrm>
                          <a:off x="0" y="0"/>
                          <a:ext cx="4777105" cy="904240"/>
                        </a:xfrm>
                        <a:prstGeom prst="rect">
                          <a:avLst/>
                        </a:prstGeom>
                        <a:noFill/>
                        <a:ln w="6350">
                          <a:noFill/>
                        </a:ln>
                      </wps:spPr>
                      <wps:txbx>
                        <w:txbxContent>
                          <w:p w14:paraId="020A2A1B" w14:textId="57DBB660" w:rsidR="00662260" w:rsidRPr="007E56A2" w:rsidRDefault="00CD0C3D" w:rsidP="00662260">
                            <w:pPr>
                              <w:rPr>
                                <w:rFonts w:ascii="Times New Roman" w:hAnsi="Times New Roman" w:cs="ＭＳ 明朝"/>
                                <w:sz w:val="21"/>
                                <w:szCs w:val="21"/>
                              </w:rPr>
                            </w:pPr>
                            <w:r w:rsidRPr="00660317">
                              <w:rPr>
                                <w:rFonts w:ascii="Times New Roman" w:hAnsi="Times New Roman" w:cs="Times New Roman"/>
                                <w:b/>
                                <w:bCs/>
                              </w:rPr>
                              <w:t>Fig.</w:t>
                            </w:r>
                            <w:r>
                              <w:rPr>
                                <w:rFonts w:ascii="Times New Roman" w:hAnsi="Times New Roman" w:cs="Times New Roman"/>
                                <w:b/>
                                <w:bCs/>
                              </w:rPr>
                              <w:t xml:space="preserve"> S4</w:t>
                            </w:r>
                            <w:r>
                              <w:rPr>
                                <w:rFonts w:ascii="Times New Roman" w:hAnsi="Times New Roman" w:cs="Times New Roman"/>
                              </w:rPr>
                              <w:t xml:space="preserve"> </w:t>
                            </w:r>
                            <w:r w:rsidR="00662260" w:rsidRPr="003E4479">
                              <w:rPr>
                                <w:rFonts w:ascii="Times New Roman" w:hAnsi="Times New Roman" w:cs="ＭＳ 明朝"/>
                                <w:sz w:val="21"/>
                                <w:szCs w:val="21"/>
                              </w:rPr>
                              <w:t>Stress responses of the samples—(a) Sn/Al₂O₃</w:t>
                            </w:r>
                            <w:r w:rsidR="00A9348C">
                              <w:rPr>
                                <w:rFonts w:ascii="Times New Roman" w:hAnsi="Times New Roman" w:cs="ＭＳ 明朝"/>
                                <w:sz w:val="21"/>
                                <w:szCs w:val="21"/>
                              </w:rPr>
                              <w:t xml:space="preserve"> at 973 K</w:t>
                            </w:r>
                            <w:r w:rsidR="00662260" w:rsidRPr="003E4479">
                              <w:rPr>
                                <w:rFonts w:ascii="Times New Roman" w:hAnsi="Times New Roman" w:cs="ＭＳ 明朝"/>
                                <w:sz w:val="21"/>
                                <w:szCs w:val="21"/>
                              </w:rPr>
                              <w:t xml:space="preserve">, (b) </w:t>
                            </w:r>
                            <w:r w:rsidR="00A9348C">
                              <w:rPr>
                                <w:rFonts w:ascii="Times New Roman" w:hAnsi="Times New Roman" w:cs="ＭＳ 明朝"/>
                                <w:sz w:val="21"/>
                                <w:szCs w:val="21"/>
                              </w:rPr>
                              <w:t>Sn</w:t>
                            </w:r>
                            <w:r w:rsidR="00662260" w:rsidRPr="003E4479">
                              <w:rPr>
                                <w:rFonts w:ascii="Times New Roman" w:hAnsi="Times New Roman" w:cs="ＭＳ 明朝"/>
                                <w:sz w:val="21"/>
                                <w:szCs w:val="21"/>
                              </w:rPr>
                              <w:t>/Al₂O₃</w:t>
                            </w:r>
                            <w:r w:rsidR="00A9348C">
                              <w:rPr>
                                <w:rFonts w:ascii="Times New Roman" w:hAnsi="Times New Roman" w:cs="ＭＳ 明朝"/>
                                <w:sz w:val="21"/>
                                <w:szCs w:val="21"/>
                              </w:rPr>
                              <w:t xml:space="preserve"> at 773 K</w:t>
                            </w:r>
                            <w:r w:rsidR="00662260" w:rsidRPr="003E4479">
                              <w:rPr>
                                <w:rFonts w:ascii="Times New Roman" w:hAnsi="Times New Roman" w:cs="ＭＳ 明朝"/>
                                <w:sz w:val="21"/>
                                <w:szCs w:val="21"/>
                              </w:rPr>
                              <w:t>,</w:t>
                            </w:r>
                            <w:r w:rsidR="00A9348C">
                              <w:rPr>
                                <w:rFonts w:ascii="Times New Roman" w:hAnsi="Times New Roman" w:cs="ＭＳ 明朝"/>
                                <w:sz w:val="21"/>
                                <w:szCs w:val="21"/>
                              </w:rPr>
                              <w:t xml:space="preserve"> and</w:t>
                            </w:r>
                            <w:r w:rsidR="00662260" w:rsidRPr="003E4479">
                              <w:rPr>
                                <w:rFonts w:ascii="Times New Roman" w:hAnsi="Times New Roman" w:cs="ＭＳ 明朝"/>
                                <w:sz w:val="21"/>
                                <w:szCs w:val="21"/>
                              </w:rPr>
                              <w:t xml:space="preserve"> (c) </w:t>
                            </w:r>
                            <w:r w:rsidR="00A9348C">
                              <w:rPr>
                                <w:rFonts w:ascii="Times New Roman" w:hAnsi="Times New Roman" w:cs="ＭＳ 明朝"/>
                                <w:sz w:val="21"/>
                                <w:szCs w:val="21"/>
                              </w:rPr>
                              <w:t>Sn</w:t>
                            </w:r>
                            <w:r w:rsidR="00662260">
                              <w:rPr>
                                <w:rFonts w:ascii="Times New Roman" w:hAnsi="Times New Roman" w:cs="ＭＳ 明朝"/>
                                <w:sz w:val="21"/>
                                <w:szCs w:val="21"/>
                              </w:rPr>
                              <w:t>/</w:t>
                            </w:r>
                            <w:r w:rsidR="00662260" w:rsidRPr="003E4479">
                              <w:rPr>
                                <w:rFonts w:ascii="Times New Roman" w:hAnsi="Times New Roman" w:cs="ＭＳ 明朝"/>
                                <w:sz w:val="21"/>
                                <w:szCs w:val="21"/>
                              </w:rPr>
                              <w:t>Al₂O₃</w:t>
                            </w:r>
                            <w:r w:rsidR="00A9348C">
                              <w:rPr>
                                <w:rFonts w:ascii="Times New Roman" w:hAnsi="Times New Roman" w:cs="ＭＳ 明朝"/>
                                <w:sz w:val="21"/>
                                <w:szCs w:val="21"/>
                              </w:rPr>
                              <w:t xml:space="preserve"> at 611 K</w:t>
                            </w:r>
                            <w:r w:rsidR="00662260" w:rsidRPr="003E4479">
                              <w:rPr>
                                <w:rFonts w:ascii="Times New Roman" w:hAnsi="Times New Roman" w:cs="ＭＳ 明朝"/>
                                <w:sz w:val="21"/>
                                <w:szCs w:val="21"/>
                              </w:rPr>
                              <w:t>,</w:t>
                            </w:r>
                            <w:r w:rsidR="00662260">
                              <w:rPr>
                                <w:rFonts w:ascii="Times New Roman" w:hAnsi="Times New Roman" w:cs="ＭＳ 明朝"/>
                                <w:sz w:val="21"/>
                                <w:szCs w:val="21"/>
                              </w:rPr>
                              <w:t xml:space="preserve"> </w:t>
                            </w:r>
                            <w:r w:rsidR="00662260" w:rsidRPr="003E4479">
                              <w:rPr>
                                <w:rFonts w:ascii="Times New Roman" w:hAnsi="Times New Roman" w:cs="ＭＳ 明朝"/>
                                <w:sz w:val="21"/>
                                <w:szCs w:val="21"/>
                              </w:rPr>
                              <w:t>—under applied sinusoidal strains. For each sample, the stress response corresponding to each imposed strain amplitude is shown.</w:t>
                            </w:r>
                            <w:r w:rsidR="00662260">
                              <w:rPr>
                                <w:rFonts w:ascii="Times New Roman" w:hAnsi="Times New Roman" w:cs="ＭＳ 明朝"/>
                                <w:sz w:val="21"/>
                                <w:szCs w:val="21"/>
                              </w:rPr>
                              <w:t xml:space="preserve"> </w:t>
                            </w:r>
                            <w:r w:rsidR="00662260" w:rsidRPr="00E82FAC">
                              <w:rPr>
                                <w:rFonts w:ascii="Times New Roman" w:hAnsi="Times New Roman" w:cs="ＭＳ 明朝"/>
                                <w:sz w:val="21"/>
                                <w:szCs w:val="21"/>
                              </w:rPr>
                              <w:t>The contribution of the third harmonic component (%) obtained from Fourier analysis is indicated in each panel</w:t>
                            </w:r>
                          </w:p>
                          <w:p w14:paraId="4C360149" w14:textId="5AFE0FE5" w:rsidR="00CD0C3D" w:rsidRPr="00662260" w:rsidRDefault="00CD0C3D" w:rsidP="00CD0C3D">
                            <w:pPr>
                              <w:rPr>
                                <w:rFonts w:ascii="Times New Roman" w:hAnsi="Times New Roman" w:cs="Times New Roman"/>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9295A" id="_x0000_s1074" type="#_x0000_t202" style="position:absolute;left:0;text-align:left;margin-left:-1.25pt;margin-top:420.5pt;width:376.15pt;height:7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" filled="f" stroked="f" strokeweight=".5pt">
                <v:textbox inset="5.85pt,.7pt,5.85pt,.7pt">
                  <w:txbxContent>
                    <w:p w14:paraId="020A2A1B" w14:textId="57DBB660" w:rsidR="00662260" w:rsidRPr="007E56A2" w:rsidRDefault="00CD0C3D" w:rsidP="00662260">
                      <w:pPr>
                        <w:rPr>
                          <w:rFonts w:ascii="Times New Roman" w:hAnsi="Times New Roman" w:cs="ＭＳ 明朝"/>
                          <w:sz w:val="21"/>
                          <w:szCs w:val="21"/>
                        </w:rPr>
                      </w:pPr>
                      <w:r w:rsidRPr="00660317">
                        <w:rPr>
                          <w:rFonts w:ascii="Times New Roman" w:hAnsi="Times New Roman" w:cs="Times New Roman"/>
                          <w:b/>
                          <w:bCs/>
                        </w:rPr>
                        <w:t>Fig.</w:t>
                      </w:r>
                      <w:r>
                        <w:rPr>
                          <w:rFonts w:ascii="Times New Roman" w:hAnsi="Times New Roman" w:cs="Times New Roman"/>
                          <w:b/>
                          <w:bCs/>
                        </w:rPr>
                        <w:t xml:space="preserve"> S4</w:t>
                      </w:r>
                      <w:r>
                        <w:rPr>
                          <w:rFonts w:ascii="Times New Roman" w:hAnsi="Times New Roman" w:cs="Times New Roman"/>
                        </w:rPr>
                        <w:t xml:space="preserve"> </w:t>
                      </w:r>
                      <w:r w:rsidR="00662260" w:rsidRPr="003E4479">
                        <w:rPr>
                          <w:rFonts w:ascii="Times New Roman" w:hAnsi="Times New Roman" w:cs="ＭＳ 明朝"/>
                          <w:sz w:val="21"/>
                          <w:szCs w:val="21"/>
                        </w:rPr>
                        <w:t>Stress responses of the samples—(a) Sn/Al₂O₃</w:t>
                      </w:r>
                      <w:r w:rsidR="00A9348C">
                        <w:rPr>
                          <w:rFonts w:ascii="Times New Roman" w:hAnsi="Times New Roman" w:cs="ＭＳ 明朝"/>
                          <w:sz w:val="21"/>
                          <w:szCs w:val="21"/>
                        </w:rPr>
                        <w:t xml:space="preserve"> at 973 K</w:t>
                      </w:r>
                      <w:r w:rsidR="00662260" w:rsidRPr="003E4479">
                        <w:rPr>
                          <w:rFonts w:ascii="Times New Roman" w:hAnsi="Times New Roman" w:cs="ＭＳ 明朝"/>
                          <w:sz w:val="21"/>
                          <w:szCs w:val="21"/>
                        </w:rPr>
                        <w:t xml:space="preserve">, (b) </w:t>
                      </w:r>
                      <w:r w:rsidR="00A9348C">
                        <w:rPr>
                          <w:rFonts w:ascii="Times New Roman" w:hAnsi="Times New Roman" w:cs="ＭＳ 明朝"/>
                          <w:sz w:val="21"/>
                          <w:szCs w:val="21"/>
                        </w:rPr>
                        <w:t>Sn</w:t>
                      </w:r>
                      <w:r w:rsidR="00662260" w:rsidRPr="003E4479">
                        <w:rPr>
                          <w:rFonts w:ascii="Times New Roman" w:hAnsi="Times New Roman" w:cs="ＭＳ 明朝"/>
                          <w:sz w:val="21"/>
                          <w:szCs w:val="21"/>
                        </w:rPr>
                        <w:t>/Al₂O₃</w:t>
                      </w:r>
                      <w:r w:rsidR="00A9348C">
                        <w:rPr>
                          <w:rFonts w:ascii="Times New Roman" w:hAnsi="Times New Roman" w:cs="ＭＳ 明朝"/>
                          <w:sz w:val="21"/>
                          <w:szCs w:val="21"/>
                        </w:rPr>
                        <w:t xml:space="preserve"> at 773 K</w:t>
                      </w:r>
                      <w:r w:rsidR="00662260" w:rsidRPr="003E4479">
                        <w:rPr>
                          <w:rFonts w:ascii="Times New Roman" w:hAnsi="Times New Roman" w:cs="ＭＳ 明朝"/>
                          <w:sz w:val="21"/>
                          <w:szCs w:val="21"/>
                        </w:rPr>
                        <w:t>,</w:t>
                      </w:r>
                      <w:r w:rsidR="00A9348C">
                        <w:rPr>
                          <w:rFonts w:ascii="Times New Roman" w:hAnsi="Times New Roman" w:cs="ＭＳ 明朝"/>
                          <w:sz w:val="21"/>
                          <w:szCs w:val="21"/>
                        </w:rPr>
                        <w:t xml:space="preserve"> and</w:t>
                      </w:r>
                      <w:r w:rsidR="00662260" w:rsidRPr="003E4479">
                        <w:rPr>
                          <w:rFonts w:ascii="Times New Roman" w:hAnsi="Times New Roman" w:cs="ＭＳ 明朝"/>
                          <w:sz w:val="21"/>
                          <w:szCs w:val="21"/>
                        </w:rPr>
                        <w:t xml:space="preserve"> (c) </w:t>
                      </w:r>
                      <w:r w:rsidR="00A9348C">
                        <w:rPr>
                          <w:rFonts w:ascii="Times New Roman" w:hAnsi="Times New Roman" w:cs="ＭＳ 明朝"/>
                          <w:sz w:val="21"/>
                          <w:szCs w:val="21"/>
                        </w:rPr>
                        <w:t>Sn</w:t>
                      </w:r>
                      <w:r w:rsidR="00662260">
                        <w:rPr>
                          <w:rFonts w:ascii="Times New Roman" w:hAnsi="Times New Roman" w:cs="ＭＳ 明朝"/>
                          <w:sz w:val="21"/>
                          <w:szCs w:val="21"/>
                        </w:rPr>
                        <w:t>/</w:t>
                      </w:r>
                      <w:r w:rsidR="00662260" w:rsidRPr="003E4479">
                        <w:rPr>
                          <w:rFonts w:ascii="Times New Roman" w:hAnsi="Times New Roman" w:cs="ＭＳ 明朝"/>
                          <w:sz w:val="21"/>
                          <w:szCs w:val="21"/>
                        </w:rPr>
                        <w:t>Al₂O₃</w:t>
                      </w:r>
                      <w:r w:rsidR="00A9348C">
                        <w:rPr>
                          <w:rFonts w:ascii="Times New Roman" w:hAnsi="Times New Roman" w:cs="ＭＳ 明朝"/>
                          <w:sz w:val="21"/>
                          <w:szCs w:val="21"/>
                        </w:rPr>
                        <w:t xml:space="preserve"> at 611 K</w:t>
                      </w:r>
                      <w:r w:rsidR="00662260" w:rsidRPr="003E4479">
                        <w:rPr>
                          <w:rFonts w:ascii="Times New Roman" w:hAnsi="Times New Roman" w:cs="ＭＳ 明朝"/>
                          <w:sz w:val="21"/>
                          <w:szCs w:val="21"/>
                        </w:rPr>
                        <w:t>,</w:t>
                      </w:r>
                      <w:r w:rsidR="00662260">
                        <w:rPr>
                          <w:rFonts w:ascii="Times New Roman" w:hAnsi="Times New Roman" w:cs="ＭＳ 明朝"/>
                          <w:sz w:val="21"/>
                          <w:szCs w:val="21"/>
                        </w:rPr>
                        <w:t xml:space="preserve"> </w:t>
                      </w:r>
                      <w:r w:rsidR="00662260" w:rsidRPr="003E4479">
                        <w:rPr>
                          <w:rFonts w:ascii="Times New Roman" w:hAnsi="Times New Roman" w:cs="ＭＳ 明朝"/>
                          <w:sz w:val="21"/>
                          <w:szCs w:val="21"/>
                        </w:rPr>
                        <w:t>—under applied sinusoidal strains. For each sample, the stress response corresponding to each imposed strain amplitude is shown.</w:t>
                      </w:r>
                      <w:r w:rsidR="00662260">
                        <w:rPr>
                          <w:rFonts w:ascii="Times New Roman" w:hAnsi="Times New Roman" w:cs="ＭＳ 明朝"/>
                          <w:sz w:val="21"/>
                          <w:szCs w:val="21"/>
                        </w:rPr>
                        <w:t xml:space="preserve"> </w:t>
                      </w:r>
                      <w:r w:rsidR="00662260" w:rsidRPr="00E82FAC">
                        <w:rPr>
                          <w:rFonts w:ascii="Times New Roman" w:hAnsi="Times New Roman" w:cs="ＭＳ 明朝"/>
                          <w:sz w:val="21"/>
                          <w:szCs w:val="21"/>
                        </w:rPr>
                        <w:t>The contribution of the third harmonic component (%) obtained from Fourier analysis is indicated in each panel</w:t>
                      </w:r>
                    </w:p>
                    <w:p w14:paraId="4C360149" w14:textId="5AFE0FE5" w:rsidR="00CD0C3D" w:rsidRPr="00662260" w:rsidRDefault="00CD0C3D" w:rsidP="00CD0C3D">
                      <w:pPr>
                        <w:rPr>
                          <w:rFonts w:ascii="Times New Roman" w:hAnsi="Times New Roman" w:cs="Times New Roman"/>
                        </w:rPr>
                      </w:pPr>
                    </w:p>
                  </w:txbxContent>
                </v:textbox>
                <w10:wrap type="square"/>
              </v:shape>
            </w:pict>
          </mc:Fallback>
        </mc:AlternateContent>
      </w:r>
      <w:r w:rsidR="007F7776" w:rsidRPr="00BF0CFF">
        <w:rPr>
          <w:rFonts w:ascii="Times New Roman" w:hAnsi="Times New Roman" w:cs="Times New Roman"/>
          <w:color w:val="000000" w:themeColor="text1"/>
        </w:rPr>
        <w:br w:type="column"/>
      </w:r>
      <w:r w:rsidR="005F40FF" w:rsidRPr="00BF0CFF">
        <w:rPr>
          <w:rFonts w:ascii="Times New Roman" w:eastAsia="ヒラギノ丸ゴ ProN W4" w:hAnsi="Times New Roman" w:cs="Times New Roman"/>
          <w:b/>
          <w:bCs/>
          <w:color w:val="000000" w:themeColor="text1"/>
          <w:kern w:val="0"/>
          <w:sz w:val="21"/>
          <w:szCs w:val="21"/>
          <w14:ligatures w14:val="none"/>
        </w:rPr>
        <w:lastRenderedPageBreak/>
        <w:t xml:space="preserve">S.6  </w:t>
      </w:r>
      <w:r w:rsidR="00130DA7" w:rsidRPr="00BF0CFF">
        <w:rPr>
          <w:rFonts w:ascii="Times New Roman" w:eastAsia="ヒラギノ丸ゴ ProN W4" w:hAnsi="Times New Roman" w:cs="Times New Roman"/>
          <w:b/>
          <w:bCs/>
          <w:color w:val="000000" w:themeColor="text1"/>
          <w:kern w:val="0"/>
          <w:sz w:val="21"/>
          <w:szCs w:val="21"/>
          <w14:ligatures w14:val="none"/>
        </w:rPr>
        <w:t>Correlation between Storage Modulus and Candidate Interfacial Deformation Mechanisms</w:t>
      </w:r>
    </w:p>
    <w:p w14:paraId="66201EB8" w14:textId="06906B7B" w:rsidR="005F40FF" w:rsidRPr="00BF0CFF" w:rsidRDefault="005F40FF" w:rsidP="005F40FF">
      <w:pPr>
        <w:spacing w:after="0" w:line="300" w:lineRule="atLeast"/>
        <w:ind w:left="0" w:firstLine="0"/>
        <w:rPr>
          <w:rFonts w:ascii="Times New Roman" w:eastAsia="ヒラギノ丸ゴ ProN W4" w:hAnsi="Times New Roman" w:cs="Times New Roman"/>
          <w:b/>
          <w:bCs/>
          <w:color w:val="000000" w:themeColor="text1"/>
          <w:kern w:val="0"/>
          <w:sz w:val="21"/>
          <w:szCs w:val="21"/>
          <w14:ligatures w14:val="none"/>
        </w:rPr>
      </w:pPr>
    </w:p>
    <w:p w14:paraId="64C97A1D" w14:textId="11EACB8A" w:rsidR="007E18B8" w:rsidRPr="00BF0CFF" w:rsidRDefault="00C55088">
      <w:pPr>
        <w:spacing w:after="0" w:line="240" w:lineRule="auto"/>
        <w:ind w:left="0" w:firstLine="0"/>
        <w:jc w:val="left"/>
        <w:rPr>
          <w:rFonts w:ascii="Times New Roman" w:hAnsi="Times New Roman" w:cs="Times New Roman"/>
          <w:color w:val="000000" w:themeColor="text1"/>
        </w:rPr>
      </w:pPr>
      <w:r w:rsidRPr="00BF0CFF">
        <w:rPr>
          <w:noProof/>
          <w:color w:val="000000" w:themeColor="text1"/>
        </w:rPr>
        <mc:AlternateContent>
          <mc:Choice Requires="wps">
            <w:drawing>
              <wp:anchor distT="0" distB="0" distL="114300" distR="114300" simplePos="0" relativeHeight="251684864" behindDoc="0" locked="0" layoutInCell="1" allowOverlap="1" wp14:anchorId="0C9CD305" wp14:editId="48D0B231">
                <wp:simplePos x="0" y="0"/>
                <wp:positionH relativeFrom="column">
                  <wp:posOffset>85090</wp:posOffset>
                </wp:positionH>
                <wp:positionV relativeFrom="paragraph">
                  <wp:posOffset>3354524</wp:posOffset>
                </wp:positionV>
                <wp:extent cx="4777105" cy="1275080"/>
                <wp:effectExtent l="0" t="0" r="0" b="0"/>
                <wp:wrapSquare wrapText="bothSides"/>
                <wp:docPr id="858724439" name="テキスト ボックス 1"/>
                <wp:cNvGraphicFramePr/>
                <a:graphic xmlns:a="http://schemas.openxmlformats.org/drawingml/2006/main">
                  <a:graphicData uri="http://schemas.microsoft.com/office/word/2010/wordprocessingShape">
                    <wps:wsp>
                      <wps:cNvSpPr txBox="1"/>
                      <wps:spPr>
                        <a:xfrm>
                          <a:off x="0" y="0"/>
                          <a:ext cx="4777105" cy="1275080"/>
                        </a:xfrm>
                        <a:prstGeom prst="rect">
                          <a:avLst/>
                        </a:prstGeom>
                        <a:noFill/>
                        <a:ln w="6350">
                          <a:noFill/>
                        </a:ln>
                      </wps:spPr>
                      <wps:txbx>
                        <w:txbxContent>
                          <w:p w14:paraId="605D390B" w14:textId="44B201A1" w:rsidR="0074085A" w:rsidRPr="008A1211" w:rsidRDefault="00EE4F48" w:rsidP="0074085A">
                            <w:pPr>
                              <w:rPr>
                                <w:rFonts w:ascii="Times New Roman" w:hAnsi="Times New Roman" w:cs="ＭＳ 明朝"/>
                                <w:sz w:val="21"/>
                                <w:szCs w:val="21"/>
                              </w:rPr>
                            </w:pPr>
                            <w:r w:rsidRPr="00660317">
                              <w:rPr>
                                <w:rFonts w:ascii="Times New Roman" w:hAnsi="Times New Roman" w:cs="Times New Roman"/>
                                <w:b/>
                                <w:bCs/>
                              </w:rPr>
                              <w:t>Fig.</w:t>
                            </w:r>
                            <w:r>
                              <w:rPr>
                                <w:rFonts w:ascii="Times New Roman" w:hAnsi="Times New Roman" w:cs="Times New Roman"/>
                                <w:b/>
                                <w:bCs/>
                              </w:rPr>
                              <w:t xml:space="preserve"> S5</w:t>
                            </w:r>
                            <w:r>
                              <w:rPr>
                                <w:rFonts w:ascii="Times New Roman" w:hAnsi="Times New Roman" w:cs="Times New Roman"/>
                              </w:rPr>
                              <w:t xml:space="preserve"> </w:t>
                            </w:r>
                            <w:r w:rsidR="00FA5D63" w:rsidRPr="00FA5D63">
                              <w:rPr>
                                <w:rFonts w:ascii="Times New Roman" w:hAnsi="Times New Roman" w:cs="Times New Roman"/>
                              </w:rPr>
                              <w:t>Relationships between the storage modulus G′ and the effective spring constants derived from (a) lateral capillary interactions and (b) interfacial capillary forces</w:t>
                            </w:r>
                            <w:r w:rsidR="0074085A">
                              <w:rPr>
                                <w:rFonts w:ascii="Times New Roman" w:hAnsi="Times New Roman" w:cs="Times New Roman"/>
                              </w:rPr>
                              <w:t xml:space="preserve">. </w:t>
                            </w:r>
                            <w:r w:rsidR="0074085A" w:rsidRPr="00996663">
                              <w:rPr>
                                <w:rFonts w:ascii="Times New Roman" w:hAnsi="Times New Roman" w:cs="ＭＳ 明朝"/>
                                <w:sz w:val="21"/>
                                <w:szCs w:val="21"/>
                              </w:rPr>
                              <w:t>The solid lines represent the linear regression fits (G’</w:t>
                            </w:r>
                            <w:r w:rsidR="0074085A" w:rsidRPr="00996663">
                              <w:rPr>
                                <w:rFonts w:ascii="Cambria Math" w:hAnsi="Cambria Math" w:cs="Cambria Math"/>
                                <w:sz w:val="21"/>
                                <w:szCs w:val="21"/>
                              </w:rPr>
                              <w:t>∝</w:t>
                            </w:r>
                            <w:r w:rsidR="0074085A" w:rsidRPr="00996663">
                              <w:rPr>
                                <w:rFonts w:ascii="Times New Roman" w:hAnsi="Times New Roman" w:cs="ＭＳ 明朝"/>
                                <w:i/>
                                <w:sz w:val="21"/>
                                <w:szCs w:val="21"/>
                              </w:rPr>
                              <w:t xml:space="preserve"> </w:t>
                            </w:r>
                            <m:oMath>
                              <m:sSup>
                                <m:sSupPr>
                                  <m:ctrlPr>
                                    <w:rPr>
                                      <w:rFonts w:ascii="Cambria Math" w:hAnsi="Cambria Math" w:cs="ＭＳ 明朝"/>
                                      <w:i/>
                                      <w:sz w:val="21"/>
                                      <w:szCs w:val="21"/>
                                    </w:rPr>
                                  </m:ctrlPr>
                                </m:sSupPr>
                                <m:e>
                                  <m:d>
                                    <m:dPr>
                                      <m:ctrlPr>
                                        <w:rPr>
                                          <w:rFonts w:ascii="Cambria Math" w:hAnsi="Cambria Math" w:cs="ＭＳ 明朝"/>
                                          <w:i/>
                                          <w:sz w:val="21"/>
                                          <w:szCs w:val="21"/>
                                        </w:rPr>
                                      </m:ctrlPr>
                                    </m:dPr>
                                    <m:e>
                                      <m:r>
                                        <w:rPr>
                                          <w:rFonts w:ascii="Cambria Math" w:eastAsia="ヒラギノ角ゴ ProN W3" w:hAnsi="Cambria Math"/>
                                          <w:sz w:val="21"/>
                                          <w:szCs w:val="21"/>
                                        </w:rPr>
                                        <m:t>k</m:t>
                                      </m:r>
                                    </m:e>
                                  </m:d>
                                </m:e>
                                <m:sup>
                                  <m:r>
                                    <w:rPr>
                                      <w:rFonts w:ascii="Cambria Math" w:eastAsia="ヒラギノ角ゴ ProN W3" w:hAnsi="Cambria Math"/>
                                      <w:sz w:val="21"/>
                                      <w:szCs w:val="21"/>
                                    </w:rPr>
                                    <m:t>α</m:t>
                                  </m:r>
                                </m:sup>
                              </m:sSup>
                            </m:oMath>
                            <w:r w:rsidR="0074085A" w:rsidRPr="00996663">
                              <w:rPr>
                                <w:rFonts w:ascii="Times New Roman" w:hAnsi="Times New Roman" w:cs="ＭＳ 明朝"/>
                                <w:sz w:val="21"/>
                                <w:szCs w:val="21"/>
                              </w:rPr>
                              <w:t>) for each strain condition</w:t>
                            </w:r>
                            <w:r w:rsidR="002D0F2B">
                              <w:rPr>
                                <w:rFonts w:ascii="ＭＳ 明朝" w:eastAsia="ＭＳ 明朝" w:hAnsi="ＭＳ 明朝" w:cs="ＭＳ 明朝"/>
                                <w:sz w:val="21"/>
                                <w:szCs w:val="21"/>
                              </w:rPr>
                              <w:t>.</w:t>
                            </w:r>
                            <w:r w:rsidR="002D0F2B" w:rsidRPr="002D0F2B">
                              <w:rPr>
                                <w:rFonts w:ascii="Times New Roman" w:eastAsia="ＭＳ 明朝" w:hAnsi="Times New Roman" w:cs="Times New Roman"/>
                                <w:sz w:val="21"/>
                                <w:szCs w:val="21"/>
                              </w:rPr>
                              <w:t xml:space="preserve"> For the lateral capillary interaction (a), the coefficients of determination (R²) for strain amplitudes of 10</w:t>
                            </w:r>
                            <w:r w:rsidR="002D0F2B" w:rsidRPr="002D0F2B">
                              <w:rPr>
                                <w:rFonts w:ascii="Times New Roman" w:eastAsia="ＭＳ 明朝" w:hAnsi="Times New Roman" w:cs="Times New Roman"/>
                                <w:sz w:val="21"/>
                                <w:szCs w:val="21"/>
                                <w:vertAlign w:val="superscript"/>
                              </w:rPr>
                              <w:t>⁻5</w:t>
                            </w:r>
                            <w:r w:rsidR="002D0F2B" w:rsidRPr="002D0F2B">
                              <w:rPr>
                                <w:rFonts w:ascii="Times New Roman" w:eastAsia="ＭＳ 明朝" w:hAnsi="Times New Roman" w:cs="Times New Roman"/>
                                <w:sz w:val="21"/>
                                <w:szCs w:val="21"/>
                              </w:rPr>
                              <w:t>, 10</w:t>
                            </w:r>
                            <w:r w:rsidR="002D0F2B" w:rsidRPr="002D0F2B">
                              <w:rPr>
                                <w:rFonts w:ascii="Times New Roman" w:eastAsia="ＭＳ 明朝" w:hAnsi="Times New Roman" w:cs="Times New Roman"/>
                                <w:sz w:val="21"/>
                                <w:szCs w:val="21"/>
                                <w:vertAlign w:val="superscript"/>
                              </w:rPr>
                              <w:t>⁻4</w:t>
                            </w:r>
                            <w:r w:rsidR="002D0F2B" w:rsidRPr="002D0F2B">
                              <w:rPr>
                                <w:rFonts w:ascii="Times New Roman" w:eastAsia="ＭＳ 明朝" w:hAnsi="Times New Roman" w:cs="Times New Roman"/>
                                <w:sz w:val="21"/>
                                <w:szCs w:val="21"/>
                              </w:rPr>
                              <w:t>, and 10</w:t>
                            </w:r>
                            <w:r w:rsidR="002D0F2B" w:rsidRPr="002D0F2B">
                              <w:rPr>
                                <w:rFonts w:ascii="Times New Roman" w:eastAsia="ＭＳ 明朝" w:hAnsi="Times New Roman" w:cs="Times New Roman"/>
                                <w:sz w:val="21"/>
                                <w:szCs w:val="21"/>
                                <w:vertAlign w:val="superscript"/>
                              </w:rPr>
                              <w:t>⁻3</w:t>
                            </w:r>
                            <w:r w:rsidR="002D0F2B" w:rsidRPr="002D0F2B">
                              <w:rPr>
                                <w:rFonts w:ascii="Times New Roman" w:eastAsia="ＭＳ 明朝" w:hAnsi="Times New Roman" w:cs="Times New Roman"/>
                                <w:sz w:val="21"/>
                                <w:szCs w:val="21"/>
                              </w:rPr>
                              <w:t xml:space="preserve"> are </w:t>
                            </w:r>
                            <w:r w:rsidR="00B04DCE">
                              <w:rPr>
                                <w:rFonts w:ascii="Times New Roman" w:eastAsia="ＭＳ 明朝" w:hAnsi="Times New Roman" w:cs="Times New Roman"/>
                                <w:sz w:val="21"/>
                                <w:szCs w:val="21"/>
                              </w:rPr>
                              <w:t>0.82</w:t>
                            </w:r>
                            <w:r w:rsidR="002D0F2B" w:rsidRPr="002D0F2B">
                              <w:rPr>
                                <w:rFonts w:ascii="Times New Roman" w:eastAsia="ＭＳ 明朝" w:hAnsi="Times New Roman" w:cs="Times New Roman"/>
                                <w:sz w:val="21"/>
                                <w:szCs w:val="21"/>
                              </w:rPr>
                              <w:t xml:space="preserve">, </w:t>
                            </w:r>
                            <w:r w:rsidR="00B04DCE">
                              <w:rPr>
                                <w:rFonts w:ascii="Times New Roman" w:eastAsia="ＭＳ 明朝" w:hAnsi="Times New Roman" w:cs="Times New Roman"/>
                                <w:sz w:val="21"/>
                                <w:szCs w:val="21"/>
                              </w:rPr>
                              <w:t>0.86</w:t>
                            </w:r>
                            <w:r w:rsidR="002D0F2B" w:rsidRPr="002D0F2B">
                              <w:rPr>
                                <w:rFonts w:ascii="Times New Roman" w:eastAsia="ＭＳ 明朝" w:hAnsi="Times New Roman" w:cs="Times New Roman"/>
                                <w:sz w:val="21"/>
                                <w:szCs w:val="21"/>
                              </w:rPr>
                              <w:t xml:space="preserve">, and </w:t>
                            </w:r>
                            <w:r w:rsidR="00B04DCE">
                              <w:rPr>
                                <w:rFonts w:ascii="Times New Roman" w:eastAsia="ＭＳ 明朝" w:hAnsi="Times New Roman" w:cs="Times New Roman"/>
                                <w:sz w:val="21"/>
                                <w:szCs w:val="21"/>
                              </w:rPr>
                              <w:t>0.77</w:t>
                            </w:r>
                            <w:r w:rsidR="002D0F2B" w:rsidRPr="002D0F2B">
                              <w:rPr>
                                <w:rFonts w:ascii="Times New Roman" w:eastAsia="ＭＳ 明朝" w:hAnsi="Times New Roman" w:cs="Times New Roman"/>
                                <w:sz w:val="21"/>
                                <w:szCs w:val="21"/>
                              </w:rPr>
                              <w:t xml:space="preserve">, respectively. For the interfacial capillary force (b), the corresponding R² values are </w:t>
                            </w:r>
                            <w:r w:rsidR="00B04DCE">
                              <w:rPr>
                                <w:rFonts w:ascii="Times New Roman" w:eastAsia="ＭＳ 明朝" w:hAnsi="Times New Roman" w:cs="Times New Roman"/>
                                <w:sz w:val="21"/>
                                <w:szCs w:val="21"/>
                              </w:rPr>
                              <w:t>0.79</w:t>
                            </w:r>
                            <w:r w:rsidR="002D0F2B" w:rsidRPr="002D0F2B">
                              <w:rPr>
                                <w:rFonts w:ascii="Times New Roman" w:eastAsia="ＭＳ 明朝" w:hAnsi="Times New Roman" w:cs="Times New Roman"/>
                                <w:sz w:val="21"/>
                                <w:szCs w:val="21"/>
                              </w:rPr>
                              <w:t xml:space="preserve">, </w:t>
                            </w:r>
                            <w:r w:rsidR="00B04DCE">
                              <w:rPr>
                                <w:rFonts w:ascii="Times New Roman" w:eastAsia="ＭＳ 明朝" w:hAnsi="Times New Roman" w:cs="Times New Roman"/>
                                <w:sz w:val="21"/>
                                <w:szCs w:val="21"/>
                              </w:rPr>
                              <w:t>0.79</w:t>
                            </w:r>
                            <w:r w:rsidR="002D0F2B" w:rsidRPr="002D0F2B">
                              <w:rPr>
                                <w:rFonts w:ascii="Times New Roman" w:eastAsia="ＭＳ 明朝" w:hAnsi="Times New Roman" w:cs="Times New Roman"/>
                                <w:sz w:val="21"/>
                                <w:szCs w:val="21"/>
                              </w:rPr>
                              <w:t xml:space="preserve">, and </w:t>
                            </w:r>
                            <w:r w:rsidR="00B04DCE">
                              <w:rPr>
                                <w:rFonts w:ascii="Times New Roman" w:eastAsia="ＭＳ 明朝" w:hAnsi="Times New Roman" w:cs="Times New Roman"/>
                                <w:sz w:val="21"/>
                                <w:szCs w:val="21"/>
                              </w:rPr>
                              <w:t>0.71</w:t>
                            </w:r>
                            <w:r w:rsidR="002D0F2B" w:rsidRPr="002D0F2B">
                              <w:rPr>
                                <w:rFonts w:ascii="Times New Roman" w:eastAsia="ＭＳ 明朝" w:hAnsi="Times New Roman" w:cs="Times New Roman"/>
                                <w:sz w:val="21"/>
                                <w:szCs w:val="21"/>
                              </w:rPr>
                              <w:t>, respectively.</w:t>
                            </w:r>
                          </w:p>
                          <w:p w14:paraId="2C896DA9" w14:textId="736256A0" w:rsidR="00EE4F48" w:rsidRPr="0074085A" w:rsidRDefault="00EE4F48" w:rsidP="00EE4F48">
                            <w:pPr>
                              <w:rPr>
                                <w:rFonts w:ascii="Times New Roman" w:hAnsi="Times New Roman" w:cs="ＭＳ 明朝"/>
                                <w:sz w:val="21"/>
                                <w:szCs w:val="21"/>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CD305" id="_x0000_s1075" type="#_x0000_t202" style="position:absolute;margin-left:6.7pt;margin-top:264.15pt;width:376.15pt;height:10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" filled="f" stroked="f" strokeweight=".5pt">
                <v:textbox inset="5.85pt,.7pt,5.85pt,.7pt">
                  <w:txbxContent>
                    <w:p w14:paraId="605D390B" w14:textId="44B201A1" w:rsidR="0074085A" w:rsidRPr="008A1211" w:rsidRDefault="00EE4F48" w:rsidP="0074085A">
                      <w:pPr>
                        <w:rPr>
                          <w:rFonts w:ascii="Times New Roman" w:hAnsi="Times New Roman" w:cs="ＭＳ 明朝"/>
                          <w:sz w:val="21"/>
                          <w:szCs w:val="21"/>
                        </w:rPr>
                      </w:pPr>
                      <w:r w:rsidRPr="00660317">
                        <w:rPr>
                          <w:rFonts w:ascii="Times New Roman" w:hAnsi="Times New Roman" w:cs="Times New Roman"/>
                          <w:b/>
                          <w:bCs/>
                        </w:rPr>
                        <w:t>Fig.</w:t>
                      </w:r>
                      <w:r>
                        <w:rPr>
                          <w:rFonts w:ascii="Times New Roman" w:hAnsi="Times New Roman" w:cs="Times New Roman"/>
                          <w:b/>
                          <w:bCs/>
                        </w:rPr>
                        <w:t xml:space="preserve"> S5</w:t>
                      </w:r>
                      <w:r>
                        <w:rPr>
                          <w:rFonts w:ascii="Times New Roman" w:hAnsi="Times New Roman" w:cs="Times New Roman"/>
                        </w:rPr>
                        <w:t xml:space="preserve"> </w:t>
                      </w:r>
                      <w:r w:rsidR="00FA5D63" w:rsidRPr="00FA5D63">
                        <w:rPr>
                          <w:rFonts w:ascii="Times New Roman" w:hAnsi="Times New Roman" w:cs="Times New Roman"/>
                        </w:rPr>
                        <w:t>Relationships between the storage modulus G′ and the effective spring constants derived from (a) lateral capillary interactions and (b) interfacial capillary forces</w:t>
                      </w:r>
                      <w:r w:rsidR="0074085A">
                        <w:rPr>
                          <w:rFonts w:ascii="Times New Roman" w:hAnsi="Times New Roman" w:cs="Times New Roman"/>
                        </w:rPr>
                        <w:t xml:space="preserve">. </w:t>
                      </w:r>
                      <w:r w:rsidR="0074085A" w:rsidRPr="00996663">
                        <w:rPr>
                          <w:rFonts w:ascii="Times New Roman" w:hAnsi="Times New Roman" w:cs="ＭＳ 明朝"/>
                          <w:sz w:val="21"/>
                          <w:szCs w:val="21"/>
                        </w:rPr>
                        <w:t>The solid lines represent the linear regression fits (G’</w:t>
                      </w:r>
                      <w:r w:rsidR="0074085A" w:rsidRPr="00996663">
                        <w:rPr>
                          <w:rFonts w:ascii="Cambria Math" w:hAnsi="Cambria Math" w:cs="Cambria Math"/>
                          <w:sz w:val="21"/>
                          <w:szCs w:val="21"/>
                        </w:rPr>
                        <w:t>∝</w:t>
                      </w:r>
                      <w:r w:rsidR="0074085A" w:rsidRPr="00996663">
                        <w:rPr>
                          <w:rFonts w:ascii="Times New Roman" w:hAnsi="Times New Roman" w:cs="ＭＳ 明朝"/>
                          <w:i/>
                          <w:sz w:val="21"/>
                          <w:szCs w:val="21"/>
                        </w:rPr>
                        <w:t xml:space="preserve"> </w:t>
                      </w:r>
                      <m:oMath>
                        <m:sSup>
                          <m:sSupPr>
                            <m:ctrlPr>
                              <w:rPr>
                                <w:rFonts w:ascii="Cambria Math" w:hAnsi="Cambria Math" w:cs="ＭＳ 明朝"/>
                                <w:i/>
                                <w:sz w:val="21"/>
                                <w:szCs w:val="21"/>
                              </w:rPr>
                            </m:ctrlPr>
                          </m:sSupPr>
                          <m:e>
                            <m:d>
                              <m:dPr>
                                <m:ctrlPr>
                                  <w:rPr>
                                    <w:rFonts w:ascii="Cambria Math" w:hAnsi="Cambria Math" w:cs="ＭＳ 明朝"/>
                                    <w:i/>
                                    <w:sz w:val="21"/>
                                    <w:szCs w:val="21"/>
                                  </w:rPr>
                                </m:ctrlPr>
                              </m:dPr>
                              <m:e>
                                <m:r>
                                  <w:rPr>
                                    <w:rFonts w:ascii="Cambria Math" w:eastAsia="ヒラギノ角ゴ ProN W3" w:hAnsi="Cambria Math"/>
                                    <w:sz w:val="21"/>
                                    <w:szCs w:val="21"/>
                                  </w:rPr>
                                  <m:t>k</m:t>
                                </m:r>
                              </m:e>
                            </m:d>
                          </m:e>
                          <m:sup>
                            <m:r>
                              <w:rPr>
                                <w:rFonts w:ascii="Cambria Math" w:eastAsia="ヒラギノ角ゴ ProN W3" w:hAnsi="Cambria Math"/>
                                <w:sz w:val="21"/>
                                <w:szCs w:val="21"/>
                              </w:rPr>
                              <m:t>α</m:t>
                            </m:r>
                          </m:sup>
                        </m:sSup>
                      </m:oMath>
                      <w:r w:rsidR="0074085A" w:rsidRPr="00996663">
                        <w:rPr>
                          <w:rFonts w:ascii="Times New Roman" w:hAnsi="Times New Roman" w:cs="ＭＳ 明朝"/>
                          <w:sz w:val="21"/>
                          <w:szCs w:val="21"/>
                        </w:rPr>
                        <w:t>) for each strain condition</w:t>
                      </w:r>
                      <w:r w:rsidR="002D0F2B">
                        <w:rPr>
                          <w:rFonts w:ascii="ＭＳ 明朝" w:eastAsia="ＭＳ 明朝" w:hAnsi="ＭＳ 明朝" w:cs="ＭＳ 明朝"/>
                          <w:sz w:val="21"/>
                          <w:szCs w:val="21"/>
                        </w:rPr>
                        <w:t>.</w:t>
                      </w:r>
                      <w:r w:rsidR="002D0F2B" w:rsidRPr="002D0F2B">
                        <w:rPr>
                          <w:rFonts w:ascii="Times New Roman" w:eastAsia="ＭＳ 明朝" w:hAnsi="Times New Roman" w:cs="Times New Roman"/>
                          <w:sz w:val="21"/>
                          <w:szCs w:val="21"/>
                        </w:rPr>
                        <w:t xml:space="preserve"> For the lateral capillary interaction (a), the coefficients of determination (R²) for strain amplitudes of 10</w:t>
                      </w:r>
                      <w:r w:rsidR="002D0F2B" w:rsidRPr="002D0F2B">
                        <w:rPr>
                          <w:rFonts w:ascii="Times New Roman" w:eastAsia="ＭＳ 明朝" w:hAnsi="Times New Roman" w:cs="Times New Roman"/>
                          <w:sz w:val="21"/>
                          <w:szCs w:val="21"/>
                          <w:vertAlign w:val="superscript"/>
                        </w:rPr>
                        <w:t>⁻5</w:t>
                      </w:r>
                      <w:r w:rsidR="002D0F2B" w:rsidRPr="002D0F2B">
                        <w:rPr>
                          <w:rFonts w:ascii="Times New Roman" w:eastAsia="ＭＳ 明朝" w:hAnsi="Times New Roman" w:cs="Times New Roman"/>
                          <w:sz w:val="21"/>
                          <w:szCs w:val="21"/>
                        </w:rPr>
                        <w:t>, 10</w:t>
                      </w:r>
                      <w:r w:rsidR="002D0F2B" w:rsidRPr="002D0F2B">
                        <w:rPr>
                          <w:rFonts w:ascii="Times New Roman" w:eastAsia="ＭＳ 明朝" w:hAnsi="Times New Roman" w:cs="Times New Roman"/>
                          <w:sz w:val="21"/>
                          <w:szCs w:val="21"/>
                          <w:vertAlign w:val="superscript"/>
                        </w:rPr>
                        <w:t>⁻4</w:t>
                      </w:r>
                      <w:r w:rsidR="002D0F2B" w:rsidRPr="002D0F2B">
                        <w:rPr>
                          <w:rFonts w:ascii="Times New Roman" w:eastAsia="ＭＳ 明朝" w:hAnsi="Times New Roman" w:cs="Times New Roman"/>
                          <w:sz w:val="21"/>
                          <w:szCs w:val="21"/>
                        </w:rPr>
                        <w:t>, and 10</w:t>
                      </w:r>
                      <w:r w:rsidR="002D0F2B" w:rsidRPr="002D0F2B">
                        <w:rPr>
                          <w:rFonts w:ascii="Times New Roman" w:eastAsia="ＭＳ 明朝" w:hAnsi="Times New Roman" w:cs="Times New Roman"/>
                          <w:sz w:val="21"/>
                          <w:szCs w:val="21"/>
                          <w:vertAlign w:val="superscript"/>
                        </w:rPr>
                        <w:t>⁻3</w:t>
                      </w:r>
                      <w:r w:rsidR="002D0F2B" w:rsidRPr="002D0F2B">
                        <w:rPr>
                          <w:rFonts w:ascii="Times New Roman" w:eastAsia="ＭＳ 明朝" w:hAnsi="Times New Roman" w:cs="Times New Roman"/>
                          <w:sz w:val="21"/>
                          <w:szCs w:val="21"/>
                        </w:rPr>
                        <w:t xml:space="preserve"> are </w:t>
                      </w:r>
                      <w:r w:rsidR="00B04DCE">
                        <w:rPr>
                          <w:rFonts w:ascii="Times New Roman" w:eastAsia="ＭＳ 明朝" w:hAnsi="Times New Roman" w:cs="Times New Roman"/>
                          <w:sz w:val="21"/>
                          <w:szCs w:val="21"/>
                        </w:rPr>
                        <w:t>0.82</w:t>
                      </w:r>
                      <w:r w:rsidR="002D0F2B" w:rsidRPr="002D0F2B">
                        <w:rPr>
                          <w:rFonts w:ascii="Times New Roman" w:eastAsia="ＭＳ 明朝" w:hAnsi="Times New Roman" w:cs="Times New Roman"/>
                          <w:sz w:val="21"/>
                          <w:szCs w:val="21"/>
                        </w:rPr>
                        <w:t xml:space="preserve">, </w:t>
                      </w:r>
                      <w:r w:rsidR="00B04DCE">
                        <w:rPr>
                          <w:rFonts w:ascii="Times New Roman" w:eastAsia="ＭＳ 明朝" w:hAnsi="Times New Roman" w:cs="Times New Roman"/>
                          <w:sz w:val="21"/>
                          <w:szCs w:val="21"/>
                        </w:rPr>
                        <w:t>0.86</w:t>
                      </w:r>
                      <w:r w:rsidR="002D0F2B" w:rsidRPr="002D0F2B">
                        <w:rPr>
                          <w:rFonts w:ascii="Times New Roman" w:eastAsia="ＭＳ 明朝" w:hAnsi="Times New Roman" w:cs="Times New Roman"/>
                          <w:sz w:val="21"/>
                          <w:szCs w:val="21"/>
                        </w:rPr>
                        <w:t xml:space="preserve">, and </w:t>
                      </w:r>
                      <w:r w:rsidR="00B04DCE">
                        <w:rPr>
                          <w:rFonts w:ascii="Times New Roman" w:eastAsia="ＭＳ 明朝" w:hAnsi="Times New Roman" w:cs="Times New Roman"/>
                          <w:sz w:val="21"/>
                          <w:szCs w:val="21"/>
                        </w:rPr>
                        <w:t>0.77</w:t>
                      </w:r>
                      <w:r w:rsidR="002D0F2B" w:rsidRPr="002D0F2B">
                        <w:rPr>
                          <w:rFonts w:ascii="Times New Roman" w:eastAsia="ＭＳ 明朝" w:hAnsi="Times New Roman" w:cs="Times New Roman"/>
                          <w:sz w:val="21"/>
                          <w:szCs w:val="21"/>
                        </w:rPr>
                        <w:t xml:space="preserve">, respectively. For the interfacial capillary force (b), the corresponding R² values are </w:t>
                      </w:r>
                      <w:r w:rsidR="00B04DCE">
                        <w:rPr>
                          <w:rFonts w:ascii="Times New Roman" w:eastAsia="ＭＳ 明朝" w:hAnsi="Times New Roman" w:cs="Times New Roman"/>
                          <w:sz w:val="21"/>
                          <w:szCs w:val="21"/>
                        </w:rPr>
                        <w:t>0.79</w:t>
                      </w:r>
                      <w:r w:rsidR="002D0F2B" w:rsidRPr="002D0F2B">
                        <w:rPr>
                          <w:rFonts w:ascii="Times New Roman" w:eastAsia="ＭＳ 明朝" w:hAnsi="Times New Roman" w:cs="Times New Roman"/>
                          <w:sz w:val="21"/>
                          <w:szCs w:val="21"/>
                        </w:rPr>
                        <w:t xml:space="preserve">, </w:t>
                      </w:r>
                      <w:r w:rsidR="00B04DCE">
                        <w:rPr>
                          <w:rFonts w:ascii="Times New Roman" w:eastAsia="ＭＳ 明朝" w:hAnsi="Times New Roman" w:cs="Times New Roman"/>
                          <w:sz w:val="21"/>
                          <w:szCs w:val="21"/>
                        </w:rPr>
                        <w:t>0.79</w:t>
                      </w:r>
                      <w:r w:rsidR="002D0F2B" w:rsidRPr="002D0F2B">
                        <w:rPr>
                          <w:rFonts w:ascii="Times New Roman" w:eastAsia="ＭＳ 明朝" w:hAnsi="Times New Roman" w:cs="Times New Roman"/>
                          <w:sz w:val="21"/>
                          <w:szCs w:val="21"/>
                        </w:rPr>
                        <w:t xml:space="preserve">, and </w:t>
                      </w:r>
                      <w:r w:rsidR="00B04DCE">
                        <w:rPr>
                          <w:rFonts w:ascii="Times New Roman" w:eastAsia="ＭＳ 明朝" w:hAnsi="Times New Roman" w:cs="Times New Roman"/>
                          <w:sz w:val="21"/>
                          <w:szCs w:val="21"/>
                        </w:rPr>
                        <w:t>0.71</w:t>
                      </w:r>
                      <w:r w:rsidR="002D0F2B" w:rsidRPr="002D0F2B">
                        <w:rPr>
                          <w:rFonts w:ascii="Times New Roman" w:eastAsia="ＭＳ 明朝" w:hAnsi="Times New Roman" w:cs="Times New Roman"/>
                          <w:sz w:val="21"/>
                          <w:szCs w:val="21"/>
                        </w:rPr>
                        <w:t>, respectively.</w:t>
                      </w:r>
                    </w:p>
                    <w:p w14:paraId="2C896DA9" w14:textId="736256A0" w:rsidR="00EE4F48" w:rsidRPr="0074085A" w:rsidRDefault="00EE4F48" w:rsidP="00EE4F48">
                      <w:pPr>
                        <w:rPr>
                          <w:rFonts w:ascii="Times New Roman" w:hAnsi="Times New Roman" w:cs="ＭＳ 明朝"/>
                          <w:sz w:val="21"/>
                          <w:szCs w:val="21"/>
                        </w:rPr>
                      </w:pPr>
                    </w:p>
                  </w:txbxContent>
                </v:textbox>
                <w10:wrap type="square"/>
              </v:shape>
            </w:pict>
          </mc:Fallback>
        </mc:AlternateContent>
      </w:r>
      <w:r w:rsidRPr="00BF0CFF">
        <w:rPr>
          <w:noProof/>
          <w:color w:val="000000" w:themeColor="text1"/>
          <w14:ligatures w14:val="none"/>
        </w:rPr>
        <w:drawing>
          <wp:anchor distT="0" distB="0" distL="114300" distR="114300" simplePos="0" relativeHeight="251664382" behindDoc="0" locked="0" layoutInCell="1" allowOverlap="1" wp14:anchorId="2F4C1FAE" wp14:editId="1C3970C3">
            <wp:simplePos x="0" y="0"/>
            <wp:positionH relativeFrom="column">
              <wp:posOffset>2428875</wp:posOffset>
            </wp:positionH>
            <wp:positionV relativeFrom="paragraph">
              <wp:posOffset>1165860</wp:posOffset>
            </wp:positionV>
            <wp:extent cx="2337435" cy="2112010"/>
            <wp:effectExtent l="0" t="0" r="0" b="0"/>
            <wp:wrapTopAndBottom/>
            <wp:docPr id="525228938"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28938" name="図 525228938"/>
                    <pic:cNvPicPr/>
                  </pic:nvPicPr>
                  <pic:blipFill>
                    <a:blip r:embed="rId38"/>
                    <a:stretch>
                      <a:fillRect/>
                    </a:stretch>
                  </pic:blipFill>
                  <pic:spPr>
                    <a:xfrm>
                      <a:off x="0" y="0"/>
                      <a:ext cx="2337435" cy="2112010"/>
                    </a:xfrm>
                    <a:prstGeom prst="rect">
                      <a:avLst/>
                    </a:prstGeom>
                  </pic:spPr>
                </pic:pic>
              </a:graphicData>
            </a:graphic>
            <wp14:sizeRelH relativeFrom="margin">
              <wp14:pctWidth>0</wp14:pctWidth>
            </wp14:sizeRelH>
            <wp14:sizeRelV relativeFrom="margin">
              <wp14:pctHeight>0</wp14:pctHeight>
            </wp14:sizeRelV>
          </wp:anchor>
        </w:drawing>
      </w:r>
      <w:r w:rsidRPr="00BF0CFF">
        <w:rPr>
          <w:noProof/>
          <w:color w:val="000000" w:themeColor="text1"/>
          <w14:ligatures w14:val="none"/>
        </w:rPr>
        <mc:AlternateContent>
          <mc:Choice Requires="wpg">
            <w:drawing>
              <wp:anchor distT="0" distB="0" distL="114300" distR="114300" simplePos="0" relativeHeight="251724800" behindDoc="0" locked="0" layoutInCell="1" allowOverlap="1" wp14:anchorId="214D3131" wp14:editId="052F250E">
                <wp:simplePos x="0" y="0"/>
                <wp:positionH relativeFrom="column">
                  <wp:posOffset>198302</wp:posOffset>
                </wp:positionH>
                <wp:positionV relativeFrom="paragraph">
                  <wp:posOffset>1120050</wp:posOffset>
                </wp:positionV>
                <wp:extent cx="3021330" cy="2058670"/>
                <wp:effectExtent l="0" t="0" r="0" b="0"/>
                <wp:wrapNone/>
                <wp:docPr id="1952170495" name="グループ化 41"/>
                <wp:cNvGraphicFramePr/>
                <a:graphic xmlns:a="http://schemas.openxmlformats.org/drawingml/2006/main">
                  <a:graphicData uri="http://schemas.microsoft.com/office/word/2010/wordprocessingGroup">
                    <wpg:wgp>
                      <wpg:cNvGrpSpPr/>
                      <wpg:grpSpPr>
                        <a:xfrm>
                          <a:off x="0" y="0"/>
                          <a:ext cx="3021330" cy="2058670"/>
                          <a:chOff x="0" y="0"/>
                          <a:chExt cx="3021571" cy="2059129"/>
                        </a:xfrm>
                      </wpg:grpSpPr>
                      <pic:pic xmlns:pic="http://schemas.openxmlformats.org/drawingml/2006/picture">
                        <pic:nvPicPr>
                          <pic:cNvPr id="1357053951" name="図 39"/>
                          <pic:cNvPicPr>
                            <a:picLocks noChangeAspect="1"/>
                          </pic:cNvPicPr>
                        </pic:nvPicPr>
                        <pic:blipFill>
                          <a:blip r:embed="rId39"/>
                          <a:stretch>
                            <a:fillRect/>
                          </a:stretch>
                        </pic:blipFill>
                        <pic:spPr>
                          <a:xfrm>
                            <a:off x="0" y="70944"/>
                            <a:ext cx="2191385" cy="1988185"/>
                          </a:xfrm>
                          <a:prstGeom prst="rect">
                            <a:avLst/>
                          </a:prstGeom>
                        </pic:spPr>
                      </pic:pic>
                      <wps:wsp>
                        <wps:cNvPr id="1967566613" name="テキスト ボックス 1"/>
                        <wps:cNvSpPr txBox="1"/>
                        <wps:spPr>
                          <a:xfrm>
                            <a:off x="370489" y="7882"/>
                            <a:ext cx="404495" cy="244475"/>
                          </a:xfrm>
                          <a:prstGeom prst="rect">
                            <a:avLst/>
                          </a:prstGeom>
                          <a:noFill/>
                          <a:ln w="6350">
                            <a:noFill/>
                          </a:ln>
                        </wps:spPr>
                        <wps:txbx>
                          <w:txbxContent>
                            <w:p w14:paraId="7C335EAE" w14:textId="52CE051F" w:rsidR="003168F4" w:rsidRPr="003168F4" w:rsidRDefault="003168F4" w:rsidP="003168F4">
                              <w:pPr>
                                <w:rPr>
                                  <w:rFonts w:ascii="Times New Roman" w:hAnsi="Times New Roman" w:cs="Times New Roman"/>
                                  <w:sz w:val="21"/>
                                  <w:szCs w:val="21"/>
                                </w:rPr>
                              </w:pPr>
                              <w:r w:rsidRPr="003168F4">
                                <w:rPr>
                                  <w:rFonts w:ascii="Times New Roman" w:eastAsia="ＭＳ 明朝" w:hAnsi="Times New Roman" w:cs="Times New Roman"/>
                                  <w:sz w:val="21"/>
                                  <w:szCs w:val="21"/>
                                </w:rPr>
                                <w:t>(a)</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s:wsp>
                        <wps:cNvPr id="1403397449" name="テキスト ボックス 1"/>
                        <wps:cNvSpPr txBox="1"/>
                        <wps:spPr>
                          <a:xfrm>
                            <a:off x="2617076" y="0"/>
                            <a:ext cx="404495" cy="244475"/>
                          </a:xfrm>
                          <a:prstGeom prst="rect">
                            <a:avLst/>
                          </a:prstGeom>
                          <a:noFill/>
                          <a:ln w="6350">
                            <a:noFill/>
                          </a:ln>
                        </wps:spPr>
                        <wps:txbx>
                          <w:txbxContent>
                            <w:p w14:paraId="684319AF" w14:textId="19AECA6A" w:rsidR="003168F4" w:rsidRPr="003168F4" w:rsidRDefault="003168F4" w:rsidP="003168F4">
                              <w:pPr>
                                <w:rPr>
                                  <w:rFonts w:ascii="Times New Roman" w:hAnsi="Times New Roman" w:cs="Times New Roman"/>
                                  <w:sz w:val="21"/>
                                  <w:szCs w:val="21"/>
                                </w:rPr>
                              </w:pPr>
                              <w:r w:rsidRPr="003168F4">
                                <w:rPr>
                                  <w:rFonts w:ascii="Times New Roman" w:eastAsia="ＭＳ 明朝" w:hAnsi="Times New Roman" w:cs="Times New Roman"/>
                                  <w:sz w:val="21"/>
                                  <w:szCs w:val="21"/>
                                </w:rPr>
                                <w:t>(</w:t>
                              </w:r>
                              <w:r>
                                <w:rPr>
                                  <w:rFonts w:ascii="Times New Roman" w:eastAsia="ＭＳ 明朝" w:hAnsi="Times New Roman" w:cs="Times New Roman"/>
                                  <w:sz w:val="21"/>
                                  <w:szCs w:val="21"/>
                                </w:rPr>
                                <w:t>b</w:t>
                              </w:r>
                              <w:r w:rsidRPr="003168F4">
                                <w:rPr>
                                  <w:rFonts w:ascii="Times New Roman" w:eastAsia="ＭＳ 明朝" w:hAnsi="Times New Roman" w:cs="Times New Roman"/>
                                  <w:sz w:val="21"/>
                                  <w:szCs w:val="21"/>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g:wgp>
                  </a:graphicData>
                </a:graphic>
              </wp:anchor>
            </w:drawing>
          </mc:Choice>
          <mc:Fallback>
            <w:pict>
              <v:group w14:anchorId="214D3131" id="グループ化 41" o:spid="_x0000_s1076" style="position:absolute;margin-left:15.6pt;margin-top:88.2pt;width:237.9pt;height:162.1pt;z-index:251724800" coordsize="30215,20591"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">
                <v:shape id="図 39" o:spid="_x0000_s1077" type="#_x0000_t75" style="position:absolute;top:709;width:21913;height:198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">
                  <v:imagedata r:id="rId40" o:title=""/>
                </v:shape>
                <v:shape id="_x0000_s1078" type="#_x0000_t202" style="position:absolute;left:3704;top:78;width:4045;height:24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" filled="f" stroked="f" strokeweight=".5pt">
                  <v:textbox inset="5.85pt,.7pt,5.85pt,.7pt">
                    <w:txbxContent>
                      <w:p w14:paraId="7C335EAE" w14:textId="52CE051F" w:rsidR="003168F4" w:rsidRPr="003168F4" w:rsidRDefault="003168F4" w:rsidP="003168F4">
                        <w:pPr>
                          <w:rPr>
                            <w:rFonts w:ascii="Times New Roman" w:hAnsi="Times New Roman" w:cs="Times New Roman"/>
                            <w:sz w:val="21"/>
                            <w:szCs w:val="21"/>
                          </w:rPr>
                        </w:pPr>
                        <w:r w:rsidRPr="003168F4">
                          <w:rPr>
                            <w:rFonts w:ascii="Times New Roman" w:eastAsia="ＭＳ 明朝" w:hAnsi="Times New Roman" w:cs="Times New Roman"/>
                            <w:sz w:val="21"/>
                            <w:szCs w:val="21"/>
                          </w:rPr>
                          <w:t>(a)</w:t>
                        </w:r>
                      </w:p>
                    </w:txbxContent>
                  </v:textbox>
                </v:shape>
                <v:shape id="_x0000_s1079" type="#_x0000_t202" style="position:absolute;left:26170;width:4045;height:2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" filled="f" stroked="f" strokeweight=".5pt">
                  <v:textbox inset="5.85pt,.7pt,5.85pt,.7pt">
                    <w:txbxContent>
                      <w:p w14:paraId="684319AF" w14:textId="19AECA6A" w:rsidR="003168F4" w:rsidRPr="003168F4" w:rsidRDefault="003168F4" w:rsidP="003168F4">
                        <w:pPr>
                          <w:rPr>
                            <w:rFonts w:ascii="Times New Roman" w:hAnsi="Times New Roman" w:cs="Times New Roman"/>
                            <w:sz w:val="21"/>
                            <w:szCs w:val="21"/>
                          </w:rPr>
                        </w:pPr>
                        <w:r w:rsidRPr="003168F4">
                          <w:rPr>
                            <w:rFonts w:ascii="Times New Roman" w:eastAsia="ＭＳ 明朝" w:hAnsi="Times New Roman" w:cs="Times New Roman"/>
                            <w:sz w:val="21"/>
                            <w:szCs w:val="21"/>
                          </w:rPr>
                          <w:t>(</w:t>
                        </w:r>
                        <w:r>
                          <w:rPr>
                            <w:rFonts w:ascii="Times New Roman" w:eastAsia="ＭＳ 明朝" w:hAnsi="Times New Roman" w:cs="Times New Roman"/>
                            <w:sz w:val="21"/>
                            <w:szCs w:val="21"/>
                          </w:rPr>
                          <w:t>b</w:t>
                        </w:r>
                        <w:r w:rsidRPr="003168F4">
                          <w:rPr>
                            <w:rFonts w:ascii="Times New Roman" w:eastAsia="ＭＳ 明朝" w:hAnsi="Times New Roman" w:cs="Times New Roman"/>
                            <w:sz w:val="21"/>
                            <w:szCs w:val="21"/>
                          </w:rPr>
                          <w:t>)</w:t>
                        </w:r>
                      </w:p>
                    </w:txbxContent>
                  </v:textbox>
                </v:shape>
              </v:group>
            </w:pict>
          </mc:Fallback>
        </mc:AlternateContent>
      </w:r>
      <w:r w:rsidR="007E18B8" w:rsidRPr="00BF0CFF">
        <w:rPr>
          <w:rFonts w:ascii="Times New Roman" w:hAnsi="Times New Roman" w:cs="Times New Roman"/>
          <w:color w:val="000000" w:themeColor="text1"/>
        </w:rPr>
        <w:br w:type="page"/>
      </w:r>
    </w:p>
    <w:p w14:paraId="5A634952" w14:textId="258EF988" w:rsidR="003E2603" w:rsidRPr="00BF0CFF" w:rsidRDefault="00C55088">
      <w:pPr>
        <w:rPr>
          <w:rFonts w:ascii="Times New Roman" w:hAnsi="Times New Roman" w:cs="Times New Roman"/>
          <w:b/>
          <w:bCs/>
          <w:color w:val="000000" w:themeColor="text1"/>
        </w:rPr>
      </w:pPr>
      <w:r w:rsidRPr="00BF0CFF">
        <w:rPr>
          <w:rFonts w:ascii="Times New Roman" w:hAnsi="Times New Roman" w:cs="Times New Roman"/>
          <w:b/>
          <w:bCs/>
          <w:color w:val="000000" w:themeColor="text1"/>
        </w:rPr>
        <w:lastRenderedPageBreak/>
        <w:t xml:space="preserve">Reference </w:t>
      </w:r>
    </w:p>
    <w:sdt>
      <w:sdtPr>
        <w:rPr>
          <w:rFonts w:ascii="Times New Roman" w:hAnsi="Times New Roman" w:cs="Times New Roman" w:hint="eastAsia"/>
          <w:color w:val="000000" w:themeColor="text1"/>
        </w:rPr>
        <w:tag w:val="MENDELEY_BIBLIOGRAPHY"/>
        <w:id w:val="445576311"/>
        <w:placeholder>
          <w:docPart w:val="DefaultPlaceholder_-1854013440"/>
        </w:placeholder>
      </w:sdtPr>
      <w:sdtContent>
        <w:p w14:paraId="69F2D198" w14:textId="77777777" w:rsidR="00DF27B2" w:rsidRPr="00BF0CFF" w:rsidRDefault="00DF27B2">
          <w:pPr>
            <w:autoSpaceDE w:val="0"/>
            <w:autoSpaceDN w:val="0"/>
            <w:ind w:hanging="640"/>
            <w:divId w:val="166989980"/>
            <w:rPr>
              <w:rFonts w:ascii="Times New Roman" w:hAnsi="Times New Roman" w:cs="Times New Roman"/>
              <w:color w:val="000000" w:themeColor="text1"/>
              <w:kern w:val="0"/>
              <w14:ligatures w14:val="none"/>
            </w:rPr>
          </w:pPr>
          <w:r w:rsidRPr="00BF0CFF">
            <w:rPr>
              <w:rFonts w:ascii="Times New Roman" w:hAnsi="Times New Roman" w:cs="Times New Roman"/>
              <w:color w:val="000000" w:themeColor="text1"/>
            </w:rPr>
            <w:t xml:space="preserve">1. </w:t>
          </w:r>
          <w:r w:rsidRPr="00BF0CFF">
            <w:rPr>
              <w:rFonts w:ascii="Times New Roman" w:hAnsi="Times New Roman" w:cs="Times New Roman"/>
              <w:color w:val="000000" w:themeColor="text1"/>
            </w:rPr>
            <w:tab/>
            <w:t>Miller, J.N., Miller, J.C.: Statistics and chemometrics for analytical chemistry. Prentice Hall (2000)</w:t>
          </w:r>
        </w:p>
        <w:p w14:paraId="235FB22D" w14:textId="77777777" w:rsidR="00DF27B2" w:rsidRPr="00BF0CFF" w:rsidRDefault="00DF27B2">
          <w:pPr>
            <w:autoSpaceDE w:val="0"/>
            <w:autoSpaceDN w:val="0"/>
            <w:ind w:hanging="640"/>
            <w:divId w:val="1635140032"/>
            <w:rPr>
              <w:rFonts w:ascii="Times New Roman" w:hAnsi="Times New Roman" w:cs="Times New Roman"/>
              <w:color w:val="000000" w:themeColor="text1"/>
            </w:rPr>
          </w:pPr>
          <w:r w:rsidRPr="00BF0CFF">
            <w:rPr>
              <w:rFonts w:ascii="Times New Roman" w:hAnsi="Times New Roman" w:cs="Times New Roman"/>
              <w:color w:val="000000" w:themeColor="text1"/>
            </w:rPr>
            <w:t xml:space="preserve">2. </w:t>
          </w:r>
          <w:r w:rsidRPr="00BF0CFF">
            <w:rPr>
              <w:rFonts w:ascii="Times New Roman" w:hAnsi="Times New Roman" w:cs="Times New Roman"/>
              <w:color w:val="000000" w:themeColor="text1"/>
            </w:rPr>
            <w:tab/>
            <w:t xml:space="preserve">Hyun, K., Wilhelm, M., Klein, C.O., Cho, K.S., Nam, J.G., Ahn, K.H., Lee, S.J., Ewoldt, R.H., McKinley, G.H.: A review of nonlinear oscillatory shear tests: Analysis and application of large amplitude oscillatory shear (LAOS). Prog. </w:t>
          </w:r>
          <w:proofErr w:type="spellStart"/>
          <w:r w:rsidRPr="00BF0CFF">
            <w:rPr>
              <w:rFonts w:ascii="Times New Roman" w:hAnsi="Times New Roman" w:cs="Times New Roman"/>
              <w:color w:val="000000" w:themeColor="text1"/>
            </w:rPr>
            <w:t>Polym</w:t>
          </w:r>
          <w:proofErr w:type="spellEnd"/>
          <w:r w:rsidRPr="00BF0CFF">
            <w:rPr>
              <w:rFonts w:ascii="Times New Roman" w:hAnsi="Times New Roman" w:cs="Times New Roman"/>
              <w:color w:val="000000" w:themeColor="text1"/>
            </w:rPr>
            <w:t>. Sci. 36, 1697–1753 (2011). https://doi.org/10.1016/j.progpolymsci.2011.02.002</w:t>
          </w:r>
        </w:p>
        <w:p w14:paraId="32AE845A" w14:textId="294328CA" w:rsidR="00C55088" w:rsidRPr="00BF0CFF" w:rsidRDefault="00DF27B2">
          <w:pPr>
            <w:rPr>
              <w:rFonts w:ascii="Times New Roman" w:hAnsi="Times New Roman" w:cs="Times New Roman"/>
              <w:color w:val="000000" w:themeColor="text1"/>
            </w:rPr>
          </w:pPr>
          <w:r w:rsidRPr="00BF0CFF">
            <w:rPr>
              <w:rFonts w:ascii="Times New Roman" w:hAnsi="Times New Roman" w:cs="Times New Roman"/>
              <w:color w:val="000000" w:themeColor="text1"/>
            </w:rPr>
            <w:t> </w:t>
          </w:r>
        </w:p>
      </w:sdtContent>
    </w:sdt>
    <w:sectPr w:rsidR="00C55088" w:rsidRPr="00BF0CFF" w:rsidSect="005E7343">
      <w:pgSz w:w="11906" w:h="16838"/>
      <w:pgMar w:top="1474" w:right="2495" w:bottom="4351" w:left="2001" w:header="720" w:footer="3742" w:gutter="0"/>
      <w:cols w:space="425"/>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C4FDC0" w14:textId="77777777" w:rsidR="00B46F6A" w:rsidRDefault="00B46F6A" w:rsidP="0092066C">
      <w:pPr>
        <w:spacing w:after="0" w:line="240" w:lineRule="auto"/>
      </w:pPr>
      <w:r>
        <w:separator/>
      </w:r>
    </w:p>
  </w:endnote>
  <w:endnote w:type="continuationSeparator" w:id="0">
    <w:p w14:paraId="10E09920" w14:textId="77777777" w:rsidR="00B46F6A" w:rsidRDefault="00B46F6A" w:rsidP="00920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 w:name="Courier">
    <w:panose1 w:val="02070309020205020404"/>
    <w:charset w:val="00"/>
    <w:family w:val="modern"/>
    <w:pitch w:val="fixed"/>
    <w:sig w:usb0="E0002AFF" w:usb1="C0007843" w:usb2="00000009" w:usb3="00000000" w:csb0="000001FF" w:csb1="00000000"/>
  </w:font>
  <w:font w:name="ヒラギノ角ゴ ProN W3">
    <w:panose1 w:val="020B0300000000000000"/>
    <w:charset w:val="80"/>
    <w:family w:val="swiss"/>
    <w:pitch w:val="variable"/>
    <w:sig w:usb0="E00002FF" w:usb1="7AC7FFFF" w:usb2="00000012" w:usb3="00000000" w:csb0="0002000D" w:csb1="00000000"/>
  </w:font>
  <w:font w:name="ＭＳ Ｐゴシック">
    <w:altName w:val="MS PGothic"/>
    <w:panose1 w:val="020B0600070205080204"/>
    <w:charset w:val="80"/>
    <w:family w:val="swiss"/>
    <w:pitch w:val="variable"/>
    <w:sig w:usb0="E00002FF" w:usb1="6AC7FDFB" w:usb2="08000012" w:usb3="00000000" w:csb0="0002009F" w:csb1="00000000"/>
  </w:font>
  <w:font w:name="ヒラギノ丸ゴ ProN W4">
    <w:altName w:val="Yu Gothic"/>
    <w:panose1 w:val="020F0400000000000000"/>
    <w:charset w:val="80"/>
    <w:family w:val="swiss"/>
    <w:pitch w:val="variable"/>
    <w:sig w:usb0="E00002FF" w:usb1="7AC7FFFF" w:usb2="00000012" w:usb3="00000000" w:csb0="0002000D" w:csb1="00000000"/>
  </w:font>
  <w:font w:name="Cambria Math">
    <w:panose1 w:val="02040503050406030204"/>
    <w:charset w:val="00"/>
    <w:family w:val="roman"/>
    <w:pitch w:val="variable"/>
    <w:sig w:usb0="E00002FF" w:usb1="42002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ＭＳ 明朝">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042E93" w14:textId="77777777" w:rsidR="00B46F6A" w:rsidRDefault="00B46F6A" w:rsidP="0092066C">
      <w:pPr>
        <w:spacing w:after="0" w:line="240" w:lineRule="auto"/>
      </w:pPr>
      <w:r>
        <w:separator/>
      </w:r>
    </w:p>
  </w:footnote>
  <w:footnote w:type="continuationSeparator" w:id="0">
    <w:p w14:paraId="65830CEC" w14:textId="77777777" w:rsidR="00B46F6A" w:rsidRDefault="00B46F6A" w:rsidP="009206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484396927">
    <w:abstractNumId w:val="8"/>
  </w:num>
  <w:num w:numId="2" w16cid:durableId="729577202">
    <w:abstractNumId w:val="6"/>
  </w:num>
  <w:num w:numId="3" w16cid:durableId="1087381977">
    <w:abstractNumId w:val="5"/>
  </w:num>
  <w:num w:numId="4" w16cid:durableId="779304328">
    <w:abstractNumId w:val="4"/>
  </w:num>
  <w:num w:numId="5" w16cid:durableId="703360552">
    <w:abstractNumId w:val="7"/>
  </w:num>
  <w:num w:numId="6" w16cid:durableId="142965628">
    <w:abstractNumId w:val="3"/>
  </w:num>
  <w:num w:numId="7" w16cid:durableId="1403335575">
    <w:abstractNumId w:val="2"/>
  </w:num>
  <w:num w:numId="8" w16cid:durableId="1359113792">
    <w:abstractNumId w:val="1"/>
  </w:num>
  <w:num w:numId="9" w16cid:durableId="16349410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8"/>
  <w:bordersDoNotSurroundHeader/>
  <w:bordersDoNotSurroundFooter/>
  <w:proofState w:spelling="clean" w:grammar="clean"/>
  <w:defaultTabStop w:val="840"/>
  <w:drawingGridHorizontalSpacing w:val="100"/>
  <w:drawingGridVerticalSpacing w:val="13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80"/>
    <w:rsid w:val="00002B8F"/>
    <w:rsid w:val="00013605"/>
    <w:rsid w:val="00015653"/>
    <w:rsid w:val="00020009"/>
    <w:rsid w:val="00020B27"/>
    <w:rsid w:val="000272FD"/>
    <w:rsid w:val="00064E4D"/>
    <w:rsid w:val="00065531"/>
    <w:rsid w:val="00083515"/>
    <w:rsid w:val="000A29B5"/>
    <w:rsid w:val="000A7B7E"/>
    <w:rsid w:val="000B6B61"/>
    <w:rsid w:val="000D47A7"/>
    <w:rsid w:val="000D6A6F"/>
    <w:rsid w:val="000E58C8"/>
    <w:rsid w:val="000F0122"/>
    <w:rsid w:val="000F5111"/>
    <w:rsid w:val="00105A70"/>
    <w:rsid w:val="00130DA7"/>
    <w:rsid w:val="00143AA0"/>
    <w:rsid w:val="001A26EF"/>
    <w:rsid w:val="001A3CC6"/>
    <w:rsid w:val="001A570D"/>
    <w:rsid w:val="001C2942"/>
    <w:rsid w:val="001D1DC8"/>
    <w:rsid w:val="001E7F60"/>
    <w:rsid w:val="001F54D3"/>
    <w:rsid w:val="00204433"/>
    <w:rsid w:val="002067DD"/>
    <w:rsid w:val="002201BE"/>
    <w:rsid w:val="002222FD"/>
    <w:rsid w:val="002428C6"/>
    <w:rsid w:val="00246C8A"/>
    <w:rsid w:val="00255FF5"/>
    <w:rsid w:val="002573D5"/>
    <w:rsid w:val="00260DA5"/>
    <w:rsid w:val="00261692"/>
    <w:rsid w:val="00277D80"/>
    <w:rsid w:val="00286B46"/>
    <w:rsid w:val="00290AF2"/>
    <w:rsid w:val="0029327B"/>
    <w:rsid w:val="00295AE0"/>
    <w:rsid w:val="00296D43"/>
    <w:rsid w:val="002B02FC"/>
    <w:rsid w:val="002B3939"/>
    <w:rsid w:val="002B61D7"/>
    <w:rsid w:val="002B7C84"/>
    <w:rsid w:val="002C16C5"/>
    <w:rsid w:val="002C16DB"/>
    <w:rsid w:val="002C35C5"/>
    <w:rsid w:val="002D0F2B"/>
    <w:rsid w:val="002D1287"/>
    <w:rsid w:val="002D1D17"/>
    <w:rsid w:val="002F0BC5"/>
    <w:rsid w:val="00300ECF"/>
    <w:rsid w:val="003168F4"/>
    <w:rsid w:val="003325D9"/>
    <w:rsid w:val="003370FF"/>
    <w:rsid w:val="00376712"/>
    <w:rsid w:val="00377D3C"/>
    <w:rsid w:val="0039709C"/>
    <w:rsid w:val="003A0742"/>
    <w:rsid w:val="003A32A8"/>
    <w:rsid w:val="003B3BA8"/>
    <w:rsid w:val="003B46A6"/>
    <w:rsid w:val="003C1390"/>
    <w:rsid w:val="003C34C4"/>
    <w:rsid w:val="003C49BC"/>
    <w:rsid w:val="003E2603"/>
    <w:rsid w:val="003E42E6"/>
    <w:rsid w:val="003F2550"/>
    <w:rsid w:val="00404312"/>
    <w:rsid w:val="00417886"/>
    <w:rsid w:val="00440569"/>
    <w:rsid w:val="004571CA"/>
    <w:rsid w:val="0048054B"/>
    <w:rsid w:val="00482F8F"/>
    <w:rsid w:val="004B15DD"/>
    <w:rsid w:val="004B2FB7"/>
    <w:rsid w:val="004D2DA1"/>
    <w:rsid w:val="004D51F4"/>
    <w:rsid w:val="004D545A"/>
    <w:rsid w:val="004E1173"/>
    <w:rsid w:val="005044C8"/>
    <w:rsid w:val="00504FB5"/>
    <w:rsid w:val="005109F2"/>
    <w:rsid w:val="00521ABB"/>
    <w:rsid w:val="00527262"/>
    <w:rsid w:val="00535FCE"/>
    <w:rsid w:val="005469B2"/>
    <w:rsid w:val="00547127"/>
    <w:rsid w:val="005515B2"/>
    <w:rsid w:val="0056678F"/>
    <w:rsid w:val="005769C7"/>
    <w:rsid w:val="00590B62"/>
    <w:rsid w:val="005969CE"/>
    <w:rsid w:val="005C7556"/>
    <w:rsid w:val="005D2792"/>
    <w:rsid w:val="005E10AE"/>
    <w:rsid w:val="005E2383"/>
    <w:rsid w:val="005E7343"/>
    <w:rsid w:val="005F40FF"/>
    <w:rsid w:val="005F60F5"/>
    <w:rsid w:val="006027B3"/>
    <w:rsid w:val="0060360A"/>
    <w:rsid w:val="00620F9C"/>
    <w:rsid w:val="00641AEC"/>
    <w:rsid w:val="00644291"/>
    <w:rsid w:val="00660317"/>
    <w:rsid w:val="00662260"/>
    <w:rsid w:val="00681188"/>
    <w:rsid w:val="006A7B54"/>
    <w:rsid w:val="006E06D5"/>
    <w:rsid w:val="006E7A46"/>
    <w:rsid w:val="007005E6"/>
    <w:rsid w:val="007344C2"/>
    <w:rsid w:val="0074085A"/>
    <w:rsid w:val="0077491C"/>
    <w:rsid w:val="0079210A"/>
    <w:rsid w:val="00793938"/>
    <w:rsid w:val="007C3FF9"/>
    <w:rsid w:val="007D3B13"/>
    <w:rsid w:val="007D678C"/>
    <w:rsid w:val="007E18B8"/>
    <w:rsid w:val="007E20CC"/>
    <w:rsid w:val="007E3D69"/>
    <w:rsid w:val="007E7962"/>
    <w:rsid w:val="007F772F"/>
    <w:rsid w:val="007F7776"/>
    <w:rsid w:val="00801E59"/>
    <w:rsid w:val="00806FE1"/>
    <w:rsid w:val="00822524"/>
    <w:rsid w:val="00833D73"/>
    <w:rsid w:val="008417F4"/>
    <w:rsid w:val="00852607"/>
    <w:rsid w:val="00855B41"/>
    <w:rsid w:val="008801CA"/>
    <w:rsid w:val="00882413"/>
    <w:rsid w:val="0089222F"/>
    <w:rsid w:val="00894B6E"/>
    <w:rsid w:val="008B0EE3"/>
    <w:rsid w:val="008B314F"/>
    <w:rsid w:val="008B47B4"/>
    <w:rsid w:val="008B6D04"/>
    <w:rsid w:val="008C40A7"/>
    <w:rsid w:val="008C6446"/>
    <w:rsid w:val="008D749F"/>
    <w:rsid w:val="008F5F1D"/>
    <w:rsid w:val="009017E6"/>
    <w:rsid w:val="009131C4"/>
    <w:rsid w:val="00914760"/>
    <w:rsid w:val="00915A40"/>
    <w:rsid w:val="0092066C"/>
    <w:rsid w:val="00934339"/>
    <w:rsid w:val="0093574C"/>
    <w:rsid w:val="009404CB"/>
    <w:rsid w:val="00942391"/>
    <w:rsid w:val="00957263"/>
    <w:rsid w:val="00986D36"/>
    <w:rsid w:val="00986FCB"/>
    <w:rsid w:val="00987D01"/>
    <w:rsid w:val="009C1271"/>
    <w:rsid w:val="009D0F54"/>
    <w:rsid w:val="009D4715"/>
    <w:rsid w:val="009D5754"/>
    <w:rsid w:val="009D738E"/>
    <w:rsid w:val="009F3EA5"/>
    <w:rsid w:val="00A455A3"/>
    <w:rsid w:val="00A55C1A"/>
    <w:rsid w:val="00A6319D"/>
    <w:rsid w:val="00A70C08"/>
    <w:rsid w:val="00A800D8"/>
    <w:rsid w:val="00A81509"/>
    <w:rsid w:val="00A86062"/>
    <w:rsid w:val="00A9348C"/>
    <w:rsid w:val="00A9453D"/>
    <w:rsid w:val="00AA34BA"/>
    <w:rsid w:val="00AA4FDE"/>
    <w:rsid w:val="00AA5477"/>
    <w:rsid w:val="00AD722D"/>
    <w:rsid w:val="00AE3293"/>
    <w:rsid w:val="00AF16E0"/>
    <w:rsid w:val="00AF60E5"/>
    <w:rsid w:val="00B04DCE"/>
    <w:rsid w:val="00B156FD"/>
    <w:rsid w:val="00B15AB1"/>
    <w:rsid w:val="00B402F3"/>
    <w:rsid w:val="00B434CD"/>
    <w:rsid w:val="00B44059"/>
    <w:rsid w:val="00B46F6A"/>
    <w:rsid w:val="00B514F4"/>
    <w:rsid w:val="00B71056"/>
    <w:rsid w:val="00B7288D"/>
    <w:rsid w:val="00B80D8E"/>
    <w:rsid w:val="00B829A5"/>
    <w:rsid w:val="00B861F5"/>
    <w:rsid w:val="00B86C94"/>
    <w:rsid w:val="00B96AD0"/>
    <w:rsid w:val="00BD2D18"/>
    <w:rsid w:val="00BD66F5"/>
    <w:rsid w:val="00BE4D3B"/>
    <w:rsid w:val="00BF0CFF"/>
    <w:rsid w:val="00C111AB"/>
    <w:rsid w:val="00C35B59"/>
    <w:rsid w:val="00C36165"/>
    <w:rsid w:val="00C3693A"/>
    <w:rsid w:val="00C55088"/>
    <w:rsid w:val="00C55439"/>
    <w:rsid w:val="00C64261"/>
    <w:rsid w:val="00C75CF3"/>
    <w:rsid w:val="00C77722"/>
    <w:rsid w:val="00CC1D49"/>
    <w:rsid w:val="00CC2B78"/>
    <w:rsid w:val="00CC5F25"/>
    <w:rsid w:val="00CD0C3D"/>
    <w:rsid w:val="00CD1FF7"/>
    <w:rsid w:val="00CD226E"/>
    <w:rsid w:val="00CE1F8A"/>
    <w:rsid w:val="00CF0784"/>
    <w:rsid w:val="00CF197E"/>
    <w:rsid w:val="00D00608"/>
    <w:rsid w:val="00D00FA6"/>
    <w:rsid w:val="00D0616A"/>
    <w:rsid w:val="00D064C7"/>
    <w:rsid w:val="00D23A73"/>
    <w:rsid w:val="00D23E13"/>
    <w:rsid w:val="00D25309"/>
    <w:rsid w:val="00D328B1"/>
    <w:rsid w:val="00D41FE4"/>
    <w:rsid w:val="00D605F4"/>
    <w:rsid w:val="00D636E4"/>
    <w:rsid w:val="00D649C0"/>
    <w:rsid w:val="00D67502"/>
    <w:rsid w:val="00D73B9C"/>
    <w:rsid w:val="00D7636D"/>
    <w:rsid w:val="00D8728D"/>
    <w:rsid w:val="00D91F2B"/>
    <w:rsid w:val="00DC6DC8"/>
    <w:rsid w:val="00DD4B0E"/>
    <w:rsid w:val="00DE4AC4"/>
    <w:rsid w:val="00DF27B2"/>
    <w:rsid w:val="00E03978"/>
    <w:rsid w:val="00E071D5"/>
    <w:rsid w:val="00E11F2C"/>
    <w:rsid w:val="00E123E9"/>
    <w:rsid w:val="00E24D09"/>
    <w:rsid w:val="00E302CB"/>
    <w:rsid w:val="00E3336F"/>
    <w:rsid w:val="00E45E6A"/>
    <w:rsid w:val="00E530F7"/>
    <w:rsid w:val="00E618D8"/>
    <w:rsid w:val="00E66A25"/>
    <w:rsid w:val="00E676AA"/>
    <w:rsid w:val="00E67EAB"/>
    <w:rsid w:val="00E86BFA"/>
    <w:rsid w:val="00EA6845"/>
    <w:rsid w:val="00EB3633"/>
    <w:rsid w:val="00ED2EA9"/>
    <w:rsid w:val="00EE17E9"/>
    <w:rsid w:val="00EE4F48"/>
    <w:rsid w:val="00EF115F"/>
    <w:rsid w:val="00EF6EE7"/>
    <w:rsid w:val="00F14334"/>
    <w:rsid w:val="00F46445"/>
    <w:rsid w:val="00F47CB4"/>
    <w:rsid w:val="00F52BF2"/>
    <w:rsid w:val="00F57FE7"/>
    <w:rsid w:val="00F63F3C"/>
    <w:rsid w:val="00F74354"/>
    <w:rsid w:val="00FA5D63"/>
    <w:rsid w:val="00FB0D79"/>
    <w:rsid w:val="00FB1FED"/>
    <w:rsid w:val="00FC1C59"/>
    <w:rsid w:val="00FC2E42"/>
    <w:rsid w:val="00FC425C"/>
    <w:rsid w:val="00FD6894"/>
    <w:rsid w:val="00FD7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B93F6D"/>
  <w15:chartTrackingRefBased/>
  <w15:docId w15:val="{3F6305B6-66C9-914F-84A1-CB1FE8E6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77D80"/>
    <w:pPr>
      <w:spacing w:after="4" w:line="257" w:lineRule="auto"/>
      <w:ind w:left="10" w:hanging="10"/>
      <w:jc w:val="both"/>
    </w:pPr>
    <w:rPr>
      <w:rFonts w:ascii="Cambria" w:eastAsia="Cambria" w:hAnsi="Cambria" w:cs="Cambria"/>
      <w:color w:val="000000"/>
      <w:sz w:val="20"/>
      <w14:ligatures w14:val="standardContextual"/>
    </w:rPr>
  </w:style>
  <w:style w:type="paragraph" w:styleId="1">
    <w:name w:val="heading 1"/>
    <w:basedOn w:val="a1"/>
    <w:next w:val="a1"/>
    <w:link w:val="10"/>
    <w:uiPriority w:val="9"/>
    <w:qFormat/>
    <w:rsid w:val="00277D8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1">
    <w:name w:val="heading 2"/>
    <w:basedOn w:val="a1"/>
    <w:next w:val="a1"/>
    <w:link w:val="22"/>
    <w:uiPriority w:val="9"/>
    <w:unhideWhenUsed/>
    <w:qFormat/>
    <w:rsid w:val="00277D8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1">
    <w:name w:val="heading 3"/>
    <w:basedOn w:val="a1"/>
    <w:next w:val="a1"/>
    <w:link w:val="32"/>
    <w:uiPriority w:val="9"/>
    <w:unhideWhenUsed/>
    <w:qFormat/>
    <w:rsid w:val="00277D8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1"/>
    <w:next w:val="a1"/>
    <w:link w:val="40"/>
    <w:uiPriority w:val="9"/>
    <w:semiHidden/>
    <w:unhideWhenUsed/>
    <w:qFormat/>
    <w:rsid w:val="00277D8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1"/>
    <w:next w:val="a1"/>
    <w:link w:val="50"/>
    <w:uiPriority w:val="9"/>
    <w:semiHidden/>
    <w:unhideWhenUsed/>
    <w:qFormat/>
    <w:rsid w:val="00277D8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1"/>
    <w:next w:val="a1"/>
    <w:link w:val="60"/>
    <w:uiPriority w:val="9"/>
    <w:semiHidden/>
    <w:unhideWhenUsed/>
    <w:qFormat/>
    <w:rsid w:val="00277D8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1"/>
    <w:next w:val="a1"/>
    <w:link w:val="70"/>
    <w:uiPriority w:val="9"/>
    <w:semiHidden/>
    <w:unhideWhenUsed/>
    <w:qFormat/>
    <w:rsid w:val="00277D8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1"/>
    <w:next w:val="a1"/>
    <w:link w:val="80"/>
    <w:uiPriority w:val="9"/>
    <w:semiHidden/>
    <w:unhideWhenUsed/>
    <w:qFormat/>
    <w:rsid w:val="00277D8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1"/>
    <w:next w:val="a1"/>
    <w:link w:val="90"/>
    <w:uiPriority w:val="9"/>
    <w:semiHidden/>
    <w:unhideWhenUsed/>
    <w:qFormat/>
    <w:rsid w:val="00277D8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basedOn w:val="a2"/>
    <w:link w:val="1"/>
    <w:uiPriority w:val="9"/>
    <w:rsid w:val="00277D80"/>
    <w:rPr>
      <w:rFonts w:asciiTheme="majorHAnsi" w:eastAsiaTheme="majorEastAsia" w:hAnsiTheme="majorHAnsi" w:cstheme="majorBidi"/>
      <w:color w:val="000000" w:themeColor="text1"/>
      <w:sz w:val="32"/>
      <w:szCs w:val="32"/>
    </w:rPr>
  </w:style>
  <w:style w:type="character" w:customStyle="1" w:styleId="22">
    <w:name w:val="見出し 2 (文字)"/>
    <w:basedOn w:val="a2"/>
    <w:link w:val="21"/>
    <w:uiPriority w:val="9"/>
    <w:rsid w:val="00277D80"/>
    <w:rPr>
      <w:rFonts w:asciiTheme="majorHAnsi" w:eastAsiaTheme="majorEastAsia" w:hAnsiTheme="majorHAnsi" w:cstheme="majorBidi"/>
      <w:color w:val="000000" w:themeColor="text1"/>
      <w:sz w:val="28"/>
      <w:szCs w:val="28"/>
    </w:rPr>
  </w:style>
  <w:style w:type="character" w:customStyle="1" w:styleId="32">
    <w:name w:val="見出し 3 (文字)"/>
    <w:basedOn w:val="a2"/>
    <w:link w:val="31"/>
    <w:uiPriority w:val="9"/>
    <w:rsid w:val="00277D80"/>
    <w:rPr>
      <w:rFonts w:asciiTheme="majorHAnsi" w:eastAsiaTheme="majorEastAsia" w:hAnsiTheme="majorHAnsi" w:cstheme="majorBidi"/>
      <w:color w:val="000000" w:themeColor="text1"/>
      <w:sz w:val="24"/>
    </w:rPr>
  </w:style>
  <w:style w:type="character" w:customStyle="1" w:styleId="40">
    <w:name w:val="見出し 4 (文字)"/>
    <w:basedOn w:val="a2"/>
    <w:link w:val="4"/>
    <w:uiPriority w:val="9"/>
    <w:semiHidden/>
    <w:rsid w:val="00277D80"/>
    <w:rPr>
      <w:rFonts w:asciiTheme="majorHAnsi" w:eastAsiaTheme="majorEastAsia" w:hAnsiTheme="majorHAnsi" w:cstheme="majorBidi"/>
      <w:color w:val="000000" w:themeColor="text1"/>
    </w:rPr>
  </w:style>
  <w:style w:type="character" w:customStyle="1" w:styleId="50">
    <w:name w:val="見出し 5 (文字)"/>
    <w:basedOn w:val="a2"/>
    <w:link w:val="5"/>
    <w:uiPriority w:val="9"/>
    <w:semiHidden/>
    <w:rsid w:val="00277D80"/>
    <w:rPr>
      <w:rFonts w:asciiTheme="majorHAnsi" w:eastAsiaTheme="majorEastAsia" w:hAnsiTheme="majorHAnsi" w:cstheme="majorBidi"/>
      <w:color w:val="000000" w:themeColor="text1"/>
    </w:rPr>
  </w:style>
  <w:style w:type="character" w:customStyle="1" w:styleId="60">
    <w:name w:val="見出し 6 (文字)"/>
    <w:basedOn w:val="a2"/>
    <w:link w:val="6"/>
    <w:uiPriority w:val="9"/>
    <w:semiHidden/>
    <w:rsid w:val="00277D80"/>
    <w:rPr>
      <w:rFonts w:asciiTheme="majorHAnsi" w:eastAsiaTheme="majorEastAsia" w:hAnsiTheme="majorHAnsi" w:cstheme="majorBidi"/>
      <w:color w:val="000000" w:themeColor="text1"/>
    </w:rPr>
  </w:style>
  <w:style w:type="character" w:customStyle="1" w:styleId="70">
    <w:name w:val="見出し 7 (文字)"/>
    <w:basedOn w:val="a2"/>
    <w:link w:val="7"/>
    <w:uiPriority w:val="9"/>
    <w:semiHidden/>
    <w:rsid w:val="00277D80"/>
    <w:rPr>
      <w:rFonts w:asciiTheme="majorHAnsi" w:eastAsiaTheme="majorEastAsia" w:hAnsiTheme="majorHAnsi" w:cstheme="majorBidi"/>
      <w:color w:val="000000" w:themeColor="text1"/>
    </w:rPr>
  </w:style>
  <w:style w:type="character" w:customStyle="1" w:styleId="80">
    <w:name w:val="見出し 8 (文字)"/>
    <w:basedOn w:val="a2"/>
    <w:link w:val="8"/>
    <w:uiPriority w:val="9"/>
    <w:semiHidden/>
    <w:rsid w:val="00277D80"/>
    <w:rPr>
      <w:rFonts w:asciiTheme="majorHAnsi" w:eastAsiaTheme="majorEastAsia" w:hAnsiTheme="majorHAnsi" w:cstheme="majorBidi"/>
      <w:color w:val="000000" w:themeColor="text1"/>
    </w:rPr>
  </w:style>
  <w:style w:type="character" w:customStyle="1" w:styleId="90">
    <w:name w:val="見出し 9 (文字)"/>
    <w:basedOn w:val="a2"/>
    <w:link w:val="9"/>
    <w:uiPriority w:val="9"/>
    <w:semiHidden/>
    <w:rsid w:val="00277D80"/>
    <w:rPr>
      <w:rFonts w:asciiTheme="majorHAnsi" w:eastAsiaTheme="majorEastAsia" w:hAnsiTheme="majorHAnsi" w:cstheme="majorBidi"/>
      <w:color w:val="000000" w:themeColor="text1"/>
    </w:rPr>
  </w:style>
  <w:style w:type="paragraph" w:styleId="a5">
    <w:name w:val="Title"/>
    <w:basedOn w:val="a1"/>
    <w:next w:val="a1"/>
    <w:link w:val="a6"/>
    <w:uiPriority w:val="10"/>
    <w:qFormat/>
    <w:rsid w:val="00277D80"/>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2"/>
    <w:link w:val="a5"/>
    <w:uiPriority w:val="10"/>
    <w:rsid w:val="00277D80"/>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277D80"/>
    <w:pPr>
      <w:numPr>
        <w:ilvl w:val="1"/>
      </w:numPr>
      <w:spacing w:after="160"/>
      <w:ind w:left="10" w:hanging="1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2"/>
    <w:link w:val="a7"/>
    <w:uiPriority w:val="11"/>
    <w:rsid w:val="00277D80"/>
    <w:rPr>
      <w:rFonts w:asciiTheme="majorHAnsi" w:eastAsiaTheme="majorEastAsia" w:hAnsiTheme="majorHAnsi" w:cstheme="majorBidi"/>
      <w:color w:val="595959" w:themeColor="text1" w:themeTint="A6"/>
      <w:spacing w:val="15"/>
      <w:sz w:val="28"/>
      <w:szCs w:val="28"/>
    </w:rPr>
  </w:style>
  <w:style w:type="paragraph" w:styleId="a9">
    <w:name w:val="Quote"/>
    <w:basedOn w:val="a1"/>
    <w:next w:val="a1"/>
    <w:link w:val="aa"/>
    <w:uiPriority w:val="29"/>
    <w:qFormat/>
    <w:rsid w:val="00277D80"/>
    <w:pPr>
      <w:spacing w:before="160" w:after="160"/>
      <w:jc w:val="center"/>
    </w:pPr>
    <w:rPr>
      <w:i/>
      <w:iCs/>
      <w:color w:val="404040" w:themeColor="text1" w:themeTint="BF"/>
    </w:rPr>
  </w:style>
  <w:style w:type="character" w:customStyle="1" w:styleId="aa">
    <w:name w:val="引用文 (文字)"/>
    <w:basedOn w:val="a2"/>
    <w:link w:val="a9"/>
    <w:uiPriority w:val="29"/>
    <w:rsid w:val="00277D80"/>
    <w:rPr>
      <w:i/>
      <w:iCs/>
      <w:color w:val="404040" w:themeColor="text1" w:themeTint="BF"/>
    </w:rPr>
  </w:style>
  <w:style w:type="paragraph" w:styleId="ab">
    <w:name w:val="List Paragraph"/>
    <w:basedOn w:val="a1"/>
    <w:uiPriority w:val="34"/>
    <w:qFormat/>
    <w:rsid w:val="00277D80"/>
    <w:pPr>
      <w:ind w:left="720"/>
      <w:contextualSpacing/>
    </w:pPr>
  </w:style>
  <w:style w:type="character" w:styleId="23">
    <w:name w:val="Intense Emphasis"/>
    <w:basedOn w:val="a2"/>
    <w:uiPriority w:val="21"/>
    <w:qFormat/>
    <w:rsid w:val="00277D80"/>
    <w:rPr>
      <w:i/>
      <w:iCs/>
      <w:color w:val="0F4761" w:themeColor="accent1" w:themeShade="BF"/>
    </w:rPr>
  </w:style>
  <w:style w:type="paragraph" w:styleId="24">
    <w:name w:val="Intense Quote"/>
    <w:basedOn w:val="a1"/>
    <w:next w:val="a1"/>
    <w:link w:val="25"/>
    <w:uiPriority w:val="30"/>
    <w:qFormat/>
    <w:rsid w:val="00277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5">
    <w:name w:val="引用文 2 (文字)"/>
    <w:basedOn w:val="a2"/>
    <w:link w:val="24"/>
    <w:uiPriority w:val="30"/>
    <w:rsid w:val="00277D80"/>
    <w:rPr>
      <w:i/>
      <w:iCs/>
      <w:color w:val="0F4761" w:themeColor="accent1" w:themeShade="BF"/>
    </w:rPr>
  </w:style>
  <w:style w:type="character" w:styleId="26">
    <w:name w:val="Intense Reference"/>
    <w:basedOn w:val="a2"/>
    <w:uiPriority w:val="32"/>
    <w:qFormat/>
    <w:rsid w:val="00277D80"/>
    <w:rPr>
      <w:b/>
      <w:bCs/>
      <w:smallCaps/>
      <w:color w:val="0F4761" w:themeColor="accent1" w:themeShade="BF"/>
      <w:spacing w:val="5"/>
    </w:rPr>
  </w:style>
  <w:style w:type="table" w:styleId="ac">
    <w:name w:val="Table Grid"/>
    <w:basedOn w:val="a3"/>
    <w:uiPriority w:val="59"/>
    <w:rsid w:val="00277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1"/>
    <w:link w:val="ae"/>
    <w:uiPriority w:val="99"/>
    <w:unhideWhenUsed/>
    <w:rsid w:val="0092066C"/>
    <w:pPr>
      <w:tabs>
        <w:tab w:val="center" w:pos="4252"/>
        <w:tab w:val="right" w:pos="8504"/>
      </w:tabs>
      <w:snapToGrid w:val="0"/>
    </w:pPr>
  </w:style>
  <w:style w:type="character" w:customStyle="1" w:styleId="ae">
    <w:name w:val="ヘッダー (文字)"/>
    <w:basedOn w:val="a2"/>
    <w:link w:val="ad"/>
    <w:uiPriority w:val="99"/>
    <w:rsid w:val="0092066C"/>
    <w:rPr>
      <w:rFonts w:ascii="Cambria" w:eastAsia="Cambria" w:hAnsi="Cambria" w:cs="Cambria"/>
      <w:color w:val="000000"/>
      <w:sz w:val="20"/>
      <w14:ligatures w14:val="standardContextual"/>
    </w:rPr>
  </w:style>
  <w:style w:type="paragraph" w:styleId="af">
    <w:name w:val="footer"/>
    <w:basedOn w:val="a1"/>
    <w:link w:val="af0"/>
    <w:uiPriority w:val="99"/>
    <w:unhideWhenUsed/>
    <w:rsid w:val="0092066C"/>
    <w:pPr>
      <w:tabs>
        <w:tab w:val="center" w:pos="4252"/>
        <w:tab w:val="right" w:pos="8504"/>
      </w:tabs>
      <w:snapToGrid w:val="0"/>
    </w:pPr>
  </w:style>
  <w:style w:type="character" w:customStyle="1" w:styleId="af0">
    <w:name w:val="フッター (文字)"/>
    <w:basedOn w:val="a2"/>
    <w:link w:val="af"/>
    <w:uiPriority w:val="99"/>
    <w:rsid w:val="0092066C"/>
    <w:rPr>
      <w:rFonts w:ascii="Cambria" w:eastAsia="Cambria" w:hAnsi="Cambria" w:cs="Cambria"/>
      <w:color w:val="000000"/>
      <w:sz w:val="20"/>
      <w14:ligatures w14:val="standardContextual"/>
    </w:rPr>
  </w:style>
  <w:style w:type="paragraph" w:styleId="af1">
    <w:name w:val="No Spacing"/>
    <w:uiPriority w:val="1"/>
    <w:qFormat/>
    <w:rsid w:val="00204433"/>
    <w:rPr>
      <w:kern w:val="0"/>
      <w:sz w:val="22"/>
      <w:szCs w:val="22"/>
      <w:lang w:eastAsia="en-US"/>
    </w:rPr>
  </w:style>
  <w:style w:type="paragraph" w:styleId="af2">
    <w:name w:val="Body Text"/>
    <w:basedOn w:val="a1"/>
    <w:link w:val="af3"/>
    <w:uiPriority w:val="99"/>
    <w:unhideWhenUsed/>
    <w:rsid w:val="00204433"/>
    <w:pPr>
      <w:spacing w:after="120" w:line="276" w:lineRule="auto"/>
      <w:ind w:left="0" w:firstLine="0"/>
      <w:jc w:val="left"/>
    </w:pPr>
    <w:rPr>
      <w:rFonts w:ascii="Times New Roman" w:eastAsia="游明朝" w:hAnsi="Times New Roman" w:cstheme="minorBidi"/>
      <w:color w:val="auto"/>
      <w:kern w:val="0"/>
      <w:sz w:val="22"/>
      <w:szCs w:val="22"/>
      <w:lang w:eastAsia="en-US"/>
      <w14:ligatures w14:val="none"/>
    </w:rPr>
  </w:style>
  <w:style w:type="character" w:customStyle="1" w:styleId="af3">
    <w:name w:val="本文 (文字)"/>
    <w:basedOn w:val="a2"/>
    <w:link w:val="af2"/>
    <w:uiPriority w:val="99"/>
    <w:rsid w:val="00204433"/>
    <w:rPr>
      <w:rFonts w:ascii="Times New Roman" w:eastAsia="游明朝" w:hAnsi="Times New Roman"/>
      <w:kern w:val="0"/>
      <w:sz w:val="22"/>
      <w:szCs w:val="22"/>
      <w:lang w:eastAsia="en-US"/>
    </w:rPr>
  </w:style>
  <w:style w:type="paragraph" w:styleId="27">
    <w:name w:val="Body Text 2"/>
    <w:basedOn w:val="a1"/>
    <w:link w:val="28"/>
    <w:uiPriority w:val="99"/>
    <w:unhideWhenUsed/>
    <w:rsid w:val="00204433"/>
    <w:pPr>
      <w:spacing w:after="120" w:line="480" w:lineRule="auto"/>
      <w:ind w:left="0" w:firstLine="0"/>
      <w:jc w:val="left"/>
    </w:pPr>
    <w:rPr>
      <w:rFonts w:ascii="Times New Roman" w:eastAsia="游明朝" w:hAnsi="Times New Roman" w:cstheme="minorBidi"/>
      <w:color w:val="auto"/>
      <w:kern w:val="0"/>
      <w:sz w:val="22"/>
      <w:szCs w:val="22"/>
      <w:lang w:eastAsia="en-US"/>
      <w14:ligatures w14:val="none"/>
    </w:rPr>
  </w:style>
  <w:style w:type="character" w:customStyle="1" w:styleId="28">
    <w:name w:val="本文 2 (文字)"/>
    <w:basedOn w:val="a2"/>
    <w:link w:val="27"/>
    <w:uiPriority w:val="99"/>
    <w:rsid w:val="00204433"/>
    <w:rPr>
      <w:rFonts w:ascii="Times New Roman" w:eastAsia="游明朝" w:hAnsi="Times New Roman"/>
      <w:kern w:val="0"/>
      <w:sz w:val="22"/>
      <w:szCs w:val="22"/>
      <w:lang w:eastAsia="en-US"/>
    </w:rPr>
  </w:style>
  <w:style w:type="paragraph" w:styleId="33">
    <w:name w:val="Body Text 3"/>
    <w:basedOn w:val="a1"/>
    <w:link w:val="34"/>
    <w:uiPriority w:val="99"/>
    <w:unhideWhenUsed/>
    <w:rsid w:val="00204433"/>
    <w:pPr>
      <w:spacing w:after="120" w:line="276" w:lineRule="auto"/>
      <w:ind w:left="0" w:firstLine="0"/>
      <w:jc w:val="left"/>
    </w:pPr>
    <w:rPr>
      <w:rFonts w:ascii="Times New Roman" w:eastAsia="游明朝" w:hAnsi="Times New Roman" w:cstheme="minorBidi"/>
      <w:color w:val="auto"/>
      <w:kern w:val="0"/>
      <w:sz w:val="16"/>
      <w:szCs w:val="16"/>
      <w:lang w:eastAsia="en-US"/>
      <w14:ligatures w14:val="none"/>
    </w:rPr>
  </w:style>
  <w:style w:type="character" w:customStyle="1" w:styleId="34">
    <w:name w:val="本文 3 (文字)"/>
    <w:basedOn w:val="a2"/>
    <w:link w:val="33"/>
    <w:uiPriority w:val="99"/>
    <w:rsid w:val="00204433"/>
    <w:rPr>
      <w:rFonts w:ascii="Times New Roman" w:eastAsia="游明朝" w:hAnsi="Times New Roman"/>
      <w:kern w:val="0"/>
      <w:sz w:val="16"/>
      <w:szCs w:val="16"/>
      <w:lang w:eastAsia="en-US"/>
    </w:rPr>
  </w:style>
  <w:style w:type="paragraph" w:styleId="af4">
    <w:name w:val="List"/>
    <w:basedOn w:val="a1"/>
    <w:uiPriority w:val="99"/>
    <w:unhideWhenUsed/>
    <w:rsid w:val="00204433"/>
    <w:pPr>
      <w:spacing w:after="200" w:line="276" w:lineRule="auto"/>
      <w:ind w:left="360" w:hanging="360"/>
      <w:contextualSpacing/>
      <w:jc w:val="left"/>
    </w:pPr>
    <w:rPr>
      <w:rFonts w:ascii="Times New Roman" w:eastAsia="游明朝" w:hAnsi="Times New Roman" w:cstheme="minorBidi"/>
      <w:color w:val="auto"/>
      <w:kern w:val="0"/>
      <w:sz w:val="22"/>
      <w:szCs w:val="22"/>
      <w:lang w:eastAsia="en-US"/>
      <w14:ligatures w14:val="none"/>
    </w:rPr>
  </w:style>
  <w:style w:type="paragraph" w:styleId="29">
    <w:name w:val="List 2"/>
    <w:basedOn w:val="a1"/>
    <w:uiPriority w:val="99"/>
    <w:unhideWhenUsed/>
    <w:rsid w:val="00204433"/>
    <w:pPr>
      <w:spacing w:after="200" w:line="276" w:lineRule="auto"/>
      <w:ind w:left="720" w:hanging="360"/>
      <w:contextualSpacing/>
      <w:jc w:val="left"/>
    </w:pPr>
    <w:rPr>
      <w:rFonts w:ascii="Times New Roman" w:eastAsia="游明朝" w:hAnsi="Times New Roman" w:cstheme="minorBidi"/>
      <w:color w:val="auto"/>
      <w:kern w:val="0"/>
      <w:sz w:val="22"/>
      <w:szCs w:val="22"/>
      <w:lang w:eastAsia="en-US"/>
      <w14:ligatures w14:val="none"/>
    </w:rPr>
  </w:style>
  <w:style w:type="paragraph" w:styleId="35">
    <w:name w:val="List 3"/>
    <w:basedOn w:val="a1"/>
    <w:uiPriority w:val="99"/>
    <w:unhideWhenUsed/>
    <w:rsid w:val="00204433"/>
    <w:pPr>
      <w:spacing w:after="200" w:line="276" w:lineRule="auto"/>
      <w:ind w:left="1080" w:hanging="360"/>
      <w:contextualSpacing/>
      <w:jc w:val="left"/>
    </w:pPr>
    <w:rPr>
      <w:rFonts w:ascii="Times New Roman" w:eastAsia="游明朝" w:hAnsi="Times New Roman" w:cstheme="minorBidi"/>
      <w:color w:val="auto"/>
      <w:kern w:val="0"/>
      <w:sz w:val="22"/>
      <w:szCs w:val="22"/>
      <w:lang w:eastAsia="en-US"/>
      <w14:ligatures w14:val="none"/>
    </w:rPr>
  </w:style>
  <w:style w:type="paragraph" w:styleId="a0">
    <w:name w:val="List Bullet"/>
    <w:basedOn w:val="a1"/>
    <w:uiPriority w:val="99"/>
    <w:unhideWhenUsed/>
    <w:rsid w:val="00204433"/>
    <w:pPr>
      <w:numPr>
        <w:numId w:val="1"/>
      </w:numPr>
      <w:tabs>
        <w:tab w:val="clear" w:pos="360"/>
      </w:tabs>
      <w:spacing w:after="200" w:line="276" w:lineRule="auto"/>
      <w:ind w:left="0" w:firstLine="0"/>
      <w:contextualSpacing/>
      <w:jc w:val="left"/>
    </w:pPr>
    <w:rPr>
      <w:rFonts w:ascii="Times New Roman" w:eastAsia="游明朝" w:hAnsi="Times New Roman" w:cstheme="minorBidi"/>
      <w:color w:val="auto"/>
      <w:kern w:val="0"/>
      <w:sz w:val="22"/>
      <w:szCs w:val="22"/>
      <w:lang w:eastAsia="en-US"/>
      <w14:ligatures w14:val="none"/>
    </w:rPr>
  </w:style>
  <w:style w:type="paragraph" w:styleId="20">
    <w:name w:val="List Bullet 2"/>
    <w:basedOn w:val="a1"/>
    <w:uiPriority w:val="99"/>
    <w:unhideWhenUsed/>
    <w:rsid w:val="00204433"/>
    <w:pPr>
      <w:numPr>
        <w:numId w:val="2"/>
      </w:numPr>
      <w:tabs>
        <w:tab w:val="clear" w:pos="720"/>
      </w:tabs>
      <w:spacing w:after="200" w:line="276" w:lineRule="auto"/>
      <w:ind w:left="0" w:firstLine="0"/>
      <w:contextualSpacing/>
      <w:jc w:val="left"/>
    </w:pPr>
    <w:rPr>
      <w:rFonts w:ascii="Times New Roman" w:eastAsia="游明朝" w:hAnsi="Times New Roman" w:cstheme="minorBidi"/>
      <w:color w:val="auto"/>
      <w:kern w:val="0"/>
      <w:sz w:val="22"/>
      <w:szCs w:val="22"/>
      <w:lang w:eastAsia="en-US"/>
      <w14:ligatures w14:val="none"/>
    </w:rPr>
  </w:style>
  <w:style w:type="paragraph" w:styleId="30">
    <w:name w:val="List Bullet 3"/>
    <w:basedOn w:val="a1"/>
    <w:uiPriority w:val="99"/>
    <w:unhideWhenUsed/>
    <w:rsid w:val="00204433"/>
    <w:pPr>
      <w:numPr>
        <w:numId w:val="3"/>
      </w:numPr>
      <w:tabs>
        <w:tab w:val="clear" w:pos="1080"/>
      </w:tabs>
      <w:spacing w:after="200" w:line="276" w:lineRule="auto"/>
      <w:ind w:left="0" w:firstLine="0"/>
      <w:contextualSpacing/>
      <w:jc w:val="left"/>
    </w:pPr>
    <w:rPr>
      <w:rFonts w:ascii="Times New Roman" w:eastAsia="游明朝" w:hAnsi="Times New Roman" w:cstheme="minorBidi"/>
      <w:color w:val="auto"/>
      <w:kern w:val="0"/>
      <w:sz w:val="22"/>
      <w:szCs w:val="22"/>
      <w:lang w:eastAsia="en-US"/>
      <w14:ligatures w14:val="none"/>
    </w:rPr>
  </w:style>
  <w:style w:type="paragraph" w:styleId="a">
    <w:name w:val="List Number"/>
    <w:basedOn w:val="a1"/>
    <w:uiPriority w:val="99"/>
    <w:unhideWhenUsed/>
    <w:rsid w:val="00204433"/>
    <w:pPr>
      <w:numPr>
        <w:numId w:val="5"/>
      </w:numPr>
      <w:tabs>
        <w:tab w:val="clear" w:pos="360"/>
      </w:tabs>
      <w:spacing w:after="200" w:line="276" w:lineRule="auto"/>
      <w:ind w:left="0" w:firstLine="0"/>
      <w:contextualSpacing/>
      <w:jc w:val="left"/>
    </w:pPr>
    <w:rPr>
      <w:rFonts w:ascii="Times New Roman" w:eastAsia="游明朝" w:hAnsi="Times New Roman" w:cstheme="minorBidi"/>
      <w:color w:val="auto"/>
      <w:kern w:val="0"/>
      <w:sz w:val="22"/>
      <w:szCs w:val="22"/>
      <w:lang w:eastAsia="en-US"/>
      <w14:ligatures w14:val="none"/>
    </w:rPr>
  </w:style>
  <w:style w:type="paragraph" w:styleId="2">
    <w:name w:val="List Number 2"/>
    <w:basedOn w:val="a1"/>
    <w:uiPriority w:val="99"/>
    <w:unhideWhenUsed/>
    <w:rsid w:val="00204433"/>
    <w:pPr>
      <w:numPr>
        <w:numId w:val="6"/>
      </w:numPr>
      <w:tabs>
        <w:tab w:val="clear" w:pos="720"/>
      </w:tabs>
      <w:spacing w:after="200" w:line="276" w:lineRule="auto"/>
      <w:ind w:left="0" w:firstLine="0"/>
      <w:contextualSpacing/>
      <w:jc w:val="left"/>
    </w:pPr>
    <w:rPr>
      <w:rFonts w:ascii="Times New Roman" w:eastAsia="游明朝" w:hAnsi="Times New Roman" w:cstheme="minorBidi"/>
      <w:color w:val="auto"/>
      <w:kern w:val="0"/>
      <w:sz w:val="22"/>
      <w:szCs w:val="22"/>
      <w:lang w:eastAsia="en-US"/>
      <w14:ligatures w14:val="none"/>
    </w:rPr>
  </w:style>
  <w:style w:type="paragraph" w:styleId="3">
    <w:name w:val="List Number 3"/>
    <w:basedOn w:val="a1"/>
    <w:uiPriority w:val="99"/>
    <w:unhideWhenUsed/>
    <w:rsid w:val="00204433"/>
    <w:pPr>
      <w:numPr>
        <w:numId w:val="7"/>
      </w:numPr>
      <w:tabs>
        <w:tab w:val="clear" w:pos="1080"/>
      </w:tabs>
      <w:spacing w:after="200" w:line="276" w:lineRule="auto"/>
      <w:ind w:left="0" w:firstLine="0"/>
      <w:contextualSpacing/>
      <w:jc w:val="left"/>
    </w:pPr>
    <w:rPr>
      <w:rFonts w:ascii="Times New Roman" w:eastAsia="游明朝" w:hAnsi="Times New Roman" w:cstheme="minorBidi"/>
      <w:color w:val="auto"/>
      <w:kern w:val="0"/>
      <w:sz w:val="22"/>
      <w:szCs w:val="22"/>
      <w:lang w:eastAsia="en-US"/>
      <w14:ligatures w14:val="none"/>
    </w:rPr>
  </w:style>
  <w:style w:type="paragraph" w:styleId="af5">
    <w:name w:val="List Continue"/>
    <w:basedOn w:val="a1"/>
    <w:uiPriority w:val="99"/>
    <w:unhideWhenUsed/>
    <w:rsid w:val="00204433"/>
    <w:pPr>
      <w:spacing w:after="120" w:line="276" w:lineRule="auto"/>
      <w:ind w:left="360" w:firstLine="0"/>
      <w:contextualSpacing/>
      <w:jc w:val="left"/>
    </w:pPr>
    <w:rPr>
      <w:rFonts w:ascii="Times New Roman" w:eastAsia="游明朝" w:hAnsi="Times New Roman" w:cstheme="minorBidi"/>
      <w:color w:val="auto"/>
      <w:kern w:val="0"/>
      <w:sz w:val="22"/>
      <w:szCs w:val="22"/>
      <w:lang w:eastAsia="en-US"/>
      <w14:ligatures w14:val="none"/>
    </w:rPr>
  </w:style>
  <w:style w:type="paragraph" w:styleId="2a">
    <w:name w:val="List Continue 2"/>
    <w:basedOn w:val="a1"/>
    <w:uiPriority w:val="99"/>
    <w:unhideWhenUsed/>
    <w:rsid w:val="00204433"/>
    <w:pPr>
      <w:spacing w:after="120" w:line="276" w:lineRule="auto"/>
      <w:ind w:left="720" w:firstLine="0"/>
      <w:contextualSpacing/>
      <w:jc w:val="left"/>
    </w:pPr>
    <w:rPr>
      <w:rFonts w:ascii="Times New Roman" w:eastAsia="游明朝" w:hAnsi="Times New Roman" w:cstheme="minorBidi"/>
      <w:color w:val="auto"/>
      <w:kern w:val="0"/>
      <w:sz w:val="22"/>
      <w:szCs w:val="22"/>
      <w:lang w:eastAsia="en-US"/>
      <w14:ligatures w14:val="none"/>
    </w:rPr>
  </w:style>
  <w:style w:type="paragraph" w:styleId="36">
    <w:name w:val="List Continue 3"/>
    <w:basedOn w:val="a1"/>
    <w:uiPriority w:val="99"/>
    <w:unhideWhenUsed/>
    <w:rsid w:val="00204433"/>
    <w:pPr>
      <w:spacing w:after="120" w:line="276" w:lineRule="auto"/>
      <w:ind w:left="1080" w:firstLine="0"/>
      <w:contextualSpacing/>
      <w:jc w:val="left"/>
    </w:pPr>
    <w:rPr>
      <w:rFonts w:ascii="Times New Roman" w:eastAsia="游明朝" w:hAnsi="Times New Roman" w:cstheme="minorBidi"/>
      <w:color w:val="auto"/>
      <w:kern w:val="0"/>
      <w:sz w:val="22"/>
      <w:szCs w:val="22"/>
      <w:lang w:eastAsia="en-US"/>
      <w14:ligatures w14:val="none"/>
    </w:rPr>
  </w:style>
  <w:style w:type="paragraph" w:styleId="af6">
    <w:name w:val="macro"/>
    <w:link w:val="af7"/>
    <w:uiPriority w:val="99"/>
    <w:unhideWhenUsed/>
    <w:rsid w:val="00204433"/>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lang w:eastAsia="en-US"/>
    </w:rPr>
  </w:style>
  <w:style w:type="character" w:customStyle="1" w:styleId="af7">
    <w:name w:val="マクロ文字列 (文字)"/>
    <w:basedOn w:val="a2"/>
    <w:link w:val="af6"/>
    <w:uiPriority w:val="99"/>
    <w:rsid w:val="00204433"/>
    <w:rPr>
      <w:rFonts w:ascii="Courier" w:hAnsi="Courier"/>
      <w:kern w:val="0"/>
      <w:sz w:val="20"/>
      <w:szCs w:val="20"/>
      <w:lang w:eastAsia="en-US"/>
    </w:rPr>
  </w:style>
  <w:style w:type="paragraph" w:styleId="af8">
    <w:name w:val="caption"/>
    <w:basedOn w:val="a1"/>
    <w:next w:val="a1"/>
    <w:uiPriority w:val="35"/>
    <w:semiHidden/>
    <w:unhideWhenUsed/>
    <w:qFormat/>
    <w:rsid w:val="00204433"/>
    <w:pPr>
      <w:spacing w:after="200" w:line="240" w:lineRule="auto"/>
      <w:ind w:left="0" w:firstLine="0"/>
      <w:jc w:val="left"/>
    </w:pPr>
    <w:rPr>
      <w:rFonts w:ascii="Times New Roman" w:eastAsia="游明朝" w:hAnsi="Times New Roman" w:cstheme="minorBidi"/>
      <w:b/>
      <w:bCs/>
      <w:color w:val="156082" w:themeColor="accent1"/>
      <w:kern w:val="0"/>
      <w:sz w:val="18"/>
      <w:szCs w:val="18"/>
      <w:lang w:eastAsia="en-US"/>
      <w14:ligatures w14:val="none"/>
    </w:rPr>
  </w:style>
  <w:style w:type="character" w:styleId="af9">
    <w:name w:val="Strong"/>
    <w:basedOn w:val="a2"/>
    <w:uiPriority w:val="22"/>
    <w:qFormat/>
    <w:rsid w:val="00204433"/>
    <w:rPr>
      <w:b/>
      <w:bCs/>
    </w:rPr>
  </w:style>
  <w:style w:type="character" w:styleId="afa">
    <w:name w:val="Emphasis"/>
    <w:basedOn w:val="a2"/>
    <w:uiPriority w:val="20"/>
    <w:qFormat/>
    <w:rsid w:val="00204433"/>
    <w:rPr>
      <w:i/>
      <w:iCs/>
    </w:rPr>
  </w:style>
  <w:style w:type="character" w:styleId="afb">
    <w:name w:val="Subtle Emphasis"/>
    <w:basedOn w:val="a2"/>
    <w:uiPriority w:val="19"/>
    <w:qFormat/>
    <w:rsid w:val="00204433"/>
    <w:rPr>
      <w:i/>
      <w:iCs/>
      <w:color w:val="808080" w:themeColor="text1" w:themeTint="7F"/>
    </w:rPr>
  </w:style>
  <w:style w:type="character" w:styleId="afc">
    <w:name w:val="Subtle Reference"/>
    <w:basedOn w:val="a2"/>
    <w:uiPriority w:val="31"/>
    <w:qFormat/>
    <w:rsid w:val="00204433"/>
    <w:rPr>
      <w:smallCaps/>
      <w:color w:val="E97132" w:themeColor="accent2"/>
      <w:u w:val="single"/>
    </w:rPr>
  </w:style>
  <w:style w:type="character" w:styleId="afd">
    <w:name w:val="Book Title"/>
    <w:basedOn w:val="a2"/>
    <w:uiPriority w:val="33"/>
    <w:qFormat/>
    <w:rsid w:val="00204433"/>
    <w:rPr>
      <w:b/>
      <w:bCs/>
      <w:smallCaps/>
      <w:spacing w:val="5"/>
    </w:rPr>
  </w:style>
  <w:style w:type="paragraph" w:styleId="afe">
    <w:name w:val="TOC Heading"/>
    <w:basedOn w:val="1"/>
    <w:next w:val="a1"/>
    <w:uiPriority w:val="39"/>
    <w:semiHidden/>
    <w:unhideWhenUsed/>
    <w:qFormat/>
    <w:rsid w:val="00204433"/>
    <w:pPr>
      <w:spacing w:before="480" w:after="0" w:line="276" w:lineRule="auto"/>
      <w:ind w:left="0" w:firstLine="0"/>
      <w:jc w:val="left"/>
      <w:outlineLvl w:val="9"/>
    </w:pPr>
    <w:rPr>
      <w:b/>
      <w:bCs/>
      <w:color w:val="0F4761" w:themeColor="accent1" w:themeShade="BF"/>
      <w:kern w:val="0"/>
      <w:sz w:val="28"/>
      <w:szCs w:val="28"/>
      <w:lang w:eastAsia="en-US"/>
      <w14:ligatures w14:val="none"/>
    </w:rPr>
  </w:style>
  <w:style w:type="table" w:styleId="11">
    <w:name w:val="Light Shading"/>
    <w:basedOn w:val="a3"/>
    <w:uiPriority w:val="60"/>
    <w:rsid w:val="00204433"/>
    <w:rPr>
      <w:color w:val="000000" w:themeColor="text1" w:themeShade="BF"/>
      <w:kern w:val="0"/>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204433"/>
    <w:rPr>
      <w:color w:val="0F4761" w:themeColor="accent1" w:themeShade="BF"/>
      <w:kern w:val="0"/>
      <w:sz w:val="22"/>
      <w:szCs w:val="22"/>
      <w:lang w:eastAsia="en-US"/>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13">
    <w:name w:val="Light Shading Accent 2"/>
    <w:basedOn w:val="a3"/>
    <w:uiPriority w:val="60"/>
    <w:rsid w:val="00204433"/>
    <w:rPr>
      <w:color w:val="BF4E14" w:themeColor="accent2" w:themeShade="BF"/>
      <w:kern w:val="0"/>
      <w:sz w:val="22"/>
      <w:szCs w:val="22"/>
      <w:lang w:eastAsia="en-US"/>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14">
    <w:name w:val="Light Shading Accent 3"/>
    <w:basedOn w:val="a3"/>
    <w:uiPriority w:val="60"/>
    <w:rsid w:val="00204433"/>
    <w:rPr>
      <w:color w:val="124F1A" w:themeColor="accent3" w:themeShade="BF"/>
      <w:kern w:val="0"/>
      <w:sz w:val="22"/>
      <w:szCs w:val="22"/>
      <w:lang w:eastAsia="en-US"/>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15">
    <w:name w:val="Light Shading Accent 4"/>
    <w:basedOn w:val="a3"/>
    <w:uiPriority w:val="60"/>
    <w:rsid w:val="00204433"/>
    <w:rPr>
      <w:color w:val="0B769F" w:themeColor="accent4" w:themeShade="BF"/>
      <w:kern w:val="0"/>
      <w:sz w:val="22"/>
      <w:szCs w:val="22"/>
      <w:lang w:eastAsia="en-US"/>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16">
    <w:name w:val="Light Shading Accent 5"/>
    <w:basedOn w:val="a3"/>
    <w:uiPriority w:val="60"/>
    <w:rsid w:val="00204433"/>
    <w:rPr>
      <w:color w:val="77206D" w:themeColor="accent5" w:themeShade="BF"/>
      <w:kern w:val="0"/>
      <w:sz w:val="22"/>
      <w:szCs w:val="22"/>
      <w:lang w:eastAsia="en-US"/>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17">
    <w:name w:val="Light Shading Accent 6"/>
    <w:basedOn w:val="a3"/>
    <w:uiPriority w:val="60"/>
    <w:rsid w:val="00204433"/>
    <w:rPr>
      <w:color w:val="3A7C22" w:themeColor="accent6" w:themeShade="BF"/>
      <w:kern w:val="0"/>
      <w:sz w:val="22"/>
      <w:szCs w:val="22"/>
      <w:lang w:eastAsia="en-US"/>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2b">
    <w:name w:val="Light List"/>
    <w:basedOn w:val="a3"/>
    <w:uiPriority w:val="61"/>
    <w:rsid w:val="00204433"/>
    <w:rPr>
      <w:kern w:val="0"/>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204433"/>
    <w:rPr>
      <w:kern w:val="0"/>
      <w:sz w:val="22"/>
      <w:szCs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2d">
    <w:name w:val="Light List Accent 2"/>
    <w:basedOn w:val="a3"/>
    <w:uiPriority w:val="61"/>
    <w:rsid w:val="00204433"/>
    <w:rPr>
      <w:kern w:val="0"/>
      <w:sz w:val="22"/>
      <w:szCs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2e">
    <w:name w:val="Light List Accent 3"/>
    <w:basedOn w:val="a3"/>
    <w:uiPriority w:val="61"/>
    <w:rsid w:val="00204433"/>
    <w:rPr>
      <w:kern w:val="0"/>
      <w:sz w:val="22"/>
      <w:szCs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2f">
    <w:name w:val="Light List Accent 4"/>
    <w:basedOn w:val="a3"/>
    <w:uiPriority w:val="61"/>
    <w:rsid w:val="00204433"/>
    <w:rPr>
      <w:kern w:val="0"/>
      <w:sz w:val="22"/>
      <w:szCs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2f0">
    <w:name w:val="Light List Accent 5"/>
    <w:basedOn w:val="a3"/>
    <w:uiPriority w:val="61"/>
    <w:rsid w:val="00204433"/>
    <w:rPr>
      <w:kern w:val="0"/>
      <w:sz w:val="22"/>
      <w:szCs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2f1">
    <w:name w:val="Light List Accent 6"/>
    <w:basedOn w:val="a3"/>
    <w:uiPriority w:val="61"/>
    <w:rsid w:val="00204433"/>
    <w:rPr>
      <w:kern w:val="0"/>
      <w:sz w:val="22"/>
      <w:szCs w:val="22"/>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37">
    <w:name w:val="Light Grid"/>
    <w:basedOn w:val="a3"/>
    <w:uiPriority w:val="62"/>
    <w:rsid w:val="00204433"/>
    <w:rPr>
      <w:kern w:val="0"/>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204433"/>
    <w:rPr>
      <w:kern w:val="0"/>
      <w:sz w:val="22"/>
      <w:szCs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39">
    <w:name w:val="Light Grid Accent 2"/>
    <w:basedOn w:val="a3"/>
    <w:uiPriority w:val="62"/>
    <w:rsid w:val="00204433"/>
    <w:rPr>
      <w:kern w:val="0"/>
      <w:sz w:val="22"/>
      <w:szCs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3a">
    <w:name w:val="Light Grid Accent 3"/>
    <w:basedOn w:val="a3"/>
    <w:uiPriority w:val="62"/>
    <w:rsid w:val="00204433"/>
    <w:rPr>
      <w:kern w:val="0"/>
      <w:sz w:val="22"/>
      <w:szCs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3b">
    <w:name w:val="Light Grid Accent 4"/>
    <w:basedOn w:val="a3"/>
    <w:uiPriority w:val="62"/>
    <w:rsid w:val="00204433"/>
    <w:rPr>
      <w:kern w:val="0"/>
      <w:sz w:val="22"/>
      <w:szCs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3c">
    <w:name w:val="Light Grid Accent 5"/>
    <w:basedOn w:val="a3"/>
    <w:uiPriority w:val="62"/>
    <w:rsid w:val="00204433"/>
    <w:rPr>
      <w:kern w:val="0"/>
      <w:sz w:val="22"/>
      <w:szCs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3d">
    <w:name w:val="Light Grid Accent 6"/>
    <w:basedOn w:val="a3"/>
    <w:uiPriority w:val="62"/>
    <w:rsid w:val="00204433"/>
    <w:rPr>
      <w:kern w:val="0"/>
      <w:sz w:val="22"/>
      <w:szCs w:val="22"/>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41">
    <w:name w:val="Medium Shading 1"/>
    <w:basedOn w:val="a3"/>
    <w:uiPriority w:val="63"/>
    <w:rsid w:val="00204433"/>
    <w:rPr>
      <w:kern w:val="0"/>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204433"/>
    <w:rPr>
      <w:kern w:val="0"/>
      <w:sz w:val="22"/>
      <w:szCs w:val="22"/>
      <w:lang w:eastAsia="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204433"/>
    <w:rPr>
      <w:kern w:val="0"/>
      <w:sz w:val="22"/>
      <w:szCs w:val="22"/>
      <w:lang w:eastAsia="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204433"/>
    <w:rPr>
      <w:kern w:val="0"/>
      <w:sz w:val="22"/>
      <w:szCs w:val="22"/>
      <w:lang w:eastAsia="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204433"/>
    <w:rPr>
      <w:kern w:val="0"/>
      <w:sz w:val="22"/>
      <w:szCs w:val="22"/>
      <w:lang w:eastAsia="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204433"/>
    <w:rPr>
      <w:kern w:val="0"/>
      <w:sz w:val="22"/>
      <w:szCs w:val="22"/>
      <w:lang w:eastAsia="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204433"/>
    <w:rPr>
      <w:kern w:val="0"/>
      <w:sz w:val="22"/>
      <w:szCs w:val="22"/>
      <w:lang w:eastAsia="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51">
    <w:name w:val="Medium Shading 2"/>
    <w:basedOn w:val="a3"/>
    <w:uiPriority w:val="64"/>
    <w:rsid w:val="00204433"/>
    <w:rPr>
      <w:kern w:val="0"/>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204433"/>
    <w:rPr>
      <w:kern w:val="0"/>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204433"/>
    <w:rPr>
      <w:kern w:val="0"/>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204433"/>
    <w:rPr>
      <w:kern w:val="0"/>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204433"/>
    <w:rPr>
      <w:kern w:val="0"/>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204433"/>
    <w:rPr>
      <w:kern w:val="0"/>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204433"/>
    <w:rPr>
      <w:kern w:val="0"/>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204433"/>
    <w:rPr>
      <w:color w:val="000000" w:themeColor="text1"/>
      <w:kern w:val="0"/>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204433"/>
    <w:rPr>
      <w:color w:val="000000" w:themeColor="text1"/>
      <w:kern w:val="0"/>
      <w:sz w:val="22"/>
      <w:szCs w:val="22"/>
      <w:lang w:eastAsia="en-US"/>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63">
    <w:name w:val="Medium List 1 Accent 2"/>
    <w:basedOn w:val="a3"/>
    <w:uiPriority w:val="65"/>
    <w:rsid w:val="00204433"/>
    <w:rPr>
      <w:color w:val="000000" w:themeColor="text1"/>
      <w:kern w:val="0"/>
      <w:sz w:val="22"/>
      <w:szCs w:val="22"/>
      <w:lang w:eastAsia="en-US"/>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64">
    <w:name w:val="Medium List 1 Accent 3"/>
    <w:basedOn w:val="a3"/>
    <w:uiPriority w:val="65"/>
    <w:rsid w:val="00204433"/>
    <w:rPr>
      <w:color w:val="000000" w:themeColor="text1"/>
      <w:kern w:val="0"/>
      <w:sz w:val="22"/>
      <w:szCs w:val="22"/>
      <w:lang w:eastAsia="en-US"/>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65">
    <w:name w:val="Medium List 1 Accent 4"/>
    <w:basedOn w:val="a3"/>
    <w:uiPriority w:val="65"/>
    <w:rsid w:val="00204433"/>
    <w:rPr>
      <w:color w:val="000000" w:themeColor="text1"/>
      <w:kern w:val="0"/>
      <w:sz w:val="22"/>
      <w:szCs w:val="22"/>
      <w:lang w:eastAsia="en-US"/>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66">
    <w:name w:val="Medium List 1 Accent 5"/>
    <w:basedOn w:val="a3"/>
    <w:uiPriority w:val="65"/>
    <w:rsid w:val="00204433"/>
    <w:rPr>
      <w:color w:val="000000" w:themeColor="text1"/>
      <w:kern w:val="0"/>
      <w:sz w:val="22"/>
      <w:szCs w:val="22"/>
      <w:lang w:eastAsia="en-US"/>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67">
    <w:name w:val="Medium List 1 Accent 6"/>
    <w:basedOn w:val="a3"/>
    <w:uiPriority w:val="65"/>
    <w:rsid w:val="00204433"/>
    <w:rPr>
      <w:color w:val="000000" w:themeColor="text1"/>
      <w:kern w:val="0"/>
      <w:sz w:val="22"/>
      <w:szCs w:val="22"/>
      <w:lang w:eastAsia="en-US"/>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71">
    <w:name w:val="Medium List 2"/>
    <w:basedOn w:val="a3"/>
    <w:uiPriority w:val="66"/>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204433"/>
    <w:rPr>
      <w:kern w:val="0"/>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204433"/>
    <w:rPr>
      <w:kern w:val="0"/>
      <w:sz w:val="22"/>
      <w:szCs w:val="22"/>
      <w:lang w:eastAsia="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83">
    <w:name w:val="Medium Grid 1 Accent 2"/>
    <w:basedOn w:val="a3"/>
    <w:uiPriority w:val="67"/>
    <w:rsid w:val="00204433"/>
    <w:rPr>
      <w:kern w:val="0"/>
      <w:sz w:val="22"/>
      <w:szCs w:val="22"/>
      <w:lang w:eastAsia="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84">
    <w:name w:val="Medium Grid 1 Accent 3"/>
    <w:basedOn w:val="a3"/>
    <w:uiPriority w:val="67"/>
    <w:rsid w:val="00204433"/>
    <w:rPr>
      <w:kern w:val="0"/>
      <w:sz w:val="22"/>
      <w:szCs w:val="22"/>
      <w:lang w:eastAsia="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85">
    <w:name w:val="Medium Grid 1 Accent 4"/>
    <w:basedOn w:val="a3"/>
    <w:uiPriority w:val="67"/>
    <w:rsid w:val="00204433"/>
    <w:rPr>
      <w:kern w:val="0"/>
      <w:sz w:val="22"/>
      <w:szCs w:val="22"/>
      <w:lang w:eastAsia="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86">
    <w:name w:val="Medium Grid 1 Accent 5"/>
    <w:basedOn w:val="a3"/>
    <w:uiPriority w:val="67"/>
    <w:rsid w:val="00204433"/>
    <w:rPr>
      <w:kern w:val="0"/>
      <w:sz w:val="22"/>
      <w:szCs w:val="22"/>
      <w:lang w:eastAsia="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87">
    <w:name w:val="Medium Grid 1 Accent 6"/>
    <w:basedOn w:val="a3"/>
    <w:uiPriority w:val="67"/>
    <w:rsid w:val="00204433"/>
    <w:rPr>
      <w:kern w:val="0"/>
      <w:sz w:val="22"/>
      <w:szCs w:val="22"/>
      <w:lang w:eastAsia="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91">
    <w:name w:val="Medium Grid 2"/>
    <w:basedOn w:val="a3"/>
    <w:uiPriority w:val="68"/>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204433"/>
    <w:rPr>
      <w:rFonts w:asciiTheme="majorHAnsi" w:eastAsiaTheme="majorEastAsia" w:hAnsiTheme="majorHAnsi" w:cstheme="majorBidi"/>
      <w:color w:val="000000" w:themeColor="text1"/>
      <w:kern w:val="0"/>
      <w:sz w:val="22"/>
      <w:szCs w:val="22"/>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100">
    <w:name w:val="Medium Grid 3"/>
    <w:basedOn w:val="a3"/>
    <w:uiPriority w:val="69"/>
    <w:rsid w:val="00204433"/>
    <w:rPr>
      <w:kern w:val="0"/>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204433"/>
    <w:rPr>
      <w:kern w:val="0"/>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102">
    <w:name w:val="Medium Grid 3 Accent 2"/>
    <w:basedOn w:val="a3"/>
    <w:uiPriority w:val="69"/>
    <w:rsid w:val="00204433"/>
    <w:rPr>
      <w:kern w:val="0"/>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103">
    <w:name w:val="Medium Grid 3 Accent 3"/>
    <w:basedOn w:val="a3"/>
    <w:uiPriority w:val="69"/>
    <w:rsid w:val="00204433"/>
    <w:rPr>
      <w:kern w:val="0"/>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104">
    <w:name w:val="Medium Grid 3 Accent 4"/>
    <w:basedOn w:val="a3"/>
    <w:uiPriority w:val="69"/>
    <w:rsid w:val="00204433"/>
    <w:rPr>
      <w:kern w:val="0"/>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105">
    <w:name w:val="Medium Grid 3 Accent 5"/>
    <w:basedOn w:val="a3"/>
    <w:uiPriority w:val="69"/>
    <w:rsid w:val="00204433"/>
    <w:rPr>
      <w:kern w:val="0"/>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106">
    <w:name w:val="Medium Grid 3 Accent 6"/>
    <w:basedOn w:val="a3"/>
    <w:uiPriority w:val="69"/>
    <w:rsid w:val="00204433"/>
    <w:rPr>
      <w:kern w:val="0"/>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110">
    <w:name w:val="Dark List"/>
    <w:basedOn w:val="a3"/>
    <w:uiPriority w:val="70"/>
    <w:rsid w:val="00204433"/>
    <w:rPr>
      <w:color w:val="FFFFFF" w:themeColor="background1"/>
      <w:kern w:val="0"/>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204433"/>
    <w:rPr>
      <w:color w:val="FFFFFF" w:themeColor="background1"/>
      <w:kern w:val="0"/>
      <w:sz w:val="22"/>
      <w:szCs w:val="22"/>
      <w:lang w:eastAsia="en-US"/>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112">
    <w:name w:val="Dark List Accent 2"/>
    <w:basedOn w:val="a3"/>
    <w:uiPriority w:val="70"/>
    <w:rsid w:val="00204433"/>
    <w:rPr>
      <w:color w:val="FFFFFF" w:themeColor="background1"/>
      <w:kern w:val="0"/>
      <w:sz w:val="22"/>
      <w:szCs w:val="22"/>
      <w:lang w:eastAsia="en-US"/>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113">
    <w:name w:val="Dark List Accent 3"/>
    <w:basedOn w:val="a3"/>
    <w:uiPriority w:val="70"/>
    <w:rsid w:val="00204433"/>
    <w:rPr>
      <w:color w:val="FFFFFF" w:themeColor="background1"/>
      <w:kern w:val="0"/>
      <w:sz w:val="22"/>
      <w:szCs w:val="22"/>
      <w:lang w:eastAsia="en-US"/>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114">
    <w:name w:val="Dark List Accent 4"/>
    <w:basedOn w:val="a3"/>
    <w:uiPriority w:val="70"/>
    <w:rsid w:val="00204433"/>
    <w:rPr>
      <w:color w:val="FFFFFF" w:themeColor="background1"/>
      <w:kern w:val="0"/>
      <w:sz w:val="22"/>
      <w:szCs w:val="22"/>
      <w:lang w:eastAsia="en-US"/>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115">
    <w:name w:val="Dark List Accent 5"/>
    <w:basedOn w:val="a3"/>
    <w:uiPriority w:val="70"/>
    <w:rsid w:val="00204433"/>
    <w:rPr>
      <w:color w:val="FFFFFF" w:themeColor="background1"/>
      <w:kern w:val="0"/>
      <w:sz w:val="22"/>
      <w:szCs w:val="22"/>
      <w:lang w:eastAsia="en-US"/>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116">
    <w:name w:val="Dark List Accent 6"/>
    <w:basedOn w:val="a3"/>
    <w:uiPriority w:val="70"/>
    <w:rsid w:val="00204433"/>
    <w:rPr>
      <w:color w:val="FFFFFF" w:themeColor="background1"/>
      <w:kern w:val="0"/>
      <w:sz w:val="22"/>
      <w:szCs w:val="22"/>
      <w:lang w:eastAsia="en-US"/>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120">
    <w:name w:val="Colorful Shading"/>
    <w:basedOn w:val="a3"/>
    <w:uiPriority w:val="71"/>
    <w:rsid w:val="00204433"/>
    <w:rPr>
      <w:color w:val="000000" w:themeColor="text1"/>
      <w:kern w:val="0"/>
      <w:sz w:val="22"/>
      <w:szCs w:val="22"/>
      <w:lang w:eastAsia="en-US"/>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204433"/>
    <w:rPr>
      <w:color w:val="000000" w:themeColor="text1"/>
      <w:kern w:val="0"/>
      <w:sz w:val="22"/>
      <w:szCs w:val="22"/>
      <w:lang w:eastAsia="en-US"/>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204433"/>
    <w:rPr>
      <w:color w:val="000000" w:themeColor="text1"/>
      <w:kern w:val="0"/>
      <w:sz w:val="22"/>
      <w:szCs w:val="22"/>
      <w:lang w:eastAsia="en-US"/>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204433"/>
    <w:rPr>
      <w:color w:val="000000" w:themeColor="text1"/>
      <w:kern w:val="0"/>
      <w:sz w:val="22"/>
      <w:szCs w:val="22"/>
      <w:lang w:eastAsia="en-US"/>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124">
    <w:name w:val="Colorful Shading Accent 4"/>
    <w:basedOn w:val="a3"/>
    <w:uiPriority w:val="71"/>
    <w:rsid w:val="00204433"/>
    <w:rPr>
      <w:color w:val="000000" w:themeColor="text1"/>
      <w:kern w:val="0"/>
      <w:sz w:val="22"/>
      <w:szCs w:val="22"/>
      <w:lang w:eastAsia="en-US"/>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204433"/>
    <w:rPr>
      <w:color w:val="000000" w:themeColor="text1"/>
      <w:kern w:val="0"/>
      <w:sz w:val="22"/>
      <w:szCs w:val="22"/>
      <w:lang w:eastAsia="en-US"/>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204433"/>
    <w:rPr>
      <w:color w:val="000000" w:themeColor="text1"/>
      <w:kern w:val="0"/>
      <w:sz w:val="22"/>
      <w:szCs w:val="22"/>
      <w:lang w:eastAsia="en-US"/>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204433"/>
    <w:rPr>
      <w:color w:val="000000" w:themeColor="text1"/>
      <w:kern w:val="0"/>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204433"/>
    <w:rPr>
      <w:color w:val="000000" w:themeColor="text1"/>
      <w:kern w:val="0"/>
      <w:sz w:val="22"/>
      <w:szCs w:val="22"/>
      <w:lang w:eastAsia="en-US"/>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132">
    <w:name w:val="Colorful List Accent 2"/>
    <w:basedOn w:val="a3"/>
    <w:uiPriority w:val="72"/>
    <w:rsid w:val="00204433"/>
    <w:rPr>
      <w:color w:val="000000" w:themeColor="text1"/>
      <w:kern w:val="0"/>
      <w:sz w:val="22"/>
      <w:szCs w:val="22"/>
      <w:lang w:eastAsia="en-US"/>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133">
    <w:name w:val="Colorful List Accent 3"/>
    <w:basedOn w:val="a3"/>
    <w:uiPriority w:val="72"/>
    <w:rsid w:val="00204433"/>
    <w:rPr>
      <w:color w:val="000000" w:themeColor="text1"/>
      <w:kern w:val="0"/>
      <w:sz w:val="22"/>
      <w:szCs w:val="22"/>
      <w:lang w:eastAsia="en-US"/>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134">
    <w:name w:val="Colorful List Accent 4"/>
    <w:basedOn w:val="a3"/>
    <w:uiPriority w:val="72"/>
    <w:rsid w:val="00204433"/>
    <w:rPr>
      <w:color w:val="000000" w:themeColor="text1"/>
      <w:kern w:val="0"/>
      <w:sz w:val="22"/>
      <w:szCs w:val="22"/>
      <w:lang w:eastAsia="en-US"/>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135">
    <w:name w:val="Colorful List Accent 5"/>
    <w:basedOn w:val="a3"/>
    <w:uiPriority w:val="72"/>
    <w:rsid w:val="00204433"/>
    <w:rPr>
      <w:color w:val="000000" w:themeColor="text1"/>
      <w:kern w:val="0"/>
      <w:sz w:val="22"/>
      <w:szCs w:val="22"/>
      <w:lang w:eastAsia="en-US"/>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136">
    <w:name w:val="Colorful List Accent 6"/>
    <w:basedOn w:val="a3"/>
    <w:uiPriority w:val="72"/>
    <w:rsid w:val="00204433"/>
    <w:rPr>
      <w:color w:val="000000" w:themeColor="text1"/>
      <w:kern w:val="0"/>
      <w:sz w:val="22"/>
      <w:szCs w:val="22"/>
      <w:lang w:eastAsia="en-US"/>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140">
    <w:name w:val="Colorful Grid"/>
    <w:basedOn w:val="a3"/>
    <w:uiPriority w:val="73"/>
    <w:rsid w:val="00204433"/>
    <w:rPr>
      <w:color w:val="000000" w:themeColor="text1"/>
      <w:kern w:val="0"/>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204433"/>
    <w:rPr>
      <w:color w:val="000000" w:themeColor="text1"/>
      <w:kern w:val="0"/>
      <w:sz w:val="22"/>
      <w:szCs w:val="22"/>
      <w:lang w:eastAsia="en-US"/>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142">
    <w:name w:val="Colorful Grid Accent 2"/>
    <w:basedOn w:val="a3"/>
    <w:uiPriority w:val="73"/>
    <w:rsid w:val="00204433"/>
    <w:rPr>
      <w:color w:val="000000" w:themeColor="text1"/>
      <w:kern w:val="0"/>
      <w:sz w:val="22"/>
      <w:szCs w:val="22"/>
      <w:lang w:eastAsia="en-US"/>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143">
    <w:name w:val="Colorful Grid Accent 3"/>
    <w:basedOn w:val="a3"/>
    <w:uiPriority w:val="73"/>
    <w:rsid w:val="00204433"/>
    <w:rPr>
      <w:color w:val="000000" w:themeColor="text1"/>
      <w:kern w:val="0"/>
      <w:sz w:val="22"/>
      <w:szCs w:val="22"/>
      <w:lang w:eastAsia="en-US"/>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144">
    <w:name w:val="Colorful Grid Accent 4"/>
    <w:basedOn w:val="a3"/>
    <w:uiPriority w:val="73"/>
    <w:rsid w:val="00204433"/>
    <w:rPr>
      <w:color w:val="000000" w:themeColor="text1"/>
      <w:kern w:val="0"/>
      <w:sz w:val="22"/>
      <w:szCs w:val="22"/>
      <w:lang w:eastAsia="en-US"/>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145">
    <w:name w:val="Colorful Grid Accent 5"/>
    <w:basedOn w:val="a3"/>
    <w:uiPriority w:val="73"/>
    <w:rsid w:val="00204433"/>
    <w:rPr>
      <w:color w:val="000000" w:themeColor="text1"/>
      <w:kern w:val="0"/>
      <w:sz w:val="22"/>
      <w:szCs w:val="22"/>
      <w:lang w:eastAsia="en-US"/>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146">
    <w:name w:val="Colorful Grid Accent 6"/>
    <w:basedOn w:val="a3"/>
    <w:uiPriority w:val="73"/>
    <w:rsid w:val="00204433"/>
    <w:rPr>
      <w:color w:val="000000" w:themeColor="text1"/>
      <w:kern w:val="0"/>
      <w:sz w:val="22"/>
      <w:szCs w:val="22"/>
      <w:lang w:eastAsia="en-US"/>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styleId="Web">
    <w:name w:val="Normal (Web)"/>
    <w:basedOn w:val="a1"/>
    <w:uiPriority w:val="99"/>
    <w:semiHidden/>
    <w:unhideWhenUsed/>
    <w:rsid w:val="002222FD"/>
    <w:rPr>
      <w:rFonts w:ascii="Times New Roman" w:hAnsi="Times New Roman" w:cs="Times New Roman"/>
      <w:sz w:val="24"/>
    </w:rPr>
  </w:style>
  <w:style w:type="character" w:styleId="aff">
    <w:name w:val="Placeholder Text"/>
    <w:basedOn w:val="a2"/>
    <w:uiPriority w:val="99"/>
    <w:semiHidden/>
    <w:rsid w:val="00FC425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0170060">
      <w:marLeft w:val="640"/>
      <w:marRight w:val="0"/>
      <w:marTop w:val="0"/>
      <w:marBottom w:val="0"/>
      <w:divBdr>
        <w:top w:val="none" w:sz="0" w:space="0" w:color="auto"/>
        <w:left w:val="none" w:sz="0" w:space="0" w:color="auto"/>
        <w:bottom w:val="none" w:sz="0" w:space="0" w:color="auto"/>
        <w:right w:val="none" w:sz="0" w:space="0" w:color="auto"/>
      </w:divBdr>
    </w:div>
    <w:div w:id="166989980">
      <w:marLeft w:val="640"/>
      <w:marRight w:val="0"/>
      <w:marTop w:val="0"/>
      <w:marBottom w:val="0"/>
      <w:divBdr>
        <w:top w:val="none" w:sz="0" w:space="0" w:color="auto"/>
        <w:left w:val="none" w:sz="0" w:space="0" w:color="auto"/>
        <w:bottom w:val="none" w:sz="0" w:space="0" w:color="auto"/>
        <w:right w:val="none" w:sz="0" w:space="0" w:color="auto"/>
      </w:divBdr>
    </w:div>
    <w:div w:id="1476676127">
      <w:marLeft w:val="640"/>
      <w:marRight w:val="0"/>
      <w:marTop w:val="0"/>
      <w:marBottom w:val="0"/>
      <w:divBdr>
        <w:top w:val="none" w:sz="0" w:space="0" w:color="auto"/>
        <w:left w:val="none" w:sz="0" w:space="0" w:color="auto"/>
        <w:bottom w:val="none" w:sz="0" w:space="0" w:color="auto"/>
        <w:right w:val="none" w:sz="0" w:space="0" w:color="auto"/>
      </w:divBdr>
    </w:div>
    <w:div w:id="1501968180">
      <w:marLeft w:val="640"/>
      <w:marRight w:val="0"/>
      <w:marTop w:val="0"/>
      <w:marBottom w:val="0"/>
      <w:divBdr>
        <w:top w:val="none" w:sz="0" w:space="0" w:color="auto"/>
        <w:left w:val="none" w:sz="0" w:space="0" w:color="auto"/>
        <w:bottom w:val="none" w:sz="0" w:space="0" w:color="auto"/>
        <w:right w:val="none" w:sz="0" w:space="0" w:color="auto"/>
      </w:divBdr>
    </w:div>
    <w:div w:id="1635140032">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17A0D409-5B16-B242-9E6E-86015BB8DB06}"/>
      </w:docPartPr>
      <w:docPartBody>
        <w:p w:rsidR="00CA331A" w:rsidRDefault="00190FEE">
          <w:r w:rsidRPr="00DD0F6B">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 w:name="Courier">
    <w:panose1 w:val="02070309020205020404"/>
    <w:charset w:val="00"/>
    <w:family w:val="modern"/>
    <w:pitch w:val="fixed"/>
    <w:sig w:usb0="E0002AFF" w:usb1="C0007843" w:usb2="00000009" w:usb3="00000000" w:csb0="000001FF" w:csb1="00000000"/>
  </w:font>
  <w:font w:name="ヒラギノ角ゴ ProN W3">
    <w:panose1 w:val="020B0300000000000000"/>
    <w:charset w:val="80"/>
    <w:family w:val="swiss"/>
    <w:pitch w:val="variable"/>
    <w:sig w:usb0="E00002FF" w:usb1="7AC7FFFF" w:usb2="00000012" w:usb3="00000000" w:csb0="0002000D" w:csb1="00000000"/>
  </w:font>
  <w:font w:name="ＭＳ Ｐゴシック">
    <w:altName w:val="MS PGothic"/>
    <w:panose1 w:val="020B0600070205080204"/>
    <w:charset w:val="80"/>
    <w:family w:val="swiss"/>
    <w:pitch w:val="variable"/>
    <w:sig w:usb0="E00002FF" w:usb1="6AC7FDFB" w:usb2="08000012" w:usb3="00000000" w:csb0="0002009F" w:csb1="00000000"/>
  </w:font>
  <w:font w:name="ヒラギノ丸ゴ ProN W4">
    <w:altName w:val="Yu Gothic"/>
    <w:panose1 w:val="020F0400000000000000"/>
    <w:charset w:val="80"/>
    <w:family w:val="swiss"/>
    <w:pitch w:val="variable"/>
    <w:sig w:usb0="E00002FF" w:usb1="7AC7FFFF" w:usb2="00000012" w:usb3="00000000" w:csb0="0002000D" w:csb1="00000000"/>
  </w:font>
  <w:font w:name="Cambria Math">
    <w:panose1 w:val="02040503050406030204"/>
    <w:charset w:val="00"/>
    <w:family w:val="roman"/>
    <w:pitch w:val="variable"/>
    <w:sig w:usb0="E00002FF" w:usb1="42002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ＭＳ 明朝">
    <w:altName w:val="MS Mincho"/>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bordersDoNotSurroundHeader/>
  <w:bordersDoNotSurroundFooter/>
  <w:revisionView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FEE"/>
    <w:rsid w:val="00190FEE"/>
    <w:rsid w:val="002067DD"/>
    <w:rsid w:val="00231053"/>
    <w:rsid w:val="00482F8F"/>
    <w:rsid w:val="006B2506"/>
    <w:rsid w:val="00846467"/>
    <w:rsid w:val="00CA331A"/>
    <w:rsid w:val="00CE5ED6"/>
    <w:rsid w:val="00D42B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0FE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F335751-C517-3047-8127-EB59DFC567AA}">
  <we:reference id="f78a3046-9e99-4300-aa2b-5814002b01a2" version="1.55.1.0" store="EXCatalog" storeType="EXCatalog"/>
  <we:alternateReferences>
    <we:reference id="WA104382081" version="1.55.1.0" store="ja-JP" storeType="OMEX"/>
  </we:alternateReferences>
  <we:properties>
    <we:property name="MENDELEY_BIBLIOGRAPHY_IS_DIRTY" value="false"/>
    <we:property name="MENDELEY_BIBLIOGRAPHY_LAST_MODIFIED" value="1785291677063"/>
    <we:property name="MENDELEY_CITATIONS" value="[{&quot;citationID&quot;:&quot;MENDELEY_CITATION_3a668bed-bda7-4351-9d0f-14f8a2b84e7f&quot;,&quot;properties&quot;:{&quot;noteIndex&quot;:0},&quot;isEdited&quot;:false,&quot;manualOverride&quot;:{&quot;isManuallyOverridden&quot;:false,&quot;citeprocText&quot;:&quot;[1]&quot;,&quot;manualOverrideText&quot;:&quot;&quot;},&quot;citationTag&quot;:&quot;MENDELEY_CITATION_v3_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&quot;,&quot;citationItems&quot;:[{&quot;id&quot;:&quot;b9d1151c-8708-3077-af6f-e681235ec8ee&quot;,&quot;itemData&quot;:{&quot;type&quot;:&quot;book&quot;,&quot;id&quot;:&quot;b9d1151c-8708-3077-af6f-e681235ec8ee&quot;,&quot;title&quot;:&quot;Statistics and chemometrics for analytical chemistry&quot;,&quot;author&quot;:[{&quot;family&quot;:&quot;Miller&quot;,&quot;given&quot;:&quot;J. N.&quot;,&quot;parse-names&quot;:false,&quot;dropping-particle&quot;:&quot;&quot;,&quot;non-dropping-particle&quot;:&quot;&quot;},{&quot;family&quot;:&quot;Miller&quot;,&quot;given&quot;:&quot;J. C.&quot;,&quot;parse-names&quot;:false,&quot;dropping-particle&quot;:&quot;&quot;,&quot;non-dropping-particle&quot;:&quot;&quot;}],&quot;ISBN&quot;:&quot;0130228885&quot;,&quot;issued&quot;:{&quot;date-parts&quot;:[[2000]]},&quot;number-of-pages&quot;:&quot;271&quot;,&quot;abstract&quot;:&quot;4th ed. Revised edition of: Statistics for analytical chemistry. 2nd ed. 1988. 1. Introduction -- 2. Statistics of repeated measurements -- 3. Significance tests -- 4. The quality of analytical measurements -- 5. Calibration methods in instrumental analysis: regression and correlation -- 6. Non-parametric and robust methods -- 7. Experimental design and optimization -- 8. Multivariate analysis.&quot;,&quot;publisher&quot;:&quot;Prentice Hall&quot;},&quot;isTemporary&quot;:false}]},{&quot;citationID&quot;:&quot;MENDELEY_CITATION_805a1bad-bd07-4fb9-a4fb-c79da144c69d&quot;,&quot;properties&quot;:{&quot;noteIndex&quot;:0},&quot;isEdited&quot;:false,&quot;manualOverride&quot;:{&quot;isManuallyOverridden&quot;:false,&quot;citeprocText&quot;:&quot;[2]&quot;,&quot;manualOverrideText&quot;:&quot;&quot;},&quot;citationTag&quot;:&quot;MENDELEY_CITATION_v3_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&quot;,&quot;citationItems&quot;:[{&quot;id&quot;:&quot;7e073867-84dc-345c-89dc-add063e2735f&quot;,&quot;itemData&quot;:{&quot;type&quot;:&quot;article-journal&quot;,&quot;id&quot;:&quot;7e073867-84dc-345c-89dc-add063e2735f&quot;,&quot;title&quot;:&quot;A review of nonlinear oscillatory shear tests: Analysis and application of large amplitude oscillatory shear (LAOS)&quot;,&quot;author&quot;:[{&quot;family&quot;:&quot;Hyun&quot;,&quot;given&quot;:&quot;Kyu&quot;,&quot;parse-names&quot;:false,&quot;dropping-particle&quot;:&quot;&quot;,&quot;non-dropping-particle&quot;:&quot;&quot;},{&quot;family&quot;:&quot;Wilhelm&quot;,&quot;given&quot;:&quot;Manfred&quot;,&quot;parse-names&quot;:false,&quot;dropping-particle&quot;:&quot;&quot;,&quot;non-dropping-particle&quot;:&quot;&quot;},{&quot;family&quot;:&quot;Klein&quot;,&quot;given&quot;:&quot;Christopher O.&quot;,&quot;parse-names&quot;:false,&quot;dropping-particle&quot;:&quot;&quot;,&quot;non-dropping-particle&quot;:&quot;&quot;},{&quot;family&quot;:&quot;Cho&quot;,&quot;given&quot;:&quot;Kwang Soo&quot;,&quot;parse-names&quot;:false,&quot;dropping-particle&quot;:&quot;&quot;,&quot;non-dropping-particle&quot;:&quot;&quot;},{&quot;family&quot;:&quot;Nam&quot;,&quot;given&quot;:&quot;Jung Gun&quot;,&quot;parse-names&quot;:false,&quot;dropping-particle&quot;:&quot;&quot;,&quot;non-dropping-particle&quot;:&quot;&quot;},{&quot;family&quot;:&quot;Ahn&quot;,&quot;given&quot;:&quot;Kyung Hyun&quot;,&quot;parse-names&quot;:false,&quot;dropping-particle&quot;:&quot;&quot;,&quot;non-dropping-particle&quot;:&quot;&quot;},{&quot;family&quot;:&quot;Lee&quot;,&quot;given&quot;:&quot;Seung Jong&quot;,&quot;parse-names&quot;:false,&quot;dropping-particle&quot;:&quot;&quot;,&quot;non-dropping-particle&quot;:&quot;&quot;},{&quot;family&quot;:&quot;Ewoldt&quot;,&quot;given&quot;:&quot;Randy H.&quot;,&quot;parse-names&quot;:false,&quot;dropping-particle&quot;:&quot;&quot;,&quot;non-dropping-particle&quot;:&quot;&quot;},{&quot;family&quot;:&quot;McKinley&quot;,&quot;given&quot;:&quot;Gareth H.&quot;,&quot;parse-names&quot;:false,&quot;dropping-particle&quot;:&quot;&quot;,&quot;non-dropping-particle&quot;:&quot;&quot;}],&quot;container-title&quot;:&quot;Progress in Polymer Science&quot;,&quot;container-title-short&quot;:&quot;Prog. Polym. Sci.&quot;,&quot;DOI&quot;:&quot;10.1016/j.progpolymsci.2011.02.002&quot;,&quot;ISSN&quot;:&quot;00796700&quot;,&quot;issued&quot;:{&quot;date-parts&quot;:[[2011,12]]},&quot;page&quot;:&quot;1697-1753&quot;,&quot;issue&quot;:&quot;12&quot;,&quot;volume&quot;:&quot;36&quot;},&quot;isTemporary&quot;:false}]},{&quot;citationID&quot;:&quot;MENDELEY_CITATION_0724dacc-5019-4564-b9ce-c1abe5c58c93&quot;,&quot;properties&quot;:{&quot;noteIndex&quot;:0},&quot;isEdited&quot;:false,&quot;manualOverride&quot;:{&quot;isManuallyOverridden&quot;:false,&quot;citeprocText&quot;:&quot;[1]&quot;,&quot;manualOverrideText&quot;:&quot;&quot;},&quot;citationTag&quot;:&quot;MENDELEY_CITATION_v3_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&quot;,&quot;citationItems&quot;:[{&quot;id&quot;:&quot;b9d1151c-8708-3077-af6f-e681235ec8ee&quot;,&quot;itemData&quot;:{&quot;type&quot;:&quot;book&quot;,&quot;id&quot;:&quot;b9d1151c-8708-3077-af6f-e681235ec8ee&quot;,&quot;title&quot;:&quot;Statistics and chemometrics for analytical chemistry&quot;,&quot;author&quot;:[{&quot;family&quot;:&quot;Miller&quot;,&quot;given&quot;:&quot;J. N.&quot;,&quot;parse-names&quot;:false,&quot;dropping-particle&quot;:&quot;&quot;,&quot;non-dropping-particle&quot;:&quot;&quot;},{&quot;family&quot;:&quot;Miller&quot;,&quot;given&quot;:&quot;J. C.&quot;,&quot;parse-names&quot;:false,&quot;dropping-particle&quot;:&quot;&quot;,&quot;non-dropping-particle&quot;:&quot;&quot;}],&quot;ISBN&quot;:&quot;0130228885&quot;,&quot;issued&quot;:{&quot;date-parts&quot;:[[2000]]},&quot;number-of-pages&quot;:&quot;271&quot;,&quot;abstract&quot;:&quot;4th ed. Revised edition of: Statistics for analytical chemistry. 2nd ed. 1988. 1. Introduction -- 2. Statistics of repeated measurements -- 3. Significance tests -- 4. The quality of analytical measurements -- 5. Calibration methods in instrumental analysis: regression and correlation -- 6. Non-parametric and robust methods -- 7. Experimental design and optimization -- 8. Multivariate analysis.&quot;,&quot;publisher&quot;:&quot;Prentice Hall&quot;},&quot;isTemporary&quot;:false}]}]"/>
    <we:property name="MENDELEY_CITATIONS_STYLE" value="{&quot;id&quot;:&quot;https://www.zotero.org/styles/granular-matter&quot;,&quot;title&quot;:&quot;Granular Matt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716F8-DCCD-2146-BE32-60E1E57CE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1128</Words>
  <Characters>6435</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Nakanishi Kento</dc:creator>
  <cp:keywords/>
  <dc:description/>
  <cp:lastModifiedBy>Nakanishi Kento</cp:lastModifiedBy>
  <cp:revision>13</cp:revision>
  <dcterms:created xsi:type="dcterms:W3CDTF">2026-07-28T06:06:00Z</dcterms:created>
  <dcterms:modified xsi:type="dcterms:W3CDTF">2026-08-02T16:06:00Z</dcterms:modified>
</cp:coreProperties>
</file>